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北京七年级(上)语文 现代文阅读·答案合集（原文+题目+答案+解析）</w:t>
      </w:r>
    </w:p>
    <w:p>
      <w:pPr>
        <w:spacing w:before="0" w:after="160"/>
        <w:jc w:val="center"/>
      </w:pPr>
      <w:r>
        <w:rPr>
          <w:rFonts w:ascii="仿宋" w:hAnsi="仿宋" w:eastAsia="仿宋"/>
          <w:b w:val="0"/>
          <w:sz w:val="21"/>
        </w:rPr>
        <w:t>共 111 份试卷 · 章节见 Word 导航窗格（视图→导航窗格）</w:t>
      </w:r>
    </w:p>
    <w:p>
      <w:r>
        <w:fldChar w:fldCharType="begin"/>
        <w:instrText xml:space="preserve">TOC \o "1-3" \h \z \u</w:instrText>
        <w:fldChar w:fldCharType="separate"/>
        <w:t>【目录】右键→更新域，或按 F9 生成页码定位</w:t>
        <w:fldChar w:fldCharType="end"/>
      </w:r>
    </w:p>
    <w:p>
      <w:r>
        <w:br w:type="page"/>
      </w:r>
    </w:p>
    <w:p>
      <w:pPr>
        <w:pStyle w:val="Heading1"/>
      </w:pPr>
      <w:r>
        <w:t>2019-2020学年</w:t>
      </w:r>
    </w:p>
    <w:p>
      <w:pPr>
        <w:pStyle w:val="Heading2"/>
      </w:pPr>
      <w:r>
        <w:t>月考</w:t>
      </w:r>
    </w:p>
    <w:p>
      <w:pPr>
        <w:pStyle w:val="Heading3"/>
      </w:pPr>
      <w:r>
        <w:t>理工大学附中分校（第一次月考）</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五、现代文阅读。（共</w:t>
      </w:r>
      <w:r>
        <w:rPr>
          <w:rFonts w:eastAsia="宋体;SimSun" w:cs="宋体;SimSun" w:ascii="宋体;SimSun" w:hAnsi="宋体;SimSun"/>
          <w:b/>
          <w:color w:val="000000"/>
          <w:sz w:val="24"/>
        </w:rPr>
        <w:t>16</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阅读两则材料，完成下列小题。</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【材料一】</w:t>
      </w:r>
    </w:p>
    <w:p>
      <w:pPr>
        <w:pStyle w:val="Normal"/>
        <w:spacing w:lineRule="auto" w:line="360"/>
        <w:ind w:firstLine="420" w:start="30" w:end="0"/>
        <w:jc w:val="start"/>
        <w:textAlignment w:val="center"/>
        <w:rPr>
          <w:rFonts w:ascii="楷体" w:hAnsi="楷体" w:eastAsia="楷体" w:cs="楷体"/>
          <w:color w:val="000000"/>
        </w:rPr>
      </w:pPr>
      <w:r>
        <w:rPr>
          <w:rFonts w:ascii="楷体" w:hAnsi="楷体" w:cs="楷体" w:eastAsia="楷体"/>
          <w:color w:val="000000"/>
        </w:rPr>
        <w:t>资料显示，中国内地大城市</w:t>
      </w:r>
      <w:r>
        <w:rPr>
          <w:rFonts w:eastAsia="楷体" w:cs="楷体" w:ascii="楷体" w:hAnsi="楷体"/>
          <w:color w:val="000000"/>
        </w:rPr>
        <w:t>7</w:t>
      </w:r>
      <w:r>
        <w:rPr>
          <w:rFonts w:ascii="楷体" w:hAnsi="楷体" w:cs="楷体" w:eastAsia="楷体"/>
          <w:color w:val="000000"/>
        </w:rPr>
        <w:t>至</w:t>
      </w:r>
      <w:r>
        <w:rPr>
          <w:rFonts w:eastAsia="楷体" w:cs="楷体" w:ascii="楷体" w:hAnsi="楷体"/>
          <w:color w:val="000000"/>
        </w:rPr>
        <w:t>18</w:t>
      </w:r>
      <w:r>
        <w:rPr>
          <w:rFonts w:ascii="楷体" w:hAnsi="楷体" w:cs="楷体" w:eastAsia="楷体"/>
          <w:color w:val="000000"/>
        </w:rPr>
        <w:t>岁的儿童青少年中，</w:t>
      </w:r>
      <w:r>
        <w:rPr>
          <w:rFonts w:eastAsia="楷体" w:cs="楷体" w:ascii="楷体" w:hAnsi="楷体"/>
          <w:color w:val="000000"/>
        </w:rPr>
        <w:t>100</w:t>
      </w:r>
      <w:r>
        <w:rPr>
          <w:rFonts w:ascii="楷体" w:hAnsi="楷体" w:cs="楷体" w:eastAsia="楷体"/>
          <w:color w:val="000000"/>
        </w:rPr>
        <w:t>个男生就有</w:t>
      </w:r>
      <w:r>
        <w:rPr>
          <w:rFonts w:eastAsia="楷体" w:cs="楷体" w:ascii="楷体" w:hAnsi="楷体"/>
          <w:color w:val="000000"/>
        </w:rPr>
        <w:t>12</w:t>
      </w:r>
      <w:r>
        <w:rPr>
          <w:rFonts w:ascii="楷体" w:hAnsi="楷体" w:cs="楷体" w:eastAsia="楷体"/>
          <w:color w:val="000000"/>
        </w:rPr>
        <w:t>个超重、</w:t>
      </w:r>
      <w:r>
        <w:rPr>
          <w:rFonts w:eastAsia="楷体" w:cs="楷体" w:ascii="楷体" w:hAnsi="楷体"/>
          <w:color w:val="000000"/>
        </w:rPr>
        <w:t>5</w:t>
      </w:r>
      <w:r>
        <w:rPr>
          <w:rFonts w:ascii="楷体" w:hAnsi="楷体" w:cs="楷体" w:eastAsia="楷体"/>
          <w:color w:val="000000"/>
        </w:rPr>
        <w:t>个肥胖，</w:t>
      </w:r>
      <w:r>
        <w:rPr>
          <w:rFonts w:eastAsia="楷体" w:cs="楷体" w:ascii="楷体" w:hAnsi="楷体"/>
          <w:color w:val="000000"/>
        </w:rPr>
        <w:t>100</w:t>
      </w:r>
      <w:r>
        <w:rPr>
          <w:rFonts w:ascii="楷体" w:hAnsi="楷体" w:cs="楷体" w:eastAsia="楷体"/>
          <w:color w:val="000000"/>
        </w:rPr>
        <w:t>个女生就有</w:t>
      </w:r>
      <w:r>
        <w:rPr>
          <w:rFonts w:eastAsia="楷体" w:cs="楷体" w:ascii="楷体" w:hAnsi="楷体"/>
          <w:color w:val="000000"/>
        </w:rPr>
        <w:t>7</w:t>
      </w:r>
      <w:r>
        <w:rPr>
          <w:rFonts w:ascii="楷体" w:hAnsi="楷体" w:cs="楷体" w:eastAsia="楷体"/>
          <w:color w:val="000000"/>
        </w:rPr>
        <w:t>个超重、</w:t>
      </w:r>
      <w:r>
        <w:rPr>
          <w:rFonts w:eastAsia="楷体" w:cs="楷体" w:ascii="楷体" w:hAnsi="楷体"/>
          <w:color w:val="000000"/>
        </w:rPr>
        <w:t>3</w:t>
      </w:r>
      <w:r>
        <w:rPr>
          <w:rFonts w:ascii="楷体" w:hAnsi="楷体" w:cs="楷体" w:eastAsia="楷体"/>
          <w:color w:val="000000"/>
        </w:rPr>
        <w:t>个肥胖；青少年超重和肥胖发生率近几年呈快速上升趋势，而学生体质呈下降趋势。对此，专家指出，国民整体能量摄入提高、洋快餐、含糖和碳酸饮料及甜食摄入增加是重要原因，在生活中应做到以下两点：</w:t>
      </w:r>
      <w:r>
        <w:rPr>
          <w:rFonts w:eastAsia="楷体" w:cs="楷体" w:ascii="楷体" w:hAnsi="楷体"/>
          <w:color w:val="000000"/>
        </w:rPr>
        <w:t>1</w:t>
      </w:r>
      <w:r>
        <w:rPr>
          <w:rFonts w:ascii="楷体" w:hAnsi="楷体" w:cs="楷体" w:eastAsia="楷体"/>
          <w:color w:val="000000"/>
        </w:rPr>
        <w:t>．要控制饮食。饮食过量，吃得过饱，是肥胖的主要原因。因米面主要成分是碳水化合物，多食可在人体内转化成脂肪而积聚在皮下。因此每顿饭以吃八九成饱为宜。同时要限制高脂肪副食品的摄入量。</w:t>
      </w:r>
      <w:r>
        <w:rPr>
          <w:rFonts w:eastAsia="楷体" w:cs="楷体" w:ascii="楷体" w:hAnsi="楷体"/>
          <w:color w:val="000000"/>
        </w:rPr>
        <w:t>2</w:t>
      </w:r>
      <w:r>
        <w:rPr>
          <w:rFonts w:ascii="楷体" w:hAnsi="楷体" w:cs="楷体" w:eastAsia="楷体"/>
          <w:color w:val="000000"/>
        </w:rPr>
        <w:t xml:space="preserve">．要增强运动。每天不仅要增加运动量，而且要延长运动时间。因运动初期是消耗体内的糖类，只有较长时间的运动才能消耗贮存的脂肪。因此每天要坚持运动，而且要选用消耗性较大的运动，如长跑、跳绳、打篮球、踢足球、游泳、爬山等活动，关键在持之以恒。 </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【材料二】</w:t>
      </w:r>
    </w:p>
    <w:p>
      <w:pPr>
        <w:pStyle w:val="Normal"/>
        <w:spacing w:lineRule="auto" w:line="360"/>
        <w:jc w:val="start"/>
        <w:textAlignment w:val="center"/>
        <w:rPr>
          <w:color w:val="000000"/>
        </w:rPr>
      </w:pPr>
      <w:r>
        <w:rPr>
          <w:color w:val="000000"/>
        </w:rPr>
        <w:drawing>
          <wp:inline distT="0" distB="0" distL="0" distR="0">
            <wp:extent cx="5048250" cy="1704975"/>
            <wp:effectExtent l="0" t="0" r="0" b="0"/>
            <wp:docPr id="132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7"/>
                    <pic:cNvPicPr>
                      <a:picLocks noChangeAspect="1" noChangeArrowheads="1"/>
                    </pic:cNvPicPr>
                  </pic:nvPicPr>
                  <pic:blipFill>
                    <a:blip r:embed="rId9"/>
                    <a:srcRect l="-4" t="-9" r="-4" b="-9"/>
                    <a:stretch>
                      <a:fillRect/>
                    </a:stretch>
                  </pic:blipFill>
                  <pic:spPr bwMode="auto">
                    <a:xfrm>
                      <a:off x="0" y="0"/>
                      <a:ext cx="5048250" cy="1704975"/>
                    </a:xfrm>
                    <a:prstGeom prst="rect">
                      <a:avLst/>
                    </a:prstGeom>
                    <a:noFill/>
                  </pic:spPr>
                </pic:pic>
              </a:graphicData>
            </a:graphic>
          </wp:inline>
        </w:drawing>
      </w:r>
    </w:p>
    <w:p>
      <w:pPr>
        <w:pStyle w:val="Normal"/>
        <w:spacing w:lineRule="auto" w:line="360"/>
        <w:jc w:val="start"/>
        <w:textAlignment w:val="center"/>
        <w:rPr/>
      </w:pPr>
      <w:r>
        <w:rPr>
          <w:color w:val="000000"/>
        </w:rPr>
        <w:t xml:space="preserve">18. </w:t>
      </w:r>
      <w:r>
        <w:rPr>
          <w:rFonts w:ascii="宋体;SimSun" w:hAnsi="宋体;SimSun" w:cs="宋体;SimSun"/>
          <w:color w:val="000000"/>
        </w:rPr>
        <w:t>请在【材料一】中找到一句话，用来说明【材料二】中如图和如图所表达的信息。</w:t>
      </w:r>
    </w:p>
    <w:p>
      <w:pPr>
        <w:pStyle w:val="Normal"/>
        <w:spacing w:lineRule="auto" w:line="360"/>
        <w:jc w:val="start"/>
        <w:textAlignment w:val="center"/>
        <w:rPr/>
      </w:pPr>
      <w:r>
        <w:rPr>
          <w:color w:val="000000"/>
        </w:rPr>
        <w:t xml:space="preserve">19. </w:t>
      </w:r>
      <w:r>
        <w:rPr>
          <w:rFonts w:ascii="宋体;SimSun" w:hAnsi="宋体;SimSun" w:cs="宋体;SimSun"/>
          <w:color w:val="000000"/>
        </w:rPr>
        <w:t>通过阅读上述材料，你觉得如何做，可以避免肥胖呢？请至少写出三点。</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ascii="宋体;SimSun" w:hAnsi="宋体;SimSun" w:cs="宋体;SimSun"/>
          <w:color w:val="000000"/>
        </w:rPr>
        <w:t>青少年超重和肥胖的发生率近几年呈快速上升趋势，而学生体质呈下降趋势。</w:t>
      </w:r>
      <w:r>
        <w:rPr>
          <w:color w:val="000000"/>
        </w:rPr>
        <w:t xml:space="preserve">    </w:t>
      </w:r>
    </w:p>
    <w:p>
      <w:pPr>
        <w:pStyle w:val="Normal"/>
        <w:spacing w:lineRule="auto" w:line="360"/>
        <w:textAlignment w:val="center"/>
        <w:rPr/>
      </w:pPr>
      <w:r>
        <w:rPr>
          <w:color w:val="000000"/>
        </w:rPr>
        <w:t xml:space="preserve">19. </w:t>
      </w:r>
      <w:r>
        <w:rPr>
          <w:rFonts w:ascii="宋体;SimSun" w:hAnsi="宋体;SimSun" w:cs="宋体;SimSun"/>
          <w:color w:val="000000"/>
        </w:rPr>
        <w:t>减少洋快餐、含糖和碳酸饮料及甜食的摄入；控制饮食；增强运动（增加运动量，延长运动时间）。</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这道题主要考查学生从材料中提取信息的能力。回答时，先要读懂题目，弄清问题。这道题的问题是从材料一中找一句话来印证材料二两幅图所表达的信息。接着分析材料二两幅图表达的信息。第一幅图是从</w:t>
      </w:r>
      <w:r>
        <w:rPr>
          <w:rFonts w:eastAsia="Times New Romance" w:cs="Times New Romance" w:ascii="Times New Romance" w:hAnsi="Times New Romance"/>
          <w:color w:val="000000"/>
        </w:rPr>
        <w:t>2014</w:t>
      </w:r>
      <w:r>
        <w:rPr>
          <w:rFonts w:ascii="宋体;SimSun" w:hAnsi="宋体;SimSun" w:cs="宋体;SimSun"/>
          <w:color w:val="000000"/>
        </w:rPr>
        <w:t>年到</w:t>
      </w:r>
      <w:r>
        <w:rPr>
          <w:rFonts w:eastAsia="Times New Romance" w:cs="Times New Romance" w:ascii="Times New Romance" w:hAnsi="Times New Romance"/>
          <w:color w:val="000000"/>
        </w:rPr>
        <w:t>2016</w:t>
      </w:r>
      <w:r>
        <w:rPr>
          <w:rFonts w:ascii="宋体;SimSun" w:hAnsi="宋体;SimSun" w:cs="宋体;SimSun"/>
          <w:color w:val="000000"/>
        </w:rPr>
        <w:t>年某地青少年超重和肥胖发生率呈快速上升趋势，第二幅图是一个长得比较胖的男孩在告诉老师他跑不动了。两幅图的综合信息是：青少年超重和肥胖发生率急剧上升，导致身体素质下降。最后到材料一找出与该意思相同的语句即可。</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这道题主要考查学生提炼概括材料信息的能力。回答时，一定要认真通读材料，迅速定位，找到与问题相关的材料，在此基础上进行提炼概括。答案要简明扼要，不要大段抄写材料。问题要求回答避免肥胖的方法，我们通读材料一后，可以快速定位，答案在材料一的后半部分，并且答案非常明显：“</w:t>
      </w:r>
      <w:r>
        <w:rPr>
          <w:rFonts w:eastAsia="楷体" w:cs="楷体" w:ascii="楷体" w:hAnsi="楷体"/>
          <w:color w:val="000000"/>
        </w:rPr>
        <w:t>1</w:t>
      </w:r>
      <w:r>
        <w:rPr>
          <w:rFonts w:ascii="楷体" w:hAnsi="楷体" w:cs="楷体" w:eastAsia="楷体"/>
          <w:color w:val="000000"/>
        </w:rPr>
        <w:t>．要控制饮食</w:t>
      </w:r>
      <w:r>
        <w:rPr>
          <w:rFonts w:ascii="宋体;SimSun" w:hAnsi="宋体;SimSun" w:cs="宋体;SimSun"/>
          <w:color w:val="000000"/>
        </w:rPr>
        <w:t>”“</w:t>
      </w:r>
      <w:r>
        <w:rPr>
          <w:rFonts w:eastAsia="楷体" w:cs="楷体" w:ascii="楷体" w:hAnsi="楷体"/>
          <w:color w:val="000000"/>
        </w:rPr>
        <w:t>2</w:t>
      </w:r>
      <w:r>
        <w:rPr>
          <w:rFonts w:ascii="楷体" w:hAnsi="楷体" w:cs="楷体" w:eastAsia="楷体"/>
          <w:color w:val="000000"/>
        </w:rPr>
        <w:t>．要增强运动</w:t>
      </w:r>
      <w:r>
        <w:rPr>
          <w:rFonts w:ascii="宋体;SimSun" w:hAnsi="宋体;SimSun" w:cs="宋体;SimSun"/>
          <w:color w:val="000000"/>
        </w:rPr>
        <w:t>”。题目要求写三点，还有一点在哪儿呢？我们再仔细阅读材料可以发现，前边专家指出造成青少年超重和肥胖的重要原因那句话也隐含了答案。既然是超重和肥胖的重要原因，我们不那样做不就可以避免了吗。</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阅读《花边饺里的母爱》，完成下列小题。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花边饺里的母爱</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肖复兴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小时候，包饺子是我家的一桩大事。那时候，家里生活拮据，吃饺子当然只能等到过年过节。平常的日子，破天荒包上一顿饺子，自然就成了全家的节日。</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一般，妈妈总要包两种馅的饺子，一种肉一种素。</w:t>
      </w:r>
      <w:r>
        <w:rPr>
          <w:rFonts w:eastAsia="楷体" w:cs="楷体" w:ascii="楷体" w:hAnsi="楷体"/>
          <w:color w:val="000000"/>
        </w:rPr>
        <w:t>A</w:t>
      </w:r>
      <w:r>
        <w:rPr>
          <w:rFonts w:ascii="楷体" w:hAnsi="楷体" w:cs="楷体" w:eastAsia="楷体"/>
          <w:color w:val="000000"/>
          <w:u w:val="single"/>
        </w:rPr>
        <w:t>这时候，圆圆的盖帘上分两头码上不同馅的饺子，像是两军对弈，隔着楚河汉界</w:t>
      </w:r>
      <w:r>
        <w:rPr>
          <w:rFonts w:ascii="楷体" w:hAnsi="楷体" w:cs="楷体" w:eastAsia="楷体"/>
          <w:color w:val="000000"/>
        </w:rPr>
        <w:t>。我和弟弟常捣乱，把饺子弄混，但妈妈不生气，用手指捅捅我和弟弟的脑瓜儿说：“来，妈教你们包花边饺</w:t>
      </w:r>
      <w:r>
        <w:rPr>
          <w:rFonts w:eastAsia="楷体" w:cs="楷体" w:ascii="楷体" w:hAnsi="楷体"/>
          <w:color w:val="000000"/>
        </w:rPr>
        <w:t>!”</w:t>
      </w:r>
      <w:r>
        <w:rPr>
          <w:rFonts w:ascii="楷体" w:hAnsi="楷体" w:cs="楷体" w:eastAsia="楷体"/>
          <w:color w:val="000000"/>
        </w:rPr>
        <w:t>我和弟弟好奇地看，妈妈将包了的饺子沿儿用手轻轻一捏，捏出一圈穗状的花边，煞是好看，像小姑娘头上戴了一圈花环。我们却不知道妈妈耍了一个小小的花招儿，她把肉馅的饺子都捏上花边，让我和弟弟连吃惊带玩地吞进肚时，眼睛笑得眯成了一条缝。</w:t>
      </w:r>
    </w:p>
    <w:p>
      <w:pPr>
        <w:pStyle w:val="Normal"/>
        <w:spacing w:lineRule="auto" w:line="360"/>
        <w:ind w:firstLine="420" w:end="0"/>
        <w:jc w:val="start"/>
        <w:textAlignment w:val="center"/>
        <w:rPr/>
      </w:pPr>
      <w:r>
        <w:rPr>
          <w:rFonts w:eastAsia="楷体" w:cs="楷体" w:ascii="楷体" w:hAnsi="楷体"/>
          <w:color w:val="000000"/>
        </w:rPr>
        <w:t>③</w:t>
      </w:r>
      <w:r>
        <w:rPr>
          <w:rFonts w:ascii="楷体" w:hAnsi="楷体" w:cs="楷体" w:eastAsia="楷体"/>
          <w:color w:val="000000"/>
        </w:rPr>
        <w:t>那些艰苦的岁月，妈妈的花边饺，给了我们难忘的记忆。但是，这些记忆，都是长到自己做了父亲的时候，才开始清晰起来，仿佛</w:t>
      </w:r>
      <w:r>
        <w:rPr>
          <w:rFonts w:ascii="楷体" w:hAnsi="楷体" w:cs="楷体" w:eastAsia="楷体"/>
          <w:color w:val="000000"/>
          <w:em w:val="underDot"/>
        </w:rPr>
        <w:t>它</w:t>
      </w:r>
      <w:r>
        <w:rPr>
          <w:rFonts w:ascii="楷体" w:hAnsi="楷体" w:cs="楷体" w:eastAsia="楷体"/>
          <w:color w:val="000000"/>
        </w:rPr>
        <w:t>一直沉睡着，必须我们用经历的代价才可以把它唤醒。</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自从我能写几本书之后，家里经济状况好转，饺子不再是什么圣餐。我想起码不能让妈妈在吃这方面再受委屈了。我曾拉妈妈到外面的餐馆开开洋荤，她连连摇头 “妈老了，腿脚不利索了，懒得下楼啦</w:t>
      </w:r>
      <w:r>
        <w:rPr>
          <w:rFonts w:eastAsia="楷体" w:cs="楷体" w:ascii="楷体" w:hAnsi="楷体"/>
          <w:color w:val="000000"/>
        </w:rPr>
        <w:t>!”</w:t>
      </w:r>
      <w:r>
        <w:rPr>
          <w:rFonts w:ascii="楷体" w:hAnsi="楷体" w:cs="楷体" w:eastAsia="楷体"/>
          <w:color w:val="000000"/>
        </w:rPr>
        <w:t>我曾在菜市场买来新鲜的鱼肉或时令蔬菜，回到家里自己做，妈妈并不那么爱吃，只是尝几口便放下筷子。我便笑妈妈：”您呀，真是享不了福</w:t>
      </w:r>
      <w:r>
        <w:rPr>
          <w:rFonts w:eastAsia="楷体" w:cs="楷体" w:ascii="楷体" w:hAnsi="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后来，我明白了，尽管世上食品名目繁多，人的胃口花样翻新，妈妈雷打不动只爱吃饺子。那是她老人家几十年一贯制历久常新的最佳食谱。我知道惟一的方法是常包饺子。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那一年大年初二，全家又包饺子。我要给妈妈一个意外的惊喜，因为这一天是她老人家的生日。我包了一个带糖馅的饺子，放进盖帘一圈圈饺子之中，然后对妈妈说：”今儿您要吃着这个带糖馅的饺子，您一准儿是大吉大利</w:t>
      </w:r>
      <w:r>
        <w:rPr>
          <w:rFonts w:eastAsia="楷体" w:cs="楷体" w:ascii="楷体" w:hAnsi="楷体"/>
          <w:color w:val="000000"/>
        </w:rPr>
        <w:t>!”</w:t>
      </w:r>
    </w:p>
    <w:p>
      <w:pPr>
        <w:pStyle w:val="Normal"/>
        <w:spacing w:lineRule="auto" w:line="360"/>
        <w:ind w:firstLine="420" w:end="0"/>
        <w:jc w:val="start"/>
        <w:textAlignment w:val="center"/>
        <w:rPr/>
      </w:pPr>
      <w:r>
        <w:rPr>
          <w:rFonts w:eastAsia="楷体" w:cs="楷体" w:ascii="楷体" w:hAnsi="楷体"/>
          <w:color w:val="000000"/>
        </w:rPr>
        <w:t>⑦</w:t>
      </w:r>
      <w:r>
        <w:rPr>
          <w:rFonts w:ascii="楷体" w:hAnsi="楷体" w:cs="楷体" w:eastAsia="楷体"/>
          <w:color w:val="000000"/>
        </w:rPr>
        <w:t>妈妈连连摇头笑着说：“这么一大堆饺子，我哪儿那么巧能有福气吃到</w:t>
      </w:r>
      <w:r>
        <w:rPr>
          <w:rFonts w:eastAsia="楷体" w:cs="楷体" w:ascii="楷体" w:hAnsi="楷体"/>
          <w:color w:val="000000"/>
        </w:rPr>
        <w:t>? ”</w:t>
      </w:r>
      <w:r>
        <w:rPr>
          <w:rFonts w:ascii="楷体" w:hAnsi="楷体" w:cs="楷体" w:eastAsia="楷体"/>
          <w:color w:val="000000"/>
        </w:rPr>
        <w:t>说着，她亲自把饺子下进锅里。</w:t>
      </w:r>
      <w:r>
        <w:rPr>
          <w:rFonts w:eastAsia="楷体" w:cs="楷体" w:ascii="楷体" w:hAnsi="楷体"/>
          <w:color w:val="000000"/>
        </w:rPr>
        <w:t>B</w:t>
      </w:r>
      <w:r>
        <w:rPr>
          <w:rFonts w:ascii="楷体" w:hAnsi="楷体" w:cs="楷体" w:eastAsia="楷体"/>
          <w:color w:val="000000"/>
          <w:u w:val="single"/>
        </w:rPr>
        <w:t>饺子如一尾尾小银鱼在翻滚的水花中上下翻腾，充满生趣</w:t>
      </w:r>
      <w:r>
        <w:rPr>
          <w:rFonts w:ascii="楷体" w:hAnsi="楷体" w:cs="楷体" w:eastAsia="楷体"/>
          <w:color w:val="000000"/>
        </w:rPr>
        <w:t>。望着妈妈昏花的老眼，我看出来她是想吃到那个糖饺子呢</w:t>
      </w:r>
      <w:r>
        <w:rPr>
          <w:rFonts w:eastAsia="楷体" w:cs="楷体" w:ascii="楷体" w:hAnsi="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热腾腾的饺子盛上盘，端上桌，我往妈妈的碟中先拨上三个饺子。第二个饺子妈妈就咬着了糖馅，惊喜地叫了起来：“哟</w:t>
      </w:r>
      <w:r>
        <w:rPr>
          <w:rFonts w:eastAsia="楷体" w:cs="楷体" w:ascii="楷体" w:hAnsi="楷体"/>
          <w:color w:val="000000"/>
        </w:rPr>
        <w:t>!</w:t>
      </w:r>
      <w:r>
        <w:rPr>
          <w:rFonts w:ascii="楷体" w:hAnsi="楷体" w:cs="楷体" w:eastAsia="楷体"/>
          <w:color w:val="000000"/>
        </w:rPr>
        <w:t>我真的吃到了</w:t>
      </w:r>
      <w:r>
        <w:rPr>
          <w:rFonts w:eastAsia="楷体" w:cs="楷体" w:ascii="楷体" w:hAnsi="楷体"/>
          <w:color w:val="000000"/>
        </w:rPr>
        <w:t>!”</w:t>
      </w:r>
      <w:r>
        <w:rPr>
          <w:rFonts w:ascii="楷体" w:hAnsi="楷体" w:cs="楷体" w:eastAsia="楷体"/>
          <w:color w:val="000000"/>
        </w:rPr>
        <w:t>我说：“要不怎么说您有福气呢</w:t>
      </w:r>
      <w:r>
        <w:rPr>
          <w:rFonts w:eastAsia="楷体" w:cs="楷体" w:ascii="楷体" w:hAnsi="楷体"/>
          <w:color w:val="000000"/>
        </w:rPr>
        <w:t>?”</w:t>
      </w:r>
      <w:r>
        <w:rPr>
          <w:rFonts w:ascii="楷体" w:hAnsi="楷体" w:cs="楷体" w:eastAsia="楷体"/>
          <w:color w:val="000000"/>
        </w:rPr>
        <w:t>妈妈的眼睛笑得眯成了一条缝。</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其实，妈妈的眼睛实在是太昏花了。她不知道我耍了一个小小的花招，用糖馅包了一个有记号的花边饺，那曾是她老人家教我包过的花边饺。花边饺里浸满浓浓的母爱，如今，我谨以花边饺讨得年迈母亲的快乐和开心。</w:t>
      </w:r>
    </w:p>
    <w:p>
      <w:pPr>
        <w:pStyle w:val="Normal"/>
        <w:spacing w:lineRule="auto" w:line="360"/>
        <w:jc w:val="start"/>
        <w:textAlignment w:val="center"/>
        <w:rPr/>
      </w:pPr>
      <w:r>
        <w:rPr>
          <w:color w:val="000000"/>
        </w:rPr>
        <w:t xml:space="preserve">20. </w:t>
      </w:r>
      <w:r>
        <w:rPr>
          <w:rFonts w:ascii="宋体;SimSun" w:hAnsi="宋体;SimSun" w:cs="宋体;SimSun"/>
          <w:color w:val="000000"/>
        </w:rPr>
        <w:t>作者以</w:t>
      </w:r>
      <w:r>
        <w:rPr>
          <w:color w:val="000000"/>
        </w:rPr>
        <w:t>__________</w:t>
      </w:r>
      <w:r>
        <w:rPr>
          <w:rFonts w:ascii="宋体;SimSun" w:hAnsi="宋体;SimSun" w:cs="宋体;SimSun"/>
          <w:color w:val="000000"/>
        </w:rPr>
        <w:t>为线索，勾勒出</w:t>
      </w:r>
      <w:r>
        <w:rPr>
          <w:color w:val="000000"/>
        </w:rPr>
        <w:t>___________</w:t>
      </w:r>
      <w:r>
        <w:rPr>
          <w:rFonts w:ascii="宋体;SimSun" w:hAnsi="宋体;SimSun" w:cs="宋体;SimSun"/>
          <w:color w:val="000000"/>
        </w:rPr>
        <w:t>和</w:t>
      </w:r>
      <w:r>
        <w:rPr>
          <w:color w:val="000000"/>
        </w:rPr>
        <w:t>____________</w:t>
      </w:r>
      <w:r>
        <w:rPr>
          <w:rFonts w:ascii="宋体;SimSun" w:hAnsi="宋体;SimSun" w:cs="宋体;SimSun"/>
          <w:color w:val="000000"/>
        </w:rPr>
        <w:t>两个故事，赞美了人间亲情的伟大。</w:t>
      </w:r>
    </w:p>
    <w:p>
      <w:pPr>
        <w:pStyle w:val="Normal"/>
        <w:spacing w:lineRule="auto" w:line="360"/>
        <w:jc w:val="start"/>
        <w:textAlignment w:val="center"/>
        <w:rPr/>
      </w:pPr>
      <w:r>
        <w:rPr>
          <w:color w:val="000000"/>
        </w:rPr>
        <w:t xml:space="preserve">21. </w:t>
      </w:r>
      <w:r>
        <w:rPr>
          <w:rFonts w:ascii="宋体;SimSun" w:hAnsi="宋体;SimSun" w:cs="宋体;SimSun"/>
          <w:color w:val="000000"/>
        </w:rPr>
        <w:t>第③段中加点词语“它”指代的内容是什么</w:t>
      </w:r>
      <w:r>
        <w:rPr>
          <w:rFonts w:eastAsia="宋体;SimSun" w:cs="宋体;SimSun" w:ascii="宋体;SimSun" w:hAnsi="宋体;SimSun"/>
          <w:color w:val="000000"/>
        </w:rPr>
        <w:t>?</w:t>
      </w:r>
      <w:r>
        <w:rPr>
          <w:rFonts w:ascii="宋体;SimSun" w:hAnsi="宋体;SimSun" w:cs="宋体;SimSun"/>
          <w:color w:val="000000"/>
        </w:rPr>
        <w:t>请用文中原句回答。</w:t>
      </w:r>
    </w:p>
    <w:p>
      <w:pPr>
        <w:pStyle w:val="Normal"/>
        <w:spacing w:lineRule="auto" w:line="360"/>
        <w:jc w:val="start"/>
        <w:textAlignment w:val="center"/>
        <w:rPr/>
      </w:pPr>
      <w:r>
        <w:rPr>
          <w:color w:val="000000"/>
        </w:rPr>
        <w:t xml:space="preserve">22. </w:t>
      </w:r>
      <w:r>
        <w:rPr>
          <w:rFonts w:ascii="宋体;SimSun" w:hAnsi="宋体;SimSun" w:cs="宋体;SimSun"/>
          <w:color w:val="000000"/>
        </w:rPr>
        <w:t>请从</w:t>
      </w:r>
      <w:r>
        <w:rPr>
          <w:rFonts w:eastAsia="宋体;SimSun" w:cs="宋体;SimSun" w:ascii="宋体;SimSun" w:hAnsi="宋体;SimSun"/>
          <w:color w:val="000000"/>
        </w:rPr>
        <w:t>A</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两句中，任选一句赏析。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A.</w:t>
      </w:r>
      <w:r>
        <w:rPr>
          <w:rFonts w:ascii="宋体;SimSun" w:hAnsi="宋体;SimSun" w:cs="宋体;SimSun"/>
          <w:color w:val="000000"/>
        </w:rPr>
        <w:t>这时候，圆圆的盖帘上分两头码上不同馅的饺子，像是两军对弈，隔着楚河汉界。</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B.</w:t>
      </w:r>
      <w:r>
        <w:rPr>
          <w:rFonts w:ascii="宋体;SimSun" w:hAnsi="宋体;SimSun" w:cs="宋体;SimSun"/>
          <w:color w:val="000000"/>
        </w:rPr>
        <w:t>饺子如一尾尾小银鱼在翻滚的水花中上下翻腾，充满生趣。</w:t>
      </w:r>
    </w:p>
    <w:p>
      <w:pPr>
        <w:pStyle w:val="Normal"/>
        <w:spacing w:lineRule="auto" w:line="360"/>
        <w:jc w:val="start"/>
        <w:textAlignment w:val="center"/>
        <w:rPr/>
      </w:pPr>
      <w:r>
        <w:rPr>
          <w:color w:val="000000"/>
        </w:rPr>
        <w:t xml:space="preserve">23. </w:t>
      </w:r>
      <w:r>
        <w:rPr>
          <w:rFonts w:ascii="宋体;SimSun" w:hAnsi="宋体;SimSun" w:cs="宋体;SimSun"/>
          <w:color w:val="000000"/>
        </w:rPr>
        <w:t>根据神态描写，揣摩人物的心理活动。</w:t>
      </w:r>
    </w:p>
    <w:p>
      <w:pPr>
        <w:pStyle w:val="Normal"/>
        <w:spacing w:lineRule="auto" w:line="360"/>
        <w:jc w:val="start"/>
        <w:textAlignment w:val="center"/>
        <w:rPr/>
      </w:pPr>
      <w:r>
        <w:rPr>
          <w:rFonts w:ascii="宋体;SimSun" w:hAnsi="宋体;SimSun" w:cs="宋体;SimSun"/>
          <w:color w:val="000000"/>
        </w:rPr>
        <w:t>第⑧段里，“妈妈的眼睛笑得眯成了一条缝”，此时，将这一切看在眼里的“我”会这样想：“</w:t>
      </w:r>
      <w:r>
        <w:rPr>
          <w:color w:val="000000"/>
        </w:rPr>
        <w:t>_________________________________</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color w:val="000000"/>
        </w:rPr>
        <w:t xml:space="preserve">24. </w:t>
      </w:r>
      <w:r>
        <w:rPr>
          <w:rFonts w:ascii="宋体;SimSun" w:hAnsi="宋体;SimSun" w:cs="宋体;SimSun"/>
          <w:color w:val="000000"/>
        </w:rPr>
        <w:t>只是“小小的花边饺子”，却凝聚着浓浓的爱意。读完此文，你一定产生了共鸣，那么请你也借助一种具体的形象，写两句话，抒发对母爱</w:t>
      </w:r>
      <w:r>
        <w:rPr>
          <w:rFonts w:eastAsia="宋体;SimSun" w:cs="宋体;SimSun" w:ascii="宋体;SimSun" w:hAnsi="宋体;SimSun"/>
          <w:color w:val="000000"/>
        </w:rPr>
        <w:t>(</w:t>
      </w:r>
      <w:r>
        <w:rPr>
          <w:rFonts w:ascii="宋体;SimSun" w:hAnsi="宋体;SimSun" w:cs="宋体;SimSun"/>
          <w:color w:val="000000"/>
        </w:rPr>
        <w:t>父爱</w:t>
      </w:r>
      <w:r>
        <w:rPr>
          <w:rFonts w:eastAsia="宋体;SimSun" w:cs="宋体;SimSun" w:ascii="宋体;SimSun" w:hAnsi="宋体;SimSun"/>
          <w:color w:val="000000"/>
        </w:rPr>
        <w:t>)</w:t>
      </w:r>
      <w:r>
        <w:rPr>
          <w:rFonts w:ascii="宋体;SimSun" w:hAnsi="宋体;SimSun" w:cs="宋体;SimSun"/>
          <w:color w:val="000000"/>
        </w:rPr>
        <w:t>的赞美。</w:t>
      </w:r>
      <w:r>
        <w:rPr>
          <w:rFonts w:eastAsia="宋体;SimSun" w:cs="宋体;SimSun" w:ascii="宋体;SimSun" w:hAnsi="宋体;SimSun"/>
          <w:color w:val="000000"/>
        </w:rPr>
        <w:t>(40</w:t>
      </w:r>
      <w:r>
        <w:rPr>
          <w:rFonts w:ascii="宋体;SimSun" w:hAnsi="宋体;SimSun" w:cs="宋体;SimSun"/>
          <w:color w:val="000000"/>
        </w:rPr>
        <w:t>字左右</w:t>
      </w:r>
      <w:r>
        <w:rPr>
          <w:rFonts w:eastAsia="宋体;SimSun" w:cs="宋体;SimSun" w:ascii="宋体;SimSun" w:hAnsi="宋体;SimSun"/>
          <w:color w:val="000000"/>
        </w:rPr>
        <w:t>)</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20.     (1). </w:t>
      </w:r>
      <w:r>
        <w:rPr>
          <w:rFonts w:ascii="宋体;SimSun" w:hAnsi="宋体;SimSun" w:cs="宋体;SimSun"/>
          <w:color w:val="000000"/>
        </w:rPr>
        <w:t>花边饺子；</w:t>
      </w:r>
      <w:r>
        <w:rPr>
          <w:color w:val="000000"/>
        </w:rPr>
        <w:t xml:space="preserve">    </w:t>
      </w:r>
      <w:r>
        <w:rPr>
          <w:color w:val="000000"/>
        </w:rPr>
        <w:t xml:space="preserve">(2). </w:t>
      </w:r>
      <w:r>
        <w:rPr>
          <w:rFonts w:eastAsia="宋体;SimSun" w:cs="宋体;SimSun" w:ascii="宋体;SimSun" w:hAnsi="宋体;SimSun"/>
          <w:color w:val="000000"/>
        </w:rPr>
        <w:t>“</w:t>
      </w:r>
      <w:r>
        <w:rPr>
          <w:rFonts w:ascii="宋体;SimSun" w:hAnsi="宋体;SimSun" w:cs="宋体;SimSun"/>
          <w:color w:val="000000"/>
        </w:rPr>
        <w:t>我”小时候吃母亲包的饺子；</w:t>
      </w:r>
      <w:r>
        <w:rPr>
          <w:color w:val="000000"/>
        </w:rPr>
        <w:t xml:space="preserve">    </w:t>
      </w:r>
      <w:r>
        <w:rPr>
          <w:color w:val="000000"/>
        </w:rPr>
        <w:t xml:space="preserve">(3). </w:t>
      </w:r>
      <w:r>
        <w:rPr>
          <w:rFonts w:ascii="宋体;SimSun" w:hAnsi="宋体;SimSun" w:cs="宋体;SimSun"/>
          <w:color w:val="000000"/>
        </w:rPr>
        <w:t>母亲过生日时吃“我”包的饺子两个故事。</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21. </w:t>
      </w:r>
      <w:r>
        <w:rPr>
          <w:rFonts w:ascii="宋体;SimSun" w:hAnsi="宋体;SimSun" w:cs="宋体;SimSun"/>
          <w:color w:val="000000"/>
        </w:rPr>
        <w:t>那些艰苦的岁月，妈妈的花边饺，给了我们难忘的记忆。</w:t>
      </w:r>
      <w:r>
        <w:rPr>
          <w:color w:val="000000"/>
        </w:rPr>
        <w:t xml:space="preserve">    </w:t>
      </w:r>
    </w:p>
    <w:p>
      <w:pPr>
        <w:pStyle w:val="Normal"/>
        <w:spacing w:lineRule="auto" w:line="360"/>
        <w:textAlignment w:val="center"/>
        <w:rPr/>
      </w:pPr>
      <w:r>
        <w:rPr>
          <w:color w:val="000000"/>
        </w:rPr>
        <w:t xml:space="preserve">22. </w:t>
      </w:r>
      <w:r>
        <w:rPr>
          <w:rFonts w:eastAsia="Times New Romance" w:cs="Times New Romance" w:ascii="Times New Romance" w:hAnsi="Times New Romance"/>
          <w:color w:val="000000"/>
        </w:rPr>
        <w:t>A</w:t>
      </w:r>
      <w:r>
        <w:rPr>
          <w:rFonts w:ascii="宋体;SimSun" w:hAnsi="宋体;SimSun" w:cs="宋体;SimSun"/>
          <w:color w:val="000000"/>
        </w:rPr>
        <w:t>、运用运用比喻的修辞方法，生动形象地写出了两种刚刚包好的不同馅儿的饺子界限分明地摆放在盖帘儿上的情境，为下文“我和弟弟常捣乱，把饺子弄混”作铺垫。</w:t>
      </w:r>
    </w:p>
    <w:p>
      <w:pPr>
        <w:pStyle w:val="Normal"/>
        <w:spacing w:lineRule="auto" w:line="360"/>
        <w:jc w:val="start"/>
        <w:textAlignment w:val="center"/>
        <w:rPr>
          <w:rFonts w:ascii="宋体;SimSun" w:hAnsi="宋体;SimSun" w:eastAsia="宋体;SimSun" w:cs="宋体;SimSun"/>
          <w:color w:val="000000"/>
        </w:rPr>
      </w:pPr>
      <w:r>
        <w:rPr>
          <w:rFonts w:eastAsia="Times New Romance" w:cs="Times New Romance" w:ascii="Times New Romance" w:hAnsi="Times New Romance"/>
          <w:color w:val="000000"/>
        </w:rPr>
        <w:t>B</w:t>
      </w:r>
      <w:r>
        <w:rPr>
          <w:rFonts w:ascii="宋体;SimSun" w:hAnsi="宋体;SimSun" w:cs="宋体;SimSun"/>
          <w:color w:val="000000"/>
        </w:rPr>
        <w:t>、运用比喻的修辞方法，生动形象地写出了饺子在锅中上下翻腾的情景，突出了其灵动可爱的样子，表达了浓浓地亲情。</w:t>
      </w:r>
      <w:r>
        <w:rPr>
          <w:color w:val="000000"/>
        </w:rPr>
        <w:t xml:space="preserve">    </w:t>
      </w:r>
    </w:p>
    <w:p>
      <w:pPr>
        <w:pStyle w:val="Normal"/>
        <w:spacing w:lineRule="auto" w:line="360"/>
        <w:jc w:val="start"/>
        <w:textAlignment w:val="center"/>
        <w:rPr>
          <w:rFonts w:ascii="宋体;SimSun" w:hAnsi="宋体;SimSun" w:eastAsia="宋体;SimSun" w:cs="宋体;SimSun"/>
          <w:color w:val="000000"/>
        </w:rPr>
      </w:pPr>
      <w:r>
        <w:rPr>
          <w:color w:val="000000"/>
        </w:rPr>
        <w:t xml:space="preserve">23. </w:t>
      </w:r>
      <w:r>
        <w:rPr>
          <w:rFonts w:ascii="宋体;SimSun" w:hAnsi="宋体;SimSun" w:cs="宋体;SimSun"/>
          <w:color w:val="000000"/>
        </w:rPr>
        <w:t>示例：我用您当年的办法让您吃到了糖馅饺子，您能开心快乐，是做儿子最大的心愿。</w:t>
      </w:r>
      <w:r>
        <w:rPr>
          <w:color w:val="000000"/>
        </w:rPr>
        <w:t xml:space="preserve">    </w:t>
      </w:r>
    </w:p>
    <w:p>
      <w:pPr>
        <w:pStyle w:val="Normal"/>
        <w:spacing w:lineRule="auto" w:line="360"/>
        <w:jc w:val="start"/>
        <w:textAlignment w:val="center"/>
        <w:rPr/>
      </w:pPr>
      <w:r>
        <w:rPr>
          <w:color w:val="000000"/>
        </w:rPr>
        <w:t xml:space="preserve">24. </w:t>
      </w:r>
      <w:r>
        <w:rPr>
          <w:rFonts w:ascii="宋体;SimSun" w:hAnsi="宋体;SimSun" w:cs="宋体;SimSun"/>
          <w:color w:val="000000"/>
        </w:rPr>
        <w:t>示例：暖暖的一杯热茶里有母亲深厚的爱；满满的一碗饭里藏着父亲沉默的爱。</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本题的考点是记叙线索及内容概括。线索可以是人、事、物、时间、地点、作者的情感等。判断文章线索的一个重要方法是看题目，很多文章的题目就是线索，特别是以事物为题目的文章。本文就是以</w:t>
      </w:r>
      <w:r>
        <w:rPr>
          <w:rFonts w:ascii="楷体" w:hAnsi="楷体" w:cs="楷体" w:eastAsia="楷体"/>
          <w:color w:val="000000"/>
        </w:rPr>
        <w:t>“花边饺子”</w:t>
      </w:r>
      <w:r>
        <w:rPr>
          <w:rFonts w:ascii="宋体;SimSun" w:hAnsi="宋体;SimSun" w:cs="宋体;SimSun"/>
          <w:color w:val="000000"/>
        </w:rPr>
        <w:t>这个事物为线索，围绕花边饺子写了“我”小时候吃母亲包的饺子和母亲过生日时吃“我”包的饺子两个故事。</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pPr>
      <w:r>
        <w:rPr>
          <w:rFonts w:ascii="宋体;SimSun" w:hAnsi="宋体;SimSun" w:cs="宋体;SimSun"/>
          <w:color w:val="000000"/>
        </w:rPr>
        <w:t>本题的考点是代词的指代对象</w:t>
      </w:r>
      <w:r>
        <w:rPr>
          <w:rFonts w:ascii="Times New Romance" w:hAnsi="Times New Romance" w:cs="Times New Romance" w:eastAsia="Times New Romance"/>
          <w:color w:val="000000"/>
        </w:rPr>
        <w:t xml:space="preserve"> </w:t>
      </w:r>
      <w:r>
        <w:rPr>
          <w:rFonts w:ascii="宋体;SimSun" w:hAnsi="宋体;SimSun" w:cs="宋体;SimSun"/>
          <w:color w:val="000000"/>
        </w:rPr>
        <w:t>。基本上分为两种情况：一是需要联系上下文加以概括的；二是原文中找出指代的内容，这种情况，指代的内容一般出现在代词之前，找到后可用其替换代词，通读句子视句意变化与否来检验其正误。这代指的一般是上文，那是代指下文内容。结合上下文可以明确：那些艰苦的岁月，妈妈的花边饺，给了我们难忘的记忆。</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pPr>
      <w:r>
        <w:rPr>
          <w:rFonts w:ascii="宋体;SimSun" w:hAnsi="宋体;SimSun" w:cs="宋体;SimSun"/>
          <w:color w:val="000000"/>
        </w:rPr>
        <w:t>这道题考查的是语句的鉴赏。记叙文语句的赏析可以从修辞手法，人物描写，景物描写，富有表现力的词语，写作手法，句式结构等入手。答案一般包括赏析角度</w:t>
      </w:r>
      <w:r>
        <w:rPr>
          <w:rFonts w:eastAsia="Times New Romance" w:cs="Times New Romance" w:ascii="Times New Romance" w:hAnsi="Times New Romance"/>
          <w:color w:val="000000"/>
        </w:rPr>
        <w:t>+</w:t>
      </w:r>
      <w:r>
        <w:rPr>
          <w:rFonts w:ascii="宋体;SimSun" w:hAnsi="宋体;SimSun" w:cs="宋体;SimSun"/>
          <w:color w:val="000000"/>
        </w:rPr>
        <w:t>写出了什么内容</w:t>
      </w:r>
      <w:r>
        <w:rPr>
          <w:rFonts w:eastAsia="Times New Romance" w:cs="Times New Romance" w:ascii="Times New Romance" w:hAnsi="Times New Romance"/>
          <w:color w:val="000000"/>
        </w:rPr>
        <w:t>+</w:t>
      </w:r>
      <w:r>
        <w:rPr>
          <w:rFonts w:ascii="宋体;SimSun" w:hAnsi="宋体;SimSun" w:cs="宋体;SimSun"/>
          <w:color w:val="000000"/>
        </w:rPr>
        <w:t>表现了什么特点（情感）。</w:t>
      </w:r>
      <w:r>
        <w:rPr>
          <w:rFonts w:eastAsia="Times New Romance" w:cs="Times New Romance" w:ascii="Times New Romance" w:hAnsi="Times New Romance"/>
          <w:color w:val="000000"/>
        </w:rPr>
        <w:t>A</w:t>
      </w:r>
      <w:r>
        <w:rPr>
          <w:rFonts w:ascii="宋体;SimSun" w:hAnsi="宋体;SimSun" w:cs="宋体;SimSun"/>
          <w:color w:val="000000"/>
        </w:rPr>
        <w:t>、</w:t>
      </w:r>
      <w:r>
        <w:rPr>
          <w:rFonts w:eastAsia="Times New Romance" w:cs="Times New Romance" w:ascii="Times New Romance" w:hAnsi="Times New Romance"/>
          <w:color w:val="000000"/>
        </w:rPr>
        <w:t>B</w:t>
      </w:r>
      <w:r>
        <w:rPr>
          <w:rFonts w:ascii="宋体;SimSun" w:hAnsi="宋体;SimSun" w:cs="宋体;SimSun"/>
          <w:color w:val="000000"/>
        </w:rPr>
        <w:t>两句都可以从比喻的修辞入手，</w:t>
      </w:r>
      <w:r>
        <w:rPr>
          <w:rFonts w:eastAsia="Times New Romance" w:cs="Times New Romance" w:ascii="Times New Romance" w:hAnsi="Times New Romance"/>
          <w:color w:val="000000"/>
        </w:rPr>
        <w:t>A</w:t>
      </w:r>
      <w:r>
        <w:rPr>
          <w:rFonts w:ascii="宋体;SimSun" w:hAnsi="宋体;SimSun" w:cs="宋体;SimSun"/>
          <w:color w:val="000000"/>
        </w:rPr>
        <w:t>句强调的是两种不同馅儿的饺子界限分明，便于区分的庄重感；</w:t>
      </w:r>
      <w:r>
        <w:rPr>
          <w:rFonts w:eastAsia="Times New Romance" w:cs="Times New Romance" w:ascii="Times New Romance" w:hAnsi="Times New Romance"/>
          <w:color w:val="000000"/>
        </w:rPr>
        <w:t>B</w:t>
      </w:r>
      <w:r>
        <w:rPr>
          <w:rFonts w:ascii="宋体;SimSun" w:hAnsi="宋体;SimSun" w:cs="宋体;SimSun"/>
          <w:color w:val="000000"/>
        </w:rPr>
        <w:t>句强调的是饺子下锅上下翻滚的灵动；两句话都表现了一种浓浓的亲情。</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这道题考查的是补写人物心理。先要明确人物此时所处的情境和此时应有的、合理的心理内容。语言表述时要注意用第一人称“我”，写人物的内心独白。要符合人物性格，符合当时的情况。结合上下文我们知道，第⑧段是“我”在经济条件好转后为了报答母亲做了一顿饺子，并且专门为母亲做了一个糖馅饺子，目的是让辛苦了一辈子的母亲开心快乐。</w:t>
      </w:r>
    </w:p>
    <w:p>
      <w:pPr>
        <w:pStyle w:val="Normal"/>
        <w:spacing w:lineRule="auto" w:line="360"/>
        <w:textAlignment w:val="center"/>
        <w:rPr>
          <w:color w:val="000000"/>
        </w:rPr>
      </w:pPr>
      <w:r>
        <w:rPr>
          <w:color w:val="000000"/>
        </w:rPr>
        <w:t>【</w:t>
      </w:r>
      <w:r>
        <w:rPr>
          <w:color w:val="000000"/>
        </w:rPr>
        <w:t>24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是开放性问题，要结合自己的理解作答，借助一种具体的形象表达母爱或者父爱即可。语言尽量生动形象，要表达出父爱或者母爱的幸福暖意。比如：一块香喷喷的面包，一杯暖暖的热茶，一盘色香味俱全的红烧肉，一份期盼已久的生日礼物等等。</w:t>
      </w:r>
    </w:p>
    <w:p>
      <w:pPr>
        <w:pStyle w:val="Heading2"/>
      </w:pPr>
      <w:r>
        <w:t>期中</w:t>
      </w:r>
    </w:p>
    <w:p>
      <w:pPr>
        <w:pStyle w:val="Heading3"/>
      </w:pPr>
      <w:r>
        <w:t>101中学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18</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阅读下面材料，完成小题。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color w:val="000000"/>
        </w:rPr>
      </w:pPr>
      <w:r>
        <w:rPr>
          <w:rFonts w:eastAsia="宋体;SimSun" w:cs="宋体;SimSun" w:ascii="宋体;SimSun" w:hAnsi="宋体;SimSun"/>
          <w:color w:val="000000"/>
        </w:rPr>
        <w:drawing>
          <wp:inline distT="0" distB="0" distL="0" distR="0">
            <wp:extent cx="2981325" cy="1476375"/>
            <wp:effectExtent l="0" t="0" r="0" b="0"/>
            <wp:docPr id="133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6"/>
                    <pic:cNvPicPr>
                      <a:picLocks noChangeAspect="1" noChangeArrowheads="1"/>
                    </pic:cNvPicPr>
                  </pic:nvPicPr>
                  <pic:blipFill>
                    <a:blip r:embed="rId10"/>
                    <a:srcRect l="-8" t="-15" r="-8" b="-15"/>
                    <a:stretch>
                      <a:fillRect/>
                    </a:stretch>
                  </pic:blipFill>
                  <pic:spPr bwMode="auto">
                    <a:xfrm>
                      <a:off x="0" y="0"/>
                      <a:ext cx="2981325" cy="1476375"/>
                    </a:xfrm>
                    <a:prstGeom prst="rect">
                      <a:avLst/>
                    </a:prstGeom>
                    <a:noFill/>
                  </pic:spPr>
                </pic:pic>
              </a:graphicData>
            </a:graphic>
          </wp:inline>
        </w:drawing>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2011</w:t>
      </w:r>
      <w:r>
        <w:rPr>
          <w:rFonts w:ascii="楷体" w:hAnsi="楷体" w:cs="楷体" w:eastAsia="楷体"/>
          <w:color w:val="000000"/>
        </w:rPr>
        <w:t>年到</w:t>
      </w:r>
      <w:r>
        <w:rPr>
          <w:rFonts w:eastAsia="楷体" w:cs="楷体" w:ascii="楷体" w:hAnsi="楷体"/>
          <w:color w:val="000000"/>
        </w:rPr>
        <w:t>2017</w:t>
      </w:r>
      <w:r>
        <w:rPr>
          <w:rFonts w:ascii="楷体" w:hAnsi="楷体" w:cs="楷体" w:eastAsia="楷体"/>
          <w:color w:val="000000"/>
        </w:rPr>
        <w:t>年，北京市先后实施了百万亩平原造林工程和平原地区重点区域绿化建设工程。截至</w:t>
      </w:r>
      <w:r>
        <w:rPr>
          <w:rFonts w:eastAsia="楷体" w:cs="楷体" w:ascii="楷体" w:hAnsi="楷体"/>
          <w:color w:val="000000"/>
        </w:rPr>
        <w:t>2017</w:t>
      </w:r>
      <w:r>
        <w:rPr>
          <w:rFonts w:ascii="楷体" w:hAnsi="楷体" w:cs="楷体" w:eastAsia="楷体"/>
          <w:color w:val="000000"/>
        </w:rPr>
        <w:t>年底，已累计完成平原地区造林</w:t>
      </w:r>
      <w:r>
        <w:rPr>
          <w:rFonts w:eastAsia="楷体" w:cs="楷体" w:ascii="楷体" w:hAnsi="楷体"/>
          <w:color w:val="000000"/>
        </w:rPr>
        <w:t>117</w:t>
      </w:r>
      <w:r>
        <w:rPr>
          <w:rFonts w:ascii="楷体" w:hAnsi="楷体" w:cs="楷体" w:eastAsia="楷体"/>
          <w:color w:val="000000"/>
        </w:rPr>
        <w:t>万亩，在平原地区形成万亩以上的大片森林</w:t>
      </w:r>
      <w:r>
        <w:rPr>
          <w:rFonts w:eastAsia="楷体" w:cs="楷体" w:ascii="楷体" w:hAnsi="楷体"/>
          <w:color w:val="000000"/>
        </w:rPr>
        <w:t>23</w:t>
      </w:r>
      <w:r>
        <w:rPr>
          <w:rFonts w:ascii="楷体" w:hAnsi="楷体" w:cs="楷体" w:eastAsia="楷体"/>
          <w:color w:val="000000"/>
        </w:rPr>
        <w:t>处，千亩以上绿色板块</w:t>
      </w:r>
      <w:r>
        <w:rPr>
          <w:rFonts w:eastAsia="楷体" w:cs="楷体" w:ascii="楷体" w:hAnsi="楷体"/>
          <w:color w:val="000000"/>
        </w:rPr>
        <w:t>210</w:t>
      </w:r>
      <w:r>
        <w:rPr>
          <w:rFonts w:ascii="楷体" w:hAnsi="楷体" w:cs="楷体" w:eastAsia="楷体"/>
          <w:color w:val="000000"/>
        </w:rPr>
        <w:t>处，栽下的新林面积相当于</w:t>
      </w:r>
      <w:r>
        <w:rPr>
          <w:rFonts w:eastAsia="楷体" w:cs="楷体" w:ascii="楷体" w:hAnsi="楷体"/>
          <w:color w:val="000000"/>
        </w:rPr>
        <w:t>110</w:t>
      </w:r>
      <w:r>
        <w:rPr>
          <w:rFonts w:ascii="楷体" w:hAnsi="楷体" w:cs="楷体" w:eastAsia="楷体"/>
          <w:color w:val="000000"/>
        </w:rPr>
        <w:t>个奥林匹克森林公园大小。初步建成了以大面积森林为基底、大型生态廊道为骨架、九大楔形绿地为支撑的城市森林生态格局。</w:t>
      </w:r>
    </w:p>
    <w:p>
      <w:pPr>
        <w:pStyle w:val="Normal"/>
        <w:spacing w:lineRule="auto" w:line="360"/>
        <w:ind w:firstLine="420" w:end="0"/>
        <w:jc w:val="start"/>
        <w:textAlignment w:val="center"/>
        <w:rPr/>
      </w:pPr>
      <w:r>
        <w:rPr>
          <w:rFonts w:eastAsia="楷体" w:cs="楷体" w:ascii="楷体" w:hAnsi="楷体"/>
          <w:color w:val="000000"/>
        </w:rPr>
        <w:t>2018</w:t>
      </w:r>
      <w:r>
        <w:rPr>
          <w:rFonts w:ascii="楷体" w:hAnsi="楷体" w:cs="楷体" w:eastAsia="楷体"/>
          <w:color w:val="000000"/>
        </w:rPr>
        <w:t>年北京市启动了新一轮百万亩造林绿化工程。新一轮工程计划将新增森林湿地</w:t>
      </w:r>
      <w:r>
        <w:rPr>
          <w:rFonts w:eastAsia="楷体" w:cs="楷体" w:ascii="楷体" w:hAnsi="楷体"/>
          <w:color w:val="000000"/>
        </w:rPr>
        <w:t>100</w:t>
      </w:r>
      <w:r>
        <w:rPr>
          <w:rFonts w:ascii="楷体" w:hAnsi="楷体" w:cs="楷体" w:eastAsia="楷体"/>
          <w:color w:val="000000"/>
        </w:rPr>
        <w:t>万亩，到</w:t>
      </w:r>
      <w:r>
        <w:rPr>
          <w:rFonts w:eastAsia="楷体" w:cs="楷体" w:ascii="楷体" w:hAnsi="楷体"/>
          <w:color w:val="000000"/>
        </w:rPr>
        <w:t>2022</w:t>
      </w:r>
      <w:r>
        <w:rPr>
          <w:rFonts w:ascii="楷体" w:hAnsi="楷体" w:cs="楷体" w:eastAsia="楷体"/>
          <w:color w:val="000000"/>
        </w:rPr>
        <w:t>年，全市森林覆盖率达到</w:t>
      </w:r>
      <w:r>
        <w:rPr>
          <w:rFonts w:eastAsia="楷体" w:cs="楷体" w:ascii="楷体" w:hAnsi="楷体"/>
          <w:color w:val="000000"/>
        </w:rPr>
        <w:t>45%</w:t>
      </w:r>
      <w:r>
        <w:rPr>
          <w:rFonts w:ascii="楷体" w:hAnsi="楷体" w:cs="楷体" w:eastAsia="楷体"/>
          <w:color w:val="000000"/>
        </w:rPr>
        <w:t>以上，平原地区森林覆盖率达到</w:t>
      </w:r>
      <w:r>
        <w:rPr>
          <w:rFonts w:eastAsia="楷体" w:cs="楷体" w:ascii="楷体" w:hAnsi="楷体"/>
          <w:color w:val="000000"/>
        </w:rPr>
        <w:t>32%</w:t>
      </w:r>
      <w:r>
        <w:rPr>
          <w:rFonts w:ascii="楷体" w:hAnsi="楷体" w:cs="楷体" w:eastAsia="楷体"/>
          <w:color w:val="000000"/>
        </w:rPr>
        <w:t>，人均公园绿地面积达到</w:t>
      </w:r>
      <w:r>
        <w:rPr>
          <w:rFonts w:eastAsia="楷体" w:cs="楷体" w:ascii="楷体" w:hAnsi="楷体"/>
          <w:color w:val="000000"/>
        </w:rPr>
        <w:t>16.6</w:t>
      </w:r>
      <w:r>
        <w:rPr>
          <w:rFonts w:ascii="楷体" w:hAnsi="楷体" w:cs="楷体" w:eastAsia="楷体"/>
          <w:color w:val="000000"/>
        </w:rPr>
        <w:t>平方米。本着“无界森林、宜居城市”的理念，新一轮工程将造林绿化建设与山、水、原、城有机融合，通过综合治理，逐步实现</w:t>
      </w:r>
      <w:r>
        <w:rPr>
          <w:rFonts w:ascii="楷体" w:hAnsi="楷体" w:cs="楷体" w:eastAsia="楷体"/>
          <w:color w:val="000000"/>
          <w:u w:val="single"/>
        </w:rPr>
        <w:t xml:space="preserve">①    </w:t>
      </w:r>
      <w:r>
        <w:rPr>
          <w:rFonts w:ascii="楷体" w:hAnsi="楷体" w:cs="楷体" w:eastAsia="楷体"/>
          <w:color w:val="000000"/>
        </w:rPr>
        <w:t>的规划愿景。</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color w:val="000000"/>
        </w:rPr>
      </w:pPr>
      <w:r>
        <w:rPr>
          <w:rFonts w:eastAsia="宋体;SimSun" w:cs="宋体;SimSun" w:ascii="宋体;SimSun" w:hAnsi="宋体;SimSun"/>
          <w:color w:val="000000"/>
        </w:rPr>
        <w:drawing>
          <wp:inline distT="0" distB="0" distL="0" distR="0">
            <wp:extent cx="3057525" cy="1809750"/>
            <wp:effectExtent l="0" t="0" r="0" b="0"/>
            <wp:docPr id="133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7"/>
                    <pic:cNvPicPr>
                      <a:picLocks noChangeAspect="1" noChangeArrowheads="1"/>
                    </pic:cNvPicPr>
                  </pic:nvPicPr>
                  <pic:blipFill>
                    <a:blip r:embed="rId11"/>
                    <a:srcRect l="-8" t="-15" r="-8" b="-15"/>
                    <a:stretch>
                      <a:fillRect/>
                    </a:stretch>
                  </pic:blipFill>
                  <pic:spPr bwMode="auto">
                    <a:xfrm>
                      <a:off x="0" y="0"/>
                      <a:ext cx="3057525" cy="1809750"/>
                    </a:xfrm>
                    <a:prstGeom prst="rect">
                      <a:avLst/>
                    </a:prstGeom>
                    <a:noFill/>
                  </pic:spPr>
                </pic:pic>
              </a:graphicData>
            </a:graphic>
          </wp:inline>
        </w:drawing>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北京建立了全面、有效的空气质量管理体系。这套体系包括：完备的法治系统、系统性的环保规划、严苛的地方排放标准、强而有力的监控体系，以及北京市民对环境保护的高度重视。在过去</w:t>
      </w:r>
      <w:r>
        <w:rPr>
          <w:rFonts w:eastAsia="楷体" w:cs="楷体" w:ascii="楷体" w:hAnsi="楷体"/>
          <w:color w:val="000000"/>
        </w:rPr>
        <w:t>20</w:t>
      </w:r>
      <w:r>
        <w:rPr>
          <w:rFonts w:ascii="楷体" w:hAnsi="楷体" w:cs="楷体" w:eastAsia="楷体"/>
          <w:color w:val="000000"/>
        </w:rPr>
        <w:t>年间，北京市范围内建立了</w:t>
      </w:r>
      <w:r>
        <w:rPr>
          <w:rFonts w:eastAsia="楷体" w:cs="楷体" w:ascii="楷体" w:hAnsi="楷体"/>
          <w:color w:val="000000"/>
        </w:rPr>
        <w:t>1000</w:t>
      </w:r>
      <w:r>
        <w:rPr>
          <w:rFonts w:ascii="楷体" w:hAnsi="楷体" w:cs="楷体" w:eastAsia="楷体"/>
          <w:color w:val="000000"/>
        </w:rPr>
        <w:t>多个空气监测站，对</w:t>
      </w:r>
      <w:r>
        <w:rPr>
          <w:rFonts w:eastAsia="楷体" w:cs="楷体" w:ascii="楷体" w:hAnsi="楷体"/>
          <w:color w:val="000000"/>
        </w:rPr>
        <w:t>PM2.5</w:t>
      </w:r>
      <w:r>
        <w:rPr>
          <w:rFonts w:ascii="楷体" w:hAnsi="楷体" w:cs="楷体" w:eastAsia="楷体"/>
          <w:color w:val="000000"/>
        </w:rPr>
        <w:t>在内的</w:t>
      </w:r>
      <w:r>
        <w:rPr>
          <w:rFonts w:eastAsia="楷体" w:cs="楷体" w:ascii="楷体" w:hAnsi="楷体"/>
          <w:color w:val="000000"/>
        </w:rPr>
        <w:t>6</w:t>
      </w:r>
      <w:r>
        <w:rPr>
          <w:rFonts w:ascii="楷体" w:hAnsi="楷体" w:cs="楷体" w:eastAsia="楷体"/>
          <w:color w:val="000000"/>
        </w:rPr>
        <w:t>种污染气体进行监测，并实时通过微博、微信等社交平台向公众告知。</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其次，北京市商用、民用供电供暖结构优化，有助于减少大气污染的排放。截至</w:t>
      </w:r>
      <w:r>
        <w:rPr>
          <w:rFonts w:eastAsia="楷体" w:cs="楷体" w:ascii="楷体" w:hAnsi="楷体"/>
          <w:color w:val="000000"/>
        </w:rPr>
        <w:t>2018</w:t>
      </w:r>
      <w:r>
        <w:rPr>
          <w:rFonts w:ascii="楷体" w:hAnsi="楷体" w:cs="楷体" w:eastAsia="楷体"/>
          <w:color w:val="000000"/>
        </w:rPr>
        <w:t>年底，北京市能源消耗中，超</w:t>
      </w:r>
      <w:r>
        <w:rPr>
          <w:rFonts w:eastAsia="楷体" w:cs="楷体" w:ascii="楷体" w:hAnsi="楷体"/>
          <w:color w:val="000000"/>
        </w:rPr>
        <w:t>99%</w:t>
      </w:r>
      <w:r>
        <w:rPr>
          <w:rFonts w:ascii="楷体" w:hAnsi="楷体" w:cs="楷体" w:eastAsia="楷体"/>
          <w:color w:val="000000"/>
        </w:rPr>
        <w:t>为电力、天然气和其他清洁能源，城镇地区已告别“烧煤取暖”。</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北京还把高排放机动车治理作为重中之重，通过在</w:t>
      </w:r>
      <w:r>
        <w:rPr>
          <w:rFonts w:eastAsia="楷体" w:cs="楷体" w:ascii="楷体" w:hAnsi="楷体"/>
          <w:color w:val="000000"/>
        </w:rPr>
        <w:t>2012</w:t>
      </w:r>
      <w:r>
        <w:rPr>
          <w:rFonts w:ascii="楷体" w:hAnsi="楷体" w:cs="楷体" w:eastAsia="楷体"/>
          <w:color w:val="000000"/>
        </w:rPr>
        <w:t>年起施行的“国五”排放标准，以及高补助刺激下的新能源车推广政策，汽车尾气排放所产生的</w:t>
      </w:r>
      <w:r>
        <w:rPr>
          <w:rFonts w:eastAsia="楷体" w:cs="楷体" w:ascii="楷体" w:hAnsi="楷体"/>
          <w:color w:val="000000"/>
        </w:rPr>
        <w:t>PM2.5</w:t>
      </w:r>
      <w:r>
        <w:rPr>
          <w:rFonts w:ascii="楷体" w:hAnsi="楷体" w:cs="楷体" w:eastAsia="楷体"/>
          <w:color w:val="000000"/>
        </w:rPr>
        <w:t>明显减少。</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2018</w:t>
      </w:r>
      <w:r>
        <w:rPr>
          <w:rFonts w:ascii="楷体" w:hAnsi="楷体" w:cs="楷体" w:eastAsia="楷体"/>
          <w:color w:val="000000"/>
        </w:rPr>
        <w:t>年北京新建</w:t>
      </w:r>
      <w:r>
        <w:rPr>
          <w:rFonts w:eastAsia="楷体" w:cs="楷体" w:ascii="楷体" w:hAnsi="楷体"/>
          <w:color w:val="000000"/>
        </w:rPr>
        <w:t>28</w:t>
      </w:r>
      <w:r>
        <w:rPr>
          <w:rFonts w:ascii="楷体" w:hAnsi="楷体" w:cs="楷体" w:eastAsia="楷体"/>
          <w:color w:val="000000"/>
        </w:rPr>
        <w:t>处城市休闲公园，并在东城、西城、海淀等区新建了</w:t>
      </w:r>
      <w:r>
        <w:rPr>
          <w:rFonts w:eastAsia="楷体" w:cs="楷体" w:ascii="楷体" w:hAnsi="楷体"/>
          <w:color w:val="000000"/>
        </w:rPr>
        <w:t>20</w:t>
      </w:r>
      <w:r>
        <w:rPr>
          <w:rFonts w:ascii="楷体" w:hAnsi="楷体" w:cs="楷体" w:eastAsia="楷体"/>
          <w:color w:val="000000"/>
        </w:rPr>
        <w:t>处具有自然特色的城市森林，还建设了</w:t>
      </w:r>
      <w:r>
        <w:rPr>
          <w:rFonts w:eastAsia="楷体" w:cs="楷体" w:ascii="楷体" w:hAnsi="楷体"/>
          <w:color w:val="000000"/>
        </w:rPr>
        <w:t>121</w:t>
      </w:r>
      <w:r>
        <w:rPr>
          <w:rFonts w:ascii="楷体" w:hAnsi="楷体" w:cs="楷体" w:eastAsia="楷体"/>
          <w:color w:val="000000"/>
        </w:rPr>
        <w:t>处小微绿地和口袋公园。这些绿地和公园虽然面积不大，但紧邻居民区，为附近百姓提供了一个活动场所，让市民能“推窗见绿、出门进园”，非常方便。</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午后暖阳下，西城区东福寿里口袋公园中，胡同里的老人们围坐在古色古香的亭廊下闲话家常，周围绿植环绕。胡同居民李健说，过去胡同里到处私搭乱建，到了夏天蚊子还特多，让人“闹心”，后来经过整治，胡同面貌焕然一新。福寿里口袋公园是北京近年来加快建设生态文明的一个缩影。</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通过多元增绿、见缝插绿和精准建绿，市民身边的绿色越来越多，城市生态得到了极大改善。</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13. </w:t>
      </w:r>
      <w:r>
        <w:rPr>
          <w:rFonts w:ascii="宋体;SimSun" w:hAnsi="宋体;SimSun" w:cs="宋体;SimSun"/>
          <w:color w:val="000000"/>
        </w:rPr>
        <w:t>依据上下文，在【材料一】横线处填入语句都正确的一项是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A. ①</w:t>
      </w:r>
      <w:r>
        <w:rPr>
          <w:rFonts w:ascii="宋体;SimSun" w:hAnsi="宋体;SimSun" w:cs="宋体;SimSun"/>
          <w:color w:val="000000"/>
        </w:rPr>
        <w:t>城乡林茂鸟语、浅山层林尽染、平原蓝绿交融</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B. ①</w:t>
      </w:r>
      <w:r>
        <w:rPr>
          <w:rFonts w:ascii="宋体;SimSun" w:hAnsi="宋体;SimSun" w:cs="宋体;SimSun"/>
          <w:color w:val="000000"/>
        </w:rPr>
        <w:t>城乡林茂鸟语、平原蓝绿交融、浅山层林尽染</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C. ①</w:t>
      </w:r>
      <w:r>
        <w:rPr>
          <w:rFonts w:ascii="宋体;SimSun" w:hAnsi="宋体;SimSun" w:cs="宋体;SimSun"/>
          <w:color w:val="000000"/>
        </w:rPr>
        <w:t>浅山层林尽染、城乡林茂鸟语、平原蓝绿交融</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D. ①</w:t>
      </w:r>
      <w:r>
        <w:rPr>
          <w:rFonts w:ascii="宋体;SimSun" w:hAnsi="宋体;SimSun" w:cs="宋体;SimSun"/>
          <w:color w:val="000000"/>
        </w:rPr>
        <w:t>浅山层林尽染、平原蓝绿交融、城乡林茂鸟语</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阅读【材料二】的图文，你得出的结论是什么？</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请你结合上面三则材料，说明近年来北京生态环境持续变好的表现。</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13. D    14. </w:t>
      </w:r>
      <w:r>
        <w:rPr>
          <w:rFonts w:ascii="宋体;SimSun" w:hAnsi="宋体;SimSun" w:cs="宋体;SimSun"/>
          <w:color w:val="000000"/>
        </w:rPr>
        <w:t>北京空气质量的提升源于全面有效的管理体系和一系列减排措施。</w:t>
      </w:r>
      <w:r>
        <w:rPr>
          <w:color w:val="000000"/>
        </w:rPr>
        <w:t xml:space="preserve">    </w:t>
      </w:r>
    </w:p>
    <w:p>
      <w:pPr>
        <w:pStyle w:val="Normal"/>
        <w:spacing w:lineRule="auto" w:line="360"/>
        <w:textAlignment w:val="center"/>
        <w:rPr/>
      </w:pPr>
      <w:r>
        <w:rPr>
          <w:color w:val="000000"/>
        </w:rPr>
        <w:t xml:space="preserve">15. </w:t>
      </w:r>
      <w:r>
        <w:rPr>
          <w:rFonts w:ascii="宋体;SimSun" w:hAnsi="宋体;SimSun" w:cs="宋体;SimSun"/>
          <w:color w:val="000000"/>
        </w:rPr>
        <w:t>要点：森林覆盖率增加，空气质量提高，城市生态改善（居住环境改善）</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句子顺序。顺序能否调换要考虑两个方面的因素：一是句子内容本身运用了一定的顺序；二是要考虑内容和上下文之间是否是一一照应的关系。本句应与上句的“新一轮工程将造林绿化建设与山、水、原、城有机融合”形成一一照应的关系。故选</w:t>
      </w:r>
      <w:r>
        <w:rPr>
          <w:rFonts w:eastAsia="宋体;SimSun" w:cs="宋体;SimSun" w:ascii="宋体;SimSun" w:hAnsi="宋体;SimSun"/>
          <w:color w:val="000000"/>
        </w:rPr>
        <w:t>D</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本题考查图文转换和对材料的理解。首先要注意题干或图表的主题、对象；其次需要进行横向、纵向对比分析；最后分析图表的变化，找出规律，得出结论。解答此题时，紧扣图表的主题“</w:t>
      </w:r>
      <w:r>
        <w:rPr>
          <w:rFonts w:eastAsia="宋体;SimSun" w:cs="宋体;SimSun" w:ascii="宋体;SimSun" w:hAnsi="宋体;SimSun"/>
          <w:color w:val="000000"/>
        </w:rPr>
        <w:t>2013-2018</w:t>
      </w:r>
      <w:r>
        <w:rPr>
          <w:rFonts w:ascii="宋体;SimSun" w:hAnsi="宋体;SimSun" w:cs="宋体;SimSun"/>
          <w:color w:val="000000"/>
        </w:rPr>
        <w:t>年北京空气质量级别分布”，纵向比较，明显看出六年以来北京空气质量有所提高。结合文字材料分析提高的原因。“北京建立了全面、有效的空气质量管理体系。这套体系包括：完备的法治系统、系统性的环保规划、严苛的地方排放标准、强而有力的监控体系，以及北京市民对环境保护的高度重视”“北京市商用、民用供电供暖结构优化，有助于减少大气污染的排放”“北京还把高排放机动车治理作为重中之重”说明了北京空气质量的提升的原因。最后精炼地整合答案即可。</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本题考查对材料内容的理解。结合题意，找到相关内容，结合关键句子回答。材料一，“截至</w:t>
      </w:r>
      <w:r>
        <w:rPr>
          <w:rFonts w:eastAsia="宋体;SimSun" w:cs="宋体;SimSun" w:ascii="宋体;SimSun" w:hAnsi="宋体;SimSun"/>
          <w:color w:val="000000"/>
        </w:rPr>
        <w:t>2017</w:t>
      </w:r>
      <w:r>
        <w:rPr>
          <w:rFonts w:ascii="宋体;SimSun" w:hAnsi="宋体;SimSun" w:cs="宋体;SimSun"/>
          <w:color w:val="000000"/>
        </w:rPr>
        <w:t>年底，已累计完成平原地区造林</w:t>
      </w:r>
      <w:r>
        <w:rPr>
          <w:rFonts w:eastAsia="宋体;SimSun" w:cs="宋体;SimSun" w:ascii="宋体;SimSun" w:hAnsi="宋体;SimSun"/>
          <w:color w:val="000000"/>
        </w:rPr>
        <w:t>117</w:t>
      </w:r>
      <w:r>
        <w:rPr>
          <w:rFonts w:ascii="宋体;SimSun" w:hAnsi="宋体;SimSun" w:cs="宋体;SimSun"/>
          <w:color w:val="000000"/>
        </w:rPr>
        <w:t>万亩，在平原地区形成万亩以上的大片森林</w:t>
      </w:r>
      <w:r>
        <w:rPr>
          <w:rFonts w:eastAsia="宋体;SimSun" w:cs="宋体;SimSun" w:ascii="宋体;SimSun" w:hAnsi="宋体;SimSun"/>
          <w:color w:val="000000"/>
        </w:rPr>
        <w:t>23</w:t>
      </w:r>
      <w:r>
        <w:rPr>
          <w:rFonts w:ascii="宋体;SimSun" w:hAnsi="宋体;SimSun" w:cs="宋体;SimSun"/>
          <w:color w:val="000000"/>
        </w:rPr>
        <w:t>处，千亩以上绿色板块</w:t>
      </w:r>
      <w:r>
        <w:rPr>
          <w:rFonts w:eastAsia="宋体;SimSun" w:cs="宋体;SimSun" w:ascii="宋体;SimSun" w:hAnsi="宋体;SimSun"/>
          <w:color w:val="000000"/>
        </w:rPr>
        <w:t>210</w:t>
      </w:r>
      <w:r>
        <w:rPr>
          <w:rFonts w:ascii="宋体;SimSun" w:hAnsi="宋体;SimSun" w:cs="宋体;SimSun"/>
          <w:color w:val="000000"/>
        </w:rPr>
        <w:t>处”写北京森林覆盖率增加，由材料二的图表可以看出北京空气质量有所提升，材料三的“新建</w:t>
      </w:r>
      <w:r>
        <w:rPr>
          <w:rFonts w:eastAsia="宋体;SimSun" w:cs="宋体;SimSun" w:ascii="宋体;SimSun" w:hAnsi="宋体;SimSun"/>
          <w:color w:val="000000"/>
        </w:rPr>
        <w:t>28</w:t>
      </w:r>
      <w:r>
        <w:rPr>
          <w:rFonts w:ascii="宋体;SimSun" w:hAnsi="宋体;SimSun" w:cs="宋体;SimSun"/>
          <w:color w:val="000000"/>
        </w:rPr>
        <w:t>处城市休闲公园，并在东城、西城、海淀等区新建了</w:t>
      </w:r>
      <w:r>
        <w:rPr>
          <w:rFonts w:eastAsia="宋体;SimSun" w:cs="宋体;SimSun" w:ascii="宋体;SimSun" w:hAnsi="宋体;SimSun"/>
          <w:color w:val="000000"/>
        </w:rPr>
        <w:t>20</w:t>
      </w:r>
      <w:r>
        <w:rPr>
          <w:rFonts w:ascii="宋体;SimSun" w:hAnsi="宋体;SimSun" w:cs="宋体;SimSun"/>
          <w:color w:val="000000"/>
        </w:rPr>
        <w:t>处具有自然特色的城市森林，还建设了</w:t>
      </w:r>
      <w:r>
        <w:rPr>
          <w:rFonts w:eastAsia="宋体;SimSun" w:cs="宋体;SimSun" w:ascii="宋体;SimSun" w:hAnsi="宋体;SimSun"/>
          <w:color w:val="000000"/>
        </w:rPr>
        <w:t>121</w:t>
      </w:r>
      <w:r>
        <w:rPr>
          <w:rFonts w:ascii="宋体;SimSun" w:hAnsi="宋体;SimSun" w:cs="宋体;SimSun"/>
          <w:color w:val="000000"/>
        </w:rPr>
        <w:t>处小微绿地和口袋公园”“市民身边的绿色越来越多，城市生态得到了极大改善”，说明北京城市生态改善，居住环境越来越好。</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阅读文章《落叶是疲倦的蝴蝶》，回答后面小题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落叶是疲倦的蝴蝶</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夕阳老去，西风渐紧。</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叶落了，秋就乘着落叶来了。秋来了，人就随着秋瘦了，随着秋愁了。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但金黄的落叶没有哀愁，它懂得如何在秋风中安慰自己，它知道，自己的沉睡是为了新的醒来。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落叶有落叶的美，它是疲倦了的蝴蝶。我甚至能感觉到落下来的叶子们轻轻的叫喊。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看到了故乡，看到了老家门前那棵生生不息的老树，看到了炊烟为游子的归来而晃动。对于远走他乡的脚，对于飞上天空的翅膀，炊烟是永不能扯断的绳子。就像路口的大树，它的枝干指着许多的路，而起点只有一个，终点也只有一个，每个离开村庄的人，都带走了一片绿叶，却留下一条根。</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我看到了故乡的山崖，看到石头在山崖上，和花朵一起争着绽放</w:t>
      </w:r>
      <w:r>
        <w:rPr>
          <w:rFonts w:eastAsia="楷体" w:cs="楷体" w:ascii="楷体" w:hAnsi="楷体"/>
          <w:color w:val="000000"/>
        </w:rPr>
        <w:t>;</w:t>
      </w:r>
      <w:r>
        <w:rPr>
          <w:rFonts w:ascii="楷体" w:hAnsi="楷体" w:cs="楷体" w:eastAsia="楷体"/>
          <w:color w:val="000000"/>
        </w:rPr>
        <w:t>看到羊在山崖上，和云一起争着飘荡。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我看到了我的屋檐，冬天结满冰凌，夏天蓄满鸟鸣，一串红辣椒常常被看作是穷日子里的火种。守着屋檐上下翻飞的麻雀，总是那么和谐地与庄户人家好好地过日子。时时刻刻缠绕着那颗在路上的心的，就是这个屋檐。</w:t>
      </w:r>
    </w:p>
    <w:p>
      <w:pPr>
        <w:pStyle w:val="Normal"/>
        <w:spacing w:lineRule="auto" w:line="360"/>
        <w:ind w:firstLine="420" w:end="0"/>
        <w:jc w:val="start"/>
        <w:textAlignment w:val="center"/>
        <w:rPr/>
      </w:pPr>
      <w:r>
        <w:rPr>
          <w:rFonts w:eastAsia="楷体" w:cs="楷体" w:ascii="楷体" w:hAnsi="楷体"/>
          <w:color w:val="000000"/>
        </w:rPr>
        <w:t>⑧</w:t>
      </w:r>
      <w:r>
        <w:rPr>
          <w:rFonts w:ascii="楷体" w:hAnsi="楷体" w:cs="楷体" w:eastAsia="楷体"/>
          <w:color w:val="000000"/>
        </w:rPr>
        <w:t>我看到了母亲，为了不让我们在冬天里挨冻，她拾起一节节枯枝，犹如把那些破碎的日子一一点缀，然后，把温暖交到我们手上。</w:t>
      </w:r>
      <w:r>
        <w:rPr>
          <w:rFonts w:ascii="楷体" w:hAnsi="楷体" w:cs="楷体" w:eastAsia="楷体"/>
          <w:color w:val="000000"/>
          <w:u w:val="single"/>
        </w:rPr>
        <w:t>柴垛越码越高，母亲却越来越矮。我看到母亲那双干瘪的手，像两只残缺不整的讨饭的碗，却为我们讨来了一生的盛宴。</w:t>
      </w:r>
      <w:r>
        <w:rPr>
          <w:rFonts w:ascii="楷体" w:hAnsi="楷体" w:cs="楷体" w:eastAsia="楷体"/>
          <w:color w:val="000000"/>
        </w:rPr>
        <w:t>母亲在灶坑里点燃的红色的昏暗的火焰，成了那些夜里我们唯一可以依靠的肩膀，唯一可以握住的暖暖的手。</w:t>
      </w:r>
    </w:p>
    <w:p>
      <w:pPr>
        <w:pStyle w:val="Normal"/>
        <w:spacing w:lineRule="auto" w:line="360"/>
        <w:ind w:firstLine="420" w:end="0"/>
        <w:jc w:val="start"/>
        <w:textAlignment w:val="center"/>
        <w:rPr/>
      </w:pPr>
      <w:r>
        <w:rPr>
          <w:rFonts w:eastAsia="楷体" w:cs="楷体" w:ascii="楷体" w:hAnsi="楷体"/>
          <w:color w:val="000000"/>
        </w:rPr>
        <w:t>⑨</w:t>
      </w:r>
      <w:r>
        <w:rPr>
          <w:rFonts w:ascii="楷体" w:hAnsi="楷体" w:cs="楷体" w:eastAsia="楷体"/>
          <w:color w:val="000000"/>
        </w:rPr>
        <w:t>远行的人，是什么声音使你隐姓埋名</w:t>
      </w:r>
      <w:r>
        <w:rPr>
          <w:rFonts w:eastAsia="楷体" w:cs="楷体" w:ascii="楷体" w:hAnsi="楷体"/>
          <w:color w:val="000000"/>
        </w:rPr>
        <w:t>?</w:t>
      </w:r>
      <w:r>
        <w:rPr>
          <w:rFonts w:ascii="楷体" w:hAnsi="楷体" w:cs="楷体" w:eastAsia="楷体"/>
          <w:color w:val="000000"/>
        </w:rPr>
        <w:t>是什么风将你吹往他乡</w:t>
      </w:r>
      <w:r>
        <w:rPr>
          <w:rFonts w:eastAsia="楷体" w:cs="楷体" w:ascii="楷体" w:hAnsi="楷体"/>
          <w:color w:val="000000"/>
        </w:rPr>
        <w:t>?</w:t>
      </w:r>
      <w:r>
        <w:rPr>
          <w:rFonts w:ascii="楷体" w:hAnsi="楷体" w:cs="楷体" w:eastAsia="楷体"/>
          <w:color w:val="000000"/>
        </w:rPr>
        <w:t>秋天就是这样，把叶子纷纷抖落，把人的思念纷纷挂上枝头。是该回去了，去看看那棵生下我、让我因成长而绿又让我因成熟而黄的大树，还有落叶里沉睡着的母亲。</w:t>
      </w:r>
      <w:r>
        <w:rPr>
          <w:rFonts w:ascii="楷体" w:hAnsi="楷体" w:cs="楷体" w:eastAsia="楷体"/>
          <w:color w:val="000000"/>
          <w:u w:val="single"/>
        </w:rPr>
        <w:t>母亲，我匆匆的脚步就是你密密缝合的针脚。母亲，背着破烂行李的我要归来，找到了天堂的我也要归来。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一层层落叶铺在回家的路上，我要踩着温暖的地毯去看望母亲。母亲也像这落叶，从灿烂的枝头缓缓地落下来，只是，她没有再醒来。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这个世界，能留住人的不是房屋，能带走人的不是道路。岁月无法伸出一只手，替你抓住过往的云。如果一切还能重新拾捡回来，母亲，我要去拾取你的笑容、脚步和风，用你的爱做灯油，用你的善良做捻儿，我要点燃它，放到心里，一辈子不忘回家的路。</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天冷了，树的叶子落下来，树离我很近。我似乎听见了它们在缓缓凝固。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天冷了，它们一排一排地站着，心中坚守着的秘密一阵阵地疼痛起来。但叶子落下来，掩盖了一切。</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⑭</w:t>
      </w:r>
      <w:r>
        <w:rPr>
          <w:rFonts w:ascii="楷体" w:hAnsi="楷体" w:cs="楷体" w:eastAsia="楷体"/>
          <w:color w:val="000000"/>
        </w:rPr>
        <w:t>母亲的坟上有一棵树，那是我写给母亲的诗。每到秋天，叶子纷纷落下，把母亲的坟头遮盖得严严实实。那些在风中微微呻吟着的落叶，远远望去像一群疲倦了的蝴蝶，静静地收拢着它们一生的美丽瞬间：一朵红晕，一个誓言，或者是简单的一声叹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结合文章，理清行文思路，补全信息。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_____________ </w:t>
      </w:r>
      <w:r>
        <w:rPr>
          <w:rFonts w:ascii="宋体;SimSun" w:hAnsi="宋体;SimSun" w:cs="宋体;SimSun"/>
          <w:color w:val="000000"/>
        </w:rPr>
        <w:t>、联想到故乡的老树、</w:t>
      </w:r>
      <w:r>
        <w:rPr>
          <w:rFonts w:eastAsia="宋体;SimSun" w:cs="宋体;SimSun" w:ascii="宋体;SimSun" w:hAnsi="宋体;SimSun"/>
          <w:color w:val="000000"/>
        </w:rPr>
        <w:t xml:space="preserve">____________ </w:t>
      </w:r>
      <w:r>
        <w:rPr>
          <w:rFonts w:ascii="宋体;SimSun" w:hAnsi="宋体;SimSun" w:cs="宋体;SimSun"/>
          <w:color w:val="000000"/>
        </w:rPr>
        <w:t>、联想到故乡的屋檐、</w:t>
      </w:r>
      <w:r>
        <w:rPr>
          <w:rFonts w:eastAsia="宋体;SimSun" w:cs="宋体;SimSun" w:ascii="宋体;SimSun" w:hAnsi="宋体;SimSun"/>
          <w:color w:val="000000"/>
        </w:rPr>
        <w:t>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请你写出第⑧段中划线句的含义。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从修辞手法的角度赏析这句话的表达效果。</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那些在风中微微呻吟着的落叶，远远望去像一群疲倦了的蝴蝶，静静地收拢着它们一生的美丽瞬间。</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第⑨段中划线句与“事业不成誓不回”的传统观念有较大区别，请你谈谈自己的看法。</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(1). </w:t>
      </w:r>
      <w:r>
        <w:rPr>
          <w:rFonts w:ascii="宋体;SimSun" w:hAnsi="宋体;SimSun" w:cs="宋体;SimSun"/>
          <w:color w:val="000000"/>
        </w:rPr>
        <w:t>看到落叶</w:t>
      </w:r>
      <w:r>
        <w:rPr>
          <w:color w:val="000000"/>
        </w:rPr>
        <w:t xml:space="preserve">    </w:t>
      </w:r>
      <w:r>
        <w:rPr>
          <w:color w:val="000000"/>
        </w:rPr>
        <w:t xml:space="preserve">(2). </w:t>
      </w:r>
      <w:r>
        <w:rPr>
          <w:rFonts w:ascii="宋体;SimSun" w:hAnsi="宋体;SimSun" w:cs="宋体;SimSun"/>
          <w:color w:val="000000"/>
        </w:rPr>
        <w:t>看到（联想到）故乡的山崖</w:t>
      </w:r>
      <w:r>
        <w:rPr>
          <w:color w:val="000000"/>
        </w:rPr>
        <w:t xml:space="preserve">    </w:t>
      </w:r>
      <w:r>
        <w:rPr>
          <w:color w:val="000000"/>
        </w:rPr>
        <w:t xml:space="preserve">(3). </w:t>
      </w:r>
      <w:r>
        <w:rPr>
          <w:rFonts w:ascii="宋体;SimSun" w:hAnsi="宋体;SimSun" w:cs="宋体;SimSun"/>
          <w:color w:val="000000"/>
        </w:rPr>
        <w:t>看到（思念）母亲</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w:t>
      </w:r>
      <w:r>
        <w:rPr>
          <w:rFonts w:ascii="宋体;SimSun" w:hAnsi="宋体;SimSun" w:cs="宋体;SimSun"/>
          <w:color w:val="000000"/>
        </w:rPr>
        <w:t>母亲的辛勤劳动使家里越来越殷实</w:t>
      </w:r>
      <w:r>
        <w:rPr>
          <w:rFonts w:eastAsia="宋体;SimSun" w:cs="宋体;SimSun" w:ascii="宋体;SimSun" w:hAnsi="宋体;SimSun"/>
          <w:color w:val="000000"/>
        </w:rPr>
        <w:t>(</w:t>
      </w:r>
      <w:r>
        <w:rPr>
          <w:rFonts w:ascii="宋体;SimSun" w:hAnsi="宋体;SimSun" w:cs="宋体;SimSun"/>
          <w:color w:val="000000"/>
        </w:rPr>
        <w:t>富有</w:t>
      </w:r>
      <w:r>
        <w:rPr>
          <w:rFonts w:eastAsia="宋体;SimSun" w:cs="宋体;SimSun" w:ascii="宋体;SimSun" w:hAnsi="宋体;SimSun"/>
          <w:color w:val="000000"/>
        </w:rPr>
        <w:t>)</w:t>
      </w:r>
      <w:r>
        <w:rPr>
          <w:rFonts w:ascii="宋体;SimSun" w:hAnsi="宋体;SimSun" w:cs="宋体;SimSun"/>
          <w:color w:val="000000"/>
        </w:rPr>
        <w:t>，但岁月</w:t>
      </w:r>
      <w:r>
        <w:rPr>
          <w:rFonts w:eastAsia="宋体;SimSun" w:cs="宋体;SimSun" w:ascii="宋体;SimSun" w:hAnsi="宋体;SimSun"/>
          <w:color w:val="000000"/>
        </w:rPr>
        <w:t>(</w:t>
      </w:r>
      <w:r>
        <w:rPr>
          <w:rFonts w:ascii="宋体;SimSun" w:hAnsi="宋体;SimSun" w:cs="宋体;SimSun"/>
          <w:color w:val="000000"/>
        </w:rPr>
        <w:t>年纪</w:t>
      </w:r>
      <w:r>
        <w:rPr>
          <w:rFonts w:eastAsia="宋体;SimSun" w:cs="宋体;SimSun" w:ascii="宋体;SimSun" w:hAnsi="宋体;SimSun"/>
          <w:color w:val="000000"/>
        </w:rPr>
        <w:t>)</w:t>
      </w:r>
      <w:r>
        <w:rPr>
          <w:rFonts w:ascii="宋体;SimSun" w:hAnsi="宋体;SimSun" w:cs="宋体;SimSun"/>
          <w:color w:val="000000"/>
        </w:rPr>
        <w:t>和劳累却压弯了母亲的背，使母亲变得“越来越矮”，表达作者对母亲的心痛、敬重、感激、怀念之情。</w:t>
      </w:r>
      <w:r>
        <w:rPr>
          <w:rFonts w:eastAsia="宋体;SimSun" w:cs="宋体;SimSun" w:ascii="宋体;SimSun" w:hAnsi="宋体;SimSun"/>
          <w:color w:val="000000"/>
        </w:rPr>
        <w:t>(</w:t>
      </w:r>
      <w:r>
        <w:rPr>
          <w:rFonts w:ascii="宋体;SimSun" w:hAnsi="宋体;SimSun" w:cs="宋体;SimSun"/>
          <w:color w:val="000000"/>
        </w:rPr>
        <w:t>意近即可。</w:t>
      </w:r>
      <w:r>
        <w:rPr>
          <w:rFonts w:eastAsia="宋体;SimSun" w:cs="宋体;SimSun" w:ascii="宋体;SimSun" w:hAnsi="宋体;SimSun"/>
          <w:color w:val="000000"/>
        </w:rPr>
        <w:t>)</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ascii="宋体;SimSun" w:hAnsi="宋体;SimSun" w:cs="宋体;SimSun"/>
          <w:color w:val="000000"/>
        </w:rPr>
        <w:t>句子运用比喻兼拟人的修辞方法，将人的情感赋予落叶，以“呻吟”形象生动地写出了“我”对母亲的深切怀念，以“疲倦”形象生动地反映了“我”在外漂泊的疲惫（还可喻辛劳一生的母亲），表现作者怀念母亲、思念故乡，厌倦漂泊的情感。</w:t>
      </w:r>
      <w:r>
        <w:rPr>
          <w:color w:val="000000"/>
        </w:rPr>
        <w:t xml:space="preserve">    </w:t>
      </w:r>
    </w:p>
    <w:p>
      <w:pPr>
        <w:pStyle w:val="Normal"/>
        <w:spacing w:lineRule="auto" w:line="360"/>
        <w:textAlignment w:val="center"/>
        <w:rPr/>
      </w:pPr>
      <w:r>
        <w:rPr>
          <w:color w:val="000000"/>
        </w:rPr>
        <w:t xml:space="preserve">19. </w:t>
      </w:r>
      <w:r>
        <w:rPr>
          <w:rFonts w:ascii="宋体;SimSun" w:hAnsi="宋体;SimSun" w:cs="宋体;SimSun"/>
          <w:color w:val="000000"/>
        </w:rPr>
        <w:t>围绕亲情的可贵，无论自己是否成功，也要珍惜亲情，回报父母，常回家看看等方面来谈。</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pPr>
      <w:r>
        <w:rPr>
          <w:rFonts w:ascii="宋体;SimSun" w:hAnsi="宋体;SimSun" w:cs="宋体;SimSun"/>
          <w:color w:val="000000"/>
        </w:rPr>
        <w:t>本题考查学生对文章思路的梳理。仔细阅读文章，（</w:t>
      </w:r>
      <w:r>
        <w:rPr>
          <w:rFonts w:eastAsia="Times New Romance" w:cs="Times New Romance" w:ascii="Times New Romance" w:hAnsi="Times New Romance"/>
          <w:color w:val="000000"/>
        </w:rPr>
        <w:t>1</w:t>
      </w:r>
      <w:r>
        <w:rPr>
          <w:rFonts w:ascii="宋体;SimSun" w:hAnsi="宋体;SimSun" w:cs="宋体;SimSun"/>
          <w:color w:val="000000"/>
        </w:rPr>
        <w:t>）—（</w:t>
      </w:r>
      <w:r>
        <w:rPr>
          <w:rFonts w:eastAsia="Times New Romance" w:cs="Times New Romance" w:ascii="Times New Romance" w:hAnsi="Times New Romance"/>
          <w:color w:val="000000"/>
        </w:rPr>
        <w:t>4</w:t>
      </w:r>
      <w:r>
        <w:rPr>
          <w:rFonts w:ascii="宋体;SimSun" w:hAnsi="宋体;SimSun" w:cs="宋体;SimSun"/>
          <w:color w:val="000000"/>
        </w:rPr>
        <w:t>）段写的是“我”看到飘零的秋叶，并由此引发联想，第（</w:t>
      </w:r>
      <w:r>
        <w:rPr>
          <w:rFonts w:eastAsia="Times New Romance" w:cs="Times New Romance" w:ascii="Times New Romance" w:hAnsi="Times New Romance"/>
          <w:color w:val="000000"/>
        </w:rPr>
        <w:t>5</w:t>
      </w:r>
      <w:r>
        <w:rPr>
          <w:rFonts w:ascii="宋体;SimSun" w:hAnsi="宋体;SimSun" w:cs="宋体;SimSun"/>
          <w:color w:val="000000"/>
        </w:rPr>
        <w:t>）段写联想到故乡老家门前的老树，第（</w:t>
      </w:r>
      <w:r>
        <w:rPr>
          <w:rFonts w:eastAsia="Times New Romance" w:cs="Times New Romance" w:ascii="Times New Romance" w:hAnsi="Times New Romance"/>
          <w:color w:val="000000"/>
        </w:rPr>
        <w:t>6</w:t>
      </w:r>
      <w:r>
        <w:rPr>
          <w:rFonts w:ascii="宋体;SimSun" w:hAnsi="宋体;SimSun" w:cs="宋体;SimSun"/>
          <w:color w:val="000000"/>
        </w:rPr>
        <w:t>）段写联想到故乡的山崖，第（</w:t>
      </w:r>
      <w:r>
        <w:rPr>
          <w:rFonts w:eastAsia="Times New Romance" w:cs="Times New Romance" w:ascii="Times New Romance" w:hAnsi="Times New Romance"/>
          <w:color w:val="000000"/>
        </w:rPr>
        <w:t>7</w:t>
      </w:r>
      <w:r>
        <w:rPr>
          <w:rFonts w:ascii="宋体;SimSun" w:hAnsi="宋体;SimSun" w:cs="宋体;SimSun"/>
          <w:color w:val="000000"/>
        </w:rPr>
        <w:t>）段写联想到故乡的屋檐，第（</w:t>
      </w:r>
      <w:r>
        <w:rPr>
          <w:rFonts w:eastAsia="Times New Romance" w:cs="Times New Romance" w:ascii="Times New Romance" w:hAnsi="Times New Romance"/>
          <w:color w:val="000000"/>
        </w:rPr>
        <w:t>8</w:t>
      </w:r>
      <w:r>
        <w:rPr>
          <w:rFonts w:ascii="宋体;SimSun" w:hAnsi="宋体;SimSun" w:cs="宋体;SimSun"/>
          <w:color w:val="000000"/>
        </w:rPr>
        <w:t>）段到文末写联想到“我”的母亲，表达怀念之情。据此分析填空作答即可。</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本题考查学生对句子的赏析能力。第（</w:t>
      </w:r>
      <w:r>
        <w:rPr>
          <w:rFonts w:eastAsia="宋体;SimSun" w:cs="宋体;SimSun" w:ascii="宋体;SimSun" w:hAnsi="宋体;SimSun"/>
          <w:color w:val="000000"/>
        </w:rPr>
        <w:t>8</w:t>
      </w:r>
      <w:r>
        <w:rPr>
          <w:rFonts w:ascii="宋体;SimSun" w:hAnsi="宋体;SimSun" w:cs="宋体;SimSun"/>
          <w:color w:val="000000"/>
        </w:rPr>
        <w:t>）段画线句子“柴垛越码越高，母亲却越来越矮。我看到母亲那双干瘪的手，像两只残缺不整的讨饭的碗，却为我们讨来了一生的盛宴”，“越来越矮、干瘪的手”和“一生的盛宴”构成对比，把“干瘪的手”比作“讨饭的碗”，运用的是比喻的修辞，这句话既突出了家庭的变化，又表现了母亲的老去的样貌，读来令人心酸，表达作者对母亲的心疼、敬重和感激之情。</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点睛：鉴赏文章中富有表现力的语句，一般遵循“方法</w:t>
      </w:r>
      <w:r>
        <w:rPr>
          <w:rFonts w:eastAsia="宋体;SimSun" w:cs="宋体;SimSun" w:ascii="宋体;SimSun" w:hAnsi="宋体;SimSun"/>
          <w:color w:val="000000"/>
        </w:rPr>
        <w:t>+</w:t>
      </w:r>
      <w:r>
        <w:rPr>
          <w:rFonts w:ascii="宋体;SimSun" w:hAnsi="宋体;SimSun" w:cs="宋体;SimSun"/>
          <w:color w:val="000000"/>
        </w:rPr>
        <w:t>效果</w:t>
      </w:r>
      <w:r>
        <w:rPr>
          <w:rFonts w:eastAsia="宋体;SimSun" w:cs="宋体;SimSun" w:ascii="宋体;SimSun" w:hAnsi="宋体;SimSun"/>
          <w:color w:val="000000"/>
        </w:rPr>
        <w:t>+</w:t>
      </w:r>
      <w:r>
        <w:rPr>
          <w:rFonts w:ascii="宋体;SimSun" w:hAnsi="宋体;SimSun" w:cs="宋体;SimSun"/>
          <w:color w:val="000000"/>
        </w:rPr>
        <w:t>情感”这六个字的原则，但是，无论运用什么写作方法，在分析效果时，都必须与人物的形象与情感联系起来，同时还要有全局意识，即联系全文来鉴赏要分析的句子。</w:t>
      </w:r>
    </w:p>
    <w:p>
      <w:pPr>
        <w:pStyle w:val="Normal"/>
        <w:spacing w:lineRule="auto" w:line="360"/>
        <w:jc w:val="start"/>
        <w:textAlignment w:val="center"/>
        <w:rPr>
          <w:color w:val="000000"/>
        </w:rPr>
      </w:pPr>
      <w:r>
        <w:rPr>
          <w:color w:val="000000"/>
        </w:rPr>
        <w:t>【</w:t>
      </w:r>
      <w:r>
        <w:rPr>
          <w:color w:val="000000"/>
        </w:rPr>
        <w:t>18</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本题考查学生对修辞手法的辨别和赏析。修辞手法的使用使语言更加生动形象，使景物的特征更加突出。赏析时应从表述它在表达上的效果，表明物的什么特点，表达了作者怎样的感情角度作答。结合句子内容来看，将“落叶”比作“美丽的蝴蝶”，运用了比喻的修辞，“呻吟”则是拟人的修辞；结合前文内容来看，“蝴蝶”指的是作者自己，也是母亲的写照，“疲倦了的蝴蝶”写出了我在外漂泊的疲惫，也写出了母亲一生的辛苦；“静静地收拢着它们一生的美丽瞬间”表达了“我”对母亲一生无私奉献的赞美，表达“我”思念故乡、厌倦漂泊的情感。据此分析作答即可。</w:t>
      </w:r>
    </w:p>
    <w:p>
      <w:pPr>
        <w:pStyle w:val="Normal"/>
        <w:spacing w:lineRule="auto" w:line="360"/>
        <w:jc w:val="start"/>
        <w:textAlignment w:val="center"/>
        <w:rPr>
          <w:color w:val="000000"/>
        </w:rPr>
      </w:pPr>
      <w:r>
        <w:rPr>
          <w:color w:val="000000"/>
        </w:rPr>
        <w:t>【</w:t>
      </w:r>
      <w:r>
        <w:rPr>
          <w:color w:val="000000"/>
        </w:rPr>
        <w:t>19</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本题考查学生对阅读感悟的表达。完成阅读感悟题，要把握作者的情感倾向，提炼出自己的观点，并结合生活实际阐述理由。无论我们在外面闯荡世界成功与否，心里都要永远装着自己的家乡和亲人，如果为的是“大家”的利益而舍家忘身是值得提倡的，如果仅仅是为“衣锦还乡”而“不破楼兰终不回”则不宜大加赞扬。根据自己的理解来谈看法，言之有理即可。</w:t>
      </w:r>
    </w:p>
    <w:p>
      <w:pPr>
        <w:pStyle w:val="Heading3"/>
      </w:pPr>
      <w:r>
        <w:t>三帆中学</w:t>
      </w:r>
    </w:p>
    <w:p>
      <w:r>
        <w:t>【未能自动提取，请查看原卷：精品解析：北京市三帆中学2019-2020学年七年级上学期期中语文试题（原卷版）.doc】</w:t>
      </w:r>
    </w:p>
    <w:p>
      <w:pPr>
        <w:pStyle w:val="Heading3"/>
      </w:pPr>
      <w:r>
        <w:t>北京师范大学附属实验中学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五、现代文阅读（共</w:t>
      </w:r>
      <w:r>
        <w:rPr>
          <w:rFonts w:eastAsia="宋体;SimSun" w:cs="宋体;SimSun" w:ascii="宋体;SimSun" w:hAnsi="宋体;SimSun"/>
          <w:b/>
          <w:color w:val="000000"/>
          <w:sz w:val="24"/>
        </w:rPr>
        <w:t>7</w:t>
      </w:r>
      <w:r>
        <w:rPr>
          <w:rFonts w:ascii="宋体;SimSun" w:hAnsi="宋体;SimSun" w:cs="宋体;SimSun"/>
          <w:b/>
          <w:color w:val="000000"/>
          <w:sz w:val="24"/>
        </w:rPr>
        <w:t>题，</w:t>
      </w:r>
      <w:r>
        <w:rPr>
          <w:rFonts w:eastAsia="宋体;SimSun" w:cs="宋体;SimSun" w:ascii="宋体;SimSun" w:hAnsi="宋体;SimSun"/>
          <w:b/>
          <w:color w:val="000000"/>
          <w:sz w:val="24"/>
        </w:rPr>
        <w:t>16</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阅读下面的短文，回答下列问题。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如果，没有法国生物学家巴斯德发明的巴氏灭菌法，我们的味蕾，将会由此失去与美味葡萄酒万千次的亲密接触机会。法国报刊的这种说法，也许并不为夸张。</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葡萄酒是法国人的珍爱之物，甘洌纯甜、回味悠长。但最初，葡萄酒酿成后却不宜久放。因为新鲜的葡萄酒，不经处理很容易变酸，这一切，都是源于细菌的作用。但，如何消灭这种可恶的细菌呢？在当时的条件下，这不失为一个难题。冷冻或冷藏都不行，唯一的办法就是高温杀菌。</w:t>
      </w:r>
      <w:r>
        <w:rPr>
          <w:rFonts w:eastAsia="楷体" w:cs="楷体" w:ascii="楷体" w:hAnsi="楷体"/>
          <w:color w:val="000000"/>
        </w:rPr>
        <w:t>1861</w:t>
      </w:r>
      <w:r>
        <w:rPr>
          <w:rFonts w:ascii="楷体" w:hAnsi="楷体" w:cs="楷体" w:eastAsia="楷体"/>
          <w:color w:val="000000"/>
        </w:rPr>
        <w:t>年，巴斯德开始着手研究这个课题。起初，他把葡萄酒放在密闭的容器里，加热到沸腾，如此一来，细菌是彻底杀死了，但每一次品尝，葡萄酒味道都异常苦涩，几乎难以入口。经过无数次的实验，那种刺鼻的气味始终难以改变，实验陷入了僵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一天，巴斯德正在加热一锅新酿制的葡萄酒。突然，一个朋友找他有事，巴斯德不得不放下手中的实验，他叮嘱助手琼斯，把葡萄酒加热后再仔细品尝，然后，匆匆离开。这一去，就是几个小时。等巴斯德回到实验室，却发现，火炉里面的燃料早已耗尽。原来，琼斯忘了在炉里添加燃料。巴斯德耸了耸肩，正欲生火重新加热，忽然，闻到实验室里有一股以前从没有过的甜甜的气味。巴斯德仔细品尝了葡萄酒，发现没有彻底沸腾的葡萄酒，不仅没有原先那股涩涩的感觉，相反，却有了一丝甜意。或许，葡萄酒不要加热到</w:t>
      </w:r>
      <w:r>
        <w:rPr>
          <w:rFonts w:eastAsia="楷体" w:cs="楷体" w:ascii="楷体" w:hAnsi="楷体"/>
          <w:color w:val="000000"/>
        </w:rPr>
        <w:t>100</w:t>
      </w:r>
      <w:r>
        <w:rPr>
          <w:rFonts w:ascii="楷体" w:hAnsi="楷体" w:cs="楷体" w:eastAsia="楷体"/>
          <w:color w:val="000000"/>
        </w:rPr>
        <w:t>度，就会保持最初的甘甜。这一偶然发现，让巴斯德（甲）（</w:t>
      </w:r>
      <w:r>
        <w:rPr>
          <w:rFonts w:eastAsia="楷体" w:cs="楷体" w:ascii="楷体" w:hAnsi="楷体"/>
          <w:color w:val="000000"/>
        </w:rPr>
        <w:t>A.</w:t>
      </w:r>
      <w:r>
        <w:rPr>
          <w:rFonts w:ascii="楷体" w:hAnsi="楷体" w:cs="楷体" w:eastAsia="楷体"/>
          <w:color w:val="000000"/>
        </w:rPr>
        <w:t xml:space="preserve">大喜过望  </w:t>
      </w:r>
      <w:r>
        <w:rPr>
          <w:rFonts w:eastAsia="楷体" w:cs="楷体" w:ascii="楷体" w:hAnsi="楷体"/>
          <w:color w:val="000000"/>
        </w:rPr>
        <w:t>B.</w:t>
      </w:r>
      <w:r>
        <w:rPr>
          <w:rFonts w:ascii="楷体" w:hAnsi="楷体" w:cs="楷体" w:eastAsia="楷体"/>
          <w:color w:val="000000"/>
        </w:rPr>
        <w:t>目瞪口呆）。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后来，巴斯德改变了最初的实验方法。他不断尝试，把葡萄酒分别加热到不同的温度，一次次对比品尝，最终，他发现：把葡萄酒加热到</w:t>
      </w:r>
      <w:r>
        <w:rPr>
          <w:rFonts w:eastAsia="楷体" w:cs="楷体" w:ascii="楷体" w:hAnsi="楷体"/>
          <w:color w:val="000000"/>
        </w:rPr>
        <w:t>55</w:t>
      </w:r>
      <w:r>
        <w:rPr>
          <w:rFonts w:ascii="楷体" w:hAnsi="楷体" w:cs="楷体" w:eastAsia="楷体"/>
          <w:color w:val="000000"/>
        </w:rPr>
        <w:t>度，才是最佳度数。这样，不仅酒质非常醇厚，不失最初的风味，还能保持最适宜的甜度。</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同样是偶然。</w:t>
      </w:r>
      <w:r>
        <w:rPr>
          <w:rFonts w:eastAsia="楷体" w:cs="楷体" w:ascii="楷体" w:hAnsi="楷体"/>
          <w:color w:val="000000"/>
        </w:rPr>
        <w:t>1894</w:t>
      </w:r>
      <w:r>
        <w:rPr>
          <w:rFonts w:ascii="楷体" w:hAnsi="楷体" w:cs="楷体" w:eastAsia="楷体"/>
          <w:color w:val="000000"/>
        </w:rPr>
        <w:t>年</w:t>
      </w:r>
      <w:r>
        <w:rPr>
          <w:rFonts w:eastAsia="楷体" w:cs="楷体" w:ascii="楷体" w:hAnsi="楷体"/>
          <w:color w:val="000000"/>
        </w:rPr>
        <w:t>11</w:t>
      </w:r>
      <w:r>
        <w:rPr>
          <w:rFonts w:ascii="楷体" w:hAnsi="楷体" w:cs="楷体" w:eastAsia="楷体"/>
          <w:color w:val="000000"/>
        </w:rPr>
        <w:t>月</w:t>
      </w:r>
      <w:r>
        <w:rPr>
          <w:rFonts w:eastAsia="楷体" w:cs="楷体" w:ascii="楷体" w:hAnsi="楷体"/>
          <w:color w:val="000000"/>
        </w:rPr>
        <w:t>8</w:t>
      </w:r>
      <w:r>
        <w:rPr>
          <w:rFonts w:ascii="楷体" w:hAnsi="楷体" w:cs="楷体" w:eastAsia="楷体"/>
          <w:color w:val="000000"/>
        </w:rPr>
        <w:t>日傍晚，德国物理学家伦琴终止了一天的工作。他将阴极射线管放在一个黑袋子里，关闭了实验室的灯源。然而，当他重新返回实验室，准备取回一件物品时，他惊奇地发现：当开启放电线圈电源时，一块涂有氰亚铂酸钡的荧光屏居然发出了荧光。接着，他试着用书本、薄木板以及片状的金属在放电管和荧光屏之间，仍能看到荧光，彷佛这些东西都成了透明物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经过反复研究，伦琴发现了举世震惊的“</w:t>
      </w:r>
      <w:r>
        <w:rPr>
          <w:rFonts w:eastAsia="楷体" w:cs="楷体" w:ascii="楷体" w:hAnsi="楷体"/>
          <w:color w:val="000000"/>
        </w:rPr>
        <w:t>x”</w:t>
      </w:r>
      <w:r>
        <w:rPr>
          <w:rFonts w:ascii="楷体" w:hAnsi="楷体" w:cs="楷体" w:eastAsia="楷体"/>
          <w:color w:val="000000"/>
        </w:rPr>
        <w:t>射线，由此，也极大地推动了现代物理学的产生。然而，极具有调侃意义的是，在这之前，一位牧师在冲洗照片时，也曾偶然发现这一奇怪的现象。但，遗憾的是，那张照片却被他当做底片问题，随手丢弃在废纸篓里。最终，牧师也得到了底片销售商几美元的赔偿。直到伦琴公布发现一种不知名的简称为“</w:t>
      </w:r>
      <w:r>
        <w:rPr>
          <w:rFonts w:eastAsia="楷体" w:cs="楷体" w:ascii="楷体" w:hAnsi="楷体"/>
          <w:color w:val="000000"/>
        </w:rPr>
        <w:t>x”</w:t>
      </w:r>
      <w:r>
        <w:rPr>
          <w:rFonts w:ascii="楷体" w:hAnsi="楷体" w:cs="楷体" w:eastAsia="楷体"/>
          <w:color w:val="000000"/>
        </w:rPr>
        <w:t>的射线，他才如梦方醒。一个伟大的发现，就这样与他（乙）（</w:t>
      </w:r>
      <w:r>
        <w:rPr>
          <w:rFonts w:eastAsia="楷体" w:cs="楷体" w:ascii="楷体" w:hAnsi="楷体"/>
          <w:color w:val="000000"/>
        </w:rPr>
        <w:t>A.</w:t>
      </w:r>
      <w:r>
        <w:rPr>
          <w:rFonts w:ascii="楷体" w:hAnsi="楷体" w:cs="楷体" w:eastAsia="楷体"/>
          <w:color w:val="000000"/>
        </w:rPr>
        <w:t>阴阳两隔</w:t>
      </w:r>
      <w:r>
        <w:rPr>
          <w:rFonts w:eastAsia="楷体" w:cs="楷体" w:ascii="楷体" w:hAnsi="楷体"/>
          <w:color w:val="000000"/>
        </w:rPr>
        <w:t>B.</w:t>
      </w:r>
      <w:r>
        <w:rPr>
          <w:rFonts w:ascii="楷体" w:hAnsi="楷体" w:cs="楷体" w:eastAsia="楷体"/>
          <w:color w:val="000000"/>
        </w:rPr>
        <w:t>失之交臂）。</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一次偶然，巴斯德让葡萄酒从此走进了千家万户；一次偶然，伦琴发现了“</w:t>
      </w:r>
      <w:r>
        <w:rPr>
          <w:rFonts w:eastAsia="楷体" w:cs="楷体" w:ascii="楷体" w:hAnsi="楷体"/>
          <w:color w:val="000000"/>
        </w:rPr>
        <w:t>x”</w:t>
      </w:r>
      <w:r>
        <w:rPr>
          <w:rFonts w:ascii="楷体" w:hAnsi="楷体" w:cs="楷体" w:eastAsia="楷体"/>
          <w:color w:val="000000"/>
        </w:rPr>
        <w:t>射线。巴斯德曾谦逊地说：“我的成功来自偶然”。爱迪生也有过“成功来自偶然，但偶然不代表成功”之说。其实，这偶然，总是经过无数次的实验，才最终被发现。成功不是偶然，所谓的偶然，是千万个成功者用无数次的失败换来的。我们的身边，不乏这样的事例，也有太多的偶然，关键是，我们如何用心去品读和发现。</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给本文选择一个最为合适的题目：（  ）</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成功来自偶然</w:t>
      </w:r>
      <w:r>
        <w:rPr>
          <w:rFonts w:eastAsia="宋体;SimSun" w:cs="宋体;SimSun" w:ascii="宋体;SimSun" w:hAnsi="宋体;SimSun"/>
          <w:color w:val="000000"/>
        </w:rPr>
        <w:tab/>
        <w:t xml:space="preserve">B. </w:t>
      </w:r>
      <w:r>
        <w:rPr>
          <w:rFonts w:ascii="宋体;SimSun" w:hAnsi="宋体;SimSun" w:cs="宋体;SimSun"/>
          <w:color w:val="000000"/>
        </w:rPr>
        <w:t>成功不是偶然的</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偶然带来成功</w:t>
      </w:r>
      <w:r>
        <w:rPr>
          <w:rFonts w:eastAsia="宋体;SimSun" w:cs="宋体;SimSun" w:ascii="宋体;SimSun" w:hAnsi="宋体;SimSun"/>
          <w:color w:val="000000"/>
        </w:rPr>
        <w:tab/>
        <w:t xml:space="preserve">D. </w:t>
      </w:r>
      <w:r>
        <w:rPr>
          <w:rFonts w:ascii="宋体;SimSun" w:hAnsi="宋体;SimSun" w:cs="宋体;SimSun"/>
          <w:color w:val="000000"/>
        </w:rPr>
        <w:t>偶然带不来成功</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最初葡萄酒酿成后不宜久放，其表层原因和根本原因各是什么？</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给原文中的甲乙两处选择恰当的词，填写序号。</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B    20. </w:t>
      </w:r>
      <w:r>
        <w:rPr>
          <w:rFonts w:ascii="宋体;SimSun" w:hAnsi="宋体;SimSun" w:cs="宋体;SimSun"/>
          <w:color w:val="000000"/>
        </w:rPr>
        <w:t>因为新鲜的葡萄酒，不经处理很容易变酸，这一切，都是源于细菌的作用。</w:t>
      </w:r>
      <w:r>
        <w:rPr>
          <w:color w:val="000000"/>
        </w:rPr>
        <w:t xml:space="preserve">    </w:t>
      </w:r>
    </w:p>
    <w:p>
      <w:pPr>
        <w:pStyle w:val="Normal"/>
        <w:spacing w:lineRule="auto" w:line="360"/>
        <w:textAlignment w:val="center"/>
        <w:rPr/>
      </w:pPr>
      <w:r>
        <w:rPr>
          <w:color w:val="000000"/>
        </w:rPr>
        <w:t xml:space="preserve">21. </w:t>
      </w:r>
      <w:r>
        <w:rPr>
          <w:rFonts w:eastAsia="宋体;SimSun" w:cs="宋体;SimSun" w:ascii="宋体;SimSun" w:hAnsi="宋体;SimSun"/>
          <w:color w:val="000000"/>
        </w:rPr>
        <w:t>AB</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本题考查标题的概括。阅读文本，结合最后一段中作者的观点“</w:t>
      </w:r>
      <w:r>
        <w:rPr>
          <w:rFonts w:ascii="楷体" w:hAnsi="楷体" w:cs="楷体" w:eastAsia="楷体"/>
          <w:color w:val="000000"/>
        </w:rPr>
        <w:t>其实，这偶然，总是经过无数次的实验，才最终被发现。成功不是偶然，所谓的偶然，是千万个成功者用无数次的失败换来的。</w:t>
      </w:r>
      <w:r>
        <w:rPr>
          <w:rFonts w:ascii="宋体;SimSun" w:hAnsi="宋体;SimSun" w:cs="宋体;SimSun"/>
          <w:color w:val="000000"/>
        </w:rPr>
        <w:t>”所以，可用论点“</w:t>
      </w:r>
      <w:r>
        <w:rPr>
          <w:rFonts w:ascii="楷体" w:hAnsi="楷体" w:cs="楷体" w:eastAsia="楷体"/>
          <w:color w:val="000000"/>
        </w:rPr>
        <w:t>成功不是偶然</w:t>
      </w:r>
      <w:r>
        <w:rPr>
          <w:rFonts w:ascii="宋体;SimSun" w:hAnsi="宋体;SimSun" w:cs="宋体;SimSun"/>
          <w:color w:val="000000"/>
        </w:rPr>
        <w:t>”作为本文的标题，故选</w:t>
      </w:r>
      <w:r>
        <w:rPr>
          <w:rFonts w:eastAsia="Times New Romance" w:cs="Times New Romance" w:ascii="Times New Romance" w:hAnsi="Times New Romance"/>
          <w:color w:val="000000"/>
        </w:rPr>
        <w:t>B</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本题考查对文章内容的理解与信息筛选。可用第②段中“</w:t>
      </w:r>
      <w:r>
        <w:rPr>
          <w:rFonts w:ascii="楷体" w:hAnsi="楷体" w:cs="楷体" w:eastAsia="楷体"/>
          <w:color w:val="000000"/>
        </w:rPr>
        <w:t>但最初，葡萄酒酿成后却不宜久放。因为新鲜的葡萄酒，不经处理很容易变酸，这一切，都是源于细菌的作用。</w:t>
      </w:r>
      <w:r>
        <w:rPr>
          <w:rFonts w:ascii="宋体;SimSun" w:hAnsi="宋体;SimSun" w:cs="宋体;SimSun"/>
          <w:color w:val="000000"/>
        </w:rPr>
        <w:t>”提取信息作答本题。</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pPr>
      <w:r>
        <w:rPr>
          <w:rFonts w:ascii="宋体;SimSun" w:hAnsi="宋体;SimSun" w:cs="宋体;SimSun"/>
          <w:color w:val="000000"/>
        </w:rPr>
        <w:t>考查词语的辨析与运用。大喜过望：所得超过了所希望的，因而特别高兴。目瞪口呆，形容因吃惊或害怕或激动而发愣、发傻的样子。结合甲处语境“</w:t>
      </w:r>
      <w:r>
        <w:rPr>
          <w:rFonts w:ascii="楷体" w:hAnsi="楷体" w:cs="楷体" w:eastAsia="楷体"/>
          <w:color w:val="000000"/>
        </w:rPr>
        <w:t>巴斯德仔细品尝了葡萄酒，发现没有彻底沸腾的葡萄酒，不仅没有原先那股涩涩的感觉，相反，却有了一丝甜意。或许，葡萄酒不要加热到</w:t>
      </w:r>
      <w:r>
        <w:rPr>
          <w:rFonts w:eastAsia="楷体" w:cs="楷体" w:ascii="楷体" w:hAnsi="楷体"/>
          <w:color w:val="000000"/>
        </w:rPr>
        <w:t>100</w:t>
      </w:r>
      <w:r>
        <w:rPr>
          <w:rFonts w:ascii="楷体" w:hAnsi="楷体" w:cs="楷体" w:eastAsia="楷体"/>
          <w:color w:val="000000"/>
        </w:rPr>
        <w:t>度，就会保持最初的甘甜。这一偶然发现，让巴斯德</w:t>
      </w:r>
      <w:r>
        <w:rPr>
          <w:rFonts w:ascii="宋体;SimSun" w:hAnsi="宋体;SimSun" w:cs="宋体;SimSun"/>
          <w:color w:val="000000"/>
        </w:rPr>
        <w:t>”分析，这里应用“大喜过望”来形容巴斯德的偶然发现。故选</w:t>
      </w:r>
      <w:r>
        <w:rPr>
          <w:rFonts w:eastAsia="Times New Romance" w:cs="Times New Romance" w:ascii="Times New Romance" w:hAnsi="Times New Romance"/>
          <w:color w:val="000000"/>
        </w:rPr>
        <w:t>A</w:t>
      </w:r>
      <w:r>
        <w:rPr>
          <w:rFonts w:ascii="宋体;SimSun" w:hAnsi="宋体;SimSun" w:cs="宋体;SimSun"/>
          <w:color w:val="000000"/>
        </w:rPr>
        <w:t>。阴阳相隔，成语，通常指人死以后被分开。人类生存的空间，称其为阳间。失之交臂：胳膊碰胳膊，指擦肩而过。形容当面错过。乙处语境是“</w:t>
      </w:r>
      <w:r>
        <w:rPr>
          <w:rFonts w:ascii="楷体" w:hAnsi="楷体" w:cs="楷体" w:eastAsia="楷体"/>
          <w:color w:val="000000"/>
        </w:rPr>
        <w:t>一个伟大的发现，就这样与他</w:t>
      </w:r>
      <w:r>
        <w:rPr>
          <w:rFonts w:ascii="宋体;SimSun" w:hAnsi="宋体;SimSun" w:cs="宋体;SimSun"/>
          <w:color w:val="000000"/>
        </w:rPr>
        <w:t>”，这里明显应用“失之交臂”。故选</w:t>
      </w:r>
      <w:r>
        <w:rPr>
          <w:rFonts w:eastAsia="Times New Romance" w:cs="Times New Romance" w:ascii="Times New Romance" w:hAnsi="Times New Romance"/>
          <w:color w:val="000000"/>
        </w:rPr>
        <w:t>B</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阅读下面的散文，回答下列的问题。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夹竹桃</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季羡林</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1</w:t>
      </w:r>
      <w:r>
        <w:rPr>
          <w:rFonts w:ascii="楷体" w:hAnsi="楷体" w:cs="楷体" w:eastAsia="楷体"/>
          <w:color w:val="000000"/>
        </w:rPr>
        <w:t xml:space="preserve">）夹竹桃不是名贵的花，也不是最美丽的花；但是，对我说来，她却是最值得留恋最值得回忆的花。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2</w:t>
      </w:r>
      <w:r>
        <w:rPr>
          <w:rFonts w:ascii="楷体" w:hAnsi="楷体" w:cs="楷体" w:eastAsia="楷体"/>
          <w:color w:val="000000"/>
        </w:rPr>
        <w:t>）不知道由于什么缘故，也不知道从什么时候起，在我故乡的那个城市里，几乎家家都种上几盆夹竹桃，而且都摆在大门内影壁墙下，正对着大门口。客人一走进大门，扑鼻的是一阵幽香，入目的是绿蜡似的叶子和红霞或白雪似的花朵，立刻就感觉到仿佛走进自己的家门口，大有（甲）</w:t>
      </w:r>
      <w:r>
        <w:rPr>
          <w:rFonts w:eastAsia="楷体" w:cs="楷体" w:ascii="楷体" w:hAnsi="楷体"/>
          <w:color w:val="000000"/>
        </w:rPr>
        <w:t>_________</w:t>
      </w:r>
      <w:r>
        <w:rPr>
          <w:rFonts w:ascii="楷体" w:hAnsi="楷体" w:cs="楷体" w:eastAsia="楷体"/>
          <w:color w:val="000000"/>
        </w:rPr>
        <w:t>（</w:t>
      </w:r>
      <w:r>
        <w:rPr>
          <w:rFonts w:eastAsia="楷体" w:cs="楷体" w:ascii="楷体" w:hAnsi="楷体"/>
          <w:color w:val="000000"/>
        </w:rPr>
        <w:t>A.</w:t>
      </w:r>
      <w:r>
        <w:rPr>
          <w:rFonts w:ascii="楷体" w:hAnsi="楷体" w:cs="楷体" w:eastAsia="楷体"/>
          <w:color w:val="000000"/>
        </w:rPr>
        <w:t xml:space="preserve">宾至如归  </w:t>
      </w:r>
      <w:r>
        <w:rPr>
          <w:rFonts w:eastAsia="楷体" w:cs="楷体" w:ascii="楷体" w:hAnsi="楷体"/>
          <w:color w:val="000000"/>
        </w:rPr>
        <w:t>B.</w:t>
      </w:r>
      <w:r>
        <w:rPr>
          <w:rFonts w:ascii="楷体" w:hAnsi="楷体" w:cs="楷体" w:eastAsia="楷体"/>
          <w:color w:val="000000"/>
        </w:rPr>
        <w:t xml:space="preserve">不速之客）之感了。 </w:t>
      </w:r>
    </w:p>
    <w:p>
      <w:pPr>
        <w:pStyle w:val="Normal"/>
        <w:spacing w:lineRule="auto" w:line="360"/>
        <w:ind w:firstLine="420" w:end="0"/>
        <w:jc w:val="start"/>
        <w:textAlignment w:val="center"/>
        <w:rPr/>
      </w:pPr>
      <w:r>
        <w:rPr>
          <w:rFonts w:ascii="楷体" w:hAnsi="楷体" w:cs="楷体" w:eastAsia="楷体"/>
          <w:color w:val="000000"/>
        </w:rPr>
        <w:t>（</w:t>
      </w:r>
      <w:r>
        <w:rPr>
          <w:rFonts w:eastAsia="楷体" w:cs="楷体" w:ascii="楷体" w:hAnsi="楷体"/>
          <w:color w:val="000000"/>
        </w:rPr>
        <w:t>3</w:t>
      </w:r>
      <w:r>
        <w:rPr>
          <w:rFonts w:ascii="楷体" w:hAnsi="楷体" w:cs="楷体" w:eastAsia="楷体"/>
          <w:color w:val="000000"/>
        </w:rPr>
        <w:t>）我们家大门内也有两盆，一盆是红色的，一盆是白色的。我小的时候，天天都要从这下面走出走进。①</w:t>
      </w:r>
      <w:r>
        <w:rPr>
          <w:rFonts w:ascii="楷体" w:hAnsi="楷体" w:cs="楷体" w:eastAsia="楷体"/>
          <w:color w:val="000000"/>
          <w:u w:val="single"/>
        </w:rPr>
        <w:t>红色的花朵让我想到火，白色的花朵让我想到雪。火与雪是不相容的；但是，这两盆花却融洽地开在一起，宛如火上有雪，或雪上有火。</w:t>
      </w:r>
      <w:r>
        <w:rPr>
          <w:rFonts w:ascii="楷体" w:hAnsi="楷体" w:cs="楷体" w:eastAsia="楷体"/>
          <w:color w:val="000000"/>
        </w:rPr>
        <w:t xml:space="preserve">我顾而乐之，小小的心灵里觉得十分奇妙，十分有趣。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4</w:t>
      </w:r>
      <w:r>
        <w:rPr>
          <w:rFonts w:ascii="楷体" w:hAnsi="楷体" w:cs="楷体" w:eastAsia="楷体"/>
          <w:color w:val="000000"/>
        </w:rPr>
        <w:t xml:space="preserve">）只有一墙之隔，转过影壁，就是院子。我们家里一向是喜欢花的；虽然没有什么非常名贵的花，但是常见的花却是应有尽有。每年春天，迎春花首先开出黄色的小花，报告春的消息。以后接着来的是桃花、杏花、海棠、榆叶梅、丁香等等，院子里开得花团锦簇。到了夏天，更是满院葳蕤。凤仙花、石竹花、鸡冠花、五色梅、江西腊等等，五彩缤纷，美不胜收。夜来香的香气熏透了整个的夏夜的庭院，是我什么时候也不会忘记的。一到秋天，玉簪花带来凄清的寒意，菊花报告花事的结束。总之，一年三季，花开花落，没有间歇；情景虽美，变化亦多。 </w:t>
      </w:r>
    </w:p>
    <w:p>
      <w:pPr>
        <w:pStyle w:val="Normal"/>
        <w:spacing w:lineRule="auto" w:line="360"/>
        <w:ind w:firstLine="420" w:end="0"/>
        <w:jc w:val="start"/>
        <w:textAlignment w:val="center"/>
        <w:rPr/>
      </w:pPr>
      <w:r>
        <w:rPr>
          <w:rFonts w:ascii="楷体" w:hAnsi="楷体" w:cs="楷体" w:eastAsia="楷体"/>
          <w:color w:val="000000"/>
        </w:rPr>
        <w:t>（</w:t>
      </w:r>
      <w:r>
        <w:rPr>
          <w:rFonts w:eastAsia="楷体" w:cs="楷体" w:ascii="楷体" w:hAnsi="楷体"/>
          <w:color w:val="000000"/>
        </w:rPr>
        <w:t>5</w:t>
      </w:r>
      <w:r>
        <w:rPr>
          <w:rFonts w:ascii="楷体" w:hAnsi="楷体" w:cs="楷体" w:eastAsia="楷体"/>
          <w:color w:val="000000"/>
        </w:rPr>
        <w:t>）然而，在一墙之隔的大门内，②</w:t>
      </w:r>
      <w:r>
        <w:rPr>
          <w:rFonts w:ascii="楷体" w:hAnsi="楷体" w:cs="楷体" w:eastAsia="楷体"/>
          <w:color w:val="000000"/>
          <w:u w:val="single"/>
        </w:rPr>
        <w:t>夹竹桃却在那里静悄悄地一声不响，一朵花败了，又开出一朵；一嘟噜花黄了，又长出一嘟噜；在和煦的春风里，在盛夏的暴雨里，在深秋的清冷里，看不出什么特别茂盛的时候，也看不出什么特别衰败的时候，无日不迎风弄姿，从春天一直到秋天，从迎春花一直到玉簪花和菊花，无不奉陪。</w:t>
      </w:r>
      <w:r>
        <w:rPr>
          <w:rFonts w:ascii="楷体" w:hAnsi="楷体" w:cs="楷体" w:eastAsia="楷体"/>
          <w:color w:val="000000"/>
        </w:rPr>
        <w:t xml:space="preserve">这一点韧性，同院子里那些花比起来，不是形成一个强烈的对照吗？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6</w:t>
      </w:r>
      <w:r>
        <w:rPr>
          <w:rFonts w:ascii="楷体" w:hAnsi="楷体" w:cs="楷体" w:eastAsia="楷体"/>
          <w:color w:val="000000"/>
        </w:rPr>
        <w:t>）但是夹竹桃的妙处还不止于此。我特别喜欢月光下的夹竹桃。你站在它下面，花朵是一团模糊；但是香气却毫不含糊，（乙）</w:t>
      </w:r>
      <w:r>
        <w:rPr>
          <w:rFonts w:eastAsia="楷体" w:cs="楷体" w:ascii="楷体" w:hAnsi="楷体"/>
          <w:color w:val="000000"/>
        </w:rPr>
        <w:t>_______ (A.</w:t>
      </w:r>
      <w:r>
        <w:rPr>
          <w:rFonts w:ascii="楷体" w:hAnsi="楷体" w:cs="楷体" w:eastAsia="楷体"/>
          <w:color w:val="000000"/>
        </w:rPr>
        <w:t xml:space="preserve">风风火火  </w:t>
      </w:r>
      <w:r>
        <w:rPr>
          <w:rFonts w:eastAsia="楷体" w:cs="楷体" w:ascii="楷体" w:hAnsi="楷体"/>
          <w:color w:val="000000"/>
        </w:rPr>
        <w:t>B.</w:t>
      </w:r>
      <w:r>
        <w:rPr>
          <w:rFonts w:ascii="楷体" w:hAnsi="楷体" w:cs="楷体" w:eastAsia="楷体"/>
          <w:color w:val="000000"/>
        </w:rPr>
        <w:t>浓浓烈烈</w:t>
      </w:r>
      <w:r>
        <w:rPr>
          <w:rFonts w:eastAsia="楷体" w:cs="楷体" w:ascii="楷体" w:hAnsi="楷体"/>
          <w:color w:val="000000"/>
        </w:rPr>
        <w:t>)</w:t>
      </w:r>
      <w:r>
        <w:rPr>
          <w:rFonts w:ascii="楷体" w:hAnsi="楷体" w:cs="楷体" w:eastAsia="楷体"/>
          <w:color w:val="000000"/>
        </w:rPr>
        <w:t xml:space="preserve">地从花枝上袭了下来。它把影子投到墙上，叶影参差，花影迷离，可以引起我许多幻想。我幻想它是地图，它居然就是地图了。这一堆影子是亚洲，那一堆影子是非洲，中间空白的地方是大海。碰巧有几只小虫子爬过，这就是远渡重洋的海轮。我幻想它是水中的荇藻，我眼前就真的展现出一个小池塘。夜蛾飞过映在墙上的影子就是游鱼。我幻想它是一幅墨竹，我就真看到一幅画。微风乍起，叶影吹动，这一幅画竟变成活画了。有这样的韧性，能这样引起我的幻想，我爱上了夹竹桃。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7</w:t>
      </w:r>
      <w:r>
        <w:rPr>
          <w:rFonts w:ascii="楷体" w:hAnsi="楷体" w:cs="楷体" w:eastAsia="楷体"/>
          <w:color w:val="000000"/>
        </w:rPr>
        <w:t xml:space="preserve">）好多好多年，我就在这样的夹竹桃下面走出走进。最初我的个儿矮，必须仰头才能看到花朵。后来，我逐渐长高了，夹竹桃在我眼中也就逐渐矮了起来。等到我眼睛平视就可以看到花的时候，我离开了家。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8</w:t>
      </w:r>
      <w:r>
        <w:rPr>
          <w:rFonts w:ascii="楷体" w:hAnsi="楷体" w:cs="楷体" w:eastAsia="楷体"/>
          <w:color w:val="000000"/>
        </w:rPr>
        <w:t xml:space="preserve">）我离开了家，过了许多年，走过许多地方。我曾在不同的地方看到过夹竹桃，但是都没有留下深刻的印象。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9</w:t>
      </w:r>
      <w:r>
        <w:rPr>
          <w:rFonts w:ascii="楷体" w:hAnsi="楷体" w:cs="楷体" w:eastAsia="楷体"/>
          <w:color w:val="000000"/>
        </w:rPr>
        <w:t>）两年前，我访问了缅甸。在仰光开过几天会以后，缅甸的许多朋友们热情地陪我们到缅甸北部古都蒲甘去游览。这地方以佛塔著名，有</w:t>
      </w:r>
      <w:r>
        <w:rPr>
          <w:rFonts w:eastAsia="楷体" w:cs="楷体" w:ascii="楷体" w:hAnsi="楷体"/>
          <w:color w:val="000000"/>
        </w:rPr>
        <w:t>"</w:t>
      </w:r>
      <w:r>
        <w:rPr>
          <w:rFonts w:ascii="楷体" w:hAnsi="楷体" w:cs="楷体" w:eastAsia="楷体"/>
          <w:color w:val="000000"/>
        </w:rPr>
        <w:t>万塔之城</w:t>
      </w:r>
      <w:r>
        <w:rPr>
          <w:rFonts w:eastAsia="楷体" w:cs="楷体" w:ascii="楷体" w:hAnsi="楷体"/>
          <w:color w:val="000000"/>
        </w:rPr>
        <w:t>"</w:t>
      </w:r>
      <w:r>
        <w:rPr>
          <w:rFonts w:ascii="楷体" w:hAnsi="楷体" w:cs="楷体" w:eastAsia="楷体"/>
          <w:color w:val="000000"/>
        </w:rPr>
        <w:t>的称号。据说，当年确有万塔。到了今天，数目虽然没有那样多了，但是，纵目四望，嶙嶙峋峋，群塔簇天，一个个从地里涌出，宛如阳朔群山，又像是云南的石林，用“雨后春笋”这一句老话，差堪比拟。虽然花草树木都还是绿的，但是时令究竟是冬天了，一片萧瑟荒寒气象。</w:t>
      </w:r>
    </w:p>
    <w:p>
      <w:pPr>
        <w:pStyle w:val="Normal"/>
        <w:spacing w:lineRule="auto" w:line="360"/>
        <w:ind w:firstLine="420" w:end="0"/>
        <w:jc w:val="start"/>
        <w:textAlignment w:val="center"/>
        <w:rPr/>
      </w:pPr>
      <w:r>
        <w:rPr>
          <w:rFonts w:ascii="楷体" w:hAnsi="楷体" w:cs="楷体" w:eastAsia="楷体"/>
          <w:color w:val="000000"/>
        </w:rPr>
        <w:t>（</w:t>
      </w:r>
      <w:r>
        <w:rPr>
          <w:rFonts w:eastAsia="楷体" w:cs="楷体" w:ascii="楷体" w:hAnsi="楷体"/>
          <w:color w:val="000000"/>
        </w:rPr>
        <w:t>10</w:t>
      </w:r>
      <w:r>
        <w:rPr>
          <w:rFonts w:ascii="楷体" w:hAnsi="楷体" w:cs="楷体" w:eastAsia="楷体"/>
          <w:color w:val="000000"/>
        </w:rPr>
        <w:t>）然而就在这地方，在我们住的大楼前，我却意外地发现了老朋友夹竹桃。一株株都跟一层楼差不多高，以至我最初竟没有认出它们来。③</w:t>
      </w:r>
      <w:r>
        <w:rPr>
          <w:rFonts w:ascii="楷体" w:hAnsi="楷体" w:cs="楷体" w:eastAsia="楷体"/>
          <w:color w:val="000000"/>
          <w:u w:val="single"/>
        </w:rPr>
        <w:t>花色比国内的要多，除了红色的和白色的以外，记得还有黄色的。叶子绿得像绿蜡，花朵开在高高的枝头，更像片片的红霞、团团的白雪、朵朵的黄云。</w:t>
      </w:r>
      <w:r>
        <w:rPr>
          <w:rFonts w:ascii="楷体" w:hAnsi="楷体" w:cs="楷体" w:eastAsia="楷体"/>
          <w:color w:val="000000"/>
        </w:rPr>
        <w:t>花枝繁茂，浓翠逼人，同荒寒的古城形成了强烈的对比。</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11</w:t>
      </w:r>
      <w:r>
        <w:rPr>
          <w:rFonts w:ascii="楷体" w:hAnsi="楷体" w:cs="楷体" w:eastAsia="楷体"/>
          <w:color w:val="000000"/>
        </w:rPr>
        <w:t xml:space="preserve">）我每天就在这样的夹竹桃下走出走进。晚上同缅甸朋友们在楼上凭栏闲眺，畅谈各种各样的问题，谈蒲甘的历史，谈中缅文化的交流，谈中缅两国人民的胞波的友谊。在这时候，远处的古塔渐渐隐入暮霭中，近处的几个古塔上却给电灯照得通明，望之如灵山幻境。我伸手到栏外，就可以抓到夹竹桃的顶枝。花香也一阵一阵地从下面飘上楼来，仿佛把中缅友谊熏得更加芬芳。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12</w:t>
      </w:r>
      <w:r>
        <w:rPr>
          <w:rFonts w:ascii="楷体" w:hAnsi="楷体" w:cs="楷体" w:eastAsia="楷体"/>
          <w:color w:val="000000"/>
        </w:rPr>
        <w:t xml:space="preserve">）就这样，在对于夹竹桃的婉美动人的回忆里，又涂上了一层绚烂夺目的中缅人民友谊的色彩。我从此更爱夹竹桃。 </w:t>
      </w:r>
    </w:p>
    <w:p>
      <w:pPr>
        <w:pStyle w:val="Normal"/>
        <w:spacing w:lineRule="auto" w:line="360"/>
        <w:ind w:firstLine="420" w:end="0"/>
        <w:jc w:val="end"/>
        <w:textAlignment w:val="center"/>
        <w:rPr>
          <w:rFonts w:ascii="楷体" w:hAnsi="楷体" w:eastAsia="楷体" w:cs="楷体"/>
          <w:color w:val="000000"/>
        </w:rPr>
      </w:pPr>
      <w:r>
        <w:rPr>
          <w:rFonts w:eastAsia="楷体" w:cs="楷体" w:ascii="楷体" w:hAnsi="楷体"/>
          <w:color w:val="000000"/>
        </w:rPr>
        <w:t>1962</w:t>
      </w:r>
      <w:r>
        <w:rPr>
          <w:rFonts w:ascii="楷体" w:hAnsi="楷体" w:cs="楷体" w:eastAsia="楷体"/>
          <w:color w:val="000000"/>
        </w:rPr>
        <w:t>年</w:t>
      </w:r>
      <w:r>
        <w:rPr>
          <w:rFonts w:eastAsia="楷体" w:cs="楷体" w:ascii="楷体" w:hAnsi="楷体"/>
          <w:color w:val="000000"/>
        </w:rPr>
        <w:t>10</w:t>
      </w:r>
      <w:r>
        <w:rPr>
          <w:rFonts w:ascii="楷体" w:hAnsi="楷体" w:cs="楷体" w:eastAsia="楷体"/>
          <w:color w:val="000000"/>
        </w:rPr>
        <w:t>月</w:t>
      </w:r>
      <w:r>
        <w:rPr>
          <w:rFonts w:eastAsia="楷体" w:cs="楷体" w:ascii="楷体" w:hAnsi="楷体"/>
          <w:color w:val="000000"/>
        </w:rPr>
        <w:t>17</w:t>
      </w:r>
      <w:r>
        <w:rPr>
          <w:rFonts w:ascii="楷体" w:hAnsi="楷体" w:cs="楷体" w:eastAsia="楷体"/>
          <w:color w:val="000000"/>
        </w:rPr>
        <w:t>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color w:val="000000"/>
        </w:rPr>
        <w:t xml:space="preserve">通读全文，说说夹竹桃为什么是作者“最值得留恋最值得回忆的花”。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23. </w:t>
      </w:r>
      <w:r>
        <w:rPr>
          <w:rFonts w:ascii="宋体;SimSun" w:hAnsi="宋体;SimSun" w:cs="宋体;SimSun"/>
          <w:color w:val="000000"/>
        </w:rPr>
        <w:t>第四段，作者用大量的笔墨描写了自家小院四季轮转的繁荣花事，这与夹竹桃有什么关联？</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24. </w:t>
      </w:r>
      <w:r>
        <w:rPr>
          <w:rFonts w:ascii="宋体;SimSun" w:hAnsi="宋体;SimSun" w:cs="宋体;SimSun"/>
          <w:color w:val="000000"/>
        </w:rPr>
        <w:t>根据语境，给文章（甲）（乙）两处选择恰当的词语。</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25. </w:t>
      </w:r>
      <w:r>
        <w:rPr>
          <w:rFonts w:ascii="宋体;SimSun" w:hAnsi="宋体;SimSun" w:cs="宋体;SimSun"/>
          <w:color w:val="000000"/>
        </w:rPr>
        <w:t>文中多处描写了夹竹桃，请从①②③三处划线句中选取一处进行鉴赏。（提示：分别用了什么修辞？写出了夹竹桃什么特点？表达了作者怎样的感情？）</w:t>
      </w:r>
    </w:p>
    <w:p>
      <w:pPr>
        <w:pStyle w:val="Normal"/>
        <w:spacing w:lineRule="auto" w:line="360"/>
        <w:textAlignment w:val="center"/>
        <w:rPr/>
      </w:pPr>
      <w:r>
        <w:rPr>
          <w:color w:val="2E75B6"/>
        </w:rPr>
        <w:t>【答案】</w:t>
      </w:r>
      <w:r>
        <w:rPr>
          <w:color w:val="000000"/>
        </w:rPr>
        <w:t xml:space="preserve">22.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）夹竹桃人宾至如归之感</w:t>
      </w:r>
      <w:r>
        <w:rPr>
          <w:rFonts w:eastAsia="宋体;SimSun" w:cs="宋体;SimSun" w:ascii="宋体;SimSun" w:hAnsi="宋体;SimSun"/>
          <w:color w:val="000000"/>
        </w:rPr>
        <w:t>/</w:t>
      </w:r>
      <w:r>
        <w:rPr>
          <w:rFonts w:ascii="宋体;SimSun" w:hAnsi="宋体;SimSun" w:cs="宋体;SimSun"/>
          <w:color w:val="000000"/>
        </w:rPr>
        <w:t>夹竹桃非常美丽</w:t>
      </w:r>
      <w:r>
        <w:rPr>
          <w:rFonts w:eastAsia="宋体;SimSun" w:cs="宋体;SimSun" w:ascii="宋体;SimSun" w:hAnsi="宋体;SimSun"/>
          <w:color w:val="000000"/>
        </w:rPr>
        <w:t>/</w:t>
      </w:r>
      <w:r>
        <w:rPr>
          <w:rFonts w:ascii="宋体;SimSun" w:hAnsi="宋体;SimSun" w:cs="宋体;SimSun"/>
          <w:color w:val="000000"/>
        </w:rPr>
        <w:t>我觉得夹竹桃的颜色奇妙有趣（概括第二段或第三段，意思对即可）</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）有这样的韧性</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3</w:t>
      </w:r>
      <w:r>
        <w:rPr>
          <w:rFonts w:ascii="宋体;SimSun" w:hAnsi="宋体;SimSun" w:cs="宋体;SimSun"/>
          <w:color w:val="000000"/>
        </w:rPr>
        <w:t>）能这样引起我的幻想</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4</w:t>
      </w:r>
      <w:r>
        <w:rPr>
          <w:rFonts w:ascii="宋体;SimSun" w:hAnsi="宋体;SimSun" w:cs="宋体;SimSun"/>
          <w:color w:val="000000"/>
        </w:rPr>
        <w:t>）在对于夹竹桃的婉美动人的回忆里，又涂上了一层绚烂夺目的中缅人民友谊的色彩。</w:t>
      </w:r>
      <w:r>
        <w:rPr>
          <w:color w:val="000000"/>
        </w:rPr>
        <w:t xml:space="preserve">    </w:t>
      </w:r>
    </w:p>
    <w:p>
      <w:pPr>
        <w:pStyle w:val="Normal"/>
        <w:spacing w:lineRule="auto" w:line="360"/>
        <w:jc w:val="start"/>
        <w:textAlignment w:val="center"/>
        <w:rPr>
          <w:rFonts w:ascii="宋体;SimSun" w:hAnsi="宋体;SimSun" w:eastAsia="宋体;SimSun" w:cs="宋体;SimSun"/>
          <w:color w:val="000000"/>
        </w:rPr>
      </w:pPr>
      <w:r>
        <w:rPr>
          <w:color w:val="000000"/>
        </w:rPr>
        <w:t xml:space="preserve">23. </w:t>
      </w:r>
      <w:r>
        <w:rPr>
          <w:rFonts w:ascii="宋体;SimSun" w:hAnsi="宋体;SimSun" w:cs="宋体;SimSun"/>
          <w:color w:val="000000"/>
        </w:rPr>
        <w:t>与夹竹桃形成强烈对照（对比</w:t>
      </w:r>
      <w:r>
        <w:rPr>
          <w:rFonts w:eastAsia="宋体;SimSun" w:cs="宋体;SimSun" w:ascii="宋体;SimSun" w:hAnsi="宋体;SimSun"/>
          <w:color w:val="000000"/>
        </w:rPr>
        <w:t>/</w:t>
      </w:r>
      <w:r>
        <w:rPr>
          <w:rFonts w:ascii="宋体;SimSun" w:hAnsi="宋体;SimSun" w:cs="宋体;SimSun"/>
          <w:color w:val="000000"/>
        </w:rPr>
        <w:t>比较），突出夹竹桃</w:t>
      </w:r>
      <w:r>
        <w:rPr>
          <w:rFonts w:ascii="宋体;SimSun" w:hAnsi="宋体;SimSun" w:cs="宋体;SimSun"/>
          <w:color w:val="000000"/>
        </w:rPr>
        <w:drawing>
          <wp:inline distT="0" distB="0" distL="0" distR="0">
            <wp:extent cx="133350" cy="177800"/>
            <wp:effectExtent l="0" t="0" r="0" b="0"/>
            <wp:docPr id="133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6"/>
                    <pic:cNvPicPr>
                      <a:picLocks noChangeAspect="1" noChangeArrowheads="1"/>
                    </pic:cNvPicPr>
                  </pic:nvPicPr>
                  <pic:blipFill>
                    <a:blip r:embed="rId12"/>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韧性。（只要有对比的意思即可，无需过度纠结术语。）</w:t>
      </w:r>
      <w:r>
        <w:rPr>
          <w:color w:val="000000"/>
        </w:rPr>
        <w:t xml:space="preserve">    </w:t>
      </w:r>
    </w:p>
    <w:p>
      <w:pPr>
        <w:pStyle w:val="Normal"/>
        <w:spacing w:lineRule="auto" w:line="360"/>
        <w:jc w:val="start"/>
        <w:textAlignment w:val="center"/>
        <w:rPr>
          <w:rFonts w:ascii="宋体;SimSun" w:hAnsi="宋体;SimSun" w:eastAsia="宋体;SimSun" w:cs="宋体;SimSun"/>
          <w:color w:val="000000"/>
        </w:rPr>
      </w:pPr>
      <w:r>
        <w:rPr>
          <w:color w:val="000000"/>
        </w:rPr>
        <w:t xml:space="preserve">24. </w:t>
      </w:r>
      <w:r>
        <w:rPr>
          <w:rFonts w:ascii="宋体;SimSun" w:hAnsi="宋体;SimSun" w:cs="宋体;SimSun"/>
          <w:color w:val="000000"/>
        </w:rPr>
        <w:t>（甲）</w:t>
      </w:r>
      <w:r>
        <w:rPr>
          <w:rFonts w:eastAsia="宋体;SimSun" w:cs="宋体;SimSun" w:ascii="宋体;SimSun" w:hAnsi="宋体;SimSun"/>
          <w:color w:val="000000"/>
        </w:rPr>
        <w:t xml:space="preserve">A  </w:t>
      </w:r>
      <w:r>
        <w:rPr>
          <w:rFonts w:ascii="宋体;SimSun" w:hAnsi="宋体;SimSun" w:cs="宋体;SimSun"/>
          <w:color w:val="000000"/>
        </w:rPr>
        <w:t>（乙）</w:t>
      </w:r>
      <w:r>
        <w:rPr>
          <w:rFonts w:eastAsia="宋体;SimSun" w:cs="宋体;SimSun" w:ascii="宋体;SimSun" w:hAnsi="宋体;SimSun"/>
          <w:color w:val="000000"/>
        </w:rPr>
        <w:t>B</w:t>
      </w:r>
      <w:r>
        <w:rPr>
          <w:color w:val="000000"/>
        </w:rPr>
        <w:t xml:space="preserve">    </w:t>
      </w:r>
    </w:p>
    <w:p>
      <w:pPr>
        <w:pStyle w:val="Normal"/>
        <w:spacing w:lineRule="auto" w:line="360"/>
        <w:jc w:val="start"/>
        <w:textAlignment w:val="center"/>
        <w:rPr/>
      </w:pPr>
      <w:r>
        <w:rPr>
          <w:color w:val="000000"/>
        </w:rPr>
        <w:t xml:space="preserve">25. </w:t>
      </w:r>
      <w:r>
        <w:rPr>
          <w:rFonts w:eastAsia="宋体;SimSun" w:cs="宋体;SimSun" w:ascii="宋体;SimSun" w:hAnsi="宋体;SimSun"/>
          <w:color w:val="000000"/>
        </w:rPr>
        <w:t>①</w:t>
      </w:r>
      <w:r>
        <w:rPr>
          <w:rFonts w:ascii="宋体;SimSun" w:hAnsi="宋体;SimSun" w:cs="宋体;SimSun"/>
          <w:color w:val="000000"/>
        </w:rPr>
        <w:t>红色的花朵让我想到火，白色的花朵让我想到雪。火与雪是不相容的；但是，这两盆花却融洽地开在一起，宛如火上有雪，或雪上有火。</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 </w:t>
      </w:r>
      <w:r>
        <w:rPr>
          <w:rFonts w:ascii="宋体;SimSun" w:hAnsi="宋体;SimSun" w:cs="宋体;SimSun"/>
          <w:color w:val="000000"/>
        </w:rPr>
        <w:t>赏析：作者用了比喻的修辞方法，将夹竹桃花比作“火”和“雪”，写出了夹竹桃红白相衬的美丽与和谐，表现了作者对夹竹桃的喜爱之情。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color w:val="000000"/>
        </w:rPr>
        <w:t>夹竹桃却在那里静悄悄地一声不响，一朵花败了，又开出一朵；一嘟噜花黄了，又长出一嘟噜；在和煦的春风里，在盛夏的暴雨里，在深秋的清冷里，看不出什么特别茂盛的时候，也看不出什么特别衰败的时候，无日不迎风弄姿，从春天一直到秋天，从迎春花一直到玉簪花和菊花，无不奉陪。</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赏析：作者用了拟人的修辞方法，“静悄悄”“又”“无不奉陪”等词，体现了夹竹桃从春到秋默默开花的韧性，表现了作者对夹竹桃的喜爱之情。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③</w:t>
      </w:r>
      <w:r>
        <w:rPr>
          <w:rFonts w:ascii="宋体;SimSun" w:hAnsi="宋体;SimSun" w:cs="宋体;SimSun"/>
          <w:color w:val="000000"/>
        </w:rPr>
        <w:t>花色比国内的要多，除了红色的和白色的以外，记得还有黄色的。叶子绿得像绿蜡，花朵开在高高的枝头，更像片片的红霞、团团的白雪、朵朵的黄云。</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赏析：作者用了比喻的修辞方法，将绿叶比成“绿蜡”，将花朵比作“红霞”“白雪”“黄云”，写出了夹竹桃花枝繁茂、浓翠逼人的特点，表现了作者对夹竹桃的喜爱之情。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pPr>
      <w:r>
        <w:rPr>
          <w:rFonts w:ascii="宋体;SimSun" w:hAnsi="宋体;SimSun" w:cs="宋体;SimSun"/>
          <w:color w:val="000000"/>
        </w:rPr>
        <w:t>本题考查对文章内容的理解。夹竹桃之所以是作者最值得留恋最值得回忆的花，自然是夹竹桃的特点及作者寄托在夹竹桃上的情感。因此答题时，可结合着夹竹桃的形象特点及象征意义分析。例如，第（</w:t>
      </w:r>
      <w:r>
        <w:rPr>
          <w:rFonts w:eastAsia="Times New Romance" w:cs="Times New Romance" w:ascii="Times New Romance" w:hAnsi="Times New Romance"/>
          <w:color w:val="000000"/>
        </w:rPr>
        <w:t>5</w:t>
      </w:r>
      <w:r>
        <w:rPr>
          <w:rFonts w:ascii="宋体;SimSun" w:hAnsi="宋体;SimSun" w:cs="宋体;SimSun"/>
          <w:color w:val="000000"/>
        </w:rPr>
        <w:t>）段，“从春天一直到秋天，”“这点韧性”表现了夹竹桃花期长久，韧性强劲，自然引发了作者对生命的感悟；第（</w:t>
      </w:r>
      <w:r>
        <w:rPr>
          <w:rFonts w:eastAsia="Times New Romance" w:cs="Times New Romance" w:ascii="Times New Romance" w:hAnsi="Times New Romance"/>
          <w:color w:val="000000"/>
        </w:rPr>
        <w:t>6</w:t>
      </w:r>
      <w:r>
        <w:rPr>
          <w:rFonts w:ascii="宋体;SimSun" w:hAnsi="宋体;SimSun" w:cs="宋体;SimSun"/>
          <w:color w:val="000000"/>
        </w:rPr>
        <w:t>）段，“它把影子投到墙上，叶影参差，花影迷离，可以引起我许多幻想”可从夹竹桃花的美及给人的联想和想象角度作答；从第（</w:t>
      </w:r>
      <w:r>
        <w:rPr>
          <w:rFonts w:eastAsia="Times New Romance" w:cs="Times New Romance" w:ascii="Times New Romance" w:hAnsi="Times New Romance"/>
          <w:color w:val="000000"/>
        </w:rPr>
        <w:t>7</w:t>
      </w:r>
      <w:r>
        <w:rPr>
          <w:rFonts w:ascii="宋体;SimSun" w:hAnsi="宋体;SimSun" w:cs="宋体;SimSun"/>
          <w:color w:val="000000"/>
        </w:rPr>
        <w:t>）、（</w:t>
      </w:r>
      <w:r>
        <w:rPr>
          <w:rFonts w:eastAsia="Times New Romance" w:cs="Times New Romance" w:ascii="Times New Romance" w:hAnsi="Times New Romance"/>
          <w:color w:val="000000"/>
        </w:rPr>
        <w:t>8</w:t>
      </w:r>
      <w:r>
        <w:rPr>
          <w:rFonts w:ascii="宋体;SimSun" w:hAnsi="宋体;SimSun" w:cs="宋体;SimSun"/>
          <w:color w:val="000000"/>
        </w:rPr>
        <w:t>）段在作者小时候和离家后可知，夹竹桃花寄托着作者的思乡情感；第（</w:t>
      </w:r>
      <w:r>
        <w:rPr>
          <w:rFonts w:eastAsia="Times New Romance" w:cs="Times New Romance" w:ascii="Times New Romance" w:hAnsi="Times New Romance"/>
          <w:color w:val="000000"/>
        </w:rPr>
        <w:t>9</w:t>
      </w:r>
      <w:r>
        <w:rPr>
          <w:rFonts w:ascii="宋体;SimSun" w:hAnsi="宋体;SimSun" w:cs="宋体;SimSun"/>
          <w:color w:val="000000"/>
        </w:rPr>
        <w:t>）段至第（</w:t>
      </w:r>
      <w:r>
        <w:rPr>
          <w:rFonts w:eastAsia="Times New Romance" w:cs="Times New Romance" w:ascii="Times New Romance" w:hAnsi="Times New Romance"/>
          <w:color w:val="000000"/>
        </w:rPr>
        <w:t>12</w:t>
      </w:r>
      <w:r>
        <w:rPr>
          <w:rFonts w:ascii="宋体;SimSun" w:hAnsi="宋体;SimSun" w:cs="宋体;SimSun"/>
          <w:color w:val="000000"/>
        </w:rPr>
        <w:t>）段在缅甸所见到的夹竹桃花，“又涂上了一层绚烂夺目的中缅人民友谊的色彩”，表现了夹竹桃花是中缅人民的友谊。</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pPr>
      <w:r>
        <w:rPr>
          <w:rFonts w:ascii="宋体;SimSun" w:hAnsi="宋体;SimSun" w:cs="宋体;SimSun"/>
          <w:color w:val="000000"/>
        </w:rPr>
        <w:t>本题考查学生对重要情节作用的理解能力。解答重要情节作用类题型，要阅读文章内容，理解大意，揣摩写作技巧，要根据语段写了哪些内容，与全文其它内容有什么关系，对于主题有什么帮助等加以综合分析。第（</w:t>
      </w:r>
      <w:r>
        <w:rPr>
          <w:rFonts w:eastAsia="Times New Romance" w:cs="Times New Romance" w:ascii="Times New Romance" w:hAnsi="Times New Romance"/>
          <w:color w:val="000000"/>
        </w:rPr>
        <w:t>4</w:t>
      </w:r>
      <w:r>
        <w:rPr>
          <w:rFonts w:ascii="宋体;SimSun" w:hAnsi="宋体;SimSun" w:cs="宋体;SimSun"/>
          <w:color w:val="000000"/>
        </w:rPr>
        <w:t>）段中，作者用大量的笔墨描写了自家小院四季轮转的繁荣花事，拿桃花、杏花等和夹竹桃对比；用这些花的花期短暂、变化多端来衬托夹竹桃的花期长，韧性强；表达“我”对夹竹桃的喜爱、赞美之情。</w:t>
      </w:r>
    </w:p>
    <w:p>
      <w:pPr>
        <w:pStyle w:val="Normal"/>
        <w:spacing w:lineRule="auto" w:line="360"/>
        <w:textAlignment w:val="center"/>
        <w:rPr>
          <w:color w:val="000000"/>
        </w:rPr>
      </w:pPr>
      <w:r>
        <w:rPr>
          <w:color w:val="000000"/>
        </w:rPr>
        <w:t>【</w:t>
      </w:r>
      <w:r>
        <w:rPr>
          <w:color w:val="000000"/>
        </w:rPr>
        <w:t>24</w:t>
      </w:r>
      <w:r>
        <w:rPr>
          <w:color w:val="000000"/>
        </w:rPr>
        <w:t>题详解】</w:t>
      </w:r>
    </w:p>
    <w:p>
      <w:pPr>
        <w:pStyle w:val="Normal"/>
        <w:spacing w:lineRule="auto" w:line="360"/>
        <w:textAlignment w:val="center"/>
        <w:rPr/>
      </w:pPr>
      <w:r>
        <w:rPr>
          <w:rFonts w:ascii="宋体;SimSun" w:hAnsi="宋体;SimSun" w:cs="宋体;SimSun"/>
          <w:color w:val="000000"/>
        </w:rPr>
        <w:t>本题考查词语运用。宾至如归，形容客人到这里就像回到自己家里一样。形容招待客人亲切周到。不速之客，泛指意想不到</w:t>
      </w:r>
      <w:r>
        <w:rPr>
          <w:rFonts w:ascii="宋体;SimSun" w:hAnsi="宋体;SimSun" w:cs="宋体;SimSun"/>
          <w:color w:val="000000"/>
        </w:rPr>
        <w:drawing>
          <wp:inline distT="0" distB="0" distL="0" distR="0">
            <wp:extent cx="133350" cy="177800"/>
            <wp:effectExtent l="0" t="0" r="0" b="0"/>
            <wp:docPr id="133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7"/>
                    <pic:cNvPicPr>
                      <a:picLocks noChangeAspect="1" noChangeArrowheads="1"/>
                    </pic:cNvPicPr>
                  </pic:nvPicPr>
                  <pic:blipFill>
                    <a:blip r:embed="rId13"/>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客人或者不请自来的人。甲处语境“</w:t>
      </w:r>
      <w:r>
        <w:rPr>
          <w:rFonts w:ascii="楷体" w:hAnsi="楷体" w:cs="楷体" w:eastAsia="楷体"/>
          <w:color w:val="000000"/>
        </w:rPr>
        <w:t>客人一走进大门，扑鼻的是一阵幽香，入目的是绿蜡似的叶子和红霞或白雪似的花朵，立刻就感觉到仿佛走进自己的家门口，大有……之感了。</w:t>
      </w:r>
      <w:r>
        <w:rPr>
          <w:rFonts w:ascii="宋体;SimSun" w:hAnsi="宋体;SimSun" w:cs="宋体;SimSun"/>
          <w:color w:val="000000"/>
        </w:rPr>
        <w:t>”这里明显应用“宾至如归”，故选</w:t>
      </w:r>
      <w:r>
        <w:rPr>
          <w:rFonts w:eastAsia="Times New Romance" w:cs="Times New Romance" w:ascii="Times New Romance" w:hAnsi="Times New Romance"/>
          <w:color w:val="000000"/>
        </w:rPr>
        <w:t>A</w:t>
      </w:r>
      <w:r>
        <w:rPr>
          <w:rFonts w:ascii="宋体;SimSun" w:hAnsi="宋体;SimSun" w:cs="宋体;SimSun"/>
          <w:color w:val="000000"/>
        </w:rPr>
        <w:t>。风风火火，意思是形容急急忙忙、冒冒失失的样子，也指很活跃、有劲头的样子。浓浓烈烈指气味等浓厚强烈。也指感情、情绪等强烈、热烈。</w:t>
      </w:r>
      <w:r>
        <w:rPr>
          <w:rFonts w:ascii="Times New Romance" w:hAnsi="Times New Romance" w:cs="Times New Romance" w:eastAsia="Times New Romance"/>
          <w:color w:val="000000"/>
        </w:rPr>
        <w:t xml:space="preserve"> </w:t>
      </w:r>
      <w:r>
        <w:rPr>
          <w:rFonts w:ascii="宋体;SimSun" w:hAnsi="宋体;SimSun" w:cs="宋体;SimSun"/>
          <w:color w:val="000000"/>
        </w:rPr>
        <w:t>“</w:t>
      </w:r>
      <w:r>
        <w:rPr>
          <w:rFonts w:ascii="楷体" w:hAnsi="楷体" w:cs="楷体" w:eastAsia="楷体"/>
          <w:color w:val="000000"/>
        </w:rPr>
        <w:t>你站在它下面，花朵是一团模糊；但是香气却毫不含糊，（乙）</w:t>
      </w:r>
      <w:r>
        <w:rPr>
          <w:rFonts w:eastAsia="楷体" w:cs="楷体" w:ascii="楷体" w:hAnsi="楷体"/>
          <w:color w:val="000000"/>
        </w:rPr>
        <w:t>_______ (A.</w:t>
      </w:r>
      <w:r>
        <w:rPr>
          <w:rFonts w:ascii="楷体" w:hAnsi="楷体" w:cs="楷体" w:eastAsia="楷体"/>
          <w:color w:val="000000"/>
        </w:rPr>
        <w:t xml:space="preserve">风风火火  </w:t>
      </w:r>
      <w:r>
        <w:rPr>
          <w:rFonts w:eastAsia="楷体" w:cs="楷体" w:ascii="楷体" w:hAnsi="楷体"/>
          <w:color w:val="000000"/>
        </w:rPr>
        <w:t>B.</w:t>
      </w:r>
      <w:r>
        <w:rPr>
          <w:rFonts w:ascii="楷体" w:hAnsi="楷体" w:cs="楷体" w:eastAsia="楷体"/>
          <w:color w:val="000000"/>
        </w:rPr>
        <w:t>浓浓烈烈</w:t>
      </w:r>
      <w:r>
        <w:rPr>
          <w:rFonts w:eastAsia="楷体" w:cs="楷体" w:ascii="楷体" w:hAnsi="楷体"/>
          <w:color w:val="000000"/>
        </w:rPr>
        <w:t>)</w:t>
      </w:r>
      <w:r>
        <w:rPr>
          <w:rFonts w:ascii="楷体" w:hAnsi="楷体" w:cs="楷体" w:eastAsia="楷体"/>
          <w:color w:val="000000"/>
        </w:rPr>
        <w:t>地从花枝上袭了下来。</w:t>
      </w:r>
      <w:r>
        <w:rPr>
          <w:rFonts w:ascii="宋体;SimSun" w:hAnsi="宋体;SimSun" w:cs="宋体;SimSun"/>
          <w:color w:val="000000"/>
        </w:rPr>
        <w:t>”这里应用“浓浓烈烈”形容花朵的香气。故选</w:t>
      </w:r>
      <w:r>
        <w:rPr>
          <w:rFonts w:eastAsia="Times New Romance" w:cs="Times New Romance" w:ascii="Times New Romance" w:hAnsi="Times New Romance"/>
          <w:color w:val="000000"/>
        </w:rPr>
        <w:t>B</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句子赏析一般从修辞手法角度赏析。解析：指出修辞手法，分析修辞的用法，然后分析表达效果，最后看表达感情。（比喻：把…比作…，形象生动的写出了…的特征，表现了…感情。拟人：赋予事物以人的性格、思想、感情和动作，使物人格化，从而达到形象生动的效果。夸张：突出特征，揭示本质，给读者以鲜明而强烈的印象。排比：条理清晰，节奏鲜明，增强语势，便于抒发作者强烈的感情。）如“在和煦的春风里，在盛夏的暴雨里，在深秋的清冷里”句式结构相同，语气一致，属于“排比”修辞，写出了夹竹桃的花期之长，突出了它的“韧性”。“无日不迎风弄姿，从春天一直到秋天，从迎春花一直到玉簪花和菊花，无不奉陪”是拟人的修辞，表达作者对夹竹桃的赞美与喜爱。</w:t>
      </w:r>
    </w:p>
    <w:p>
      <w:pPr>
        <w:pStyle w:val="Heading3"/>
      </w:pPr>
      <w:r>
        <w:t>宣武外国语实验学校</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阅读下文，回答问题。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捅马蜂窝</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爷爷的后院虽小，它除去堆放杂物，很少人去，里边的花木从不修剪，快长疯了，枝叶纠缠，阴影深浓，却是鸟儿、蝶儿、虫儿们生存和嬉戏的一片乐土，也是我儿时的乐园。我喜欢从那爬满青苔的湿漉漉的大树干上，取下又轻又薄的蝉衣，从土里挖也筷子粗肥大的蚯蚓，把团团飞舞的小蜢虫驱赶到蜘蛛网上去。那沉甸甸压弯枝条的海棠果，个个都比市场买来的大。这里，最壮观的要属爷爷窗檐下的马蜂窝了，好像倒垂的一只大莲蓬，无数金黄色的马蜂爬进爬出，飞来飞去，不知忙些什么，大概总有百十只之多，以致爷爷不敢开窗子，怕它们中间哪个冒失鬼一头闯进屋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真该死，屋子连透透气儿也不能，哪天请人来把这马蜂窝捅下来！”奶奶总为这个马蜂窝生气。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不行，要蜇死人的！”爷爷说。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怎么不行？头上蒙块布，拿竹竿一捅就下来。“奶奶反驳道。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捅不得，捅不得。“爷爷连连摇手。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我站在一旁，心里却涌出一种捅马蜂窝的强烈渴望。那多有趣！当我给这个淘气的欲望鼓动得难以抑制时，就找来妹妹，趁着爷爷午睡的当儿，悄悄溜到从走廊通往后院的小门口。我脱下褂子蒙住头顶，用扣上衣扣儿的前襟遮盖下半张脸，只露一双眼。又把两根竹竿接绑起来，作为捣毁马蜂窝的武器。我和妹妹约定好，她躲在门里，把住关口，待我捅下马蜂窝，赶紧开门放我进来，然后把门关住。</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妹妹躲在门缝后边，眼瞧我这非凡而冒险的行动。我开始有些迟疑，最后还是好奇战胜了胆怯。当我的竿头触到蜂窝的一刹那，好像听到爷爷在屋内呼叫，但我已经顾不得别的，一些受惊的马蜂轰地飞起来，我赶紧用竿头顶住蜂窝使劲摇撼两下，只听“嗵”，一个沉甸甸的东西掉下来，跟着一团黄色的飞虫腾空而起，我扔掉竿子往小门那边跑，谁料到妹妹害怕，把门的里边插上，她跑了，将我关在门外。我一回头，只见一只马蜂径直而凶猛地朝我扑来，好像一架燃料耗尽、决心相撞的战斗机。这复仇者不顾一死而拼死的气势使我惊呆了。我抬手想挡住脸，只觉眉心像被针扎似的剧烈地一疼，挨蜇了！我捂着脸大叫。不知道谁开门把我拖进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当夜，我发了高烧。眉心处肿起了个枣大的疙瘩，自已都能有用眼瞧见。家里人轮番用了醋、酒、黄酱、万金油和凉手巾把儿，也没能使我那肿包迅速消下去。转天情来医生，打针吃药、七八天后才渐渐复愈。这一下好不轻呢！我生病也没有过这么长时间，以致消肿后的几天里不敢到那通向后院的小走廊上去，生怕那些马蜂还守在小门口等着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过了些天，惊恐稍定，我去爷爷的屋子，他不在，隔窗看见他站在当院里，摆手招唤我去，我大着胆子去了，爷爷手指窗根处叫我看，原来是我捅掉的那人蜂窝，却一只马蜂也不见了，好像一只丢弃的干枯的大莲蓬头。爷爷又指了指我的脚下，一只马蜂！我惊吓得差点儿叫起来，慌忙跳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怕什么，它早死了！”爷爷说。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⑾</w:t>
      </w:r>
      <w:r>
        <w:rPr>
          <w:rFonts w:ascii="楷体" w:hAnsi="楷体" w:cs="楷体" w:eastAsia="楷体"/>
          <w:color w:val="000000"/>
        </w:rPr>
        <w:t>仔细瞧，噢，原来是死的。仰面朝天躺在地上，几只黑蚂蚁在它身上爬来爬去。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⑿</w:t>
      </w:r>
      <w:r>
        <w:rPr>
          <w:rFonts w:ascii="楷体" w:hAnsi="楷体" w:cs="楷体" w:eastAsia="楷体"/>
          <w:color w:val="000000"/>
        </w:rPr>
        <w:t>爷爷说：“这就是蜇你的那只马蜂。马蜂就是这样，你不惹它，它不蜇你。它要是蜇了你，自已也就死了。”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⒀“</w:t>
      </w:r>
      <w:r>
        <w:rPr>
          <w:rFonts w:ascii="楷体" w:hAnsi="楷体" w:cs="楷体" w:eastAsia="楷体"/>
          <w:color w:val="000000"/>
        </w:rPr>
        <w:t>那它干嘛还要蜇我呢，它不就完了吗？”</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⒁“</w:t>
      </w:r>
      <w:r>
        <w:rPr>
          <w:rFonts w:ascii="楷体" w:hAnsi="楷体" w:cs="楷体" w:eastAsia="楷体"/>
          <w:color w:val="000000"/>
        </w:rPr>
        <w:t>你毁了它的家，它当然不肯饶你。它要拼命的！”爷爷说。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⒂</w:t>
      </w:r>
      <w:r>
        <w:rPr>
          <w:rFonts w:ascii="楷体" w:hAnsi="楷体" w:cs="楷体" w:eastAsia="楷体"/>
          <w:color w:val="000000"/>
        </w:rPr>
        <w:t>我听了心里暗暗吃惊。一只小虫竟有这样的激情和勇气。低头再瞧瞧这只马蜂，微风吹着它，轻轻颤动，好似活了一般。我不禁想起那天它朝我猛扑过来时那副视死如归的架势；与毁坏它们生活的人拼出一死，真像一个英雄……我面对这壮烈牺牲的小飞虫的尸体，似乎有种罪孽感沉重地压在我心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⒃</w:t>
      </w:r>
      <w:r>
        <w:rPr>
          <w:rFonts w:ascii="楷体" w:hAnsi="楷体" w:cs="楷体" w:eastAsia="楷体"/>
          <w:color w:val="000000"/>
        </w:rPr>
        <w:t>那一窝马蜂呢，无家可归的一群呢，它们还会不会回来重建家园？我甚至想用胶水把这只空空的蜂窝粘上去。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⒄</w:t>
      </w:r>
      <w:r>
        <w:rPr>
          <w:rFonts w:ascii="楷体" w:hAnsi="楷体" w:cs="楷体" w:eastAsia="楷体"/>
          <w:color w:val="000000"/>
        </w:rPr>
        <w:t>这一年，我经常站在爷爷的后院里，始终没有等来一只马蜂。</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⒅</w:t>
      </w:r>
      <w:r>
        <w:rPr>
          <w:rFonts w:ascii="楷体" w:hAnsi="楷体" w:cs="楷体" w:eastAsia="楷体"/>
          <w:color w:val="000000"/>
        </w:rPr>
        <w:t>转年开春，有两只马蜂飞到爷爷的窗檐下，落到被晒暖了的木窗框上，然后还在去年的旧窗的残迹上爬了一阵子，跟着飞去而不再来。空空又是一年。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⒆</w:t>
      </w:r>
      <w:r>
        <w:rPr>
          <w:rFonts w:ascii="楷体" w:hAnsi="楷体" w:cs="楷体" w:eastAsia="楷体"/>
          <w:color w:val="000000"/>
        </w:rPr>
        <w:t>第三年，风和日丽之时，爷爷忽叫我抬头看，隔着窗玻璃看见窗檐下几只赤黄色的马蜂忙来忙去。在这中间，我忽然看到，一个小巧的、银灰色的、第一间蜂窝已经筑成了。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⒇</w:t>
      </w:r>
      <w:r>
        <w:rPr>
          <w:rFonts w:ascii="楷体" w:hAnsi="楷体" w:cs="楷体" w:eastAsia="楷体"/>
          <w:color w:val="000000"/>
        </w:rPr>
        <w:t>于是，我和爷爷面对面开顔而笑，笑得十分舒心。我不由得暗暗告诉自已：再不做一件伤害旁人的事。</w:t>
      </w:r>
    </w:p>
    <w:p>
      <w:pPr>
        <w:pStyle w:val="Normal"/>
        <w:spacing w:lineRule="auto" w:line="360"/>
        <w:jc w:val="start"/>
        <w:textAlignment w:val="center"/>
        <w:rPr/>
      </w:pPr>
      <w:r>
        <w:rPr>
          <w:rFonts w:eastAsia="楷体" w:cs="楷体" w:ascii="楷体" w:hAnsi="楷体"/>
          <w:color w:val="000000"/>
        </w:rPr>
        <w:t xml:space="preserve">19. </w:t>
      </w:r>
      <w:r>
        <w:rPr>
          <w:rFonts w:ascii="宋体;SimSun" w:hAnsi="宋体;SimSun" w:cs="宋体;SimSun"/>
          <w:color w:val="000000"/>
        </w:rPr>
        <w:t>速读全文，说说你从中明白了什么道理。</w:t>
      </w:r>
    </w:p>
    <w:p>
      <w:pPr>
        <w:pStyle w:val="Normal"/>
        <w:spacing w:lineRule="auto" w:line="360"/>
        <w:jc w:val="start"/>
        <w:textAlignment w:val="center"/>
        <w:rPr/>
      </w:pPr>
      <w:r>
        <w:rPr>
          <w:rFonts w:eastAsia="楷体" w:cs="楷体" w:ascii="楷体" w:hAnsi="楷体"/>
          <w:color w:val="000000"/>
        </w:rPr>
        <w:t xml:space="preserve">20. </w:t>
      </w:r>
      <w:r>
        <w:rPr>
          <w:rFonts w:ascii="宋体;SimSun" w:hAnsi="宋体;SimSun" w:cs="宋体;SimSun"/>
          <w:color w:val="000000"/>
        </w:rPr>
        <w:t>围绕捅马蜂窝这件事，作者精心安排的思路是：</w:t>
      </w:r>
      <w:r>
        <w:rPr>
          <w:rFonts w:eastAsia="楷体" w:cs="楷体" w:ascii="楷体" w:hAnsi="楷体"/>
          <w:color w:val="000000"/>
        </w:rPr>
        <w:t>_______</w:t>
      </w:r>
      <w:r>
        <w:rPr>
          <w:rFonts w:eastAsia="宋体;SimSun" w:cs="宋体;SimSun" w:ascii="宋体;SimSun" w:hAnsi="宋体;SimSun"/>
          <w:color w:val="000000"/>
        </w:rPr>
        <w:t>——“</w:t>
      </w:r>
      <w:r>
        <w:rPr>
          <w:rFonts w:ascii="宋体;SimSun" w:hAnsi="宋体;SimSun" w:cs="宋体;SimSun"/>
          <w:color w:val="000000"/>
        </w:rPr>
        <w:t>我”捅马蜂窝——</w:t>
      </w:r>
      <w:r>
        <w:rPr>
          <w:rFonts w:eastAsia="楷体" w:cs="楷体" w:ascii="楷体" w:hAnsi="楷体"/>
          <w:color w:val="000000"/>
        </w:rPr>
        <w:t>_______</w:t>
      </w:r>
      <w:r>
        <w:rPr>
          <w:rFonts w:ascii="宋体;SimSun" w:hAnsi="宋体;SimSun" w:cs="宋体;SimSun"/>
          <w:color w:val="000000"/>
        </w:rPr>
        <w:t>后院又有了马蜂窝。</w:t>
      </w:r>
    </w:p>
    <w:p>
      <w:pPr>
        <w:pStyle w:val="Normal"/>
        <w:spacing w:lineRule="auto" w:line="360"/>
        <w:jc w:val="start"/>
        <w:textAlignment w:val="center"/>
        <w:rPr/>
      </w:pPr>
      <w:r>
        <w:rPr>
          <w:rFonts w:eastAsia="楷体" w:cs="楷体" w:ascii="楷体" w:hAnsi="楷体"/>
          <w:color w:val="000000"/>
        </w:rPr>
        <w:t xml:space="preserve">21. </w:t>
      </w:r>
      <w:r>
        <w:rPr>
          <w:rFonts w:eastAsia="宋体;SimSun" w:cs="宋体;SimSun" w:ascii="宋体;SimSun" w:hAnsi="宋体;SimSun"/>
          <w:color w:val="000000"/>
        </w:rPr>
        <w:t>“</w:t>
      </w:r>
      <w:r>
        <w:rPr>
          <w:rFonts w:ascii="宋体;SimSun" w:hAnsi="宋体;SimSun" w:cs="宋体;SimSun"/>
          <w:color w:val="000000"/>
        </w:rPr>
        <w:t>捅马蜂窝”这个词语，我们在日常生活中也常常用到，它的意思是</w:t>
      </w:r>
      <w:r>
        <w:rPr>
          <w:rFonts w:eastAsia="楷体" w:cs="楷体" w:ascii="楷体" w:hAnsi="楷体"/>
          <w:color w:val="000000"/>
        </w:rPr>
        <w:t>________</w:t>
      </w:r>
      <w:r>
        <w:rPr>
          <w:rFonts w:ascii="宋体;SimSun" w:hAnsi="宋体;SimSun" w:cs="宋体;SimSun"/>
          <w:color w:val="000000"/>
        </w:rPr>
        <w:t>。</w:t>
      </w:r>
    </w:p>
    <w:p>
      <w:pPr>
        <w:pStyle w:val="Normal"/>
        <w:spacing w:lineRule="auto" w:line="360"/>
        <w:jc w:val="start"/>
        <w:textAlignment w:val="center"/>
        <w:rPr/>
      </w:pPr>
      <w:r>
        <w:rPr>
          <w:rFonts w:eastAsia="楷体" w:cs="楷体" w:ascii="楷体" w:hAnsi="楷体"/>
          <w:color w:val="000000"/>
        </w:rPr>
        <w:t xml:space="preserve">22. </w:t>
      </w:r>
      <w:r>
        <w:rPr>
          <w:rFonts w:ascii="宋体;SimSun" w:hAnsi="宋体;SimSun" w:cs="宋体;SimSun"/>
          <w:color w:val="000000"/>
        </w:rPr>
        <w:t>读文章第</w:t>
      </w:r>
      <w:r>
        <w:rPr>
          <w:rFonts w:eastAsia="宋体;SimSun" w:cs="宋体;SimSun" w:ascii="宋体;SimSun" w:hAnsi="宋体;SimSun"/>
          <w:color w:val="000000"/>
        </w:rPr>
        <w:t>1</w:t>
      </w:r>
      <w:r>
        <w:rPr>
          <w:rFonts w:ascii="宋体;SimSun" w:hAnsi="宋体;SimSun" w:cs="宋体;SimSun"/>
          <w:color w:val="000000"/>
        </w:rPr>
        <w:t>段，有似曾相识之感，它与课文《</w:t>
      </w:r>
      <w:r>
        <w:rPr>
          <w:rFonts w:eastAsia="楷体" w:cs="楷体" w:ascii="楷体" w:hAnsi="楷体"/>
          <w:color w:val="000000"/>
        </w:rPr>
        <w:t>_______</w:t>
      </w:r>
      <w:r>
        <w:rPr>
          <w:rFonts w:ascii="宋体;SimSun" w:hAnsi="宋体;SimSun" w:cs="宋体;SimSun"/>
          <w:color w:val="000000"/>
        </w:rPr>
        <w:t>》中描写的无忧无虑的童年生活十分相似。</w:t>
      </w:r>
    </w:p>
    <w:p>
      <w:pPr>
        <w:pStyle w:val="Normal"/>
        <w:spacing w:lineRule="auto" w:line="360"/>
        <w:jc w:val="start"/>
        <w:textAlignment w:val="center"/>
        <w:rPr/>
      </w:pPr>
      <w:r>
        <w:rPr>
          <w:rFonts w:eastAsia="楷体" w:cs="楷体" w:ascii="楷体" w:hAnsi="楷体"/>
          <w:color w:val="000000"/>
        </w:rPr>
        <w:t xml:space="preserve">23. </w:t>
      </w:r>
      <w:r>
        <w:rPr>
          <w:rFonts w:ascii="宋体;SimSun" w:hAnsi="宋体;SimSun" w:cs="宋体;SimSun"/>
          <w:color w:val="000000"/>
        </w:rPr>
        <w:t>马蜂窝中有百十来只马蜂，为什么文章只重点写了一只？</w:t>
      </w:r>
    </w:p>
    <w:p>
      <w:pPr>
        <w:pStyle w:val="Normal"/>
        <w:spacing w:lineRule="auto" w:line="360"/>
        <w:jc w:val="start"/>
        <w:textAlignment w:val="center"/>
        <w:rPr/>
      </w:pPr>
      <w:r>
        <w:rPr>
          <w:rFonts w:eastAsia="楷体" w:cs="楷体" w:ascii="楷体" w:hAnsi="楷体"/>
          <w:color w:val="000000"/>
        </w:rPr>
        <w:t xml:space="preserve">24. </w:t>
      </w:r>
      <w:r>
        <w:rPr>
          <w:rFonts w:ascii="宋体;SimSun" w:hAnsi="宋体;SimSun" w:cs="宋体;SimSun"/>
          <w:color w:val="000000"/>
        </w:rPr>
        <w:t>文末“再不做一件伤害旁人的事”是作者的感悟，此句在全文中所起的作用是什么？其中“旁人“指的是谁？</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w:t>
      </w:r>
      <w:r>
        <w:rPr>
          <w:rFonts w:ascii="宋体;SimSun" w:hAnsi="宋体;SimSun" w:cs="宋体;SimSun"/>
          <w:color w:val="000000"/>
        </w:rPr>
        <w:t>人应该与动物和睦相处，不要做伤害它们的事情。</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20.     (1). </w:t>
      </w:r>
      <w:r>
        <w:rPr>
          <w:rFonts w:ascii="宋体;SimSun" w:hAnsi="宋体;SimSun" w:cs="宋体;SimSun"/>
          <w:color w:val="000000"/>
        </w:rPr>
        <w:t>爷爷后院有马蜂窝</w:t>
      </w:r>
      <w:r>
        <w:rPr>
          <w:color w:val="000000"/>
        </w:rPr>
        <w:t xml:space="preserve">    </w:t>
      </w:r>
      <w:r>
        <w:rPr>
          <w:color w:val="000000"/>
        </w:rPr>
        <w:t xml:space="preserve">(2). </w:t>
      </w:r>
      <w:r>
        <w:rPr>
          <w:rFonts w:ascii="宋体;SimSun" w:hAnsi="宋体;SimSun" w:cs="宋体;SimSun"/>
          <w:color w:val="000000"/>
        </w:rPr>
        <w:t>后悔捅马蜂窝。</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21. </w:t>
      </w:r>
      <w:r>
        <w:rPr>
          <w:rFonts w:ascii="宋体;SimSun" w:hAnsi="宋体;SimSun" w:cs="宋体;SimSun"/>
          <w:color w:val="000000"/>
        </w:rPr>
        <w:t>比喻惹祸或触动不好惹的人。</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22. </w:t>
      </w:r>
      <w:r>
        <w:rPr>
          <w:rFonts w:ascii="宋体;SimSun" w:hAnsi="宋体;SimSun" w:cs="宋体;SimSun"/>
          <w:color w:val="000000"/>
        </w:rPr>
        <w:t>从百草园到三味书屋</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23. </w:t>
      </w:r>
      <w:r>
        <w:rPr>
          <w:rFonts w:ascii="宋体;SimSun" w:hAnsi="宋体;SimSun" w:cs="宋体;SimSun"/>
          <w:color w:val="000000"/>
        </w:rPr>
        <w:t>因为这只马蜂给“我”留下了深刻的印象，它不仅蜇了“我”，它的死又与“我”有关。</w:t>
      </w:r>
      <w:r>
        <w:rPr>
          <w:color w:val="000000"/>
        </w:rPr>
        <w:t xml:space="preserve">    </w:t>
      </w:r>
    </w:p>
    <w:p>
      <w:pPr>
        <w:pStyle w:val="Normal"/>
        <w:spacing w:lineRule="auto" w:line="360"/>
        <w:textAlignment w:val="center"/>
        <w:rPr/>
      </w:pPr>
      <w:r>
        <w:rPr>
          <w:color w:val="000000"/>
        </w:rPr>
        <w:t xml:space="preserve">24. </w:t>
      </w:r>
      <w:r>
        <w:rPr>
          <w:rFonts w:ascii="宋体;SimSun" w:hAnsi="宋体;SimSun" w:cs="宋体;SimSun"/>
          <w:color w:val="000000"/>
        </w:rPr>
        <w:t>点明中心，收束全文；使文章的主题得以升华。“旁人”指作者以外的一切有生命的事物。</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考查概括文章内容主旨的能力。文学作品主旨的归纳，要在整体感知文章内容的基础上，通过对人物的言谈举止及人物之间的关系进行分析，领会作者的目的和意图即可作答。这篇文章主要回忆“我”小时候捅马蜂窝，被马蜂拼死复仇的故事，通过写爷爷的话让我知道了马蜂蜇我的原因，内心无比的自责，再结合文章最后的“</w:t>
      </w:r>
      <w:r>
        <w:rPr>
          <w:rFonts w:ascii="楷体" w:hAnsi="楷体" w:cs="楷体" w:eastAsia="楷体"/>
          <w:color w:val="000000"/>
        </w:rPr>
        <w:t>我不由得暗暗告诉自己：再不做一件伤害旁人的事</w:t>
      </w:r>
      <w:r>
        <w:rPr>
          <w:rFonts w:ascii="宋体;SimSun" w:hAnsi="宋体;SimSun" w:cs="宋体;SimSun"/>
          <w:color w:val="000000"/>
        </w:rPr>
        <w:t>”可知，这篇文章告诉人们：人与动物应该和睦相处，不要做伤害它们的事情。因为伤害别人，也是在伤害自己。据此理解分析作答。</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对文章的内容梳理和概括。阅读文本，理清故事情节，根据题目要求筛选相关的词句概括作答。答题时要尽可能仿照题目中的示例形式作答。全文大致可分为四个部分：第一部分写爷爷后院里有个马蜂窝，奶奶让爷爷捅下来，却遭到爷爷的拒绝；第二部分写我偷偷地和妹妹捅马蜂窝，被蜇伤；第三部分写爷爷的话让我知道了马蜂蜇我的原因，内心无比的自责；第四部分写马蜂再次来到爷爷的窗下筑窝，我十分高兴，并暗自提醒自己：再也不做一件伤害别人的事。据此可概括填写作答。</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本题考查词语的积累与含义的理解。解答此题关键在于平时对词语的积累，并能根据词语的本义推断出其比喻义。在生活中，我们常用“捅马蜂窝”来比喻惹了祸或者是招惹了不好惹的人。</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pPr>
      <w:r>
        <w:rPr>
          <w:rFonts w:ascii="宋体;SimSun" w:hAnsi="宋体;SimSun" w:cs="宋体;SimSun"/>
          <w:color w:val="000000"/>
        </w:rPr>
        <w:t>考查对文章内容的理解与分析。文章第</w:t>
      </w:r>
      <w:r>
        <w:rPr>
          <w:rFonts w:eastAsia="Times New Romance" w:cs="Times New Romance" w:ascii="Times New Romance" w:hAnsi="Times New Romance"/>
          <w:color w:val="000000"/>
        </w:rPr>
        <w:t>1</w:t>
      </w:r>
      <w:r>
        <w:rPr>
          <w:rFonts w:ascii="宋体;SimSun" w:hAnsi="宋体;SimSun" w:cs="宋体;SimSun"/>
          <w:color w:val="000000"/>
        </w:rPr>
        <w:t>段叙写了爷爷后院里有个小园，并记叙了园内的景色和“我”在这里快乐玩耍的情形，并说是“</w:t>
      </w:r>
      <w:r>
        <w:rPr>
          <w:rFonts w:ascii="楷体" w:hAnsi="楷体" w:cs="楷体" w:eastAsia="楷体"/>
          <w:color w:val="000000"/>
        </w:rPr>
        <w:t>也是我儿时的乐园</w:t>
      </w:r>
      <w:r>
        <w:rPr>
          <w:rFonts w:ascii="宋体;SimSun" w:hAnsi="宋体;SimSun" w:cs="宋体;SimSun"/>
          <w:color w:val="000000"/>
        </w:rPr>
        <w:t>”。这与鲁迅所写《从百草园到三味书屋》所介绍的“百草园”是“我”的乐园的情形极为相似。据此可填写作答。</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重要情节作用的理解能力。解答重要情节作用类题型，要阅读文章内容，理解大意，揣摩写作技巧，要根据语段写了哪些内容，与全文其它内容有什么关系，对于主题有什么帮助等加以综合分析。本文重点写了一只马蜂，首先是这只马蜂不仅蜇了“我”，还通过爷爷知道了它因为蜇了“我”而死，这给“我”留下了深刻的印象；同时，做到详略得当，更好地表达了文章的主旨。据此理解分析作答。</w:t>
      </w:r>
    </w:p>
    <w:p>
      <w:pPr>
        <w:pStyle w:val="Normal"/>
        <w:spacing w:lineRule="auto" w:line="360"/>
        <w:textAlignment w:val="center"/>
        <w:rPr>
          <w:color w:val="000000"/>
        </w:rPr>
      </w:pPr>
      <w:r>
        <w:rPr>
          <w:color w:val="000000"/>
        </w:rPr>
        <w:t>【</w:t>
      </w:r>
      <w:r>
        <w:rPr>
          <w:color w:val="000000"/>
        </w:rPr>
        <w:t>24</w:t>
      </w:r>
      <w:r>
        <w:rPr>
          <w:color w:val="000000"/>
        </w:rPr>
        <w:t>题详解】</w:t>
      </w:r>
    </w:p>
    <w:p>
      <w:pPr>
        <w:pStyle w:val="Normal"/>
        <w:spacing w:lineRule="auto" w:line="360"/>
        <w:textAlignment w:val="center"/>
        <w:rPr/>
      </w:pPr>
      <w:r>
        <w:rPr>
          <w:rFonts w:ascii="宋体;SimSun" w:hAnsi="宋体;SimSun" w:cs="宋体;SimSun"/>
          <w:color w:val="000000"/>
        </w:rPr>
        <w:t>此题考查理解文中重要语段的作用的能力。作答要从结构和内容两方面进行分析。结尾部分的文字一般来说，结构上有总结、照应前文的作用，使文章的结构严谨。内容上有突出主旨，抒发情感的作用。如果是特殊的结尾形式，委婉含蓄，意在言外，能引发读者的想象或思考。文章最后一句话“</w:t>
      </w:r>
      <w:r>
        <w:rPr>
          <w:rFonts w:ascii="楷体" w:hAnsi="楷体" w:cs="楷体" w:eastAsia="楷体"/>
          <w:color w:val="000000"/>
        </w:rPr>
        <w:t>再不做一件伤害旁人的事</w:t>
      </w:r>
      <w:r>
        <w:rPr>
          <w:rFonts w:ascii="宋体;SimSun" w:hAnsi="宋体;SimSun" w:cs="宋体;SimSun"/>
          <w:color w:val="000000"/>
        </w:rPr>
        <w:t>”，是通过“捅马蜂窝”这件事所得到的人生感悟，在结构上，起到总结全文的作用；内容上，起到点明文章中心——人不能做伤害别人的事。其中，这句话中的“别人”，不单单指除了自己以外的人，还包括自然界中一切有生命的东西。</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阅读下文，回答问题</w:t>
      </w:r>
      <w:r>
        <w:rPr>
          <w:rFonts w:ascii="宋体;SimSun" w:hAnsi="宋体;SimSun" w:cs="宋体;SimSun"/>
          <w:color w:val="000000"/>
        </w:rPr>
        <w:drawing>
          <wp:inline distT="0" distB="0" distL="0" distR="0">
            <wp:extent cx="127000" cy="76200"/>
            <wp:effectExtent l="0" t="0" r="0" b="0"/>
            <wp:docPr id="133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7"/>
                    <pic:cNvPicPr>
                      <a:picLocks noChangeAspect="1" noChangeArrowheads="1"/>
                    </pic:cNvPicPr>
                  </pic:nvPicPr>
                  <pic:blipFill>
                    <a:blip r:embed="rId14"/>
                    <a:srcRect l="-407" t="-407" r="-407" b="-407"/>
                    <a:stretch>
                      <a:fillRect/>
                    </a:stretch>
                  </pic:blipFill>
                  <pic:spPr bwMode="auto">
                    <a:xfrm>
                      <a:off x="0" y="0"/>
                      <a:ext cx="127000" cy="76200"/>
                    </a:xfrm>
                    <a:prstGeom prst="rect">
                      <a:avLst/>
                    </a:prstGeom>
                    <a:noFill/>
                  </pic:spPr>
                </pic:pic>
              </a:graphicData>
            </a:graphic>
          </wp:inline>
        </w:drawing>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回忆我的父亲</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对儿时的我来说，父亲是个严肃而遥远的人。在印象中，父亲言语不多，也不爱逗孩子们笑。所以，在我们的感觉中，母亲的爱像太阳，温暖、无私而透明，父亲的爱则像月亮，冷静、理性而朦胧。</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虽然来台湾多年，但是父亲一直不变的，是那满口的乡音。因此，我们的家庭有一个奇怪的现象，就是孩子们跟爸爸讲四川话，跟妈妈和兄弟姐妹讲普通话。所以，一直到现在，我依然可以讲出很多四川话。听到川音，还觉得分外熟悉亲切。</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我曾经一度以为父亲并不爱我。他很少表达他的感受，当我逐渐成年的时候，发现他也有他的“爱的语言”。比如他经常趁出门散步的时候，叫我一起出门上学，这样，我们就可以一起走一小段路，这几乎是我们唯一的独处时间。现在想想，父亲总是把这种爱隐藏在沉默的行动里，以至于太阳的光芒总是使月亮的光辉失色。</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但是父亲总是说到做到，对孩子们的承诺从未食言。有一次，父亲突发奇想给我出了一道他自认为非常难的数学题，他觉得我肯定答不出来，说如果我做出来，他马上把他的派克金笔送给我。我还清楚地记得那是一道摆火柴的数学题，需要用六根火柴摆出四个同样大的三角形，没想到年幼的我三下五除二，不到两分钟就摆好了。父亲“喜出望外”，立即把派克金笔交到我的手里，要知道，那时候，派克金笔是连大人也少有的贵重物品。</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父亲虽然沉默寡言，但是内心一直藏着对中国的大爱，这是我后来才了解到的，他当年为官一场，却又厌恶官场作风，到台湾之后，一直致力于写作。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父亲最宠爱五姐。他过世以后，五姐非常悲痛，专门写文章追忆他。她说，“爸爸来台湾，祖母留在大陆，是他一生最大的遗憾。”从小，爸爸教她的第一首诗是“清明时节雨纷纷”。小时候过年的对联，爸爸就写“时时勤秣马，年年望还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父亲的中国情结像一条无声的溪流，注入了我的价值观。不知不觉中，当我的人生需要做一些选择时，这些理念影响了我。而这些都是我成年以后逐渐理解的。在父亲的书房里，父亲一直珍藏着钱穆先生赠送给他的书法，上面的字苍劲而从容：</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有容德乃大，无求品自高。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我知道，这是父亲一生的写照。</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25. </w:t>
      </w:r>
      <w:r>
        <w:rPr>
          <w:rFonts w:ascii="宋体;SimSun" w:hAnsi="宋体;SimSun" w:cs="宋体;SimSun"/>
          <w:color w:val="000000"/>
        </w:rPr>
        <w:t>文段回忆了与父亲有关的哪四件事？</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26. </w:t>
      </w:r>
      <w:r>
        <w:rPr>
          <w:rFonts w:ascii="宋体;SimSun" w:hAnsi="宋体;SimSun" w:cs="宋体;SimSun"/>
          <w:color w:val="000000"/>
        </w:rPr>
        <w:t>从文中我们可以看出，作者给我们展示了一位怎样的父亲？</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27. </w:t>
      </w:r>
      <w:r>
        <w:rPr>
          <w:rFonts w:ascii="宋体;SimSun" w:hAnsi="宋体;SimSun" w:cs="宋体;SimSun"/>
          <w:color w:val="000000"/>
        </w:rPr>
        <w:t>联系文中多次提到“父亲沉默寡言”，说说文中画线句中“太阳的光芒总是使月亮的光辉失色。”与前文哪句话相照应？</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28. </w:t>
      </w:r>
      <w:r>
        <w:rPr>
          <w:rFonts w:ascii="宋体;SimSun" w:hAnsi="宋体;SimSun" w:cs="宋体;SimSun"/>
          <w:color w:val="000000"/>
        </w:rPr>
        <w:t>古往今来，人们歌颂母亲的诗句很多，如“慈母手中线，游子身上衣”，可是歌颂父爱的却很少。请你依据本文表现出的伟大而厚重的父爱，在例句后面写一个连贯的歌颂父爱的句子。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例：父爱如大海，让我领略了它的浩瀚与深邃；</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25. </w:t>
      </w:r>
      <w:r>
        <w:rPr>
          <w:rFonts w:ascii="宋体;SimSun" w:hAnsi="宋体;SimSun" w:cs="宋体;SimSun"/>
          <w:color w:val="000000"/>
        </w:rPr>
        <w:t>父亲满口乡音；父亲有自己“爱的语言”；父亲信守承诺；父亲有很多的中国情结。（第三件事如果写：父亲给我出题，我做了出来，她送了我一支笔。不给分。要突出父亲说话从不食言的特点。）</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26. </w:t>
      </w:r>
      <w:r>
        <w:rPr>
          <w:rFonts w:ascii="宋体;SimSun" w:hAnsi="宋体;SimSun" w:cs="宋体;SimSun"/>
          <w:color w:val="000000"/>
        </w:rPr>
        <w:t>作者为我们展示了一位严肃、冷静、沉默寡言却深爱子女、热爱祖国的父亲形象。</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27. </w:t>
      </w:r>
      <w:r>
        <w:rPr>
          <w:rFonts w:ascii="宋体;SimSun" w:hAnsi="宋体;SimSun" w:cs="宋体;SimSun"/>
          <w:color w:val="000000"/>
        </w:rPr>
        <w:t>与第一段中“在我们的感觉中，母亲的爱像太阳，温暖、无私而透明，父亲的爱则像月亮，冷静、理性而朦胧。”相照应。</w:t>
      </w:r>
      <w:r>
        <w:rPr>
          <w:color w:val="000000"/>
        </w:rPr>
        <w:t xml:space="preserve">    </w:t>
      </w:r>
    </w:p>
    <w:p>
      <w:pPr>
        <w:pStyle w:val="Normal"/>
        <w:spacing w:lineRule="auto" w:line="360"/>
        <w:textAlignment w:val="center"/>
        <w:rPr/>
      </w:pPr>
      <w:r>
        <w:rPr>
          <w:color w:val="000000"/>
        </w:rPr>
        <w:t xml:space="preserve">28. </w:t>
      </w:r>
      <w:r>
        <w:rPr>
          <w:rFonts w:ascii="宋体;SimSun" w:hAnsi="宋体;SimSun" w:cs="宋体;SimSun"/>
          <w:color w:val="000000"/>
        </w:rPr>
        <w:t>示例：父爱如阳光，让我沐浴了它的温暖与恩泽；父爱如春风，让我享受了它的温暖与细腻；父爱如春雨，让我品味了它的甘甜与圣洁。</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25</w:t>
      </w:r>
      <w:r>
        <w:rPr>
          <w:color w:val="000000"/>
        </w:rPr>
        <w:t>题详解】</w:t>
      </w:r>
    </w:p>
    <w:p>
      <w:pPr>
        <w:pStyle w:val="Normal"/>
        <w:spacing w:lineRule="auto" w:line="360"/>
        <w:textAlignment w:val="center"/>
        <w:rPr/>
      </w:pPr>
      <w:r>
        <w:rPr>
          <w:rFonts w:ascii="宋体;SimSun" w:hAnsi="宋体;SimSun" w:cs="宋体;SimSun"/>
          <w:color w:val="000000"/>
        </w:rPr>
        <w:t>考查对文章内容的概括。解题时，要先分析出文章的行文思路（线索），再结合文章的主要内容或主要人物的活动，采用“人</w:t>
      </w:r>
      <w:r>
        <w:rPr>
          <w:rFonts w:eastAsia="Times New Romance" w:cs="Times New Romance" w:ascii="Times New Romance" w:hAnsi="Times New Romance"/>
          <w:color w:val="000000"/>
        </w:rPr>
        <w:t>+</w:t>
      </w:r>
      <w:r>
        <w:rPr>
          <w:rFonts w:ascii="宋体;SimSun" w:hAnsi="宋体;SimSun" w:cs="宋体;SimSun"/>
          <w:color w:val="000000"/>
        </w:rPr>
        <w:t>事</w:t>
      </w:r>
      <w:r>
        <w:rPr>
          <w:rFonts w:eastAsia="Times New Romance" w:cs="Times New Romance" w:ascii="Times New Romance" w:hAnsi="Times New Romance"/>
          <w:color w:val="000000"/>
        </w:rPr>
        <w:t>+</w:t>
      </w:r>
      <w:r>
        <w:rPr>
          <w:rFonts w:ascii="宋体;SimSun" w:hAnsi="宋体;SimSun" w:cs="宋体;SimSun"/>
          <w:color w:val="000000"/>
        </w:rPr>
        <w:t>结果”的方法加以概括。不要遗漏主要情节，不必叙述细节，语言要简洁通顺。文章第</w:t>
      </w:r>
      <w:r>
        <w:rPr>
          <w:rFonts w:eastAsia="Times New Romance" w:cs="Times New Romance" w:ascii="Times New Romance" w:hAnsi="Times New Romance"/>
          <w:color w:val="000000"/>
        </w:rPr>
        <w:t>2</w:t>
      </w:r>
      <w:r>
        <w:rPr>
          <w:rFonts w:ascii="宋体;SimSun" w:hAnsi="宋体;SimSun" w:cs="宋体;SimSun"/>
          <w:color w:val="000000"/>
        </w:rPr>
        <w:t>段中的“</w:t>
      </w:r>
      <w:r>
        <w:rPr>
          <w:rFonts w:ascii="楷体" w:hAnsi="楷体" w:cs="楷体" w:eastAsia="楷体"/>
          <w:color w:val="000000"/>
        </w:rPr>
        <w:t>虽然来台湾多年，但是父亲一直不变的，是那满口的乡音</w:t>
      </w:r>
      <w:r>
        <w:rPr>
          <w:rFonts w:ascii="宋体;SimSun" w:hAnsi="宋体;SimSun" w:cs="宋体;SimSun"/>
          <w:color w:val="000000"/>
        </w:rPr>
        <w:t>”；第</w:t>
      </w:r>
      <w:r>
        <w:rPr>
          <w:rFonts w:eastAsia="Times New Romance" w:cs="Times New Romance" w:ascii="Times New Romance" w:hAnsi="Times New Romance"/>
          <w:color w:val="000000"/>
        </w:rPr>
        <w:t>3</w:t>
      </w:r>
      <w:r>
        <w:rPr>
          <w:rFonts w:ascii="宋体;SimSun" w:hAnsi="宋体;SimSun" w:cs="宋体;SimSun"/>
          <w:color w:val="000000"/>
        </w:rPr>
        <w:t>段中的“</w:t>
      </w:r>
      <w:r>
        <w:rPr>
          <w:rFonts w:ascii="楷体" w:hAnsi="楷体" w:cs="楷体" w:eastAsia="楷体"/>
          <w:color w:val="000000"/>
        </w:rPr>
        <w:t>他很少表达他的感受，当我逐渐成年的时候，发现他也有他的‘爱的语言’</w:t>
      </w:r>
      <w:r>
        <w:rPr>
          <w:rFonts w:ascii="宋体;SimSun" w:hAnsi="宋体;SimSun" w:cs="宋体;SimSun"/>
          <w:color w:val="000000"/>
        </w:rPr>
        <w:t>”；第</w:t>
      </w:r>
      <w:r>
        <w:rPr>
          <w:rFonts w:eastAsia="Times New Romance" w:cs="Times New Romance" w:ascii="Times New Romance" w:hAnsi="Times New Romance"/>
          <w:color w:val="000000"/>
        </w:rPr>
        <w:t>4</w:t>
      </w:r>
      <w:r>
        <w:rPr>
          <w:rFonts w:ascii="宋体;SimSun" w:hAnsi="宋体;SimSun" w:cs="宋体;SimSun"/>
          <w:color w:val="000000"/>
        </w:rPr>
        <w:t>段“</w:t>
      </w:r>
      <w:r>
        <w:rPr>
          <w:rFonts w:ascii="楷体" w:hAnsi="楷体" w:cs="楷体" w:eastAsia="楷体"/>
          <w:color w:val="000000"/>
        </w:rPr>
        <w:t>但是父亲总是说到做到，对孩子们的承诺从未食言</w:t>
      </w:r>
      <w:r>
        <w:rPr>
          <w:rFonts w:ascii="宋体;SimSun" w:hAnsi="宋体;SimSun" w:cs="宋体;SimSun"/>
          <w:color w:val="000000"/>
        </w:rPr>
        <w:t>”；第</w:t>
      </w:r>
      <w:r>
        <w:rPr>
          <w:rFonts w:eastAsia="Times New Romance" w:cs="Times New Romance" w:ascii="Times New Romance" w:hAnsi="Times New Romance"/>
          <w:color w:val="000000"/>
        </w:rPr>
        <w:t>5</w:t>
      </w:r>
      <w:r>
        <w:rPr>
          <w:rFonts w:ascii="宋体;SimSun" w:hAnsi="宋体;SimSun" w:cs="宋体;SimSun"/>
          <w:color w:val="000000"/>
        </w:rPr>
        <w:t>段“</w:t>
      </w:r>
      <w:r>
        <w:rPr>
          <w:rFonts w:ascii="楷体" w:hAnsi="楷体" w:cs="楷体" w:eastAsia="楷体"/>
          <w:color w:val="000000"/>
        </w:rPr>
        <w:t>父亲虽然沉默寡言，但是内心一直藏着对中国的大爱</w:t>
      </w:r>
      <w:r>
        <w:rPr>
          <w:rFonts w:ascii="宋体;SimSun" w:hAnsi="宋体;SimSun" w:cs="宋体;SimSun"/>
          <w:color w:val="000000"/>
        </w:rPr>
        <w:t>”等内容概括作答。</w:t>
      </w:r>
    </w:p>
    <w:p>
      <w:pPr>
        <w:pStyle w:val="Normal"/>
        <w:spacing w:lineRule="auto" w:line="360"/>
        <w:textAlignment w:val="center"/>
        <w:rPr>
          <w:color w:val="000000"/>
        </w:rPr>
      </w:pPr>
      <w:r>
        <w:rPr>
          <w:color w:val="000000"/>
        </w:rPr>
        <w:t>【</w:t>
      </w:r>
      <w:r>
        <w:rPr>
          <w:color w:val="000000"/>
        </w:rPr>
        <w:t>26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欣赏作品的形象，领悟作品的艺术魅力。解答要抓住刻画人物的各种描写手法来分析；从叙写的事件上来分析；把人物放到一定的背景环境中去分析；注意对人物的介绍和评价。全文一共叙写了与父亲相关的四件事，第一件事表现了父亲对家乡的思念；第二件事表现了父亲对我沉默少言和对我深沉的爱；第三件事表现了父亲的信守承诺；第四件事表现了父亲的家国情怀。据此可以看出，父亲是一位沉默寡言却深爱子女、信守承诺、热爱祖国的人。据此理解分析作答。</w:t>
      </w:r>
    </w:p>
    <w:p>
      <w:pPr>
        <w:pStyle w:val="Normal"/>
        <w:spacing w:lineRule="auto" w:line="360"/>
        <w:textAlignment w:val="center"/>
        <w:rPr>
          <w:color w:val="000000"/>
        </w:rPr>
      </w:pPr>
      <w:r>
        <w:rPr>
          <w:color w:val="000000"/>
        </w:rPr>
        <w:t>【</w:t>
      </w:r>
      <w:r>
        <w:rPr>
          <w:color w:val="000000"/>
        </w:rPr>
        <w:t>27</w:t>
      </w:r>
      <w:r>
        <w:rPr>
          <w:color w:val="000000"/>
        </w:rPr>
        <w:t>题详解】</w:t>
      </w:r>
    </w:p>
    <w:p>
      <w:pPr>
        <w:pStyle w:val="Normal"/>
        <w:spacing w:lineRule="auto" w:line="360"/>
        <w:textAlignment w:val="center"/>
        <w:rPr/>
      </w:pPr>
      <w:r>
        <w:rPr>
          <w:rFonts w:ascii="宋体;SimSun" w:hAnsi="宋体;SimSun" w:cs="宋体;SimSun"/>
          <w:color w:val="000000"/>
        </w:rPr>
        <w:t>考查文章的写作手法。为了使文章内容衔接紧凑，结构严谨，一篇文章中，前面写到的，中间或结尾要有交代；后面提到的，前面要有所铺垫（伏笔），这种安排设计叫做“照应”。从文章内容看，文章第</w:t>
      </w:r>
      <w:r>
        <w:rPr>
          <w:rFonts w:eastAsia="Times New Romance" w:cs="Times New Romance" w:ascii="Times New Romance" w:hAnsi="Times New Romance"/>
          <w:color w:val="000000"/>
        </w:rPr>
        <w:t>1</w:t>
      </w:r>
      <w:r>
        <w:rPr>
          <w:rFonts w:ascii="宋体;SimSun" w:hAnsi="宋体;SimSun" w:cs="宋体;SimSun"/>
          <w:color w:val="000000"/>
        </w:rPr>
        <w:t>段“</w:t>
      </w:r>
      <w:r>
        <w:rPr>
          <w:rFonts w:ascii="楷体" w:hAnsi="楷体" w:cs="楷体" w:eastAsia="楷体"/>
          <w:color w:val="000000"/>
        </w:rPr>
        <w:t>在我们的感觉中，母亲的爱像太阳，温暖、无私而透明，父亲的爱则像月亮，冷静、理性而朦胧</w:t>
      </w:r>
      <w:r>
        <w:rPr>
          <w:rFonts w:ascii="宋体;SimSun" w:hAnsi="宋体;SimSun" w:cs="宋体;SimSun"/>
          <w:color w:val="000000"/>
        </w:rPr>
        <w:t>”这一语句，将“父爱”比作“月亮冷静、理性而朦胧”，将“母爱”比作“太阳，温暖、无私而透明”，与“太阳的光芒总是使月亮的光辉失色”相照应，突出表现了父爱的深沉。</w:t>
      </w:r>
    </w:p>
    <w:p>
      <w:pPr>
        <w:pStyle w:val="Normal"/>
        <w:spacing w:lineRule="auto" w:line="360"/>
        <w:textAlignment w:val="center"/>
        <w:rPr>
          <w:color w:val="000000"/>
        </w:rPr>
      </w:pPr>
      <w:r>
        <w:rPr>
          <w:color w:val="000000"/>
        </w:rPr>
        <w:t>【</w:t>
      </w:r>
      <w:r>
        <w:rPr>
          <w:color w:val="000000"/>
        </w:rPr>
        <w:t>28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语言表达与应用。仿写作答时，首先分析结构找到仿点。每一个仿写题给出的例子都有一定的格式，确定句式仿格调；然后要研究例句仿修辞，看例句运用了什么修辞手法；看清要求定主题。仿写句子在内容上要与例句相一致。本题作答，仿写的对象是“父爱”，运用比喻的修辞手法，突出父爱的特点即可。</w:t>
      </w:r>
    </w:p>
    <w:p>
      <w:pPr>
        <w:pStyle w:val="Heading3"/>
      </w:pPr>
      <w:r>
        <w:t>师范大学附中</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14</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color w:val="000000"/>
        </w:rPr>
        <w:t>14.</w:t>
      </w:r>
      <w:r>
        <w:rPr>
          <w:rFonts w:ascii="宋体;SimSun" w:hAnsi="宋体;SimSun" w:cs="宋体;SimSun"/>
          <w:color w:val="000000"/>
        </w:rPr>
        <w:t>阅读下面两则材料，完成小题</w:t>
      </w:r>
      <w:r>
        <w:rPr>
          <w:rFonts w:ascii="宋体;SimSun" w:hAnsi="宋体;SimSun" w:cs="宋体;SimSun"/>
          <w:color w:val="000000"/>
        </w:rPr>
        <w:drawing>
          <wp:inline distT="0" distB="0" distL="0" distR="0">
            <wp:extent cx="127000" cy="76200"/>
            <wp:effectExtent l="0" t="0" r="0" b="0"/>
            <wp:docPr id="134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6"/>
                    <pic:cNvPicPr>
                      <a:picLocks noChangeAspect="1" noChangeArrowheads="1"/>
                    </pic:cNvPicPr>
                  </pic:nvPicPr>
                  <pic:blipFill>
                    <a:blip r:embed="rId15"/>
                    <a:srcRect l="-407" t="-407" r="-407" b="-407"/>
                    <a:stretch>
                      <a:fillRect/>
                    </a:stretch>
                  </pic:blipFill>
                  <pic:spPr bwMode="auto">
                    <a:xfrm>
                      <a:off x="0" y="0"/>
                      <a:ext cx="127000" cy="76200"/>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【材料一】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 xml:space="preserve">叮！您有一条来自国宝的留言，请注意查收。”这是近期大热的电视节目《如果国宝会说话》的开场白。这部由中央电视台纪录频道制作的百集纪录片，每集重点讲述一件文物。不同于博物馆的平面展示，这档节目深入挖掘蕴藏在文物背后的深邃历史与精彩故事，用既专业严肃又不失活泼的解说词将一个个“大国重器”浓缩在了五分钟的视频里。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《人民日报》刊文称赞：《如果国宝会说话》通过</w:t>
      </w:r>
      <w:r>
        <w:rPr>
          <w:rFonts w:eastAsia="楷体" w:cs="楷体" w:ascii="楷体" w:hAnsi="楷体"/>
          <w:color w:val="000000"/>
        </w:rPr>
        <w:t>5</w:t>
      </w:r>
      <w:r>
        <w:rPr>
          <w:rFonts w:ascii="楷体" w:hAnsi="楷体" w:cs="楷体" w:eastAsia="楷体"/>
          <w:color w:val="000000"/>
        </w:rPr>
        <w:t>分钟微纪录的形式，将厚重的中华文明与互联网的碎片化传播相结合，让国宝活起来，火起来，再次掀起了“国宝文物热”。</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当下，人们的生活节奏越来越快，时间越来越碎片化，很难有人可以坐在电视机前静下心来看较长的纪录片可谓“充电</w:t>
      </w:r>
      <w:r>
        <w:rPr>
          <w:rFonts w:eastAsia="楷体" w:cs="楷体" w:ascii="楷体" w:hAnsi="楷体"/>
          <w:color w:val="000000"/>
        </w:rPr>
        <w:t>5</w:t>
      </w:r>
      <w:r>
        <w:rPr>
          <w:rFonts w:ascii="楷体" w:hAnsi="楷体" w:cs="楷体" w:eastAsia="楷体"/>
          <w:color w:val="000000"/>
        </w:rPr>
        <w:t>分钟，穿越</w:t>
      </w:r>
      <w:r>
        <w:rPr>
          <w:rFonts w:eastAsia="楷体" w:cs="楷体" w:ascii="楷体" w:hAnsi="楷体"/>
          <w:color w:val="000000"/>
        </w:rPr>
        <w:t>8000</w:t>
      </w:r>
      <w:r>
        <w:rPr>
          <w:rFonts w:ascii="楷体" w:hAnsi="楷体" w:cs="楷体" w:eastAsia="楷体"/>
          <w:color w:val="000000"/>
        </w:rPr>
        <w:t>年”。</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【材料二】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作为中国首批禁止出国（境）展览文物、国家一级文物，何尊是中国西周早期的一件祭器。周武王之子，刚刚继位五年的周成王姬诵励精图治，还在距离当时王城西安三百多公里以外的洛阳建立了新的都城。一个叫“何”的同宗贵族铸了一方尊，并在尊身底部刻下</w:t>
      </w:r>
      <w:r>
        <w:rPr>
          <w:rFonts w:eastAsia="楷体" w:cs="楷体" w:ascii="楷体" w:hAnsi="楷体"/>
          <w:color w:val="000000"/>
        </w:rPr>
        <w:t>122</w:t>
      </w:r>
      <w:r>
        <w:rPr>
          <w:rFonts w:ascii="楷体" w:hAnsi="楷体" w:cs="楷体" w:eastAsia="楷体"/>
          <w:color w:val="000000"/>
        </w:rPr>
        <w:t>字铭文，记载了父辈们和新王的功绩，以及新王对自己的告诫。后世称之为“何尊”。</w:t>
      </w:r>
    </w:p>
    <w:p>
      <w:pPr>
        <w:pStyle w:val="Normal"/>
        <w:spacing w:lineRule="auto" w:line="360"/>
        <w:jc w:val="center"/>
        <w:textAlignment w:val="center"/>
        <w:rPr>
          <w:color w:val="000000"/>
        </w:rPr>
      </w:pPr>
      <w:r>
        <w:rPr>
          <w:rFonts w:eastAsia="宋体;SimSun" w:cs="宋体;SimSun" w:ascii="宋体;SimSun" w:hAnsi="宋体;SimSun"/>
          <w:color w:val="000000"/>
        </w:rPr>
        <w:drawing>
          <wp:inline distT="0" distB="0" distL="0" distR="0">
            <wp:extent cx="1400175" cy="2076450"/>
            <wp:effectExtent l="0" t="0" r="0" b="0"/>
            <wp:docPr id="134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7"/>
                    <pic:cNvPicPr>
                      <a:picLocks noChangeAspect="1" noChangeArrowheads="1"/>
                    </pic:cNvPicPr>
                  </pic:nvPicPr>
                  <pic:blipFill>
                    <a:blip r:embed="rId16"/>
                    <a:srcRect l="-26" t="-17" r="-26" b="-17"/>
                    <a:stretch>
                      <a:fillRect/>
                    </a:stretch>
                  </pic:blipFill>
                  <pic:spPr bwMode="auto">
                    <a:xfrm>
                      <a:off x="0" y="0"/>
                      <a:ext cx="1400175" cy="2076450"/>
                    </a:xfrm>
                    <a:prstGeom prst="rect">
                      <a:avLst/>
                    </a:prstGeom>
                    <a:noFill/>
                  </pic:spPr>
                </pic:pic>
              </a:graphicData>
            </a:graphic>
          </wp:inline>
        </w:drawing>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何尊”中的铭文字字千金，其中有四个字“宅兹中国”，是“中国”一词最早的文字记载。然而这些珍贵的铭文因为存在于尊身底部，以往，只能展示给观众纸质打印出的铭文，有一些笔画无法采集完整。这一次，为了让观众看到何尊的内部影像，分集导演孙戈霆把小镜头伸入何尊内部，用最新的存拓技术将铭文清晰呈现，还原了青铜最初金灿灿的本色。他说：“观众在博物馆里看文物，基本上都是平视视角，或者是隔着玻璃罩往里看。但在纪录片里，由于使用了新技术，观众可以</w:t>
      </w:r>
      <w:r>
        <w:rPr>
          <w:rFonts w:eastAsia="楷体" w:cs="楷体" w:ascii="楷体" w:hAnsi="楷体"/>
          <w:color w:val="000000"/>
        </w:rPr>
        <w:t>360</w:t>
      </w:r>
      <w:r>
        <w:rPr>
          <w:rFonts w:ascii="楷体" w:hAnsi="楷体" w:cs="楷体" w:eastAsia="楷体"/>
          <w:color w:val="000000"/>
        </w:rPr>
        <w:t>度无死角地看到文物的每一个细节，也能更好地洞察这些细节背后隐藏的信息。”如今，凭借着新技术，以及节目制作者的用心，“尊底的</w:t>
      </w:r>
      <w:r>
        <w:rPr>
          <w:rFonts w:eastAsia="楷体" w:cs="楷体" w:ascii="楷体" w:hAnsi="楷体"/>
          <w:color w:val="000000"/>
        </w:rPr>
        <w:t>122</w:t>
      </w:r>
      <w:r>
        <w:rPr>
          <w:rFonts w:ascii="楷体" w:hAnsi="楷体" w:cs="楷体" w:eastAsia="楷体"/>
          <w:color w:val="000000"/>
        </w:rPr>
        <w:t>字铭文没有辜负它主人的期望，跨越三个千年，将祖先的丰功伟绩展现在后人眼前。”</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本集结尾的解说词令人心情澎湃，作为中国人的自豪感油然而生。“中国，三千年前被镌刻于方寸之间，深埋于地下。三千年后，埋藏它的泥土和这泥土连接的九百六十万平方公里的土地，都被它命名，叫做</w:t>
      </w:r>
      <w:r>
        <w:rPr>
          <w:rFonts w:eastAsia="楷体" w:cs="楷体" w:ascii="楷体" w:hAnsi="楷体"/>
          <w:color w:val="000000"/>
        </w:rPr>
        <w:t>:</w:t>
      </w:r>
      <w:r>
        <w:rPr>
          <w:rFonts w:ascii="楷体" w:hAnsi="楷体" w:cs="楷体" w:eastAsia="楷体"/>
          <w:color w:val="000000"/>
        </w:rPr>
        <w:t>中国。”“何以为尊，我有中国”的海报宣传语正是由此得来。</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结合以上两则材料的分析，总结归纳出纪录片《如果国宝会说话》大热的原因。</w:t>
      </w:r>
    </w:p>
    <w:p>
      <w:pPr>
        <w:pStyle w:val="Normal"/>
        <w:spacing w:lineRule="auto" w:line="360"/>
        <w:textAlignment w:val="center"/>
        <w:rPr/>
      </w:pPr>
      <w:r>
        <w:rPr>
          <w:color w:val="2E75B6"/>
        </w:rPr>
        <w:t>【答案】</w:t>
      </w:r>
      <w:r>
        <w:rPr>
          <w:rFonts w:ascii="宋体;SimSun" w:hAnsi="宋体;SimSun" w:cs="宋体;SimSun"/>
          <w:color w:val="000000"/>
        </w:rPr>
        <w:t>要点：①深入挖掘蕴藏在文物背后的深邃历史与精彩故事。②</w:t>
      </w:r>
      <w:r>
        <w:rPr>
          <w:rFonts w:eastAsia="宋体;SimSun" w:cs="宋体;SimSun" w:ascii="宋体;SimSun" w:hAnsi="宋体;SimSun"/>
          <w:color w:val="000000"/>
        </w:rPr>
        <w:t>5</w:t>
      </w:r>
      <w:r>
        <w:rPr>
          <w:rFonts w:ascii="宋体;SimSun" w:hAnsi="宋体;SimSun" w:cs="宋体;SimSun"/>
          <w:color w:val="000000"/>
        </w:rPr>
        <w:t>分钟微视频的形式符合现代人们的生活形式。③专业活泼的解说词。④运用了先进的技术。⑤令人印象深刻的宣传海报。</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【详解】</w:t>
      </w:r>
      <w:r>
        <w:rPr>
          <w:rFonts w:ascii="宋体;SimSun" w:hAnsi="宋体;SimSun" w:cs="宋体;SimSun"/>
          <w:color w:val="000000"/>
        </w:rPr>
        <w:t>考查对材料的概括与理解。仔细阅读几则材料。材料一“每集重点讲述一件文物。不同于博物馆的平面展示，这档节目深入挖掘蕴藏在文物背后的深邃历史与精彩故事</w:t>
      </w:r>
      <w:r>
        <w:rPr>
          <w:rFonts w:ascii="Times New Romance" w:hAnsi="Times New Romance" w:cs="Times New Romance" w:eastAsia="Times New Romance"/>
          <w:color w:val="000000"/>
        </w:rPr>
        <w:t>。”“</w:t>
      </w:r>
      <w:r>
        <w:rPr>
          <w:rFonts w:ascii="宋体;SimSun" w:hAnsi="宋体;SimSun" w:cs="宋体;SimSun"/>
          <w:color w:val="000000"/>
        </w:rPr>
        <w:t>用既专业严肃又不失活泼的解说词将一个个“大国重器”浓缩在了五分钟的视频里</w:t>
      </w:r>
      <w:r>
        <w:rPr>
          <w:rFonts w:ascii="Times New Romance" w:hAnsi="Times New Romance" w:cs="Times New Romance" w:eastAsia="Times New Romance"/>
          <w:color w:val="000000"/>
        </w:rPr>
        <w:t>”“</w:t>
      </w:r>
      <w:r>
        <w:rPr>
          <w:rFonts w:ascii="宋体;SimSun" w:hAnsi="宋体;SimSun" w:cs="宋体;SimSun"/>
          <w:color w:val="000000"/>
        </w:rPr>
        <w:t>《如果国宝会说话》通过</w:t>
      </w:r>
      <w:r>
        <w:rPr>
          <w:rFonts w:eastAsia="Times New Romance" w:cs="Times New Romance" w:ascii="Times New Romance" w:hAnsi="Times New Romance"/>
          <w:color w:val="000000"/>
        </w:rPr>
        <w:t>5</w:t>
      </w:r>
      <w:r>
        <w:rPr>
          <w:rFonts w:ascii="宋体;SimSun" w:hAnsi="宋体;SimSun" w:cs="宋体;SimSun"/>
          <w:color w:val="000000"/>
        </w:rPr>
        <w:t>分钟微纪录的形式，将厚重的中华文明与互联网的碎片化传播相结合，让国宝活起来，火起来，再次掀起了“国宝文物热”。”材料二“使用了新技术，观众可以</w:t>
      </w:r>
      <w:r>
        <w:rPr>
          <w:rFonts w:eastAsia="Times New Romance" w:cs="Times New Romance" w:ascii="Times New Romance" w:hAnsi="Times New Romance"/>
          <w:color w:val="000000"/>
        </w:rPr>
        <w:t>360</w:t>
      </w:r>
      <w:r>
        <w:rPr>
          <w:rFonts w:ascii="宋体;SimSun" w:hAnsi="宋体;SimSun" w:cs="宋体;SimSun"/>
          <w:color w:val="000000"/>
        </w:rPr>
        <w:t>度无死角地看到文物的每一个细节，也能更好地洞察这些细节背后隐藏的信息。”由于采用了新颖的形式和技术手段，使得《如果国宝会说话》大热起来。</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阅读下面的文章，完成下面小题。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报秋</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宗璞</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似乎刚过完了春节，什么都还来不及干呢，已是长夏天气，让人懒洋洋的像只猫。一家人夏衣尚未打点好，猛然间玉簪花那雪白的圆鼓鼓的棒槌，从拥挤着的宽大的绿叶中探出头来。我先是一惊，随即怅然。这花一开，没几天便是立秋。以后便是处暑便是秋分便是寒露，过了霜降，便立冬了。真的怎么得了！</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一朵花苞钻出来，一个柄上的好几朵都跟上。花苞很有精神，越长越长，成为玉簪模样。开放都在晚间，一朵能持续开一昼夜。六片清雅修长的花瓣围着花蕊，</w:t>
      </w:r>
      <w:r>
        <w:rPr>
          <w:rFonts w:ascii="楷体" w:hAnsi="楷体" w:cs="楷体" w:eastAsia="楷体"/>
          <w:color w:val="000000"/>
          <w:u w:val="single"/>
        </w:rPr>
        <w:t>当中的一株顶着一点嫩黄，颤颤地望着自己雪白的小窝。</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这花的生命力极强，随便种种，总会活的。不挑地方，不拣土壤，而且特别喜欢背阴处，把阳光让给别人，很是谦让。据说花瓣可以入药。还有人来讨那叶子，要捣烂了治脚气。我说它是生活上向下比，工作上向上比，算是一种玉簪花精神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我喜欢花，却没有侍弄花的闲情。因有自知之明，不敢邀名花居留，只有时要点草花种种。有一种太阳花又名死不了，开时五彩缤纷，杂在草间很好看。种了几次，都不成功。</w:t>
      </w:r>
      <w:r>
        <w:rPr>
          <w:rFonts w:eastAsia="楷体" w:cs="楷体" w:ascii="楷体" w:hAnsi="楷体"/>
          <w:color w:val="000000"/>
        </w:rPr>
        <w:t>"</w:t>
      </w:r>
      <w:r>
        <w:rPr>
          <w:rFonts w:ascii="楷体" w:hAnsi="楷体" w:cs="楷体" w:eastAsia="楷体"/>
          <w:color w:val="000000"/>
        </w:rPr>
        <w:t>连死不了都种死了。</w:t>
      </w:r>
      <w:r>
        <w:rPr>
          <w:rFonts w:eastAsia="楷体" w:cs="楷体" w:ascii="楷体" w:hAnsi="楷体"/>
          <w:color w:val="000000"/>
        </w:rPr>
        <w:t>"</w:t>
      </w:r>
      <w:r>
        <w:rPr>
          <w:rFonts w:ascii="楷体" w:hAnsi="楷体" w:cs="楷体" w:eastAsia="楷体"/>
          <w:color w:val="000000"/>
        </w:rPr>
        <w:t>我们常这样自嘲。</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玉簪花却不同，从不要人照料，只管自己蓬勃生长。往后院月洞门小径的两旁，随便移栽了几个嫩芽，次年便有绿叶白花，点缀着夏末秋初的景致。我的房门外有一小块地，原有两行花，现已形成一片，绿油油的，完全遮住了地面。在晨光熹微或暮色朦胧中，一柄柄白花擎起，隐约如绿波上的白帆，不知驶向何方。有些植物的繁茂枝叶中，会藏着一些小活物，吓人一跳。玉簪花下却总是干净的。可能因气味的缘故，不容虫豸近身。</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花开有十几朵，满院便飘着芳香。不是丁香的幽香，不是桂花的甜香，也不是荷花的那种清香。它的香比较强，似乎有点醒脑的作用。采几朵放在养石子的水盆中，房间里便也飘散着香气，让人减少几分懒洋洋，让人心里警惕着：秋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秋是收获的季节，我却两手空空。一年，两年过去了，总是在不安和焦虑中。怪谁呢，很难回答。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久居异乡的兄长，业余喜好诗词。前天寄来南宋词人朱敦儒的西江月：日日深杯酒满，朝朝小圃花开，自歌自舞自开怀，无拘无束无碍。青史几番春梦，红尘多少奇才，不须计较与安排，领取而今现在。</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我把“领取而今现在”一句反复吟诵，觉得这是一种悠然自得的境界。其实不必深杯酒满，不必小圃花开，只在心中领取，使得逍遥。</w:t>
      </w:r>
    </w:p>
    <w:p>
      <w:pPr>
        <w:pStyle w:val="Normal"/>
        <w:spacing w:lineRule="auto" w:line="360"/>
        <w:ind w:firstLine="420" w:end="0"/>
        <w:jc w:val="start"/>
        <w:textAlignment w:val="center"/>
        <w:rPr/>
      </w:pPr>
      <w:r>
        <w:rPr>
          <w:rFonts w:eastAsia="楷体" w:cs="楷体" w:ascii="楷体" w:hAnsi="楷体"/>
          <w:color w:val="000000"/>
        </w:rPr>
        <w:t>⑩</w:t>
      </w:r>
      <w:r>
        <w:rPr>
          <w:rFonts w:ascii="楷体" w:hAnsi="楷体" w:cs="楷体" w:eastAsia="楷体"/>
          <w:color w:val="000000"/>
        </w:rPr>
        <w:t>领取自己那一份，也有品味把玩、获得的意思。</w:t>
      </w:r>
      <w:r>
        <w:rPr>
          <w:rFonts w:ascii="楷体" w:hAnsi="楷体" w:cs="楷体" w:eastAsia="楷体"/>
          <w:color w:val="000000"/>
          <w:u w:val="single"/>
        </w:rPr>
        <w:t>那么，领取秋，领取冬，领取四季，领取生活罢。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那第一朵出现已一周，凋谢了。可是别的会一朵朵再接上来。圆鼓鼓的花苞，盛开了的花朵，由一个个柄擎着，在绿波上漂浮。</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本文是作者见玉簪花报秋，生发感慨而写的一篇抒情散文。作者在第①自然段中写看到玉簪花开，“先是一惊，随即怅然。” 作者吃惊是因为</w:t>
      </w:r>
      <w:r>
        <w:rPr>
          <w:rFonts w:eastAsia="宋体;SimSun" w:cs="宋体;SimSun" w:ascii="宋体;SimSun" w:hAnsi="宋体;SimSun"/>
          <w:color w:val="000000"/>
        </w:rPr>
        <w:t xml:space="preserve">_____________ </w:t>
      </w:r>
      <w:r>
        <w:rPr>
          <w:rFonts w:ascii="宋体;SimSun" w:hAnsi="宋体;SimSun" w:cs="宋体;SimSun"/>
          <w:color w:val="000000"/>
        </w:rPr>
        <w:t>（不超过</w:t>
      </w:r>
      <w:r>
        <w:rPr>
          <w:rFonts w:eastAsia="宋体;SimSun" w:cs="宋体;SimSun" w:ascii="宋体;SimSun" w:hAnsi="宋体;SimSun"/>
          <w:color w:val="000000"/>
        </w:rPr>
        <w:t>8</w:t>
      </w:r>
      <w:r>
        <w:rPr>
          <w:rFonts w:ascii="宋体;SimSun" w:hAnsi="宋体;SimSun" w:cs="宋体;SimSun"/>
          <w:color w:val="000000"/>
        </w:rPr>
        <w:t>个字），联系全文，作者怅然是因为</w:t>
      </w:r>
      <w:r>
        <w:rPr>
          <w:rFonts w:eastAsia="宋体;SimSun" w:cs="宋体;SimSun" w:ascii="宋体;SimSun" w:hAnsi="宋体;SimSun"/>
          <w:color w:val="000000"/>
        </w:rPr>
        <w:t xml:space="preserve">_____________ </w:t>
      </w:r>
      <w:r>
        <w:rPr>
          <w:rFonts w:ascii="宋体;SimSun" w:hAnsi="宋体;SimSun" w:cs="宋体;SimSun"/>
          <w:color w:val="000000"/>
        </w:rPr>
        <w:t>。（不超过</w:t>
      </w:r>
      <w:r>
        <w:rPr>
          <w:rFonts w:eastAsia="宋体;SimSun" w:cs="宋体;SimSun" w:ascii="宋体;SimSun" w:hAnsi="宋体;SimSun"/>
          <w:color w:val="000000"/>
        </w:rPr>
        <w:t>10</w:t>
      </w:r>
      <w:r>
        <w:rPr>
          <w:rFonts w:ascii="宋体;SimSun" w:hAnsi="宋体;SimSun" w:cs="宋体;SimSun"/>
          <w:color w:val="000000"/>
        </w:rPr>
        <w:t>个字）</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赏析文中第②段画线的句子。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当中的一株顶着一点嫩黄，颤颤地望着自己雪白的小窝。</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请结合全文，说说文章第⑩段画线句子“那么，领取秋，领取冬，领取四季，领取生活罢。”这句话的含义。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有人认为可以将文章题目改为《玉簪花》，而作者认为《报秋》这个题目更好，你认为好在哪里？请结合全文内容，谈谈你的看法。</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15.     (1). </w:t>
      </w:r>
      <w:r>
        <w:rPr>
          <w:rFonts w:ascii="宋体;SimSun" w:hAnsi="宋体;SimSun" w:cs="宋体;SimSun"/>
          <w:color w:val="000000"/>
        </w:rPr>
        <w:t>没几天便是立秋</w:t>
      </w:r>
      <w:r>
        <w:rPr>
          <w:color w:val="000000"/>
        </w:rPr>
        <w:t xml:space="preserve">    </w:t>
      </w:r>
      <w:r>
        <w:rPr>
          <w:color w:val="000000"/>
        </w:rPr>
        <w:t xml:space="preserve">(2). </w:t>
      </w:r>
      <w:r>
        <w:rPr>
          <w:rFonts w:ascii="宋体;SimSun" w:hAnsi="宋体;SimSun" w:cs="宋体;SimSun"/>
          <w:color w:val="000000"/>
        </w:rPr>
        <w:t>收获季节却两手空空。</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16. </w:t>
      </w:r>
      <w:r>
        <w:rPr>
          <w:rFonts w:ascii="宋体;SimSun" w:hAnsi="宋体;SimSun" w:cs="宋体;SimSun"/>
          <w:color w:val="000000"/>
        </w:rPr>
        <w:t>这句话运用拟人的修辞手法，生动地写出了玉簪花开放时美艳娇羞的情态，表达了作者对玉簪花的喜爱之情。</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w:t>
      </w:r>
      <w:r>
        <w:rPr>
          <w:rFonts w:ascii="宋体;SimSun" w:hAnsi="宋体;SimSun" w:cs="宋体;SimSun"/>
          <w:color w:val="000000"/>
        </w:rPr>
        <w:t>品味时间，品味生活，积极面对现实，不要虚度年华，不要荒废生活。</w:t>
      </w:r>
      <w:r>
        <w:rPr>
          <w:color w:val="000000"/>
        </w:rPr>
        <w:t xml:space="preserve">    </w:t>
      </w:r>
    </w:p>
    <w:p>
      <w:pPr>
        <w:pStyle w:val="Normal"/>
        <w:spacing w:lineRule="auto" w:line="360"/>
        <w:textAlignment w:val="center"/>
        <w:rPr/>
      </w:pPr>
      <w:r>
        <w:rPr>
          <w:color w:val="000000"/>
        </w:rPr>
        <w:t xml:space="preserve">18. </w:t>
      </w:r>
      <w:r>
        <w:rPr>
          <w:rFonts w:ascii="宋体;SimSun" w:hAnsi="宋体;SimSun" w:cs="宋体;SimSun"/>
          <w:color w:val="000000"/>
        </w:rPr>
        <w:t>这个题目能引发读者的联想和阅读兴趣。文章不仅是为了介绍玉簪花，更为重要的是由花及人，告诉人们面对现实，抓住现在，不要虚度年华</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pPr>
      <w:r>
        <w:rPr>
          <w:rFonts w:ascii="宋体;SimSun" w:hAnsi="宋体;SimSun" w:cs="宋体;SimSun"/>
          <w:color w:val="000000"/>
        </w:rPr>
        <w:t>本题考查文章内容的理解和概括。解答此类题，首先读懂文章，其次找到有提示作用的语句</w:t>
      </w:r>
      <w:r>
        <w:rPr>
          <w:rFonts w:eastAsia="Times New Romance" w:cs="Times New Romance" w:ascii="Times New Romance" w:hAnsi="Times New Romance"/>
          <w:color w:val="000000"/>
        </w:rPr>
        <w:t>,</w:t>
      </w:r>
      <w:r>
        <w:rPr>
          <w:rFonts w:ascii="宋体;SimSun" w:hAnsi="宋体;SimSun" w:cs="宋体;SimSun"/>
          <w:color w:val="000000"/>
        </w:rPr>
        <w:t>进行概括，做到语言简洁连贯。“</w:t>
      </w:r>
      <w:r>
        <w:rPr>
          <w:rFonts w:ascii="楷体" w:hAnsi="楷体" w:cs="楷体" w:eastAsia="楷体"/>
          <w:color w:val="000000"/>
        </w:rPr>
        <w:t>这花一开，没几天便是立秋。以后便是处暑便是秋分便是寒露，过了霜降，便立冬了。真的怎么得了！</w:t>
      </w:r>
      <w:r>
        <w:rPr>
          <w:rFonts w:ascii="宋体;SimSun" w:hAnsi="宋体;SimSun" w:cs="宋体;SimSun"/>
          <w:color w:val="000000"/>
        </w:rPr>
        <w:t>”是作者吃惊的原因；联系全文，第⑦段“</w:t>
      </w:r>
      <w:r>
        <w:rPr>
          <w:rFonts w:ascii="楷体" w:hAnsi="楷体" w:cs="楷体" w:eastAsia="楷体"/>
          <w:color w:val="000000"/>
        </w:rPr>
        <w:t>秋是收获的季节，我却两手空空。</w:t>
      </w:r>
      <w:r>
        <w:rPr>
          <w:rFonts w:ascii="宋体;SimSun" w:hAnsi="宋体;SimSun" w:cs="宋体;SimSun"/>
          <w:color w:val="000000"/>
        </w:rPr>
        <w:t>”一句</w:t>
      </w:r>
      <w:r>
        <w:rPr>
          <w:rFonts w:eastAsia="Times New Romance" w:cs="Times New Romance" w:ascii="Times New Romance" w:hAnsi="Times New Romance"/>
          <w:color w:val="000000"/>
        </w:rPr>
        <w:t>,</w:t>
      </w:r>
      <w:r>
        <w:rPr>
          <w:rFonts w:ascii="宋体;SimSun" w:hAnsi="宋体;SimSun" w:cs="宋体;SimSun"/>
          <w:color w:val="000000"/>
        </w:rPr>
        <w:t>加以浓缩。</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语句赏析。解答此类题先判断这个句子的特点，可以从修辞、描写、有特点的词语入手；在这类句子的作用中选择，用术语解说句子的作用很重要；结合语境具体分析这个句子在这里表达的意思，结合段中心句和文章中心分析表达作用或效果。本句“颤颤地望”可见运用了拟人修辞手法，加上“一点嫩黄”“颤颤”等词生动形象地写出了玉簪花开放时娇美可爱的情态，透露出作者的喜爱之情。</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本题考查重点语句的理解。理解语句必须把句子放在文章具体语境中来辨析，通过对具体句子前后句含义的分析，弄清所问语句的含义。“</w:t>
      </w:r>
      <w:r>
        <w:rPr>
          <w:rFonts w:ascii="楷体" w:hAnsi="楷体" w:cs="楷体" w:eastAsia="楷体"/>
          <w:color w:val="000000"/>
        </w:rPr>
        <w:t>领取自己那一份，也有品味把玩、获得的意思。</w:t>
      </w:r>
      <w:r>
        <w:rPr>
          <w:rFonts w:ascii="宋体;SimSun" w:hAnsi="宋体;SimSun" w:cs="宋体;SimSun"/>
          <w:color w:val="000000"/>
        </w:rPr>
        <w:t>”可见“领取”就有品味、收获的意思，是一种“只在心中领取”，通过品味秋、冬、四季，领悟到时光流逝，不要虚度，品味生活，领悟到积极面对现实，不要荒废。点明了本文主旨。</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本题考查对文题的理解。解答此类题一要理解文题的具体意思，二要理解与主题相关的意思，即表层意思和深层意思。做到作用与文本内容结合。看到“报秋”这一题目读者会产生疑问，什么报秋？怎样报秋？为什么报秋？能激发读者阅读兴趣；结合文章内容，文章前六段介绍玉簪花，第⑦段“</w:t>
      </w:r>
      <w:r>
        <w:rPr>
          <w:rFonts w:ascii="楷体" w:hAnsi="楷体" w:cs="楷体" w:eastAsia="楷体"/>
          <w:color w:val="000000"/>
        </w:rPr>
        <w:t>秋是收获的季节，我却两手空空。</w:t>
      </w:r>
      <w:r>
        <w:rPr>
          <w:rFonts w:ascii="宋体;SimSun" w:hAnsi="宋体;SimSun" w:cs="宋体;SimSun"/>
          <w:color w:val="000000"/>
        </w:rPr>
        <w:t>”由花及人，并有了领悟：“</w:t>
      </w:r>
      <w:r>
        <w:rPr>
          <w:rFonts w:ascii="楷体" w:hAnsi="楷体" w:cs="楷体" w:eastAsia="楷体"/>
          <w:color w:val="000000"/>
        </w:rPr>
        <w:t>领取自己那一份，也有品味把玩、获得的意思。那么，领取秋，领取冬，领取四季，领取生活罢。</w:t>
      </w:r>
      <w:r>
        <w:rPr>
          <w:rFonts w:ascii="宋体;SimSun" w:hAnsi="宋体;SimSun" w:cs="宋体;SimSun"/>
          <w:color w:val="000000"/>
        </w:rPr>
        <w:t>”</w:t>
      </w:r>
      <w:r>
        <w:rPr>
          <w:rFonts w:ascii="Times New Romance" w:hAnsi="Times New Romance" w:cs="Times New Romance" w:eastAsia="Times New Romance"/>
          <w:color w:val="000000"/>
        </w:rPr>
        <w:t xml:space="preserve"> </w:t>
      </w:r>
      <w:r>
        <w:rPr>
          <w:rFonts w:ascii="宋体;SimSun" w:hAnsi="宋体;SimSun" w:cs="宋体;SimSun"/>
          <w:color w:val="000000"/>
        </w:rPr>
        <w:t>告诉人们积极面对现实，不要虚度年华，不要荒废生活。据此概括作答，做到语言简洁连贯。</w:t>
      </w:r>
    </w:p>
    <w:p>
      <w:pPr>
        <w:pStyle w:val="Heading3"/>
      </w:pPr>
      <w:r>
        <w:t>教育学院附中</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w:t>
      </w:r>
      <w:r>
        <w:rPr>
          <w:rFonts w:eastAsia="宋体;SimSun" w:cs="宋体;SimSun" w:ascii="宋体;SimSun" w:hAnsi="宋体;SimSun"/>
          <w:b/>
          <w:color w:val="000000"/>
          <w:sz w:val="24"/>
        </w:rPr>
        <w:t>23</w:t>
      </w:r>
      <w:r>
        <w:rPr>
          <w:rFonts w:ascii="宋体;SimSun" w:hAnsi="宋体;SimSun" w:cs="宋体;SimSun"/>
          <w:b/>
          <w:color w:val="000000"/>
          <w:sz w:val="24"/>
        </w:rPr>
        <w:t>分）</w:t>
      </w:r>
    </w:p>
    <w:p>
      <w:pPr>
        <w:pStyle w:val="Normal"/>
        <w:spacing w:lineRule="auto" w:line="360"/>
        <w:ind w:firstLine="420" w:end="0"/>
        <w:jc w:val="center"/>
        <w:textAlignment w:val="center"/>
        <w:rPr>
          <w:rFonts w:ascii="楷体" w:hAnsi="楷体" w:eastAsia="楷体" w:cs="楷体"/>
          <w:b/>
          <w:color w:val="000000"/>
        </w:rPr>
      </w:pPr>
      <w:r>
        <w:rPr>
          <w:rFonts w:ascii="楷体" w:hAnsi="楷体" w:cs="楷体" w:eastAsia="楷体"/>
          <w:b/>
          <w:color w:val="000000"/>
        </w:rPr>
        <w:t>（一）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 xml:space="preserve">盼望着，盼望着，东风来了，春天的脚步近了。 </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一切都像刚睡醒的样子，欣欣然张开了眼。山朗润起来了，水涨起来了，太阳的脸红起来了。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 xml:space="preserve">小草偷偷地从土里钻出来，嫩嫩的，绿绿的。园子里，田野里，瞧去，一大片一大片满是的。坐着，躺着，打两个滚，踢几脚球，赛几趟跑，捉几回迷藏。风轻悄悄的，草软绵绵的。 </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 xml:space="preserve">桃树、杏树、梨树，你不让我，我不让你，都开满了花赶趟儿。红的像火，粉的像霞，白的像雪。花里带着甜味儿；闭了眼，树上仿佛已经满是桃儿、杏儿、梨儿。花下成千成百的蜜蜂嗡嗡地闹着，大小的蝴蝶飞来飞去。野花遍地是：杂样儿，有名字的，没名字的，散在草丛里，像眼睛，像星星，还眨呀眨的。 </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吹面不寒杨柳风”，不错的，像母亲的手抚摸着你。风里带来些新翻的泥土的气息，混着青草味儿，还有各种花的香，都在微微润湿的空气里酝酿。鸟儿将窠巢安在繁花嫩叶当中，高兴起来了，呼朋引伴地卖弄清脆的喉咙，唱出宛转的曲子，跟轻风流水应和着。牛背上牧童的短笛，这时候也成天在嘹亮地响。</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雨是最寻常的，一下就是三两天。可别恼。看，像牛毛，像花针，像细丝，密密地斜织着，人家屋顶上全笼着一层薄烟。树叶子却绿得发亮，小草也青得逼你的眼。傍晚时候，上灯了，一点点黄晕的光，烘托出一片安静而和平的夜。乡下去，小路上，石桥边，有撑起伞慢慢走着的人；还有地里工作的农夫，披着蓑，戴着笠的。他们的草屋，稀稀疏疏的，在雨里静默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天上风筝渐渐多了，地上孩子也多了。城里乡下，家家户户，老老小小，也赶趟儿似的，一个个都出来了。舒活舒活筋骨，抖擞抖擞精神，各做各的一份儿事去。“一年之计在于春”，刚起头儿，有的是工夫，有的是希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春天像刚落地的娃娃，从头到脚都是新的，他生长着。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春天像小姑娘，花枝招展的，笑着，走着。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春天像健壮的青年，有铁一般的胳膊和腰脚，他领着我们上前去。</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13. </w:t>
      </w:r>
      <w:r>
        <w:rPr>
          <w:rFonts w:ascii="宋体;SimSun" w:hAnsi="宋体;SimSun" w:cs="宋体;SimSun"/>
          <w:color w:val="000000"/>
        </w:rPr>
        <w:t>第③自然段“小草偷偷地从土里钻出来”一句中“钻”字用得好不好？请说明理由。</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第④自然段中，作者写蜜蜂嗡嗡地闹着、蝴蝶飞来飞去，对写春花有什么作用？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第⑧</w:t>
      </w:r>
      <w:r>
        <w:rPr>
          <w:rFonts w:eastAsia="宋体;SimSun" w:cs="宋体;SimSun" w:ascii="宋体;SimSun" w:hAnsi="宋体;SimSun"/>
          <w:color w:val="000000"/>
        </w:rPr>
        <w:t>-⑩</w:t>
      </w:r>
      <w:r>
        <w:rPr>
          <w:rFonts w:ascii="宋体;SimSun" w:hAnsi="宋体;SimSun" w:cs="宋体;SimSun"/>
          <w:color w:val="000000"/>
        </w:rPr>
        <w:t>自然段，主要运用了哪些修辞手法？试用自己的话说说分别赞美了春天哪些方面的特点？</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13. </w:t>
      </w:r>
      <w:r>
        <w:rPr>
          <w:rFonts w:ascii="宋体;SimSun" w:hAnsi="宋体;SimSun" w:cs="宋体;SimSun"/>
          <w:color w:val="000000"/>
        </w:rPr>
        <w:t>要点：写出小草破土而出的挤劲，显示出其旺盛的生命力。</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14. </w:t>
      </w:r>
      <w:r>
        <w:rPr>
          <w:rFonts w:ascii="宋体;SimSun" w:hAnsi="宋体;SimSun" w:cs="宋体;SimSun"/>
          <w:color w:val="000000"/>
        </w:rPr>
        <w:t>要点：侧面写春花，用蜜蜂、蝴蝶的繁忙表现了花多、花艳、花味甜</w:t>
      </w:r>
      <w:r>
        <w:rPr>
          <w:color w:val="000000"/>
        </w:rPr>
        <w:t xml:space="preserve">    </w:t>
      </w:r>
    </w:p>
    <w:p>
      <w:pPr>
        <w:pStyle w:val="Normal"/>
        <w:spacing w:lineRule="auto" w:line="360"/>
        <w:textAlignment w:val="center"/>
        <w:rPr/>
      </w:pPr>
      <w:r>
        <w:rPr>
          <w:color w:val="000000"/>
        </w:rPr>
        <w:t xml:space="preserve">15. </w:t>
      </w:r>
      <w:r>
        <w:rPr>
          <w:rFonts w:ascii="宋体;SimSun" w:hAnsi="宋体;SimSun" w:cs="宋体;SimSun"/>
          <w:color w:val="000000"/>
        </w:rPr>
        <w:t>要点：比喻、排比新、美、力</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本题考察对词语表达效果的赏析。“钻”运用拟人的修辞手法，形象地写出了春草萌发的生机和旺盛的生命力，显得春草调皮、可爱，也流露出对春草萌发时那种“挤”劲的喜爱之情。</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察对描写方法的赏析。“花下成千成百的蜜蜂嗡嗡的闹着。大小的蝴蝶飞来飞去”用了“拟人”修辞格。一个“闹”字。将蜜蜂人格化，非常贴切。这样的描写既表现出声响，隐含着一片喧闹沸腾，侧面写出花多、花艳、花味甜，更寓意着一派春意盎然、生机勃勃的景象。</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察对修辞方法的赏析。结尾三个句子都运用了比喻的修辞手法，放在一起构成排比，“刚落地的娃娃”，因为春天是新的开始，突出它的勃勃生机；“小姑娘”，因为春天是娇美的，突出它的艳丽、姿态生动；“健壮的青年”，因为春天有无穷的的活力，表现出它旺盛的生命力。表达了作者对春天的无比热爱的思想感情。</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（二）默爱如山</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我怕父亲，他打我是真打。看着他瞪圆了眼，一步一步逼近，还不敢躲， 绷紧了肌肉等着，于是一巴掌扇过来，于是脑袋嗡了一声……</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有时却是另一副样子，比如去下地，他在前边头也不回地说：“唱一个我听听。”我在后边就模仿着戏台上的花脸呜呜哇哇地唱起来。他说：“瞎胡唱，别唱了。”我说：“你唱一个。”他唱起来：“我不该，咳咳咳咳，老王爷，咳咳咳咳……”也是随唱随编，瞎胡唱，越唱越带劲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我家有个大宜兴壶，下地回来，泡上茶壶，父亲高兴了，还逼我们喝。说：“逼”，是因为我们喜欢喝凉水，不喜欢喝茶。“过来，喝！多清香，又解暑，你喝不喝？想挨揍啊！”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我们俩常常一起去看庙。“看庙”二字，说句文词，是父亲杜撰的。看庙就是去看庙里的壁画，是让我开阔眼界，是培养我画画的一种方式，这很有点像现在的参观美术展览馆或画廊。我父亲本是老农民，竟与文人想到了一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吃过早饭，父亲将粪筐往肩上一背，抄起粪叉说：“走，看庙去。”母亲说：“今天不拉土了？”父亲说：“回来再说。”我们就在这“回来再说”的空当里看了许多庙。庙有大有小，有远有近。近则三五里，远则十几里。一去一回就是几十里。全堂邑县境内的庙我们几乎都看遍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父亲对庙里的壁画还加以评论。他指着《八仙过海》的海水说：“你看这水，涟涟地像是在颤动。”又用手摸着墙说：“这墙是平的，你再远看，不是坑坑洼洼地凸起来了吗？”其实现在看来，稀松得很，无非是靠了反复重叠的弧形线条引起的错觉。父亲最佩服的是《八破图》，破扇子、破信封、破书本、破眼镜盒……他像在集市上买粮食时将粮食粒捻来捻去还嚼一嚼那样仔细，猫着腰将那画上的破信封的一角又摸又抠，远瞧瞧，近瞅瞅，长叹一口气说：“像真烧焦了一样。”他一指点，我也惊叹起来。最后，总是照例的一句话：“使劲儿看，好好记住。”</w:t>
      </w:r>
    </w:p>
    <w:p>
      <w:pPr>
        <w:pStyle w:val="Normal"/>
        <w:spacing w:lineRule="auto" w:line="360"/>
        <w:ind w:firstLine="420" w:end="0"/>
        <w:jc w:val="start"/>
        <w:textAlignment w:val="center"/>
        <w:rPr/>
      </w:pPr>
      <w:r>
        <w:rPr>
          <w:rFonts w:eastAsia="楷体" w:cs="楷体" w:ascii="楷体" w:hAnsi="楷体"/>
          <w:color w:val="000000"/>
        </w:rPr>
        <w:t>⑦</w:t>
      </w:r>
      <w:r>
        <w:rPr>
          <w:rFonts w:ascii="楷体" w:hAnsi="楷体" w:cs="楷体" w:eastAsia="楷体"/>
          <w:color w:val="000000"/>
        </w:rPr>
        <w:t>我</w:t>
      </w:r>
      <w:r>
        <w:rPr>
          <w:rFonts w:eastAsia="楷体" w:cs="楷体" w:ascii="楷体" w:hAnsi="楷体"/>
          <w:color w:val="000000"/>
        </w:rPr>
        <w:t>12</w:t>
      </w:r>
      <w:r>
        <w:rPr>
          <w:rFonts w:ascii="楷体" w:hAnsi="楷体" w:cs="楷体" w:eastAsia="楷体"/>
          <w:color w:val="000000"/>
        </w:rPr>
        <w:t>岁那年考上初中，学校在聊城，离家</w:t>
      </w:r>
      <w:r>
        <w:rPr>
          <w:rFonts w:eastAsia="楷体" w:cs="楷体" w:ascii="楷体" w:hAnsi="楷体"/>
          <w:color w:val="000000"/>
        </w:rPr>
        <w:t>15</w:t>
      </w:r>
      <w:r>
        <w:rPr>
          <w:rFonts w:ascii="楷体" w:hAnsi="楷体" w:cs="楷体" w:eastAsia="楷体"/>
          <w:color w:val="000000"/>
        </w:rPr>
        <w:t>公里多。过了正月十五，要开学了。吃过早饭上路，父亲背上粪筐跟我走了出来，虽没说话，我知道他是送我。一直走出</w:t>
      </w:r>
      <w:r>
        <w:rPr>
          <w:rFonts w:eastAsia="楷体" w:cs="楷体" w:ascii="楷体" w:hAnsi="楷体"/>
          <w:color w:val="000000"/>
        </w:rPr>
        <w:t>10</w:t>
      </w:r>
      <w:r>
        <w:rPr>
          <w:rFonts w:ascii="楷体" w:hAnsi="楷体" w:cs="楷体" w:eastAsia="楷体"/>
          <w:color w:val="000000"/>
        </w:rPr>
        <w:t>公里开外看见聊城古楼了，他说：“快了，你走吧。”</w:t>
      </w:r>
      <w:r>
        <w:rPr>
          <w:rFonts w:ascii="楷体" w:hAnsi="楷体" w:cs="楷体" w:eastAsia="楷体"/>
          <w:color w:val="000000"/>
          <w:u w:val="single"/>
        </w:rPr>
        <w:t>这时旷野无人，惟有寒风积雪，一抹虚白的阳光和远处的几声鸡啼。</w:t>
      </w:r>
      <w:r>
        <w:rPr>
          <w:rFonts w:ascii="楷体" w:hAnsi="楷体" w:cs="楷体" w:eastAsia="楷体"/>
          <w:color w:val="000000"/>
        </w:rPr>
        <w:t>望着逐渐远去的、背着粪筐的父亲的身影，我只想反身向他追去。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再以后，我参加了工作，按家乡人的看法，凡是吃公家饭的人就是“干部”。我很少回家了，一晃就是十几年，大约是</w:t>
      </w:r>
      <w:r>
        <w:rPr>
          <w:rFonts w:eastAsia="楷体" w:cs="楷体" w:ascii="楷体" w:hAnsi="楷体"/>
          <w:color w:val="000000"/>
        </w:rPr>
        <w:t>1960</w:t>
      </w:r>
      <w:r>
        <w:rPr>
          <w:rFonts w:ascii="楷体" w:hAnsi="楷体" w:cs="楷体" w:eastAsia="楷体"/>
          <w:color w:val="000000"/>
        </w:rPr>
        <w:t>年，父亲到天津看我来了。我说：“今天咱们上街吃一顿狗不理包子，再领你去看看美术展览。”他问什么是美术展览，我觉得一两句话说不清，我提起以前的事：“我小时候你不是常领我去看庙吗？和看庙差不多。”</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刚走过劝业场，我一回头，见他正弯腰从地上捡烟头，我嚷了一声：“扔了！你也不嫌脏。”他赶紧扔了烟头，眼神带有惶惑和惧意。这眼神使我凄然，是什么使父亲对我有了怯意？我反而愿意再看到小时候父亲扇我巴掌时那瞪圆了的眼。</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文中选取了感人肺腑的细节来写“父亲”在“我”成长的道路上烙下的深刻印迹，请用最简洁的语句概括作者主要描写了儿时哪几个生活片断。</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eastAsia="宋体;SimSun" w:cs="宋体;SimSun" w:ascii="宋体;SimSun" w:hAnsi="宋体;SimSun"/>
          <w:color w:val="000000"/>
        </w:rPr>
        <w:t>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eastAsia="宋体;SimSun" w:cs="宋体;SimSun" w:ascii="宋体;SimSun" w:hAnsi="宋体;SimSun"/>
          <w:color w:val="000000"/>
        </w:rPr>
        <w:t>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③</w:t>
      </w:r>
      <w:r>
        <w:rPr>
          <w:rFonts w:eastAsia="宋体;SimSun" w:cs="宋体;SimSun" w:ascii="宋体;SimSun" w:hAnsi="宋体;SimSun"/>
          <w:color w:val="000000"/>
        </w:rPr>
        <w:t>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请你说说文中“我”与“父亲”之间的感情有什么变化。</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color w:val="000000"/>
        </w:rPr>
        <w:t>我”对“父亲”的感情从</w:t>
      </w:r>
      <w:r>
        <w:rPr>
          <w:rFonts w:eastAsia="宋体;SimSun" w:cs="宋体;SimSun" w:ascii="宋体;SimSun" w:hAnsi="宋体;SimSun"/>
          <w:color w:val="000000"/>
        </w:rPr>
        <w:t>___________</w:t>
      </w:r>
      <w:r>
        <w:rPr>
          <w:rFonts w:ascii="宋体;SimSun" w:hAnsi="宋体;SimSun" w:cs="宋体;SimSun"/>
          <w:color w:val="000000"/>
        </w:rPr>
        <w:t>，到</w:t>
      </w:r>
      <w:r>
        <w:rPr>
          <w:rFonts w:eastAsia="宋体;SimSun" w:cs="宋体;SimSun" w:ascii="宋体;SimSun" w:hAnsi="宋体;SimSun"/>
          <w:color w:val="000000"/>
        </w:rPr>
        <w:t>___________</w:t>
      </w:r>
      <w:r>
        <w:rPr>
          <w:rFonts w:ascii="宋体;SimSun" w:hAnsi="宋体;SimSun" w:cs="宋体;SimSun"/>
          <w:color w:val="000000"/>
        </w:rPr>
        <w:t>，再到</w:t>
      </w:r>
      <w:r>
        <w:rPr>
          <w:rFonts w:eastAsia="宋体;SimSun" w:cs="宋体;SimSun" w:ascii="宋体;SimSun" w:hAnsi="宋体;SimSun"/>
          <w:color w:val="000000"/>
        </w:rPr>
        <w:t>___________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color w:val="000000"/>
        </w:rPr>
        <w:t>父亲”对“我”的感情从</w:t>
      </w:r>
      <w:r>
        <w:rPr>
          <w:rFonts w:eastAsia="宋体;SimSun" w:cs="宋体;SimSun" w:ascii="宋体;SimSun" w:hAnsi="宋体;SimSun"/>
          <w:color w:val="000000"/>
        </w:rPr>
        <w:t>___________</w:t>
      </w:r>
      <w:r>
        <w:rPr>
          <w:rFonts w:ascii="宋体;SimSun" w:hAnsi="宋体;SimSun" w:cs="宋体;SimSun"/>
          <w:color w:val="000000"/>
        </w:rPr>
        <w:t>，到</w:t>
      </w:r>
      <w:r>
        <w:rPr>
          <w:rFonts w:eastAsia="宋体;SimSun" w:cs="宋体;SimSun" w:ascii="宋体;SimSun" w:hAnsi="宋体;SimSun"/>
          <w:color w:val="000000"/>
        </w:rPr>
        <w:t>___________</w:t>
      </w:r>
      <w:r>
        <w:rPr>
          <w:rFonts w:ascii="宋体;SimSun" w:hAnsi="宋体;SimSun" w:cs="宋体;SimSun"/>
          <w:color w:val="000000"/>
        </w:rPr>
        <w:t>，再到</w:t>
      </w:r>
      <w:r>
        <w:rPr>
          <w:rFonts w:eastAsia="宋体;SimSun" w:cs="宋体;SimSun" w:ascii="宋体;SimSun" w:hAnsi="宋体;SimSun"/>
          <w:color w:val="000000"/>
        </w:rPr>
        <w:t>___________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请说说文中的画线句有什么作用？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19. “</w:t>
      </w:r>
      <w:r>
        <w:rPr>
          <w:rFonts w:ascii="宋体;SimSun" w:hAnsi="宋体;SimSun" w:cs="宋体;SimSun"/>
          <w:color w:val="000000"/>
        </w:rPr>
        <w:t>父亲”有哪些性格特点？请就其中一点从文章中举例说明。</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(1). </w:t>
      </w:r>
      <w:r>
        <w:rPr>
          <w:rFonts w:eastAsia="宋体;SimSun" w:cs="宋体;SimSun" w:ascii="宋体;SimSun" w:hAnsi="宋体;SimSun"/>
          <w:color w:val="000000"/>
        </w:rPr>
        <w:t>①</w:t>
      </w:r>
      <w:r>
        <w:rPr>
          <w:rFonts w:ascii="宋体;SimSun" w:hAnsi="宋体;SimSun" w:cs="宋体;SimSun"/>
          <w:color w:val="000000"/>
        </w:rPr>
        <w:t>要我唱歌（或唱戏曲）</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要我喝茶</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color w:val="000000"/>
        </w:rPr>
        <w:t>带我看庙画（意思对即可）</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(1). </w:t>
      </w:r>
      <w:r>
        <w:rPr>
          <w:rFonts w:ascii="宋体;SimSun" w:hAnsi="宋体;SimSun" w:cs="宋体;SimSun"/>
          <w:color w:val="000000"/>
        </w:rPr>
        <w:t>害怕</w:t>
      </w:r>
      <w:r>
        <w:rPr>
          <w:color w:val="000000"/>
        </w:rPr>
        <w:t xml:space="preserve">    </w:t>
      </w:r>
      <w:r>
        <w:rPr>
          <w:color w:val="000000"/>
        </w:rPr>
        <w:t xml:space="preserve">(2). </w:t>
      </w:r>
      <w:r>
        <w:rPr>
          <w:rFonts w:ascii="宋体;SimSun" w:hAnsi="宋体;SimSun" w:cs="宋体;SimSun"/>
          <w:color w:val="000000"/>
        </w:rPr>
        <w:t>理解</w:t>
      </w:r>
      <w:r>
        <w:rPr>
          <w:color w:val="000000"/>
        </w:rPr>
        <w:t xml:space="preserve">    </w:t>
      </w:r>
      <w:r>
        <w:rPr>
          <w:color w:val="000000"/>
        </w:rPr>
        <w:t xml:space="preserve">(3). </w:t>
      </w:r>
      <w:r>
        <w:rPr>
          <w:rFonts w:ascii="宋体;SimSun" w:hAnsi="宋体;SimSun" w:cs="宋体;SimSun"/>
          <w:color w:val="000000"/>
        </w:rPr>
        <w:t>怜惜</w:t>
      </w:r>
      <w:r>
        <w:rPr>
          <w:rFonts w:eastAsia="宋体;SimSun" w:cs="宋体;SimSun" w:ascii="宋体;SimSun" w:hAnsi="宋体;SimSun"/>
          <w:color w:val="000000"/>
        </w:rPr>
        <w:t>;</w:t>
      </w:r>
      <w:r>
        <w:rPr>
          <w:color w:val="000000"/>
        </w:rPr>
        <w:t xml:space="preserve">    (4). </w:t>
      </w:r>
      <w:r>
        <w:rPr>
          <w:rFonts w:ascii="宋体;SimSun" w:hAnsi="宋体;SimSun" w:cs="宋体;SimSun"/>
          <w:color w:val="000000"/>
        </w:rPr>
        <w:t>严厉</w:t>
      </w:r>
      <w:r>
        <w:rPr>
          <w:color w:val="000000"/>
        </w:rPr>
        <w:t xml:space="preserve">    </w:t>
      </w:r>
      <w:r>
        <w:rPr>
          <w:color w:val="000000"/>
        </w:rPr>
        <w:t xml:space="preserve">(5). </w:t>
      </w:r>
      <w:r>
        <w:rPr>
          <w:rFonts w:ascii="宋体;SimSun" w:hAnsi="宋体;SimSun" w:cs="宋体;SimSun"/>
          <w:color w:val="000000"/>
        </w:rPr>
        <w:t>期盼</w:t>
      </w:r>
      <w:r>
        <w:rPr>
          <w:color w:val="000000"/>
        </w:rPr>
        <w:t xml:space="preserve">    </w:t>
      </w:r>
      <w:r>
        <w:rPr>
          <w:color w:val="000000"/>
        </w:rPr>
        <w:t xml:space="preserve">(6). </w:t>
      </w:r>
      <w:r>
        <w:rPr>
          <w:rFonts w:ascii="宋体;SimSun" w:hAnsi="宋体;SimSun" w:cs="宋体;SimSun"/>
          <w:color w:val="000000"/>
        </w:rPr>
        <w:t>敬畏</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ascii="宋体;SimSun" w:hAnsi="宋体;SimSun" w:cs="宋体;SimSun"/>
          <w:color w:val="000000"/>
        </w:rPr>
        <w:t>用寒冷、寂静的晨境，渲染一种父子离别时凄清的情景，表达了“我”对“父亲，的依恋之情。（意思对即可）</w:t>
      </w:r>
      <w:r>
        <w:rPr>
          <w:color w:val="000000"/>
        </w:rPr>
        <w:t xml:space="preserve">    </w:t>
      </w:r>
    </w:p>
    <w:p>
      <w:pPr>
        <w:pStyle w:val="Normal"/>
        <w:spacing w:lineRule="auto" w:line="360"/>
        <w:textAlignment w:val="center"/>
        <w:rPr/>
      </w:pPr>
      <w:r>
        <w:rPr>
          <w:color w:val="000000"/>
        </w:rPr>
        <w:t xml:space="preserve">19. </w:t>
      </w:r>
      <w:r>
        <w:rPr>
          <w:rFonts w:ascii="宋体;SimSun" w:hAnsi="宋体;SimSun" w:cs="宋体;SimSun"/>
          <w:color w:val="000000"/>
        </w:rPr>
        <w:t>要点：严厉，慈爱，望子成龙心切，对文化很神往。（所举的例子能说明父亲的性格即可）</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pPr>
      <w:r>
        <w:rPr>
          <w:rFonts w:ascii="宋体;SimSun" w:hAnsi="宋体;SimSun" w:cs="宋体;SimSun"/>
          <w:color w:val="000000"/>
        </w:rPr>
        <w:t>本题考查对文中事件的概括。根据第</w:t>
      </w:r>
      <w:r>
        <w:rPr>
          <w:rFonts w:eastAsia="Times New Romance" w:cs="Times New Romance" w:ascii="Times New Romance" w:hAnsi="Times New Romance"/>
          <w:color w:val="000000"/>
        </w:rPr>
        <w:t>2</w:t>
      </w:r>
      <w:r>
        <w:rPr>
          <w:rFonts w:ascii="宋体;SimSun" w:hAnsi="宋体;SimSun" w:cs="宋体;SimSun"/>
          <w:color w:val="000000"/>
        </w:rPr>
        <w:t>段，可以概括“要我唱歌”；根据第</w:t>
      </w:r>
      <w:r>
        <w:rPr>
          <w:rFonts w:eastAsia="Times New Romance" w:cs="Times New Romance" w:ascii="Times New Romance" w:hAnsi="Times New Romance"/>
          <w:color w:val="000000"/>
        </w:rPr>
        <w:t>3</w:t>
      </w:r>
      <w:r>
        <w:rPr>
          <w:rFonts w:ascii="宋体;SimSun" w:hAnsi="宋体;SimSun" w:cs="宋体;SimSun"/>
          <w:color w:val="000000"/>
        </w:rPr>
        <w:t>段，可以概括“要我喝茶”；根据第</w:t>
      </w:r>
      <w:r>
        <w:rPr>
          <w:rFonts w:eastAsia="Times New Romance" w:cs="Times New Romance" w:ascii="Times New Romance" w:hAnsi="Times New Romance"/>
          <w:color w:val="000000"/>
        </w:rPr>
        <w:t>4-6</w:t>
      </w:r>
      <w:r>
        <w:rPr>
          <w:rFonts w:ascii="宋体;SimSun" w:hAnsi="宋体;SimSun" w:cs="宋体;SimSun"/>
          <w:color w:val="000000"/>
        </w:rPr>
        <w:t>段，可以概括“带我看庙画”。</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本题考查对感情线索的理解。第</w:t>
      </w:r>
      <w:r>
        <w:rPr>
          <w:rFonts w:eastAsia="Times New Romance" w:cs="Times New Romance" w:ascii="Times New Romance" w:hAnsi="Times New Romance"/>
          <w:color w:val="000000"/>
        </w:rPr>
        <w:t>1-6</w:t>
      </w:r>
      <w:r>
        <w:rPr>
          <w:rFonts w:ascii="宋体;SimSun" w:hAnsi="宋体;SimSun" w:cs="宋体;SimSun"/>
          <w:color w:val="000000"/>
        </w:rPr>
        <w:t>段，写小时候父亲对“我”很严厉，“我”害怕他；第</w:t>
      </w:r>
      <w:r>
        <w:rPr>
          <w:rFonts w:eastAsia="Times New Romance" w:cs="Times New Romance" w:ascii="Times New Romance" w:hAnsi="Times New Romance"/>
          <w:color w:val="000000"/>
        </w:rPr>
        <w:t>7-8</w:t>
      </w:r>
      <w:r>
        <w:rPr>
          <w:rFonts w:ascii="宋体;SimSun" w:hAnsi="宋体;SimSun" w:cs="宋体;SimSun"/>
          <w:color w:val="000000"/>
        </w:rPr>
        <w:t>段，写上学工作，离开家乡后，父亲不舍“我”离去、期盼“我”回家，而“我”也理解父亲；第</w:t>
      </w:r>
      <w:r>
        <w:rPr>
          <w:rFonts w:eastAsia="Times New Romance" w:cs="Times New Romance" w:ascii="Times New Romance" w:hAnsi="Times New Romance"/>
          <w:color w:val="000000"/>
        </w:rPr>
        <w:t>9</w:t>
      </w:r>
      <w:r>
        <w:rPr>
          <w:rFonts w:ascii="宋体;SimSun" w:hAnsi="宋体;SimSun" w:cs="宋体;SimSun"/>
          <w:color w:val="000000"/>
        </w:rPr>
        <w:t>段，写敬畏自己长大成熟的儿子，儿子也十分怜惜父亲。</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重点语句的赏析。这一句描写父子离别时的景色，“旷野”无人，只有“寒风积雪”“一抹虚白的阳光和远处的几声鸡啼”，景色凄清寒冷，渲染出父子离别时刻的难以言喻的感伤、不舍。借景抒情，情景交融，十分感人。</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本题考查对人物形象的分析理解。父亲的性格可概括为四点：①严厉。如，第</w:t>
      </w:r>
      <w:r>
        <w:rPr>
          <w:rFonts w:eastAsia="Times New Romance" w:cs="Times New Romance" w:ascii="Times New Romance" w:hAnsi="Times New Romance"/>
          <w:color w:val="000000"/>
        </w:rPr>
        <w:t>1</w:t>
      </w:r>
      <w:r>
        <w:rPr>
          <w:rFonts w:ascii="宋体;SimSun" w:hAnsi="宋体;SimSun" w:cs="宋体;SimSun"/>
          <w:color w:val="000000"/>
        </w:rPr>
        <w:t>段父亲打我。②慈爱。如，第</w:t>
      </w:r>
      <w:r>
        <w:rPr>
          <w:rFonts w:eastAsia="Times New Romance" w:cs="Times New Romance" w:ascii="Times New Romance" w:hAnsi="Times New Romance"/>
          <w:color w:val="000000"/>
        </w:rPr>
        <w:t>3</w:t>
      </w:r>
      <w:r>
        <w:rPr>
          <w:rFonts w:ascii="宋体;SimSun" w:hAnsi="宋体;SimSun" w:cs="宋体;SimSun"/>
          <w:color w:val="000000"/>
        </w:rPr>
        <w:t>段父亲让“我”喝茶，不让喝凉水。③望子成龙心切，如，第</w:t>
      </w:r>
      <w:r>
        <w:rPr>
          <w:rFonts w:eastAsia="Times New Romance" w:cs="Times New Romance" w:ascii="Times New Romance" w:hAnsi="Times New Romance"/>
          <w:color w:val="000000"/>
        </w:rPr>
        <w:t>4</w:t>
      </w:r>
      <w:r>
        <w:rPr>
          <w:rFonts w:ascii="宋体;SimSun" w:hAnsi="宋体;SimSun" w:cs="宋体;SimSun"/>
          <w:color w:val="000000"/>
        </w:rPr>
        <w:t>段交待“看庙”是让“我”开阔眼界，是培养我画画的一种方式。④对文化很神往，从第</w:t>
      </w:r>
      <w:r>
        <w:rPr>
          <w:rFonts w:eastAsia="Times New Romance" w:cs="Times New Romance" w:ascii="Times New Romance" w:hAnsi="Times New Romance"/>
          <w:color w:val="000000"/>
        </w:rPr>
        <w:t>6</w:t>
      </w:r>
      <w:r>
        <w:rPr>
          <w:rFonts w:ascii="宋体;SimSun" w:hAnsi="宋体;SimSun" w:cs="宋体;SimSun"/>
          <w:color w:val="000000"/>
        </w:rPr>
        <w:t>段“父亲对庙里的壁画还加以评论”可以看出。</w:t>
      </w:r>
    </w:p>
    <w:p>
      <w:pPr>
        <w:pStyle w:val="Heading3"/>
      </w:pPr>
      <w:r>
        <w:t>昌平区新学道临川学校</w:t>
      </w:r>
    </w:p>
    <w:p>
      <w:r>
        <w:t>【未能自动提取，请查看原卷：精品解析：北京市昌平区新学道临川学校2019-2020学年七年级上学期期中语文试题（原卷版）.doc】</w:t>
      </w:r>
    </w:p>
    <w:p>
      <w:pPr>
        <w:pStyle w:val="Heading3"/>
      </w:pPr>
      <w:r>
        <w:t>海淀区中关村中学</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阅读《和秋相遇</w:t>
      </w:r>
      <w:r>
        <w:rPr>
          <w:rFonts w:ascii="宋体" w:eastAsia="宋体" w:hAnsi="宋体" w:cs="宋体"/>
          <w:color w:val="000000"/>
          <w:position w:val="-1"/>
        </w:rPr>
        <w:drawing>
          <wp:inline>
            <wp:extent cx="139700" cy="190500"/>
            <wp:docPr id="13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
                    <pic:cNvPicPr>
                      <a:picLocks noChangeAspect="1"/>
                    </pic:cNvPicPr>
                  </pic:nvPicPr>
                  <pic:blipFill>
                    <a:blip r:embed="rId17"/>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莫斯科》，完成小题。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和秋相遇在莫斯科</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梁衡</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①汽车在从机场往莫斯科的公路上飞驰，两边的景物忽闪而过，我突然有一种感觉：</w:t>
      </w:r>
      <w:r>
        <w:rPr>
          <w:rFonts w:ascii="楷体" w:eastAsia="楷体" w:hAnsi="楷体" w:cs="楷体"/>
          <w:color w:val="000000"/>
          <w:u w:val="single"/>
        </w:rPr>
        <w:t>像在他乡遇到一个故人，很熟很熟的，但又一下想不起名字。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莫斯科的郊外比北京显得开阔，茸茸的衰草一直铺到天边，草地上红色的小木房，东一座西一座，漫不经心地散落着。而天是洗过一样的，湛蓝湛蓝。路边的白桦林被风轻拂着伸向远方，一抹冷绿中又显出些亮亮的黄叶，像画家随意点染了几笔。天地间疏朗而又清静。八小时前我还在北京机场的大楼里随人流拥来挤去，现在看着这异国的风光，陌生中却又生出一种似曾相识的亲切来。我的头贴在玻璃窗上，细细地体味着，寻觅着，车子进入市区，车流如梭，行人穿着夹大衣在街上漫步，便道上的落叶在他们脚下轻轻地打着旋。一株红衣李树从车窗前忽闪而过，红红的如一团旺火。我心中一亮，啊，明白了，我飞了几千公里在这里追上了秋天，一下降落在它的怀抱里，今年我与秋相遇在莫斯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第二天，我们去参观一个大教堂。这实际是座公园，古老的建筑加上初秋的树林谐和而幽静。合抱粗的杨树并不太密，却好大一片，深深地望不出去。树叶黄了，风一吹飒飒地飘落下来，而地上的草却还是绿色不减，丰厚如茵。阳光斜射进来，被切割成丝丝缕缕，切成一幅壮美迷离的奇景。我一头钻进树林，喊道：“快给我照一张，要这树，这草，这光。”要不是顾及客人的身份，我真想就地躺成一个大字，去一试大地的温柔与空气的清凉。林间三三两两的游人悠闲地走着，与树林、草坪、秋色融在了一起。说是公园可无论如何也没有我在国内香山脚下或颐和园廊上看到的那种熙熙攘攘，好静啊，人们一个两个，在自自然然地来去。我对着大树，我仰望天空，在品着秋，秋是什么呢？像一只无形的手在空中撒了一把显影剂，于是天高了，云淡了，繁叶抖落了，树干清瘦了，空气清亮了，空间开阔了。热闹的夏就这样显像为沉静的秋。</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最使我深得秋味的是基辅的一次聚会。那天苏中友好协会基辅分会邀我们去座谈。基辅本有“栗树之城”之称，协会的小楼更是埋在栗树深处，十分幽静。座谈结束后主人特为中国客人准备了两个小节目。房角原有一架钢琴。这时走上来两位男女歌唱家，他们深情地唱了一支《人生相会只有一次》。这歌声琴声贴着天花板、擦着墙，在身前身后低回慢转，我们沐浴在一个乐声的温泉之中。我想起一个成语，说风景好时曰“秀色可餐”，现在我们就正餐着一曲妙乐，这是何等精神享受呵。我这样想着，猛一抬头看到厚厚的橡木窗户外那参天的栗树，和栗树枝后依稀可见的楼房。街上的汽车正一辆辆地疾穿而过，却没有一点声音，像鱼儿在水里游。我耳听美妙的音乐，眼看无声的车流，久久地凝视那黄绿相间的栗树枝叶，顿悟到一种从未有过的境界。动与静是这样巧妙地结合，这是秋给予的吗？秋真是一个过滤器，她滤掉了夏天的蝉鸣蛙鼓，还要滤掉这尘世的烦恼与躁动。</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聚会结束后，我步行回旅馆。涅瓦河顺着街道，傍着宫墙，从市中心静静地流过。白浪轻轻地拍打着两岸黑色的石条，碧水倒映着远处金顶的教堂。我边走，边眺望这水蒙蒙、波闪闪的河面。河对岸是巍巍的冬宫，河面上是那艘著名的阿芙乐尔号巡洋舰，当年这两个新旧势力的代表，现在一个在岸边，一个在水上，都成了供人凭吊的文物。秋风送来河面上的雾气，湿润润的。在这里，或者说在这里的秋景中，我看到的，不只是一个过滤了的季节，而且是一个过滤了的世纪。</w:t>
      </w:r>
    </w:p>
    <w:p>
      <w:pPr>
        <w:spacing w:line="360" w:lineRule="auto"/>
        <w:ind w:firstLine="420"/>
        <w:jc w:val="right"/>
        <w:textAlignment w:val="center"/>
        <w:rPr>
          <w:rFonts w:ascii="楷体" w:eastAsia="楷体" w:hAnsi="楷体" w:cs="楷体"/>
          <w:color w:val="000000"/>
        </w:rPr>
      </w:pPr>
      <w:r>
        <w:rPr>
          <w:rFonts w:ascii="楷体" w:eastAsia="楷体" w:hAnsi="楷体" w:cs="楷体"/>
          <w:color w:val="000000"/>
        </w:rPr>
        <w:t>（选自梁衡散文集《追寻遥远的美丽》，有删改）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11. </w:t>
      </w:r>
      <w:r>
        <w:rPr>
          <w:rFonts w:ascii="宋体" w:eastAsia="宋体" w:hAnsi="宋体" w:cs="宋体"/>
          <w:color w:val="000000"/>
        </w:rPr>
        <w:t>将第②段中与第①段画线句子相呼应的一句抄写在下面。</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12. </w:t>
      </w:r>
      <w:r>
        <w:rPr>
          <w:rFonts w:ascii="宋体" w:eastAsia="宋体" w:hAnsi="宋体" w:cs="宋体"/>
          <w:color w:val="000000"/>
        </w:rPr>
        <w:t>作者与秋相遇在莫斯科，他参观了大教堂，与友人相聚在“栗树之城基辅”，感受到了莫斯科的秋具有</w:t>
      </w:r>
      <w:r>
        <w:rPr>
          <w:rFonts w:ascii="宋体" w:eastAsia="宋体" w:hAnsi="宋体" w:cs="宋体"/>
          <w:color w:val="000000"/>
        </w:rPr>
        <w:t>__________</w:t>
      </w:r>
      <w:r>
        <w:rPr>
          <w:rFonts w:ascii="宋体" w:eastAsia="宋体" w:hAnsi="宋体" w:cs="宋体"/>
          <w:color w:val="000000"/>
        </w:rPr>
        <w:t>、</w:t>
      </w:r>
      <w:r>
        <w:rPr>
          <w:rFonts w:ascii="宋体" w:eastAsia="宋体" w:hAnsi="宋体" w:cs="宋体"/>
          <w:color w:val="000000"/>
        </w:rPr>
        <w:t>__________</w:t>
      </w:r>
      <w:r>
        <w:rPr>
          <w:rFonts w:ascii="宋体" w:eastAsia="宋体" w:hAnsi="宋体" w:cs="宋体"/>
          <w:color w:val="000000"/>
        </w:rPr>
        <w:t>的特点。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13. </w:t>
      </w:r>
      <w:r>
        <w:rPr>
          <w:rFonts w:ascii="宋体" w:eastAsia="宋体" w:hAnsi="宋体" w:cs="宋体"/>
          <w:color w:val="000000"/>
        </w:rPr>
        <w:t>本文的语言形象生动而富有感染力，请从下面</w:t>
      </w:r>
      <w:r>
        <w:rPr>
          <w:rFonts w:ascii="宋体" w:eastAsia="宋体" w:hAnsi="宋体" w:cs="宋体"/>
          <w:color w:val="000000"/>
          <w:em w:val="dot"/>
        </w:rPr>
        <w:t>两句中任选一句</w:t>
      </w:r>
      <w:r>
        <w:rPr>
          <w:rFonts w:ascii="宋体" w:eastAsia="宋体" w:hAnsi="宋体" w:cs="宋体"/>
          <w:color w:val="000000"/>
        </w:rPr>
        <w:t>，说说其妙处。</w:t>
      </w:r>
    </w:p>
    <w:p>
      <w:pPr>
        <w:spacing w:line="360" w:lineRule="auto"/>
        <w:jc w:val="left"/>
        <w:textAlignment w:val="center"/>
        <w:rPr>
          <w:rFonts w:ascii="宋体" w:eastAsia="宋体" w:hAnsi="宋体" w:cs="宋体"/>
          <w:color w:val="000000"/>
        </w:rPr>
      </w:pPr>
      <w:r>
        <w:rPr>
          <w:rFonts w:ascii="宋体" w:eastAsia="宋体" w:hAnsi="宋体" w:cs="宋体"/>
          <w:color w:val="000000"/>
        </w:rPr>
        <w:t>（1）秋是什么呢？像一只无形的手在空中撒了一把显影剂，于是天高了，云淡了，繁叶抖落了，树干清瘦了，空气清亮了，空间开阔了。热闹的夏就这样显像为沉静的秋。</w:t>
      </w:r>
    </w:p>
    <w:p>
      <w:pPr>
        <w:spacing w:line="360" w:lineRule="auto"/>
        <w:jc w:val="left"/>
        <w:textAlignment w:val="center"/>
        <w:rPr>
          <w:rFonts w:ascii="宋体" w:eastAsia="宋体" w:hAnsi="宋体" w:cs="宋体"/>
          <w:color w:val="000000"/>
        </w:rPr>
      </w:pPr>
      <w:r>
        <w:rPr>
          <w:rFonts w:ascii="宋体" w:eastAsia="宋体" w:hAnsi="宋体" w:cs="宋体"/>
          <w:color w:val="000000"/>
        </w:rPr>
        <w:t>（2）这歌声琴声贴着天花板、擦着墙，在身前身后低回慢转，我们沐浴在一个乐声的温泉之中。</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文章结尾句“在这里，或者说在这里的秋景中，我看到的，不只是一个过滤了的季节，而且是一个过滤了的世纪”应怎样理解？</w:t>
      </w:r>
    </w:p>
    <w:p>
      <w:pPr>
        <w:spacing w:line="360" w:lineRule="auto"/>
        <w:textAlignment w:val="center"/>
        <w:rPr>
          <w:rFonts w:ascii="宋体" w:eastAsia="宋体" w:hAnsi="宋体" w:cs="宋体"/>
          <w:color w:val="000000"/>
        </w:rPr>
      </w:pPr>
      <w:r>
        <w:rPr>
          <w:color w:val="2E75B6"/>
        </w:rPr>
        <w:t>【答案】</w:t>
      </w:r>
      <w:r>
        <w:rPr>
          <w:color w:val="000000"/>
        </w:rPr>
        <w:t xml:space="preserve">11. </w:t>
      </w:r>
      <w:r>
        <w:rPr>
          <w:rFonts w:ascii="宋体" w:eastAsia="宋体" w:hAnsi="宋体" w:cs="宋体"/>
          <w:color w:val="000000"/>
        </w:rPr>
        <w:t>我心中一亮，啊，明白了，我飞了几千公里在这里追上了秋天，一下降落在它的怀抱里，今年我与秋相遇在莫斯科。</w:t>
      </w:r>
      <w:r>
        <w:rPr>
          <w:color w:val="000000"/>
        </w:rPr>
        <w:t xml:space="preserve">    </w:t>
      </w:r>
    </w:p>
    <w:p>
      <w:pPr>
        <w:spacing w:line="360" w:lineRule="auto"/>
        <w:textAlignment w:val="center"/>
        <w:rPr>
          <w:rFonts w:ascii="宋体" w:eastAsia="宋体" w:hAnsi="宋体" w:cs="宋体"/>
          <w:color w:val="000000"/>
        </w:rPr>
      </w:pPr>
      <w:r>
        <w:rPr>
          <w:color w:val="000000"/>
        </w:rPr>
        <w:t xml:space="preserve">12. </w:t>
      </w:r>
      <w:r>
        <w:rPr>
          <w:color w:val="000000"/>
        </w:rPr>
        <w:t xml:space="preserve">    ①. </w:t>
      </w:r>
      <w:r>
        <w:rPr>
          <w:rFonts w:ascii="宋体" w:eastAsia="宋体" w:hAnsi="宋体" w:cs="宋体"/>
          <w:color w:val="000000"/>
        </w:rPr>
        <w:t>沉静</w:t>
      </w:r>
      <w:r>
        <w:rPr>
          <w:color w:val="000000"/>
        </w:rPr>
        <w:t xml:space="preserve">    ②. </w:t>
      </w:r>
      <w:r>
        <w:rPr>
          <w:rFonts w:ascii="宋体" w:eastAsia="宋体" w:hAnsi="宋体" w:cs="宋体"/>
          <w:color w:val="000000"/>
        </w:rPr>
        <w:t>动静结合</w:t>
      </w:r>
      <w:r>
        <w:rPr>
          <w:color w:val="000000"/>
        </w:rPr>
        <w:t xml:space="preserve">    </w:t>
      </w:r>
    </w:p>
    <w:p>
      <w:pPr>
        <w:spacing w:line="360" w:lineRule="auto"/>
        <w:textAlignment w:val="center"/>
        <w:rPr>
          <w:rFonts w:ascii="宋体" w:eastAsia="宋体" w:hAnsi="宋体" w:cs="宋体"/>
          <w:color w:val="000000"/>
        </w:rPr>
      </w:pPr>
      <w:r>
        <w:rPr>
          <w:color w:val="000000"/>
        </w:rPr>
        <w:t xml:space="preserve">13. </w:t>
      </w:r>
      <w:r>
        <w:rPr>
          <w:rFonts w:ascii="宋体" w:eastAsia="宋体" w:hAnsi="宋体" w:cs="宋体"/>
          <w:color w:val="000000"/>
        </w:rPr>
        <w:t>示例1：这句话运用了（设问）比喻、排比的修辞方法，作者把秋比作显影剂，写出了秋天到来，天高云淡、秋高气爽、沉静开阔的特点，表达了作者对莫斯科秋天的热爱和赞美之情。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2：本句运用了比拟的修辞方法，作者把歌声、琴声拟人化，运用一系列动词“贴”“擦”“低回慢转”，并将这种感受比作沐浴在温泉中。写出了歌声、琴声萦绕室内、令人陶醉的特点，写出了作者沉浸在这美的享受中，由衷赞美的思想感情。</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14. </w:t>
      </w:r>
      <w:r>
        <w:rPr>
          <w:rFonts w:ascii="宋体" w:eastAsia="宋体" w:hAnsi="宋体" w:cs="宋体"/>
          <w:color w:val="000000"/>
        </w:rPr>
        <w:t>要点：作者漫步在涅瓦河畔，不仅感受到了莫斯科秋天的沉静，而且感受到了时光的流逝，历史的变迁。</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学生分析文章内容照应的能力。分析文章内容的前后呼应，这是属于文章的结构问题，文章的结构是一个有机的整体，有时为了文章的情节的需要，在文章的前面作一些必要的暗示，所以，在读文章的时候，要仔细阅读。从“他乡”“故人”“想不起名字”这些关键词可知，与其照应的句子应是围绕“我在莫斯科与秋天相遇”来回答，即第②段的最后一句，摘抄下来即可。</w:t>
      </w:r>
    </w:p>
    <w:p>
      <w:pPr>
        <w:spacing w:line="360" w:lineRule="auto"/>
        <w:textAlignment w:val="center"/>
        <w:rPr>
          <w:color w:val="000000"/>
        </w:rPr>
      </w:pPr>
      <w:r>
        <w:rPr>
          <w:color w:val="000000"/>
        </w:rPr>
        <w:t>【12题详解】</w:t>
      </w:r>
    </w:p>
    <w:p>
      <w:pPr>
        <w:spacing w:line="360" w:lineRule="auto"/>
        <w:textAlignment w:val="center"/>
        <w:rPr>
          <w:rFonts w:ascii="宋体" w:eastAsia="宋体" w:hAnsi="宋体" w:cs="宋体"/>
          <w:color w:val="000000"/>
        </w:rPr>
      </w:pPr>
      <w:r>
        <w:rPr>
          <w:rFonts w:ascii="宋体" w:eastAsia="宋体" w:hAnsi="宋体" w:cs="宋体"/>
          <w:color w:val="000000"/>
        </w:rPr>
        <w:t>此题考查学生从文中筛选有效信息的能力。这类题目应明确信息筛选的方向，即挑选的范围和标准，其次要对原文语句进行加工概括，用凝练准确的语言来作答。从“热闹的夏就这样显像为沉静的秋”“动与静是这样巧妙地结合”可以提炼出问题的答案。</w:t>
      </w:r>
    </w:p>
    <w:p>
      <w:pPr>
        <w:spacing w:line="360" w:lineRule="auto"/>
        <w:textAlignment w:val="center"/>
        <w:rPr>
          <w:color w:val="000000"/>
        </w:rPr>
      </w:pPr>
      <w:r>
        <w:rPr>
          <w:color w:val="000000"/>
        </w:rPr>
        <w:t>【13题详解】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重点句子的赏析能力。一般来说，要求学生赏析的句子往往具有某一特色，或是修辞，或是表达方式，或是遣词造句，这就要求学生结合具体语境灵活作答。通常解题思路是：先写出句子的特点，然后结合具体语境进行分析，最后写出表达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1）“像一只无形的手在空中撒了一把显影剂”运用了比喻的修辞，“天高了，云淡了，繁叶抖落了，树干清瘦了，空气清亮了，空间开阔了”运用了排比的修辞。两种修辞手法的综合运用，形象地写出了莫斯科的秋天沉静的特点，表达了作者对这一美景的喜爱。</w:t>
      </w:r>
    </w:p>
    <w:p>
      <w:pPr>
        <w:spacing w:line="360" w:lineRule="auto"/>
        <w:jc w:val="left"/>
        <w:textAlignment w:val="center"/>
        <w:rPr>
          <w:rFonts w:ascii="宋体" w:eastAsia="宋体" w:hAnsi="宋体" w:cs="宋体"/>
          <w:color w:val="000000"/>
        </w:rPr>
      </w:pPr>
      <w:r>
        <w:rPr>
          <w:rFonts w:ascii="宋体" w:eastAsia="宋体" w:hAnsi="宋体" w:cs="宋体"/>
          <w:color w:val="000000"/>
        </w:rPr>
        <w:t>（2）“在身前身后低回慢转”运用了拟人</w:t>
      </w:r>
      <w:r>
        <w:rPr>
          <w:rFonts w:ascii="宋体" w:eastAsia="宋体" w:hAnsi="宋体" w:cs="宋体"/>
          <w:color w:val="000000"/>
          <w:position w:val="0"/>
        </w:rPr>
        <w:drawing>
          <wp:inline>
            <wp:extent cx="133350" cy="177800"/>
            <wp:docPr id="13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修辞手法，写出了歌声、琴声的优美轻柔，表达了作者的欣喜之情。</w:t>
      </w:r>
    </w:p>
    <w:p>
      <w:pPr>
        <w:spacing w:line="360" w:lineRule="auto"/>
        <w:jc w:val="left"/>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学生理解文章语句含义的能力。要从全文的主旨和情感基调入手，品味语句所包含、所表达的思想感情。“过滤”本指通过特殊装置将流体提纯净化的过程，用在这里突出了莫斯科秋天的纯净，同时这个城市也展现了不同历史阶段的特点。</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阅读《老汪栗子》，完成小题。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老汪栗子</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①等别的炒栗店开张约20天后，老汪的炒栗店才开张。他等得很有耐心，因为没熟透的栗子口感甜脆，宜做成凉拌菜下酒，若炒来吃，既不粉也不糯，是要坏了招牌的。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在老汪的店里，满匾的栗子看上去十分朴素，就像山间老农的脸色，是那种没有反光的棠皮色，不像别的摊上的栗子那么好看，或油光发亮，或肚上横切一刀，露出诱人的暖黄色的栗肉来。老汪的栗子不打蜡，不喷糖水，不开口子，偏是他的店门前排长队。顾客等得急，老汪一点也不急，非要把刚倒出的满匾的热栗子轻抖一遍，在抖动的过程中，老汪眼疾手快地挑出了十几个坏栗子，搁到一边。</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③这真是神奇，生栗子已经挑拣了一遍，现在挑出来的，外面看没坏，他怎么知道是坏的？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老汪说，气味不对。他打了个比方：比如一个在车站或码头当了20年便衣警察的人，在万千人中扫视，只要他拦下的人，多半是网上通缉的嫌疑犯，他都不需要与那人对视，只要从他身边过，就感觉“气味不对”。</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栗子要有香甜粉糯的口感，七分在栗种，三分在炒制的功夫。老汪不肯给栗子开口子，是因为硬开口子的栗子，水分都在炒制的过程中跑光了，热吃噎人，凉吃更是口感铁硬。但没开口的栗子很容易在炒制的过程中炸锅，要是有一小部分栗子像控制不住的火药一样迸壳而出，就会溅得一炉栗子都斑斑点点。所以，控制炒栗炉的火力非常重要。每一炉栗子下锅前，老汪都要细验单颗栗子的分量，以及皮壳的厚度，他炒好的栗子，顶端会有自然的放射状裂纹，手轻轻一</w:t>
      </w:r>
      <w:r>
        <w:rPr>
          <w:rFonts w:ascii="楷体" w:eastAsia="楷体" w:hAnsi="楷体" w:cs="楷体"/>
          <w:color w:val="000000"/>
          <w:u w:val="single"/>
        </w:rPr>
        <w:t xml:space="preserve">甲    </w:t>
      </w:r>
      <w:r>
        <w:rPr>
          <w:rFonts w:ascii="楷体" w:eastAsia="楷体" w:hAnsi="楷体" w:cs="楷体"/>
          <w:color w:val="000000"/>
        </w:rPr>
        <w:t>（挤  掰），栗壳就开了。老汪得意地搓搓手：“这锅栗子的‘梅花裂’炒成了。”“梅花裂”指的是栗子顶端的裂口是五道，“丁香裂”是四道，这样的雅名也只有老汪这样的戏迷才会想出来。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每过十几天，栗子店会关门一天。老汪自己在门楣上手书致歉条一张，毛笔字写得很端庄：“名角来了，听戏一天。”或者是：“去大别山收栗一天，新鲜炒野栗，明日赶早。”老汪信不过批发市场的栗子，定要自己开车去大别山收栗子。那里除了家栗外，还出产一种口感细腻粉甜的野栗子，有一股奇特的果香，比莲子大不了多少，呈尖锥形，是当地的留守儿童和老人去大山的荆棘丛中打来的。打栗人要穿粗布衣裤，把衣袖裤脚都扎紧，</w:t>
      </w:r>
      <w:r>
        <w:rPr>
          <w:rFonts w:ascii="楷体" w:eastAsia="楷体" w:hAnsi="楷体" w:cs="楷体"/>
          <w:color w:val="000000"/>
          <w:u w:val="single"/>
        </w:rPr>
        <w:t xml:space="preserve">乙    </w:t>
      </w:r>
      <w:r>
        <w:rPr>
          <w:rFonts w:ascii="楷体" w:eastAsia="楷体" w:hAnsi="楷体" w:cs="楷体"/>
          <w:color w:val="000000"/>
        </w:rPr>
        <w:t>（迈  趟）过与野栗树混生的荆棘，仰面用小木棍去抽打那些长满刺的栗苞；回来后要把栗苞装在小麻袋里摔打，使之裂开；再戴上粗线手套把野栗剥出，十分辛苦。老汪说：“每个交栗子的人手上都裂着口子。”那是山区老人和学童一笔很重要的零花钱，是家中没有栗园的人也有的得意小收入，老汪说：“既然这样，为啥不帮帮他们？”</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⑦山里人也有自己的原则，11月，第一场雪落下来，野栗子就没人打了，因为老辈人说，天寒地冻，野鸟们少吃食，那些留在树上的野栗子，是它们一冬的口粮呢。</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老汪每年收栗子时，都要在山区帮扶两三个刚考上大学的孩子，栗子收到哪里，他就帮扶到哪里，没有一定。老汪在与老乡的闲聊中知道那孩子的情况，到人家家里看一看，讨碗水喝，吃上一两个山里人待客的水柿子，临走前，帮扶的钱就被悄悄压在装柿子的竹簸箕底下。</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联系上下文，为文中甲乙两处选择恰当的词语。</w:t>
      </w:r>
    </w:p>
    <w:p>
      <w:pPr>
        <w:spacing w:line="360" w:lineRule="auto"/>
        <w:jc w:val="left"/>
        <w:textAlignment w:val="center"/>
        <w:rPr>
          <w:rFonts w:ascii="宋体" w:eastAsia="宋体" w:hAnsi="宋体" w:cs="宋体"/>
          <w:color w:val="000000"/>
        </w:rPr>
      </w:pPr>
      <w:r>
        <w:rPr>
          <w:rFonts w:ascii="宋体" w:eastAsia="宋体" w:hAnsi="宋体" w:cs="宋体"/>
          <w:color w:val="000000"/>
        </w:rPr>
        <w:t>甲：</w:t>
      </w:r>
      <w:r>
        <w:rPr>
          <w:rFonts w:ascii="宋体" w:eastAsia="宋体" w:hAnsi="宋体" w:cs="宋体"/>
          <w:color w:val="000000"/>
        </w:rPr>
        <w:t>______________</w:t>
      </w:r>
      <w:r>
        <w:rPr>
          <w:rFonts w:ascii="宋体" w:eastAsia="宋体" w:hAnsi="宋体" w:cs="宋体"/>
          <w:color w:val="000000"/>
        </w:rPr>
        <w:t xml:space="preserve">    乙：</w:t>
      </w:r>
      <w:r>
        <w:rPr>
          <w:rFonts w:ascii="宋体" w:eastAsia="宋体" w:hAnsi="宋体" w:cs="宋体"/>
          <w:color w:val="000000"/>
        </w:rPr>
        <w:t>_______________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阅读文章②-⑥段，完成下面表格。</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680"/>
        <w:gridCol w:w="3840"/>
        <w:gridCol w:w="1110"/>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事件</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心理活动</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性格特点</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保持栗子本色，不放过坏栗</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①</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②</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不给栗子开口却照样炒制出梅花裂、丁香裂香栗</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保持栗子香甜粉糯的口感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③</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④</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不能因为买卖而舍弃自己的爱好；</w:t>
            </w:r>
          </w:p>
          <w:p>
            <w:pPr>
              <w:spacing w:line="360" w:lineRule="auto"/>
              <w:jc w:val="left"/>
              <w:textAlignment w:val="center"/>
              <w:rPr>
                <w:rFonts w:ascii="宋体" w:eastAsia="宋体" w:hAnsi="宋体" w:cs="宋体"/>
                <w:color w:val="000000"/>
              </w:rPr>
            </w:pPr>
            <w:r>
              <w:rPr>
                <w:rFonts w:ascii="宋体" w:eastAsia="宋体" w:hAnsi="宋体" w:cs="宋体"/>
                <w:color w:val="000000"/>
              </w:rPr>
              <w:t>保证栗子的质量，帮助留守老人和儿童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⑤</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圈点批注是阅读文章需养成的良好习惯，圈画出那些富有表现力的词句，批注上自己的阅读感受，对于我们理解文章能起到很好的帮助作用。下面是文章第②段，请圈画出你认为最有表现力的词或句，并写出阅读感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在老汪的店里，满匾的栗子看上去十分朴素，就像山间老农的脸色，是那种没有反光的棠皮色，不像别的摊上的栗子那么好看，或油光发亮，或肚上横切一刀，露出诱人的暖黄色的栗肉来。老汪的栗子不打蜡，不喷糖水，不开口子，偏是他的店门前排长队。顾客等得急，老汪一点也不急，非要把刚倒出的满匾的热栗子轻抖一遍，在抖动的过程中，老汪眼疾手快地挑出了十几个坏栗子，搁到一边。</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阅读感受：</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文章开头写老汪的炒栗店比别人晚开张20天，结尾写老汪在帮扶山里孩子时悄悄把钱压在装柿子的竹簸箕底下。你怎样看老汪的这种做事风格？请结合文章内容或现实生活谈谈你的看法。</w:t>
      </w:r>
    </w:p>
    <w:p>
      <w:pPr>
        <w:spacing w:line="360" w:lineRule="auto"/>
        <w:textAlignment w:val="center"/>
        <w:rPr>
          <w:rFonts w:ascii="宋体" w:eastAsia="宋体" w:hAnsi="宋体" w:cs="宋体"/>
          <w:color w:val="000000"/>
        </w:rPr>
      </w:pPr>
      <w:r>
        <w:rPr>
          <w:color w:val="2E75B6"/>
        </w:rPr>
        <w:t>【答案】</w:t>
      </w:r>
      <w:r>
        <w:rPr>
          <w:color w:val="000000"/>
        </w:rPr>
        <w:t xml:space="preserve">15. </w:t>
      </w:r>
      <w:r>
        <w:rPr>
          <w:color w:val="000000"/>
        </w:rPr>
        <w:t xml:space="preserve">    ①. </w:t>
      </w:r>
      <w:r>
        <w:rPr>
          <w:rFonts w:ascii="宋体" w:eastAsia="宋体" w:hAnsi="宋体" w:cs="宋体"/>
          <w:color w:val="000000"/>
        </w:rPr>
        <w:t>甲：挤</w:t>
      </w:r>
      <w:r>
        <w:rPr>
          <w:color w:val="000000"/>
        </w:rPr>
        <w:t xml:space="preserve">    ②. </w:t>
      </w:r>
      <w:r>
        <w:rPr>
          <w:rFonts w:ascii="宋体" w:eastAsia="宋体" w:hAnsi="宋体" w:cs="宋体"/>
          <w:color w:val="000000"/>
        </w:rPr>
        <w:t>乙：趟</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①绝不欺骗顾客，不能砸了招牌②朴实善良、技艺娴熟③朴实、做事精益求精</w:t>
      </w:r>
    </w:p>
    <w:p>
      <w:pPr>
        <w:spacing w:line="360" w:lineRule="auto"/>
        <w:jc w:val="left"/>
        <w:textAlignment w:val="center"/>
        <w:rPr>
          <w:rFonts w:ascii="宋体" w:eastAsia="宋体" w:hAnsi="宋体" w:cs="宋体"/>
          <w:color w:val="000000"/>
        </w:rPr>
      </w:pPr>
      <w:r>
        <w:rPr>
          <w:rFonts w:ascii="宋体" w:eastAsia="宋体" w:hAnsi="宋体" w:cs="宋体"/>
          <w:color w:val="000000"/>
        </w:rPr>
        <w:t>④时常闭店听戏，亲自进山收栗⑤热爱生活、朴实善良</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17. </w:t>
      </w:r>
      <w:r>
        <w:rPr>
          <w:rFonts w:ascii="宋体" w:eastAsia="宋体" w:hAnsi="宋体" w:cs="宋体"/>
          <w:color w:val="000000"/>
        </w:rPr>
        <w:t>示例：“满匾的栗子看上去十分朴素，就像山间老农的脸色”运用了比喻的修辞方法，把老汪店里的栗子比作山间老农的脸，写出了老汪保持栗子本色，不以好看的外表吸引顾客的独特之处，突出了老汪的朴实。</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示例：我认为老汪的做法在当今社会是难能可贵的，他比别人晚开店，是在等栗子完全成熟，是为了不坏了自己的招牌，在经济诱惑面前能够有这份执着和坚守，让我看到了老汪身上那种真诚和朴实，我很敬佩老汪。</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textAlignment w:val="center"/>
        <w:rPr>
          <w:rFonts w:ascii="宋体" w:eastAsia="宋体" w:hAnsi="宋体" w:cs="宋体"/>
          <w:color w:val="000000"/>
        </w:rPr>
      </w:pPr>
      <w:r>
        <w:rPr>
          <w:rFonts w:ascii="宋体" w:eastAsia="宋体" w:hAnsi="宋体" w:cs="宋体"/>
          <w:color w:val="000000"/>
        </w:rPr>
        <w:t>选词填空首先要明确词语的意义和用法，然后再结合具体的语言环境来分析，可以从使用范围和语意侧重点角度来辨析。</w:t>
      </w:r>
    </w:p>
    <w:p>
      <w:pPr>
        <w:spacing w:line="360" w:lineRule="auto"/>
        <w:jc w:val="left"/>
        <w:textAlignment w:val="center"/>
        <w:rPr>
          <w:rFonts w:ascii="宋体" w:eastAsia="宋体" w:hAnsi="宋体" w:cs="宋体"/>
          <w:color w:val="000000"/>
        </w:rPr>
      </w:pPr>
      <w:r>
        <w:rPr>
          <w:rFonts w:ascii="宋体" w:eastAsia="宋体" w:hAnsi="宋体" w:cs="宋体"/>
          <w:color w:val="000000"/>
        </w:rPr>
        <w:t>（1）“挤”的意思是用压力使从孔隙中出来，“掰”指用手把东西分开或折断，结合上文“顶端会有自然的放射状裂纹”这一语境可知，此处应该用“挤”。</w:t>
      </w:r>
    </w:p>
    <w:p>
      <w:pPr>
        <w:spacing w:line="360" w:lineRule="auto"/>
        <w:jc w:val="left"/>
        <w:textAlignment w:val="center"/>
        <w:rPr>
          <w:rFonts w:ascii="宋体" w:eastAsia="宋体" w:hAnsi="宋体" w:cs="宋体"/>
          <w:color w:val="000000"/>
        </w:rPr>
      </w:pPr>
      <w:r>
        <w:rPr>
          <w:rFonts w:ascii="宋体" w:eastAsia="宋体" w:hAnsi="宋体" w:cs="宋体"/>
          <w:color w:val="000000"/>
        </w:rPr>
        <w:t>（2）“迈”指提脚向前走，跨，“趟”本指从浅水里走过去，从“与野栗树混生的荆棘”这一路况可知，此处应该用“趟”。</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学生对情节的掌握和对人物心理、性格的分析能力。解答此类问题，首先仔细阅读文章，熟悉全文的情节，最好把故事情节分出几个片段，看每一片段中人物的表现及作者对人物的描写，抓住关键的描写处，找出不同点。“保持栗子本色，不放过坏栗”说明老汪担心出现坏栗子，他是一个正直、专业、讲诚信的人；“保持栗子香甜粉糯的口感”说明他是一个追求完美的人；“名角来了，听戏一天”说明他有自己的兴趣爱好，是一个热爱生活的日；“定要自己开车去大别山收栗子”说明他是一个认真、朴实的人。</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此题考查句子</w:t>
      </w:r>
      <w:r>
        <w:rPr>
          <w:rFonts w:ascii="宋体" w:eastAsia="宋体" w:hAnsi="宋体" w:cs="宋体"/>
          <w:color w:val="000000"/>
          <w:position w:val="0"/>
        </w:rPr>
        <w:drawing>
          <wp:inline>
            <wp:extent cx="133350" cy="177800"/>
            <wp:docPr id="13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赏析，作答时选择自己喜欢的一句话，从修辞、词语选用、描写方法等角度赏析即可。如“老汪一点也不急，非要把刚倒出的满匾的热栗子轻抖一遍，在抖动的过程中，老汪眼疾手快地挑出了十几个坏栗子，搁到一边”中，“轻抖一遍”“挑出”“搁到”是对老汪的动作描写，体现了老汪炒栗子的技术娴熟，表现了其正直，不欺诈顾客，不占小便宜的特点。</w:t>
      </w:r>
    </w:p>
    <w:p>
      <w:pPr>
        <w:spacing w:line="360" w:lineRule="auto"/>
        <w:jc w:val="left"/>
        <w:textAlignment w:val="center"/>
        <w:rPr>
          <w:rFonts w:ascii="宋体" w:eastAsia="宋体" w:hAnsi="宋体" w:cs="宋体"/>
          <w:color w:val="000000"/>
        </w:rPr>
      </w:pPr>
      <w:r>
        <w:rPr>
          <w:rFonts w:ascii="宋体" w:eastAsia="宋体" w:hAnsi="宋体" w:cs="宋体"/>
          <w:color w:val="000000"/>
        </w:rPr>
        <w:t>点睛：鉴赏文章中富有表现力的语句，一般遵循“方法+效果+情感”这六个字的原则，但是，无论运用什么写作方法，在分析效果时，都必须与人物的形象与情感联系起来，同时还要有全局意识，即联系全文来鉴赏要分析的句子。</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结合文章内容谈自己的理解。这类自主探究的题目，是中考的主流题型，具有较大的开放性。做这类试题，一方面要结合全文内容，另一方面要联系自己的生活体验，谈自己的真实感受。“老汪的炒栗店比别人晚开张20天”说明老汪做生意讲诚信；“悄悄把钱压在装柿子的竹簸箕底下”说明老汪乐于助人不留名，表现了老汪的爱心。他的正直和善良是值得我们学习的。</w:t>
      </w:r>
    </w:p>
    <w:p>
      <w:pPr>
        <w:pStyle w:val="Heading3"/>
      </w:pPr>
      <w:r>
        <w:t>石景山区景山学校</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六、现代文阅读（共</w:t>
      </w:r>
      <w:r>
        <w:rPr>
          <w:rFonts w:eastAsia="宋体;SimSun" w:cs="宋体;SimSun" w:ascii="宋体;SimSun" w:hAnsi="宋体;SimSun"/>
          <w:b/>
          <w:color w:val="000000"/>
          <w:sz w:val="24"/>
        </w:rPr>
        <w:t>12</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阅读《优秀才是你的发言权》，完成小题。</w:t>
      </w:r>
    </w:p>
    <w:p>
      <w:pPr>
        <w:pStyle w:val="Normal"/>
        <w:spacing w:lineRule="auto" w:line="360"/>
        <w:ind w:firstLine="375" w:end="0"/>
        <w:jc w:val="center"/>
        <w:textAlignment w:val="center"/>
        <w:rPr>
          <w:rFonts w:ascii="楷体" w:hAnsi="楷体" w:eastAsia="楷体" w:cs="楷体"/>
          <w:color w:val="000000"/>
        </w:rPr>
      </w:pPr>
      <w:r>
        <w:rPr>
          <w:rFonts w:ascii="楷体" w:hAnsi="楷体" w:cs="楷体" w:eastAsia="楷体"/>
          <w:color w:val="000000"/>
        </w:rPr>
        <w:t>优秀才是你的发言权</w:t>
      </w:r>
    </w:p>
    <w:p>
      <w:pPr>
        <w:pStyle w:val="Normal"/>
        <w:spacing w:lineRule="auto" w:line="360"/>
        <w:ind w:firstLine="375" w:end="0"/>
        <w:jc w:val="center"/>
        <w:textAlignment w:val="center"/>
        <w:rPr>
          <w:rFonts w:ascii="楷体" w:hAnsi="楷体" w:eastAsia="楷体" w:cs="楷体"/>
          <w:color w:val="000000"/>
        </w:rPr>
      </w:pPr>
      <w:r>
        <w:rPr>
          <w:rFonts w:ascii="楷体" w:hAnsi="楷体" w:cs="楷体" w:eastAsia="楷体"/>
          <w:color w:val="000000"/>
        </w:rPr>
        <w:t>杨熹文</w:t>
      </w:r>
    </w:p>
    <w:p>
      <w:pPr>
        <w:pStyle w:val="Normal"/>
        <w:spacing w:lineRule="auto" w:line="360"/>
        <w:ind w:firstLine="375" w:end="0"/>
        <w:jc w:val="start"/>
        <w:textAlignment w:val="center"/>
        <w:rPr/>
      </w:pPr>
      <w:r>
        <w:rPr>
          <w:rFonts w:eastAsia="楷体" w:cs="楷体" w:ascii="楷体" w:hAnsi="楷体"/>
          <w:color w:val="000000"/>
        </w:rPr>
        <w:t>①</w:t>
      </w:r>
      <w:r>
        <w:rPr>
          <w:rFonts w:ascii="楷体" w:hAnsi="楷体" w:cs="楷体" w:eastAsia="楷体"/>
          <w:color w:val="000000"/>
          <w:u w:val="single"/>
        </w:rPr>
        <w:t>那是我背井离乡的第一年，家乡已经把夏天过腻了，我却一个人在南半球强撑着活过一个</w:t>
      </w:r>
      <w:r>
        <w:rPr>
          <w:rFonts w:ascii="楷体" w:hAnsi="楷体" w:cs="楷体" w:eastAsia="楷体"/>
          <w:color w:val="000000"/>
          <w:em w:val="underDot"/>
        </w:rPr>
        <w:t>寒冬</w:t>
      </w:r>
      <w:r>
        <w:rPr>
          <w:rFonts w:ascii="楷体" w:hAnsi="楷体" w:cs="楷体" w:eastAsia="楷体"/>
          <w:color w:val="000000"/>
        </w:rPr>
        <w:t>。</w:t>
      </w:r>
    </w:p>
    <w:p>
      <w:pPr>
        <w:pStyle w:val="Normal"/>
        <w:spacing w:lineRule="auto" w:line="360"/>
        <w:ind w:firstLine="375"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我在一家饭馆里端盘子，全靠这份工作来赚取下个学期的学费，经常熬夜写作业的虚弱睡眠和高强度的工作量让我的记忆力有些吃不消。有一次为客人点餐时，我在点单那张纸上把“炒蛋”错写成“煎蛋”，结果把食物端出去时就遭来顾客投诉。一直在背后紧盯我的老板娘瞬间暴跳如雷，于是，整个下午我的耳边都充斥着这些指责：“你怎么这么不小心呢？害我损失客人，你知道我少赚多少钱吗？你拿什么赔给我？”她的声音是如此地尖利，不带丝毫仁慈。我不住地道歉，心里却抗议：我已经和客人道过歉了啊！我每天不是都早来十分钟吗？我的手上因为去厨房帮忙还被切伤一道呢！</w:t>
      </w:r>
    </w:p>
    <w:p>
      <w:pPr>
        <w:pStyle w:val="Normal"/>
        <w:spacing w:lineRule="auto" w:line="360"/>
        <w:ind w:firstLine="375" w:end="0"/>
        <w:jc w:val="start"/>
        <w:textAlignment w:val="center"/>
        <w:rPr/>
      </w:pPr>
      <w:r>
        <w:rPr>
          <w:rFonts w:eastAsia="楷体" w:cs="楷体" w:ascii="楷体" w:hAnsi="楷体"/>
          <w:color w:val="000000"/>
        </w:rPr>
        <w:t>③</w:t>
      </w:r>
      <w:r>
        <w:rPr>
          <w:rFonts w:ascii="楷体" w:hAnsi="楷体" w:cs="楷体" w:eastAsia="楷体"/>
          <w:color w:val="000000"/>
          <w:u w:val="single"/>
        </w:rPr>
        <w:t>可这些委屈就被理智紧紧地</w:t>
      </w:r>
      <w:r>
        <w:rPr>
          <w:rFonts w:ascii="楷体" w:hAnsi="楷体" w:cs="楷体" w:eastAsia="楷体"/>
          <w:color w:val="000000"/>
          <w:em w:val="underDot"/>
        </w:rPr>
        <w:t>卡</w:t>
      </w:r>
      <w:r>
        <w:rPr>
          <w:rFonts w:ascii="楷体" w:hAnsi="楷体" w:cs="楷体" w:eastAsia="楷体"/>
          <w:color w:val="000000"/>
          <w:u w:val="single"/>
        </w:rPr>
        <w:t>在喉咙里，任何毫无思考就脱口而出的话都能让我马上失去这工作</w:t>
      </w:r>
      <w:r>
        <w:rPr>
          <w:rFonts w:ascii="楷体" w:hAnsi="楷体" w:cs="楷体" w:eastAsia="楷体"/>
          <w:color w:val="000000"/>
        </w:rPr>
        <w:t>。</w:t>
      </w:r>
      <w:r>
        <w:rPr>
          <w:rFonts w:ascii="楷体" w:hAnsi="楷体" w:cs="楷体" w:eastAsia="楷体"/>
          <w:color w:val="000000"/>
          <w:u w:val="wave"/>
        </w:rPr>
        <w:t>老板娘给了我一个“赶快走开”的手势，于是我钻进厨房里，背对着她，装作去水池里洗碗，眼泪啪嗒啪嗒掉进满是泡沫的污水里</w:t>
      </w:r>
      <w:r>
        <w:rPr>
          <w:rFonts w:ascii="楷体" w:hAnsi="楷体" w:cs="楷体" w:eastAsia="楷体"/>
          <w:i/>
          <w:color w:val="000000"/>
        </w:rPr>
        <w:t>。</w:t>
      </w:r>
      <w:r>
        <w:rPr>
          <w:rFonts w:ascii="楷体" w:hAnsi="楷体" w:cs="楷体" w:eastAsia="楷体"/>
          <w:color w:val="000000"/>
        </w:rPr>
        <w:t>我那因为工作在右手小指切下的刀伤还没来得及痊愈，隐隐的痛令我觉得，全世界都在以最恶劣的方式欺负着我。</w:t>
      </w:r>
    </w:p>
    <w:p>
      <w:pPr>
        <w:pStyle w:val="Normal"/>
        <w:spacing w:lineRule="auto" w:line="360"/>
        <w:ind w:firstLine="375"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那一年我就这样被大大小小的歧视重压着，每走两步就会遇见谁的“瞧不起”。</w:t>
      </w:r>
    </w:p>
    <w:p>
      <w:pPr>
        <w:pStyle w:val="Normal"/>
        <w:spacing w:lineRule="auto" w:line="360"/>
        <w:ind w:firstLine="375"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我从不后悔自己一个人出来闯荡的选择，可我憎恶冷冰冰的陌生人。饭馆老板娘每一刻都能被触动的暴躁神经，自大的客人一副目中无人的模样，某个科目的老师说出“你期末成绩得</w:t>
      </w:r>
      <w:r>
        <w:rPr>
          <w:rFonts w:eastAsia="楷体" w:cs="楷体" w:ascii="楷体" w:hAnsi="楷体"/>
          <w:color w:val="000000"/>
        </w:rPr>
        <w:t>B</w:t>
      </w:r>
      <w:r>
        <w:rPr>
          <w:rFonts w:ascii="楷体" w:hAnsi="楷体" w:cs="楷体" w:eastAsia="楷体"/>
          <w:color w:val="000000"/>
        </w:rPr>
        <w:t>就不错”的预期，一起租房的男孩子看不惯我很晚才回家，一副“没有钱就回国啊”的傲慢态度，就连那个快餐店的十七岁服务生都是皱着眉头递给我可乐，好像我磕磕绊绊的英文，不配在这里寻一处落脚地。</w:t>
      </w:r>
    </w:p>
    <w:p>
      <w:pPr>
        <w:pStyle w:val="Normal"/>
        <w:spacing w:lineRule="auto" w:line="360"/>
        <w:ind w:firstLine="375" w:end="0"/>
        <w:jc w:val="start"/>
        <w:textAlignment w:val="center"/>
        <w:rPr/>
      </w:pPr>
      <w:r>
        <w:rPr>
          <w:rFonts w:eastAsia="楷体" w:cs="楷体" w:ascii="楷体" w:hAnsi="楷体"/>
          <w:color w:val="000000"/>
        </w:rPr>
        <w:t>⑥</w:t>
      </w:r>
      <w:r>
        <w:rPr>
          <w:rFonts w:ascii="楷体" w:hAnsi="楷体" w:cs="楷体" w:eastAsia="楷体"/>
          <w:color w:val="000000"/>
          <w:u w:val="wave"/>
        </w:rPr>
        <w:t>我像一条被巨浪推上岸的鱼，身后是在海里自由穿梭的同类们，可命运却偏偏把我丢在沙滩上搁浅</w:t>
      </w:r>
      <w:r>
        <w:rPr>
          <w:rFonts w:ascii="楷体" w:hAnsi="楷体" w:cs="楷体" w:eastAsia="楷体"/>
          <w:i/>
          <w:color w:val="000000"/>
        </w:rPr>
        <w:t>。</w:t>
      </w:r>
      <w:r>
        <w:rPr>
          <w:rFonts w:ascii="楷体" w:hAnsi="楷体" w:cs="楷体" w:eastAsia="楷体"/>
          <w:color w:val="000000"/>
        </w:rPr>
        <w:t>这是一片多么灿烂的海岸啊，远处就有此生未遇的美妙风景，可我却大张着嘴巴，虚弱地发不出半点声音。</w:t>
      </w:r>
    </w:p>
    <w:p>
      <w:pPr>
        <w:pStyle w:val="Normal"/>
        <w:spacing w:lineRule="auto" w:line="360"/>
        <w:ind w:firstLine="375"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我没能总结出什么可以安慰自己的道理，自从远离家乡就懂得，再艰难也要保持坚强，因为没有人会帮你擦眼泪。我拼命地读书，让那个说我“期末成绩得</w:t>
      </w:r>
      <w:r>
        <w:rPr>
          <w:rFonts w:eastAsia="楷体" w:cs="楷体" w:ascii="楷体" w:hAnsi="楷体"/>
          <w:color w:val="000000"/>
        </w:rPr>
        <w:t>B</w:t>
      </w:r>
      <w:r>
        <w:rPr>
          <w:rFonts w:ascii="楷体" w:hAnsi="楷体" w:cs="楷体" w:eastAsia="楷体"/>
          <w:color w:val="000000"/>
        </w:rPr>
        <w:t>就不错”的老师的预测落了空；我拼命地学习，练习驾车 ，提高英文水平，证明给别人看一个女孩子独立起来也可以做那么多的事；我拼命地成长，不管是看书、写字，还是做运动，渐渐可以在那些觉得我此生注定平凡的人面前挺起胸膛走路……这些拼命，都让我成为了一个优秀版本的自己，也让我从别人开始转变的目光中知道，优秀就能赢来尊重，优秀就能给自己一个发言权，这是我深刻体悟到的人生道理。</w:t>
      </w:r>
    </w:p>
    <w:p>
      <w:pPr>
        <w:pStyle w:val="Normal"/>
        <w:spacing w:lineRule="auto" w:line="360"/>
        <w:ind w:firstLine="375"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几个月前路过那家饭馆，我却没有停留。右手的伤疤还浅浅地留在小指上，那些苛责的话也没有忘怀，而我远远地看着那个忙前忙后的老板娘，在心底为她给我上的那堂课，深深地鞠了一个躬。</w:t>
      </w:r>
    </w:p>
    <w:p>
      <w:pPr>
        <w:pStyle w:val="Normal"/>
        <w:spacing w:lineRule="auto" w:line="360"/>
        <w:ind w:firstLine="375" w:end="0"/>
        <w:jc w:val="end"/>
        <w:textAlignment w:val="center"/>
        <w:rPr>
          <w:rFonts w:ascii="楷体" w:hAnsi="楷体" w:eastAsia="楷体" w:cs="楷体"/>
          <w:color w:val="000000"/>
        </w:rPr>
      </w:pPr>
      <w:r>
        <w:rPr>
          <w:rFonts w:ascii="楷体" w:hAnsi="楷体" w:cs="楷体" w:eastAsia="楷体"/>
          <w:color w:val="000000"/>
        </w:rPr>
        <w:t>（选自《请尊重一个姑娘的努力》，有改动）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请用简洁的语言概括本文的主要内容。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说说下列句子中加点词语的含义。</w:t>
      </w:r>
    </w:p>
    <w:p>
      <w:pPr>
        <w:pStyle w:val="Normal"/>
        <w:spacing w:lineRule="auto" w:line="360"/>
        <w:jc w:val="start"/>
        <w:textAlignment w:val="center"/>
        <w:rPr/>
      </w:pP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）那是我背井离乡的第一年，家乡已经把夏天过腻了，我却一个人在南半球强撑着活过一个</w:t>
      </w:r>
      <w:r>
        <w:rPr>
          <w:rFonts w:ascii="宋体;SimSun" w:hAnsi="宋体;SimSun" w:cs="宋体;SimSun"/>
          <w:color w:val="000000"/>
          <w:em w:val="underDot"/>
        </w:rPr>
        <w:t>寒冬</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）可这些委屈就被理智紧紧地</w:t>
      </w:r>
      <w:r>
        <w:rPr>
          <w:rFonts w:ascii="宋体;SimSun" w:hAnsi="宋体;SimSun" w:cs="宋体;SimSun"/>
          <w:color w:val="000000"/>
          <w:em w:val="underDot"/>
        </w:rPr>
        <w:t>卡</w:t>
      </w:r>
      <w:r>
        <w:rPr>
          <w:rFonts w:ascii="宋体;SimSun" w:hAnsi="宋体;SimSun" w:cs="宋体;SimSun"/>
          <w:color w:val="000000"/>
        </w:rPr>
        <w:t>在喉咙里，任何毫无思考就脱口而出的话都能让我马上失去这工作。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结合语境，赏析文中画波浪线的句子。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）老板娘给了我一个“赶快走开”的手势，于是我钻进厨房里，背对着她，装作去水池里洗碗，眼泪啪嗒啪嗒掉进满是泡沫的污水里。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）我像一条被巨浪推上岸的鱼，身后是在海里自由穿梭的同类们，可命运却偏偏把我丢在沙滩上搁浅。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结合全文，从内容上和结构上说说文章最后一段的作用。</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eastAsia="宋体;SimSun" w:cs="宋体;SimSun" w:ascii="宋体;SimSun" w:hAnsi="宋体;SimSun"/>
          <w:color w:val="000000"/>
        </w:rPr>
        <w:t>“</w:t>
      </w:r>
      <w:r>
        <w:rPr>
          <w:rFonts w:ascii="宋体;SimSun" w:hAnsi="宋体;SimSun" w:cs="宋体;SimSun"/>
          <w:color w:val="000000"/>
        </w:rPr>
        <w:t>我”在异乡受到他人的歧视，经过努力逐渐优秀起来，并懂得了优秀就能获得尊重，只有优秀才能获得发言权的道理。</w:t>
      </w:r>
      <w:r>
        <w:rPr>
          <w:color w:val="000000"/>
        </w:rPr>
        <w:t xml:space="preserve">    </w:t>
      </w:r>
    </w:p>
    <w:p>
      <w:pPr>
        <w:pStyle w:val="Normal"/>
        <w:spacing w:lineRule="auto" w:line="360"/>
        <w:textAlignment w:val="center"/>
        <w:rPr/>
      </w:pPr>
      <w:r>
        <w:rPr>
          <w:color w:val="000000"/>
        </w:rPr>
        <w:t xml:space="preserve">19.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）“寒冬”本义是指寒冷的冬季，点明了文中故事发生的时节，又一语双关，象征着“我”在异乡遭遇到冷漠、歧视等境遇，以及当时心中的委屈、孤独和痛苦。</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 “卡”原义指夹在中间，堵塞，文中指“我”为了保住那份端盘子的工作，在受到指责时，不能将心中的抗议脱口而出，只能强力压制住的状态，形象地表现了“我”内心的委屈和不瞒。</w:t>
      </w:r>
      <w:r>
        <w:rPr>
          <w:color w:val="000000"/>
        </w:rPr>
        <w:t xml:space="preserve">    </w:t>
      </w:r>
    </w:p>
    <w:p>
      <w:pPr>
        <w:pStyle w:val="Normal"/>
        <w:spacing w:lineRule="auto" w:line="360"/>
        <w:jc w:val="start"/>
        <w:textAlignment w:val="center"/>
        <w:rPr/>
      </w:pPr>
      <w:r>
        <w:rPr>
          <w:color w:val="000000"/>
        </w:rPr>
        <w:t xml:space="preserve">20.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）这是对“我”的动作和神态的描写，写出了“我”受到老板娘过分的指责，却不能抗议，只能暗自哭泣的表现，形象地写出了“我”的委屈和隐忍。</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）本句运用了比喻的修辞手法，把“我”比作海滩上搁浅的鱼，生动形象地写出了“我”在异乡求学寻求理想生活时遭遇到歧视的困难境遇，表现了“我”当时不甘又痛苦的心情。</w:t>
      </w:r>
      <w:r>
        <w:rPr>
          <w:color w:val="000000"/>
        </w:rPr>
        <w:t xml:space="preserve">    </w:t>
      </w:r>
    </w:p>
    <w:p>
      <w:pPr>
        <w:pStyle w:val="Normal"/>
        <w:spacing w:lineRule="auto" w:line="360"/>
        <w:jc w:val="start"/>
        <w:textAlignment w:val="center"/>
        <w:rPr/>
      </w:pPr>
      <w:r>
        <w:rPr>
          <w:color w:val="000000"/>
        </w:rPr>
        <w:t xml:space="preserve">21. </w:t>
      </w:r>
      <w:r>
        <w:rPr>
          <w:rFonts w:ascii="宋体;SimSun" w:hAnsi="宋体;SimSun" w:cs="宋体;SimSun"/>
          <w:color w:val="000000"/>
        </w:rPr>
        <w:t>结构上，总结全文，与前文所叙写的饭馆经历相照应，使文章的结构更为严谨。内容上，表明了“我”已渡过难关，完成学业，同时，学会了坚强，懂得了优秀才能获得尊重，也只有优秀才能获得发言权的道理，深化了文章主旨。</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主要考查学生对文章内容的概括能力。整体感知文章内容可知，本文的人物是我，主要事件是因我不出色而受到歧视，我拼命地读书、拼命地赚钱、拼命地学习，、拼命地成长，结果是我成为了一个优秀版本的自己，并深刻体悟到的人生道理。概括的时候，把主要人物和事件概括清楚即可。有结果的，最好把结果概括出来。</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对词语的理解。理解词语不仅要知道词语的本义，还要知道词语的语境义。①“寒冬”本义指寒冷的冬天。这里指“我”在异乡受到他人的歧视，心里感觉很冷，委屈和痛苦。同时也巧妙地点明的故事发生的时间，一语双关。②“卡”本义指夹住或被夹住，不能活动。这里是面对老板娘的尖利，不带丝毫仁慈的责备，“我”想反抗却怕丢掉工作的的委屈心理。</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对句子的赏析。赏析句子先要找到赏析的点。修辞手法、词语运用、人物描写方法等。①句“钻进”“背对”“装作”“洗”，是动作描写，“眼泪啪嗒啪嗒”是神态描写，生动传神地写出了“我”收到责备，担心丢掉工作，不能抗议，只能暗自哭泣，表现了“我”，当时的委屈和隐忍。②句“我像一条被巨浪推上岸的鱼”运用比喻修辞手法，生动形象地写出了“我”被咖啡馆老板娘、自大的客人、某个科目的老师、一起租房的男孩子、那个快餐店的十七岁服务生，歧视看不起，这种不幸的遭遇带给“我”的痛苦与不甘。</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pPr>
      <w:r>
        <w:rPr>
          <w:rFonts w:ascii="宋体;SimSun" w:hAnsi="宋体;SimSun" w:cs="宋体;SimSun"/>
          <w:color w:val="000000"/>
        </w:rPr>
        <w:t>本题考查文章结尾的作用。一般从结构上与内容上这两个角度来回答。结构：点题、首尾呼应、总结全文。内容：突出人物品质</w:t>
      </w:r>
      <w:r>
        <w:rPr>
          <w:rFonts w:eastAsia="Times New Roman" w:cs="Times New Roman" w:ascii="Times New Roman" w:hAnsi="Times New Roman"/>
          <w:color w:val="000000"/>
        </w:rPr>
        <w:t>/</w:t>
      </w:r>
      <w:r>
        <w:rPr>
          <w:rFonts w:ascii="宋体;SimSun" w:hAnsi="宋体;SimSun" w:cs="宋体;SimSun"/>
          <w:color w:val="000000"/>
        </w:rPr>
        <w:t>情感、点明中心、深化中心等。此段结构上，照应前文，结构严瑾；内容上，最后一段运用议论抒情的方式，正是因为老板娘给“我”上的这堂课，“我”才明白优秀就能获得尊重，只有优秀才能获得发言权的道理。表现了文章的主旨。</w:t>
      </w:r>
    </w:p>
    <w:p>
      <w:pPr>
        <w:pStyle w:val="Heading3"/>
      </w:pPr>
      <w:r>
        <w:t>第一五九中学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阅读记叙文，按要求作答。</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意外</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铁凝</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台儿沟很少有人家挂照片，也很少有人出去照相。镇上没有照相馆，去趟县城，跋山涉水来回五百里。谁家要是挂张照片，顿时满屋生辉，半个村子也不免热闹几天。</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山杏的哥哥来了封信，向家里要张“全家福”。信中特别提到，最想念妹妹山杏。他在南方一个小岛上当兵已经两年，走的时候山杏才八岁。</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接到哥哥的信，山杏整天催爹妈去县城照相。从春天到秋天。现在，摘完了核桃，又摘完了柿子。爹对山杏说：“明天咱们就上路。”</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山杏一晚上也没睡好。睁开眼看看，妈正弯着腰烙饼；又睁眼看看，妈还弯着腰烙饼；再睁眼看看，一摞白面饼高高地堆在桌上。她想，这不就是过年吗？过年家里也没烙过这么多白面饼。</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天不亮，山杏就穿上过年时的新罩衣，又叫妈妈给她拿出哥哥寄来的新鞋。妈说：“咱不，照相不如穿我做的扎花鞋。”山杏打整着自己，妈也打整着自己。山杏还从墙上摘下那块落满灰尘的小镜子，前前后后让妈照。直到爹在门口等得不耐烦了，妈才挎起了沉甸甸的篮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他们搭了五十里汽车，走了二百里山路，喝凉水、住小店，吃了多半篮子干饼，第三天才来到县城，山杏一心想着妈在路上嘱咐过她的话：“听人说，照相馆的灯比太阳还亮，到时候再亮也不能眨眼，一眨眼就照成瞎子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进了照相馆，一个烫着卷发的姑娘把他们领进一间黑屋。“哗”的一下，一屋子灯都亮了——有高楼，有大厦，有鲜花，有木马……山杏的眼都不够用了。忽然间她被人拉住胳膊塞在了爹妈中间，原来照相就要开始了。烫发姑娘躲在一只木匣子后面顶起块黑布，左比划，右比划，这使山杏又想起妈在路上嘱咐过她的话。她扭头看看妈，妈已瞪起了眼睛顾不得看她；她又扭头看看爹，爹也正大睁着眼睛向前看。山杏转回头，也赶紧把眼睛瞪得圆圆的。木匣子里“咔嚓”了一声，一屋子的灯也跟着灭了。他们又摸黑走出屋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半个月后，山杏爹从大队部拿回一个照相馆寄来的信封。山杏赶紧抢着撕开口，里面果然有张照片。谁知，上面没有大睁着眼的山杏，也没有睁大了眼的爹妈。照片上就一个人，一个正冲他们全家微笑的姑娘：额前的卷发像云彩，弯弯的眼睛像月牙儿，比照相馆那个卷头发的还好看。山杏爹妈你看看我，我看看你，谁也说不出话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第二天，山杏家的墙上挂出了这张照片，照片上的姑娘冲所有来参观的人微笑着。有人问起这是谁，爹妈吞吞吐吐不说话，山杏说，那是她未来的新嫂子。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山杏知道撒谎不好，但又觉着，不管怎么说，从此，她家也可以和那些有照片的人家媲美了。</w:t>
      </w:r>
    </w:p>
    <w:p>
      <w:pPr>
        <w:pStyle w:val="Normal"/>
        <w:spacing w:lineRule="auto" w:line="360"/>
        <w:jc w:val="start"/>
        <w:textAlignment w:val="center"/>
        <w:rPr/>
      </w:pPr>
      <w:r>
        <w:rPr/>
        <w:t xml:space="preserve">12. </w:t>
      </w:r>
      <w:r>
        <w:rPr/>
        <w:t>文章写山杏形象以照相为线索，阅读全文后填写下面表格。</w:t>
      </w:r>
    </w:p>
    <w:tbl>
      <w:tblPr>
        <w:tblW w:w="6085" w:type="dxa"/>
        <w:jc w:val="start"/>
        <w:tblInd w:w="0" w:type="dxa"/>
        <w:tblLayout w:type="fixed"/>
        <w:tblCellMar>
          <w:top w:w="75" w:type="dxa"/>
          <w:start w:w="108" w:type="dxa"/>
          <w:bottom w:w="75" w:type="dxa"/>
          <w:end w:w="108" w:type="dxa"/>
        </w:tblCellMar>
      </w:tblPr>
      <w:tblGrid>
        <w:gridCol w:w="2783"/>
        <w:gridCol w:w="3302"/>
      </w:tblGrid>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小说线索</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山杏行为</w:t>
            </w:r>
          </w:p>
        </w:tc>
      </w:tr>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催照相</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从春天催到秋天</w:t>
            </w:r>
          </w:p>
        </w:tc>
      </w:tr>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r>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去照相</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打扮，跋山涉水</w:t>
            </w:r>
          </w:p>
        </w:tc>
      </w:tr>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照相时</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新奇的眼睛不够用了</w:t>
            </w:r>
          </w:p>
        </w:tc>
      </w:tr>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③</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抢着撕开信封</w:t>
            </w:r>
          </w:p>
        </w:tc>
      </w:tr>
      <w:tr>
        <w:trPr>
          <w:trHeight w:val="330" w:hRule="atLeast"/>
        </w:trPr>
        <w:tc>
          <w:tcPr>
            <w:tcW w:w="278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挂照片</w:t>
            </w:r>
          </w:p>
        </w:tc>
        <w:tc>
          <w:tcPr>
            <w:tcW w:w="330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④</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13. </w:t>
      </w:r>
      <w:r>
        <w:rPr>
          <w:rFonts w:ascii="宋体;SimSun" w:hAnsi="宋体;SimSun" w:cs="宋体;SimSun"/>
          <w:color w:val="000000"/>
        </w:rPr>
        <w:t>你怎样理解文章“意外”这个题目？</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看着妈妈夜里烙饼，山杏想“这不就是过年吗？”你怎样理解这句话？</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山杏知道撒谎不好，为什么还说那是她未来的新嫂子？结合全文进行分析。（</w:t>
      </w:r>
      <w:r>
        <w:rPr>
          <w:rFonts w:eastAsia="宋体;SimSun" w:cs="宋体;SimSun" w:ascii="宋体;SimSun" w:hAnsi="宋体;SimSun"/>
          <w:color w:val="000000"/>
        </w:rPr>
        <w:t>100</w:t>
      </w:r>
      <w:r>
        <w:rPr>
          <w:rFonts w:ascii="宋体;SimSun" w:hAnsi="宋体;SimSun" w:cs="宋体;SimSun"/>
          <w:color w:val="000000"/>
        </w:rPr>
        <w:t>字）</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12. </w:t>
      </w:r>
      <w:r>
        <w:rPr>
          <w:rFonts w:eastAsia="宋体;SimSun" w:cs="宋体;SimSun" w:ascii="宋体;SimSun" w:hAnsi="宋体;SimSun"/>
          <w:color w:val="000000"/>
        </w:rPr>
        <w:t>①</w:t>
      </w:r>
      <w:r>
        <w:rPr>
          <w:rFonts w:ascii="宋体;SimSun" w:hAnsi="宋体;SimSun" w:cs="宋体;SimSun"/>
          <w:color w:val="000000"/>
        </w:rPr>
        <w:t>盼照相   ②睡不着看妈妈备干粮   ③看照片   ④向人解释照片上的人是未来的嫂子</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13. </w:t>
      </w:r>
      <w:r>
        <w:rPr>
          <w:rFonts w:ascii="宋体;SimSun" w:hAnsi="宋体;SimSun" w:cs="宋体;SimSun"/>
          <w:color w:val="000000"/>
        </w:rPr>
        <w:t>答案示例：一个意外是山杏全家人跋山涉水五百里照了相，寄回的照片却不是自己家的；二是山杏依然把那照片挂在屋子里，让全村人欣赏。</w:t>
      </w:r>
      <w:r>
        <w:rPr>
          <w:color w:val="000000"/>
        </w:rPr>
        <w:t xml:space="preserve">    </w:t>
      </w:r>
    </w:p>
    <w:p>
      <w:pPr>
        <w:pStyle w:val="Normal"/>
        <w:spacing w:lineRule="auto" w:line="360"/>
        <w:textAlignment w:val="center"/>
        <w:rPr/>
      </w:pPr>
      <w:r>
        <w:rPr>
          <w:color w:val="000000"/>
        </w:rPr>
        <w:t xml:space="preserve">14. </w:t>
      </w:r>
      <w:r>
        <w:rPr>
          <w:rFonts w:ascii="宋体;SimSun" w:hAnsi="宋体;SimSun" w:cs="宋体;SimSun"/>
          <w:color w:val="000000"/>
        </w:rPr>
        <w:t>答案示例：这句话表达了山杏家里穷困的程度；也表现出全家人对照相的期盼和重视的程度。</w:t>
      </w:r>
    </w:p>
    <w:p>
      <w:pPr>
        <w:pStyle w:val="Normal"/>
        <w:spacing w:lineRule="auto" w:line="360"/>
        <w:jc w:val="start"/>
        <w:textAlignment w:val="center"/>
        <w:rPr/>
      </w:pPr>
      <w:r>
        <w:rPr>
          <w:color w:val="000000"/>
        </w:rPr>
        <w:t xml:space="preserve">    </w:t>
      </w:r>
      <w:r>
        <w:rPr>
          <w:color w:val="000000"/>
        </w:rPr>
        <w:t xml:space="preserve">15. </w:t>
      </w:r>
      <w:r>
        <w:rPr>
          <w:rFonts w:ascii="宋体;SimSun" w:hAnsi="宋体;SimSun" w:cs="宋体;SimSun"/>
          <w:color w:val="000000"/>
        </w:rPr>
        <w:t>答案示例：主要原因有：首先山杏把照相看做过年一样，不想让这份美好立刻消失；其次接到的照片虽然不是“全家福”，很无奈，但她还是很高兴；再就是他们家可以和有照片的人家媲美了。总之，在那个艰苦闭塞的山村里，山杏内心追逐着美，憧憬着美好的生活，她要把美留在身边，留在山村里。</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12</w:t>
      </w:r>
      <w:r>
        <w:rPr>
          <w:color w:val="000000"/>
        </w:rPr>
        <w:t>题详解】</w:t>
      </w:r>
    </w:p>
    <w:p>
      <w:pPr>
        <w:pStyle w:val="Normal"/>
        <w:spacing w:lineRule="auto" w:line="360"/>
        <w:textAlignment w:val="center"/>
        <w:rPr/>
      </w:pPr>
      <w:r>
        <w:rPr>
          <w:rFonts w:ascii="宋体;SimSun" w:hAnsi="宋体;SimSun" w:cs="宋体;SimSun"/>
          <w:color w:val="000000"/>
        </w:rPr>
        <w:t>中考中经常考查的叙事线索，这里以物品为线索即某一件有特殊意义的物品。寻找线索，要看标题及各段反复出现的事物、文中的议论抒情的句子等。这里学生根据线索来了解故事情节。如①空，第</w:t>
      </w:r>
      <w:r>
        <w:rPr>
          <w:rFonts w:eastAsia="Times New Romance" w:cs="Times New Romance" w:ascii="Times New Romance" w:hAnsi="Times New Romance"/>
          <w:color w:val="000000"/>
        </w:rPr>
        <w:t>3</w:t>
      </w:r>
      <w:r>
        <w:rPr>
          <w:rFonts w:ascii="宋体;SimSun" w:hAnsi="宋体;SimSun" w:cs="宋体;SimSun"/>
          <w:color w:val="000000"/>
        </w:rPr>
        <w:t>段和第</w:t>
      </w:r>
      <w:r>
        <w:rPr>
          <w:rFonts w:eastAsia="Times New Romance" w:cs="Times New Romance" w:ascii="Times New Romance" w:hAnsi="Times New Romance"/>
          <w:color w:val="000000"/>
        </w:rPr>
        <w:t>4</w:t>
      </w:r>
      <w:r>
        <w:rPr>
          <w:rFonts w:ascii="宋体;SimSun" w:hAnsi="宋体;SimSun" w:cs="宋体;SimSun"/>
          <w:color w:val="000000"/>
        </w:rPr>
        <w:t>段写盼照相；②空，第</w:t>
      </w:r>
      <w:r>
        <w:rPr>
          <w:rFonts w:eastAsia="Times New Romance" w:cs="Times New Romance" w:ascii="Times New Romance" w:hAnsi="Times New Romance"/>
          <w:color w:val="000000"/>
        </w:rPr>
        <w:t>4</w:t>
      </w:r>
      <w:r>
        <w:rPr>
          <w:rFonts w:ascii="宋体;SimSun" w:hAnsi="宋体;SimSun" w:cs="宋体;SimSun"/>
          <w:color w:val="000000"/>
        </w:rPr>
        <w:t>段写睡不着看妈妈备干粮；③空，第</w:t>
      </w:r>
      <w:r>
        <w:rPr>
          <w:rFonts w:eastAsia="Times New Romance" w:cs="Times New Romance" w:ascii="Times New Romance" w:hAnsi="Times New Romance"/>
          <w:color w:val="000000"/>
        </w:rPr>
        <w:t>8</w:t>
      </w:r>
      <w:r>
        <w:rPr>
          <w:rFonts w:ascii="宋体;SimSun" w:hAnsi="宋体;SimSun" w:cs="宋体;SimSun"/>
          <w:color w:val="000000"/>
        </w:rPr>
        <w:t>段写看照片；④空，第</w:t>
      </w:r>
      <w:r>
        <w:rPr>
          <w:rFonts w:eastAsia="Times New Romance" w:cs="Times New Romance" w:ascii="Times New Romance" w:hAnsi="Times New Romance"/>
          <w:color w:val="000000"/>
        </w:rPr>
        <w:t>9</w:t>
      </w:r>
      <w:r>
        <w:rPr>
          <w:rFonts w:ascii="宋体;SimSun" w:hAnsi="宋体;SimSun" w:cs="宋体;SimSun"/>
          <w:color w:val="000000"/>
        </w:rPr>
        <w:t>段写向人解释照片上的人是未来的嫂子</w:t>
      </w:r>
    </w:p>
    <w:p>
      <w:pPr>
        <w:pStyle w:val="Normal"/>
        <w:spacing w:lineRule="auto" w:line="360"/>
        <w:textAlignment w:val="center"/>
        <w:rPr>
          <w:color w:val="000000"/>
        </w:rPr>
      </w:pPr>
      <w:r>
        <w:rPr>
          <w:color w:val="000000"/>
        </w:rPr>
        <w:t>【</w:t>
      </w:r>
      <w:r>
        <w:rPr>
          <w:color w:val="000000"/>
        </w:rPr>
        <w:t>13</w:t>
      </w:r>
      <w:r>
        <w:rPr>
          <w:color w:val="000000"/>
        </w:rPr>
        <w:t>题详解】</w:t>
      </w:r>
    </w:p>
    <w:p>
      <w:pPr>
        <w:pStyle w:val="Normal"/>
        <w:spacing w:lineRule="auto" w:line="360"/>
        <w:textAlignment w:val="center"/>
        <w:rPr/>
      </w:pPr>
      <w:r>
        <w:rPr>
          <w:rFonts w:ascii="宋体;SimSun" w:hAnsi="宋体;SimSun" w:cs="宋体;SimSun"/>
          <w:color w:val="000000"/>
        </w:rPr>
        <w:t>从文章内容和主题角度，要求学生对文章标题进行理解，这时要求学生能整体感知文本内容，深刻认识文章中心主题。可通过分析情节，来答出标题的含意。如标题中的“意外”可分析第</w:t>
      </w:r>
      <w:r>
        <w:rPr>
          <w:rFonts w:eastAsia="Times New Romance" w:cs="Times New Romance" w:ascii="Times New Romance" w:hAnsi="Times New Romance"/>
          <w:color w:val="000000"/>
        </w:rPr>
        <w:t>8</w:t>
      </w:r>
      <w:r>
        <w:rPr>
          <w:rFonts w:ascii="宋体;SimSun" w:hAnsi="宋体;SimSun" w:cs="宋体;SimSun"/>
          <w:color w:val="000000"/>
        </w:rPr>
        <w:t>段“谁知，上面没有大睁着眼的山杏，也没有睁大了眼的爹妈。照片上就一个人，一个正冲他们全家微笑的姑娘”等情节，这是说山杏全家人跋山涉水五百里照了相，寄回的照片却不是自己家的。再分析第</w:t>
      </w:r>
      <w:r>
        <w:rPr>
          <w:rFonts w:eastAsia="Times New Romance" w:cs="Times New Romance" w:ascii="Times New Romance" w:hAnsi="Times New Romance"/>
          <w:color w:val="000000"/>
        </w:rPr>
        <w:t>9</w:t>
      </w:r>
      <w:r>
        <w:rPr>
          <w:rFonts w:ascii="宋体;SimSun" w:hAnsi="宋体;SimSun" w:cs="宋体;SimSun"/>
          <w:color w:val="000000"/>
        </w:rPr>
        <w:t>段“第二天，山杏家的墙上挂出了这张照片，照片上的姑娘冲所有来参观的人微笑着”等情节，这是说山杏依然把那照片挂在屋子里，让全村人欣赏。</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这类试题，往往不是要浮于语句的表面意义，如果简单地理解为词句的表层意思，就容易理解偏差，一般要重点进行片段研读和探究，结合语境，联系上下文，紧扣文章中心主题，作答时，一般能表述正确的含义即可得分。注意分析句子的上下文，如可分析“妈正弯着腰烙饼；又睁眼看看，妈还弯着腰烙饼；再睁眼看看，一摞白面饼高高地堆在桌上。她想，这不就是过年吗？过年家里也没烙过这么多白面饼”等句，所以“这不就是过年吗”表明了家里不富裕，平时吃不上这些；把“照相”认为是“过年”，表现了对照相的重视。</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学生理解原文的内容、思想和情感，阐述自己感受，概括出自己的看法和体会，并能陈述理由。此处学生能围绕“对未来美好生活的憧憬”来组织答案即可。“山杏说，那是她未来的新嫂子”一句，明显可以看出山杏内心追逐着美，憧憬着美好的生活。所以这是文章的点题之笔：虽然家很贫穷，但心中是满满的正能量。</w:t>
      </w:r>
    </w:p>
    <w:p>
      <w:pPr>
        <w:pStyle w:val="Normal"/>
        <w:spacing w:lineRule="auto" w:line="360"/>
        <w:textAlignment w:val="center"/>
        <w:rPr/>
      </w:pPr>
      <w:r>
        <w:rPr>
          <w:color w:val="000000"/>
        </w:rPr>
        <w:t>【点睛】</w:t>
      </w:r>
      <w:r>
        <w:rPr>
          <w:rFonts w:ascii="宋体;SimSun" w:hAnsi="宋体;SimSun" w:cs="宋体;SimSun"/>
          <w:color w:val="000000"/>
        </w:rPr>
        <w:t>题目是文章的眼睛，分析文章的标题注意从文章的情节、结构、人物（或物象）、主旨的关系的角度进行分析。情节主要分析文章的情节以什么为主，结构看文章的标题是否能串联文章的内容或是否是文章的线索，人物（或物象）看标题是否能暗示人物的命运或物象的特征，主旨上看是否能够暗示或点明主旨，有时还从制造悬念和吸引读者的角度进行分析，有时还要分析标题中艺术手法，如双关、反语等。含意的分析注意从表层和深层的角度进行分析，表层含意注意结合小说的情节作答，深层含意注意结合文章的主旨作答。</w:t>
      </w:r>
    </w:p>
    <w:p>
      <w:pPr>
        <w:pStyle w:val="Heading3"/>
      </w:pPr>
      <w:r>
        <w:t>第三中学（初中部）</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w:t>
      </w:r>
      <w:r>
        <w:rPr>
          <w:rFonts w:eastAsia="宋体;SimSun" w:cs="宋体;SimSun" w:ascii="宋体;SimSun" w:hAnsi="宋体;SimSun"/>
          <w:b/>
          <w:color w:val="000000"/>
          <w:sz w:val="24"/>
        </w:rPr>
        <w:t>.</w:t>
      </w:r>
      <w:r>
        <w:rPr>
          <w:rFonts w:ascii="宋体;SimSun" w:hAnsi="宋体;SimSun" w:cs="宋体;SimSun"/>
          <w:b/>
          <w:color w:val="000000"/>
          <w:sz w:val="24"/>
        </w:rPr>
        <w:t>现代文阅渎（</w:t>
      </w:r>
      <w:r>
        <w:rPr>
          <w:rFonts w:eastAsia="宋体;SimSun" w:cs="宋体;SimSun" w:ascii="宋体;SimSun" w:hAnsi="宋体;SimSun"/>
          <w:b/>
          <w:color w:val="000000"/>
          <w:sz w:val="24"/>
        </w:rPr>
        <w:t>20</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阅读下面的材料，完成下面小题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2016</w:t>
      </w:r>
      <w:r>
        <w:rPr>
          <w:rFonts w:ascii="楷体" w:hAnsi="楷体" w:cs="楷体" w:eastAsia="楷体"/>
          <w:color w:val="000000"/>
        </w:rPr>
        <w:t>年</w:t>
      </w:r>
      <w:r>
        <w:rPr>
          <w:rFonts w:eastAsia="楷体" w:cs="楷体" w:ascii="楷体" w:hAnsi="楷体"/>
          <w:color w:val="000000"/>
        </w:rPr>
        <w:t>9</w:t>
      </w:r>
      <w:r>
        <w:rPr>
          <w:rFonts w:ascii="楷体" w:hAnsi="楷体" w:cs="楷体" w:eastAsia="楷体"/>
          <w:color w:val="000000"/>
        </w:rPr>
        <w:t>月</w:t>
      </w:r>
      <w:r>
        <w:rPr>
          <w:rFonts w:eastAsia="楷体" w:cs="楷体" w:ascii="楷体" w:hAnsi="楷体"/>
          <w:color w:val="000000"/>
        </w:rPr>
        <w:t>27</w:t>
      </w:r>
      <w:r>
        <w:rPr>
          <w:rFonts w:ascii="楷体" w:hAnsi="楷体" w:cs="楷体" w:eastAsia="楷体"/>
          <w:color w:val="000000"/>
        </w:rPr>
        <w:t>日</w:t>
      </w:r>
      <w:r>
        <w:rPr>
          <w:rFonts w:eastAsia="楷体" w:cs="楷体" w:ascii="楷体" w:hAnsi="楷体"/>
          <w:color w:val="000000"/>
        </w:rPr>
        <w:t>-2017</w:t>
      </w:r>
      <w:r>
        <w:rPr>
          <w:rFonts w:ascii="楷体" w:hAnsi="楷体" w:cs="楷体" w:eastAsia="楷体"/>
          <w:color w:val="000000"/>
        </w:rPr>
        <w:t>年</w:t>
      </w:r>
      <w:r>
        <w:rPr>
          <w:rFonts w:eastAsia="楷体" w:cs="楷体" w:ascii="楷体" w:hAnsi="楷体"/>
          <w:color w:val="000000"/>
        </w:rPr>
        <w:t>3</w:t>
      </w:r>
      <w:r>
        <w:rPr>
          <w:rFonts w:ascii="楷体" w:hAnsi="楷体" w:cs="楷体" w:eastAsia="楷体"/>
          <w:color w:val="000000"/>
        </w:rPr>
        <w:t>月</w:t>
      </w:r>
      <w:r>
        <w:rPr>
          <w:rFonts w:eastAsia="楷体" w:cs="楷体" w:ascii="楷体" w:hAnsi="楷体"/>
          <w:color w:val="000000"/>
        </w:rPr>
        <w:t>26</w:t>
      </w:r>
      <w:r>
        <w:rPr>
          <w:rFonts w:ascii="楷体" w:hAnsi="楷体" w:cs="楷体" w:eastAsia="楷体"/>
          <w:color w:val="000000"/>
        </w:rPr>
        <w:t>日，首都博物馆举办“走进养心殿”特展。此次来自故宫养心殿的</w:t>
      </w:r>
      <w:r>
        <w:rPr>
          <w:rFonts w:eastAsia="楷体" w:cs="楷体" w:ascii="楷体" w:hAnsi="楷体"/>
          <w:color w:val="000000"/>
        </w:rPr>
        <w:t>268</w:t>
      </w:r>
      <w:r>
        <w:rPr>
          <w:rFonts w:ascii="楷体" w:hAnsi="楷体" w:cs="楷体" w:eastAsia="楷体"/>
          <w:color w:val="000000"/>
        </w:rPr>
        <w:t>件套珍贵文物，是几百年来第一次走出紫禁城，“摆驾”首都博物馆。展览复原了养心殿的主要建筑空间与陈设，并辅以相关方面的介绍和展示。在首博的“养心殿”内不仅能近距离地观看帝王生活起居的细节，感受皇家氛围，亦能通过此次展览了解发生在养心殿的故事，引发对历史的思索。</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养心殿是工字形建筑，分为前朝和后寝，中间以穿堂相连。前朝也叫正殿，分明间、东暖阁、西暖阁三大部分。明间即是正殿，内设宝座，雍正皇帝手书的“中正仁和”匾高挂居中。明间东侧的东暖阁曾经是慈禧、慈安两太后垂帘听政处。明间西侧的西暖阁则分隔为数室，有“勤政亲贤”、三希堂、长春书屋、梅坞等。皇帝看阅奏折、与大臣秘谈的小室，曰“勤政亲贤”；其西有乾隆皇帝的读书处三希堂；梅坞在最西端，是皇帝休息的地方。</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三希堂是乾隆帝的书房。“三希堂”匾为乾隆帝御笔。其得名源于宋儒周敦颐提出士人修身当“士希贤，贤希圣，圣希天”（士人希望成为贤人，贤人希望成为圣人，圣人希望成为知天之人）。又因为此处收藏了晋王羲之《快雪时晴帖》、王献之《中秋贴》、王珣《伯远帖》三件书法稀世珍品，故名“三希堂”。三希堂内部陈设幽雅、古朴，自乾隆至今仍保持原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清朝的最高统治者，特别是康熙、雍正、乾隆三帝都非常重视对中华传统文化的学习。乾隆帝更是其中的佼佼者，他除创作大量诗文，还广泛收藏历代名家书画。这既有裨益于陶冶情性，也是其“稽古右文”（考察总结古代经验，重视弘扬文化教育）的文化政策的集中体现。</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ind w:firstLine="420" w:end="0"/>
        <w:jc w:val="start"/>
        <w:textAlignment w:val="center"/>
        <w:rPr/>
      </w:pPr>
      <w:r>
        <w:rPr>
          <w:rFonts w:ascii="楷体" w:hAnsi="楷体" w:cs="楷体" w:eastAsia="楷体"/>
          <w:color w:val="000000"/>
        </w:rPr>
        <w:t>养心殿得名于《孟子</w:t>
      </w:r>
      <w:r>
        <w:rPr>
          <w:rFonts w:eastAsia="楷体" w:cs="楷体" w:ascii="楷体" w:hAnsi="楷体"/>
          <w:color w:val="000000"/>
        </w:rPr>
        <w:t>·</w:t>
      </w:r>
      <w:r>
        <w:rPr>
          <w:rFonts w:ascii="楷体" w:hAnsi="楷体" w:cs="楷体" w:eastAsia="楷体"/>
          <w:color w:val="000000"/>
        </w:rPr>
        <w:t>尽心下》“养心莫善于寡欲”一语，表明清代君主清净心性、涵养性情、勤勉为君的愿望。清代君主重视对儒家典籍的学习，《孟子》是君王的必修书，里面有很多关于为君的言论。著名的“</w:t>
      </w:r>
      <w:r>
        <w:rPr>
          <w:color w:val="000000"/>
        </w:rPr>
        <w:t>民为贵</w:t>
      </w:r>
      <w:r>
        <w:rPr>
          <w:rFonts w:ascii="楷体" w:hAnsi="楷体" w:cs="楷体" w:eastAsia="楷体"/>
          <w:color w:val="000000"/>
        </w:rPr>
        <w:t>，社稷次之，君为轻”就出自《孟子</w:t>
      </w:r>
      <w:r>
        <w:rPr>
          <w:rFonts w:eastAsia="楷体" w:cs="楷体" w:ascii="楷体" w:hAnsi="楷体"/>
          <w:color w:val="000000"/>
        </w:rPr>
        <w:t>·</w:t>
      </w:r>
      <w:r>
        <w:rPr>
          <w:rFonts w:ascii="楷体" w:hAnsi="楷体" w:cs="楷体" w:eastAsia="楷体"/>
          <w:color w:val="000000"/>
        </w:rPr>
        <w:t xml:space="preserve">尽心下》。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养心殿中的史迹表明，勤于政务、事必躬亲而又能正确审时度势、锐意改革的皇帝，开创了王朝的盛世。今人对于古人古事所怀抱的好奇与感怀，都能通过文物与展览得到满足与抒发。建筑不言，其中却历经世事变迁，蕴藏万千故事与心情感怀，供后人凭吊品谈。</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以下是养心殿平面示意图，请根据【材料一】的相关说明标示出图中的名称。</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5067300" cy="3476625"/>
            <wp:effectExtent l="0" t="0" r="0" b="0"/>
            <wp:docPr id="1351"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7"/>
                    <pic:cNvPicPr>
                      <a:picLocks noChangeAspect="1" noChangeArrowheads="1"/>
                    </pic:cNvPicPr>
                  </pic:nvPicPr>
                  <pic:blipFill>
                    <a:blip r:embed="rId20"/>
                    <a:srcRect l="-7" t="-10" r="-7" b="-10"/>
                    <a:stretch>
                      <a:fillRect/>
                    </a:stretch>
                  </pic:blipFill>
                  <pic:spPr bwMode="auto">
                    <a:xfrm>
                      <a:off x="0" y="0"/>
                      <a:ext cx="5067300" cy="3476625"/>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根据【材料二】的内容来看，“三希堂”的得名缘由有两种，由此推断“希”的两种解释为：①</w:t>
      </w:r>
      <w:r>
        <w:rPr>
          <w:rFonts w:eastAsia="宋体;SimSun" w:cs="宋体;SimSun" w:ascii="宋体;SimSun" w:hAnsi="宋体;SimSun"/>
          <w:color w:val="000000"/>
        </w:rPr>
        <w:t>___________② 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【材料二】和【材料三】中，哪些地方体现了清代君主重视中华传统文化？</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w:t>
      </w:r>
      <w:r>
        <w:rPr>
          <w:rFonts w:ascii="宋体;SimSun" w:hAnsi="宋体;SimSun" w:cs="宋体;SimSun"/>
          <w:color w:val="000000"/>
        </w:rPr>
        <w:t>三希堂　　　明间 　 梅坞</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(1). </w:t>
      </w:r>
      <w:r>
        <w:rPr>
          <w:rFonts w:ascii="宋体;SimSun" w:hAnsi="宋体;SimSun" w:cs="宋体;SimSun"/>
          <w:color w:val="000000"/>
        </w:rPr>
        <w:t>希望</w:t>
      </w:r>
      <w:r>
        <w:rPr>
          <w:color w:val="000000"/>
        </w:rPr>
        <w:t xml:space="preserve">    </w:t>
      </w:r>
      <w:r>
        <w:rPr>
          <w:color w:val="000000"/>
        </w:rPr>
        <w:t xml:space="preserve">(2). </w:t>
      </w:r>
      <w:r>
        <w:rPr>
          <w:rFonts w:ascii="宋体;SimSun" w:hAnsi="宋体;SimSun" w:cs="宋体;SimSun"/>
          <w:color w:val="000000"/>
        </w:rPr>
        <w:t>稀有</w:t>
      </w:r>
      <w:r>
        <w:rPr>
          <w:color w:val="000000"/>
        </w:rPr>
        <w:t xml:space="preserve">    </w:t>
      </w:r>
    </w:p>
    <w:p>
      <w:pPr>
        <w:pStyle w:val="Normal"/>
        <w:spacing w:lineRule="auto" w:line="360"/>
        <w:textAlignment w:val="center"/>
        <w:rPr/>
      </w:pPr>
      <w:r>
        <w:rPr>
          <w:color w:val="000000"/>
        </w:rPr>
        <w:t xml:space="preserve">19. </w:t>
      </w:r>
      <w:r>
        <w:rPr>
          <w:rFonts w:eastAsia="宋体;SimSun" w:cs="宋体;SimSun" w:ascii="宋体;SimSun" w:hAnsi="宋体;SimSun"/>
          <w:color w:val="000000"/>
        </w:rPr>
        <w:t>①</w:t>
      </w:r>
      <w:r>
        <w:rPr>
          <w:rFonts w:ascii="宋体;SimSun" w:hAnsi="宋体;SimSun" w:cs="宋体;SimSun"/>
          <w:color w:val="000000"/>
        </w:rPr>
        <w:t>对处所的命名体现古代传统文化（三希堂、养心殿）②收藏书画大家的作品③学习古代文化典籍④创作大量诗文⑤“稽古右文”的文化政策</w:t>
      </w:r>
      <w:r>
        <w:rPr>
          <w:rFonts w:eastAsia="宋体;SimSun" w:cs="宋体;SimSun" w:ascii="宋体;SimSun" w:hAnsi="宋体;SimSu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本题考查对材料内容的理解。仔细阅读材料一，根据“</w:t>
      </w:r>
      <w:r>
        <w:rPr>
          <w:rFonts w:ascii="楷体" w:hAnsi="楷体" w:cs="楷体" w:eastAsia="楷体"/>
          <w:color w:val="000000"/>
        </w:rPr>
        <w:t>前朝也叫正殿，分明间、东暖阁、西暖阁三大部分。明间即是正殿</w:t>
      </w:r>
      <w:r>
        <w:rPr>
          <w:rFonts w:ascii="宋体;SimSun" w:hAnsi="宋体;SimSun" w:cs="宋体;SimSun"/>
          <w:color w:val="000000"/>
        </w:rPr>
        <w:t>”分析，②处是中间位置，是“明间”。由“</w:t>
      </w:r>
      <w:r>
        <w:rPr>
          <w:rFonts w:ascii="楷体" w:hAnsi="楷体" w:cs="楷体" w:eastAsia="楷体"/>
          <w:color w:val="000000"/>
        </w:rPr>
        <w:t>明间西侧的西暖阁则分隔为数室，有‘勤政亲贤’、三希堂、长春书屋、梅坞等。皇帝看阅奏折、与大臣秘谈的小室，曰‘勤政亲贤’；其西有乾隆皇帝的读书处三希堂；梅坞在最西端，是皇帝休息的地方。</w:t>
      </w:r>
      <w:r>
        <w:rPr>
          <w:rFonts w:ascii="宋体;SimSun" w:hAnsi="宋体;SimSun" w:cs="宋体;SimSun"/>
          <w:color w:val="000000"/>
        </w:rPr>
        <w:t>”确定③是“梅坞”，①是“三希堂”。</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本题考查对词义的理解。材料二中内容“</w:t>
      </w:r>
      <w:r>
        <w:rPr>
          <w:rFonts w:ascii="楷体" w:hAnsi="楷体" w:cs="楷体" w:eastAsia="楷体"/>
          <w:color w:val="000000"/>
        </w:rPr>
        <w:t>其得名源于宋儒周敦颐提出士人修身当‘士希贤，贤希圣，圣希天’（士人希望成为贤人，贤人希望成为圣人，圣人希望成为知天之人）。又因为此处收藏了晋王羲之《快雪时晴帖》、王献之《中秋贴》、王珣《伯远帖》三件书法稀世珍品，故名‘三希堂’。</w:t>
      </w:r>
      <w:r>
        <w:rPr>
          <w:rFonts w:ascii="宋体;SimSun" w:hAnsi="宋体;SimSun" w:cs="宋体;SimSun"/>
          <w:color w:val="000000"/>
        </w:rPr>
        <w:t>”“三希堂”的得名缘由有两种：由“</w:t>
      </w:r>
      <w:r>
        <w:rPr>
          <w:rFonts w:ascii="楷体" w:hAnsi="楷体" w:cs="楷体" w:eastAsia="楷体"/>
          <w:color w:val="000000"/>
        </w:rPr>
        <w:t>士人希望成为贤人，贤人希望成为圣人，圣人希望成为知天之人</w:t>
      </w:r>
      <w:r>
        <w:rPr>
          <w:rFonts w:ascii="宋体;SimSun" w:hAnsi="宋体;SimSun" w:cs="宋体;SimSun"/>
          <w:color w:val="000000"/>
        </w:rPr>
        <w:t>”推断“希”的解释为“希望”；由“</w:t>
      </w:r>
      <w:r>
        <w:rPr>
          <w:rFonts w:ascii="楷体" w:hAnsi="楷体" w:cs="楷体" w:eastAsia="楷体"/>
          <w:color w:val="000000"/>
        </w:rPr>
        <w:t>三件书法稀世珍品</w:t>
      </w:r>
      <w:r>
        <w:rPr>
          <w:rFonts w:ascii="宋体;SimSun" w:hAnsi="宋体;SimSun" w:cs="宋体;SimSun"/>
          <w:color w:val="000000"/>
        </w:rPr>
        <w:t>”推断“希”解释为“稀有”。</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材料内容的理解与概括。可找出材料二和三中的重点语句“‘三希堂’匾为乾隆帝御笔。其得名源于宋儒周敦颐提出……又因为此处收藏了晋王羲之《快雪时晴帖》、王献之《中秋贴》、王珣《伯远帖》三件书法稀世珍品”“清朝的最高统治者，特别是康熙、雍正、乾隆三帝都非常重视对中华传统文化的学习。乾隆帝更是其中的佼佼者，他除创作大量诗文，还广泛收藏历代名家书画。这既有裨益于陶冶情性，也是其‘稽古右文’（考察总结古代经验，重视弘扬文化教育）的文化政策的集中体现。”“清代君主重视对儒家典籍的学习”分条概括作答。</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阅读《母亲》，完成下面小题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母亲</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莫言</w:t>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我</w:t>
      </w:r>
      <w:r>
        <w:rPr>
          <w:rFonts w:eastAsia="楷体" w:cs="楷体" w:ascii="楷体" w:hAnsi="楷体"/>
          <w:color w:val="000000"/>
        </w:rPr>
        <w:t>5</w:t>
      </w:r>
      <w:r>
        <w:rPr>
          <w:rFonts w:ascii="楷体" w:hAnsi="楷体" w:cs="楷体" w:eastAsia="楷体"/>
          <w:color w:val="000000"/>
        </w:rPr>
        <w:t>岁的时候，正处于中国历史上一个艰难的岁月。</w:t>
      </w:r>
      <w:r>
        <w:rPr>
          <w:rFonts w:ascii="楷体" w:hAnsi="楷体" w:cs="楷体" w:eastAsia="楷体"/>
          <w:color w:val="000000"/>
          <w:u w:val="single"/>
        </w:rPr>
        <w:t>生活留给我最初的记忆是母亲坐在一棵白花盛开的梨树下，用一根洗衣用的紫红色的棒槌，在一块白色的石头上，捶打野菜的情景。绿色的汁液流到地上，溅到母亲的胸前，空气中弥漫着野菜汁液苦涩的气味。</w:t>
      </w:r>
      <w:r>
        <w:rPr>
          <w:rFonts w:ascii="楷体" w:hAnsi="楷体" w:cs="楷体" w:eastAsia="楷体"/>
          <w:color w:val="000000"/>
        </w:rPr>
        <w:t>那棒槌敲打野菜发出的声音，沉闷而潮湿，让我的心感到一阵阵地紧缩。</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这是一个有声音、有颜色、有气味的画面，是我人生记忆的起点，也是我文学道路的起点。这个记忆的画面中更让我难以忘却的是，愁容满面的母亲，在辛苦地劳作时，嘴里竟然哼唱着一支小曲！我母亲她一生中遭受的苦难，真是难以尽述。战争、饥饿、疾病，在那样的苦难中，是什么样的力量支撑她活下来，是什么样的力量使她在饥肠辘辘、疾病缠身时还能歌唱？我在母亲生前，一直想跟她谈谈这个问题，但每次我都感到没有资格向母亲提问。</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有一段时间，村子里连续自杀了几个女人，我莫名其妙地感到了一种巨大的恐惧。那时候我们家正是最艰难的时刻，父亲被人诬陷，家里存粮无多，母亲旧病复发，无钱医治。我总是担心母亲走上自寻短见的绝路。每当我下工归来时，一进门就要大声喊叫，只有听到母亲的回答时，心中才感到一块石头落了地。有一次下工回来已是傍晚，母亲没有回答我的呼喊，我急忙跑到牛栏、磨房、厕所里去寻找，都没有母亲的踪影。我感到最可怕的事情发生了，不由地大声哭起来。这时，母亲从外边走了进来。母亲对我的哭泣非常不满，她认为一个人尤其是男人不应该随便哭泣。她追问我为什么哭。我含糊其词，不敢对她说出我的担忧。母亲理解了我的意思，她对我说：“孩子，放心吧，阎王爷不叫我是不会去的！”这是一个母亲对她的忧心忡忡的儿子做出的庄严承诺。现在，尽管母亲已经被阎王爷叫去了，但母亲这句话里所包含着的面对苦难挣扎着活下去的勇气，将永远伴随着我，激励着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在那些饥饿的岁月里，我看到了许多因为饥饿而丧失了人格尊严的情景，譬如为了得到一块豆饼，一群孩子围着村里的粮食保管员学狗叫。保管员说，谁学得最像，豆饼就赏赐给谁。我也是那些学狗叫的孩子中的一个。大家都学得很像。保管员便把那块豆饼远远地掷了出去，孩子们蜂拥而上抢夺那块豆饼。这情景被我父亲看到眼里。回家后，父亲严厉地批评了我。爷爷也严厉地批评了我。爷爷对我说：嘴巴就是一个过道，无论是山珍海味，还是草根树皮，吃到肚子里都是一样的，何必为了一块豆饼而学狗叫呢？人应该有骨气！他们的话，当时并不能说服我，因为我知道山珍海味和草根树皮吃到肚子里并不一样！但我也感到了他们的话里有一种尊严，这是人的尊严，也是人的风度。人，不能像狗一样活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饥饿的岁月使我体验和洞察了人性的复杂和单纯，使我认识到了人性的最低标准，使我看透了人的本质的某些方面。我的父母、祖父母和许多像他们一样的人，为我树立了光辉的榜样。这些普通人身上的宝贵品质，是一个民族能够在苦难中不堕落的根本保障，也正是文学的灵魂。</w:t>
      </w:r>
    </w:p>
    <w:p>
      <w:pPr>
        <w:pStyle w:val="Normal"/>
        <w:spacing w:lineRule="auto" w:line="360"/>
        <w:jc w:val="start"/>
        <w:textAlignment w:val="center"/>
        <w:rPr/>
      </w:pPr>
      <w:r>
        <w:rPr>
          <w:rFonts w:eastAsia="宋体;SimSun" w:cs="宋体;SimSun" w:ascii="宋体;SimSun" w:hAnsi="宋体;SimSun"/>
          <w:color w:val="000000"/>
        </w:rPr>
        <w:t xml:space="preserve">20. </w:t>
      </w:r>
      <w:r>
        <w:rPr>
          <w:rFonts w:ascii="宋体;SimSun" w:hAnsi="宋体;SimSun" w:cs="宋体;SimSun"/>
          <w:color w:val="000000"/>
        </w:rPr>
        <w:t>文中记叙了和母亲有关的哪几件事？</w:t>
      </w:r>
      <w:r>
        <w:rPr>
          <w:rFonts w:ascii="宋体;SimSun" w:hAnsi="宋体;SimSun" w:cs="宋体;SimSun"/>
          <w:color w:val="000000"/>
          <w:u w:val="single"/>
        </w:rPr>
        <w:t xml:space="preserve">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请赏析文中划线句子的表达效果。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color w:val="000000"/>
        </w:rPr>
        <w:t>请结合文章内容，简要分析文中母亲的形象。</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23. </w:t>
      </w:r>
      <w:r>
        <w:rPr>
          <w:rFonts w:ascii="宋体;SimSun" w:hAnsi="宋体;SimSun" w:cs="宋体;SimSun"/>
          <w:color w:val="000000"/>
        </w:rPr>
        <w:t>根据文意，请补写出第④段中父亲严厉批评我的话。（不超过</w:t>
      </w:r>
      <w:r>
        <w:rPr>
          <w:rFonts w:eastAsia="宋体;SimSun" w:cs="宋体;SimSun" w:ascii="宋体;SimSun" w:hAnsi="宋体;SimSun"/>
          <w:color w:val="000000"/>
        </w:rPr>
        <w:t>40</w:t>
      </w:r>
      <w:r>
        <w:rPr>
          <w:rFonts w:ascii="宋体;SimSun" w:hAnsi="宋体;SimSun" w:cs="宋体;SimSun"/>
          <w:color w:val="000000"/>
        </w:rPr>
        <w:t>字）</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20. </w:t>
      </w:r>
      <w:r>
        <w:rPr>
          <w:rFonts w:ascii="宋体;SimSun" w:hAnsi="宋体;SimSun" w:cs="宋体;SimSun"/>
          <w:color w:val="000000"/>
        </w:rPr>
        <w:t>母亲捣野菜；母亲在辛苦劳作时哼唱歌曲；（或母亲一边捣野菜，一边哼唱歌曲）母亲对我作出承诺。</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21. </w:t>
      </w:r>
      <w:r>
        <w:rPr>
          <w:rFonts w:ascii="宋体;SimSun" w:hAnsi="宋体;SimSun" w:cs="宋体;SimSun"/>
          <w:color w:val="000000"/>
        </w:rPr>
        <w:t>多角度描写，从听觉、视觉、嗅觉等角度描写（或是主要从颜色、味道，样子描写）母亲捶打野菜的情景，表现我对此记忆的清晰深刻，暗示了母亲的勤劳辛苦，能吃苦。</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22.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）母亲不逃避困难和不幸，乐观顽强的面对困难（</w:t>
      </w:r>
      <w:r>
        <w:rPr>
          <w:rFonts w:eastAsia="宋体;SimSun" w:cs="宋体;SimSun" w:ascii="宋体;SimSun" w:hAnsi="宋体;SimSun"/>
          <w:color w:val="000000"/>
        </w:rPr>
        <w:t>2</w:t>
      </w:r>
      <w:r>
        <w:rPr>
          <w:rFonts w:ascii="宋体;SimSun" w:hAnsi="宋体;SimSun" w:cs="宋体;SimSun"/>
          <w:color w:val="000000"/>
        </w:rPr>
        <w:t>）面对苦难要坚强的活下去，表现母亲的坚强（</w:t>
      </w:r>
      <w:r>
        <w:rPr>
          <w:rFonts w:eastAsia="宋体;SimSun" w:cs="宋体;SimSun" w:ascii="宋体;SimSun" w:hAnsi="宋体;SimSun"/>
          <w:color w:val="000000"/>
        </w:rPr>
        <w:t>3</w:t>
      </w:r>
      <w:r>
        <w:rPr>
          <w:rFonts w:ascii="宋体;SimSun" w:hAnsi="宋体;SimSun" w:cs="宋体;SimSun"/>
          <w:color w:val="000000"/>
        </w:rPr>
        <w:t>）为了消除儿子的担忧，庄严的对儿子承诺，体现了母亲对儿子的爱和责任感。</w:t>
      </w:r>
      <w:r>
        <w:rPr>
          <w:color w:val="000000"/>
        </w:rPr>
        <w:t xml:space="preserve">    </w:t>
      </w:r>
    </w:p>
    <w:p>
      <w:pPr>
        <w:pStyle w:val="Normal"/>
        <w:spacing w:lineRule="auto" w:line="360"/>
        <w:textAlignment w:val="center"/>
        <w:rPr/>
      </w:pPr>
      <w:r>
        <w:rPr>
          <w:color w:val="000000"/>
        </w:rPr>
        <w:t xml:space="preserve">23. </w:t>
      </w:r>
      <w:r>
        <w:rPr>
          <w:rFonts w:ascii="宋体;SimSun" w:hAnsi="宋体;SimSun" w:cs="宋体;SimSun"/>
          <w:color w:val="000000"/>
        </w:rPr>
        <w:t>内容要围绕人应该有骨气、有尊严地活展开；语言要口语化，且符合人物身份。</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此题考查学生概括文章内容的能力。概括文章情节，可以先迅速浏览，获得整体印象；再找出文段中的过渡句、提纲挈领的句子、中心句、总结性的句子等；最后用恰当的词语或句子把它表达出来。本题可结合“</w:t>
      </w:r>
      <w:r>
        <w:rPr>
          <w:rFonts w:ascii="楷体" w:hAnsi="楷体" w:cs="楷体" w:eastAsia="楷体"/>
          <w:color w:val="000000"/>
        </w:rPr>
        <w:t>母亲坐在一棵白花盛开的梨树下，用一根洗衣用的紫红色的棒槌，在一块白色的石头上，捶打野菜的情景</w:t>
      </w:r>
      <w:r>
        <w:rPr>
          <w:rFonts w:ascii="宋体;SimSun" w:hAnsi="宋体;SimSun" w:cs="宋体;SimSun"/>
          <w:color w:val="000000"/>
        </w:rPr>
        <w:t>”“</w:t>
      </w:r>
      <w:r>
        <w:rPr>
          <w:rFonts w:ascii="楷体" w:hAnsi="楷体" w:cs="楷体" w:eastAsia="楷体"/>
          <w:color w:val="000000"/>
        </w:rPr>
        <w:t>愁容满面的母亲，在辛苦地劳作时，嘴里竟然哼唱着一支小曲！</w:t>
      </w:r>
      <w:r>
        <w:rPr>
          <w:rFonts w:ascii="宋体;SimSun" w:hAnsi="宋体;SimSun" w:cs="宋体;SimSun"/>
          <w:color w:val="000000"/>
        </w:rPr>
        <w:t>”“</w:t>
      </w:r>
      <w:r>
        <w:rPr>
          <w:rFonts w:ascii="楷体" w:hAnsi="楷体" w:cs="楷体" w:eastAsia="楷体"/>
          <w:color w:val="000000"/>
        </w:rPr>
        <w:t>她对我说：‘孩子，放心吧，阎王爷不叫我是不会去的！’这是一个母亲对她的忧心忡忡的儿子做出的庄严承诺。</w:t>
      </w:r>
      <w:r>
        <w:rPr>
          <w:rFonts w:ascii="宋体;SimSun" w:hAnsi="宋体;SimSun" w:cs="宋体;SimSun"/>
          <w:color w:val="000000"/>
        </w:rPr>
        <w:t>”概括作答。</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学生赏析句子的能力。赏析句子可以从修辞、重点词语、描写方法、包含的哲理等方面入手。答题格式是：用了什么修辞（手法等），形象生动地写出了物或人的什么特点，表现了人物怎样的心理或作者怎样的感情。结合具体句子进行分析即可。该句写的是在那艰难的时期，母亲经常捶打野菜的情景，这给读者描绘了一幅画面，有背景，就是在一棵白花盛开的梨树下，有人物就是母亲，有动作，有声音、有颜色、有气味的劳动场面，这是从多个角度去写的，是从听觉、视觉、嗅觉方面去描写，给人以生动感人的表达效果，表现了母亲的勤劳能干和作者内心的复杂感情。</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人物形象的分析能力。解答此类题目，需要在通读全文、整体感知文本的基础上，根据人物的身份、地位、经历，结合具体的故事情节，抓住文中对人物的语言、动作、心理、神态等描写，分析人物的性格特征。概括本题要结合内容分析，第③段在战争、饥饿的苦难中母亲依然能唱歌保持乐观的心态；别人的女人受不了这种苦难自杀，而母亲却能坚强的活下去。第④段记叙“我”为了得到一块豆饼而学狗叫，“我”的母亲也教育我要忍受苦难，不屈不挠的活下去，体现母亲的教子有方。母亲对“我”说“孩子，放心吧，阎王爷不叫我是不会去的！”，母亲是为了让“我”心安，是为了消除“我”的担忧，即使她自己面对这一切困难，也要为了孩子坚强地活下去，突出表现了母亲的爱的无私以及母亲的责任感。</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该题考查的是补写出第④段中父亲严厉批评我的话，这要结合情景去写，内容要围绕人应该有骨气、有尊严地活展开；语言要口语化，且符合人物身份。示例：父亲严厉地批评我：“做人要有自己的尊严，不能为了一时贪欲而放弃自己的尊严，没有尊严的人与动物有什么区别呢？”</w:t>
      </w:r>
    </w:p>
    <w:p>
      <w:pPr>
        <w:pStyle w:val="Heading3"/>
      </w:pPr>
      <w:r>
        <w:t>第三十九中学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w:t>
      </w:r>
      <w:r>
        <w:rPr>
          <w:rFonts w:eastAsia="宋体;SimSun" w:cs="宋体;SimSun" w:ascii="宋体;SimSun" w:hAnsi="宋体;SimSun"/>
          <w:b/>
          <w:color w:val="000000"/>
          <w:sz w:val="24"/>
        </w:rPr>
        <w:t>14</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（一）（</w:t>
      </w:r>
      <w:r>
        <w:rPr>
          <w:rFonts w:eastAsia="宋体;SimSun" w:cs="宋体;SimSun" w:ascii="宋体;SimSun" w:hAnsi="宋体;SimSun"/>
          <w:b/>
          <w:color w:val="000000"/>
          <w:sz w:val="24"/>
        </w:rPr>
        <w:t>5</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w:t>
      </w:r>
      <w:r>
        <w:rPr>
          <w:rFonts w:eastAsia="宋体;SimSun" w:cs="宋体;SimSun" w:ascii="宋体;SimSun" w:hAnsi="宋体;SimSun"/>
          <w:color w:val="000000"/>
        </w:rPr>
        <w:t>5G</w:t>
      </w:r>
      <w:r>
        <w:rPr>
          <w:rFonts w:ascii="宋体;SimSun" w:hAnsi="宋体;SimSun" w:cs="宋体;SimSun"/>
          <w:color w:val="000000"/>
        </w:rPr>
        <w:t>向我们走来》，完成下面小题。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如果说</w:t>
      </w:r>
      <w:r>
        <w:rPr>
          <w:rFonts w:eastAsia="楷体" w:cs="楷体" w:ascii="楷体" w:hAnsi="楷体"/>
          <w:color w:val="000000"/>
        </w:rPr>
        <w:t>1G</w:t>
      </w:r>
      <w:r>
        <w:rPr>
          <w:rFonts w:ascii="楷体" w:hAnsi="楷体" w:cs="楷体" w:eastAsia="楷体"/>
          <w:color w:val="000000"/>
        </w:rPr>
        <w:t>、</w:t>
      </w:r>
      <w:r>
        <w:rPr>
          <w:rFonts w:eastAsia="楷体" w:cs="楷体" w:ascii="楷体" w:hAnsi="楷体"/>
          <w:color w:val="000000"/>
        </w:rPr>
        <w:t>2G</w:t>
      </w:r>
      <w:r>
        <w:rPr>
          <w:rFonts w:ascii="楷体" w:hAnsi="楷体" w:cs="楷体" w:eastAsia="楷体"/>
          <w:color w:val="000000"/>
        </w:rPr>
        <w:t>是短信，</w:t>
      </w:r>
      <w:r>
        <w:rPr>
          <w:rFonts w:eastAsia="楷体" w:cs="楷体" w:ascii="楷体" w:hAnsi="楷体"/>
          <w:color w:val="000000"/>
        </w:rPr>
        <w:t>3G</w:t>
      </w:r>
      <w:r>
        <w:rPr>
          <w:rFonts w:ascii="楷体" w:hAnsi="楷体" w:cs="楷体" w:eastAsia="楷体"/>
          <w:color w:val="000000"/>
        </w:rPr>
        <w:t>是照片，</w:t>
      </w:r>
      <w:r>
        <w:rPr>
          <w:rFonts w:eastAsia="楷体" w:cs="楷体" w:ascii="楷体" w:hAnsi="楷体"/>
          <w:color w:val="000000"/>
        </w:rPr>
        <w:t>4G</w:t>
      </w:r>
      <w:r>
        <w:rPr>
          <w:rFonts w:ascii="楷体" w:hAnsi="楷体" w:cs="楷体" w:eastAsia="楷体"/>
          <w:color w:val="000000"/>
        </w:rPr>
        <w:t>是图像，那么</w:t>
      </w:r>
      <w:r>
        <w:rPr>
          <w:rFonts w:eastAsia="楷体" w:cs="楷体" w:ascii="楷体" w:hAnsi="楷体"/>
          <w:color w:val="000000"/>
        </w:rPr>
        <w:t>5G</w:t>
      </w:r>
      <w:r>
        <w:rPr>
          <w:rFonts w:ascii="楷体" w:hAnsi="楷体" w:cs="楷体" w:eastAsia="楷体"/>
          <w:color w:val="000000"/>
        </w:rPr>
        <w:t>将是虚拟现实、万物互联。</w:t>
      </w:r>
      <w:r>
        <w:rPr>
          <w:rFonts w:eastAsia="楷体" w:cs="楷体" w:ascii="楷体" w:hAnsi="楷体"/>
          <w:color w:val="000000"/>
        </w:rPr>
        <w:t>5G</w:t>
      </w:r>
      <w:r>
        <w:rPr>
          <w:rFonts w:ascii="楷体" w:hAnsi="楷体" w:cs="楷体" w:eastAsia="楷体"/>
          <w:color w:val="000000"/>
        </w:rPr>
        <w:t>时代即将开启。</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eastAsia="楷体" w:cs="楷体" w:ascii="楷体" w:hAnsi="楷体"/>
          <w:color w:val="000000"/>
        </w:rPr>
        <w:t>5G</w:t>
      </w:r>
      <w:r>
        <w:rPr>
          <w:rFonts w:ascii="楷体" w:hAnsi="楷体" w:cs="楷体" w:eastAsia="楷体"/>
          <w:color w:val="000000"/>
        </w:rPr>
        <w:t>指的是第五代移动通信技术。</w:t>
      </w:r>
      <w:r>
        <w:rPr>
          <w:rFonts w:eastAsia="楷体" w:cs="楷体" w:ascii="楷体" w:hAnsi="楷体"/>
          <w:color w:val="000000"/>
        </w:rPr>
        <w:t>5G</w:t>
      </w:r>
      <w:r>
        <w:rPr>
          <w:rFonts w:ascii="楷体" w:hAnsi="楷体" w:cs="楷体" w:eastAsia="楷体"/>
          <w:color w:val="000000"/>
        </w:rPr>
        <w:t>通信不仅仅是人的通信，而是物联网、工业自动化、无人驾驶被引入，通信从人与人之间的通信开始转向人与物的通信，直至机器与机器的通信。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通讯行业对于速度的追求从未停止，而</w:t>
      </w:r>
      <w:r>
        <w:rPr>
          <w:rFonts w:eastAsia="楷体" w:cs="楷体" w:ascii="楷体" w:hAnsi="楷体"/>
          <w:color w:val="000000"/>
        </w:rPr>
        <w:t>5G</w:t>
      </w:r>
      <w:r>
        <w:rPr>
          <w:rFonts w:ascii="楷体" w:hAnsi="楷体" w:cs="楷体" w:eastAsia="楷体"/>
          <w:color w:val="000000"/>
        </w:rPr>
        <w:t>的速度到底有多快呢</w:t>
      </w:r>
      <w:r>
        <w:rPr>
          <w:rFonts w:eastAsia="楷体" w:cs="楷体" w:ascii="楷体" w:hAnsi="楷体"/>
          <w:color w:val="000000"/>
        </w:rPr>
        <w:t>?</w:t>
      </w:r>
      <w:r>
        <w:rPr>
          <w:rFonts w:ascii="楷体" w:hAnsi="楷体" w:cs="楷体" w:eastAsia="楷体"/>
          <w:color w:val="000000"/>
        </w:rPr>
        <w:t>根据高通在旧金山进行的网络模拟实验，</w:t>
      </w:r>
      <w:r>
        <w:rPr>
          <w:rFonts w:eastAsia="楷体" w:cs="楷体" w:ascii="楷体" w:hAnsi="楷体"/>
          <w:color w:val="000000"/>
        </w:rPr>
        <w:t>5G</w:t>
      </w:r>
      <w:r>
        <w:rPr>
          <w:rFonts w:ascii="楷体" w:hAnsi="楷体" w:cs="楷体" w:eastAsia="楷体"/>
          <w:color w:val="000000"/>
        </w:rPr>
        <w:t>网络的下行速率均值达到了</w:t>
      </w:r>
      <w:r>
        <w:rPr>
          <w:rFonts w:eastAsia="楷体" w:cs="楷体" w:ascii="楷体" w:hAnsi="楷体"/>
          <w:color w:val="000000"/>
        </w:rPr>
        <w:t>1.4Gbps</w:t>
      </w:r>
      <w:r>
        <w:rPr>
          <w:rFonts w:ascii="楷体" w:hAnsi="楷体" w:cs="楷体" w:eastAsia="楷体"/>
          <w:color w:val="000000"/>
        </w:rPr>
        <w:t>。相较</w:t>
      </w:r>
      <w:r>
        <w:rPr>
          <w:rFonts w:eastAsia="楷体" w:cs="楷体" w:ascii="楷体" w:hAnsi="楷体"/>
          <w:color w:val="000000"/>
        </w:rPr>
        <w:t>4G</w:t>
      </w:r>
      <w:r>
        <w:rPr>
          <w:rFonts w:ascii="楷体" w:hAnsi="楷体" w:cs="楷体" w:eastAsia="楷体"/>
          <w:color w:val="000000"/>
        </w:rPr>
        <w:t>网络初期实现的</w:t>
      </w:r>
      <w:r>
        <w:rPr>
          <w:rFonts w:eastAsia="楷体" w:cs="楷体" w:ascii="楷体" w:hAnsi="楷体"/>
          <w:color w:val="000000"/>
        </w:rPr>
        <w:t>100Mbps</w:t>
      </w:r>
      <w:r>
        <w:rPr>
          <w:rFonts w:ascii="楷体" w:hAnsi="楷体" w:cs="楷体" w:eastAsia="楷体"/>
          <w:color w:val="000000"/>
        </w:rPr>
        <w:t>的峰值速率，</w:t>
      </w:r>
      <w:r>
        <w:rPr>
          <w:rFonts w:eastAsia="楷体" w:cs="楷体" w:ascii="楷体" w:hAnsi="楷体"/>
          <w:color w:val="000000"/>
        </w:rPr>
        <w:t>5G</w:t>
      </w:r>
      <w:r>
        <w:rPr>
          <w:rFonts w:ascii="楷体" w:hAnsi="楷体" w:cs="楷体" w:eastAsia="楷体"/>
          <w:color w:val="000000"/>
        </w:rPr>
        <w:t>的理论值将达到</w:t>
      </w:r>
      <w:r>
        <w:rPr>
          <w:rFonts w:eastAsia="楷体" w:cs="楷体" w:ascii="楷体" w:hAnsi="楷体"/>
          <w:color w:val="000000"/>
        </w:rPr>
        <w:t>5Gbps</w:t>
      </w:r>
      <w:r>
        <w:rPr>
          <w:rFonts w:ascii="楷体" w:hAnsi="楷体" w:cs="楷体" w:eastAsia="楷体"/>
          <w:color w:val="000000"/>
        </w:rPr>
        <w:t>，甚至是</w:t>
      </w:r>
      <w:r>
        <w:rPr>
          <w:rFonts w:eastAsia="楷体" w:cs="楷体" w:ascii="楷体" w:hAnsi="楷体"/>
          <w:color w:val="000000"/>
        </w:rPr>
        <w:t>10Gbps</w:t>
      </w:r>
      <w:r>
        <w:rPr>
          <w:rFonts w:ascii="楷体" w:hAnsi="楷体" w:cs="楷体" w:eastAsia="楷体"/>
          <w:color w:val="000000"/>
        </w:rPr>
        <w:t>，将会是</w:t>
      </w:r>
      <w:r>
        <w:rPr>
          <w:rFonts w:eastAsia="楷体" w:cs="楷体" w:ascii="楷体" w:hAnsi="楷体"/>
          <w:color w:val="000000"/>
        </w:rPr>
        <w:t>4G</w:t>
      </w:r>
      <w:r>
        <w:rPr>
          <w:rFonts w:ascii="楷体" w:hAnsi="楷体" w:cs="楷体" w:eastAsia="楷体"/>
          <w:color w:val="000000"/>
        </w:rPr>
        <w:t>网络的</w:t>
      </w:r>
      <w:r>
        <w:rPr>
          <w:rFonts w:eastAsia="楷体" w:cs="楷体" w:ascii="楷体" w:hAnsi="楷体"/>
          <w:color w:val="000000"/>
        </w:rPr>
        <w:t>50-100</w:t>
      </w:r>
      <w:r>
        <w:rPr>
          <w:rFonts w:ascii="楷体" w:hAnsi="楷体" w:cs="楷体" w:eastAsia="楷体"/>
          <w:color w:val="000000"/>
        </w:rPr>
        <w:t>倍。这样的速率几乎可以忽略“本地”与“云端”的差别，保障移动办公、即时会议等场景的体验。更为重要的是，</w:t>
      </w:r>
      <w:r>
        <w:rPr>
          <w:rFonts w:eastAsia="楷体" w:cs="楷体" w:ascii="楷体" w:hAnsi="楷体"/>
          <w:color w:val="000000"/>
        </w:rPr>
        <w:t>5G</w:t>
      </w:r>
      <w:r>
        <w:rPr>
          <w:rFonts w:ascii="楷体" w:hAnsi="楷体" w:cs="楷体" w:eastAsia="楷体"/>
          <w:color w:val="000000"/>
        </w:rPr>
        <w:t>的高速率完全可以满足</w:t>
      </w:r>
      <w:r>
        <w:rPr>
          <w:rFonts w:eastAsia="楷体" w:cs="楷体" w:ascii="楷体" w:hAnsi="楷体"/>
          <w:color w:val="000000"/>
        </w:rPr>
        <w:t>4K</w:t>
      </w:r>
      <w:r>
        <w:rPr>
          <w:rFonts w:ascii="楷体" w:hAnsi="楷体" w:cs="楷体" w:eastAsia="楷体"/>
          <w:color w:val="000000"/>
        </w:rPr>
        <w:t>、</w:t>
      </w:r>
      <w:r>
        <w:rPr>
          <w:rFonts w:eastAsia="楷体" w:cs="楷体" w:ascii="楷体" w:hAnsi="楷体"/>
          <w:color w:val="000000"/>
        </w:rPr>
        <w:t>VR</w:t>
      </w:r>
      <w:r>
        <w:rPr>
          <w:rFonts w:ascii="楷体" w:hAnsi="楷体" w:cs="楷体" w:eastAsia="楷体"/>
          <w:color w:val="000000"/>
        </w:rPr>
        <w:t>等高解析度的媒体传输需求，使得更具沉浸感的</w:t>
      </w:r>
      <w:r>
        <w:rPr>
          <w:rFonts w:eastAsia="楷体" w:cs="楷体" w:ascii="楷体" w:hAnsi="楷体"/>
          <w:color w:val="000000"/>
        </w:rPr>
        <w:t>VR</w:t>
      </w:r>
      <w:r>
        <w:rPr>
          <w:rFonts w:ascii="楷体" w:hAnsi="楷体" w:cs="楷体" w:eastAsia="楷体"/>
          <w:color w:val="000000"/>
        </w:rPr>
        <w:t>直播成为可能。同时高速率下</w:t>
      </w:r>
      <w:r>
        <w:rPr>
          <w:rFonts w:eastAsia="楷体" w:cs="楷体" w:ascii="楷体" w:hAnsi="楷体"/>
          <w:color w:val="000000"/>
        </w:rPr>
        <w:t>5G</w:t>
      </w:r>
      <w:r>
        <w:rPr>
          <w:rFonts w:ascii="楷体" w:hAnsi="楷体" w:cs="楷体" w:eastAsia="楷体"/>
          <w:color w:val="000000"/>
        </w:rPr>
        <w:t>通讯的往返延迟极低，彻底消除</w:t>
      </w:r>
      <w:r>
        <w:rPr>
          <w:rFonts w:eastAsia="楷体" w:cs="楷体" w:ascii="楷体" w:hAnsi="楷体"/>
          <w:color w:val="000000"/>
        </w:rPr>
        <w:t>VR</w:t>
      </w:r>
      <w:r>
        <w:rPr>
          <w:rFonts w:ascii="楷体" w:hAnsi="楷体" w:cs="楷体" w:eastAsia="楷体"/>
          <w:color w:val="000000"/>
        </w:rPr>
        <w:t>使用中由时延所带来的眩晕感，从而真正提升移动终端的</w:t>
      </w:r>
      <w:r>
        <w:rPr>
          <w:rFonts w:eastAsia="楷体" w:cs="楷体" w:ascii="楷体" w:hAnsi="楷体"/>
          <w:color w:val="000000"/>
        </w:rPr>
        <w:t>VR</w:t>
      </w:r>
      <w:r>
        <w:rPr>
          <w:rFonts w:ascii="楷体" w:hAnsi="楷体" w:cs="楷体" w:eastAsia="楷体"/>
          <w:color w:val="000000"/>
        </w:rPr>
        <w:t>体验。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由于高频谱资源的引入以及大规模</w:t>
      </w:r>
      <w:r>
        <w:rPr>
          <w:rFonts w:eastAsia="楷体" w:cs="楷体" w:ascii="楷体" w:hAnsi="楷体"/>
          <w:color w:val="000000"/>
        </w:rPr>
        <w:t>MIMO</w:t>
      </w:r>
      <w:r>
        <w:rPr>
          <w:rFonts w:ascii="楷体" w:hAnsi="楷体" w:cs="楷体" w:eastAsia="楷体"/>
          <w:color w:val="000000"/>
        </w:rPr>
        <w:t>技术的支持，</w:t>
      </w:r>
      <w:r>
        <w:rPr>
          <w:rFonts w:eastAsia="楷体" w:cs="楷体" w:ascii="楷体" w:hAnsi="楷体"/>
          <w:color w:val="000000"/>
        </w:rPr>
        <w:t>5G</w:t>
      </w:r>
      <w:r>
        <w:rPr>
          <w:rFonts w:ascii="楷体" w:hAnsi="楷体" w:cs="楷体" w:eastAsia="楷体"/>
          <w:color w:val="000000"/>
        </w:rPr>
        <w:t>网络的容量相比于现在将提升数十倍，这意味着基站可以同时为更多终端提供服务。在用户密度极高的信号重灾区，即使上万人集中通讯，</w:t>
      </w:r>
      <w:r>
        <w:rPr>
          <w:rFonts w:eastAsia="楷体" w:cs="楷体" w:ascii="楷体" w:hAnsi="楷体"/>
          <w:color w:val="000000"/>
        </w:rPr>
        <w:t>5G</w:t>
      </w:r>
      <w:r>
        <w:rPr>
          <w:rFonts w:ascii="楷体" w:hAnsi="楷体" w:cs="楷体" w:eastAsia="楷体"/>
          <w:color w:val="000000"/>
        </w:rPr>
        <w:t>也可以满足每个人对高速网络的需求，不会出现有信号却上不了网的情况。</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 xml:space="preserve">⑤ </w:t>
      </w:r>
      <w:r>
        <w:rPr>
          <w:rFonts w:eastAsia="楷体" w:cs="楷体" w:ascii="楷体" w:hAnsi="楷体"/>
          <w:color w:val="000000"/>
        </w:rPr>
        <w:t>5G</w:t>
      </w:r>
      <w:r>
        <w:rPr>
          <w:rFonts w:ascii="楷体" w:hAnsi="楷体" w:cs="楷体" w:eastAsia="楷体"/>
          <w:color w:val="000000"/>
        </w:rPr>
        <w:t>网络有着低至</w:t>
      </w:r>
      <w:r>
        <w:rPr>
          <w:rFonts w:eastAsia="楷体" w:cs="楷体" w:ascii="楷体" w:hAnsi="楷体"/>
          <w:color w:val="000000"/>
        </w:rPr>
        <w:t>1</w:t>
      </w:r>
      <w:r>
        <w:rPr>
          <w:rFonts w:ascii="楷体" w:hAnsi="楷体" w:cs="楷体" w:eastAsia="楷体"/>
          <w:color w:val="000000"/>
        </w:rPr>
        <w:t>毫秒的延迟，更低的时延意味着更及时的响应。这一特性对于无人驾驶、应急事故处理等场景意义重大。以无人驾驶为例，目前的方案多依靠传感器技术实现，车辆根据环境进行被动式操作，难免出现一些事故。而当</w:t>
      </w:r>
      <w:r>
        <w:rPr>
          <w:rFonts w:eastAsia="楷体" w:cs="楷体" w:ascii="楷体" w:hAnsi="楷体"/>
          <w:color w:val="000000"/>
        </w:rPr>
        <w:t>5G</w:t>
      </w:r>
      <w:r>
        <w:rPr>
          <w:rFonts w:ascii="楷体" w:hAnsi="楷体" w:cs="楷体" w:eastAsia="楷体"/>
          <w:color w:val="000000"/>
        </w:rPr>
        <w:t>技术运用其中时，由于极低的时延，车和车之间可以进行最为及时的通讯，从而主动规划行驶线路，根据突发情况作出最及时的处理，更加智能安全。</w:t>
      </w:r>
    </w:p>
    <w:p>
      <w:pPr>
        <w:pStyle w:val="Normal"/>
        <w:spacing w:lineRule="auto" w:line="360"/>
        <w:ind w:firstLine="420" w:end="0"/>
        <w:jc w:val="start"/>
        <w:textAlignment w:val="center"/>
        <w:rPr/>
      </w:pPr>
      <w:r>
        <w:rPr>
          <w:rFonts w:eastAsia="楷体" w:cs="楷体" w:ascii="楷体" w:hAnsi="楷体"/>
          <w:color w:val="000000"/>
        </w:rPr>
        <w:t>⑥</w:t>
      </w:r>
      <w:r>
        <w:rPr>
          <w:rFonts w:eastAsia="楷体" w:cs="楷体" w:ascii="楷体" w:hAnsi="楷体"/>
          <w:color w:val="000000"/>
        </w:rPr>
        <w:t>5G</w:t>
      </w:r>
      <w:r>
        <w:rPr>
          <w:rFonts w:ascii="楷体" w:hAnsi="楷体" w:cs="楷体" w:eastAsia="楷体"/>
          <w:color w:val="000000"/>
        </w:rPr>
        <w:t>网络能为我们做什么？在万物互联的</w:t>
      </w:r>
      <w:r>
        <w:rPr>
          <w:rFonts w:eastAsia="楷体" w:cs="楷体" w:ascii="楷体" w:hAnsi="楷体"/>
          <w:color w:val="000000"/>
        </w:rPr>
        <w:t>5G</w:t>
      </w:r>
      <w:r>
        <w:rPr>
          <w:rFonts w:ascii="楷体" w:hAnsi="楷体" w:cs="楷体" w:eastAsia="楷体"/>
          <w:color w:val="000000"/>
        </w:rPr>
        <w:t>时代，所有物联网内的“成员”都成为了网络上的一个点，《钢铁侠》电影中那套先进的房子也不再是梦。</w:t>
      </w:r>
      <w:r>
        <w:rPr>
          <w:rFonts w:ascii="楷体" w:hAnsi="楷体" w:cs="楷体" w:eastAsia="楷体"/>
          <w:color w:val="000000"/>
          <w:u w:val="single"/>
        </w:rPr>
        <w:t>试想想，早上，你的枕头、被子或者床，以一种更加自然的方式把你从睡梦中叫醒，接着窗帘会缓缓拉开，房间内的灯也会自动开启。你刷牙的时候，杯子已经自动装好温水</w:t>
      </w:r>
      <w:r>
        <w:rPr>
          <w:rFonts w:ascii="楷体" w:hAnsi="楷体" w:cs="楷体" w:eastAsia="楷体"/>
          <w:color w:val="000000"/>
        </w:rPr>
        <w:t>。这将是多么美好的生活呀。</w:t>
      </w:r>
    </w:p>
    <w:p>
      <w:pPr>
        <w:pStyle w:val="Normal"/>
        <w:spacing w:lineRule="auto" w:line="360"/>
        <w:ind w:firstLine="420" w:end="0"/>
        <w:jc w:val="start"/>
        <w:textAlignment w:val="center"/>
        <w:rPr/>
      </w:pPr>
      <w:r>
        <w:rPr>
          <w:rFonts w:eastAsia="楷体" w:cs="楷体" w:ascii="楷体" w:hAnsi="楷体"/>
          <w:color w:val="000000"/>
        </w:rPr>
        <w:t>⑦</w:t>
      </w:r>
      <w:r>
        <w:rPr>
          <w:rFonts w:ascii="楷体" w:hAnsi="楷体" w:cs="楷体" w:eastAsia="楷体"/>
          <w:color w:val="000000"/>
        </w:rPr>
        <w:t>世间有一个道理叫做“</w:t>
      </w:r>
      <w:r>
        <w:rPr>
          <w:rFonts w:ascii="楷体" w:hAnsi="楷体" w:cs="楷体" w:eastAsia="楷体"/>
          <w:color w:val="000000"/>
          <w:u w:val="single"/>
        </w:rPr>
        <w:t xml:space="preserve">             </w:t>
      </w:r>
      <w:r>
        <w:rPr>
          <w:rFonts w:ascii="楷体" w:hAnsi="楷体" w:cs="楷体" w:eastAsia="楷体"/>
          <w:color w:val="000000"/>
        </w:rPr>
        <w:t>”。</w:t>
      </w:r>
      <w:r>
        <w:rPr>
          <w:rFonts w:eastAsia="楷体" w:cs="楷体" w:ascii="楷体" w:hAnsi="楷体"/>
          <w:color w:val="000000"/>
        </w:rPr>
        <w:t>5G</w:t>
      </w:r>
      <w:r>
        <w:rPr>
          <w:rFonts w:ascii="楷体" w:hAnsi="楷体" w:cs="楷体" w:eastAsia="楷体"/>
          <w:color w:val="000000"/>
        </w:rPr>
        <w:t>的频段虽然快，但是也有很多问题。其中最主要的，就是穿透力不强。电磁波有一个特点，频率越高，它的绕射能力就越差，传播过程中的衰减损耗也越大，所以覆盖能力就大大降低。这样就带来一个问题，同样面积的地区，</w:t>
      </w:r>
      <w:r>
        <w:rPr>
          <w:rFonts w:eastAsia="楷体" w:cs="楷体" w:ascii="楷体" w:hAnsi="楷体"/>
          <w:color w:val="000000"/>
        </w:rPr>
        <w:t>4G</w:t>
      </w:r>
      <w:r>
        <w:rPr>
          <w:rFonts w:ascii="楷体" w:hAnsi="楷体" w:cs="楷体" w:eastAsia="楷体"/>
          <w:color w:val="000000"/>
        </w:rPr>
        <w:t>只需要</w:t>
      </w:r>
      <w:r>
        <w:rPr>
          <w:rFonts w:eastAsia="楷体" w:cs="楷体" w:ascii="楷体" w:hAnsi="楷体"/>
          <w:color w:val="000000"/>
        </w:rPr>
        <w:t>1</w:t>
      </w:r>
      <w:r>
        <w:rPr>
          <w:rFonts w:ascii="楷体" w:hAnsi="楷体" w:cs="楷体" w:eastAsia="楷体"/>
          <w:color w:val="000000"/>
        </w:rPr>
        <w:t>个基站，而</w:t>
      </w:r>
      <w:r>
        <w:rPr>
          <w:rFonts w:eastAsia="楷体" w:cs="楷体" w:ascii="楷体" w:hAnsi="楷体"/>
          <w:color w:val="000000"/>
        </w:rPr>
        <w:t>5G</w:t>
      </w:r>
      <w:r>
        <w:rPr>
          <w:rFonts w:ascii="楷体" w:hAnsi="楷体" w:cs="楷体" w:eastAsia="楷体"/>
          <w:color w:val="000000"/>
        </w:rPr>
        <w:t>却需要多个基站，而基站的数量，决定了投入成本。</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总之，未来</w:t>
      </w:r>
      <w:r>
        <w:rPr>
          <w:rFonts w:eastAsia="楷体" w:cs="楷体" w:ascii="楷体" w:hAnsi="楷体"/>
          <w:color w:val="000000"/>
        </w:rPr>
        <w:t>5G</w:t>
      </w:r>
      <w:r>
        <w:rPr>
          <w:rFonts w:ascii="楷体" w:hAnsi="楷体" w:cs="楷体" w:eastAsia="楷体"/>
          <w:color w:val="000000"/>
        </w:rPr>
        <w:t>网络中的终端也不仅是手机，而是有汽车、无人驾驶飞机、家电、公共服务设备等多种设备。</w:t>
      </w:r>
      <w:r>
        <w:rPr>
          <w:rFonts w:eastAsia="楷体" w:cs="楷体" w:ascii="楷体" w:hAnsi="楷体"/>
          <w:color w:val="000000"/>
        </w:rPr>
        <w:t>4G</w:t>
      </w:r>
      <w:r>
        <w:rPr>
          <w:rFonts w:ascii="楷体" w:hAnsi="楷体" w:cs="楷体" w:eastAsia="楷体"/>
          <w:color w:val="000000"/>
        </w:rPr>
        <w:t>改变生活，</w:t>
      </w:r>
      <w:r>
        <w:rPr>
          <w:rFonts w:eastAsia="楷体" w:cs="楷体" w:ascii="楷体" w:hAnsi="楷体"/>
          <w:color w:val="000000"/>
        </w:rPr>
        <w:t>5G</w:t>
      </w:r>
      <w:r>
        <w:rPr>
          <w:rFonts w:ascii="楷体" w:hAnsi="楷体" w:cs="楷体" w:eastAsia="楷体"/>
          <w:color w:val="000000"/>
        </w:rPr>
        <w:t>改变社会。</w:t>
      </w:r>
      <w:r>
        <w:rPr>
          <w:rFonts w:eastAsia="楷体" w:cs="楷体" w:ascii="楷体" w:hAnsi="楷体"/>
          <w:color w:val="000000"/>
        </w:rPr>
        <w:t>5G</w:t>
      </w:r>
      <w:r>
        <w:rPr>
          <w:rFonts w:ascii="楷体" w:hAnsi="楷体" w:cs="楷体" w:eastAsia="楷体"/>
          <w:color w:val="000000"/>
        </w:rPr>
        <w:t>将会是社会进步、产业推动、经济发展的重要推进器。说到底，</w:t>
      </w:r>
      <w:r>
        <w:rPr>
          <w:rFonts w:eastAsia="楷体" w:cs="楷体" w:ascii="楷体" w:hAnsi="楷体"/>
          <w:color w:val="000000"/>
        </w:rPr>
        <w:t>5G</w:t>
      </w:r>
      <w:r>
        <w:rPr>
          <w:rFonts w:ascii="楷体" w:hAnsi="楷体" w:cs="楷体" w:eastAsia="楷体"/>
          <w:color w:val="000000"/>
        </w:rPr>
        <w:t>的到来是不可阻挡的趋势，对于我们来说，做好准备，好好拥抱它吧。</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请根据文章内容，请用短语概括出</w:t>
      </w:r>
      <w:r>
        <w:rPr>
          <w:rFonts w:eastAsia="宋体;SimSun" w:cs="宋体;SimSun" w:ascii="宋体;SimSun" w:hAnsi="宋体;SimSun"/>
          <w:color w:val="000000"/>
        </w:rPr>
        <w:t>5G</w:t>
      </w:r>
      <w:r>
        <w:rPr>
          <w:rFonts w:ascii="宋体;SimSun" w:hAnsi="宋体;SimSun" w:cs="宋体;SimSun"/>
          <w:color w:val="000000"/>
        </w:rPr>
        <w:t>的优点。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请在第⑦段的横线处填上恰当的短语或俗语。</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请写出文中第⑥段划线句所用的说明方法及其作用。</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w:t>
      </w:r>
      <w:r>
        <w:rPr>
          <w:rFonts w:ascii="宋体;SimSun" w:hAnsi="宋体;SimSun" w:cs="宋体;SimSun"/>
          <w:color w:val="000000"/>
        </w:rPr>
        <w:t>高速率、大容量、低时延</w:t>
      </w:r>
      <w:r>
        <w:rPr>
          <w:color w:val="000000"/>
        </w:rPr>
        <w:t xml:space="preserve">    </w:t>
      </w:r>
    </w:p>
    <w:p>
      <w:pPr>
        <w:pStyle w:val="Normal"/>
        <w:spacing w:lineRule="auto" w:line="360"/>
        <w:textAlignment w:val="center"/>
        <w:rPr/>
      </w:pPr>
      <w:r>
        <w:rPr>
          <w:color w:val="000000"/>
        </w:rPr>
        <w:t xml:space="preserve">17. </w:t>
      </w:r>
      <w:r>
        <w:rPr>
          <w:rFonts w:ascii="宋体;SimSun" w:hAnsi="宋体;SimSun" w:cs="宋体;SimSun"/>
          <w:color w:val="000000"/>
        </w:rPr>
        <w:t>各有利弊</w:t>
      </w:r>
      <w:r>
        <w:rPr>
          <w:color w:val="000000"/>
        </w:rPr>
        <w:t xml:space="preserve">    </w:t>
      </w:r>
      <w:r>
        <w:rPr>
          <w:color w:val="000000"/>
        </w:rPr>
        <w:t xml:space="preserve">18. </w:t>
      </w:r>
      <w:r>
        <w:rPr>
          <w:rFonts w:ascii="宋体;SimSun" w:hAnsi="宋体;SimSun" w:cs="宋体;SimSun"/>
          <w:color w:val="000000"/>
        </w:rPr>
        <w:t>句子采用举例子的说明方法，具体说明了</w:t>
      </w:r>
      <w:r>
        <w:rPr>
          <w:rFonts w:eastAsia="宋体;SimSun" w:cs="宋体;SimSun" w:ascii="宋体;SimSun" w:hAnsi="宋体;SimSun"/>
          <w:color w:val="000000"/>
        </w:rPr>
        <w:t>5G</w:t>
      </w:r>
      <w:r>
        <w:rPr>
          <w:rFonts w:ascii="宋体;SimSun" w:hAnsi="宋体;SimSun" w:cs="宋体;SimSun"/>
          <w:color w:val="000000"/>
        </w:rPr>
        <w:t>给人们生活带来的便利。</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本题考查内容分析。</w:t>
      </w:r>
      <w:r>
        <w:rPr>
          <w:rFonts w:eastAsia="宋体;SimSun" w:cs="宋体;SimSun" w:ascii="宋体;SimSun" w:hAnsi="宋体;SimSun"/>
          <w:color w:val="000000"/>
        </w:rPr>
        <w:t>1</w:t>
      </w:r>
      <w:r>
        <w:rPr>
          <w:rFonts w:ascii="宋体;SimSun" w:hAnsi="宋体;SimSun" w:cs="宋体;SimSun"/>
          <w:color w:val="000000"/>
        </w:rPr>
        <w:t>）结合第三段“通讯行业对于速度的追求从未停止，而</w:t>
      </w:r>
      <w:r>
        <w:rPr>
          <w:rFonts w:eastAsia="宋体;SimSun" w:cs="宋体;SimSun" w:ascii="宋体;SimSun" w:hAnsi="宋体;SimSun"/>
          <w:color w:val="000000"/>
        </w:rPr>
        <w:t>5G</w:t>
      </w:r>
      <w:r>
        <w:rPr>
          <w:rFonts w:ascii="宋体;SimSun" w:hAnsi="宋体;SimSun" w:cs="宋体;SimSun"/>
          <w:color w:val="000000"/>
        </w:rPr>
        <w:t>的速度到底有多快呢</w:t>
      </w:r>
      <w:r>
        <w:rPr>
          <w:rFonts w:eastAsia="宋体;SimSun" w:cs="宋体;SimSun" w:ascii="宋体;SimSun" w:hAnsi="宋体;SimSun"/>
          <w:color w:val="000000"/>
        </w:rPr>
        <w:t>?</w:t>
      </w:r>
      <w:r>
        <w:rPr>
          <w:rFonts w:ascii="宋体;SimSun" w:hAnsi="宋体;SimSun" w:cs="宋体;SimSun"/>
          <w:color w:val="000000"/>
        </w:rPr>
        <w:t>根据高通在旧金山进行的网络模拟实验，</w:t>
      </w:r>
      <w:r>
        <w:rPr>
          <w:rFonts w:eastAsia="宋体;SimSun" w:cs="宋体;SimSun" w:ascii="宋体;SimSun" w:hAnsi="宋体;SimSun"/>
          <w:color w:val="000000"/>
        </w:rPr>
        <w:t>5G</w:t>
      </w:r>
      <w:r>
        <w:rPr>
          <w:rFonts w:ascii="宋体;SimSun" w:hAnsi="宋体;SimSun" w:cs="宋体;SimSun"/>
          <w:color w:val="000000"/>
        </w:rPr>
        <w:t>网络的下行速率均值达到了</w:t>
      </w:r>
      <w:r>
        <w:rPr>
          <w:rFonts w:eastAsia="宋体;SimSun" w:cs="宋体;SimSun" w:ascii="宋体;SimSun" w:hAnsi="宋体;SimSun"/>
          <w:color w:val="000000"/>
        </w:rPr>
        <w:t>1.4Gbps”</w:t>
      </w:r>
      <w:r>
        <w:rPr>
          <w:rFonts w:ascii="宋体;SimSun" w:hAnsi="宋体;SimSun" w:cs="宋体;SimSun"/>
          <w:color w:val="000000"/>
        </w:rPr>
        <w:t>可概括优点一：高速率。</w:t>
      </w:r>
      <w:r>
        <w:rPr>
          <w:rFonts w:eastAsia="宋体;SimSun" w:cs="宋体;SimSun" w:ascii="宋体;SimSun" w:hAnsi="宋体;SimSun"/>
          <w:color w:val="000000"/>
        </w:rPr>
        <w:t>2</w:t>
      </w:r>
      <w:r>
        <w:rPr>
          <w:rFonts w:ascii="宋体;SimSun" w:hAnsi="宋体;SimSun" w:cs="宋体;SimSun"/>
          <w:color w:val="000000"/>
        </w:rPr>
        <w:t>）结合第四段“</w:t>
      </w:r>
      <w:r>
        <w:rPr>
          <w:rFonts w:eastAsia="宋体;SimSun" w:cs="宋体;SimSun" w:ascii="宋体;SimSun" w:hAnsi="宋体;SimSun"/>
          <w:color w:val="000000"/>
        </w:rPr>
        <w:t>5G</w:t>
      </w:r>
      <w:r>
        <w:rPr>
          <w:rFonts w:ascii="宋体;SimSun" w:hAnsi="宋体;SimSun" w:cs="宋体;SimSun"/>
          <w:color w:val="000000"/>
        </w:rPr>
        <w:t>网络的容量相比于现在将提升数十倍”可概括优点二：大容量。</w:t>
      </w:r>
      <w:r>
        <w:rPr>
          <w:rFonts w:eastAsia="宋体;SimSun" w:cs="宋体;SimSun" w:ascii="宋体;SimSun" w:hAnsi="宋体;SimSun"/>
          <w:color w:val="000000"/>
        </w:rPr>
        <w:t>3</w:t>
      </w:r>
      <w:r>
        <w:rPr>
          <w:rFonts w:ascii="宋体;SimSun" w:hAnsi="宋体;SimSun" w:cs="宋体;SimSun"/>
          <w:color w:val="000000"/>
        </w:rPr>
        <w:t>）结合第五段和第三段“</w:t>
      </w:r>
      <w:r>
        <w:rPr>
          <w:rFonts w:eastAsia="宋体;SimSun" w:cs="宋体;SimSun" w:ascii="宋体;SimSun" w:hAnsi="宋体;SimSun"/>
          <w:color w:val="000000"/>
        </w:rPr>
        <w:t>5G</w:t>
      </w:r>
      <w:r>
        <w:rPr>
          <w:rFonts w:ascii="宋体;SimSun" w:hAnsi="宋体;SimSun" w:cs="宋体;SimSun"/>
          <w:color w:val="000000"/>
        </w:rPr>
        <w:t>网络有着低至</w:t>
      </w:r>
      <w:r>
        <w:rPr>
          <w:rFonts w:eastAsia="宋体;SimSun" w:cs="宋体;SimSun" w:ascii="宋体;SimSun" w:hAnsi="宋体;SimSun"/>
          <w:color w:val="000000"/>
        </w:rPr>
        <w:t>1</w:t>
      </w:r>
      <w:r>
        <w:rPr>
          <w:rFonts w:ascii="宋体;SimSun" w:hAnsi="宋体;SimSun" w:cs="宋体;SimSun"/>
          <w:color w:val="000000"/>
        </w:rPr>
        <w:t>毫秒的延迟，更低的时延意味着更及时的响应”“同时高速率下</w:t>
      </w:r>
      <w:r>
        <w:rPr>
          <w:rFonts w:eastAsia="宋体;SimSun" w:cs="宋体;SimSun" w:ascii="宋体;SimSun" w:hAnsi="宋体;SimSun"/>
          <w:color w:val="000000"/>
        </w:rPr>
        <w:t>5G</w:t>
      </w:r>
      <w:r>
        <w:rPr>
          <w:rFonts w:ascii="宋体;SimSun" w:hAnsi="宋体;SimSun" w:cs="宋体;SimSun"/>
          <w:color w:val="000000"/>
        </w:rPr>
        <w:t>通讯的往返延迟极低”可概括优点三：低时延。</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本题考查词语运用。文章第三到第六段介绍了</w:t>
      </w:r>
      <w:r>
        <w:rPr>
          <w:rFonts w:eastAsia="宋体;SimSun" w:cs="宋体;SimSun" w:ascii="宋体;SimSun" w:hAnsi="宋体;SimSun"/>
          <w:color w:val="000000"/>
        </w:rPr>
        <w:t>5G</w:t>
      </w:r>
      <w:r>
        <w:rPr>
          <w:rFonts w:ascii="宋体;SimSun" w:hAnsi="宋体;SimSun" w:cs="宋体;SimSun"/>
          <w:color w:val="000000"/>
        </w:rPr>
        <w:t>的优点，而第七段“</w:t>
      </w:r>
      <w:r>
        <w:rPr>
          <w:rFonts w:eastAsia="宋体;SimSun" w:cs="宋体;SimSun" w:ascii="宋体;SimSun" w:hAnsi="宋体;SimSun"/>
          <w:color w:val="000000"/>
        </w:rPr>
        <w:t>5G</w:t>
      </w:r>
      <w:r>
        <w:rPr>
          <w:rFonts w:ascii="宋体;SimSun" w:hAnsi="宋体;SimSun" w:cs="宋体;SimSun"/>
          <w:color w:val="000000"/>
        </w:rPr>
        <w:t>的频段虽然快，但是也有很多问题”则介绍</w:t>
      </w:r>
      <w:r>
        <w:rPr>
          <w:rFonts w:eastAsia="宋体;SimSun" w:cs="宋体;SimSun" w:ascii="宋体;SimSun" w:hAnsi="宋体;SimSun"/>
          <w:color w:val="000000"/>
        </w:rPr>
        <w:t>5G</w:t>
      </w:r>
      <w:r>
        <w:rPr>
          <w:rFonts w:ascii="宋体;SimSun" w:hAnsi="宋体;SimSun" w:cs="宋体;SimSun"/>
          <w:color w:val="000000"/>
        </w:rPr>
        <w:t>的不足，结合“这样就带来一个问题，同样面积的地区，</w:t>
      </w:r>
      <w:r>
        <w:rPr>
          <w:rFonts w:eastAsia="宋体;SimSun" w:cs="宋体;SimSun" w:ascii="宋体;SimSun" w:hAnsi="宋体;SimSun"/>
          <w:color w:val="000000"/>
        </w:rPr>
        <w:t>4G</w:t>
      </w:r>
      <w:r>
        <w:rPr>
          <w:rFonts w:ascii="宋体;SimSun" w:hAnsi="宋体;SimSun" w:cs="宋体;SimSun"/>
          <w:color w:val="000000"/>
        </w:rPr>
        <w:t>只需要</w:t>
      </w:r>
      <w:r>
        <w:rPr>
          <w:rFonts w:eastAsia="宋体;SimSun" w:cs="宋体;SimSun" w:ascii="宋体;SimSun" w:hAnsi="宋体;SimSun"/>
          <w:color w:val="000000"/>
        </w:rPr>
        <w:t>1</w:t>
      </w:r>
      <w:r>
        <w:rPr>
          <w:rFonts w:ascii="宋体;SimSun" w:hAnsi="宋体;SimSun" w:cs="宋体;SimSun"/>
          <w:color w:val="000000"/>
        </w:rPr>
        <w:t>个基站，而</w:t>
      </w:r>
      <w:r>
        <w:rPr>
          <w:rFonts w:eastAsia="宋体;SimSun" w:cs="宋体;SimSun" w:ascii="宋体;SimSun" w:hAnsi="宋体;SimSun"/>
          <w:color w:val="000000"/>
        </w:rPr>
        <w:t>5G</w:t>
      </w:r>
      <w:r>
        <w:rPr>
          <w:rFonts w:ascii="宋体;SimSun" w:hAnsi="宋体;SimSun" w:cs="宋体;SimSun"/>
          <w:color w:val="000000"/>
        </w:rPr>
        <w:t>却需要多个基站，而基站的数量，决定了投入成本”可知，这一段把</w:t>
      </w:r>
      <w:r>
        <w:rPr>
          <w:rFonts w:eastAsia="宋体;SimSun" w:cs="宋体;SimSun" w:ascii="宋体;SimSun" w:hAnsi="宋体;SimSun"/>
          <w:color w:val="000000"/>
        </w:rPr>
        <w:t>4G</w:t>
      </w:r>
      <w:r>
        <w:rPr>
          <w:rFonts w:ascii="宋体;SimSun" w:hAnsi="宋体;SimSun" w:cs="宋体;SimSun"/>
          <w:color w:val="000000"/>
        </w:rPr>
        <w:t>和</w:t>
      </w:r>
      <w:r>
        <w:rPr>
          <w:rFonts w:eastAsia="宋体;SimSun" w:cs="宋体;SimSun" w:ascii="宋体;SimSun" w:hAnsi="宋体;SimSun"/>
          <w:color w:val="000000"/>
        </w:rPr>
        <w:t>5G</w:t>
      </w:r>
      <w:r>
        <w:rPr>
          <w:rFonts w:ascii="宋体;SimSun" w:hAnsi="宋体;SimSun" w:cs="宋体;SimSun"/>
          <w:color w:val="000000"/>
        </w:rPr>
        <w:t>放在一起比较，各有各的优点和缺点，故用“各有利弊”这个词语，总领本段。</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本题考查说明方法。</w:t>
      </w:r>
      <w:r>
        <w:rPr>
          <w:rFonts w:eastAsia="宋体;SimSun" w:cs="宋体;SimSun" w:ascii="宋体;SimSun" w:hAnsi="宋体;SimSun"/>
          <w:color w:val="000000"/>
        </w:rPr>
        <w:t>1</w:t>
      </w:r>
      <w:r>
        <w:rPr>
          <w:rFonts w:ascii="宋体;SimSun" w:hAnsi="宋体;SimSun" w:cs="宋体;SimSun"/>
          <w:color w:val="000000"/>
        </w:rPr>
        <w:t>）手法判断。结合“你的枕头、被子或者床”“窗帘”“灯”等具体事物可知，采用的是举例子说明方法。</w:t>
      </w:r>
      <w:r>
        <w:rPr>
          <w:rFonts w:eastAsia="宋体;SimSun" w:cs="宋体;SimSun" w:ascii="宋体;SimSun" w:hAnsi="宋体;SimSun"/>
          <w:color w:val="000000"/>
        </w:rPr>
        <w:t>2</w:t>
      </w:r>
      <w:r>
        <w:rPr>
          <w:rFonts w:ascii="宋体;SimSun" w:hAnsi="宋体;SimSun" w:cs="宋体;SimSun"/>
          <w:color w:val="000000"/>
        </w:rPr>
        <w:t>）作用。结合“以一种更加自然的方式把你从睡梦中叫醒”和“</w:t>
      </w:r>
      <w:r>
        <w:rPr>
          <w:rFonts w:eastAsia="宋体;SimSun" w:cs="宋体;SimSun" w:ascii="宋体;SimSun" w:hAnsi="宋体;SimSun"/>
          <w:color w:val="000000"/>
        </w:rPr>
        <w:t>5G</w:t>
      </w:r>
      <w:r>
        <w:rPr>
          <w:rFonts w:ascii="宋体;SimSun" w:hAnsi="宋体;SimSun" w:cs="宋体;SimSun"/>
          <w:color w:val="000000"/>
        </w:rPr>
        <w:t>网络能为我们做什么？”可知，是用具体的事例生动地证明了</w:t>
      </w:r>
      <w:r>
        <w:rPr>
          <w:rFonts w:eastAsia="宋体;SimSun" w:cs="宋体;SimSun" w:ascii="宋体;SimSun" w:hAnsi="宋体;SimSun"/>
          <w:color w:val="000000"/>
        </w:rPr>
        <w:t>5G</w:t>
      </w:r>
      <w:r>
        <w:rPr>
          <w:rFonts w:ascii="宋体;SimSun" w:hAnsi="宋体;SimSun" w:cs="宋体;SimSun"/>
          <w:color w:val="000000"/>
        </w:rPr>
        <w:t>给我们生活带来了便利。</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（二）（</w:t>
      </w:r>
      <w:r>
        <w:rPr>
          <w:rFonts w:eastAsia="宋体;SimSun" w:cs="宋体;SimSun" w:ascii="宋体;SimSun" w:hAnsi="宋体;SimSun"/>
          <w:b/>
          <w:color w:val="000000"/>
          <w:sz w:val="24"/>
        </w:rPr>
        <w:t>9</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阅读《济南的冬天》（节选），完成下面小题。</w:t>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小山整把济南围了个圈儿，只有北边缺着点口儿。</w:t>
      </w:r>
      <w:r>
        <w:rPr>
          <w:rFonts w:ascii="楷体" w:hAnsi="楷体" w:cs="楷体" w:eastAsia="楷体"/>
          <w:color w:val="000000"/>
          <w:u w:val="single"/>
        </w:rPr>
        <w:t>这一圈小山在冬天特别可爱，好像是把济南放在一个小摇篮里，它们安静不动地低声地说：“你们放心吧，这儿准保暖和。”</w:t>
      </w:r>
      <w:r>
        <w:rPr>
          <w:rFonts w:ascii="楷体" w:hAnsi="楷体" w:cs="楷体" w:eastAsia="楷体"/>
          <w:color w:val="000000"/>
        </w:rPr>
        <w:t>（</w:t>
      </w:r>
      <w:r>
        <w:rPr>
          <w:rFonts w:eastAsia="楷体" w:cs="楷体" w:ascii="楷体" w:hAnsi="楷体"/>
          <w:color w:val="000000"/>
        </w:rPr>
        <w:t>A</w:t>
      </w:r>
      <w:r>
        <w:rPr>
          <w:rFonts w:ascii="楷体" w:hAnsi="楷体" w:cs="楷体" w:eastAsia="楷体"/>
          <w:color w:val="000000"/>
        </w:rPr>
        <w:t>）真的，济南的人们在冬天是面上含笑的。他们一看那些小山，心中便觉得有了着落，有了依靠。</w:t>
      </w:r>
      <w:r>
        <w:rPr>
          <w:rFonts w:ascii="楷体" w:hAnsi="楷体" w:cs="楷体" w:eastAsia="楷体"/>
          <w:color w:val="000000"/>
          <w:u w:val="single"/>
        </w:rPr>
        <w:t>他们由天上看到山上，便不知不觉地想起：“明天也许就是春天了吧？这样的温暖，今天夜里山草也许就绿起来了吧？”</w:t>
      </w:r>
      <w:r>
        <w:rPr>
          <w:rFonts w:ascii="楷体" w:hAnsi="楷体" w:cs="楷体" w:eastAsia="楷体"/>
          <w:color w:val="000000"/>
        </w:rPr>
        <w:t>（</w:t>
      </w:r>
      <w:r>
        <w:rPr>
          <w:rFonts w:eastAsia="楷体" w:cs="楷体" w:ascii="楷体" w:hAnsi="楷体"/>
          <w:color w:val="000000"/>
        </w:rPr>
        <w:t>B</w:t>
      </w:r>
      <w:r>
        <w:rPr>
          <w:rFonts w:ascii="楷体" w:hAnsi="楷体" w:cs="楷体" w:eastAsia="楷体"/>
          <w:color w:val="000000"/>
        </w:rPr>
        <w:t>）就是这点幻想不能一时实现，他们也并不着急，因为有这样慈善的冬天，干啥还希望别的呢！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最妙的是下点小雪呀。看吧，山上的矮松越发的青黑，树尖上顶着一髻儿白花，好像日本看护妇。山尖全白了，给蓝天镶上一道银边。山坡上，有的地方雪厚点，有的地方草色还露着；这样，一道儿白，一道儿暗黄，给山们穿上一件带水纹的花衣；看着看着，这件花衣好像被风儿吹动，叫你希望看见一点更美的山的肌肤。等到快日落的时候，微黄的阳光斜射在山腰上，那点薄雪好像忽然害了羞，微微露出点粉色。就是下小雪吧，济南是受不住大雪的，那些小山太秀气！</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上面两段文字分别写出济南冬天小山</w:t>
      </w:r>
      <w:r>
        <w:rPr>
          <w:rFonts w:eastAsia="宋体;SimSun" w:cs="宋体;SimSun" w:ascii="宋体;SimSun" w:hAnsi="宋体;SimSun"/>
          <w:color w:val="000000"/>
        </w:rPr>
        <w:t>____________</w:t>
      </w:r>
      <w:r>
        <w:rPr>
          <w:rFonts w:ascii="宋体;SimSun" w:hAnsi="宋体;SimSun" w:cs="宋体;SimSun"/>
          <w:color w:val="000000"/>
        </w:rPr>
        <w:t>和</w:t>
      </w:r>
      <w:r>
        <w:rPr>
          <w:rFonts w:eastAsia="宋体;SimSun" w:cs="宋体;SimSun" w:ascii="宋体;SimSun" w:hAnsi="宋体;SimSun"/>
          <w:color w:val="000000"/>
        </w:rPr>
        <w:t>___________</w:t>
      </w:r>
      <w:r>
        <w:rPr>
          <w:rFonts w:ascii="宋体;SimSun" w:hAnsi="宋体;SimSun" w:cs="宋体;SimSun"/>
          <w:color w:val="000000"/>
        </w:rPr>
        <w:t>的特点。（用原文词语填空）。</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第①段写出了济南冬天什么的特点</w:t>
      </w:r>
      <w:r>
        <w:rPr>
          <w:rFonts w:eastAsia="宋体;SimSun" w:cs="宋体;SimSun" w:ascii="宋体;SimSun" w:hAnsi="宋体;SimSun"/>
          <w:color w:val="000000"/>
        </w:rPr>
        <w:t>?</w:t>
      </w:r>
      <w:r>
        <w:rPr>
          <w:rFonts w:ascii="宋体;SimSun" w:hAnsi="宋体;SimSun" w:cs="宋体;SimSun"/>
          <w:color w:val="000000"/>
        </w:rPr>
        <w:t>从这段划线语句（</w:t>
      </w:r>
      <w:r>
        <w:rPr>
          <w:rFonts w:eastAsia="宋体;SimSun" w:cs="宋体;SimSun" w:ascii="宋体;SimSun" w:hAnsi="宋体;SimSun"/>
          <w:color w:val="000000"/>
        </w:rPr>
        <w:t>A</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）中任选一句，说说它是如何突出这个特点的。</w:t>
      </w:r>
    </w:p>
    <w:p>
      <w:pPr>
        <w:pStyle w:val="Normal"/>
        <w:spacing w:lineRule="auto" w:line="360"/>
        <w:jc w:val="start"/>
        <w:textAlignment w:val="center"/>
        <w:rPr/>
      </w:pPr>
      <w:r>
        <w:rPr/>
        <w:t xml:space="preserve">21. </w:t>
      </w:r>
      <w:r>
        <w:rPr/>
        <w:t>依据第②段文字描写景物的特点，完成下面表格中五处空缺。</w:t>
      </w:r>
    </w:p>
    <w:tbl>
      <w:tblPr>
        <w:tblW w:w="5000" w:type="pct"/>
        <w:jc w:val="start"/>
        <w:tblInd w:w="0" w:type="dxa"/>
        <w:tblLayout w:type="fixed"/>
        <w:tblCellMar>
          <w:top w:w="75" w:type="dxa"/>
          <w:start w:w="120" w:type="dxa"/>
          <w:bottom w:w="75" w:type="dxa"/>
          <w:end w:w="120" w:type="dxa"/>
        </w:tblCellMar>
      </w:tblPr>
      <w:tblGrid>
        <w:gridCol w:w="2635"/>
        <w:gridCol w:w="4070"/>
        <w:gridCol w:w="3041"/>
      </w:tblGrid>
      <w:tr>
        <w:trPr>
          <w:trHeight w:val="330" w:hRule="atLeast"/>
        </w:trPr>
        <w:tc>
          <w:tcPr>
            <w:tcW w:w="26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描写方位</w:t>
            </w:r>
          </w:p>
        </w:tc>
        <w:tc>
          <w:tcPr>
            <w:tcW w:w="407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描写内容</w:t>
            </w:r>
          </w:p>
        </w:tc>
        <w:tc>
          <w:tcPr>
            <w:tcW w:w="304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最有表现力的动词</w:t>
            </w:r>
          </w:p>
        </w:tc>
      </w:tr>
      <w:tr>
        <w:trPr>
          <w:trHeight w:val="330" w:hRule="atLeast"/>
        </w:trPr>
        <w:tc>
          <w:tcPr>
            <w:tcW w:w="26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山上</w:t>
            </w:r>
          </w:p>
        </w:tc>
        <w:tc>
          <w:tcPr>
            <w:tcW w:w="407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①</w:t>
            </w:r>
          </w:p>
        </w:tc>
        <w:tc>
          <w:tcPr>
            <w:tcW w:w="304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②</w:t>
            </w:r>
          </w:p>
        </w:tc>
      </w:tr>
      <w:tr>
        <w:trPr>
          <w:trHeight w:val="330" w:hRule="atLeast"/>
        </w:trPr>
        <w:tc>
          <w:tcPr>
            <w:tcW w:w="26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山尖</w:t>
            </w:r>
          </w:p>
        </w:tc>
        <w:tc>
          <w:tcPr>
            <w:tcW w:w="407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白色</w:t>
            </w:r>
            <w:r>
              <w:rPr>
                <w:rFonts w:ascii="宋体;SimSun" w:hAnsi="宋体;SimSun" w:cs="宋体;SimSun"/>
                <w:color w:val="000000"/>
              </w:rPr>
              <w:drawing>
                <wp:inline distT="0" distB="0" distL="0" distR="0">
                  <wp:extent cx="133350" cy="177800"/>
                  <wp:effectExtent l="0" t="0" r="0" b="0"/>
                  <wp:docPr id="135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6"/>
                          <pic:cNvPicPr>
                            <a:picLocks noChangeAspect="1" noChangeArrowheads="1"/>
                          </pic:cNvPicPr>
                        </pic:nvPicPr>
                        <pic:blipFill>
                          <a:blip r:embed="rId2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kern w:val="2"/>
                <w:sz w:val="21"/>
                <w:szCs w:val="24"/>
                <w:lang w:bidi="ar-SA"/>
              </w:rPr>
              <w:t>山尖</w:t>
            </w:r>
          </w:p>
        </w:tc>
        <w:tc>
          <w:tcPr>
            <w:tcW w:w="304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③</w:t>
            </w:r>
          </w:p>
        </w:tc>
      </w:tr>
      <w:tr>
        <w:trPr>
          <w:trHeight w:val="330" w:hRule="atLeast"/>
        </w:trPr>
        <w:tc>
          <w:tcPr>
            <w:tcW w:w="26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④</w:t>
            </w:r>
          </w:p>
        </w:tc>
        <w:tc>
          <w:tcPr>
            <w:tcW w:w="407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雪色与草色相间的“山的肌肤”</w:t>
            </w:r>
          </w:p>
        </w:tc>
        <w:tc>
          <w:tcPr>
            <w:tcW w:w="304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穿</w:t>
            </w:r>
          </w:p>
        </w:tc>
      </w:tr>
      <w:tr>
        <w:trPr>
          <w:trHeight w:val="330" w:hRule="atLeast"/>
        </w:trPr>
        <w:tc>
          <w:tcPr>
            <w:tcW w:w="26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⑤</w:t>
            </w:r>
          </w:p>
        </w:tc>
        <w:tc>
          <w:tcPr>
            <w:tcW w:w="407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日落时的山色</w:t>
            </w:r>
          </w:p>
        </w:tc>
        <w:tc>
          <w:tcPr>
            <w:tcW w:w="304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露</w:t>
            </w:r>
          </w:p>
        </w:tc>
      </w:tr>
    </w:tbl>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(1). </w:t>
      </w:r>
      <w:r>
        <w:rPr>
          <w:rFonts w:ascii="宋体;SimSun" w:hAnsi="宋体;SimSun" w:cs="宋体;SimSun"/>
          <w:color w:val="000000"/>
        </w:rPr>
        <w:t>可爱</w:t>
      </w:r>
      <w:r>
        <w:rPr>
          <w:color w:val="000000"/>
        </w:rPr>
        <w:t xml:space="preserve">    </w:t>
      </w:r>
      <w:r>
        <w:rPr>
          <w:color w:val="000000"/>
        </w:rPr>
        <w:t xml:space="preserve">(2). </w:t>
      </w:r>
      <w:r>
        <w:rPr>
          <w:rFonts w:ascii="宋体;SimSun" w:hAnsi="宋体;SimSun" w:cs="宋体;SimSun"/>
          <w:color w:val="000000"/>
        </w:rPr>
        <w:t>秀气</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20. </w:t>
      </w:r>
      <w:r>
        <w:rPr>
          <w:rFonts w:ascii="宋体;SimSun" w:hAnsi="宋体;SimSun" w:cs="宋体;SimSun"/>
          <w:color w:val="000000"/>
        </w:rPr>
        <w:t>第一问：暖和（或：温暖、慈善、温晴）第二问</w:t>
      </w:r>
      <w:r>
        <w:rPr>
          <w:rFonts w:eastAsia="宋体;SimSun" w:cs="宋体;SimSun" w:ascii="宋体;SimSun" w:hAnsi="宋体;SimSun"/>
          <w:color w:val="000000"/>
        </w:rPr>
        <w:t>:</w:t>
      </w:r>
      <w:r>
        <w:rPr>
          <w:rFonts w:ascii="宋体;SimSun" w:hAnsi="宋体;SimSun" w:cs="宋体;SimSun"/>
          <w:color w:val="000000"/>
        </w:rPr>
        <w:t>答案示例一：第一处，用拟人的方式，拟写“这一圈小山”具有人情化的语言，写出了它们对济南的“承诺和呵护”，突出了济南冬天温暖的特点； 第二处，写济南冬天人们心里的感受，用人们感到温暖，觉得“明天也许就是春天了”的内心感觉（或“幻想”），突出济南冬天温暖的特点。答案示例二：分别从山和人的角度来表现济南冬天温暖。三面环山在作者笔下具有了人的情态，它们“好像是把济南放在一个摇篮里”，划线语句仿佛是它们对济南的温柔承诺，从而突出了济南冬天温暖的特点；而第二处划线语句则是济南冬天人们的内心感受，感觉温暖，感觉“明天也许就是春天了”，从而突出了济南冬天的温暖。</w:t>
      </w:r>
      <w:r>
        <w:rPr>
          <w:color w:val="000000"/>
        </w:rPr>
        <w:t xml:space="preserve">    </w:t>
      </w:r>
    </w:p>
    <w:p>
      <w:pPr>
        <w:pStyle w:val="Normal"/>
        <w:spacing w:lineRule="auto" w:line="360"/>
        <w:textAlignment w:val="center"/>
        <w:rPr/>
      </w:pPr>
      <w:r>
        <w:rPr>
          <w:color w:val="000000"/>
        </w:rPr>
        <w:t xml:space="preserve">21. </w:t>
      </w:r>
      <w:r>
        <w:rPr>
          <w:rFonts w:eastAsia="宋体;SimSun" w:cs="宋体;SimSun" w:ascii="宋体;SimSun" w:hAnsi="宋体;SimSun"/>
          <w:color w:val="000000"/>
        </w:rPr>
        <w:t>①</w:t>
      </w:r>
      <w:r>
        <w:rPr>
          <w:rFonts w:ascii="宋体;SimSun" w:hAnsi="宋体;SimSun" w:cs="宋体;SimSun"/>
          <w:color w:val="000000"/>
        </w:rPr>
        <w:t>（青黑的）矮松 ②顶 ③镶 ④山坡 ⑤山腰</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drawing>
          <wp:inline distT="0" distB="0" distL="0" distR="0">
            <wp:extent cx="95250" cy="171450"/>
            <wp:effectExtent l="0" t="0" r="0" b="0"/>
            <wp:docPr id="135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7"/>
                    <pic:cNvPicPr>
                      <a:picLocks noChangeAspect="1" noChangeArrowheads="1"/>
                    </pic:cNvPicPr>
                  </pic:nvPicPr>
                  <pic:blipFill>
                    <a:blip r:embed="rId22"/>
                    <a:srcRect l="-355" t="-203" r="-355" b="-203"/>
                    <a:stretch>
                      <a:fillRect/>
                    </a:stretch>
                  </pic:blipFill>
                  <pic:spPr bwMode="auto">
                    <a:xfrm>
                      <a:off x="0" y="0"/>
                      <a:ext cx="95250" cy="171450"/>
                    </a:xfrm>
                    <a:prstGeom prst="rect">
                      <a:avLst/>
                    </a:prstGeom>
                    <a:noFill/>
                  </pic:spPr>
                </pic:pic>
              </a:graphicData>
            </a:graphic>
          </wp:inline>
        </w:drawing>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本题考查内容分析。思路：原文词语；寻找评价性的词语。</w:t>
      </w:r>
      <w:r>
        <w:rPr>
          <w:rFonts w:eastAsia="宋体;SimSun" w:cs="宋体;SimSun" w:ascii="宋体;SimSun" w:hAnsi="宋体;SimSun"/>
          <w:color w:val="000000"/>
        </w:rPr>
        <w:t>1</w:t>
      </w:r>
      <w:r>
        <w:rPr>
          <w:rFonts w:ascii="宋体;SimSun" w:hAnsi="宋体;SimSun" w:cs="宋体;SimSun"/>
          <w:color w:val="000000"/>
        </w:rPr>
        <w:t>）结合第一段“这一圈小山在冬天特别可爱”可概括特点：可爱。</w:t>
      </w:r>
      <w:r>
        <w:rPr>
          <w:rFonts w:eastAsia="宋体;SimSun" w:cs="宋体;SimSun" w:ascii="宋体;SimSun" w:hAnsi="宋体;SimSun"/>
          <w:color w:val="000000"/>
        </w:rPr>
        <w:t>2</w:t>
      </w:r>
      <w:r>
        <w:rPr>
          <w:rFonts w:ascii="宋体;SimSun" w:hAnsi="宋体;SimSun" w:cs="宋体;SimSun"/>
          <w:color w:val="000000"/>
        </w:rPr>
        <w:t>）结合第二段“济南是受不住大雪的，那些小山太秀气！”可概括特点：秀气。</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本题考查内容分析和句子赏析。</w:t>
      </w:r>
      <w:r>
        <w:rPr>
          <w:rFonts w:eastAsia="宋体;SimSun" w:cs="宋体;SimSun" w:ascii="宋体;SimSun" w:hAnsi="宋体;SimSun"/>
          <w:color w:val="000000"/>
        </w:rPr>
        <w:t>1</w:t>
      </w:r>
      <w:r>
        <w:rPr>
          <w:rFonts w:ascii="宋体;SimSun" w:hAnsi="宋体;SimSun" w:cs="宋体;SimSun"/>
          <w:color w:val="000000"/>
        </w:rPr>
        <w:t>）结合“你们放心吧，这儿准保暖和”“因为有这样慈善的冬天，干啥还希望别的呢！”“这样的温暖，今天夜里山草也许就绿起来了吧？”可知济南冬天是暖和的、慈善的、温暖的。</w:t>
      </w:r>
      <w:r>
        <w:rPr>
          <w:rFonts w:eastAsia="宋体;SimSun" w:cs="宋体;SimSun" w:ascii="宋体;SimSun" w:hAnsi="宋体;SimSun"/>
          <w:color w:val="000000"/>
        </w:rPr>
        <w:t>2</w:t>
      </w:r>
      <w:r>
        <w:rPr>
          <w:rFonts w:ascii="宋体;SimSun" w:hAnsi="宋体;SimSun" w:cs="宋体;SimSun"/>
          <w:color w:val="000000"/>
        </w:rPr>
        <w:t>）第一句。从“小摇篮”看出运用比喻，把小山比成摇篮，突出了山对济南的呵护、爱护，“安静不动地低声地说”看出运用拟人，把小山拟人化，使其具有人的情态，展现了对济南的关爱。比喻和拟人共同生动的写出了小山对济南的呵护、关爱，给予其温暖，从而写出了济南冬天温暖的特点。第二句。从“便不知不觉地想起”看出运用了心理感受的描写，直接的写出了济南人内心因为冬天如此温暖而快乐、充满期待的心情，直接的写出了济南冬天的温暖的特点。</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本题考查内容分析。结合所给内容可知，表格从描写方位、描写内容（即描写对象）、最富表现力动词三个方面进行概括。</w:t>
      </w:r>
      <w:r>
        <w:rPr>
          <w:rFonts w:eastAsia="宋体;SimSun" w:cs="宋体;SimSun" w:ascii="宋体;SimSun" w:hAnsi="宋体;SimSun"/>
          <w:color w:val="000000"/>
        </w:rPr>
        <w:t>1</w:t>
      </w:r>
      <w:r>
        <w:rPr>
          <w:rFonts w:ascii="宋体;SimSun" w:hAnsi="宋体;SimSun" w:cs="宋体;SimSun"/>
          <w:color w:val="000000"/>
        </w:rPr>
        <w:t>）结合“看吧，山上的矮松越发的青黑，树尖上顶着一髻儿白花，好像日本看护妇”可知山上这个方位主要描写“青黑的矮松”。</w:t>
      </w:r>
      <w:r>
        <w:rPr>
          <w:rFonts w:eastAsia="宋体;SimSun" w:cs="宋体;SimSun" w:ascii="宋体;SimSun" w:hAnsi="宋体;SimSun"/>
          <w:color w:val="000000"/>
        </w:rPr>
        <w:t>2</w:t>
      </w:r>
      <w:r>
        <w:rPr>
          <w:rFonts w:ascii="宋体;SimSun" w:hAnsi="宋体;SimSun" w:cs="宋体;SimSun"/>
          <w:color w:val="000000"/>
        </w:rPr>
        <w:t>）根据表格中所给的“穿”“露”可知富有表现力的动词类型，故选择“顶”这个动词。</w:t>
      </w:r>
      <w:r>
        <w:rPr>
          <w:rFonts w:eastAsia="宋体;SimSun" w:cs="宋体;SimSun" w:ascii="宋体;SimSun" w:hAnsi="宋体;SimSun"/>
          <w:color w:val="000000"/>
        </w:rPr>
        <w:t>3</w:t>
      </w:r>
      <w:r>
        <w:rPr>
          <w:rFonts w:ascii="宋体;SimSun" w:hAnsi="宋体;SimSun" w:cs="宋体;SimSun"/>
          <w:color w:val="000000"/>
        </w:rPr>
        <w:t>）结合“山尖全白了，给蓝天镶上一道银边”可找到富有表现力的动词“镶”。</w:t>
      </w:r>
      <w:r>
        <w:rPr>
          <w:rFonts w:eastAsia="宋体;SimSun" w:cs="宋体;SimSun" w:ascii="宋体;SimSun" w:hAnsi="宋体;SimSun"/>
          <w:color w:val="000000"/>
        </w:rPr>
        <w:t>4</w:t>
      </w:r>
      <w:r>
        <w:rPr>
          <w:rFonts w:ascii="宋体;SimSun" w:hAnsi="宋体;SimSun" w:cs="宋体;SimSun"/>
          <w:color w:val="000000"/>
        </w:rPr>
        <w:t>）结合“山坡上，有的地方雪厚点，有的地方草色还露着”可知第三个方位是“山坡”。</w:t>
      </w:r>
      <w:r>
        <w:rPr>
          <w:rFonts w:eastAsia="宋体;SimSun" w:cs="宋体;SimSun" w:ascii="宋体;SimSun" w:hAnsi="宋体;SimSun"/>
          <w:color w:val="000000"/>
        </w:rPr>
        <w:t>5</w:t>
      </w:r>
      <w:r>
        <w:rPr>
          <w:rFonts w:ascii="宋体;SimSun" w:hAnsi="宋体;SimSun" w:cs="宋体;SimSun"/>
          <w:color w:val="000000"/>
        </w:rPr>
        <w:t>）结合“等到快日落的时候，微黄的阳光斜射在山腰上，那点薄雪好像忽然害了羞，微微露出点粉色”可知第四个方位是“山腰”。</w:t>
      </w:r>
    </w:p>
    <w:p>
      <w:pPr>
        <w:pStyle w:val="Heading3"/>
      </w:pPr>
      <w:r>
        <w:t>第五十六中学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w:t>
      </w:r>
      <w:r>
        <w:rPr>
          <w:rFonts w:eastAsia="宋体;SimSun" w:cs="宋体;SimSun" w:ascii="宋体;SimSun" w:hAnsi="宋体;SimSun"/>
          <w:b/>
          <w:color w:val="000000"/>
          <w:sz w:val="24"/>
        </w:rPr>
        <w:t>16</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阅读《古代汉语学习中的词汇问题》，完成各题。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古代汉语学习中的词汇问题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学习古代汉语最重要的是词汇问题。学习任何一种语言，都需要掌握大量的词汇，词汇量越丰富，阅读能力越强。在这一点上，学习古代汉语和学习外语是一样的。而和学习外语相比，学习古代汉语更需要强调古代汉语词汇。古书读不懂，主要受古代汉语词汇和语法的影响，但古代汉语语法和现代汉语语法差别不特别大，因而在学习古汉语时，懂古代汉语词汇比懂古代汉语语法显得更为重要。如果能掌握一批古代汉语词汇，大致上就能看懂一般难度的古书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我们需要掌握哪些古代汉语词汇呢？古代汉语的一些基本词语，如“人”“山”“笑”“大”等，古今意义没什么变化，就不必再学习了。但还有两类词语，需要我们下工夫学习。一类是古代汉语中较常用，而现代汉语中已经消失的词语。如“罾”（鱼网）、“爨”（烧火做饭）等。一类是古代汉语和现代汉语都很常用，但意义不完全相同的词语。如：“走”，现代汉语是“行走”的意思，古代汉语却是“跑”的意思。这两类词语都需要努力掌握，但后一类词语尤其值得注意。像前一类词语，我们在阅读古书时根本不认识这个字，那就会通过查字典来弄懂它的意思，一般不会发生错误。而后一类词语，因为现在还在用，而意义却已有所不同，我们在看古书时很可能拿现代汉语的意思去理解，结果就理解错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学习和掌握古代汉语的词汇当然要下苦工夫，但如果我们能充分注意词汇和词义的系统性，就能更好地掌握古代汉语词汇。</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词义是有系统性的，一个词的多个意义之间是有联系的。一个词的几个意义里面，一般总有一个本义，其他的是引申义。本义是一个词最早的意义，一般说来，这就是它的字形反映出来的意义。例如，“行” ，由甲骨文字形可知，其本义是 “道路”，其他的均为引申义，由“道路”引申出“行走”是很自然的。“行走”是人体的运动，人体的运动也可以叫“行”。而由此又产生了一个引申义“运动、运行”……如果这样以本义为纲，按照词义引申的系统把各个引申义贯穿起来，一个词的多个意义就不再是孤立、分散的了，而是有系统的，就比较容易理解和记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词汇也有系统性。比如，同义词和反义词就是词汇按照词义相同和相反形成的系统。我们可以把这几个同义词或反义词联系起来掌握。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学习古代汉语词汇还需要懂得词的“词典意义”和“句中意义”的关系。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词典意义是从众多的句中意义概括出来的，但词典意义和句中意义有时会有一些差距。比如，“降”的一个词典意义是“降低”，但用这个意义来翻译“未尝稍降辞色”就不很切合，在这个句中，“降”的意思是指“放平和”。 一个词在不同的句子中受上下文的影响，会产生不同的句中意义，这些句中意义不能一一收入词典中去，而只能概括成为词典意义。反过来，用词典意义去解释各种句子中的词，也不能生搬硬套，而需要根据上下文作适当变通。</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 xml:space="preserve">为什么学习古代汉语最重要的是词汇问题？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下列各项中，本文没有涉及到的说明内容是哪一项？请将其序号填在答题卡上。</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古代汉语与现代汉语词汇的异同</w:t>
      </w:r>
      <w:r>
        <w:rPr>
          <w:rFonts w:eastAsia="宋体;SimSun" w:cs="宋体;SimSun" w:ascii="宋体;SimSun" w:hAnsi="宋体;SimSun"/>
          <w:color w:val="000000"/>
        </w:rPr>
        <w:tab/>
        <w:t xml:space="preserve">B. </w:t>
      </w:r>
      <w:r>
        <w:rPr>
          <w:rFonts w:ascii="宋体;SimSun" w:hAnsi="宋体;SimSun" w:cs="宋体;SimSun"/>
          <w:color w:val="000000"/>
        </w:rPr>
        <w:t>古代汉语词语的本义与引申义</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古代汉语的词义和词汇都具有系统性</w:t>
      </w:r>
      <w:r>
        <w:rPr>
          <w:rFonts w:eastAsia="宋体;SimSun" w:cs="宋体;SimSun" w:ascii="宋体;SimSun" w:hAnsi="宋体;SimSun"/>
          <w:color w:val="000000"/>
        </w:rPr>
        <w:tab/>
        <w:t xml:space="preserve">D. </w:t>
      </w:r>
      <w:r>
        <w:rPr>
          <w:rFonts w:ascii="宋体;SimSun" w:hAnsi="宋体;SimSun" w:cs="宋体;SimSun"/>
          <w:color w:val="000000"/>
        </w:rPr>
        <w:t>古代汉语词汇和语音的关系</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借助第②段的相关知识，说说《咏雪》中哪个词应该重点掌握，为什么？</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谢太傅寒雪日内集，与儿女讲论文义。俄而雪骤，公欣然曰：“白雪纷纷何所似？”兄子胡儿曰：“撒盐空中差可拟。”兄女曰：“未若柳絮因风起。”公大笑乐。即公大兄无奕女，左将军王凝之妻也。</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w:t>
      </w:r>
      <w:r>
        <w:rPr>
          <w:rFonts w:eastAsia="宋体;SimSun" w:cs="宋体;SimSun" w:ascii="宋体;SimSun" w:hAnsi="宋体;SimSun"/>
          <w:color w:val="000000"/>
        </w:rPr>
        <w:t>①</w:t>
      </w:r>
      <w:r>
        <w:rPr>
          <w:rFonts w:ascii="宋体;SimSun" w:hAnsi="宋体;SimSun" w:cs="宋体;SimSun"/>
          <w:color w:val="000000"/>
        </w:rPr>
        <w:t>词汇量越丰富，阅读能力越强。②在学习古汉语时，懂古代汉语词汇比懂古代汉语语法更为重要。③如果能掌握一批古代汉语词汇，大致上就能看懂一般难度的古书了。</w:t>
      </w:r>
      <w:r>
        <w:rPr>
          <w:color w:val="000000"/>
        </w:rPr>
        <w:t xml:space="preserve">    </w:t>
      </w:r>
      <w:r>
        <w:rPr>
          <w:color w:val="000000"/>
        </w:rPr>
        <w:t xml:space="preserve">15. D    </w:t>
      </w:r>
    </w:p>
    <w:p>
      <w:pPr>
        <w:pStyle w:val="Normal"/>
        <w:spacing w:lineRule="auto" w:line="360"/>
        <w:textAlignment w:val="center"/>
        <w:rPr/>
      </w:pPr>
      <w:r>
        <w:rPr>
          <w:color w:val="000000"/>
        </w:rPr>
        <w:t xml:space="preserve">16. </w:t>
      </w:r>
      <w:r>
        <w:rPr>
          <w:rFonts w:ascii="宋体;SimSun" w:hAnsi="宋体;SimSun" w:cs="宋体;SimSun"/>
          <w:color w:val="000000"/>
        </w:rPr>
        <w:t>应重点掌握“儿女”因为这个词现在还在用，而意义却已有所不同，我们在看古书时很可能拿现代汉语的意思去理解而产生误解，所以应重点掌握。</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筛选信息的能力。在理解文章内容的基础上，结合题目的提示，找出合适的内容即可。根据第①段中的“词汇量越丰富，阅读能力越强”，“懂古代汉语词汇比懂古代汉语语法显得更为重要”和“如果能掌握一批古代汉语词汇，大致上就能看懂一般难度的古书了”可以作答本题。</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pPr>
      <w:r>
        <w:rPr>
          <w:rFonts w:ascii="宋体;SimSun" w:hAnsi="宋体;SimSun" w:cs="宋体;SimSun"/>
          <w:color w:val="000000"/>
        </w:rPr>
        <w:t>本文并没有涉及到与语音的关系。故选</w:t>
      </w:r>
      <w:r>
        <w:rPr>
          <w:rFonts w:eastAsia="Times New Romance" w:cs="Times New Romance" w:ascii="Times New Romance" w:hAnsi="Times New Romance"/>
          <w:color w:val="000000"/>
        </w:rPr>
        <w:t>D</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筛选信息的能力。在理解文章内容的基础上，结合题目的提示，找出合适的内容即可。第②段告诉我们，要注意古代汉语中较常用，而现代汉语中已经消失的词语。还要注意古代汉语和现代汉语都很常用，但意义不完全相同的词语。这句话中的“儿女（古义：指子侄这一代晚辈的统称。今义：指儿子和女儿）”这个词虽然现在还在用，但意思已与古代不同。所以要重点掌握。</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阅读《赠品》，完成各题。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赠品</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刘美含</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他去面馆吃面的时间，总是比别的同学晚二十分钟。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面馆开在学校附近，夫妻店，很小的店面，很简单的清水煮面。面有两种，一种卧一个荷包蛋，五毛钱；一种仅仅是清水煮面，三毛钱。</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他只要三毛钱的。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父母都是农民。三毛钱的清水煮面对他来说，已够奢侈。</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晚去二十分钟，面馆里就不会再有他的同学。他坐下，要一碗三毛钱的清水煮面，慢慢吃。如此几次，再去，他便发现面里面卧着一个蛋。他对男人说，我只要清水煮面。男人说，蛋是赠品。他说谢谢，坐下来，静静地把蛋吃掉。他很清楚三毛钱与五毛钱的清水煮面的区别，很清楚所谓的赠品不过是老板的谎言，可是他从来不说。正是长身体的时候，他需要一个荷包蛋，更需要男人的怜悯。</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他在镇上读了三年初中。几乎每天中午，他都会得到男人送他的一个荷包蛋。</w:t>
      </w:r>
    </w:p>
    <w:p>
      <w:pPr>
        <w:pStyle w:val="Normal"/>
        <w:spacing w:lineRule="auto" w:line="360"/>
        <w:ind w:firstLine="420" w:end="0"/>
        <w:jc w:val="start"/>
        <w:textAlignment w:val="center"/>
        <w:rPr/>
      </w:pPr>
      <w:r>
        <w:rPr>
          <w:rFonts w:eastAsia="楷体" w:cs="楷体" w:ascii="楷体" w:hAnsi="楷体"/>
          <w:color w:val="000000"/>
        </w:rPr>
        <w:t>⑦</w:t>
      </w:r>
      <w:r>
        <w:rPr>
          <w:rFonts w:ascii="楷体" w:hAnsi="楷体" w:cs="楷体" w:eastAsia="楷体"/>
          <w:color w:val="000000"/>
        </w:rPr>
        <w:t>后来他去县城，去省城，读高中，读大学，开公司，去更大的城市发展，事业做得越来越大。他常常想起那个荷包蛋，想起那个面馆，想起男人和女人，想起三年的初中时光。</w:t>
      </w:r>
      <w:r>
        <w:rPr>
          <w:rFonts w:ascii="楷体" w:hAnsi="楷体" w:cs="楷体" w:eastAsia="楷体"/>
          <w:color w:val="000000"/>
          <w:u w:val="single"/>
        </w:rPr>
        <w:t>也曾动了回去看看的念头，可是最终，他还是没有回去。</w:t>
      </w:r>
      <w:r>
        <w:rPr>
          <w:rFonts w:ascii="楷体" w:hAnsi="楷体" w:cs="楷体" w:eastAsia="楷体"/>
          <w:color w:val="000000"/>
        </w:rPr>
        <w:t>生活里有太多比感恩更重要的事情，何况他认为时间过去那么久，面馆肯定早已不在。</w:t>
      </w:r>
    </w:p>
    <w:p>
      <w:pPr>
        <w:pStyle w:val="Normal"/>
        <w:spacing w:lineRule="auto" w:line="360"/>
        <w:ind w:firstLine="420" w:end="0"/>
        <w:jc w:val="start"/>
        <w:textAlignment w:val="center"/>
        <w:rPr/>
      </w:pPr>
      <w:r>
        <w:rPr>
          <w:rFonts w:eastAsia="楷体" w:cs="楷体" w:ascii="楷体" w:hAnsi="楷体"/>
          <w:color w:val="000000"/>
        </w:rPr>
        <w:t>⑧</w:t>
      </w:r>
      <w:r>
        <w:rPr>
          <w:rFonts w:ascii="楷体" w:hAnsi="楷体" w:cs="楷体" w:eastAsia="楷体"/>
          <w:color w:val="000000"/>
        </w:rPr>
        <w:t>终于，春天的时候，他</w:t>
      </w:r>
      <w:r>
        <w:rPr>
          <w:rFonts w:ascii="楷体" w:hAnsi="楷体" w:cs="楷体" w:eastAsia="楷体"/>
          <w:color w:val="000000"/>
          <w:em w:val="underDot"/>
        </w:rPr>
        <w:t>万念俱灰</w:t>
      </w:r>
      <w:r>
        <w:rPr>
          <w:rFonts w:ascii="楷体" w:hAnsi="楷体" w:cs="楷体" w:eastAsia="楷体"/>
          <w:color w:val="000000"/>
        </w:rPr>
        <w:t>，回到小镇。他没有别的奢求，只想找回那碗清水煮面的味道。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很意外，面馆还在，男人和女人还在。他走进去，他们却不再认识他。他们已经很老，面的味道却没有变。那天他一个人要了两碗面，加蛋，花掉十块钱。这世上总有些廉价的快乐，两碗加蛋的清水煮面就是。</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男人将面端给他，又送他一碟咸菜。这是赠品，很下饭。男人笑着对他说。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他静静地吃着面，听男人与女人聊天。房东决定收回房子，然后将面馆变成一栋楼房，所以，一个月以后，小饭馆将不得不关闭──楼房租金太高，仅凭他们这点微薄的收入，已经不能留在这里继续将面馆经营下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吃完面，付钱，他静静离开。他没有说起多年以前的那个荷包蛋，他觉得有些事，应该永远封存。不管是愧疚、感恩，还是帮助。</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他在小镇上住了半个多月，每一天，都会去面馆吃一碗加蛋的清水煮面。小镇已无亲人，然而每次走在街头，他都能寻到一种踏实的感觉。他知道，这是因为多年以前的那个荷包蛋，以及一碗最简单却是最纯真的清水煮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⑭</w:t>
      </w:r>
      <w:r>
        <w:rPr>
          <w:rFonts w:ascii="楷体" w:hAnsi="楷体" w:cs="楷体" w:eastAsia="楷体"/>
          <w:color w:val="000000"/>
        </w:rPr>
        <w:t>离开小镇那天，照例，他去面馆，点一碗加蛋的清水煮面，男人也照例送他一碟咸菜。他吃完面，将钱压在碗底，静静离开。小镇从此与他永别，或许，人生也从此与他永别。他将回到他的城市，住进医院，打败病魔，或者被病魔打败。一个月以前他被检查出绝症，那一刻，他毫无缘由地想起了那碗清水煮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⑮</w:t>
      </w:r>
      <w:r>
        <w:rPr>
          <w:rFonts w:ascii="楷体" w:hAnsi="楷体" w:cs="楷体" w:eastAsia="楷体"/>
          <w:color w:val="000000"/>
        </w:rPr>
        <w:t>空碗下面，压着十块钱，一封信，还有一个房产证。房产证上写着他的名字，他却将房子送给了男人。他在信里说，不管男人相不相信，过去的这么多年，那碗加蛋的清水煮面给了他太多。现在，他买下这栋开着面馆的房子，面馆将永远不会关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⑯</w:t>
      </w:r>
      <w:r>
        <w:rPr>
          <w:rFonts w:ascii="楷体" w:hAnsi="楷体" w:cs="楷体" w:eastAsia="楷体"/>
          <w:color w:val="000000"/>
        </w:rPr>
        <w:t>这是那碗水煮面的赠品。信末，他这样说。</w:t>
      </w:r>
    </w:p>
    <w:p>
      <w:pPr>
        <w:pStyle w:val="Normal"/>
        <w:spacing w:lineRule="auto" w:line="360"/>
        <w:jc w:val="start"/>
        <w:textAlignment w:val="center"/>
        <w:rPr/>
      </w:pPr>
      <w:r>
        <w:rPr/>
        <w:t>17. “</w:t>
      </w:r>
      <w:r>
        <w:rPr/>
        <w:t>赠品”是贯穿本文的线索。仔细阅读全文，完成下列表格</w:t>
      </w:r>
    </w:p>
    <w:tbl>
      <w:tblPr>
        <w:tblW w:w="5000" w:type="pct"/>
        <w:jc w:val="start"/>
        <w:tblInd w:w="0" w:type="dxa"/>
        <w:tblLayout w:type="fixed"/>
        <w:tblCellMar>
          <w:top w:w="75" w:type="dxa"/>
          <w:start w:w="108" w:type="dxa"/>
          <w:bottom w:w="75" w:type="dxa"/>
          <w:end w:w="108" w:type="dxa"/>
        </w:tblCellMar>
      </w:tblPr>
      <w:tblGrid>
        <w:gridCol w:w="3237"/>
        <w:gridCol w:w="3277"/>
        <w:gridCol w:w="3238"/>
      </w:tblGrid>
      <w:tr>
        <w:trPr>
          <w:trHeight w:val="435" w:hRule="atLeast"/>
        </w:trPr>
        <w:tc>
          <w:tcPr>
            <w:tcW w:w="323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赠品</w:t>
            </w:r>
          </w:p>
        </w:tc>
        <w:tc>
          <w:tcPr>
            <w:tcW w:w="327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赠送对象</w:t>
            </w:r>
          </w:p>
        </w:tc>
        <w:tc>
          <w:tcPr>
            <w:tcW w:w="323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赠送原因</w:t>
            </w:r>
          </w:p>
        </w:tc>
      </w:tr>
      <w:tr>
        <w:trPr>
          <w:trHeight w:val="435" w:hRule="atLeast"/>
        </w:trPr>
        <w:tc>
          <w:tcPr>
            <w:tcW w:w="323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tc>
        <w:tc>
          <w:tcPr>
            <w:tcW w:w="327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他</w:t>
            </w:r>
          </w:p>
        </w:tc>
        <w:tc>
          <w:tcPr>
            <w:tcW w:w="323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r>
      <w:tr>
        <w:trPr>
          <w:trHeight w:val="435" w:hRule="atLeast"/>
        </w:trPr>
        <w:tc>
          <w:tcPr>
            <w:tcW w:w="323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咸菜</w:t>
            </w:r>
          </w:p>
        </w:tc>
        <w:tc>
          <w:tcPr>
            <w:tcW w:w="327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他</w:t>
            </w:r>
          </w:p>
        </w:tc>
        <w:tc>
          <w:tcPr>
            <w:tcW w:w="323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体贴顾客</w:t>
            </w:r>
          </w:p>
        </w:tc>
      </w:tr>
      <w:tr>
        <w:trPr>
          <w:trHeight w:val="435" w:hRule="atLeast"/>
        </w:trPr>
        <w:tc>
          <w:tcPr>
            <w:tcW w:w="323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房子</w:t>
            </w:r>
          </w:p>
        </w:tc>
        <w:tc>
          <w:tcPr>
            <w:tcW w:w="327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③</w:t>
            </w:r>
          </w:p>
        </w:tc>
        <w:tc>
          <w:tcPr>
            <w:tcW w:w="323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④</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阅读第⑦段，说说划线句子中“他还是没有回去”的原因。</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本文构思精巧，值得细细品读。当你读到第⑧段中“他万念俱灰”一句时，你会产生怎样的疑问？请从后文中找到答案，并说说这样写的好处。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疑问：</w:t>
      </w:r>
      <w:r>
        <w:rPr>
          <w:rFonts w:eastAsia="宋体;SimSun" w:cs="宋体;SimSun" w:ascii="宋体;SimSun" w:hAnsi="宋体;SimSun"/>
          <w:color w:val="000000"/>
        </w:rPr>
        <w:t xml:space="preserve">______________   </w:t>
      </w:r>
      <w:r>
        <w:rPr>
          <w:rFonts w:ascii="宋体;SimSun" w:hAnsi="宋体;SimSun" w:cs="宋体;SimSun"/>
          <w:color w:val="000000"/>
        </w:rPr>
        <w:t>答案：</w:t>
      </w:r>
      <w:r>
        <w:rPr>
          <w:rFonts w:eastAsia="宋体;SimSun" w:cs="宋体;SimSun" w:ascii="宋体;SimSun" w:hAnsi="宋体;SimSun"/>
          <w:color w:val="000000"/>
        </w:rPr>
        <w:t xml:space="preserve">______________   </w:t>
      </w:r>
      <w:r>
        <w:rPr>
          <w:rFonts w:ascii="宋体;SimSun" w:hAnsi="宋体;SimSun" w:cs="宋体;SimSun"/>
          <w:color w:val="000000"/>
        </w:rPr>
        <w:t>好处：</w:t>
      </w:r>
      <w:r>
        <w:rPr>
          <w:rFonts w:eastAsia="宋体;SimSun" w:cs="宋体;SimSun" w:ascii="宋体;SimSun" w:hAnsi="宋体;SimSun"/>
          <w:color w:val="000000"/>
        </w:rPr>
        <w:t>______________</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w:t>
      </w:r>
      <w:r>
        <w:rPr>
          <w:rFonts w:eastAsia="宋体;SimSun" w:cs="宋体;SimSun" w:ascii="宋体;SimSun" w:hAnsi="宋体;SimSun"/>
          <w:color w:val="000000"/>
        </w:rPr>
        <w:t>①</w:t>
      </w:r>
      <w:r>
        <w:rPr>
          <w:rFonts w:ascii="宋体;SimSun" w:hAnsi="宋体;SimSun" w:cs="宋体;SimSun"/>
          <w:color w:val="000000"/>
        </w:rPr>
        <w:t>荷包蛋 ②关心（怜悯）他  ③卖面男人（面馆老板 ④感恩（回报）</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eastAsia="宋体;SimSun" w:cs="宋体;SimSun" w:ascii="宋体;SimSun" w:hAnsi="宋体;SimSun"/>
          <w:color w:val="000000"/>
        </w:rPr>
        <w:t>“</w:t>
      </w:r>
      <w:r>
        <w:rPr>
          <w:rFonts w:ascii="宋体;SimSun" w:hAnsi="宋体;SimSun" w:cs="宋体;SimSun"/>
          <w:color w:val="000000"/>
        </w:rPr>
        <w:t>没有回去”是因为生活里有太多比感恩更重要的事情要做。他认为时间过去那么久，面馆肯定早已不在。</w:t>
      </w:r>
      <w:r>
        <w:rPr>
          <w:color w:val="000000"/>
        </w:rPr>
        <w:t xml:space="preserve">    </w:t>
      </w:r>
    </w:p>
    <w:p>
      <w:pPr>
        <w:pStyle w:val="Normal"/>
        <w:spacing w:lineRule="auto" w:line="360"/>
        <w:textAlignment w:val="center"/>
        <w:rPr/>
      </w:pPr>
      <w:r>
        <w:rPr>
          <w:color w:val="000000"/>
        </w:rPr>
        <w:t xml:space="preserve">19.     (1). </w:t>
      </w:r>
      <w:r>
        <w:rPr>
          <w:rFonts w:ascii="宋体;SimSun" w:hAnsi="宋体;SimSun" w:cs="宋体;SimSun"/>
          <w:color w:val="000000"/>
        </w:rPr>
        <w:t>答案示例：疑问：为什么万念俱灰？</w:t>
      </w:r>
      <w:r>
        <w:rPr>
          <w:color w:val="000000"/>
        </w:rPr>
        <w:t xml:space="preserve">    </w:t>
      </w:r>
      <w:r>
        <w:rPr>
          <w:color w:val="000000"/>
        </w:rPr>
        <w:t xml:space="preserve">(2). </w:t>
      </w:r>
      <w:r>
        <w:rPr>
          <w:rFonts w:ascii="宋体;SimSun" w:hAnsi="宋体;SimSun" w:cs="宋体;SimSun"/>
          <w:color w:val="000000"/>
        </w:rPr>
        <w:t>答案：被检查出绝症。</w:t>
      </w:r>
      <w:r>
        <w:rPr>
          <w:color w:val="000000"/>
        </w:rPr>
        <w:t xml:space="preserve">    </w:t>
      </w:r>
      <w:r>
        <w:rPr>
          <w:color w:val="000000"/>
        </w:rPr>
        <w:t xml:space="preserve">(3). </w:t>
      </w:r>
      <w:r>
        <w:rPr>
          <w:rFonts w:ascii="宋体;SimSun" w:hAnsi="宋体;SimSun" w:cs="宋体;SimSun"/>
          <w:color w:val="000000"/>
        </w:rPr>
        <w:t>作用：设置悬念，激发读者阅读兴趣。</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本题考查理解故事情节和情感。解答此题的关键是在了解课文大意的基础上，抓住关键语句来梳理故事情节和分析人物情感即可。“赠品”是贯穿本文的线索，本文涉及到三种赠品“荷包蛋、咸菜</w:t>
      </w:r>
      <w:r>
        <w:rPr>
          <w:rFonts w:ascii="Times New Romance" w:hAnsi="Times New Romance" w:cs="Times New Romance" w:eastAsia="Times New Romance"/>
          <w:color w:val="000000"/>
        </w:rPr>
        <w:t xml:space="preserve"> </w:t>
      </w:r>
      <w:r>
        <w:rPr>
          <w:rFonts w:ascii="宋体;SimSun" w:hAnsi="宋体;SimSun" w:cs="宋体;SimSun"/>
          <w:color w:val="000000"/>
        </w:rPr>
        <w:t>、房子”；他上初中时面馆老板给他的赠品是荷包蛋，这是老板出于对一个孩子的同情和关心（怜悯）他。最后在他回到镇上，了解到面馆将要关闭的原因，他买下了这栋房子，送给了卖面男人（面馆老板），作为那个荷包蛋的感恩（回报）。据此可填空。</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本题是对文章内容的理解。从上下文中，就能找到答案。“他还是没有回去”后面的内容“</w:t>
      </w:r>
      <w:r>
        <w:rPr>
          <w:rFonts w:ascii="楷体" w:hAnsi="楷体" w:cs="楷体" w:eastAsia="楷体"/>
          <w:color w:val="000000"/>
        </w:rPr>
        <w:t>生活里有太多比感恩更重要的事情，何况他认为时间过去那么久，面馆肯定早已不在。</w:t>
      </w:r>
      <w:r>
        <w:rPr>
          <w:rFonts w:ascii="宋体;SimSun" w:hAnsi="宋体;SimSun" w:cs="宋体;SimSun"/>
          <w:color w:val="000000"/>
        </w:rPr>
        <w:t>”就是原因。</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是对文章布局谋篇技巧的考查。读到第⑧段中“他万念俱灰”一句时，自然而然就会产生：“他为什么万念俱灰？”的疑问。答案从“一个月以前他被检查出绝症，那一刻，他毫无缘由地想起了那碗清水煮面。”可以得出。设置了悬念，吸引读者阅读。</w:t>
      </w:r>
    </w:p>
    <w:p>
      <w:pPr>
        <w:pStyle w:val="Heading3"/>
      </w:pPr>
      <w:r>
        <w:t>第六十六中学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13</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阅读《看云识天气》，完成下面小题。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天上的云，真是姿态万千，变化无常。它们有的像羽毛，轻轻地飘在空中；有的像鱼鳞，一片片整整齐齐地排列着；有的像羊群，来来去去；有的像一床大棉被，严严实实地盖住了天空；还有的像峰峦，像河流，像雄狮，像奔马……它们有时把天空点缀得很美丽，有时又把天空笼罩得很阴森。刚才还是白云朵朵，阳光灿烂；一霎间却又是乌云密布，大雨倾盆。云就像是天气的“招牌”：天上挂什么云，就将出现什么样的天气。</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经验告诉我们：天空的薄云，</w:t>
      </w:r>
      <w:r>
        <w:rPr>
          <w:rFonts w:ascii="楷体" w:hAnsi="楷体" w:cs="楷体" w:eastAsia="楷体"/>
          <w:color w:val="000000"/>
          <w:em w:val="underDot"/>
        </w:rPr>
        <w:t>往往</w:t>
      </w:r>
      <w:r>
        <w:rPr>
          <w:rFonts w:ascii="楷体" w:hAnsi="楷体" w:cs="楷体" w:eastAsia="楷体"/>
          <w:color w:val="000000"/>
        </w:rPr>
        <w:t>是天气晴朗的象征；那些低而厚密的云层，常常是阴雨风雪的预兆。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那最轻盈、站得最高的云，叫卷云。这种云很薄，阳光可以透过云层照到地面，房屋和树木的光与影依然很清晰。卷云丝丝缕缕地飘浮着，有时像一片白色的羽毛，有时像一块洁白的绫纱。如果卷云成群成行地排列在空中，好像微风吹过水面引起的鳞波，这就成了卷积云。卷云和卷积云都很高，那里水分少，它们一般不会带来雨雪。还有一种像棉花团似的白云，叫积云。它们常在两千米左右的天空，一朵朵分散着，映着灿烂的阳光，云块四周散发出金黄的光辉。积云都在上午出现，午后最多，傍晚渐渐消散。在晴天，我们还会偶见一种高积云。高积云是成群的扁球状的云块，排列很匀称，云块间露出碧蓝的天幕，远远望去，就像草原上雪白的羊群。卷云、卷积云、积云和高积云，都是很美丽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当那连绵的雨雪将要来临的时候，卷云在聚集着，天空渐渐出现一层薄云，仿佛蒙上了白色的绸幕。这种云叫卷层云。卷层云慢慢地向前推进，天气就将转阴。接着，云层越来越低，越来越厚，隔了云看太阳或月亮，就像隔了一层毛玻璃，朦胧不清。这时卷层云已经改名换姓，该叫它高层云了。出现了高层云，往往在几个钟头内便要下雨或者下雪。最后，云压得更低，变得更厚，太阳和月亮都躲藏了起来，天空被暗灰色的云块密密层层地布满了。这种云叫雨层云。雨层云一形成，连绵不断的雨雪也就降临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夏天，雷雨到来之前，在天空先会看到积云。积云如果迅速地向上凸起，形成高大的云山，群峰争奇，耸入天顶，就变成了积雨云。积雨云越长越高，云底慢慢变黑，云峰渐渐模糊，不一会儿，整座云山崩塌了，乌云弥漫了天空，顷刻间，雷声隆隆，电光闪闪，马上就会哗啦哗啦地下起暴雨，有时竟会带来冰雹或者龙卷风。</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我们还可以根据云上的光彩现象，推测天气的情况。在太阳和月亮的周围，有时会出现一种美丽的七彩光圈，里层是红色的，外层是紫色的。这种光圈叫做晕。日晕和月晕常常产生在卷层云上，卷层云后面的大片高层云和雨层云，是大风雨的征兆。所以有“日晕三更雨，月晕午时风”的说法。说明出现卷层云，并且伴有晕，天气就会变坏。另有一种比晕小的彩色光环，叫作“华”。颜色的排列是里紫外红，跟晕刚好相反。日华和月华大多产生在高积云的边缘部分。华环由小变大，天气趋向晴好。华环由大变小，天气可能转为阴雨。夏天，雨过天晴，太阳对面的云幕上，常会挂上一条彩色的圆弧，这就是虹。人们常说：“东虹轰隆西虹雨。”意思是说，虹在东方，就有雷无雨；虹在西方，将有大雨。还有一种云彩常出现在清晨或傍晚。太阳照到天空，使云层变成红色，这种云彩叫作霞。朝霞在西，表明阴雨天气在向我们进袭；晚霞在东，表示最近几天里天气晴朗。所以有“朝霞不出门，晚霞行千里”的谚语。</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文章介绍八种云是按照</w:t>
      </w:r>
      <w:r>
        <w:rPr>
          <w:rFonts w:eastAsia="宋体;SimSun" w:cs="宋体;SimSun" w:ascii="宋体;SimSun" w:hAnsi="宋体;SimSun"/>
          <w:color w:val="000000"/>
        </w:rPr>
        <w:t>________</w:t>
      </w:r>
      <w:r>
        <w:rPr>
          <w:rFonts w:ascii="宋体;SimSun" w:hAnsi="宋体;SimSun" w:cs="宋体;SimSun"/>
          <w:color w:val="000000"/>
        </w:rPr>
        <w:t>的顺序进行介绍的。第③段介绍的几种云的共同特点是</w:t>
      </w:r>
      <w:r>
        <w:rPr>
          <w:rFonts w:eastAsia="宋体;SimSun" w:cs="宋体;SimSun" w:ascii="宋体;SimSun" w:hAnsi="宋体;SimSun"/>
          <w:color w:val="000000"/>
        </w:rPr>
        <w:t>________</w:t>
      </w:r>
      <w:r>
        <w:rPr>
          <w:rFonts w:ascii="宋体;SimSun" w:hAnsi="宋体;SimSun" w:cs="宋体;SimSun"/>
          <w:color w:val="000000"/>
        </w:rPr>
        <w:t>，预示的天气是</w:t>
      </w:r>
      <w:r>
        <w:rPr>
          <w:rFonts w:eastAsia="宋体;SimSun" w:cs="宋体;SimSun" w:ascii="宋体;SimSun" w:hAnsi="宋体;SimSun"/>
          <w:color w:val="000000"/>
        </w:rPr>
        <w:t>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暑假的一天下午，小畅要外出游玩，他观察天上的云像大块的棉花团，而且快速地向上聚拢，且越长越高，请你依据上文学到的知识为小畅提出合理化建议。</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你还知道哪些预示天气变化的谚语，请写出一条。</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(1). </w:t>
      </w:r>
      <w:r>
        <w:rPr>
          <w:rFonts w:ascii="宋体;SimSun" w:hAnsi="宋体;SimSun" w:cs="宋体;SimSun"/>
          <w:color w:val="000000"/>
        </w:rPr>
        <w:t>由高到低（或“空间”）</w:t>
      </w:r>
      <w:r>
        <w:rPr>
          <w:color w:val="000000"/>
        </w:rPr>
        <w:t xml:space="preserve">    </w:t>
      </w:r>
      <w:r>
        <w:rPr>
          <w:color w:val="000000"/>
        </w:rPr>
        <w:t xml:space="preserve">(2). </w:t>
      </w:r>
      <w:r>
        <w:rPr>
          <w:rFonts w:ascii="宋体;SimSun" w:hAnsi="宋体;SimSun" w:cs="宋体;SimSun"/>
          <w:color w:val="000000"/>
        </w:rPr>
        <w:t>高</w:t>
      </w:r>
      <w:r>
        <w:rPr>
          <w:rFonts w:eastAsia="宋体;SimSun" w:cs="宋体;SimSun" w:ascii="宋体;SimSun" w:hAnsi="宋体;SimSun"/>
          <w:color w:val="000000"/>
        </w:rPr>
        <w:t>(</w:t>
      </w:r>
      <w:r>
        <w:rPr>
          <w:rFonts w:ascii="宋体;SimSun" w:hAnsi="宋体;SimSun" w:cs="宋体;SimSun"/>
          <w:color w:val="000000"/>
        </w:rPr>
        <w:t>或“高、轻、薄”“都是很美丽的”）</w:t>
      </w:r>
      <w:r>
        <w:rPr>
          <w:color w:val="000000"/>
        </w:rPr>
        <w:t xml:space="preserve">    </w:t>
      </w:r>
      <w:r>
        <w:rPr>
          <w:color w:val="000000"/>
        </w:rPr>
        <w:t xml:space="preserve">(3). </w:t>
      </w:r>
      <w:r>
        <w:rPr>
          <w:rFonts w:ascii="宋体;SimSun" w:hAnsi="宋体;SimSun" w:cs="宋体;SimSun"/>
          <w:color w:val="000000"/>
        </w:rPr>
        <w:t>晴朗（或“一般不会带来雨雪”）</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w:t>
      </w:r>
      <w:r>
        <w:rPr>
          <w:rFonts w:ascii="宋体;SimSun" w:hAnsi="宋体;SimSun" w:cs="宋体;SimSun"/>
          <w:color w:val="000000"/>
        </w:rPr>
        <w:t>文中提到像棉花团似的积云如果迅速地向上凸起，形成高大的云山，就变成了积雨云，积雨云越长越高，云底慢慢变黑，云峰渐渐模糊，不一会儿，整座云山崩塌了，乌云弥漫了天空，顷刻间，雷声隆隆，电光闪闪，马上就会哗啦哗啦地下起暴雨，有时竟会带来冰雹或者龙卷风。所以建议小畅不出去游玩。</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燕子低飞蛇过道，大雨不久就来到。 空中鱼鳞天，不雨也风颠。 天有城堡云，地上雷雨临。 日晕三更雨，月晕午时风。（答案不唯一，符合题目要求即可）</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第一问，本题考查说明顺序的判断。说明文有三大顺序：时间顺序、空间顺序和逻辑顺序。文章第③段“那最轻盈、站得最高的云”“卷云和卷积云都很高”“还有一种像棉花团似的白云，叫积云。它们常在两千米左右的天空”，第④段“这种云叫卷层云……接着，云层越来越低，越来越厚”“出现了高层云，往往在几个钟头内便要下雨或者下雪。……最后，云压得更低，变得更厚”，可见使用的是由高到低的空间顺序。</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第二问，根据第③段的句子“卷云丝丝缕缕地飘浮着，有时像一片白色的羽毛，有时像一块洁白的绫纱”“卷云和卷积云都很高”“卷云、卷积云、积云和高积云，都是很美丽的”概括出几种云的特点是高、轻，都是很美丽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第三问，根据句子“卷云。这种云很薄，阳光可以透过云层照到地面，房屋和树木的光与影依然很清晰”“卷云和卷积云都很高，那里水分少，它们一般不会带来雨雪”“还有一种像棉花团似的白云，叫积云。它们常在两千米左右的天空，一朵朵分散着，映着灿烂的阳光，云块四周散发出金黄的光辉”“高积云是成群的扁球状的云块，排列很匀称，云块间露出碧蓝的天幕，远远望去，就像草原上雪白的羊群”可知预示的天气是晴朗的。</w:t>
      </w:r>
    </w:p>
    <w:p>
      <w:pPr>
        <w:pStyle w:val="Normal"/>
        <w:spacing w:lineRule="auto" w:line="360"/>
        <w:jc w:val="start"/>
        <w:textAlignment w:val="center"/>
        <w:rPr/>
      </w:pPr>
      <w:r>
        <w:rPr>
          <w:color w:val="000000"/>
        </w:rPr>
        <w:drawing>
          <wp:inline distT="0" distB="0" distL="0" distR="0">
            <wp:extent cx="95250" cy="171450"/>
            <wp:effectExtent l="0" t="0" r="0" b="0"/>
            <wp:docPr id="1357"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5"/>
                    <pic:cNvPicPr>
                      <a:picLocks noChangeAspect="1" noChangeArrowheads="1"/>
                    </pic:cNvPicPr>
                  </pic:nvPicPr>
                  <pic:blipFill>
                    <a:blip r:embed="rId23"/>
                    <a:srcRect l="-355" t="-203" r="-355" b="-203"/>
                    <a:stretch>
                      <a:fillRect/>
                    </a:stretch>
                  </pic:blipFill>
                  <pic:spPr bwMode="auto">
                    <a:xfrm>
                      <a:off x="0" y="0"/>
                      <a:ext cx="95250" cy="171450"/>
                    </a:xfrm>
                    <a:prstGeom prst="rect">
                      <a:avLst/>
                    </a:prstGeom>
                    <a:noFill/>
                  </pic:spPr>
                </pic:pic>
              </a:graphicData>
            </a:graphic>
          </wp:inline>
        </w:drawing>
      </w:r>
      <w:r>
        <w:rPr>
          <w:color w:val="000000"/>
        </w:rPr>
        <w:t>19</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考查根据文本知识解决实际问题的能力。根据题目“天上的云像大块的棉花团，而且快速地向上聚拢，且越长越高”找到相关的段落，第④段“积云如果迅速地向上凸起，形成高大的云山，群峰争奇，耸入天顶，就变成了积雨云。积雨云越长越高，云底慢慢变黑，云峰渐渐模糊，不一会儿，整座云山崩塌了，乌云弥漫了天空，顷刻间，雷声隆隆，电光闪闪，马上就会哗啦哗啦地下起暴雨，有时竟会带来冰雹或者龙卷风”来建议小畅不要出去游玩。</w:t>
      </w:r>
    </w:p>
    <w:p>
      <w:pPr>
        <w:pStyle w:val="Normal"/>
        <w:spacing w:lineRule="auto" w:line="360"/>
        <w:jc w:val="start"/>
        <w:textAlignment w:val="center"/>
        <w:rPr>
          <w:color w:val="000000"/>
        </w:rPr>
      </w:pPr>
      <w:r>
        <w:rPr>
          <w:color w:val="000000"/>
        </w:rPr>
        <w:t>【</w:t>
      </w:r>
      <w:r>
        <w:rPr>
          <w:color w:val="000000"/>
        </w:rPr>
        <w:t>20</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开放性试题，答案不唯一。预示天气变化的谚语有：“天上鲤鱼斑，明天晒谷不用翻”；“早上乌云盖，无雨也风来”；“清早宝塔云，下午雨倾盆”；“久晴大雾阴，久阴大雾晴”；“黄云上下翻，将要下冰蛋”。写出其中一条即可。</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阅读《母亲的眼泪》完成下面小题。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母亲的眼泪</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母亲很贤淑</w:t>
      </w:r>
      <w:r>
        <w:rPr>
          <w:rFonts w:eastAsia="楷体" w:cs="楷体" w:ascii="楷体" w:hAnsi="楷体"/>
          <w:color w:val="000000"/>
        </w:rPr>
        <w:t>,</w:t>
      </w:r>
      <w:r>
        <w:rPr>
          <w:rFonts w:ascii="楷体" w:hAnsi="楷体" w:cs="楷体" w:eastAsia="楷体"/>
          <w:color w:val="000000"/>
        </w:rPr>
        <w:t>性格却很坚毅。她不像有的女人，动不动就一把眼泪一把鼻涕。在我的记忆中，母亲只流过三次眼泪。</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一次是我正念小学四年级。那时我们家很穷，我一年四季都打赤脚，寒冷的冬天，我的脚背上裂开了一道道口子，一走动，殷红的血球就直往外滚。晚上围在冒着浓烟的火塘边，劳累了一天的母亲用热水帮我洗去脚上的污垢。然后就把我伤痕累累的双脚抱在怀里轻轻揉搓。干裂的冻口在母亲的揉搓下慢慢变软，母亲就用炭火把羊油烤化后滴进我脚背上殷红的裂口里，山里人都普遍用这种土办法来治疗手脚上的冻口。我疼得咝咝直吸凉气，母亲的眼泪像断线的珠子，与羊油一起滴在我布满裂口的脚背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见到母亲第二次流泪时，我已快念完高中。我莫名其妙地病倒了，病因无法确诊。一个星期，我都处于昏迷状态。滴水未进。医院下了病危通知。高烧的我迷迷糊糊感到有凉飕飕的东西一点一点滴落在我脸上，并慢慢溢开来，我艰难地睁开眼睛，看到母亲跪在我的身边。泪流满面地凝视着我。醒来后，我就再也没有昏迷，并奇迹般地一天天好起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母亲第三次流泪是为我考取了大学，家里却无法为我准备像样的行李而发愁。开学的那天阴雨连绵，因为要步行六十多公里的山路到山外的一个小镇上乘车。母亲很早就起来给我做饭，她给我做的是糖水面条。她一边往碗里捞面，一边对我说：家里穷，你这虽是去念大学，却要看许多白眼，受许多委屈，就多忍着点吧。说着，眼泪扑簌簌地掉进碗里。我吃面，母亲就帮我打点行李。她折叠着的毡条年纪比我还大，上面层层叠叠地印满了地图似的尿痕。母亲边折边流泪。我也鼻子酸酸的，我平生第一次吃甜食吃出了咸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书上说，眼泪是软弱的具体写照。我说，不</w:t>
      </w:r>
      <w:r>
        <w:rPr>
          <w:rFonts w:eastAsia="楷体" w:cs="楷体" w:ascii="楷体" w:hAnsi="楷体"/>
          <w:color w:val="000000"/>
        </w:rPr>
        <w:t>!</w:t>
      </w:r>
      <w:r>
        <w:rPr>
          <w:rFonts w:ascii="楷体" w:hAnsi="楷体" w:cs="楷体" w:eastAsia="楷体"/>
          <w:color w:val="000000"/>
        </w:rPr>
        <w:t>母亲的眼泪使我体味到，眼泪也是爱。流泪，是因为爱太多，满得往外溢的一种结果。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现在，我已是一名大学讲师了，但只要一闭上眼睛母亲流泪的情景犹在眼前，它一直是我自强不息、积极进取的精神动力和源泉。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母亲的眼泪教“我”学会了坚强，从字里行间中我们能读出作者的母亲性格是怎样的</w:t>
      </w:r>
      <w:r>
        <w:rPr>
          <w:rFonts w:eastAsia="宋体;SimSun" w:cs="宋体;SimSun" w:ascii="宋体;SimSun" w:hAnsi="宋体;SimSun"/>
          <w:color w:val="000000"/>
        </w:rPr>
        <w:t>?(</w:t>
      </w:r>
      <w:r>
        <w:rPr>
          <w:rFonts w:ascii="宋体;SimSun" w:hAnsi="宋体;SimSun" w:cs="宋体;SimSun"/>
          <w:color w:val="000000"/>
        </w:rPr>
        <w:t>用文中语句回答</w:t>
      </w:r>
      <w:r>
        <w:rPr>
          <w:rFonts w:eastAsia="宋体;SimSun" w:cs="宋体;SimSun" w:ascii="宋体;SimSun" w:hAnsi="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color w:val="000000"/>
        </w:rPr>
        <w:t>在“我”的记忆中，母亲流过的三次眼泪各是什么原因？请分点概括。</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23. “</w:t>
      </w:r>
      <w:r>
        <w:rPr>
          <w:rFonts w:ascii="宋体;SimSun" w:hAnsi="宋体;SimSun" w:cs="宋体;SimSun"/>
          <w:color w:val="000000"/>
        </w:rPr>
        <w:t>我平生第一次吃甜食吃出了咸味”中的“咸味”指什么</w:t>
      </w:r>
      <w:r>
        <w:rPr>
          <w:rFonts w:eastAsia="宋体;SimSun" w:cs="宋体;SimSun" w:ascii="宋体;SimSun" w:hAnsi="宋体;SimSun"/>
          <w:color w:val="000000"/>
        </w:rPr>
        <w:t>?</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21. </w:t>
      </w:r>
      <w:r>
        <w:rPr>
          <w:rFonts w:ascii="宋体;SimSun" w:hAnsi="宋体;SimSun" w:cs="宋体;SimSun"/>
          <w:color w:val="000000"/>
        </w:rPr>
        <w:t>母亲很贤淑，性格却很坚毅。</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22. </w:t>
      </w:r>
      <w:r>
        <w:rPr>
          <w:rFonts w:ascii="宋体;SimSun" w:hAnsi="宋体;SimSun" w:cs="宋体;SimSun"/>
          <w:color w:val="000000"/>
        </w:rPr>
        <w:t>答案示例：第一次，母亲为“我”冻裂的脚治疗，因心疼而流泪；第二次，“我”病危</w:t>
      </w:r>
      <w:r>
        <w:rPr>
          <w:rFonts w:eastAsia="宋体;SimSun" w:cs="宋体;SimSun" w:ascii="宋体;SimSun" w:hAnsi="宋体;SimSun"/>
          <w:color w:val="000000"/>
        </w:rPr>
        <w:t>,</w:t>
      </w:r>
      <w:r>
        <w:rPr>
          <w:rFonts w:ascii="宋体;SimSun" w:hAnsi="宋体;SimSun" w:cs="宋体;SimSun"/>
          <w:color w:val="000000"/>
        </w:rPr>
        <w:t>母亲为我伤心流泪；第三次，“我”考取了大学，母亲为“我”没有像样的行李而心酸流泪。</w:t>
      </w:r>
      <w:r>
        <w:rPr>
          <w:color w:val="000000"/>
        </w:rPr>
        <w:t xml:space="preserve">    </w:t>
      </w:r>
    </w:p>
    <w:p>
      <w:pPr>
        <w:pStyle w:val="Normal"/>
        <w:spacing w:lineRule="auto" w:line="360"/>
        <w:textAlignment w:val="center"/>
        <w:rPr/>
      </w:pPr>
      <w:r>
        <w:rPr>
          <w:color w:val="000000"/>
        </w:rPr>
        <w:t xml:space="preserve">23. </w:t>
      </w:r>
      <w:r>
        <w:rPr>
          <w:rFonts w:ascii="宋体;SimSun" w:hAnsi="宋体;SimSun" w:cs="宋体;SimSun"/>
          <w:color w:val="000000"/>
        </w:rPr>
        <w:t>是“眼泪”，饱含着母亲的辛酸与无奈。</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把握文中人物形象的能力。先了解文章内容；再掌握分析人物形象的方法：如人物描写方法，作者对人（事）物的评价，文中人物的身份、地位、经历等；最后结合文中重点段落和句子答题即可。“母亲很贤淑</w:t>
      </w:r>
      <w:r>
        <w:rPr>
          <w:rFonts w:eastAsia="宋体;SimSun" w:cs="宋体;SimSun" w:ascii="宋体;SimSun" w:hAnsi="宋体;SimSun"/>
          <w:color w:val="000000"/>
        </w:rPr>
        <w:t>,</w:t>
      </w:r>
      <w:r>
        <w:rPr>
          <w:rFonts w:ascii="宋体;SimSun" w:hAnsi="宋体;SimSun" w:cs="宋体;SimSun"/>
          <w:color w:val="000000"/>
        </w:rPr>
        <w:t>性格却很坚毅。她不像有的女人，动不动就一把眼泪一把鼻涕。在我的记忆中，母亲只流过三次眼泪”“劳累了一天的母亲用热水帮我洗去脚上的污垢。然后就把我伤痕累累的双脚抱在怀里轻轻揉搓。干裂的冻口在母亲的揉搓下慢慢变软，母亲就用炭火把羊油烤化后滴进我脚背上殷红的裂口里，山里人都普遍用这种土办法来治疗手脚上的冻口。我疼得咝咝直吸凉气，母亲的眼泪像断线的珠子，与羊油一起滴在我布满裂口的脚背上”等句子写成了母亲贤淑而又坚强的特点，据此提取原句“母亲很贤淑</w:t>
      </w:r>
      <w:r>
        <w:rPr>
          <w:rFonts w:eastAsia="宋体;SimSun" w:cs="宋体;SimSun" w:ascii="宋体;SimSun" w:hAnsi="宋体;SimSun"/>
          <w:color w:val="000000"/>
        </w:rPr>
        <w:t>,</w:t>
      </w:r>
      <w:r>
        <w:rPr>
          <w:rFonts w:ascii="宋体;SimSun" w:hAnsi="宋体;SimSun" w:cs="宋体;SimSun"/>
          <w:color w:val="000000"/>
        </w:rPr>
        <w:t>性格却很坚毅”作为答案即可。</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文章情节的总结概括能力。解答时，结合具体段落分析即可。文章主要记叙了母亲的三次流泪：第一次是第②段，因家里穷，冬天“我”打赤脚，冻伤脚后，母亲为我疗伤心疼得哭了；第二次是第③段，“我”因病无法确诊医院下病危知识，母亲怕失去我而哭了；第三次是第④段，“我”考取大学，因家贫无法为“我”准备像样的行李，怕我遭白眼受委屈，母亲哭了。这三次流泪总结原因都是因为家里穷。</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词语的理解。解答时，找到问题中语句所在的具体段落，结合具体情节来分析。“我平生第一次吃甜食吃出了咸味”是在母亲第三次流泪时，“我”考取大学，因家贫无法为“我”准备像样的行李，怕我遭白眼受委屈母亲哭了。此时，我体会到了母亲对我的爱，吃糖水面条时，被母亲感动流泪，所以是“吃甜食吃出了咸味”，其中的咸味是指“眼泪”，饱含着母亲的辛酸与无奈。</w:t>
      </w:r>
    </w:p>
    <w:p>
      <w:pPr>
        <w:pStyle w:val="Heading3"/>
      </w:pPr>
      <w:r>
        <w:t>第十三中学</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阅读文章后，完成下列小题。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雨</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冯剑华</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雨，应该是一个阴性名词，她，而不是他。雨，完完全全是女性化的。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三月的雨，是少女，正值豆蔻年华。</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她文静、温柔、清新、羞涩。于人间，她轻轻悄悄地走来，“随风潜入夜，润物细无声。”她如纱如雾，如情似梦，沾衣不湿，拂面不寒。</w:t>
      </w:r>
      <w:r>
        <w:rPr>
          <w:rFonts w:ascii="楷体" w:eastAsia="楷体" w:hAnsi="楷体" w:cs="楷体"/>
          <w:color w:val="000000"/>
          <w:u w:val="single"/>
        </w:rPr>
        <w:t>A她的裙袂飘过处，天地万物从沉沉昏睡中苏醒过来，种子发出嫩芽，竹林长出春笋，杨柳抽出新枝，睡了一冬的小生灵也伸伸懒腰，走出深深的地穴。</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春雨，把青春和生命赠给大地。</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春雨，又是一个爱美的姑娘，一个极擅丹青的画师。她手执神奇的画笔，挥洒出一个美丽的天地。“梨花一枝春带雨”，何等脱俗；“杏花春雨江南”，何等淡雅；而“小楼一夜听春雨，深巷明朝卖杏花”，又是怎样的清幽。这全是春雨的手笔啊。</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春雨，遍地芬芳的少女，爱美写美的画师。</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u w:val="single"/>
        </w:rPr>
        <w:t>B夏日的雨，是大嫂，她是个急性子，来也匆匆，去也匆匆，是个利索干净还带着几分泼辣的中年妇女。</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比起春雨，夏日急雨少了几分温柔和文静，可你知道，她有那么多的事情要做，她是一位多子女的母亲。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江河湖海等待着她补充营养，以丰腴自己的身躯。被太阳烤得口干舌燥的大地渴望着她的滋润。田野上的庄稼禾苗，山坡上的树木果林，像一群群嗷嗷待哺的孩子，急盼着她的乳汁。年复一年地，她用自己充溢的乳汁喂饱了结实的高粱，喂鼓了肥胖的豆荚，喂足了圆滚滚的西瓜，喂熟了沉甸甸的稻穗。有了她，才有果实，才有收获，才有万种生物的生生不息。</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夏日的雨，能干的大嫂，慷慨的母亲。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秋日的雨，是阅尽沧桑的老妇人。</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她见过了许多，经过了许多，也做过了许多。她曾经年轻过，辉煌过。如今，桃花梨花谢了，高粱玉米收割了。她该做的要做的都已做过，便显得有几分落寞。更有那喜欢悲秋的写出“冷雨敲窗”的诗句，发出“一场秋雨一场凉”的抱怨。可她是宽容的，豁达的。她知道，人们不会忘记她的过去，不会忘记她做过的一切。</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她并不落寞，她正在描画“红于二月花”的霜叶，绘制出层林尽染、色彩绚丽的秋之图。更何况，不久之后，又有三月春雨，少女般姗姗而来。</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文中描绘了</w:t>
      </w:r>
      <w:r>
        <w:rPr>
          <w:rFonts w:ascii="宋体" w:eastAsia="宋体" w:hAnsi="宋体" w:cs="宋体"/>
          <w:color w:val="000000"/>
        </w:rPr>
        <w:t>_______</w:t>
      </w:r>
      <w:r>
        <w:rPr>
          <w:rFonts w:ascii="宋体" w:eastAsia="宋体" w:hAnsi="宋体" w:cs="宋体"/>
          <w:color w:val="000000"/>
        </w:rPr>
        <w:t>种雨，分别是</w:t>
      </w:r>
      <w:r>
        <w:rPr>
          <w:rFonts w:ascii="宋体" w:eastAsia="宋体" w:hAnsi="宋体" w:cs="宋体"/>
          <w:color w:val="000000"/>
        </w:rPr>
        <w:t>_______</w:t>
      </w:r>
      <w:r>
        <w:rPr>
          <w:rFonts w:ascii="宋体" w:eastAsia="宋体" w:hAnsi="宋体" w:cs="宋体"/>
          <w:color w:val="000000"/>
        </w:rPr>
        <w:t>、</w:t>
      </w:r>
      <w:r>
        <w:rPr>
          <w:rFonts w:ascii="宋体" w:eastAsia="宋体" w:hAnsi="宋体" w:cs="宋体"/>
          <w:color w:val="000000"/>
        </w:rPr>
        <w:t>_______</w:t>
      </w:r>
      <w:r>
        <w:rPr>
          <w:rFonts w:ascii="宋体" w:eastAsia="宋体" w:hAnsi="宋体" w:cs="宋体"/>
          <w:color w:val="000000"/>
        </w:rPr>
        <w:t>和</w:t>
      </w:r>
      <w:r>
        <w:rPr>
          <w:rFonts w:ascii="宋体" w:eastAsia="宋体" w:hAnsi="宋体" w:cs="宋体"/>
          <w:color w:val="000000"/>
        </w:rPr>
        <w:t>_______</w:t>
      </w:r>
      <w:r>
        <w:rPr>
          <w:rFonts w:ascii="宋体" w:eastAsia="宋体" w:hAnsi="宋体" w:cs="宋体"/>
          <w:color w:val="000000"/>
        </w:rPr>
        <w:t>。雨本是自然之景，作者却运用了</w:t>
      </w:r>
      <w:r>
        <w:rPr>
          <w:rFonts w:ascii="宋体" w:eastAsia="宋体" w:hAnsi="宋体" w:cs="宋体"/>
          <w:color w:val="000000"/>
        </w:rPr>
        <w:t>_______</w:t>
      </w:r>
      <w:r>
        <w:rPr>
          <w:rFonts w:ascii="宋体" w:eastAsia="宋体" w:hAnsi="宋体" w:cs="宋体"/>
          <w:color w:val="000000"/>
        </w:rPr>
        <w:t>修辞手法，把雨描绘成</w:t>
      </w:r>
      <w:r>
        <w:rPr>
          <w:rFonts w:ascii="宋体" w:eastAsia="宋体" w:hAnsi="宋体" w:cs="宋体"/>
          <w:color w:val="000000"/>
        </w:rPr>
        <w:t>_______</w:t>
      </w:r>
      <w:r>
        <w:rPr>
          <w:rFonts w:ascii="宋体" w:eastAsia="宋体" w:hAnsi="宋体" w:cs="宋体"/>
          <w:color w:val="000000"/>
        </w:rPr>
        <w:t>、</w:t>
      </w:r>
      <w:r>
        <w:rPr>
          <w:rFonts w:ascii="宋体" w:eastAsia="宋体" w:hAnsi="宋体" w:cs="宋体"/>
          <w:color w:val="000000"/>
        </w:rPr>
        <w:t>_______</w:t>
      </w:r>
      <w:r>
        <w:rPr>
          <w:rFonts w:ascii="宋体" w:eastAsia="宋体" w:hAnsi="宋体" w:cs="宋体"/>
          <w:color w:val="000000"/>
        </w:rPr>
        <w:t>和</w:t>
      </w:r>
      <w:r>
        <w:rPr>
          <w:rFonts w:ascii="宋体" w:eastAsia="宋体" w:hAnsi="宋体" w:cs="宋体"/>
          <w:color w:val="000000"/>
        </w:rPr>
        <w:t>_______</w:t>
      </w:r>
      <w:r>
        <w:rPr>
          <w:rFonts w:ascii="宋体" w:eastAsia="宋体" w:hAnsi="宋体" w:cs="宋体"/>
          <w:color w:val="000000"/>
        </w:rPr>
        <w:t>三个人物形象，生动逼真，并写出她们各自不同</w:t>
      </w:r>
      <w:r>
        <w:rPr>
          <w:rFonts w:ascii="宋体" w:eastAsia="宋体" w:hAnsi="宋体" w:cs="宋体"/>
          <w:color w:val="000000"/>
          <w:position w:val="0"/>
        </w:rPr>
        <w:drawing>
          <wp:inline>
            <wp:extent cx="133350" cy="177800"/>
            <wp:docPr id="13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性格特征，分别是：</w:t>
      </w:r>
      <w:r>
        <w:rPr>
          <w:rFonts w:ascii="宋体" w:eastAsia="宋体" w:hAnsi="宋体" w:cs="宋体"/>
          <w:color w:val="000000"/>
        </w:rPr>
        <w:t>_______________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请从选文中画线句A、B句中任选一句，从修辞、内容、情感三个方面作出赏析。</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文章中在描写秋雨时写到“便显得有几分落寞”，后面又写到“她并不落寞”，这两句矛盾吗？请结合文章内容谈谈你的理解。</w:t>
      </w:r>
    </w:p>
    <w:p>
      <w:pPr>
        <w:spacing w:line="360" w:lineRule="auto"/>
        <w:textAlignment w:val="center"/>
        <w:rPr>
          <w:rFonts w:ascii="宋体" w:eastAsia="宋体" w:hAnsi="宋体" w:cs="宋体"/>
          <w:color w:val="000000"/>
        </w:rPr>
      </w:pPr>
      <w:r>
        <w:rPr>
          <w:color w:val="2E75B6"/>
        </w:rPr>
        <w:t>【答案】</w:t>
      </w:r>
      <w:r>
        <w:rPr>
          <w:color w:val="000000"/>
        </w:rPr>
        <w:t xml:space="preserve">18. </w:t>
      </w:r>
      <w:r>
        <w:rPr>
          <w:color w:val="000000"/>
        </w:rPr>
        <w:t xml:space="preserve">    ①. </w:t>
      </w:r>
      <w:r>
        <w:rPr>
          <w:rFonts w:ascii="宋体" w:eastAsia="宋体" w:hAnsi="宋体" w:cs="宋体"/>
          <w:color w:val="000000"/>
        </w:rPr>
        <w:t>三</w:t>
      </w:r>
      <w:r>
        <w:rPr>
          <w:color w:val="000000"/>
        </w:rPr>
        <w:t xml:space="preserve">    ②. </w:t>
      </w:r>
      <w:r>
        <w:rPr>
          <w:rFonts w:ascii="宋体" w:eastAsia="宋体" w:hAnsi="宋体" w:cs="宋体"/>
          <w:color w:val="000000"/>
        </w:rPr>
        <w:t>春雨</w:t>
      </w:r>
      <w:r>
        <w:rPr>
          <w:color w:val="000000"/>
        </w:rPr>
        <w:t xml:space="preserve">    ③. </w:t>
      </w:r>
      <w:r>
        <w:rPr>
          <w:rFonts w:ascii="宋体" w:eastAsia="宋体" w:hAnsi="宋体" w:cs="宋体"/>
          <w:color w:val="000000"/>
        </w:rPr>
        <w:t>夏雨</w:t>
      </w:r>
      <w:r>
        <w:rPr>
          <w:color w:val="000000"/>
        </w:rPr>
        <w:t xml:space="preserve">    ④. </w:t>
      </w:r>
      <w:r>
        <w:rPr>
          <w:rFonts w:ascii="宋体" w:eastAsia="宋体" w:hAnsi="宋体" w:cs="宋体"/>
          <w:color w:val="000000"/>
        </w:rPr>
        <w:t>秋雨</w:t>
      </w:r>
      <w:r>
        <w:rPr>
          <w:color w:val="000000"/>
        </w:rPr>
        <w:t xml:space="preserve">    ⑤. </w:t>
      </w:r>
      <w:r>
        <w:rPr>
          <w:rFonts w:ascii="宋体" w:eastAsia="宋体" w:hAnsi="宋体" w:cs="宋体"/>
          <w:color w:val="000000"/>
        </w:rPr>
        <w:t>比喻</w:t>
      </w:r>
      <w:r>
        <w:rPr>
          <w:color w:val="000000"/>
        </w:rPr>
        <w:t xml:space="preserve">    ⑥. </w:t>
      </w:r>
      <w:r>
        <w:rPr>
          <w:rFonts w:ascii="宋体" w:eastAsia="宋体" w:hAnsi="宋体" w:cs="宋体"/>
          <w:color w:val="000000"/>
        </w:rPr>
        <w:t>少女（爱美的姑娘）</w:t>
      </w:r>
      <w:r>
        <w:rPr>
          <w:color w:val="000000"/>
        </w:rPr>
        <w:t xml:space="preserve">    ⑦. </w:t>
      </w:r>
      <w:r>
        <w:rPr>
          <w:rFonts w:ascii="宋体" w:eastAsia="宋体" w:hAnsi="宋体" w:cs="宋体"/>
          <w:color w:val="000000"/>
        </w:rPr>
        <w:t>大嫂（中年妇女）</w:t>
      </w:r>
      <w:r>
        <w:rPr>
          <w:color w:val="000000"/>
        </w:rPr>
        <w:t xml:space="preserve">    ⑧. </w:t>
      </w:r>
      <w:r>
        <w:rPr>
          <w:rFonts w:ascii="宋体" w:eastAsia="宋体" w:hAnsi="宋体" w:cs="宋体"/>
          <w:color w:val="000000"/>
        </w:rPr>
        <w:t>老妇人</w:t>
      </w:r>
      <w:r>
        <w:rPr>
          <w:color w:val="000000"/>
        </w:rPr>
        <w:t xml:space="preserve">    ⑨. </w:t>
      </w:r>
      <w:r>
        <w:rPr>
          <w:rFonts w:ascii="宋体" w:eastAsia="宋体" w:hAnsi="宋体" w:cs="宋体"/>
          <w:color w:val="000000"/>
        </w:rPr>
        <w:t>性格特征，分别是少女：文静、温柔、清新、羞涩、爱美; 大嫂：利索干净还带着几分泼辣、能干、慷慨；   老妇人：宽容的，豁达、不落寞</w:t>
      </w:r>
      <w:r>
        <w:rPr>
          <w:color w:val="000000"/>
        </w:rPr>
        <w:t xml:space="preserve">    </w:t>
      </w:r>
    </w:p>
    <w:p>
      <w:pPr>
        <w:spacing w:line="360" w:lineRule="auto"/>
        <w:textAlignment w:val="center"/>
        <w:rPr>
          <w:rFonts w:ascii="宋体" w:eastAsia="宋体" w:hAnsi="宋体" w:cs="宋体"/>
          <w:color w:val="000000"/>
        </w:rPr>
      </w:pPr>
      <w:r>
        <w:rPr>
          <w:color w:val="000000"/>
        </w:rPr>
        <w:t xml:space="preserve">19. </w:t>
      </w:r>
      <w:r>
        <w:rPr>
          <w:rFonts w:ascii="宋体" w:eastAsia="宋体" w:hAnsi="宋体" w:cs="宋体"/>
          <w:color w:val="000000"/>
        </w:rPr>
        <w:t>A运用了拟人的修辞手法，赋予了春雨以人的情感，写出了春雨悄悄而下，春雨给万物带来生机的特点，也表达了作者对春雨的喜爱之情。B运用了比喻的修辞手法，把夏日的雨，比喻成大嫂，写出了夏雨下得很急的特点。</w:t>
      </w:r>
      <w:r>
        <w:rPr>
          <w:color w:val="000000"/>
        </w:rPr>
        <w:t xml:space="preserve">    </w:t>
      </w:r>
    </w:p>
    <w:p>
      <w:pPr>
        <w:spacing w:line="360" w:lineRule="auto"/>
        <w:textAlignment w:val="center"/>
        <w:rPr>
          <w:rFonts w:ascii="宋体" w:eastAsia="宋体" w:hAnsi="宋体" w:cs="宋体"/>
          <w:color w:val="000000"/>
        </w:rPr>
      </w:pPr>
      <w:r>
        <w:rPr>
          <w:color w:val="000000"/>
        </w:rPr>
        <w:t xml:space="preserve">20. </w:t>
      </w:r>
      <w:r>
        <w:rPr>
          <w:rFonts w:ascii="宋体" w:eastAsia="宋体" w:hAnsi="宋体" w:cs="宋体"/>
          <w:color w:val="000000"/>
        </w:rPr>
        <w:t>示例：文章中在描写秋雨时写到“便显得有几分落寞”，是因为她见过了许多，经过了许多，也做过了许多。她曾经年轻过，辉煌过。如今，桃花梨花谢了，高粱玉米收割了。她该做的要做的都已做过，所以“便显得有几分落寞”。后面又写到“她并不落寞”，是因为她正在描画“红于二月花”的霜叶，绘制出层林尽染、色彩绚丽的秋之图。更何况，不久之后，又有三月春雨，少女般姗姗而来。</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对文章主要内容的概括能力。要概括全文的主要内容，需要在文章各个部分寻找关键的词语，提取关键的信息来组织表达。作者把春雨比作少女，写出了其“文静、温柔、清新、羞涩”的性格特征；由“夏日的雨，是大嫂，她是个急性子，来也匆匆，去也匆匆，是个利索干净还带着几分泼辣的中年妇女”“夏日的雨，能干的大嫂，慷慨的母亲”可知把夏雨比作大嫂、母亲，写出了她急性子、利索、泼辣、能干的性格特征；由“秋日的雨，是阅尽沧桑的老妇人”“她并不落寞，她正在描画“红于二月花”的霜叶，绘制出层林尽染、色彩绚丽的秋之图。”写出了她阅尽沧桑、宽容豁达的性格特征。</w:t>
      </w:r>
    </w:p>
    <w:p>
      <w:pPr>
        <w:spacing w:line="360" w:lineRule="auto"/>
        <w:textAlignment w:val="center"/>
        <w:rPr>
          <w:color w:val="000000"/>
        </w:rPr>
      </w:pPr>
      <w:r>
        <w:rPr>
          <w:color w:val="000000"/>
        </w:rPr>
        <w:t>【19题详解】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本题考查学生对文章重要语句赏析的能力。赏析时的一般方法为：手法</w:t>
      </w:r>
      <w:r>
        <w:rPr>
          <w:rFonts w:ascii="Times New Roman" w:eastAsia="Times New Roman" w:hAnsi="Times New Roman" w:cs="Times New Roman"/>
          <w:color w:val="000000"/>
        </w:rPr>
        <w:t>+</w:t>
      </w:r>
      <w:r>
        <w:rPr>
          <w:rFonts w:ascii="宋体" w:eastAsia="宋体" w:hAnsi="宋体" w:cs="宋体"/>
          <w:color w:val="000000"/>
        </w:rPr>
        <w:t>效果</w:t>
      </w:r>
      <w:r>
        <w:rPr>
          <w:rFonts w:ascii="Times New Roman" w:eastAsia="Times New Roman" w:hAnsi="Times New Roman" w:cs="Times New Roman"/>
          <w:color w:val="000000"/>
        </w:rPr>
        <w:t>+</w:t>
      </w:r>
      <w:r>
        <w:rPr>
          <w:rFonts w:ascii="宋体" w:eastAsia="宋体" w:hAnsi="宋体" w:cs="宋体"/>
          <w:color w:val="000000"/>
        </w:rPr>
        <w:t>情感。此题中要求从修辞、内容、情感来赏析，常见的几种修辞手法有：比喻、拟人、夸张、排比等。</w:t>
      </w:r>
      <w:r>
        <w:rPr>
          <w:rFonts w:ascii="Times New Roman" w:eastAsia="Times New Roman" w:hAnsi="Times New Roman" w:cs="Times New Roman"/>
          <w:color w:val="000000"/>
        </w:rPr>
        <w:t>A</w:t>
      </w:r>
      <w:r>
        <w:rPr>
          <w:rFonts w:ascii="宋体" w:eastAsia="宋体" w:hAnsi="宋体" w:cs="宋体"/>
          <w:color w:val="000000"/>
        </w:rPr>
        <w:t>句“</w:t>
      </w:r>
      <w:r>
        <w:rPr>
          <w:rFonts w:ascii="楷体" w:eastAsia="楷体" w:hAnsi="楷体" w:cs="楷体"/>
          <w:color w:val="000000"/>
        </w:rPr>
        <w:t>她的裙袂飘过处，天地万物从沉沉昏睡中苏醒过来，种子发出嫩芽，竹林长出春笋，杨柳抽出新枝，睡了一冬的小生灵也伸伸懒腰，走出深深的地穴。</w:t>
      </w:r>
      <w:r>
        <w:rPr>
          <w:rFonts w:ascii="宋体" w:eastAsia="宋体" w:hAnsi="宋体" w:cs="宋体"/>
          <w:color w:val="000000"/>
        </w:rPr>
        <w:t>”运用了拟人的修辞手法，把“春雨”拟人化，写出了春雨给天地间万物带来勃勃生机，表达了作者对春雨的喜爱与赞美。</w:t>
      </w:r>
      <w:r>
        <w:rPr>
          <w:rFonts w:ascii="Times New Roman" w:eastAsia="Times New Roman" w:hAnsi="Times New Roman" w:cs="Times New Roman"/>
          <w:color w:val="000000"/>
        </w:rPr>
        <w:t>B</w:t>
      </w:r>
      <w:r>
        <w:rPr>
          <w:rFonts w:ascii="宋体" w:eastAsia="宋体" w:hAnsi="宋体" w:cs="宋体"/>
          <w:color w:val="000000"/>
        </w:rPr>
        <w:t>句“</w:t>
      </w:r>
      <w:r>
        <w:rPr>
          <w:rFonts w:ascii="楷体" w:eastAsia="楷体" w:hAnsi="楷体" w:cs="楷体"/>
          <w:color w:val="000000"/>
        </w:rPr>
        <w:t>夏日的雨，是大嫂，她是个急性子，来也匆匆，去也匆匆，是个利索干净还带着几分泼辣的中年妇女</w:t>
      </w:r>
      <w:r>
        <w:rPr>
          <w:rFonts w:ascii="宋体" w:eastAsia="宋体" w:hAnsi="宋体" w:cs="宋体"/>
          <w:color w:val="000000"/>
        </w:rPr>
        <w:t>”把夏雨比作大嫂、母亲，使用比喻的修辞，写出了她急性子、利索、泼辣、能干的性格特征，突出夏雨的“急”。</w:t>
      </w:r>
    </w:p>
    <w:p>
      <w:pPr>
        <w:spacing w:line="360" w:lineRule="auto"/>
        <w:textAlignment w:val="center"/>
        <w:rPr>
          <w:color w:val="000000"/>
        </w:rPr>
      </w:pPr>
      <w:r>
        <w:rPr>
          <w:color w:val="000000"/>
        </w:rPr>
        <w:t>【20题详解】</w:t>
      </w:r>
    </w:p>
    <w:p>
      <w:pPr>
        <w:spacing w:line="360" w:lineRule="auto"/>
        <w:textAlignment w:val="center"/>
        <w:rPr>
          <w:rFonts w:ascii="宋体" w:eastAsia="宋体" w:hAnsi="宋体" w:cs="宋体"/>
          <w:color w:val="000000"/>
        </w:rPr>
      </w:pPr>
      <w:r>
        <w:rPr>
          <w:rFonts w:ascii="宋体" w:eastAsia="宋体" w:hAnsi="宋体" w:cs="宋体"/>
          <w:color w:val="000000"/>
        </w:rPr>
        <w:t>此题考查学生把握文章内容、筛选信息的能力。解答此类题，首先要整体阅读文章，把握文章的内容和结构；然后仔细阅读题干信息，从原文中找到与之相关的信息概括即可。通读文章可知，“秋天的雨‘阅尽沧桑并不落寞’”的原因主要在文章最后两段。说她“阅尽沧桑”是因为她曾经年轻过，经历过，辉煌过；说她“并不落寞”是指她正在描绘秋之图，并在不久之后，会有三月春雨随风而来。据此作答即可。</w:t>
      </w:r>
    </w:p>
    <w:p>
      <w:pPr>
        <w:pStyle w:val="Heading3"/>
      </w:pPr>
      <w:r>
        <w:t>第十五中学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16</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阅读《从百草园到三味书屋》节选，完成小题。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从百草园到三味书屋（节选）</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鲁迅</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⑴</w:t>
      </w:r>
      <w:r>
        <w:rPr>
          <w:rFonts w:ascii="楷体" w:hAnsi="楷体" w:cs="楷体" w:eastAsia="楷体"/>
          <w:color w:val="000000"/>
        </w:rPr>
        <w:t>我家的后面有一个很大的园，相传叫作百草园。现在是早已并屋子一起卖给朱文公的子孙了，连那最末次的相见也已经隔了七八年，其中似乎确凿只有一些野草；但那时却是我的乐园。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⑵</w:t>
      </w:r>
      <w:r>
        <w:rPr>
          <w:rFonts w:ascii="楷体" w:hAnsi="楷体" w:cs="楷体" w:eastAsia="楷体"/>
          <w:color w:val="000000"/>
        </w:rPr>
        <w:t>不必说碧绿的菜畦，光滑的石井栏，高大的皂荚树，紫红的桑椹；也不必说鸣蝉在树叶里长吟，肥胖的黄蜂伏在菜花上，轻捷的叫天子忽然从草间直窜向云霄里去了。单是短短的泥墙根一带，就有无限趣味。油蛉在这里低唱，蟋蟀们在这里弹琴。翻开断砖来，有时会遇到蜈蚣；还有斑蝥，倘若用手指按住它的脊梁，便会拍的一声，从后窍喷出一阵烟雾。何首乌藤和木莲藤缠络着，木莲有莲房一般的果实，何首乌有拥肿的根。有人说，何首乌根是有像人形的，吃了便可以成仙，我于是常常拔它起来，牵连不断地拔起来，也曾因此弄坏了泥墙，却从来没有见过一块根像人样。如果不怕刺，还可以摘到覆盆子，像小珊瑚珠攒成的小球，又酸又甜，色味都比桑椹要好的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p>
    <w:p>
      <w:pPr>
        <w:pStyle w:val="Normal"/>
        <w:spacing w:lineRule="auto" w:line="360"/>
        <w:ind w:firstLine="420" w:end="0"/>
        <w:jc w:val="start"/>
        <w:textAlignment w:val="center"/>
        <w:rPr/>
      </w:pPr>
      <w:r>
        <w:rPr>
          <w:rFonts w:eastAsia="楷体" w:cs="楷体" w:ascii="楷体" w:hAnsi="楷体"/>
          <w:color w:val="000000"/>
        </w:rPr>
        <w:t>⑶</w:t>
      </w:r>
      <w:r>
        <w:rPr>
          <w:rFonts w:ascii="楷体" w:hAnsi="楷体" w:cs="楷体" w:eastAsia="楷体"/>
          <w:color w:val="000000"/>
        </w:rPr>
        <w:t>我不知道为什么家里的人要将我送进书塾里去了，而且还是全城中称为【甲】</w:t>
      </w:r>
      <w:r>
        <w:rPr>
          <w:rFonts w:ascii="楷体" w:hAnsi="楷体" w:cs="楷体" w:eastAsia="楷体"/>
          <w:color w:val="000000"/>
          <w:u w:val="single"/>
        </w:rPr>
        <w:t>最严厉的书塾。</w:t>
      </w:r>
      <w:r>
        <w:rPr>
          <w:rFonts w:ascii="楷体" w:hAnsi="楷体" w:cs="楷体" w:eastAsia="楷体"/>
          <w:color w:val="000000"/>
        </w:rPr>
        <w:t>也许是因为拔何首乌毁了泥墙罢，也许是因为将砖头抛到间壁的梁家去了罢，也许是因为站在石井栏上跳下来罢……都无从知道。总而言之：我将不能常到百草园了。</w:t>
      </w:r>
      <w:r>
        <w:rPr>
          <w:rFonts w:eastAsia="楷体" w:cs="楷体" w:ascii="楷体" w:hAnsi="楷体"/>
          <w:color w:val="000000"/>
        </w:rPr>
        <w:t>Ade</w:t>
      </w:r>
      <w:r>
        <w:rPr>
          <w:rFonts w:ascii="楷体" w:hAnsi="楷体" w:cs="楷体" w:eastAsia="楷体"/>
          <w:color w:val="000000"/>
        </w:rPr>
        <w:t>，我的蟋蟀们！</w:t>
      </w:r>
      <w:r>
        <w:rPr>
          <w:rFonts w:eastAsia="楷体" w:cs="楷体" w:ascii="楷体" w:hAnsi="楷体"/>
          <w:color w:val="000000"/>
        </w:rPr>
        <w:t>Ade</w:t>
      </w:r>
      <w:r>
        <w:rPr>
          <w:rFonts w:ascii="楷体" w:hAnsi="楷体" w:cs="楷体" w:eastAsia="楷体"/>
          <w:color w:val="000000"/>
        </w:rPr>
        <w:t>，我的覆盆子们和木莲们</w:t>
      </w:r>
      <w:r>
        <w:rPr>
          <w:rFonts w:eastAsia="楷体" w:cs="楷体" w:ascii="楷体" w:hAnsi="楷体"/>
          <w:color w:val="000000"/>
        </w:rPr>
        <w:t>!……</w:t>
      </w:r>
    </w:p>
    <w:p>
      <w:pPr>
        <w:pStyle w:val="Normal"/>
        <w:spacing w:lineRule="auto" w:line="360"/>
        <w:ind w:firstLine="420" w:end="0"/>
        <w:jc w:val="start"/>
        <w:textAlignment w:val="center"/>
        <w:rPr/>
      </w:pPr>
      <w:r>
        <w:rPr>
          <w:color w:val="000000"/>
        </w:rPr>
        <w:t>⑷</w:t>
      </w:r>
      <w:r>
        <w:rPr>
          <w:color w:val="000000"/>
        </w:rPr>
        <w:t>出门向东，不上半里，走过一道石桥，便是我先生的家了。从一扇黑油的竹门进去，第三间是书房。中间挂着一块扁</w:t>
      </w:r>
      <w:r>
        <w:rPr>
          <w:color w:val="000000"/>
          <w:vertAlign w:val="superscript"/>
        </w:rPr>
        <w:t>①</w:t>
      </w:r>
      <w:r>
        <w:rPr>
          <w:color w:val="000000"/>
        </w:rPr>
        <w:t>道：三味书屋；扁</w:t>
      </w:r>
      <w:r>
        <w:rPr>
          <w:color w:val="000000"/>
          <w:vertAlign w:val="superscript"/>
        </w:rPr>
        <w:t>②</w:t>
      </w:r>
      <w:r>
        <w:rPr>
          <w:color w:val="000000"/>
        </w:rPr>
        <w:t>下面是一幅画，画着一只很肥大的梅花鹿伏在古树下。没有孔子牌位，我们便对着那扁</w:t>
      </w:r>
      <w:r>
        <w:rPr>
          <w:color w:val="000000"/>
          <w:vertAlign w:val="superscript"/>
        </w:rPr>
        <w:t>③</w:t>
      </w:r>
      <w:r>
        <w:rPr>
          <w:color w:val="000000"/>
        </w:rPr>
        <w:t>和鹿行礼。第一次算是拜孔子，第二次算是拜先生。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⑸</w:t>
      </w:r>
      <w:r>
        <w:rPr>
          <w:rFonts w:ascii="楷体" w:hAnsi="楷体" w:cs="楷体" w:eastAsia="楷体"/>
          <w:color w:val="000000"/>
        </w:rPr>
        <w:t>第二次行礼时，先生便和蔼地在一旁答礼。他是一个高而瘦的老人，须发都花白了，还戴着大眼镜。我对他很恭敬，因为我早听到，他是本城中极方正，质朴，博学的人。</w:t>
      </w:r>
    </w:p>
    <w:p>
      <w:pPr>
        <w:pStyle w:val="Normal"/>
        <w:spacing w:lineRule="auto" w:line="360"/>
        <w:ind w:firstLine="420" w:end="0"/>
        <w:jc w:val="start"/>
        <w:textAlignment w:val="center"/>
        <w:rPr/>
      </w:pPr>
      <w:r>
        <w:rPr>
          <w:color w:val="000000"/>
        </w:rPr>
        <w:t>⑹</w:t>
      </w:r>
      <w:r>
        <w:rPr>
          <w:color w:val="000000"/>
        </w:rPr>
        <w:t>不知从那</w:t>
      </w:r>
      <w:r>
        <w:rPr>
          <w:color w:val="000000"/>
          <w:vertAlign w:val="superscript"/>
        </w:rPr>
        <w:t>④</w:t>
      </w:r>
      <w:r>
        <w:rPr>
          <w:color w:val="000000"/>
        </w:rPr>
        <w:t>里听来的，东方朔也很渊博，他认识一种虫，名曰“怪哉”，冤气所化，用酒一浇，就消释了。我很想详细地知道这故事，但阿长是不知道的，因为她毕竟不渊博。现在得到机会了，可以问先生。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⑺“</w:t>
      </w:r>
      <w:r>
        <w:rPr>
          <w:rFonts w:ascii="楷体" w:hAnsi="楷体" w:cs="楷体" w:eastAsia="楷体"/>
          <w:color w:val="000000"/>
        </w:rPr>
        <w:t>先生，‘怪哉’这虫，是怎么一回事？……”我上了生书，将要退下来的时候，赶忙问。</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⑻“</w:t>
      </w:r>
      <w:r>
        <w:rPr>
          <w:rFonts w:ascii="楷体" w:hAnsi="楷体" w:cs="楷体" w:eastAsia="楷体"/>
          <w:color w:val="000000"/>
        </w:rPr>
        <w:t>不知道！”他似乎很不高兴，脸上还有怒色了。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⑼</w:t>
      </w:r>
      <w:r>
        <w:rPr>
          <w:rFonts w:ascii="楷体" w:hAnsi="楷体" w:cs="楷体" w:eastAsia="楷体"/>
          <w:color w:val="000000"/>
        </w:rPr>
        <w:t>我才知道做学生是不应该问这些事的，只要读书，因为他是渊博的宿儒，决不至于不知道，所谓不知道者，乃是不愿意说。年纪比我大的人，往往如此，我遇见过好几回了。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⑽</w:t>
      </w:r>
      <w:r>
        <w:rPr>
          <w:rFonts w:ascii="楷体" w:hAnsi="楷体" w:cs="楷体" w:eastAsia="楷体"/>
          <w:color w:val="000000"/>
        </w:rPr>
        <w:t>我就只读书，正午习字，晚上对课。先生最初这几天对我很严厉，后来却好起来了，不过给我读的书渐渐加多，对课也渐渐地加上字去，从三言到五言，终于到七言。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⑾</w:t>
      </w:r>
      <w:r>
        <w:rPr>
          <w:rFonts w:ascii="楷体" w:hAnsi="楷体" w:cs="楷体" w:eastAsia="楷体"/>
          <w:color w:val="000000"/>
        </w:rPr>
        <w:t>三味书屋后面也有一个园，虽然小，但在那里也可以爬上花坛去折蜡梅花，在地上或桂花树上寻蝉蜕。最好的工作是捉了苍蝇喂蚂蚁，静悄悄地没有声音。然而同窗们到园里的太多，太久，可就不行了，先生在书房里便大叫起来：</w:t>
      </w:r>
    </w:p>
    <w:p>
      <w:pPr>
        <w:pStyle w:val="Normal"/>
        <w:spacing w:lineRule="auto" w:line="360"/>
        <w:ind w:firstLine="420" w:end="0"/>
        <w:jc w:val="start"/>
        <w:textAlignment w:val="center"/>
        <w:rPr/>
      </w:pPr>
      <w:r>
        <w:rPr>
          <w:color w:val="000000"/>
        </w:rPr>
        <w:t>⑿“</w:t>
      </w:r>
      <w:r>
        <w:rPr>
          <w:color w:val="000000"/>
        </w:rPr>
        <w:t>人都到那</w:t>
      </w:r>
      <w:r>
        <w:rPr>
          <w:color w:val="000000"/>
          <w:vertAlign w:val="superscript"/>
        </w:rPr>
        <w:t>⑤</w:t>
      </w:r>
      <w:r>
        <w:rPr>
          <w:color w:val="000000"/>
        </w:rPr>
        <w:t>里去了？！”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⒀</w:t>
      </w:r>
      <w:r>
        <w:rPr>
          <w:rFonts w:ascii="楷体" w:hAnsi="楷体" w:cs="楷体" w:eastAsia="楷体"/>
          <w:color w:val="000000"/>
        </w:rPr>
        <w:t>人们便一个一个陆续走回去；一同回去，也不行的。他有一条戒尺，但是不常用，也有罚跪的规则，但也不常用，普通总不过瞪几眼，大声道：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⒁“</w:t>
      </w:r>
      <w:r>
        <w:rPr>
          <w:rFonts w:ascii="楷体" w:hAnsi="楷体" w:cs="楷体" w:eastAsia="楷体"/>
          <w:color w:val="000000"/>
        </w:rPr>
        <w:t>读书！”</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⒂</w:t>
      </w:r>
      <w:r>
        <w:rPr>
          <w:rFonts w:ascii="楷体" w:hAnsi="楷体" w:cs="楷体" w:eastAsia="楷体"/>
          <w:color w:val="000000"/>
        </w:rPr>
        <w:t>于是大家放开喉咙读一阵书，真是人声鼎沸。有念“仁远乎哉我欲仁斯仁至矣”的，有念“笑人齿缺曰狗窦大开”的，有念“上九潜龙勿用”的，有念“厥土下上上错厥贡苞茅橘柚”的……。先生自己也念书。后来，我们的声音便低下去，静下去了，只有他还大声朗读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⒃“</w:t>
      </w:r>
      <w:r>
        <w:rPr>
          <w:rFonts w:ascii="楷体" w:hAnsi="楷体" w:cs="楷体" w:eastAsia="楷体"/>
          <w:color w:val="000000"/>
        </w:rPr>
        <w:t>铁如意，指挥倜傥，一坐皆惊呢～～；金叵罗，颠倒淋漓噫，千杯未醉嗬～～……。”</w:t>
      </w:r>
    </w:p>
    <w:p>
      <w:pPr>
        <w:pStyle w:val="Normal"/>
        <w:spacing w:lineRule="auto" w:line="360"/>
        <w:ind w:firstLine="420" w:end="0"/>
        <w:jc w:val="start"/>
        <w:textAlignment w:val="center"/>
        <w:rPr/>
      </w:pPr>
      <w:r>
        <w:rPr>
          <w:rFonts w:eastAsia="楷体" w:cs="楷体" w:ascii="楷体" w:hAnsi="楷体"/>
          <w:color w:val="000000"/>
        </w:rPr>
        <w:t>⒄</w:t>
      </w:r>
      <w:r>
        <w:rPr>
          <w:rFonts w:ascii="楷体" w:hAnsi="楷体" w:cs="楷体" w:eastAsia="楷体"/>
          <w:color w:val="000000"/>
        </w:rPr>
        <w:t>我疑心这是极好的文章，因为读到这里，【乙】</w:t>
      </w:r>
      <w:r>
        <w:rPr>
          <w:rFonts w:ascii="楷体" w:hAnsi="楷体" w:cs="楷体" w:eastAsia="楷体"/>
          <w:color w:val="000000"/>
          <w:u w:val="single"/>
        </w:rPr>
        <w:t>他总是微笑起来，而且将头仰起，摇着，向后面拗过去，拗过去</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⒅</w:t>
      </w:r>
      <w:r>
        <w:rPr>
          <w:rFonts w:ascii="楷体" w:hAnsi="楷体" w:cs="楷体" w:eastAsia="楷体"/>
          <w:color w:val="000000"/>
        </w:rPr>
        <w:t>先生读书入神的时候，于我们是很相宜的。有几个便用纸糊的盔甲套在指甲上做戏。我是画画儿，用一种叫作“荆川纸”的，蒙在小说的绣像上一个个描下来，像习字时候的影写一样。读的书多起来，画的画儿也多起来；书没有读成，画儿的成绩却不少了，最成片段的是《荡寇志》和《西游记》的绣像，都有一大本。后来，因为要钱用，卖给一个有钱的同窗了。他的父亲是开锡箔店的；听说现在自己已经做了店主，而且快要升到绅士的地位了。这东西早已没有了罢。</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【注】①②③现在写作“匾”，④⑤现在写作“哪”。</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我们从第⑵段学到景物描写需按顺序展开。例如，“不必说……”句按从</w:t>
      </w:r>
      <w:r>
        <w:rPr>
          <w:rFonts w:eastAsia="宋体;SimSun" w:cs="宋体;SimSun" w:ascii="宋体;SimSun" w:hAnsi="宋体;SimSun"/>
          <w:color w:val="000000"/>
        </w:rPr>
        <w:t>_____</w:t>
      </w:r>
      <w:r>
        <w:rPr>
          <w:rFonts w:ascii="宋体;SimSun" w:hAnsi="宋体;SimSun" w:cs="宋体;SimSun"/>
          <w:color w:val="000000"/>
        </w:rPr>
        <w:t>到</w:t>
      </w:r>
      <w:r>
        <w:rPr>
          <w:rFonts w:eastAsia="宋体;SimSun" w:cs="宋体;SimSun" w:ascii="宋体;SimSun" w:hAnsi="宋体;SimSun"/>
          <w:color w:val="000000"/>
        </w:rPr>
        <w:t>_____</w:t>
      </w:r>
      <w:r>
        <w:rPr>
          <w:rFonts w:ascii="宋体;SimSun" w:hAnsi="宋体;SimSun" w:cs="宋体;SimSun"/>
          <w:color w:val="000000"/>
        </w:rPr>
        <w:t>的顺序描写，“也不必说……”句则按从高到低的顺序描写，两句中所写的景物也很有条理，先写</w:t>
      </w:r>
      <w:r>
        <w:rPr>
          <w:rFonts w:eastAsia="宋体;SimSun" w:cs="宋体;SimSun" w:ascii="宋体;SimSun" w:hAnsi="宋体;SimSun"/>
          <w:color w:val="000000"/>
        </w:rPr>
        <w:t>_____</w:t>
      </w:r>
      <w:r>
        <w:rPr>
          <w:rFonts w:ascii="宋体;SimSun" w:hAnsi="宋体;SimSun" w:cs="宋体;SimSun"/>
          <w:color w:val="000000"/>
        </w:rPr>
        <w:t>物，后写</w:t>
      </w:r>
      <w:r>
        <w:rPr>
          <w:rFonts w:eastAsia="宋体;SimSun" w:cs="宋体;SimSun" w:ascii="宋体;SimSun" w:hAnsi="宋体;SimSun"/>
          <w:color w:val="000000"/>
        </w:rPr>
        <w:t>_____</w:t>
      </w:r>
      <w:r>
        <w:rPr>
          <w:rFonts w:ascii="宋体;SimSun" w:hAnsi="宋体;SimSun" w:cs="宋体;SimSun"/>
          <w:color w:val="000000"/>
        </w:rPr>
        <w:t>物。</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选文中的第⑶段用到了一个排比句“也许……也许……也许……”，它表达了“我”怎样的感情？选择解释正确的一项。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表达了“我”因为将要告别百草园而产生的痛苦、愤怒的感情。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color w:val="000000"/>
        </w:rPr>
        <w:t>表达了“我”后悔当初不应该那么淘气，做了种种错事，如今只好甘心受罚的思想。</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用疑问、猜测和无可奈何的语气，表现了“我”告别百草园时内心引起的震荡、依恋和无奈的感情。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D. “</w:t>
      </w:r>
      <w:r>
        <w:rPr>
          <w:rFonts w:ascii="宋体;SimSun" w:hAnsi="宋体;SimSun" w:cs="宋体;SimSun"/>
          <w:color w:val="000000"/>
        </w:rPr>
        <w:t>我”知道为何离开百草园，尽管我喜爱这些动物、植物，但“我”已长大了，应该与他们告别了。</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阅读选文，根据其主要内容填空。</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拜孔子拜先生——①</w:t>
      </w:r>
      <w:r>
        <w:rPr>
          <w:rFonts w:eastAsia="宋体;SimSun" w:cs="宋体;SimSun" w:ascii="宋体;SimSun" w:hAnsi="宋体;SimSun"/>
          <w:color w:val="000000"/>
        </w:rPr>
        <w:t>_____________——</w:t>
      </w:r>
      <w:r>
        <w:rPr>
          <w:rFonts w:ascii="宋体;SimSun" w:hAnsi="宋体;SimSun" w:cs="宋体;SimSun"/>
          <w:color w:val="000000"/>
        </w:rPr>
        <w:t>读书习字上对课——②</w:t>
      </w:r>
      <w:r>
        <w:rPr>
          <w:rFonts w:eastAsia="宋体;SimSun" w:cs="宋体;SimSun" w:ascii="宋体;SimSun" w:hAnsi="宋体;SimSun"/>
          <w:color w:val="000000"/>
        </w:rPr>
        <w:t>__________——</w:t>
      </w:r>
      <w:r>
        <w:rPr>
          <w:rFonts w:ascii="宋体;SimSun" w:hAnsi="宋体;SimSun" w:cs="宋体;SimSun"/>
          <w:color w:val="000000"/>
        </w:rPr>
        <w:t>书房齐读书——③</w:t>
      </w:r>
      <w:r>
        <w:rPr>
          <w:rFonts w:eastAsia="宋体;SimSun" w:cs="宋体;SimSun" w:ascii="宋体;SimSun" w:hAnsi="宋体;SimSun"/>
          <w:color w:val="000000"/>
        </w:rPr>
        <w:t>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同学在读书过程中，圈画出了甲乙两处文字。请你从中选取一处，对其做出批注，表达你的理解、赏析或感悟。</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我选择</w:t>
      </w:r>
      <w:r>
        <w:rPr>
          <w:rFonts w:eastAsia="宋体;SimSun" w:cs="宋体;SimSun" w:ascii="宋体;SimSun" w:hAnsi="宋体;SimSun"/>
          <w:color w:val="000000"/>
        </w:rPr>
        <w:t>______</w:t>
      </w:r>
      <w:r>
        <w:rPr>
          <w:rFonts w:ascii="宋体;SimSun" w:hAnsi="宋体;SimSun" w:cs="宋体;SimSun"/>
          <w:color w:val="000000"/>
        </w:rPr>
        <w:t>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我的批注：</w:t>
      </w:r>
      <w:r>
        <w:rPr>
          <w:rFonts w:eastAsia="宋体;SimSun" w:cs="宋体;SimSun" w:ascii="宋体;SimSun" w:hAnsi="宋体;SimSun"/>
          <w:color w:val="000000"/>
        </w:rPr>
        <w:t>_____________________</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(1). </w:t>
      </w:r>
      <w:r>
        <w:rPr>
          <w:rFonts w:ascii="宋体;SimSun" w:hAnsi="宋体;SimSun" w:cs="宋体;SimSun"/>
          <w:color w:val="000000"/>
        </w:rPr>
        <w:t>低，</w:t>
      </w:r>
      <w:r>
        <w:rPr>
          <w:color w:val="000000"/>
        </w:rPr>
        <w:t xml:space="preserve">    </w:t>
      </w:r>
      <w:r>
        <w:rPr>
          <w:color w:val="000000"/>
        </w:rPr>
        <w:t xml:space="preserve">(2). </w:t>
      </w:r>
      <w:r>
        <w:rPr>
          <w:rFonts w:ascii="宋体;SimSun" w:hAnsi="宋体;SimSun" w:cs="宋体;SimSun"/>
          <w:color w:val="000000"/>
        </w:rPr>
        <w:t>高，</w:t>
      </w:r>
      <w:r>
        <w:rPr>
          <w:color w:val="000000"/>
        </w:rPr>
        <w:t xml:space="preserve">    </w:t>
      </w:r>
      <w:r>
        <w:rPr>
          <w:color w:val="000000"/>
        </w:rPr>
        <w:t xml:space="preserve">(3). </w:t>
      </w:r>
      <w:r>
        <w:rPr>
          <w:rFonts w:ascii="宋体;SimSun" w:hAnsi="宋体;SimSun" w:cs="宋体;SimSun"/>
          <w:color w:val="000000"/>
        </w:rPr>
        <w:t>植（静），</w:t>
      </w:r>
      <w:r>
        <w:rPr>
          <w:color w:val="000000"/>
        </w:rPr>
        <w:t xml:space="preserve">    </w:t>
      </w:r>
      <w:r>
        <w:rPr>
          <w:color w:val="000000"/>
        </w:rPr>
        <w:t xml:space="preserve">(4). </w:t>
      </w:r>
      <w:r>
        <w:rPr>
          <w:rFonts w:ascii="宋体;SimSun" w:hAnsi="宋体;SimSun" w:cs="宋体;SimSun"/>
          <w:color w:val="000000"/>
        </w:rPr>
        <w:t>动</w:t>
      </w:r>
      <w:r>
        <w:rPr>
          <w:color w:val="000000"/>
        </w:rPr>
        <w:t xml:space="preserve">    </w:t>
      </w:r>
      <w:r>
        <w:rPr>
          <w:color w:val="000000"/>
        </w:rPr>
        <w:t xml:space="preserve">15. C    </w:t>
      </w:r>
    </w:p>
    <w:p>
      <w:pPr>
        <w:pStyle w:val="Normal"/>
        <w:spacing w:lineRule="auto" w:line="360"/>
        <w:textAlignment w:val="center"/>
        <w:rPr>
          <w:rFonts w:ascii="宋体;SimSun" w:hAnsi="宋体;SimSun" w:eastAsia="宋体;SimSun" w:cs="宋体;SimSun"/>
          <w:color w:val="000000"/>
        </w:rPr>
      </w:pPr>
      <w:r>
        <w:rPr>
          <w:color w:val="000000"/>
        </w:rPr>
        <w:t xml:space="preserve">16.     (1). </w:t>
      </w:r>
      <w:r>
        <w:rPr>
          <w:rFonts w:ascii="宋体;SimSun" w:hAnsi="宋体;SimSun" w:cs="宋体;SimSun"/>
          <w:color w:val="000000"/>
        </w:rPr>
        <w:t>示例：①询问“怪哉虫”</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后园寻乐趣</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color w:val="000000"/>
        </w:rPr>
        <w:t>趁机描绣像</w:t>
      </w:r>
      <w:r>
        <w:rPr>
          <w:color w:val="000000"/>
        </w:rPr>
        <w:t xml:space="preserve">    </w:t>
      </w:r>
    </w:p>
    <w:p>
      <w:pPr>
        <w:pStyle w:val="Normal"/>
        <w:spacing w:lineRule="auto" w:line="360"/>
        <w:textAlignment w:val="center"/>
        <w:rPr/>
      </w:pPr>
      <w:r>
        <w:rPr>
          <w:color w:val="000000"/>
        </w:rPr>
        <w:t xml:space="preserve">17.     (1). </w:t>
      </w:r>
      <w:r>
        <w:rPr>
          <w:rFonts w:ascii="宋体;SimSun" w:hAnsi="宋体;SimSun" w:cs="宋体;SimSun"/>
          <w:color w:val="000000"/>
        </w:rPr>
        <w:t>示例一：我选择【甲】处。</w:t>
      </w:r>
      <w:r>
        <w:rPr>
          <w:color w:val="000000"/>
        </w:rPr>
        <w:t xml:space="preserve">    </w:t>
      </w:r>
      <w:r>
        <w:rPr>
          <w:color w:val="000000"/>
        </w:rPr>
        <w:t xml:space="preserve">(2). </w:t>
      </w:r>
      <w:r>
        <w:rPr>
          <w:rFonts w:ascii="宋体;SimSun" w:hAnsi="宋体;SimSun" w:cs="宋体;SimSun"/>
          <w:color w:val="000000"/>
        </w:rPr>
        <w:t>我的批注：这只是“我”最初的想象，后来发现其实也不算太严厉，因为先生很和蔼；虽然有戒尺和罚跪的规矩，但先生不常用；也允许学生去后园玩耍游戏，只是不能太久；先生读书入神时，学生还可以偷偷做指甲戏、画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示例二：我选择【乙】处。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我的批注：这里写出了先生的神态和动作，还用了反复的手法，生动形象地描绘出先生读书时投入和陶醉的样子，表现了先生对学问的痴迷与热爱以及他的博学。</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示例三：我选择【甲】处。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我的批注：家里人要让“我”进最严厉的书塾，在那里不许“我”问怪问题，不许我们在后园玩太久，还有戒尺和罚跪的规矩等，那时对孩子的教育真是太严厉刻板了。</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pPr>
      <w:r>
        <w:rPr>
          <w:rFonts w:ascii="宋体;SimSun" w:hAnsi="宋体;SimSun" w:cs="宋体;SimSun"/>
          <w:color w:val="000000"/>
        </w:rPr>
        <w:t>这道题考查的是对写作顺序的理解。文章的写作顺序主要有：由高到低（由低到高），由远到近（由近到远），由外到内（由内到外），由植物到动物（由动物到植物），由静到动（由动到静）等。</w:t>
      </w:r>
      <w:r>
        <w:rPr>
          <w:rFonts w:ascii="楷体" w:hAnsi="楷体" w:cs="楷体" w:eastAsia="楷体"/>
          <w:color w:val="000000"/>
        </w:rPr>
        <w:t>“不必说……”</w:t>
      </w:r>
      <w:r>
        <w:rPr>
          <w:rFonts w:ascii="宋体;SimSun" w:hAnsi="宋体;SimSun" w:cs="宋体;SimSun"/>
          <w:color w:val="000000"/>
        </w:rPr>
        <w:t>依次写了菜畦、石井栏、皂荚树、桑椹四样景物，其中菜畦、石井栏位置低一些，皂荚树、桑椹位置高一些。故写景顺序是由低到高。</w:t>
      </w:r>
      <w:r>
        <w:rPr>
          <w:rFonts w:ascii="楷体" w:hAnsi="楷体" w:cs="楷体" w:eastAsia="楷体"/>
          <w:color w:val="000000"/>
        </w:rPr>
        <w:t>“不必说……”</w:t>
      </w:r>
      <w:r>
        <w:rPr>
          <w:rFonts w:ascii="宋体;SimSun" w:hAnsi="宋体;SimSun" w:cs="宋体;SimSun"/>
          <w:color w:val="000000"/>
        </w:rPr>
        <w:t>写的菜畦、石井栏、皂荚树、桑椹都是静景（植物），而</w:t>
      </w:r>
      <w:r>
        <w:rPr>
          <w:rFonts w:ascii="楷体" w:hAnsi="楷体" w:cs="楷体" w:eastAsia="楷体"/>
          <w:color w:val="000000"/>
        </w:rPr>
        <w:t>“也不必说……”</w:t>
      </w:r>
      <w:r>
        <w:rPr>
          <w:rFonts w:ascii="宋体;SimSun" w:hAnsi="宋体;SimSun" w:cs="宋体;SimSun"/>
          <w:color w:val="000000"/>
        </w:rPr>
        <w:t>写的鸣蝉、黄蜂、叫天子都是动景（动物）。因此，写景顺序是先静景（植物），后动景（动物）。</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pPr>
      <w:r>
        <w:rPr>
          <w:rFonts w:eastAsia="Times New Romance" w:cs="Times New Romance" w:ascii="Times New Romance" w:hAnsi="Times New Romance"/>
          <w:color w:val="000000"/>
        </w:rPr>
        <w:t>C</w:t>
      </w:r>
      <w:r>
        <w:rPr>
          <w:rFonts w:ascii="宋体;SimSun" w:hAnsi="宋体;SimSun" w:cs="宋体;SimSun"/>
          <w:color w:val="000000"/>
        </w:rPr>
        <w:t>．“</w:t>
      </w:r>
      <w:r>
        <w:rPr>
          <w:rFonts w:ascii="楷体" w:hAnsi="楷体" w:cs="楷体" w:eastAsia="楷体"/>
          <w:color w:val="000000"/>
        </w:rPr>
        <w:t>也许是因为拔何首乌毁了泥墙罢，也许是因为将砖头抛到间壁的梁家去了罢，也许是因为站在石井栏上跳下来罢……都无从知道</w:t>
      </w:r>
      <w:r>
        <w:rPr>
          <w:rFonts w:ascii="宋体;SimSun" w:hAnsi="宋体;SimSun" w:cs="宋体;SimSun"/>
          <w:color w:val="000000"/>
        </w:rPr>
        <w:t>”，三个“也许”句构成排比，增强了“我”内心的疑问和猜测，“</w:t>
      </w:r>
      <w:r>
        <w:rPr>
          <w:rFonts w:ascii="楷体" w:hAnsi="楷体" w:cs="楷体" w:eastAsia="楷体"/>
          <w:color w:val="000000"/>
        </w:rPr>
        <w:t>都无从知道</w:t>
      </w:r>
      <w:r>
        <w:rPr>
          <w:rFonts w:ascii="宋体;SimSun" w:hAnsi="宋体;SimSun" w:cs="宋体;SimSun"/>
          <w:color w:val="000000"/>
        </w:rPr>
        <w:t>”意思是顺其自然，听天由命吧，“我”的无可奈何显而易见。拔何首乌毁泥墙，将砖头抛到间壁的梁家，站在石井栏上往下跳，这些曾经做过的事情都还历历在目，如今将要告别百草园去三味书屋了，内心的震荡和依恋可想而知。故选</w:t>
      </w:r>
      <w:r>
        <w:rPr>
          <w:rFonts w:eastAsia="宋体;SimSun" w:cs="宋体;SimSun" w:ascii="宋体;SimSun" w:hAnsi="宋体;SimSun"/>
          <w:color w:val="000000"/>
        </w:rPr>
        <w:t>C</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pPr>
      <w:r>
        <w:rPr>
          <w:rFonts w:ascii="宋体;SimSun" w:hAnsi="宋体;SimSun" w:cs="宋体;SimSun"/>
          <w:color w:val="000000"/>
        </w:rPr>
        <w:t>这道题考查的是对文章内容的梳理。内容是关于在三味书屋读书的经历，找准相关的段落，筛选提炼出重点词句即可。“我”到了三味书屋后，先是拜孔子拜先生；“</w:t>
      </w:r>
      <w:r>
        <w:rPr>
          <w:rFonts w:ascii="楷体" w:hAnsi="楷体" w:cs="楷体" w:eastAsia="楷体"/>
          <w:color w:val="000000"/>
        </w:rPr>
        <w:t>先生，‘怪哉’这虫，是怎么一回事？</w:t>
      </w:r>
      <w:r>
        <w:rPr>
          <w:rFonts w:ascii="宋体;SimSun" w:hAnsi="宋体;SimSun" w:cs="宋体;SimSun"/>
          <w:color w:val="000000"/>
        </w:rPr>
        <w:t>”这是在询问怪哉虫；“</w:t>
      </w:r>
      <w:r>
        <w:rPr>
          <w:rFonts w:ascii="楷体" w:hAnsi="楷体" w:cs="楷体" w:eastAsia="楷体"/>
          <w:color w:val="000000"/>
        </w:rPr>
        <w:t>我就只读书，正午习字，晚上对课</w:t>
      </w:r>
      <w:r>
        <w:rPr>
          <w:rFonts w:ascii="宋体;SimSun" w:hAnsi="宋体;SimSun" w:cs="宋体;SimSun"/>
          <w:color w:val="000000"/>
        </w:rPr>
        <w:t>”，这是每天的学习内容：读书，习字，对课；“</w:t>
      </w:r>
      <w:r>
        <w:rPr>
          <w:rFonts w:ascii="楷体" w:hAnsi="楷体" w:cs="楷体" w:eastAsia="楷体"/>
          <w:color w:val="000000"/>
        </w:rPr>
        <w:t>在那里也可以爬上花坛去折蜡梅花，在地上或桂花树上寻蝉蜕。最好的工作是捉了苍蝇喂蚂蚁</w:t>
      </w:r>
      <w:r>
        <w:rPr>
          <w:rFonts w:ascii="宋体;SimSun" w:hAnsi="宋体;SimSun" w:cs="宋体;SimSun"/>
          <w:color w:val="000000"/>
        </w:rPr>
        <w:t>”，这是课余时间在三味书屋的后园寻找乐趣；“</w:t>
      </w:r>
      <w:r>
        <w:rPr>
          <w:rFonts w:ascii="楷体" w:hAnsi="楷体" w:cs="楷体" w:eastAsia="楷体"/>
          <w:color w:val="000000"/>
        </w:rPr>
        <w:t>于是大家放开喉咙读一阵书，真是人声鼎沸</w:t>
      </w:r>
      <w:r>
        <w:rPr>
          <w:rFonts w:ascii="宋体;SimSun" w:hAnsi="宋体;SimSun" w:cs="宋体;SimSun"/>
          <w:color w:val="000000"/>
        </w:rPr>
        <w:t>”，这是大家在集体读书；“</w:t>
      </w:r>
      <w:r>
        <w:rPr>
          <w:rFonts w:ascii="楷体" w:hAnsi="楷体" w:cs="楷体" w:eastAsia="楷体"/>
          <w:color w:val="000000"/>
        </w:rPr>
        <w:t>我是画画儿，用一种叫作“荆川纸”的，蒙在小说的绣像上一个个描下来</w:t>
      </w:r>
      <w:r>
        <w:rPr>
          <w:rFonts w:ascii="宋体;SimSun" w:hAnsi="宋体;SimSun" w:cs="宋体;SimSun"/>
          <w:color w:val="000000"/>
        </w:rPr>
        <w:t>”，这是趁先生读书入神的时候，我趁机描绣像。</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这道题考查的是学生的鉴赏能力。记叙文语句的赏析可以从修辞手法，人物描写，景物描写，富有表现力的词语，写作手法，句式结构等入手。答案一般包括赏析角度</w:t>
      </w:r>
      <w:r>
        <w:rPr>
          <w:rFonts w:eastAsia="Times New Romance" w:cs="Times New Romance" w:ascii="Times New Romance" w:hAnsi="Times New Romance"/>
          <w:color w:val="000000"/>
        </w:rPr>
        <w:t>+</w:t>
      </w:r>
      <w:r>
        <w:rPr>
          <w:rFonts w:ascii="宋体;SimSun" w:hAnsi="宋体;SimSun" w:cs="宋体;SimSun"/>
          <w:color w:val="000000"/>
        </w:rPr>
        <w:t>写出了什么内容</w:t>
      </w:r>
      <w:r>
        <w:rPr>
          <w:rFonts w:eastAsia="Times New Romance" w:cs="Times New Romance" w:ascii="Times New Romance" w:hAnsi="Times New Romance"/>
          <w:color w:val="000000"/>
        </w:rPr>
        <w:t>+</w:t>
      </w:r>
      <w:r>
        <w:rPr>
          <w:rFonts w:ascii="宋体;SimSun" w:hAnsi="宋体;SimSun" w:cs="宋体;SimSun"/>
          <w:color w:val="000000"/>
        </w:rPr>
        <w:t>表现了什么特点（情感）。甲处可以从词语的角度，抓住</w:t>
      </w:r>
      <w:r>
        <w:rPr>
          <w:rFonts w:ascii="楷体" w:hAnsi="楷体" w:cs="楷体" w:eastAsia="楷体"/>
          <w:color w:val="000000"/>
        </w:rPr>
        <w:t>“最严厉”</w:t>
      </w:r>
      <w:r>
        <w:rPr>
          <w:rFonts w:ascii="宋体;SimSun" w:hAnsi="宋体;SimSun" w:cs="宋体;SimSun"/>
          <w:color w:val="000000"/>
        </w:rPr>
        <w:t>来批注。在</w:t>
      </w:r>
      <w:r>
        <w:rPr>
          <w:rFonts w:ascii="楷体" w:hAnsi="楷体" w:cs="楷体" w:eastAsia="楷体"/>
          <w:color w:val="000000"/>
        </w:rPr>
        <w:t>“最严厉”</w:t>
      </w:r>
      <w:r>
        <w:rPr>
          <w:rFonts w:ascii="宋体;SimSun" w:hAnsi="宋体;SimSun" w:cs="宋体;SimSun"/>
          <w:color w:val="000000"/>
        </w:rPr>
        <w:t>前边有这样几个字</w:t>
      </w:r>
      <w:r>
        <w:rPr>
          <w:rFonts w:ascii="楷体" w:hAnsi="楷体" w:cs="楷体" w:eastAsia="楷体"/>
          <w:color w:val="000000"/>
        </w:rPr>
        <w:t>“还是全城中称为”，</w:t>
      </w:r>
      <w:r>
        <w:rPr>
          <w:rFonts w:ascii="宋体;SimSun" w:hAnsi="宋体;SimSun" w:cs="宋体;SimSun"/>
          <w:color w:val="000000"/>
        </w:rPr>
        <w:t>这里的</w:t>
      </w:r>
      <w:r>
        <w:rPr>
          <w:rFonts w:ascii="楷体" w:hAnsi="楷体" w:cs="楷体" w:eastAsia="楷体"/>
          <w:color w:val="000000"/>
        </w:rPr>
        <w:t>“最严厉”</w:t>
      </w:r>
      <w:r>
        <w:rPr>
          <w:rFonts w:ascii="宋体;SimSun" w:hAnsi="宋体;SimSun" w:cs="宋体;SimSun"/>
          <w:color w:val="000000"/>
        </w:rPr>
        <w:t>不是“我”亲身所见，而是从周围人那里听来的。并且根据文章后边的内容，不管从老师到课堂，完全不是这样，老师和蔼，戒尺和罚跪的规矩不常用，三味书屋有个后园也还有趣，课堂上还可以画绣像。当然，三味书屋也有一些不好的地方，不许怪问题，老师有大戒尺和罚跪的规矩，上课太枯燥无聊。乙处主要在写先生的神态和动作，表现了老师的投入和陶醉，突出了他对学问的热爱和博学。</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阅读《再塑生命的人》节选，完成小题。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再塑生命的人（节选）</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海伦</w:t>
      </w:r>
      <w:r>
        <w:rPr>
          <w:rFonts w:ascii="微软雅黑" w:hAnsi="微软雅黑" w:cs="微软雅黑" w:eastAsia="微软雅黑"/>
          <w:color w:val="000000"/>
        </w:rPr>
        <w:t>•</w:t>
      </w:r>
      <w:r>
        <w:rPr>
          <w:rFonts w:ascii="楷体" w:hAnsi="楷体" w:cs="楷体" w:eastAsia="楷体"/>
          <w:color w:val="000000"/>
        </w:rPr>
        <w:t>凯勒</w:t>
      </w:r>
      <w:r>
        <w:rPr>
          <w:rFonts w:ascii="楷体" w:hAnsi="楷体" w:cs="楷体" w:eastAsia="楷体"/>
          <w:color w:val="000000"/>
          <w:vertAlign w:val="superscript"/>
        </w:rPr>
        <w:t>①</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⑴</w:t>
      </w:r>
      <w:r>
        <w:rPr>
          <w:rFonts w:ascii="楷体" w:hAnsi="楷体" w:cs="楷体" w:eastAsia="楷体"/>
          <w:color w:val="000000"/>
        </w:rPr>
        <w:t>这天上午，我和莎莉文老师为“杯”和“水”这两个词发生了争执。她想让我懂得“杯”是“杯”，“水”是“水”，而我却把两者混为一谈，“杯”也是“水”，“水”也是“杯”。她没有办法，只好暂时丢开这个问题，重新练习布娃娃“</w:t>
      </w:r>
      <w:r>
        <w:rPr>
          <w:rFonts w:eastAsia="楷体" w:cs="楷体" w:ascii="楷体" w:hAnsi="楷体"/>
          <w:color w:val="000000"/>
        </w:rPr>
        <w:t>doll”</w:t>
      </w:r>
      <w:r>
        <w:rPr>
          <w:rFonts w:ascii="楷体" w:hAnsi="楷体" w:cs="楷体" w:eastAsia="楷体"/>
          <w:color w:val="000000"/>
        </w:rPr>
        <w:t>这个词。我实在有些不耐烦了，抓起新布娃娃就往地上摔，把它摔碎了，心中觉得特别痛快。发这种脾气，我既不惭愧，也不悔恨，我对布娃娃并没有爱。在我的那个寂静而又黑暗的世界里，根本就不会有温柔和同情。莎莉文小姐把可怜的布娃娃的碎布扫到炉子边，然后把我的帽子递给我，我知道又可以到外面暖和的阳光里去了。</w:t>
      </w:r>
    </w:p>
    <w:p>
      <w:pPr>
        <w:pStyle w:val="Normal"/>
        <w:spacing w:lineRule="auto" w:line="360"/>
        <w:ind w:firstLine="420" w:end="0"/>
        <w:jc w:val="start"/>
        <w:textAlignment w:val="center"/>
        <w:rPr/>
      </w:pPr>
      <w:r>
        <w:rPr>
          <w:rFonts w:eastAsia="楷体" w:cs="楷体" w:ascii="楷体" w:hAnsi="楷体"/>
          <w:color w:val="000000"/>
        </w:rPr>
        <w:t>⑵</w:t>
      </w:r>
      <w:r>
        <w:rPr>
          <w:rFonts w:ascii="楷体" w:hAnsi="楷体" w:cs="楷体" w:eastAsia="楷体"/>
          <w:color w:val="000000"/>
        </w:rPr>
        <w:t>我们沿着小路散步到井房，房顶上盛开的金银花芬芳扑鼻。莎莉文老师把我的一只手放在喷水口下，一股清凉的水在我手上流过。她在我的另一只手上拼写“</w:t>
      </w:r>
      <w:r>
        <w:rPr>
          <w:rFonts w:eastAsia="楷体" w:cs="楷体" w:ascii="楷体" w:hAnsi="楷体"/>
          <w:color w:val="000000"/>
        </w:rPr>
        <w:t>water”——“</w:t>
      </w:r>
      <w:r>
        <w:rPr>
          <w:rFonts w:ascii="楷体" w:hAnsi="楷体" w:cs="楷体" w:eastAsia="楷体"/>
          <w:color w:val="000000"/>
        </w:rPr>
        <w:t>水”，起先写得很慢，第二遍就写得快一些。我静静地站着，注意她手指的动作。突然间，我恍然大悟，有一种神奇的感觉在我脑中</w:t>
      </w:r>
      <w:r>
        <w:rPr>
          <w:rFonts w:ascii="楷体" w:hAnsi="楷体" w:cs="楷体" w:eastAsia="楷体"/>
          <w:color w:val="000000"/>
          <w:u w:val="single"/>
        </w:rPr>
        <w:t>（</w:t>
      </w:r>
      <w:r>
        <w:rPr>
          <w:rFonts w:eastAsia="楷体" w:cs="楷体" w:ascii="楷体" w:hAnsi="楷体"/>
          <w:color w:val="000000"/>
          <w:u w:val="single"/>
        </w:rPr>
        <w:t>1</w:t>
      </w:r>
      <w:r>
        <w:rPr>
          <w:rFonts w:ascii="楷体" w:hAnsi="楷体" w:cs="楷体" w:eastAsia="楷体"/>
          <w:color w:val="000000"/>
          <w:u w:val="single"/>
        </w:rPr>
        <w:t>）</w:t>
      </w:r>
      <w:r>
        <w:rPr>
          <w:rFonts w:ascii="楷体" w:hAnsi="楷体" w:cs="楷体" w:eastAsia="楷体"/>
          <w:color w:val="000000"/>
        </w:rPr>
        <w:t>，我一下子理解了语言文字的奥秘了，知道了“水”这个词就是指正在我手上流过的这种清凉而奇妙的东西。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⑶</w:t>
      </w:r>
      <w:r>
        <w:rPr>
          <w:rFonts w:ascii="楷体" w:hAnsi="楷体" w:cs="楷体" w:eastAsia="楷体"/>
          <w:color w:val="000000"/>
        </w:rPr>
        <w:t>水唤醒了我的灵魂，并给予我光明、希望、快乐和自由。</w:t>
      </w:r>
    </w:p>
    <w:p>
      <w:pPr>
        <w:pStyle w:val="Normal"/>
        <w:spacing w:lineRule="auto" w:line="360"/>
        <w:ind w:firstLine="420" w:end="0"/>
        <w:jc w:val="start"/>
        <w:textAlignment w:val="center"/>
        <w:rPr/>
      </w:pPr>
      <w:r>
        <w:rPr>
          <w:rFonts w:eastAsia="楷体" w:cs="楷体" w:ascii="楷体" w:hAnsi="楷体"/>
          <w:color w:val="000000"/>
        </w:rPr>
        <w:t>⑷</w:t>
      </w:r>
      <w:r>
        <w:rPr>
          <w:rFonts w:ascii="楷体" w:hAnsi="楷体" w:cs="楷体" w:eastAsia="楷体"/>
          <w:color w:val="000000"/>
        </w:rPr>
        <w:t>井房的经历使我求知的欲望自然萌生。啊</w:t>
      </w:r>
      <w:r>
        <w:rPr>
          <w:rFonts w:eastAsia="楷体" w:cs="楷体" w:ascii="楷体" w:hAnsi="楷体"/>
          <w:color w:val="000000"/>
        </w:rPr>
        <w:t>!</w:t>
      </w:r>
      <w:r>
        <w:rPr>
          <w:rFonts w:ascii="楷体" w:hAnsi="楷体" w:cs="楷体" w:eastAsia="楷体"/>
          <w:color w:val="000000"/>
        </w:rPr>
        <w:t>原来宇宙万物都各有名称，每个名称都能</w:t>
      </w:r>
      <w:r>
        <w:rPr>
          <w:rFonts w:ascii="楷体" w:hAnsi="楷体" w:cs="楷体" w:eastAsia="楷体"/>
          <w:color w:val="000000"/>
          <w:u w:val="single"/>
        </w:rPr>
        <w:t>（</w:t>
      </w:r>
      <w:r>
        <w:rPr>
          <w:rFonts w:eastAsia="楷体" w:cs="楷体" w:ascii="楷体" w:hAnsi="楷体"/>
          <w:color w:val="000000"/>
          <w:u w:val="single"/>
        </w:rPr>
        <w:t>2</w:t>
      </w:r>
      <w:r>
        <w:rPr>
          <w:rFonts w:ascii="楷体" w:hAnsi="楷体" w:cs="楷体" w:eastAsia="楷体"/>
          <w:color w:val="000000"/>
          <w:u w:val="single"/>
        </w:rPr>
        <w:t>）</w:t>
      </w:r>
      <w:r>
        <w:rPr>
          <w:rFonts w:ascii="楷体" w:hAnsi="楷体" w:cs="楷体" w:eastAsia="楷体"/>
          <w:color w:val="000000"/>
        </w:rPr>
        <w:t>我新的思想。我开始以好奇的眼光看待每一样东西。回到屋里，碰到的东西似乎都有了生命。我想起了那个被我摔碎的布娃娃，摸索着来到炉子跟前，捡起碎片，想把它们拼凑起来，但怎么也拼不好。想起刚才的所作所为，我悔恨莫及，两眼浸满了泪水，这是生平第一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⑸</w:t>
      </w:r>
      <w:r>
        <w:rPr>
          <w:rFonts w:ascii="楷体" w:hAnsi="楷体" w:cs="楷体" w:eastAsia="楷体"/>
          <w:color w:val="000000"/>
        </w:rPr>
        <w:t>那一天，我学会了不少词，譬如“父亲”（</w:t>
      </w:r>
      <w:r>
        <w:rPr>
          <w:rFonts w:eastAsia="楷体" w:cs="楷体" w:ascii="楷体" w:hAnsi="楷体"/>
          <w:color w:val="000000"/>
        </w:rPr>
        <w:t>father</w:t>
      </w:r>
      <w:r>
        <w:rPr>
          <w:rFonts w:ascii="楷体" w:hAnsi="楷体" w:cs="楷体" w:eastAsia="楷体"/>
          <w:color w:val="000000"/>
        </w:rPr>
        <w:t>）、“母亲”（</w:t>
      </w:r>
      <w:r>
        <w:rPr>
          <w:rFonts w:eastAsia="楷体" w:cs="楷体" w:ascii="楷体" w:hAnsi="楷体"/>
          <w:color w:val="000000"/>
        </w:rPr>
        <w:t>mother</w:t>
      </w:r>
      <w:r>
        <w:rPr>
          <w:rFonts w:ascii="楷体" w:hAnsi="楷体" w:cs="楷体" w:eastAsia="楷体"/>
          <w:color w:val="000000"/>
        </w:rPr>
        <w:t>）、“妹妹”（</w:t>
      </w:r>
      <w:r>
        <w:rPr>
          <w:rFonts w:eastAsia="楷体" w:cs="楷体" w:ascii="楷体" w:hAnsi="楷体"/>
          <w:color w:val="000000"/>
        </w:rPr>
        <w:t>sister</w:t>
      </w:r>
      <w:r>
        <w:rPr>
          <w:rFonts w:ascii="楷体" w:hAnsi="楷体" w:cs="楷体" w:eastAsia="楷体"/>
          <w:color w:val="000000"/>
        </w:rPr>
        <w:t>）、“老师”（</w:t>
      </w:r>
      <w:r>
        <w:rPr>
          <w:rFonts w:eastAsia="楷体" w:cs="楷体" w:ascii="楷体" w:hAnsi="楷体"/>
          <w:color w:val="000000"/>
        </w:rPr>
        <w:t>teacher</w:t>
      </w:r>
      <w:r>
        <w:rPr>
          <w:rFonts w:ascii="楷体" w:hAnsi="楷体" w:cs="楷体" w:eastAsia="楷体"/>
          <w:color w:val="000000"/>
        </w:rPr>
        <w:t>）等。这些词使整个世界在我面前变得花团锦簇，美不胜收。记得那个美好的夜晚，我独自躺在床上，心中充满了喜悦，企盼着新的一天快些来到。啊！世界上还有比我更幸福的孩子吗？</w:t>
      </w:r>
    </w:p>
    <w:p>
      <w:pPr>
        <w:pStyle w:val="Normal"/>
        <w:spacing w:lineRule="auto" w:line="360"/>
        <w:jc w:val="start"/>
        <w:textAlignment w:val="center"/>
        <w:rPr/>
      </w:pPr>
      <w:r>
        <w:rPr>
          <w:rFonts w:ascii="宋体;SimSun" w:hAnsi="宋体;SimSun" w:cs="宋体;SimSun"/>
          <w:color w:val="000000"/>
        </w:rPr>
        <w:t>【注】①海伦</w:t>
      </w:r>
      <w:r>
        <w:rPr>
          <w:rFonts w:eastAsia="宋体;SimSun" w:cs="宋体;SimSun" w:ascii="宋体;SimSun" w:hAnsi="宋体;SimSun"/>
          <w:color w:val="000000"/>
        </w:rPr>
        <w:t>·</w:t>
      </w:r>
      <w:r>
        <w:rPr>
          <w:rFonts w:ascii="宋体;SimSun" w:hAnsi="宋体;SimSun" w:cs="宋体;SimSun"/>
          <w:color w:val="000000"/>
        </w:rPr>
        <w:t>凯勒（</w:t>
      </w:r>
      <w:r>
        <w:rPr>
          <w:rFonts w:eastAsia="宋体;SimSun" w:cs="宋体;SimSun" w:ascii="宋体;SimSun" w:hAnsi="宋体;SimSun"/>
          <w:color w:val="000000"/>
        </w:rPr>
        <w:t>Helen Keller)</w:t>
      </w:r>
      <w:r>
        <w:rPr>
          <w:rFonts w:ascii="宋体;SimSun" w:hAnsi="宋体;SimSun" w:cs="宋体;SimSun"/>
          <w:color w:val="000000"/>
        </w:rPr>
        <w:t>，</w:t>
      </w:r>
      <w:r>
        <w:rPr>
          <w:rFonts w:eastAsia="宋体;SimSun" w:cs="宋体;SimSun" w:ascii="宋体;SimSun" w:hAnsi="宋体;SimSun"/>
          <w:color w:val="000000"/>
        </w:rPr>
        <w:t>19</w:t>
      </w:r>
      <w:r>
        <w:rPr>
          <w:rFonts w:ascii="宋体;SimSun" w:hAnsi="宋体;SimSun" w:cs="宋体;SimSun"/>
          <w:color w:val="000000"/>
        </w:rPr>
        <w:t>世纪美国盲聋女作家、教育家、慈善家、社会活动家。她以自强不息</w:t>
      </w:r>
      <w:r>
        <w:rPr>
          <w:rFonts w:ascii="宋体;SimSun" w:hAnsi="宋体;SimSun" w:cs="宋体;SimSun"/>
          <w:color w:val="000000"/>
        </w:rPr>
        <w:drawing>
          <wp:inline distT="0" distB="0" distL="0" distR="0">
            <wp:extent cx="133350" cy="177800"/>
            <wp:effectExtent l="0" t="0" r="0" b="0"/>
            <wp:docPr id="136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8"/>
                    <pic:cNvPicPr>
                      <a:picLocks noChangeAspect="1" noChangeArrowheads="1"/>
                    </pic:cNvPicPr>
                  </pic:nvPicPr>
                  <pic:blipFill>
                    <a:blip r:embed="rId2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顽强毅力，在安妮•莎莉文老师的帮助下，掌握了英、法、德等五国语言。完成了她的一系列著作，并致力于为残疾人造福，建立慈善机构，被美国《时代周刊》评为美国十大英雄偶像。</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选择恰当的词语填在文中（</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）两处。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A</w:t>
      </w:r>
      <w:r>
        <w:rPr>
          <w:rFonts w:ascii="宋体;SimSun" w:hAnsi="宋体;SimSun" w:cs="宋体;SimSun"/>
          <w:color w:val="000000"/>
        </w:rPr>
        <w:t xml:space="preserve">．激荡      </w:t>
      </w:r>
      <w:r>
        <w:rPr>
          <w:rFonts w:eastAsia="宋体;SimSun" w:cs="宋体;SimSun" w:ascii="宋体;SimSun" w:hAnsi="宋体;SimSun"/>
          <w:color w:val="000000"/>
        </w:rPr>
        <w:t>B</w:t>
      </w:r>
      <w:r>
        <w:rPr>
          <w:rFonts w:ascii="宋体;SimSun" w:hAnsi="宋体;SimSun" w:cs="宋体;SimSun"/>
          <w:color w:val="000000"/>
        </w:rPr>
        <w:t xml:space="preserve">．跳动      </w:t>
      </w:r>
      <w:r>
        <w:rPr>
          <w:rFonts w:eastAsia="宋体;SimSun" w:cs="宋体;SimSun" w:ascii="宋体;SimSun" w:hAnsi="宋体;SimSun"/>
          <w:color w:val="000000"/>
        </w:rPr>
        <w:t>C</w:t>
      </w:r>
      <w:r>
        <w:rPr>
          <w:rFonts w:ascii="宋体;SimSun" w:hAnsi="宋体;SimSun" w:cs="宋体;SimSun"/>
          <w:color w:val="000000"/>
        </w:rPr>
        <w:t xml:space="preserve">．回旋      </w:t>
      </w:r>
      <w:r>
        <w:rPr>
          <w:rFonts w:eastAsia="宋体;SimSun" w:cs="宋体;SimSun" w:ascii="宋体;SimSun" w:hAnsi="宋体;SimSun"/>
          <w:color w:val="000000"/>
        </w:rPr>
        <w:t>D</w:t>
      </w:r>
      <w:r>
        <w:rPr>
          <w:rFonts w:ascii="宋体;SimSun" w:hAnsi="宋体;SimSun" w:cs="宋体;SimSun"/>
          <w:color w:val="000000"/>
        </w:rPr>
        <w:t>．徘徊</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w:t>
      </w:r>
      <w:r>
        <w:rPr>
          <w:rFonts w:eastAsia="宋体;SimSun" w:cs="宋体;SimSun" w:ascii="宋体;SimSun" w:hAnsi="宋体;SimSun"/>
          <w:color w:val="000000"/>
        </w:rPr>
        <w:t>A</w:t>
      </w:r>
      <w:r>
        <w:rPr>
          <w:rFonts w:ascii="宋体;SimSun" w:hAnsi="宋体;SimSun" w:cs="宋体;SimSun"/>
          <w:color w:val="000000"/>
        </w:rPr>
        <w:t xml:space="preserve">．启示      </w:t>
      </w:r>
      <w:r>
        <w:rPr>
          <w:rFonts w:eastAsia="宋体;SimSun" w:cs="宋体;SimSun" w:ascii="宋体;SimSun" w:hAnsi="宋体;SimSun"/>
          <w:color w:val="000000"/>
        </w:rPr>
        <w:t>B</w:t>
      </w:r>
      <w:r>
        <w:rPr>
          <w:rFonts w:ascii="宋体;SimSun" w:hAnsi="宋体;SimSun" w:cs="宋体;SimSun"/>
          <w:color w:val="000000"/>
        </w:rPr>
        <w:t xml:space="preserve">．启事      </w:t>
      </w:r>
      <w:r>
        <w:rPr>
          <w:rFonts w:eastAsia="宋体;SimSun" w:cs="宋体;SimSun" w:ascii="宋体;SimSun" w:hAnsi="宋体;SimSun"/>
          <w:color w:val="000000"/>
        </w:rPr>
        <w:t>C</w:t>
      </w:r>
      <w:r>
        <w:rPr>
          <w:rFonts w:ascii="宋体;SimSun" w:hAnsi="宋体;SimSun" w:cs="宋体;SimSun"/>
          <w:color w:val="000000"/>
        </w:rPr>
        <w:t xml:space="preserve">．启蒙      </w:t>
      </w:r>
      <w:r>
        <w:rPr>
          <w:rFonts w:eastAsia="宋体;SimSun" w:cs="宋体;SimSun" w:ascii="宋体;SimSun" w:hAnsi="宋体;SimSun"/>
          <w:color w:val="000000"/>
        </w:rPr>
        <w:t>D</w:t>
      </w:r>
      <w:r>
        <w:rPr>
          <w:rFonts w:ascii="宋体;SimSun" w:hAnsi="宋体;SimSun" w:cs="宋体;SimSun"/>
          <w:color w:val="000000"/>
        </w:rPr>
        <w:t>．启发</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阅读选文，根据主要内容，完成以下填空。</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color w:val="000000"/>
        </w:rPr>
        <w:t>我”把“杯”和“水”混为一谈，感到不耐烦。——①</w:t>
      </w:r>
      <w:r>
        <w:rPr>
          <w:rFonts w:eastAsia="宋体;SimSun" w:cs="宋体;SimSun" w:ascii="宋体;SimSun" w:hAnsi="宋体;SimSun"/>
          <w:color w:val="000000"/>
        </w:rPr>
        <w:t>__________________________——②__________________________——“</w:t>
      </w:r>
      <w:r>
        <w:rPr>
          <w:rFonts w:ascii="宋体;SimSun" w:hAnsi="宋体;SimSun" w:cs="宋体;SimSun"/>
          <w:color w:val="000000"/>
        </w:rPr>
        <w:t>我”捡起布娃娃的碎片，追悔莫及。</w:t>
      </w:r>
    </w:p>
    <w:p>
      <w:pPr>
        <w:pStyle w:val="Normal"/>
        <w:spacing w:lineRule="auto" w:line="360"/>
        <w:jc w:val="start"/>
        <w:textAlignment w:val="center"/>
        <w:rPr/>
      </w:pPr>
      <w:r>
        <w:rPr>
          <w:rFonts w:eastAsia="宋体;SimSun" w:cs="宋体;SimSun" w:ascii="宋体;SimSun" w:hAnsi="宋体;SimSun"/>
          <w:color w:val="000000"/>
        </w:rPr>
        <w:t xml:space="preserve">20. </w:t>
      </w:r>
      <w:r>
        <w:rPr>
          <w:rFonts w:ascii="宋体;SimSun" w:hAnsi="宋体;SimSun" w:cs="宋体;SimSun"/>
          <w:color w:val="000000"/>
        </w:rPr>
        <w:t>结合本文谈谈，如何理解“水唤醒了我</w:t>
      </w:r>
      <w:r>
        <w:rPr>
          <w:rFonts w:ascii="宋体;SimSun" w:hAnsi="宋体;SimSun" w:cs="宋体;SimSun"/>
          <w:color w:val="000000"/>
        </w:rPr>
        <w:drawing>
          <wp:inline distT="0" distB="0" distL="0" distR="0">
            <wp:extent cx="133350" cy="177800"/>
            <wp:effectExtent l="0" t="0" r="0" b="0"/>
            <wp:docPr id="136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9"/>
                    <pic:cNvPicPr>
                      <a:picLocks noChangeAspect="1" noChangeArrowheads="1"/>
                    </pic:cNvPicPr>
                  </pic:nvPicPr>
                  <pic:blipFill>
                    <a:blip r:embed="rId26"/>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灵魂，并给予我光明、希望、快乐和自由。”？</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 xml:space="preserve">A </w:t>
      </w: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w:t>
      </w:r>
      <w:r>
        <w:rPr>
          <w:rFonts w:eastAsia="宋体;SimSun" w:cs="宋体;SimSun" w:ascii="宋体;SimSun" w:hAnsi="宋体;SimSun"/>
          <w:color w:val="000000"/>
        </w:rPr>
        <w:t>D</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(1). </w:t>
      </w:r>
      <w:r>
        <w:rPr>
          <w:rFonts w:eastAsia="宋体;SimSun" w:cs="宋体;SimSun" w:ascii="宋体;SimSun" w:hAnsi="宋体;SimSun"/>
          <w:color w:val="000000"/>
        </w:rPr>
        <w:t>①“</w:t>
      </w:r>
      <w:r>
        <w:rPr>
          <w:rFonts w:ascii="宋体;SimSun" w:hAnsi="宋体;SimSun" w:cs="宋体;SimSun"/>
          <w:color w:val="000000"/>
        </w:rPr>
        <w:t>我”把布娃娃摔碎了，感到特别痛快。</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我”理解了“水”的含义，唤醒了求知欲（光明、希望、快乐和自由。）</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这句话承接上文，莎莉文老师教会我“水”这个词，让我意识到“水”和“杯”不是一回事。同时，也唤醒了“我”认识世间万物的欲望，对生命旅程充满了崭新希望。表达了“我”对莎莉文老师的感激之情。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这道题考查的是词义的辨析和理解。</w:t>
      </w:r>
    </w:p>
    <w:p>
      <w:pPr>
        <w:pStyle w:val="Normal"/>
        <w:spacing w:lineRule="auto" w:line="360"/>
        <w:jc w:val="start"/>
        <w:textAlignment w:val="center"/>
        <w:rPr/>
      </w:pPr>
      <w:r>
        <w:rPr>
          <w:rFonts w:ascii="宋体;SimSun" w:hAnsi="宋体;SimSun" w:cs="宋体;SimSun"/>
          <w:color w:val="000000"/>
        </w:rPr>
        <w:t>（</w:t>
      </w:r>
      <w:r>
        <w:rPr>
          <w:rFonts w:eastAsia="Times New Romance" w:cs="Times New Romance" w:ascii="Times New Romance" w:hAnsi="Times New Romance"/>
          <w:color w:val="000000"/>
        </w:rPr>
        <w:t>1</w:t>
      </w:r>
      <w:r>
        <w:rPr>
          <w:rFonts w:ascii="宋体;SimSun" w:hAnsi="宋体;SimSun" w:cs="宋体;SimSun"/>
          <w:color w:val="000000"/>
        </w:rPr>
        <w:t>）“激荡”：因受冲击而动荡；“跳动”：一起一伏地动；一明一暗地闪动；“回旋”：可变通，可进退，可商量；“徘徊”：在一个地方来回地走，或者比喻犹豫不决。根据语境</w:t>
      </w:r>
      <w:r>
        <w:rPr>
          <w:rFonts w:ascii="楷体" w:hAnsi="楷体" w:cs="楷体" w:eastAsia="楷体"/>
          <w:color w:val="000000"/>
        </w:rPr>
        <w:t>“有一种神奇的感觉在我脑中</w:t>
      </w:r>
      <w:r>
        <w:rPr>
          <w:rFonts w:eastAsia="楷体" w:cs="楷体" w:ascii="楷体" w:hAnsi="楷体"/>
          <w:color w:val="000000"/>
        </w:rPr>
        <w:t>____”</w:t>
      </w:r>
      <w:r>
        <w:rPr>
          <w:rFonts w:ascii="宋体;SimSun" w:hAnsi="宋体;SimSun" w:cs="宋体;SimSun"/>
          <w:color w:val="000000"/>
        </w:rPr>
        <w:t>推断，应该是“激荡”，指受到冲击而动荡。故选</w:t>
      </w:r>
      <w:r>
        <w:rPr>
          <w:rFonts w:eastAsia="宋体;SimSun" w:cs="宋体;SimSun" w:ascii="宋体;SimSun" w:hAnsi="宋体;SimSun"/>
          <w:color w:val="000000"/>
        </w:rPr>
        <w:t>A</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ce" w:cs="Times New Romance" w:ascii="Times New Romance" w:hAnsi="Times New Romance"/>
          <w:color w:val="000000"/>
        </w:rPr>
        <w:t>2</w:t>
      </w:r>
      <w:r>
        <w:rPr>
          <w:rFonts w:ascii="宋体;SimSun" w:hAnsi="宋体;SimSun" w:cs="宋体;SimSun"/>
          <w:color w:val="000000"/>
        </w:rPr>
        <w:t>）“启示”：</w:t>
      </w:r>
      <w:r>
        <w:rPr>
          <w:rFonts w:ascii="Times New Romance" w:hAnsi="Times New Romance" w:cs="Times New Romance" w:eastAsia="Times New Romance"/>
          <w:color w:val="000000"/>
        </w:rPr>
        <w:t xml:space="preserve"> </w:t>
      </w:r>
      <w:r>
        <w:rPr>
          <w:rFonts w:ascii="宋体;SimSun" w:hAnsi="宋体;SimSun" w:cs="宋体;SimSun"/>
          <w:color w:val="000000"/>
        </w:rPr>
        <w:t>启发开导，使有所领会；“启事”：指公开声明某事的文字，多刊登出来；“启蒙”：传授基础知识或入门知识，或者开导蒙昧，使之明白事理；“启发”：开导其心，使之领悟。根据语境</w:t>
      </w:r>
      <w:r>
        <w:rPr>
          <w:rFonts w:ascii="楷体" w:hAnsi="楷体" w:cs="楷体" w:eastAsia="楷体"/>
          <w:color w:val="000000"/>
        </w:rPr>
        <w:t>“每个名称都能</w:t>
      </w:r>
      <w:r>
        <w:rPr>
          <w:rFonts w:eastAsia="楷体" w:cs="楷体" w:ascii="楷体" w:hAnsi="楷体"/>
          <w:color w:val="000000"/>
        </w:rPr>
        <w:t>___</w:t>
      </w:r>
      <w:r>
        <w:rPr>
          <w:rFonts w:ascii="楷体" w:hAnsi="楷体" w:cs="楷体" w:eastAsia="楷体"/>
          <w:color w:val="000000"/>
        </w:rPr>
        <w:t>我新的思想”</w:t>
      </w:r>
      <w:r>
        <w:rPr>
          <w:rFonts w:ascii="宋体;SimSun" w:hAnsi="宋体;SimSun" w:cs="宋体;SimSun"/>
          <w:color w:val="000000"/>
        </w:rPr>
        <w:t>推断，这里应该是“启发”，意思是每个名称都能开导我的思想，让我领悟到新的内容。故选</w:t>
      </w:r>
      <w:r>
        <w:rPr>
          <w:rFonts w:eastAsia="宋体;SimSun" w:cs="宋体;SimSun" w:ascii="宋体;SimSun" w:hAnsi="宋体;SimSun"/>
          <w:color w:val="000000"/>
        </w:rPr>
        <w:t>D</w:t>
      </w:r>
      <w:r>
        <w:rPr>
          <w:rFonts w:ascii="宋体;SimSun" w:hAnsi="宋体;SimSun" w:cs="宋体;SimSun"/>
          <w:color w:val="000000"/>
        </w:rPr>
        <w:t>。</w:t>
      </w:r>
    </w:p>
    <w:p>
      <w:pPr>
        <w:pStyle w:val="Normal"/>
        <w:spacing w:lineRule="auto" w:line="360"/>
        <w:jc w:val="start"/>
        <w:textAlignment w:val="center"/>
        <w:rPr>
          <w:color w:val="000000"/>
        </w:rPr>
      </w:pPr>
      <w:r>
        <w:rPr>
          <w:color w:val="000000"/>
        </w:rPr>
        <w:t>【</w:t>
      </w:r>
      <w:r>
        <w:rPr>
          <w:color w:val="000000"/>
        </w:rPr>
        <w:t>19</w:t>
      </w:r>
      <w:r>
        <w:rPr>
          <w:color w:val="000000"/>
        </w:rPr>
        <w:t>题详解】</w:t>
      </w:r>
    </w:p>
    <w:p>
      <w:pPr>
        <w:pStyle w:val="Normal"/>
        <w:spacing w:lineRule="auto" w:line="360"/>
        <w:jc w:val="start"/>
        <w:textAlignment w:val="center"/>
        <w:rPr/>
      </w:pPr>
      <w:r>
        <w:rPr>
          <w:rFonts w:ascii="宋体;SimSun" w:hAnsi="宋体;SimSun" w:cs="宋体;SimSun"/>
          <w:color w:val="000000"/>
        </w:rPr>
        <w:t>这道题考查的是梳理文章的内容。仔细阅读材料，找到相关段落，筛选提炼关键词句作答。题干已经有了</w:t>
      </w:r>
      <w:r>
        <w:rPr>
          <w:rFonts w:ascii="楷体" w:hAnsi="楷体" w:cs="楷体" w:eastAsia="楷体"/>
          <w:color w:val="000000"/>
        </w:rPr>
        <w:t>“‘我’把‘杯’和‘水’混为一谈，感到不耐烦”</w:t>
      </w:r>
      <w:r>
        <w:rPr>
          <w:rFonts w:ascii="宋体;SimSun" w:hAnsi="宋体;SimSun" w:cs="宋体;SimSun"/>
          <w:color w:val="000000"/>
        </w:rPr>
        <w:t>和</w:t>
      </w:r>
      <w:r>
        <w:rPr>
          <w:rFonts w:ascii="楷体" w:hAnsi="楷体" w:cs="楷体" w:eastAsia="楷体"/>
          <w:color w:val="000000"/>
        </w:rPr>
        <w:t>“‘我’捡起布娃娃的碎片，追悔莫及”</w:t>
      </w:r>
      <w:r>
        <w:rPr>
          <w:rFonts w:ascii="宋体;SimSun" w:hAnsi="宋体;SimSun" w:cs="宋体;SimSun"/>
          <w:color w:val="000000"/>
        </w:rPr>
        <w:t>这两件事，我们把中间两件事概括出来即可。根据“</w:t>
      </w:r>
      <w:r>
        <w:rPr>
          <w:rFonts w:ascii="楷体" w:hAnsi="楷体" w:cs="楷体" w:eastAsia="楷体"/>
          <w:color w:val="000000"/>
        </w:rPr>
        <w:t>我实在有些不耐烦了，抓起新布娃娃就往地上摔，把它摔碎了，心中觉得特别痛快</w:t>
      </w:r>
      <w:r>
        <w:rPr>
          <w:rFonts w:ascii="宋体;SimSun" w:hAnsi="宋体;SimSun" w:cs="宋体;SimSun"/>
          <w:color w:val="000000"/>
        </w:rPr>
        <w:t>”可以概括出①：“我”把布娃娃摔碎了，感到特别痛快；根据“</w:t>
      </w:r>
      <w:r>
        <w:rPr>
          <w:rFonts w:ascii="楷体" w:hAnsi="楷体" w:cs="楷体" w:eastAsia="楷体"/>
          <w:color w:val="000000"/>
        </w:rPr>
        <w:t>我一下子理解了语言文字的奥秘了，知道了‘水’这个词就是指正在我手上流过的这种清凉而奇妙的东西。水唤醒了我的灵魂，并给予我光明、希望、快乐和自由</w:t>
      </w:r>
      <w:r>
        <w:rPr>
          <w:rFonts w:ascii="宋体;SimSun" w:hAnsi="宋体;SimSun" w:cs="宋体;SimSun"/>
          <w:color w:val="000000"/>
        </w:rPr>
        <w:t>”可以概括出②：“我”理解了“水”的含义，唤醒了求知欲。</w:t>
      </w:r>
    </w:p>
    <w:p>
      <w:pPr>
        <w:pStyle w:val="Normal"/>
        <w:spacing w:lineRule="auto" w:line="360"/>
        <w:jc w:val="start"/>
        <w:textAlignment w:val="center"/>
        <w:rPr>
          <w:color w:val="000000"/>
        </w:rPr>
      </w:pPr>
      <w:r>
        <w:rPr>
          <w:color w:val="000000"/>
        </w:rPr>
        <w:t>【</w:t>
      </w:r>
      <w:r>
        <w:rPr>
          <w:color w:val="000000"/>
        </w:rPr>
        <w:t>20</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这道题考查的是对重要语句含义及作用的理解。根据语境我们可以知道，这句话是“我”领会到“水”这个单词含义后的感想。因此，这句话在结构上的作用是承接上文（对上文的总结）。内容上则是激发了“我”学习的兴趣，增强了信心，对世间万物，对生命旅程充满了新的希望。因为是莎莉文老师的不懈努力，才让“我”取得了这样的进步，因此还表达了对莎莉文老师的感激之情。</w:t>
      </w:r>
    </w:p>
    <w:p>
      <w:pPr>
        <w:pStyle w:val="Heading3"/>
      </w:pPr>
      <w:r>
        <w:t>第十四中学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六、现代文阅读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阅读《秋天的怀念》，完成小题。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秋天的怀念</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史铁生</w:t>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双腿瘫痪后，我的脾气变得暴怒无常。望着望着天上北归的雁阵，我会突然把面前的玻璃砸碎；听着听着李谷一甜美的歌声，我会猛地把手边的东西摔向四周的墙壁。母亲就悄悄地躲出去，在我看不见的地方偷偷地听着我的动静。当一切恢复沉寂，她又悄悄地进来，眼边红红的，看着我。“听说北海的花儿都开了，我推着你去走走。”她总是这么说。母亲喜欢花，可自从我的腿瘫痪后，她侍弄的那些花都死了。“不，我不去！”我狠命地捶打这两条可恨的腿，喊着：“我可活什么劲！”母亲</w:t>
      </w:r>
      <w:r>
        <w:rPr>
          <w:rFonts w:ascii="楷体" w:hAnsi="楷体" w:cs="楷体" w:eastAsia="楷体"/>
          <w:color w:val="000000"/>
          <w:em w:val="underDot"/>
        </w:rPr>
        <w:t>扑</w:t>
      </w:r>
      <w:r>
        <w:rPr>
          <w:rFonts w:ascii="楷体" w:hAnsi="楷体" w:cs="楷体" w:eastAsia="楷体"/>
          <w:color w:val="000000"/>
        </w:rPr>
        <w:t>过来</w:t>
      </w:r>
      <w:r>
        <w:rPr>
          <w:rFonts w:ascii="楷体" w:hAnsi="楷体" w:cs="楷体" w:eastAsia="楷体"/>
          <w:color w:val="000000"/>
          <w:em w:val="underDot"/>
        </w:rPr>
        <w:t>抓</w:t>
      </w:r>
      <w:r>
        <w:rPr>
          <w:rFonts w:ascii="楷体" w:hAnsi="楷体" w:cs="楷体" w:eastAsia="楷体"/>
          <w:color w:val="000000"/>
        </w:rPr>
        <w:t>住我的手，忍住哭声说：“咱娘儿俩在一块儿，好好儿活，好好儿活……”</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可我却一直都不知道，她的病已经到了那步田地。</w:t>
      </w:r>
      <w:r>
        <w:rPr>
          <w:rFonts w:ascii="楷体" w:hAnsi="楷体" w:cs="楷体" w:eastAsia="楷体"/>
          <w:color w:val="000000"/>
          <w:u w:val="single"/>
        </w:rPr>
        <w:t>后来妹妹告诉我，她常常肝疼得整宿整宿翻来覆去地睡不了觉</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那天我又独自坐在屋里，看着窗外的树叶“唰唰啦啦”地飘落。母亲进来了，挡在窗前：“北海的菊花开了，我推着你去看看吧。”她憔悴的脸上现出央求般的神色。“什么时候？”“你要是愿意，就明天</w:t>
      </w:r>
      <w:r>
        <w:rPr>
          <w:rFonts w:eastAsia="楷体" w:cs="楷体" w:ascii="楷体" w:hAnsi="楷体"/>
          <w:color w:val="000000"/>
        </w:rPr>
        <w:t>?”</w:t>
      </w:r>
      <w:r>
        <w:rPr>
          <w:rFonts w:ascii="楷体" w:hAnsi="楷体" w:cs="楷体" w:eastAsia="楷体"/>
          <w:color w:val="000000"/>
        </w:rPr>
        <w:t>她说。我的回答已经让她喜出望外了。“好吧，就明天。”我说。她高兴得一会儿坐下，一会儿站起：“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儿，她比我还敏感。她又悄悄地出去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她出去了，就再也没回来。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邻居们把她抬上车时，她还在大口大口地吐着鲜血。我没想到她已经病成那样。看着三轮车远去，也绝没有想到那竟是永远的诀别。</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邻居的小伙子背着我去看她的时候，她正艰难地呼吸着，像她那一生艰难的生活。别人告诉我，她昏迷前的最后一句话是：“我那个有病的儿子和我那个还未成年的女儿……”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又是秋天，妹妹推我去北海看了菊花。黄色的花淡雅，白色的花高洁，紫红色的花热烈而深沉，泼泼洒洒，秋风中正开得烂漫。我懂得母亲没有说完的话。妹妹也懂。我俩在一块儿，要好好儿活……</w:t>
      </w:r>
    </w:p>
    <w:p>
      <w:pPr>
        <w:pStyle w:val="Normal"/>
        <w:spacing w:lineRule="auto" w:line="360"/>
        <w:jc w:val="start"/>
        <w:textAlignment w:val="center"/>
        <w:rPr/>
      </w:pPr>
      <w:r>
        <w:rPr/>
        <w:t xml:space="preserve">16. </w:t>
      </w:r>
      <w:r>
        <w:rPr/>
        <w:t>本文三次写看花，看花是中心事件，也是母爱的集中体现，阅读全文，请在①②③处填写下表。</w:t>
      </w:r>
    </w:p>
    <w:tbl>
      <w:tblPr>
        <w:tblW w:w="8935" w:type="dxa"/>
        <w:jc w:val="start"/>
        <w:tblInd w:w="0" w:type="dxa"/>
        <w:tblLayout w:type="fixed"/>
        <w:tblCellMar>
          <w:top w:w="75" w:type="dxa"/>
          <w:start w:w="108" w:type="dxa"/>
          <w:bottom w:w="75" w:type="dxa"/>
          <w:end w:w="108" w:type="dxa"/>
        </w:tblCellMar>
      </w:tblPr>
      <w:tblGrid>
        <w:gridCol w:w="900"/>
        <w:gridCol w:w="4585"/>
        <w:gridCol w:w="1104"/>
        <w:gridCol w:w="2346"/>
      </w:tblGrid>
      <w:tr>
        <w:trPr>
          <w:trHeight w:val="300" w:hRule="atLeast"/>
        </w:trPr>
        <w:tc>
          <w:tcPr>
            <w:tcW w:w="90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cs="宋体;SimSun"/>
              </w:rPr>
            </w:r>
          </w:p>
        </w:tc>
        <w:tc>
          <w:tcPr>
            <w:tcW w:w="45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事件</w:t>
            </w:r>
          </w:p>
        </w:tc>
        <w:tc>
          <w:tcPr>
            <w:tcW w:w="110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我的表现</w:t>
            </w:r>
          </w:p>
        </w:tc>
        <w:tc>
          <w:tcPr>
            <w:tcW w:w="234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母亲的反应</w:t>
            </w:r>
          </w:p>
        </w:tc>
      </w:tr>
      <w:tr>
        <w:trPr>
          <w:trHeight w:val="450" w:hRule="atLeast"/>
        </w:trPr>
        <w:tc>
          <w:tcPr>
            <w:tcW w:w="90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第一次</w:t>
            </w:r>
          </w:p>
        </w:tc>
        <w:tc>
          <w:tcPr>
            <w:tcW w:w="45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春天，因“我”暴怒无常，母亲</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提出去北海看花。</w:t>
            </w:r>
          </w:p>
        </w:tc>
        <w:tc>
          <w:tcPr>
            <w:tcW w:w="110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tc>
        <w:tc>
          <w:tcPr>
            <w:tcW w:w="234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劝慰鼓励</w:t>
            </w:r>
          </w:p>
        </w:tc>
      </w:tr>
      <w:tr>
        <w:trPr>
          <w:trHeight w:val="465" w:hRule="atLeast"/>
        </w:trPr>
        <w:tc>
          <w:tcPr>
            <w:tcW w:w="90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第二次</w:t>
            </w:r>
          </w:p>
        </w:tc>
        <w:tc>
          <w:tcPr>
            <w:tcW w:w="45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秋天，北海的菊花开了，母亲想推“我”去看看。</w:t>
            </w:r>
          </w:p>
        </w:tc>
        <w:tc>
          <w:tcPr>
            <w:tcW w:w="110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答应母亲</w:t>
            </w:r>
          </w:p>
        </w:tc>
        <w:tc>
          <w:tcPr>
            <w:tcW w:w="234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r>
      <w:tr>
        <w:trPr>
          <w:trHeight w:val="420" w:hRule="atLeast"/>
        </w:trPr>
        <w:tc>
          <w:tcPr>
            <w:tcW w:w="90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第三次</w:t>
            </w:r>
          </w:p>
        </w:tc>
        <w:tc>
          <w:tcPr>
            <w:tcW w:w="45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③</w:t>
            </w:r>
          </w:p>
        </w:tc>
        <w:tc>
          <w:tcPr>
            <w:tcW w:w="110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怀念母亲</w:t>
            </w:r>
          </w:p>
        </w:tc>
        <w:tc>
          <w:tcPr>
            <w:tcW w:w="234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rPr>
              <w:drawing>
                <wp:inline distT="0" distB="0" distL="0" distR="0">
                  <wp:extent cx="1333500" cy="466725"/>
                  <wp:effectExtent l="0" t="0" r="0" b="0"/>
                  <wp:docPr id="1365"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10"/>
                          <pic:cNvPicPr>
                            <a:picLocks noChangeAspect="1" noChangeArrowheads="1"/>
                          </pic:cNvPicPr>
                        </pic:nvPicPr>
                        <pic:blipFill>
                          <a:blip r:embed="rId27"/>
                          <a:srcRect l="-27" t="-77" r="-27" b="-77"/>
                          <a:stretch>
                            <a:fillRect/>
                          </a:stretch>
                        </pic:blipFill>
                        <pic:spPr bwMode="auto">
                          <a:xfrm>
                            <a:off x="0" y="0"/>
                            <a:ext cx="1333500" cy="466725"/>
                          </a:xfrm>
                          <a:prstGeom prst="rect">
                            <a:avLst/>
                          </a:prstGeom>
                          <a:noFill/>
                        </pic:spPr>
                      </pic:pic>
                    </a:graphicData>
                  </a:graphic>
                </wp:inline>
              </w:drawing>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结合上下文，品味第①段中加点词“扑”和“抓”。</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简要分析第②段中的画线句在内容上的作用。</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w:t>
      </w:r>
      <w:r>
        <w:rPr>
          <w:rFonts w:ascii="宋体;SimSun" w:hAnsi="宋体;SimSun" w:cs="宋体;SimSun"/>
          <w:color w:val="000000"/>
        </w:rPr>
        <w:t>答案要点：①拒绝母亲②喜出望外③又是秋天，妹妹推“我”去北海看菊花</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w:t>
      </w:r>
      <w:r>
        <w:rPr>
          <w:rFonts w:ascii="宋体;SimSun" w:hAnsi="宋体;SimSun" w:cs="宋体;SimSun"/>
          <w:color w:val="000000"/>
        </w:rPr>
        <w:t>答案示例：①“抓”和“扑”写出母亲对我捶打双腿行为的阻止。②担心我失去生活下去的勇气，也表达了母亲对 “我”的关怀和爱。</w:t>
      </w:r>
      <w:r>
        <w:rPr>
          <w:color w:val="000000"/>
        </w:rPr>
        <w:t xml:space="preserve">    </w:t>
      </w:r>
    </w:p>
    <w:p>
      <w:pPr>
        <w:pStyle w:val="Normal"/>
        <w:spacing w:lineRule="auto" w:line="360"/>
        <w:textAlignment w:val="center"/>
        <w:rPr/>
      </w:pPr>
      <w:r>
        <w:rPr>
          <w:color w:val="000000"/>
        </w:rPr>
        <w:t xml:space="preserve">18. </w:t>
      </w:r>
      <w:r>
        <w:rPr>
          <w:rFonts w:ascii="宋体;SimSun" w:hAnsi="宋体;SimSun" w:cs="宋体;SimSun"/>
          <w:color w:val="000000"/>
        </w:rPr>
        <w:t>答案示例：①交代母亲病情的严重程度，②突出了母亲的坚强和母爱的伟大。</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情节人物表现的梳理与概括。感知文本内容，了解散文的组材线索，根据题干中所给出的提示，找到相对应的段落内容，然后根据故事情节的变化，感知文本内容，理解人物的情感变化过程，能做到故事情节和人物情感变化相一致，表述合理即可。第一段“春天，因‘我’暴怒无常，母亲提出去北海看花。”“我”的表现根据“‘不，我不去！’我狠命地捶打这两条可恨的腿”可知是“拒绝”；第三段“秋天，北海的菊花开了，母亲想推‘我’去看看。”“我”同意了，母亲的反应是“喜出望外”；第三次，第⑦段事件是“又是秋天，妹妹推我去北海看了菊花。”怀念母亲。</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本题的考点是词语的含义。解答思路：解词</w:t>
      </w:r>
      <w:r>
        <w:rPr>
          <w:rFonts w:eastAsia="Times New Romance" w:cs="Times New Romance" w:ascii="Times New Romance" w:hAnsi="Times New Romance"/>
          <w:color w:val="000000"/>
        </w:rPr>
        <w:t>+</w:t>
      </w:r>
      <w:r>
        <w:rPr>
          <w:rFonts w:ascii="宋体;SimSun" w:hAnsi="宋体;SimSun" w:cs="宋体;SimSun"/>
          <w:color w:val="000000"/>
        </w:rPr>
        <w:t>内容</w:t>
      </w:r>
      <w:r>
        <w:rPr>
          <w:rFonts w:eastAsia="Times New Romance" w:cs="Times New Romance" w:ascii="Times New Romance" w:hAnsi="Times New Romance"/>
          <w:color w:val="000000"/>
        </w:rPr>
        <w:t>+</w:t>
      </w:r>
      <w:r>
        <w:rPr>
          <w:rFonts w:ascii="宋体;SimSun" w:hAnsi="宋体;SimSun" w:cs="宋体;SimSun"/>
          <w:color w:val="000000"/>
        </w:rPr>
        <w:t>情感。方法：联系词语本义，结合语境分析词语的含义，以及表达的感情。理解词语一般先理解其表面义，然后要结合语境及课文内容，具体理解出它的语境义及所包含的情感。务必遵循“词不离句，句不离篇”的原则。从母亲“扑”“抓”我手的动作，可以体会到母亲非常在意“我”的内心感受，害怕儿子禁不住打击，失去生活的勇气。表达了母亲对“我”体贴和关爱。</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句子在内容上的作用。“后来妹妹告诉我，她常常肝疼得整宿整宿翻来覆去地睡不了觉。”此句是插叙，通过妹妹的话，补充说明母亲的病具体到了那个步田地。虽然她自己也身患重病，却一直安慰鼓励“我”，表现母亲是多么伟大、坚强与无私！</w:t>
      </w:r>
    </w:p>
    <w:p>
      <w:pPr>
        <w:pStyle w:val="Normal"/>
        <w:spacing w:lineRule="auto" w:line="360"/>
        <w:jc w:val="start"/>
        <w:textAlignment w:val="center"/>
        <w:rPr/>
      </w:pPr>
      <w:r>
        <w:rPr>
          <w:rFonts w:ascii="宋体;SimSun" w:hAnsi="宋体;SimSun" w:cs="宋体;SimSun"/>
          <w:color w:val="000000"/>
        </w:rPr>
        <w:t>阅读《母亲</w:t>
      </w:r>
      <w:r>
        <w:rPr>
          <w:rFonts w:ascii="宋体;SimSun" w:hAnsi="宋体;SimSun" w:cs="宋体;SimSun"/>
          <w:color w:val="000000"/>
        </w:rPr>
        <w:drawing>
          <wp:inline distT="0" distB="0" distL="0" distR="0">
            <wp:extent cx="133350" cy="177800"/>
            <wp:effectExtent l="0" t="0" r="0" b="0"/>
            <wp:docPr id="136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11"/>
                    <pic:cNvPicPr>
                      <a:picLocks noChangeAspect="1" noChangeArrowheads="1"/>
                    </pic:cNvPicPr>
                  </pic:nvPicPr>
                  <pic:blipFill>
                    <a:blip r:embed="rId2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哲学》，完成小题。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母亲的哲学</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哲学是智慧的母亲，世上需要哲学和哲学家。我总觉得哲学比较诡秘高深，但又听村里的先生说：世界上的事儿，都是曲曲折折的，用嘴说出来，就是哲学嘛。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母亲没有上过一天学，自然不识字，当然更不懂得什么深奥的哲学。她说，她只知道说话要讲道理，做事要顺天理，为人要懂情理。——话中有“理”，理中带“哲”，母亲俨然就是个哲学家。</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我们兄弟三个刚够到桌面高时，母亲便规定“吃要有吃相，坐要有坐相”。吃饭，手得端着碗，还要粒粒进口；坐凳，两腿要端正，不能架腿而坐。道理呢，白得很：吃饭掉粒米，粒米百颗汗哟，浪费粮食，菩萨看得见，响雷会打头的；从小就晃荡“二郎腿”，一副懒散的样子不说，还可能落下毛病，这样的坐姿绝对不合规矩。</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小娃娃懂什么啊？”奶奶溺爱地护着我们。母亲总是争辩说：“没得规矩不成方圆，规矩要靠做，做的就是一种习惯；桑树只有从小撑绑，长大才能硬直。”母亲慈爱中不失严格，合于中华儒教，正如《论语》所言：不学礼，无以立；又如《三字经》中所唱：玉不琢，不成器。古希腊哲学家亚里士多德说：优秀是一种习惯。习惯不是天生的，是母亲用心“做”出来的，做人就要有人相。</w:t>
      </w:r>
    </w:p>
    <w:p>
      <w:pPr>
        <w:pStyle w:val="Normal"/>
        <w:spacing w:lineRule="auto" w:line="360"/>
        <w:ind w:firstLine="420" w:end="0"/>
        <w:jc w:val="start"/>
        <w:textAlignment w:val="center"/>
        <w:rPr/>
      </w:pPr>
      <w:r>
        <w:rPr>
          <w:rFonts w:eastAsia="楷体" w:cs="楷体" w:ascii="楷体" w:hAnsi="楷体"/>
          <w:color w:val="000000"/>
        </w:rPr>
        <w:t>⑤</w:t>
      </w:r>
      <w:r>
        <w:rPr>
          <w:rFonts w:ascii="楷体" w:hAnsi="楷体" w:cs="楷体" w:eastAsia="楷体"/>
          <w:color w:val="000000"/>
        </w:rPr>
        <w:t>上小学时，有一天放学后，“田大眼”在我家耍赖，硬说我拿了他的小人书《地道战》。我是喜欢看小人书，可我没有拿他的书啊。他死说，那天是我负责打扫卫生的，而且是最后一个走的。真是有理说不清！【</w:t>
      </w:r>
      <w:r>
        <w:rPr>
          <w:rFonts w:eastAsia="楷体" w:cs="楷体" w:ascii="楷体" w:hAnsi="楷体"/>
          <w:color w:val="000000"/>
        </w:rPr>
        <w:t>A</w:t>
      </w:r>
      <w:r>
        <w:rPr>
          <w:rFonts w:ascii="楷体" w:hAnsi="楷体" w:cs="楷体" w:eastAsia="楷体"/>
          <w:color w:val="000000"/>
        </w:rPr>
        <w:t>】</w:t>
      </w:r>
      <w:r>
        <w:rPr>
          <w:rFonts w:ascii="楷体" w:hAnsi="楷体" w:cs="楷体" w:eastAsia="楷体"/>
          <w:color w:val="000000"/>
          <w:u w:val="single"/>
        </w:rPr>
        <w:t>母亲回来了，问清缘由，看看急红了脸的我，又摸摸可怜巴巴的“田大眼”的头，从衣袋里掏出两张一角的钱，说：“一人一张，每人去买一本画画书吧。”</w:t>
      </w:r>
      <w:r>
        <w:rPr>
          <w:rFonts w:ascii="楷体" w:hAnsi="楷体" w:cs="楷体" w:eastAsia="楷体"/>
          <w:color w:val="000000"/>
        </w:rPr>
        <w:t>后来，“田大眼”在草垛洞口找到了《地道战》。我想去跟他要回那一毛钱，母亲却不以为然地说：“多大的事啊，【甲】</w:t>
      </w:r>
      <w:r>
        <w:rPr>
          <w:rFonts w:ascii="楷体" w:hAnsi="楷体" w:cs="楷体" w:eastAsia="楷体"/>
          <w:color w:val="000000"/>
          <w:em w:val="underDot"/>
        </w:rPr>
        <w:t>这已经过去了</w:t>
      </w:r>
      <w:r>
        <w:rPr>
          <w:rFonts w:ascii="楷体" w:hAnsi="楷体" w:cs="楷体" w:eastAsia="楷体"/>
          <w:color w:val="000000"/>
        </w:rPr>
        <w:t>。”</w:t>
      </w:r>
    </w:p>
    <w:p>
      <w:pPr>
        <w:pStyle w:val="Normal"/>
        <w:spacing w:lineRule="auto" w:line="360"/>
        <w:ind w:firstLine="420" w:end="0"/>
        <w:jc w:val="start"/>
        <w:textAlignment w:val="center"/>
        <w:rPr/>
      </w:pPr>
      <w:r>
        <w:rPr>
          <w:rFonts w:eastAsia="楷体" w:cs="楷体" w:ascii="楷体" w:hAnsi="楷体"/>
          <w:color w:val="000000"/>
        </w:rPr>
        <w:t>⑥</w:t>
      </w:r>
      <w:r>
        <w:rPr>
          <w:rFonts w:ascii="楷体" w:hAnsi="楷体" w:cs="楷体" w:eastAsia="楷体"/>
          <w:color w:val="000000"/>
        </w:rPr>
        <w:t>高考那年，我落榜了，沮丧地躺倒在床。母亲却大大咧咧地劝慰我：“要学杨子荣，昂首挺胸！广播里不是常说</w:t>
      </w:r>
      <w:r>
        <w:rPr>
          <w:rFonts w:eastAsia="楷体" w:cs="楷体" w:ascii="楷体" w:hAnsi="楷体"/>
          <w:color w:val="000000"/>
        </w:rPr>
        <w:t>,</w:t>
      </w:r>
      <w:r>
        <w:rPr>
          <w:rFonts w:ascii="楷体" w:hAnsi="楷体" w:cs="楷体" w:eastAsia="楷体"/>
          <w:color w:val="000000"/>
        </w:rPr>
        <w:t>失意不能失志，消沉反会伤神，干吗非挤那独木桥呢？条条大路通罗马，没有什么值得抱怨的。”她顿了顿，扬起眉毛，又说：“时间不说话，【乙】</w:t>
      </w:r>
      <w:r>
        <w:rPr>
          <w:rFonts w:ascii="楷体" w:hAnsi="楷体" w:cs="楷体" w:eastAsia="楷体"/>
          <w:color w:val="000000"/>
          <w:em w:val="underDot"/>
        </w:rPr>
        <w:t>这都会过去</w:t>
      </w:r>
      <w:r>
        <w:rPr>
          <w:rFonts w:ascii="楷体" w:hAnsi="楷体" w:cs="楷体" w:eastAsia="楷体"/>
          <w:color w:val="000000"/>
        </w:rPr>
        <w:t>。”</w:t>
      </w:r>
    </w:p>
    <w:p>
      <w:pPr>
        <w:pStyle w:val="Normal"/>
        <w:spacing w:lineRule="auto" w:line="360"/>
        <w:ind w:firstLine="420" w:end="0"/>
        <w:jc w:val="start"/>
        <w:textAlignment w:val="center"/>
        <w:rPr/>
      </w:pPr>
      <w:r>
        <w:rPr>
          <w:rFonts w:eastAsia="楷体" w:cs="楷体" w:ascii="楷体" w:hAnsi="楷体"/>
          <w:color w:val="000000"/>
        </w:rPr>
        <w:t>⑦</w:t>
      </w:r>
      <w:r>
        <w:rPr>
          <w:rFonts w:ascii="楷体" w:hAnsi="楷体" w:cs="楷体" w:eastAsia="楷体"/>
          <w:color w:val="000000"/>
        </w:rPr>
        <w:t>我受聘当上了乡干部，后来，又考上了国家干部，要办“农转非”。我回家拿农村户口簿，高兴地告诉母亲：“儿吃皇粮了！”母亲头也没抬，淡淡地说：“要紧的是珍惜现在，【丙】</w:t>
      </w:r>
      <w:r>
        <w:rPr>
          <w:rFonts w:ascii="楷体" w:hAnsi="楷体" w:cs="楷体" w:eastAsia="楷体"/>
          <w:color w:val="000000"/>
          <w:em w:val="underDot"/>
        </w:rPr>
        <w:t>这还会过去</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母亲这些淡淡的话，涵盖着不凡的智慧。</w:t>
      </w:r>
    </w:p>
    <w:p>
      <w:pPr>
        <w:pStyle w:val="Normal"/>
        <w:spacing w:lineRule="auto" w:line="360"/>
        <w:ind w:firstLine="420" w:end="0"/>
        <w:jc w:val="start"/>
        <w:textAlignment w:val="center"/>
        <w:rPr/>
      </w:pPr>
      <w:r>
        <w:rPr>
          <w:rFonts w:eastAsia="楷体" w:cs="楷体" w:ascii="楷体" w:hAnsi="楷体"/>
          <w:color w:val="000000"/>
        </w:rPr>
        <w:t>⑨</w:t>
      </w:r>
      <w:r>
        <w:rPr>
          <w:rFonts w:ascii="楷体" w:hAnsi="楷体" w:cs="楷体" w:eastAsia="楷体"/>
          <w:color w:val="000000"/>
        </w:rPr>
        <w:t>门前的小河，没日没夜地流淌。清澈的水底，鱼儿自在欢畅。春天里，父亲劈开竹竿为竹条，编排成箔子，安插在小河中，再用粗壮的竹篙稳固好，</w:t>
      </w:r>
      <w:r>
        <w:rPr>
          <w:rFonts w:ascii="楷体" w:hAnsi="楷体" w:cs="楷体" w:eastAsia="楷体"/>
          <w:color w:val="000000"/>
          <w:em w:val="underDot"/>
        </w:rPr>
        <w:t>簖</w:t>
      </w:r>
      <w:r>
        <w:rPr>
          <w:rFonts w:ascii="楷体" w:hAnsi="楷体" w:cs="楷体" w:eastAsia="楷体"/>
          <w:color w:val="000000"/>
        </w:rPr>
        <w:t>，算做好了，就等着取鱼吧。我们雀跃开了，屁颠屁颠地在河边吮指，那簖拦截整个小河道，任性的大鱼小鱼啊，看来插翅都难逃了！母亲却要父亲把中间的竹箔锯断，要留个口儿，也方便船行。父亲说，这条小河没有船行啊。母亲还是坚持说，锯吧，锯短些，簖对鱼杀伤力够大的了，要留下生门，放鱼虾们一点生路，积点德吧。母亲根本不会懂得古代玄学里有休、生、伤、杜、景、死、惊、开的八门之说，生门为吉门。但她心里却有一杆秤，知道做事不可做绝，张弛有度方能造化平衡，万事大吉。</w:t>
      </w:r>
    </w:p>
    <w:p>
      <w:pPr>
        <w:pStyle w:val="Normal"/>
        <w:spacing w:lineRule="auto" w:line="360"/>
        <w:ind w:firstLine="420" w:end="0"/>
        <w:jc w:val="start"/>
        <w:textAlignment w:val="center"/>
        <w:rPr/>
      </w:pPr>
      <w:r>
        <w:rPr>
          <w:rFonts w:eastAsia="楷体" w:cs="楷体" w:ascii="楷体" w:hAnsi="楷体"/>
          <w:color w:val="000000"/>
        </w:rPr>
        <w:t>⑩</w:t>
      </w:r>
      <w:r>
        <w:rPr>
          <w:rFonts w:ascii="楷体" w:hAnsi="楷体" w:cs="楷体" w:eastAsia="楷体"/>
          <w:color w:val="000000"/>
        </w:rPr>
        <w:t>以瓜菜代粮的年月，母亲变着花样改“膳”，常做胡萝卜饼子：先把面发好，再把煮熟的胡萝卜捣烂，和合在一起，就可以烙胡萝卜饼子了。我们抢着去锅灶旁，这里不仅可以闻到饼香，还可以取暖。麦草杆推进锅塘，只是冒出青烟，刺眼呛鼻。【</w:t>
      </w:r>
      <w:r>
        <w:rPr>
          <w:rFonts w:eastAsia="楷体" w:cs="楷体" w:ascii="楷体" w:hAnsi="楷体"/>
          <w:color w:val="000000"/>
        </w:rPr>
        <w:t>B</w:t>
      </w:r>
      <w:r>
        <w:rPr>
          <w:rFonts w:ascii="楷体" w:hAnsi="楷体" w:cs="楷体" w:eastAsia="楷体"/>
          <w:color w:val="000000"/>
        </w:rPr>
        <w:t>】</w:t>
      </w:r>
      <w:r>
        <w:rPr>
          <w:rFonts w:ascii="楷体" w:hAnsi="楷体" w:cs="楷体" w:eastAsia="楷体"/>
          <w:color w:val="000000"/>
          <w:u w:val="single"/>
        </w:rPr>
        <w:t>母亲看看锅塘里堆得像小山丘似的麦草杆，笑着说：“草把儿得慢慢添，火要抬着烧。人要实心，火要空心。”</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ascii="楷体" w:hAnsi="楷体" w:cs="楷体" w:eastAsia="楷体"/>
          <w:color w:val="000000"/>
        </w:rPr>
        <w:t>烙饼子，也很讲究技法。冷锅底，面就会黏连，难成饼形；火太旺，锅烧急了，饼子又会焦煳。母亲用很少的菜油抹下锅窝，待锅烧热，才一一烙饼。我们等不得了，脖子都伸长啦！“锅不热，饼不靠啊。”母亲嗔怪道，“烙饼如同为人做事，要懂得分寸，要用心把住火候，心急吃不了热粥。”</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w:t>
      </w:r>
      <w:r>
        <w:rPr>
          <w:rFonts w:eastAsia="楷体" w:cs="楷体" w:ascii="楷体" w:hAnsi="楷体"/>
          <w:color w:val="000000"/>
        </w:rPr>
        <w:t>C</w:t>
      </w:r>
      <w:r>
        <w:rPr>
          <w:rFonts w:ascii="楷体" w:hAnsi="楷体" w:cs="楷体" w:eastAsia="楷体"/>
          <w:color w:val="000000"/>
        </w:rPr>
        <w:t>】</w:t>
      </w:r>
      <w:r>
        <w:rPr>
          <w:rFonts w:ascii="楷体" w:hAnsi="楷体" w:cs="楷体" w:eastAsia="楷体"/>
          <w:color w:val="000000"/>
          <w:u w:val="single"/>
        </w:rPr>
        <w:t>母亲别出心裁，做的胡萝卜饼子真是好看又好吃：有圆形的、心形的，还有蝴蝶形的，让我们稚嫩的心灵长出灿烂的翅膀。</w:t>
      </w:r>
      <w:r>
        <w:rPr>
          <w:rFonts w:ascii="楷体" w:hAnsi="楷体" w:cs="楷体" w:eastAsia="楷体"/>
          <w:color w:val="000000"/>
        </w:rPr>
        <w:t>我们一边吃着饼子，一边欢乐地唱着：“又甜又香，一直吃到栽秧；又香又甜，一直吃到过年……”</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（作者罗有高，有改动）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阅读文章⑤——⑨段，梳理与母亲有关的事件。</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我”和伙伴产生矛盾，母亲开导“我</w:t>
      </w:r>
      <w:r>
        <w:rPr>
          <w:rFonts w:ascii="宋体;SimSun" w:hAnsi="宋体;SimSun" w:cs="宋体;SimSun"/>
          <w:color w:val="000000"/>
        </w:rPr>
        <w:drawing>
          <wp:inline distT="0" distB="0" distL="0" distR="0">
            <wp:extent cx="361950" cy="161925"/>
            <wp:effectExtent l="0" t="0" r="0" b="0"/>
            <wp:docPr id="1369"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12"/>
                    <pic:cNvPicPr>
                      <a:picLocks noChangeAspect="1" noChangeArrowheads="1"/>
                    </pic:cNvPicPr>
                  </pic:nvPicPr>
                  <pic:blipFill>
                    <a:blip r:embed="rId29"/>
                    <a:srcRect l="-100" t="-223" r="-100" b="-223"/>
                    <a:stretch>
                      <a:fillRect/>
                    </a:stretch>
                  </pic:blipFill>
                  <pic:spPr bwMode="auto">
                    <a:xfrm>
                      <a:off x="0" y="0"/>
                      <a:ext cx="361950" cy="161925"/>
                    </a:xfrm>
                    <a:prstGeom prst="rect">
                      <a:avLst/>
                    </a:prstGeom>
                    <a:noFill/>
                  </pic:spPr>
                </pic:pic>
              </a:graphicData>
            </a:graphic>
          </wp:inline>
        </w:drawing>
      </w:r>
      <w:r>
        <w:rPr>
          <w:rFonts w:ascii="宋体;SimSun" w:hAnsi="宋体;SimSun" w:cs="宋体;SimSun"/>
          <w:color w:val="000000"/>
          <w:u w:val="single"/>
        </w:rPr>
        <w:t>①</w:t>
      </w:r>
      <w:r>
        <w:rPr>
          <w:rFonts w:eastAsia="宋体;SimSun" w:cs="宋体;SimSun" w:ascii="宋体;SimSun" w:hAnsi="宋体;SimSun"/>
          <w:color w:val="000000"/>
        </w:rPr>
        <w:t>_______</w:t>
      </w:r>
      <w:r>
        <w:rPr>
          <w:rFonts w:eastAsia="宋体;SimSun" w:cs="宋体;SimSun" w:ascii="宋体;SimSun" w:hAnsi="宋体;SimSun"/>
          <w:color w:val="000000"/>
        </w:rPr>
        <w:drawing>
          <wp:inline distT="0" distB="0" distL="0" distR="0">
            <wp:extent cx="361950" cy="161925"/>
            <wp:effectExtent l="0" t="0" r="0" b="0"/>
            <wp:docPr id="1370"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13"/>
                    <pic:cNvPicPr>
                      <a:picLocks noChangeAspect="1" noChangeArrowheads="1"/>
                    </pic:cNvPicPr>
                  </pic:nvPicPr>
                  <pic:blipFill>
                    <a:blip r:embed="rId30"/>
                    <a:srcRect l="-100" t="-223" r="-100" b="-223"/>
                    <a:stretch>
                      <a:fillRect/>
                    </a:stretch>
                  </pic:blipFill>
                  <pic:spPr bwMode="auto">
                    <a:xfrm>
                      <a:off x="0" y="0"/>
                      <a:ext cx="361950" cy="161925"/>
                    </a:xfrm>
                    <a:prstGeom prst="rect">
                      <a:avLst/>
                    </a:prstGeom>
                    <a:noFill/>
                  </pic:spPr>
                </pic:pic>
              </a:graphicData>
            </a:graphic>
          </wp:inline>
        </w:drawing>
      </w:r>
      <w:r>
        <w:rPr>
          <w:rFonts w:eastAsia="宋体;SimSun" w:cs="宋体;SimSun" w:ascii="宋体;SimSun" w:hAnsi="宋体;SimSun"/>
          <w:color w:val="000000"/>
          <w:u w:val="single"/>
        </w:rPr>
        <w:t>②</w:t>
      </w:r>
      <w:r>
        <w:rPr>
          <w:rFonts w:eastAsia="宋体;SimSun" w:cs="宋体;SimSun" w:ascii="宋体;SimSun" w:hAnsi="宋体;SimSun"/>
          <w:color w:val="000000"/>
        </w:rPr>
        <w:t>_______</w:t>
      </w:r>
      <w:r>
        <w:rPr>
          <w:rFonts w:eastAsia="宋体;SimSun" w:cs="宋体;SimSun" w:ascii="宋体;SimSun" w:hAnsi="宋体;SimSun"/>
          <w:color w:val="000000"/>
        </w:rPr>
        <w:drawing>
          <wp:inline distT="0" distB="0" distL="0" distR="0">
            <wp:extent cx="361950" cy="161925"/>
            <wp:effectExtent l="0" t="0" r="0" b="0"/>
            <wp:docPr id="1371"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14"/>
                    <pic:cNvPicPr>
                      <a:picLocks noChangeAspect="1" noChangeArrowheads="1"/>
                    </pic:cNvPicPr>
                  </pic:nvPicPr>
                  <pic:blipFill>
                    <a:blip r:embed="rId31"/>
                    <a:srcRect l="-100" t="-223" r="-100" b="-223"/>
                    <a:stretch>
                      <a:fillRect/>
                    </a:stretch>
                  </pic:blipFill>
                  <pic:spPr bwMode="auto">
                    <a:xfrm>
                      <a:off x="0" y="0"/>
                      <a:ext cx="361950" cy="161925"/>
                    </a:xfrm>
                    <a:prstGeom prst="rect">
                      <a:avLst/>
                    </a:prstGeom>
                    <a:noFill/>
                  </pic:spPr>
                </pic:pic>
              </a:graphicData>
            </a:graphic>
          </wp:inline>
        </w:drawing>
      </w:r>
      <w:r>
        <w:rPr>
          <w:rFonts w:ascii="宋体;SimSun" w:hAnsi="宋体;SimSun" w:cs="宋体;SimSun"/>
          <w:color w:val="000000"/>
        </w:rPr>
        <w:t>捕鱼时，母亲要求父亲给鱼虾留生门</w:t>
      </w:r>
    </w:p>
    <w:p>
      <w:pPr>
        <w:pStyle w:val="Normal"/>
        <w:spacing w:lineRule="auto" w:line="360"/>
        <w:jc w:val="start"/>
        <w:textAlignment w:val="center"/>
        <w:rPr/>
      </w:pPr>
      <w:r>
        <w:rPr>
          <w:rFonts w:eastAsia="宋体;SimSun" w:cs="宋体;SimSun" w:ascii="宋体;SimSun" w:hAnsi="宋体;SimSun"/>
          <w:color w:val="000000"/>
        </w:rPr>
        <w:t xml:space="preserve">20. </w:t>
      </w:r>
      <w:r>
        <w:rPr>
          <w:rFonts w:ascii="宋体;SimSun" w:hAnsi="宋体;SimSun" w:cs="宋体;SimSun"/>
          <w:color w:val="000000"/>
        </w:rPr>
        <w:t>第⑨段中的“簖”是个形声字，请你写出它的字音：</w:t>
      </w:r>
      <w:r>
        <w:rPr>
          <w:rFonts w:ascii="宋体;SimSun" w:hAnsi="宋体;SimSun" w:cs="宋体;SimSun"/>
          <w:color w:val="000000"/>
          <w:u w:val="single"/>
        </w:rPr>
        <w:t>①</w:t>
      </w:r>
      <w:r>
        <w:rPr>
          <w:rFonts w:eastAsia="宋体;SimSun" w:cs="宋体;SimSun" w:ascii="宋体;SimSun" w:hAnsi="宋体;SimSun"/>
          <w:color w:val="000000"/>
        </w:rPr>
        <w:t>______</w:t>
      </w:r>
      <w:r>
        <w:rPr>
          <w:rFonts w:ascii="宋体;SimSun" w:hAnsi="宋体;SimSun" w:cs="宋体;SimSun"/>
          <w:color w:val="000000"/>
        </w:rPr>
        <w:t>，并根据文章内容推断它的意思：</w:t>
      </w:r>
      <w:r>
        <w:rPr>
          <w:rFonts w:ascii="宋体;SimSun" w:hAnsi="宋体;SimSun" w:cs="宋体;SimSun"/>
          <w:color w:val="000000"/>
          <w:u w:val="single"/>
        </w:rPr>
        <w:t xml:space="preserve"> ②</w:t>
      </w:r>
      <w:r>
        <w:rPr>
          <w:rFonts w:eastAsia="宋体;SimSun" w:cs="宋体;SimSun" w:ascii="宋体;SimSun" w:hAnsi="宋体;SimSun"/>
          <w:color w:val="000000"/>
        </w:rPr>
        <w:t>__________________________</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 xml:space="preserve">21. </w:t>
      </w:r>
      <w:r>
        <w:rPr>
          <w:rFonts w:ascii="宋体;SimSun" w:hAnsi="宋体;SimSun" w:cs="宋体;SimSun"/>
          <w:color w:val="000000"/>
        </w:rPr>
        <w:t>母亲的话中有“理”，理中带“哲”，品味文章第⑤⑥⑦段中三个加点句子，</w:t>
      </w:r>
      <w:r>
        <w:rPr>
          <w:rFonts w:ascii="宋体;SimSun" w:hAnsi="宋体;SimSun" w:cs="宋体;SimSun"/>
          <w:color w:val="000000"/>
          <w:em w:val="underDot"/>
        </w:rPr>
        <w:t>任选一句</w:t>
      </w:r>
      <w:r>
        <w:rPr>
          <w:rFonts w:ascii="宋体;SimSun" w:hAnsi="宋体;SimSun" w:cs="宋体;SimSun"/>
          <w:color w:val="000000"/>
        </w:rPr>
        <w:t>，说说作者从母亲的话里领悟到了什么“理”。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【甲】这已经过去了。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【乙】这都会过去。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【丙】这还会过去。</w:t>
      </w:r>
    </w:p>
    <w:p>
      <w:pPr>
        <w:pStyle w:val="Normal"/>
        <w:spacing w:lineRule="auto" w:line="360"/>
        <w:jc w:val="start"/>
        <w:textAlignment w:val="center"/>
        <w:rPr/>
      </w:pPr>
      <w:r>
        <w:rPr>
          <w:rFonts w:eastAsia="宋体;SimSun" w:cs="宋体;SimSun" w:ascii="宋体;SimSun" w:hAnsi="宋体;SimSun"/>
          <w:color w:val="000000"/>
        </w:rPr>
        <w:t xml:space="preserve">22. </w:t>
      </w:r>
      <w:r>
        <w:rPr>
          <w:rFonts w:ascii="宋体;SimSun" w:hAnsi="宋体;SimSun" w:cs="宋体;SimSun"/>
          <w:color w:val="000000"/>
        </w:rPr>
        <w:t>请从【</w:t>
      </w:r>
      <w:r>
        <w:rPr>
          <w:rFonts w:eastAsia="宋体;SimSun" w:cs="宋体;SimSun" w:ascii="宋体;SimSun" w:hAnsi="宋体;SimSun"/>
          <w:color w:val="000000"/>
        </w:rPr>
        <w:t>A</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w:t>
      </w:r>
      <w:r>
        <w:rPr>
          <w:rFonts w:eastAsia="宋体;SimSun" w:cs="宋体;SimSun" w:ascii="宋体;SimSun" w:hAnsi="宋体;SimSun"/>
          <w:color w:val="000000"/>
        </w:rPr>
        <w:t>C</w:t>
      </w:r>
      <w:r>
        <w:rPr>
          <w:rFonts w:ascii="宋体;SimSun" w:hAnsi="宋体;SimSun" w:cs="宋体;SimSun"/>
          <w:color w:val="000000"/>
        </w:rPr>
        <w:t>】三个画横线的句子中，</w:t>
      </w:r>
      <w:r>
        <w:rPr>
          <w:rFonts w:ascii="宋体;SimSun" w:hAnsi="宋体;SimSun" w:cs="宋体;SimSun"/>
          <w:color w:val="000000"/>
          <w:em w:val="underDot"/>
        </w:rPr>
        <w:t>任选一处</w:t>
      </w:r>
      <w:r>
        <w:rPr>
          <w:rFonts w:ascii="宋体;SimSun" w:hAnsi="宋体;SimSun" w:cs="宋体;SimSun"/>
          <w:color w:val="000000"/>
        </w:rPr>
        <w:t>，从描写手法的角度分析母亲的形象。</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(1). </w:t>
      </w:r>
      <w:r>
        <w:rPr>
          <w:rFonts w:ascii="宋体;SimSun" w:hAnsi="宋体;SimSun" w:cs="宋体;SimSun"/>
          <w:color w:val="000000"/>
        </w:rPr>
        <w:t>示例：①我高考落榜，母亲劝慰我；</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我考上了国家干部，母亲告诫我。</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20.     (1). </w:t>
      </w:r>
      <w:r>
        <w:rPr>
          <w:rFonts w:eastAsia="宋体;SimSun" w:cs="宋体;SimSun" w:ascii="宋体;SimSun" w:hAnsi="宋体;SimSun"/>
          <w:color w:val="000000"/>
        </w:rPr>
        <w:t>①</w:t>
      </w:r>
      <w:r>
        <w:rPr>
          <w:rFonts w:eastAsia="Times New Roman" w:cs="Times New Roman" w:ascii="Times New Roman" w:hAnsi="Times New Roman"/>
          <w:color w:val="000000"/>
        </w:rPr>
        <w:t>duàn</w:t>
      </w:r>
      <w:r>
        <w:rPr>
          <w:color w:val="000000"/>
        </w:rPr>
        <w:t xml:space="preserve">    (2). </w:t>
      </w:r>
      <w:r>
        <w:rPr>
          <w:rFonts w:eastAsia="宋体;SimSun" w:cs="宋体;SimSun" w:ascii="宋体;SimSun" w:hAnsi="宋体;SimSun"/>
          <w:color w:val="000000"/>
        </w:rPr>
        <w:t>②</w:t>
      </w:r>
      <w:r>
        <w:rPr>
          <w:rFonts w:ascii="宋体;SimSun" w:hAnsi="宋体;SimSun" w:cs="宋体;SimSun"/>
          <w:color w:val="000000"/>
        </w:rPr>
        <w:t>示例：用竹条编排而成，安插在小河中，用来拦截鱼虾以便捕获的工具。</w:t>
      </w:r>
      <w:r>
        <w:rPr>
          <w:color w:val="000000"/>
        </w:rPr>
        <w:t xml:space="preserve">    </w:t>
      </w:r>
    </w:p>
    <w:p>
      <w:pPr>
        <w:pStyle w:val="Normal"/>
        <w:spacing w:lineRule="auto" w:line="360"/>
        <w:textAlignment w:val="center"/>
        <w:rPr/>
      </w:pPr>
      <w:r>
        <w:rPr>
          <w:color w:val="000000"/>
        </w:rPr>
        <w:t xml:space="preserve">21. </w:t>
      </w:r>
      <w:r>
        <w:rPr>
          <w:rFonts w:ascii="宋体;SimSun" w:hAnsi="宋体;SimSun" w:cs="宋体;SimSun"/>
          <w:color w:val="000000"/>
        </w:rPr>
        <w:t>示例：【甲】待人要宽容大度，不必斤斤计较。</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【乙】人生失意时也要振作精神，不能消沉失志。</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【丙】在顺利得意时要懂得珍惜，不能忘乎所以。</w:t>
      </w:r>
      <w:r>
        <w:rPr>
          <w:color w:val="000000"/>
        </w:rPr>
        <w:t xml:space="preserve">    </w:t>
      </w:r>
    </w:p>
    <w:p>
      <w:pPr>
        <w:pStyle w:val="Normal"/>
        <w:spacing w:lineRule="auto" w:line="360"/>
        <w:jc w:val="start"/>
        <w:textAlignment w:val="center"/>
        <w:rPr/>
      </w:pPr>
      <w:r>
        <w:rPr>
          <w:color w:val="000000"/>
        </w:rPr>
        <w:t xml:space="preserve">22. </w:t>
      </w:r>
      <w:r>
        <w:rPr>
          <w:rFonts w:ascii="宋体;SimSun" w:hAnsi="宋体;SimSun" w:cs="宋体;SimSun"/>
          <w:color w:val="000000"/>
        </w:rPr>
        <w:t>示例一：我选【</w:t>
      </w:r>
      <w:r>
        <w:rPr>
          <w:rFonts w:eastAsia="宋体;SimSun" w:cs="宋体;SimSun" w:ascii="宋体;SimSun" w:hAnsi="宋体;SimSun"/>
          <w:color w:val="000000"/>
        </w:rPr>
        <w:t>A</w:t>
      </w:r>
      <w:r>
        <w:rPr>
          <w:rFonts w:ascii="宋体;SimSun" w:hAnsi="宋体;SimSun" w:cs="宋体;SimSun"/>
          <w:color w:val="000000"/>
        </w:rPr>
        <w:t>】处。通过对母亲进行动作描写、语言描写，表现出母亲理解孩子、宽厚平和的性格。</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示例二：我选【</w:t>
      </w:r>
      <w:r>
        <w:rPr>
          <w:rFonts w:eastAsia="宋体;SimSun" w:cs="宋体;SimSun" w:ascii="宋体;SimSun" w:hAnsi="宋体;SimSun"/>
          <w:color w:val="000000"/>
        </w:rPr>
        <w:t>B</w:t>
      </w:r>
      <w:r>
        <w:rPr>
          <w:rFonts w:ascii="宋体;SimSun" w:hAnsi="宋体;SimSun" w:cs="宋体;SimSun"/>
          <w:color w:val="000000"/>
        </w:rPr>
        <w:t>】处。通过对母亲的动作描写、神态描写、语言描写，刻画出母亲温和、富有智慧的形象。</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本题考查的是故事情节概括。一类是概括事件：找准主要人物，主要事件。按照“他（她）做了什么事，结果如何”的模式进行概括；第二类概括部分情节。概括故事开端、发展、高潮、结局，或概括故事的起因、经过、结果；解题思路：先划分出情节的各个阶段，再进行概括，筛选出文中的关键词语或自己概括来填空。防止出现误将高潮当作结局，或把经过当作结果的情况。第①</w:t>
      </w:r>
      <w:r>
        <w:rPr>
          <w:rFonts w:eastAsia="Times New Romance" w:cs="Times New Romance" w:ascii="Times New Romance" w:hAnsi="Times New Romance"/>
          <w:color w:val="000000"/>
        </w:rPr>
        <w:t>-</w:t>
      </w:r>
      <w:r>
        <w:rPr>
          <w:rFonts w:eastAsia="宋体;SimSun" w:cs="宋体;SimSun" w:ascii="宋体;SimSun" w:hAnsi="宋体;SimSun"/>
          <w:color w:val="000000"/>
        </w:rPr>
        <w:t>⑤</w:t>
      </w:r>
      <w:r>
        <w:rPr>
          <w:rFonts w:ascii="宋体;SimSun" w:hAnsi="宋体;SimSun" w:cs="宋体;SimSun"/>
          <w:color w:val="000000"/>
        </w:rPr>
        <w:t>段写“我”和伙伴产生矛盾，母亲开导“我”；第⑥段“高考那年，我落榜了，沮丧地躺倒在床。母亲却大大咧咧地劝慰我……”概括为“我”高考落榜，母亲劝慰“我”；第⑦段“我受聘当上了乡干部，后来，又考上了国家干部，……母亲头也没抬，淡淡地说……”概括为“我”考上了国家干部，母亲对“我”的告诫。</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本题考查的是根据汉字特点推断汉字读音和字义的能力。题干说形声字，“竹”形，“断”声，读作</w:t>
      </w:r>
      <w:r>
        <w:rPr>
          <w:rFonts w:eastAsia="Times New Roman" w:cs="Times New Roman" w:ascii="Times New Roman" w:hAnsi="Times New Roman"/>
          <w:color w:val="000000"/>
        </w:rPr>
        <w:t>duàn</w:t>
      </w:r>
      <w:r>
        <w:rPr>
          <w:rFonts w:ascii="宋体;SimSun" w:hAnsi="宋体;SimSun" w:cs="宋体;SimSun"/>
          <w:color w:val="000000"/>
        </w:rPr>
        <w:t>；意思是插置在水中，便于捕捉鱼、虾、螃蟹等的竹栅。</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对重点语句的理解能力。解答此题的关键是在了解课文内容的基础上，结合上下文的内容来理解句子即可。甲处，根据母亲的态度是“不以为然”，母亲的说的话“多大的事啊”，意思是都是小事，不要放在心上，不必斤斤计较，表现宽容大度的哲理；乙处，对于“我”高考落榜，很是沮丧，母亲的劝慰，告诉“我”面对人生失意，要振作精神，不能意志消沉的哲理；丙处，受聘当上了乡干部，又考上了国家干部，要办“农转非”。心里自是很高兴，母亲告诫“我”珍惜现在，不能忘乎所以的哲理。</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pPr>
      <w:r>
        <w:rPr>
          <w:rFonts w:ascii="宋体;SimSun" w:hAnsi="宋体;SimSun" w:cs="宋体;SimSun"/>
          <w:color w:val="000000"/>
        </w:rPr>
        <w:t>本题考查对作品进行个性化阅读和有创意的解读。在理解课文内容的基础上，联系自身的生活学习经历来谈即可，做到言之有理。如选</w:t>
      </w:r>
      <w:r>
        <w:rPr>
          <w:rFonts w:eastAsia="Times New Romance" w:cs="Times New Romance" w:ascii="Times New Romance" w:hAnsi="Times New Romance"/>
          <w:color w:val="000000"/>
        </w:rPr>
        <w:t>C</w:t>
      </w:r>
      <w:r>
        <w:rPr>
          <w:rFonts w:ascii="宋体;SimSun" w:hAnsi="宋体;SimSun" w:cs="宋体;SimSun"/>
          <w:color w:val="000000"/>
        </w:rPr>
        <w:t>处。运用侧面描写，这句话生动形象地写出了孩子们在吃到母亲做的各种形状的萝卜饼子时快乐幸福的感受，以此衬托出母亲勤劳、心灵手巧、乐观、富有智慧的性格特点。</w:t>
      </w:r>
    </w:p>
    <w:p>
      <w:pPr>
        <w:pStyle w:val="Heading3"/>
      </w:pPr>
      <w:r>
        <w:t>第四中学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阅读下面的材料，回答小题。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近日，“</w:t>
      </w:r>
      <w:r>
        <w:rPr>
          <w:rFonts w:eastAsia="楷体" w:cs="楷体" w:ascii="楷体" w:hAnsi="楷体"/>
          <w:color w:val="000000"/>
        </w:rPr>
        <w:t>2019</w:t>
      </w:r>
      <w:r>
        <w:rPr>
          <w:rFonts w:ascii="楷体" w:hAnsi="楷体" w:cs="楷体" w:eastAsia="楷体"/>
          <w:color w:val="000000"/>
        </w:rPr>
        <w:t>年国庆假期约有</w:t>
      </w:r>
      <w:r>
        <w:rPr>
          <w:rFonts w:eastAsia="楷体" w:cs="楷体" w:ascii="楷体" w:hAnsi="楷体"/>
          <w:color w:val="000000"/>
        </w:rPr>
        <w:t>7.82</w:t>
      </w:r>
      <w:r>
        <w:rPr>
          <w:rFonts w:ascii="楷体" w:hAnsi="楷体" w:cs="楷体" w:eastAsia="楷体"/>
          <w:color w:val="000000"/>
        </w:rPr>
        <w:t>亿人次出游”这一话题登上微博热搜。据中国旅游研究院最终统计，</w:t>
      </w:r>
      <w:r>
        <w:rPr>
          <w:rFonts w:eastAsia="楷体" w:cs="楷体" w:ascii="楷体" w:hAnsi="楷体"/>
          <w:color w:val="000000"/>
        </w:rPr>
        <w:t>2019</w:t>
      </w:r>
      <w:r>
        <w:rPr>
          <w:rFonts w:ascii="楷体" w:hAnsi="楷体" w:cs="楷体" w:eastAsia="楷体"/>
          <w:color w:val="000000"/>
        </w:rPr>
        <w:t>年国庆黄金周全国共接待国内游客</w:t>
      </w:r>
      <w:r>
        <w:rPr>
          <w:rFonts w:eastAsia="楷体" w:cs="楷体" w:ascii="楷体" w:hAnsi="楷体"/>
          <w:color w:val="000000"/>
        </w:rPr>
        <w:t>7.26</w:t>
      </w:r>
      <w:r>
        <w:rPr>
          <w:rFonts w:ascii="楷体" w:hAnsi="楷体" w:cs="楷体" w:eastAsia="楷体"/>
          <w:color w:val="000000"/>
        </w:rPr>
        <w:t>亿人次，同比增长</w:t>
      </w:r>
      <w:r>
        <w:rPr>
          <w:rFonts w:eastAsia="楷体" w:cs="楷体" w:ascii="楷体" w:hAnsi="楷体"/>
          <w:color w:val="000000"/>
        </w:rPr>
        <w:t>9.43%</w:t>
      </w:r>
      <w:r>
        <w:rPr>
          <w:rFonts w:ascii="楷体" w:hAnsi="楷体" w:cs="楷体" w:eastAsia="楷体"/>
          <w:color w:val="000000"/>
        </w:rPr>
        <w:t>。重点景区人气火爆，客流达到峰值。</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今年适逢新中国成立</w:t>
      </w:r>
      <w:r>
        <w:rPr>
          <w:rFonts w:eastAsia="楷体" w:cs="楷体" w:ascii="楷体" w:hAnsi="楷体"/>
          <w:color w:val="000000"/>
        </w:rPr>
        <w:t>70</w:t>
      </w:r>
      <w:r>
        <w:rPr>
          <w:rFonts w:ascii="楷体" w:hAnsi="楷体" w:cs="楷体" w:eastAsia="楷体"/>
          <w:color w:val="000000"/>
        </w:rPr>
        <w:t>周年，超强震撼的阅兵，使北京成为了本年度国庆黄金周出游人气最旺的城市之一。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调查表明，</w:t>
      </w:r>
      <w:r>
        <w:rPr>
          <w:rFonts w:eastAsia="楷体" w:cs="楷体" w:ascii="楷体" w:hAnsi="楷体"/>
          <w:color w:val="000000"/>
        </w:rPr>
        <w:t>78.84%</w:t>
      </w:r>
      <w:r>
        <w:rPr>
          <w:rFonts w:ascii="楷体" w:hAnsi="楷体" w:cs="楷体" w:eastAsia="楷体"/>
          <w:color w:val="000000"/>
        </w:rPr>
        <w:t>的游客参与了各式国庆庆祝活动。中共一大会址、南湖红船、杨家岭、西柏坡、古田会议旧址、香山革命纪念地等红色旅游景区迎来客流高峰。而到北京天安门看升旗、到延安重走长征路、到井冈山感受“星星之火”，这三条红色旅游路线成为了今年国庆假期旅游的最热门选择。随着时代的发展，现在报团旅游的市民主要以中老年人群为主，而年轻人都会选择自由行的方式走一趟红色线路，感受新中国成立</w:t>
      </w:r>
      <w:r>
        <w:rPr>
          <w:rFonts w:eastAsia="楷体" w:cs="楷体" w:ascii="楷体" w:hAnsi="楷体"/>
          <w:color w:val="000000"/>
        </w:rPr>
        <w:t>70</w:t>
      </w:r>
      <w:r>
        <w:rPr>
          <w:rFonts w:ascii="楷体" w:hAnsi="楷体" w:cs="楷体" w:eastAsia="楷体"/>
          <w:color w:val="000000"/>
        </w:rPr>
        <w:t>周年的沧桑巨变。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2019</w:t>
      </w:r>
      <w:r>
        <w:rPr>
          <w:rFonts w:ascii="楷体" w:hAnsi="楷体" w:cs="楷体" w:eastAsia="楷体"/>
          <w:color w:val="000000"/>
        </w:rPr>
        <w:t>年国庆黄金周来北京旅游人数最多的城市是河北省石家庄市，天津市排名第二，可见京津冀三小时旅游圈正在成型。据了解，</w:t>
      </w:r>
      <w:r>
        <w:rPr>
          <w:rFonts w:eastAsia="楷体" w:cs="楷体" w:ascii="楷体" w:hAnsi="楷体"/>
          <w:color w:val="000000"/>
        </w:rPr>
        <w:t>2018</w:t>
      </w:r>
      <w:r>
        <w:rPr>
          <w:rFonts w:ascii="楷体" w:hAnsi="楷体" w:cs="楷体" w:eastAsia="楷体"/>
          <w:color w:val="000000"/>
        </w:rPr>
        <w:t>京津冀旅游年卡加盟景区的丰度及广度均得到了前所未有的大幅提升，持有一张卡即可以优惠价畅游京津冀地区</w:t>
      </w:r>
      <w:r>
        <w:rPr>
          <w:rFonts w:eastAsia="楷体" w:cs="楷体" w:ascii="楷体" w:hAnsi="楷体"/>
          <w:color w:val="000000"/>
        </w:rPr>
        <w:t>199</w:t>
      </w:r>
      <w:r>
        <w:rPr>
          <w:rFonts w:ascii="楷体" w:hAnsi="楷体" w:cs="楷体" w:eastAsia="楷体"/>
          <w:color w:val="000000"/>
        </w:rPr>
        <w:t>家景区。中国老教授协会副会长王富德向本报记者说道：“京津冀旅游年卡是由中国老龄产业协会老龄旅游产业促进委员会发放的福利性质的旅游年卡产品，顺应了京津冀协同发展的大趋势，满足了人民群众、特别是老年群体的旅游需求。这一张小小的旅游年卡，将京津冀三地的旅游市场、资源和产品串联到一起，同时还能带动旅游与农业、工业等其他产业的融合发展。</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ind w:firstLine="420" w:end="0"/>
        <w:jc w:val="start"/>
        <w:textAlignment w:val="center"/>
        <w:rPr>
          <w:color w:val="000000"/>
        </w:rPr>
      </w:pPr>
      <w:r>
        <w:rPr>
          <w:rFonts w:eastAsia="宋体;SimSun" w:cs="宋体;SimSun" w:ascii="宋体;SimSun" w:hAnsi="宋体;SimSun"/>
          <w:color w:val="000000"/>
        </w:rPr>
        <w:drawing>
          <wp:inline distT="0" distB="0" distL="0" distR="0">
            <wp:extent cx="3057525" cy="2457450"/>
            <wp:effectExtent l="0" t="0" r="0" b="0"/>
            <wp:docPr id="137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6"/>
                    <pic:cNvPicPr>
                      <a:picLocks noChangeAspect="1" noChangeArrowheads="1"/>
                    </pic:cNvPicPr>
                  </pic:nvPicPr>
                  <pic:blipFill>
                    <a:blip r:embed="rId32"/>
                    <a:srcRect l="-12" t="-15" r="-12" b="-15"/>
                    <a:stretch>
                      <a:fillRect/>
                    </a:stretch>
                  </pic:blipFill>
                  <pic:spPr bwMode="auto">
                    <a:xfrm>
                      <a:off x="0" y="0"/>
                      <a:ext cx="3057525" cy="2457450"/>
                    </a:xfrm>
                    <a:prstGeom prst="rect">
                      <a:avLst/>
                    </a:prstGeom>
                    <a:noFill/>
                  </pic:spPr>
                </pic:pic>
              </a:graphicData>
            </a:graphic>
          </wp:inline>
        </w:drawing>
      </w:r>
      <w:r>
        <w:rPr>
          <w:rFonts w:eastAsia="宋体;SimSun" w:cs="宋体;SimSun" w:ascii="宋体;SimSun" w:hAnsi="宋体;SimSun"/>
          <w:color w:val="000000"/>
        </w:rPr>
        <w:drawing>
          <wp:inline distT="0" distB="0" distL="0" distR="0">
            <wp:extent cx="1857375" cy="2581275"/>
            <wp:effectExtent l="0" t="0" r="0" b="0"/>
            <wp:docPr id="137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7"/>
                    <pic:cNvPicPr>
                      <a:picLocks noChangeAspect="1" noChangeArrowheads="1"/>
                    </pic:cNvPicPr>
                  </pic:nvPicPr>
                  <pic:blipFill>
                    <a:blip r:embed="rId33"/>
                    <a:srcRect l="-19" t="-14" r="-19" b="-14"/>
                    <a:stretch>
                      <a:fillRect/>
                    </a:stretch>
                  </pic:blipFill>
                  <pic:spPr bwMode="auto">
                    <a:xfrm>
                      <a:off x="0" y="0"/>
                      <a:ext cx="1857375" cy="2581275"/>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阅读材料一，说说你从中得到了哪些结论。</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阅读材料二，根据你对材料的理解，完成下面的填空。</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因为</w:t>
      </w:r>
      <w:r>
        <w:rPr>
          <w:rFonts w:eastAsia="宋体;SimSun" w:cs="宋体;SimSun" w:ascii="宋体;SimSun" w:hAnsi="宋体;SimSun"/>
          <w:color w:val="000000"/>
        </w:rPr>
        <w:t>______________</w:t>
      </w:r>
      <w:r>
        <w:rPr>
          <w:rFonts w:ascii="宋体;SimSun" w:hAnsi="宋体;SimSun" w:cs="宋体;SimSun"/>
          <w:color w:val="000000"/>
        </w:rPr>
        <w:t>，所以</w:t>
      </w:r>
      <w:r>
        <w:rPr>
          <w:rFonts w:eastAsia="宋体;SimSun" w:cs="宋体;SimSun" w:ascii="宋体;SimSun" w:hAnsi="宋体;SimSun"/>
          <w:color w:val="000000"/>
        </w:rPr>
        <w:t>___________________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北京市初一学生小明今年国庆黄金周计划和奶奶一同去旅游，他在认真阅读了以上的三则材料后，从天津平津战役纪念馆、成都青城山、杭州西湖三处景区中选择了天津平津战役纪念馆。请你结合材料内容说说他这样选择的原因。</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15. </w:t>
      </w:r>
      <w:r>
        <w:rPr>
          <w:rFonts w:ascii="宋体;SimSun" w:hAnsi="宋体;SimSun" w:cs="宋体;SimSun"/>
          <w:color w:val="000000"/>
        </w:rPr>
        <w:t>国庆出游人数众多并且逐年增长；受国庆</w:t>
      </w:r>
      <w:r>
        <w:rPr>
          <w:rFonts w:eastAsia="宋体;SimSun" w:cs="宋体;SimSun" w:ascii="宋体;SimSun" w:hAnsi="宋体;SimSun"/>
          <w:color w:val="000000"/>
        </w:rPr>
        <w:t>70</w:t>
      </w:r>
      <w:r>
        <w:rPr>
          <w:rFonts w:ascii="宋体;SimSun" w:hAnsi="宋体;SimSun" w:cs="宋体;SimSun"/>
          <w:color w:val="000000"/>
        </w:rPr>
        <w:t>周年的影响，大部分人都以不同形式参与了红色旅游。</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16.     (1). </w:t>
      </w:r>
      <w:r>
        <w:rPr>
          <w:rFonts w:ascii="宋体;SimSun" w:hAnsi="宋体;SimSun" w:cs="宋体;SimSun"/>
          <w:color w:val="000000"/>
        </w:rPr>
        <w:t>因为京津冀三小时旅游圈成型。（或：距离近、票价有优惠。）</w:t>
      </w:r>
      <w:r>
        <w:rPr>
          <w:color w:val="000000"/>
        </w:rPr>
        <w:t xml:space="preserve">    </w:t>
      </w:r>
      <w:r>
        <w:rPr>
          <w:color w:val="000000"/>
        </w:rPr>
        <w:t xml:space="preserve">(2). </w:t>
      </w:r>
      <w:r>
        <w:rPr>
          <w:rFonts w:ascii="宋体;SimSun" w:hAnsi="宋体;SimSun" w:cs="宋体;SimSun"/>
          <w:color w:val="000000"/>
        </w:rPr>
        <w:t>所以石家庄成为来京旅游人数最多的城市。（或：石家庄市和天津市来京旅游人数名列第一第二位。）</w:t>
      </w:r>
      <w:r>
        <w:rPr>
          <w:color w:val="000000"/>
        </w:rPr>
        <w:t xml:space="preserve">    </w:t>
      </w:r>
    </w:p>
    <w:p>
      <w:pPr>
        <w:pStyle w:val="Normal"/>
        <w:spacing w:lineRule="auto" w:line="360"/>
        <w:textAlignment w:val="center"/>
        <w:rPr/>
      </w:pPr>
      <w:r>
        <w:rPr>
          <w:color w:val="000000"/>
        </w:rPr>
        <w:t xml:space="preserve">17. </w:t>
      </w:r>
      <w:r>
        <w:rPr>
          <w:rFonts w:ascii="宋体;SimSun" w:hAnsi="宋体;SimSun" w:cs="宋体;SimSun"/>
          <w:color w:val="000000"/>
        </w:rPr>
        <w:t>距离近、天气好、人数少、红色旅游。（答出三点即可）</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要求学生仔细阅读材料一，概括即可。结合“</w:t>
      </w:r>
      <w:r>
        <w:rPr>
          <w:rFonts w:eastAsia="宋体;SimSun" w:cs="宋体;SimSun" w:ascii="宋体;SimSun" w:hAnsi="宋体;SimSun"/>
          <w:color w:val="000000"/>
        </w:rPr>
        <w:t>2019</w:t>
      </w:r>
      <w:r>
        <w:rPr>
          <w:rFonts w:ascii="宋体;SimSun" w:hAnsi="宋体;SimSun" w:cs="宋体;SimSun"/>
          <w:color w:val="000000"/>
        </w:rPr>
        <w:t>年国庆黄金周全国共接待国内游客</w:t>
      </w:r>
      <w:r>
        <w:rPr>
          <w:rFonts w:eastAsia="宋体;SimSun" w:cs="宋体;SimSun" w:ascii="宋体;SimSun" w:hAnsi="宋体;SimSun"/>
          <w:color w:val="000000"/>
        </w:rPr>
        <w:t>7.26</w:t>
      </w:r>
      <w:r>
        <w:rPr>
          <w:rFonts w:ascii="宋体;SimSun" w:hAnsi="宋体;SimSun" w:cs="宋体;SimSun"/>
          <w:color w:val="000000"/>
        </w:rPr>
        <w:t>亿人次，同比增长</w:t>
      </w:r>
      <w:r>
        <w:rPr>
          <w:rFonts w:eastAsia="宋体;SimSun" w:cs="宋体;SimSun" w:ascii="宋体;SimSun" w:hAnsi="宋体;SimSun"/>
          <w:color w:val="000000"/>
        </w:rPr>
        <w:t>9.43%</w:t>
      </w:r>
      <w:r>
        <w:rPr>
          <w:rFonts w:ascii="宋体;SimSun" w:hAnsi="宋体;SimSun" w:cs="宋体;SimSun"/>
          <w:color w:val="000000"/>
        </w:rPr>
        <w:t>。重点景区人气火爆，客流达到峰值。”得出：国庆出游人数众多并且逐年增长；结合“调查表明，</w:t>
      </w:r>
      <w:r>
        <w:rPr>
          <w:rFonts w:eastAsia="宋体;SimSun" w:cs="宋体;SimSun" w:ascii="宋体;SimSun" w:hAnsi="宋体;SimSun"/>
          <w:color w:val="000000"/>
        </w:rPr>
        <w:t>78.84%</w:t>
      </w:r>
      <w:r>
        <w:rPr>
          <w:rFonts w:ascii="宋体;SimSun" w:hAnsi="宋体;SimSun" w:cs="宋体;SimSun"/>
          <w:color w:val="000000"/>
        </w:rPr>
        <w:t>的游客参与了各式国庆庆祝活动。中共一大会址、南湖红船、杨家岭、西柏坡、古田会议旧址、香山革命纪念地等红色旅游景区迎来客流高峰。而到北京天安门看升旗、到延安重走长征路、到井冈山感受‘星星之火’，这三条红色旅游路线成为了今年国庆假期旅游的最热门选择”得出：受国庆</w:t>
      </w:r>
      <w:r>
        <w:rPr>
          <w:rFonts w:eastAsia="宋体;SimSun" w:cs="宋体;SimSun" w:ascii="宋体;SimSun" w:hAnsi="宋体;SimSun"/>
          <w:color w:val="000000"/>
        </w:rPr>
        <w:t>70</w:t>
      </w:r>
      <w:r>
        <w:rPr>
          <w:rFonts w:ascii="宋体;SimSun" w:hAnsi="宋体;SimSun" w:cs="宋体;SimSun"/>
          <w:color w:val="000000"/>
        </w:rPr>
        <w:t>周年的影响，大部分人都以不同形式参与了红色旅游。</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要求学生仔细阅读材料二。理解材料之间的因果关系。如：因为“京津冀三小时旅游圈正在成型”，所以“石家庄市和天津市来京旅游人数名列第一第二位”。或因为“京津冀旅游年卡顺应了京津冀协同发展的大趋势，满足了人民群众、特别是老年群体的旅游需求”，所以“能带动旅游与农业、工业等其他产业的融合发展”。</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要求学生结合二人的年龄和景区的消费热度和国庆节时全国的天气情况分析。“天津平津战役纪念馆”距离较近，天气适宜外出，是红色旅游景点。“成都青城山”距离较远，天气不好，雨较多。“杭州西湖”距离远，先晴后期有风雨，人数多。据此分析“天津平津战役纪念馆”符合距离近、天气好、人数少、红色旅游的特点。</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阅读《冬日香山》，完成下面小题。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冬日香山</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梁衡</w:t>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要不是有公务，谁会在这天寒地冻的时节来香山呢？可话又说回来，要不是恰在这时来，</w:t>
      </w:r>
      <w:r>
        <w:rPr>
          <w:rFonts w:ascii="楷体" w:hAnsi="楷体" w:cs="楷体" w:eastAsia="楷体"/>
          <w:color w:val="000000"/>
          <w:em w:val="underDot"/>
        </w:rPr>
        <w:t>香山性格的那一面</w:t>
      </w:r>
      <w:r>
        <w:rPr>
          <w:rFonts w:ascii="楷体" w:hAnsi="楷体" w:cs="楷体" w:eastAsia="楷体"/>
          <w:color w:val="000000"/>
        </w:rPr>
        <w:t>，我又哪能知道呢？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开三天会，就住在公园内的别墅里。偌大个公园为我们独享，也是一种满足。早晨一爬起来我便去逛山。这里我春天时来过，是花的世界；夏天时来过，是浓阴的世界；秋天时来过，是红叶的世界。而这三季都游客满山——说到底是人的世界。形形色色的服装，南腔北调的话音，这一切将山路林间都塞满了。现在可好，无花，无叶，无红，无绿，更没有多少人，好一座空落落的香山，好一个清净的世界。</w:t>
      </w:r>
    </w:p>
    <w:p>
      <w:pPr>
        <w:pStyle w:val="Normal"/>
        <w:spacing w:lineRule="auto" w:line="360"/>
        <w:ind w:firstLine="420" w:end="0"/>
        <w:jc w:val="start"/>
        <w:textAlignment w:val="center"/>
        <w:rPr/>
      </w:pPr>
      <w:r>
        <w:rPr>
          <w:rFonts w:eastAsia="楷体" w:cs="楷体" w:ascii="楷体" w:hAnsi="楷体"/>
          <w:color w:val="000000"/>
        </w:rPr>
        <w:t>③</w:t>
      </w:r>
      <w:r>
        <w:rPr>
          <w:rFonts w:ascii="楷体" w:hAnsi="楷体" w:cs="楷体" w:eastAsia="楷体"/>
          <w:color w:val="000000"/>
        </w:rPr>
        <w:t>过去来时，路边是夹道的丁香，厚绿的圆形叶片，白的或紫色的小花；现在只剩下灰褐色的劲枝，枝头挑着些已弹去种籽的空壳。过去来时，山坡上是些层层片片的灌木，扑闪着自己霜红的叶片，如一团团的火苗，在秋风中翻腾；现在远望灰蒙蒙的一片，其身其形和石和土几乎融在一起，很难觅到它的音容。过去来时，林间树下是厚厚的绿草，绒绒地由山脚铺到山顶；现在它们或枯萎在石缝间，或被风扫卷着聚缠在树根下。如果说秋是水落石出，</w:t>
      </w:r>
      <w:r>
        <w:rPr>
          <w:rFonts w:ascii="楷体" w:hAnsi="楷体" w:cs="楷体" w:eastAsia="楷体"/>
          <w:color w:val="000000"/>
          <w:u w:val="single"/>
        </w:rPr>
        <w:t xml:space="preserve">  （</w:t>
      </w:r>
      <w:r>
        <w:rPr>
          <w:rFonts w:eastAsia="楷体" w:cs="楷体" w:ascii="楷体" w:hAnsi="楷体"/>
          <w:color w:val="000000"/>
          <w:u w:val="single"/>
        </w:rPr>
        <w:t>1</w:t>
      </w:r>
      <w:r>
        <w:rPr>
          <w:rFonts w:ascii="楷体" w:hAnsi="楷体" w:cs="楷体" w:eastAsia="楷体"/>
          <w:color w:val="000000"/>
          <w:u w:val="single"/>
        </w:rPr>
        <w:t xml:space="preserve">）  </w:t>
      </w:r>
      <w:r>
        <w:rPr>
          <w:rFonts w:ascii="楷体" w:hAnsi="楷体" w:cs="楷体" w:eastAsia="楷体"/>
          <w:color w:val="000000"/>
        </w:rPr>
        <w:t>。在山下一望山顶的鬼见愁，黑森森的石崖，蜿蜒的石路，历历在目。连路边的巨石也都像是突然奔来眼前，过去从未相见似的。可以想见，当秋气初收、冬雪欲降之时，这山感到三季的重负将去，便迎着寒风将阔肩一抖，抖掉那些攀附在身的柔枝软叶。【甲】</w:t>
      </w:r>
      <w:r>
        <w:rPr>
          <w:rFonts w:ascii="楷体" w:hAnsi="楷体" w:cs="楷体" w:eastAsia="楷体"/>
          <w:color w:val="000000"/>
          <w:u w:val="single"/>
        </w:rPr>
        <w:t>它又将山门一闭，推出那些没完没了的闲客，然后正襟危坐，巍巍然俯视大千，静静地享受安宁。</w:t>
      </w:r>
      <w:r>
        <w:rPr>
          <w:rFonts w:ascii="楷体" w:hAnsi="楷体" w:cs="楷体" w:eastAsia="楷体"/>
          <w:color w:val="000000"/>
        </w:rPr>
        <w:t>我现在就正步入这个虚静世界。苏轼在夜深人静时去游承天寺，感觉到寺之明静如处积水之中，我今于冬日游香山，神清气朗如在真空。</w:t>
      </w:r>
    </w:p>
    <w:p>
      <w:pPr>
        <w:pStyle w:val="Normal"/>
        <w:spacing w:lineRule="auto" w:line="360"/>
        <w:ind w:firstLine="420" w:end="0"/>
        <w:jc w:val="start"/>
        <w:textAlignment w:val="center"/>
        <w:rPr/>
      </w:pPr>
      <w:r>
        <w:rPr>
          <w:rFonts w:eastAsia="楷体" w:cs="楷体" w:ascii="楷体" w:hAnsi="楷体"/>
          <w:color w:val="000000"/>
        </w:rPr>
        <w:t>④</w:t>
      </w:r>
      <w:r>
        <w:rPr>
          <w:rFonts w:ascii="楷体" w:hAnsi="楷体" w:cs="楷体" w:eastAsia="楷体"/>
          <w:color w:val="000000"/>
        </w:rPr>
        <w:t>与春夏相比，这山上不变的是松柏。一出别墅的后门就有十几株两抱之粗的苍松直通天穹。树干粗粗壮壮，溜光挺直，直到树梢尽头才伸出几根虬劲的枝，枝上挂着束束松针，该怎样绿还是怎样绿。这时太阳从东方冉冉升起，走到松枝间却寂然不动了。我徘徊于树下又斜倚在石上，看着这红日绿松，心中</w:t>
      </w:r>
      <w:r>
        <w:rPr>
          <w:rFonts w:ascii="楷体" w:hAnsi="楷体" w:cs="楷体" w:eastAsia="楷体"/>
          <w:color w:val="000000"/>
          <w:u w:val="single"/>
        </w:rPr>
        <w:t xml:space="preserve">  （</w:t>
      </w:r>
      <w:r>
        <w:rPr>
          <w:rFonts w:eastAsia="楷体" w:cs="楷体" w:ascii="楷体" w:hAnsi="楷体"/>
          <w:color w:val="000000"/>
          <w:u w:val="single"/>
        </w:rPr>
        <w:t>2</w:t>
      </w:r>
      <w:r>
        <w:rPr>
          <w:rFonts w:ascii="楷体" w:hAnsi="楷体" w:cs="楷体" w:eastAsia="楷体"/>
          <w:color w:val="000000"/>
          <w:u w:val="single"/>
        </w:rPr>
        <w:t xml:space="preserve">）  </w:t>
      </w:r>
      <w:r>
        <w:rPr>
          <w:rFonts w:ascii="楷体" w:hAnsi="楷体" w:cs="楷体" w:eastAsia="楷体"/>
          <w:color w:val="000000"/>
        </w:rPr>
        <w:t>如在涅槃，觉得胸若虚谷，头悬明镜，人山一体。此时我只感到山的巍峨与松的伟岸，冬日香山就只剩下这两样东西了。苍松之外，还有一些新松，栽在路旁，冒出油绿的针叶，好像全然不知外面的季节。与松做伴的还有柏树与翠竹。柏树或矗立路旁，或伸出于石岩，森森然，与松呼应。翠竹则在房檐下山脚旁，挺着秀气的枝，伸出绿绿的叶，远远地做一些铺垫。你看它们身下那些形容萎缩的衰草败枝，你看它们头上的红日蓝天，你看那被山风打扫得干干净净的石板路，你就会明白松树的骄傲。它不因风寒而笼袖缩脖，不因人少而自卑自惭。我奇怪人们的好奇心那么强，可怎么没有想到在秋敛冬凝之后再来香山看看松柏的形象。</w:t>
      </w:r>
    </w:p>
    <w:p>
      <w:pPr>
        <w:pStyle w:val="Normal"/>
        <w:spacing w:lineRule="auto" w:line="360"/>
        <w:ind w:firstLine="420" w:end="0"/>
        <w:jc w:val="start"/>
        <w:textAlignment w:val="center"/>
        <w:rPr/>
      </w:pPr>
      <w:r>
        <w:rPr>
          <w:rFonts w:eastAsia="楷体" w:cs="楷体" w:ascii="楷体" w:hAnsi="楷体"/>
          <w:color w:val="000000"/>
        </w:rPr>
        <w:t>⑤</w:t>
      </w:r>
      <w:r>
        <w:rPr>
          <w:rFonts w:ascii="楷体" w:hAnsi="楷体" w:cs="楷体" w:eastAsia="楷体"/>
          <w:color w:val="000000"/>
        </w:rPr>
        <w:t>当我登上山顶时回望远处烟霭茫茫，亭台隐隐，脚下山石奔突，松柏连理，无花无草，一色灰褐。【乙】</w:t>
      </w:r>
      <w:r>
        <w:rPr>
          <w:rFonts w:ascii="楷体" w:hAnsi="楷体" w:cs="楷体" w:eastAsia="楷体"/>
          <w:color w:val="000000"/>
          <w:u w:val="single"/>
        </w:rPr>
        <w:t>好一幅天然焦墨山水图。</w:t>
      </w:r>
      <w:r>
        <w:rPr>
          <w:rFonts w:ascii="楷体" w:hAnsi="楷体" w:cs="楷体" w:eastAsia="楷体"/>
          <w:color w:val="000000"/>
        </w:rPr>
        <w:t>焦墨笔法者舍色而用墨，不要掩饰只留本质。你看这山，它借着季节相助舍掉了丁香的香味，芳草的倩影，枫树的火红，还有游客的捧场。只留下这长青的松柏来做自己的山魂。山路寂寂，阒然无人。我边走边想比较着几次来香山的收获。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香山，这个神清气朗的冬日。</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（原文有删改）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根据上下文，在（</w:t>
      </w:r>
      <w:r>
        <w:rPr>
          <w:rFonts w:eastAsia="宋体;SimSun" w:cs="宋体;SimSun" w:ascii="宋体;SimSun" w:hAnsi="宋体;SimSun"/>
          <w:color w:val="000000"/>
        </w:rPr>
        <w:t>1</w:t>
      </w: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）两处横线上依次填入词句，将内容补充完整，最恰当的一项是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冬则是草木去而山石显了  躁动不安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color w:val="000000"/>
        </w:rPr>
        <w:t>冬则是草木去而山石显了  澄静安闲</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冬则是草木荣而山石隐了  澄静安闲</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D. </w:t>
      </w:r>
      <w:r>
        <w:rPr>
          <w:rFonts w:ascii="宋体;SimSun" w:hAnsi="宋体;SimSun" w:cs="宋体;SimSun"/>
          <w:color w:val="000000"/>
        </w:rPr>
        <w:t>冬则是草木荣而山石隐了  躁动不安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作者在文中大量运用了对比手法。文章第③段把</w:t>
      </w:r>
      <w:r>
        <w:rPr>
          <w:rFonts w:eastAsia="宋体;SimSun" w:cs="宋体;SimSun" w:ascii="宋体;SimSun" w:hAnsi="宋体;SimSun"/>
          <w:color w:val="000000"/>
        </w:rPr>
        <w:t>__________</w:t>
      </w:r>
      <w:r>
        <w:rPr>
          <w:rFonts w:ascii="宋体;SimSun" w:hAnsi="宋体;SimSun" w:cs="宋体;SimSun"/>
          <w:color w:val="000000"/>
        </w:rPr>
        <w:t>与</w:t>
      </w:r>
      <w:r>
        <w:rPr>
          <w:rFonts w:eastAsia="宋体;SimSun" w:cs="宋体;SimSun" w:ascii="宋体;SimSun" w:hAnsi="宋体;SimSun"/>
          <w:color w:val="000000"/>
        </w:rPr>
        <w:t>___________</w:t>
      </w:r>
      <w:r>
        <w:rPr>
          <w:rFonts w:ascii="宋体;SimSun" w:hAnsi="宋体;SimSun" w:cs="宋体;SimSun"/>
          <w:color w:val="000000"/>
        </w:rPr>
        <w:t>对比，凸显了冬日香山草木凋零的状况。第④段写香山的松柏时，与“它们身下那些形容萎缩的衰草败枝”对比</w:t>
      </w:r>
      <w:r>
        <w:rPr>
          <w:rFonts w:eastAsia="宋体;SimSun" w:cs="宋体;SimSun" w:ascii="宋体;SimSun" w:hAnsi="宋体;SimSun"/>
          <w:color w:val="000000"/>
        </w:rPr>
        <w:t>,</w:t>
      </w:r>
      <w:r>
        <w:rPr>
          <w:rFonts w:ascii="宋体;SimSun" w:hAnsi="宋体;SimSun" w:cs="宋体;SimSun"/>
          <w:color w:val="000000"/>
        </w:rPr>
        <w:t>是为了</w:t>
      </w:r>
      <w:r>
        <w:rPr>
          <w:rFonts w:eastAsia="宋体;SimSun" w:cs="宋体;SimSun" w:ascii="宋体;SimSun" w:hAnsi="宋体;SimSun"/>
          <w:color w:val="000000"/>
        </w:rPr>
        <w:t>___________________________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请从文中【甲】【乙】两处画线语句中任选一处，说说该句使用了什么修辞方法，写出了景物怎样的特点，并结合上下文，分析其中蕴含的作者情感。</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请结合全文，说说香山春天、夏天、秋天的共同特点是什么，并谈谈你对文章第①段“香山性格的那一面”的理解。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B    19.     (1). </w:t>
      </w:r>
      <w:r>
        <w:rPr>
          <w:rFonts w:ascii="宋体;SimSun" w:hAnsi="宋体;SimSun" w:cs="宋体;SimSun"/>
          <w:color w:val="000000"/>
        </w:rPr>
        <w:t>过去来时所见香山景色</w:t>
      </w:r>
      <w:r>
        <w:rPr>
          <w:color w:val="000000"/>
        </w:rPr>
        <w:t xml:space="preserve">    </w:t>
      </w:r>
      <w:r>
        <w:rPr>
          <w:color w:val="000000"/>
        </w:rPr>
        <w:t xml:space="preserve">(2). </w:t>
      </w:r>
      <w:r>
        <w:rPr>
          <w:rFonts w:ascii="宋体;SimSun" w:hAnsi="宋体;SimSun" w:cs="宋体;SimSun"/>
          <w:color w:val="000000"/>
        </w:rPr>
        <w:t>现在所见香山景象</w:t>
      </w:r>
      <w:r>
        <w:rPr>
          <w:color w:val="000000"/>
        </w:rPr>
        <w:t xml:space="preserve">    </w:t>
      </w:r>
      <w:r>
        <w:rPr>
          <w:color w:val="000000"/>
        </w:rPr>
        <w:t xml:space="preserve">(3). </w:t>
      </w:r>
      <w:r>
        <w:rPr>
          <w:rFonts w:ascii="宋体;SimSun" w:hAnsi="宋体;SimSun" w:cs="宋体;SimSun"/>
          <w:color w:val="000000"/>
        </w:rPr>
        <w:t>突出松柏不畏严寒、顽强骄傲的特点。</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【甲】处运用了拟人手法，“推出”“正襟危坐”“俯视”“静静地享受”等词写出了香山除去繁华、清净安宁、肃穆虚静的特点，蕴含了作者神清气朗的闲适惬意。</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【乙】处运用了比喻手法，把登顶所见的景色比作焦墨山水图，写出了所见景象色彩素净、画面淡雅的特点，蕴含了作者对冬日香山不要掩饰只留本质的欣赏之情。</w:t>
      </w:r>
      <w:r>
        <w:rPr>
          <w:color w:val="000000"/>
        </w:rPr>
        <w:t xml:space="preserve">    </w:t>
      </w:r>
    </w:p>
    <w:p>
      <w:pPr>
        <w:pStyle w:val="Normal"/>
        <w:spacing w:lineRule="auto" w:line="360"/>
        <w:jc w:val="start"/>
        <w:textAlignment w:val="center"/>
        <w:rPr/>
      </w:pPr>
      <w:r>
        <w:rPr>
          <w:color w:val="000000"/>
        </w:rPr>
        <w:t xml:space="preserve">21. </w:t>
      </w:r>
      <w:r>
        <w:rPr>
          <w:rFonts w:ascii="宋体;SimSun" w:hAnsi="宋体;SimSun" w:cs="宋体;SimSun"/>
          <w:color w:val="000000"/>
        </w:rPr>
        <w:t>香山春、夏、秋的共同特点是游客满山，有花叶的装饰，热闹而繁华。“香山性格的那一面”指冬日香山因花叶凋零而清净、虚静，又因松柏长青而呈现出铮铮硬骨与浩浩正气。</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要求学生结合语境分析。第一处结合“秋</w:t>
      </w:r>
      <w:r>
        <w:rPr>
          <w:rFonts w:ascii="宋体;SimSun" w:hAnsi="宋体;SimSun" w:cs="宋体;SimSun"/>
          <w:color w:val="000000"/>
        </w:rPr>
        <w:drawing>
          <wp:inline distT="0" distB="0" distL="0" distR="0">
            <wp:extent cx="132080" cy="167640"/>
            <wp:effectExtent l="0" t="0" r="0" b="0"/>
            <wp:docPr id="137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8"/>
                    <pic:cNvPicPr>
                      <a:picLocks noChangeAspect="1" noChangeArrowheads="1"/>
                    </pic:cNvPicPr>
                  </pic:nvPicPr>
                  <pic:blipFill>
                    <a:blip r:embed="rId34"/>
                    <a:srcRect l="-203" t="-203" r="-203" b="-203"/>
                    <a:stretch>
                      <a:fillRect/>
                    </a:stretch>
                  </pic:blipFill>
                  <pic:spPr bwMode="auto">
                    <a:xfrm>
                      <a:off x="0" y="0"/>
                      <a:ext cx="132080" cy="167640"/>
                    </a:xfrm>
                    <a:prstGeom prst="rect">
                      <a:avLst/>
                    </a:prstGeom>
                    <a:noFill/>
                  </pic:spPr>
                </pic:pic>
              </a:graphicData>
            </a:graphic>
          </wp:inline>
        </w:drawing>
      </w:r>
      <w:r>
        <w:rPr>
          <w:rFonts w:ascii="宋体;SimSun" w:hAnsi="宋体;SimSun" w:cs="宋体;SimSun"/>
          <w:color w:val="000000"/>
        </w:rPr>
        <w:t>水落石出”，冬天树木落叶而草枯是自然规律分析，应填“冬则是草木去而山石显了”。第二处结合“如在涅槃，觉得胸若虚谷，头悬明镜，人山一体”分析，应填“澄静安闲”。故选</w:t>
      </w:r>
      <w:r>
        <w:rPr>
          <w:rFonts w:eastAsia="宋体;SimSun" w:cs="宋体;SimSun" w:ascii="宋体;SimSun" w:hAnsi="宋体;SimSun"/>
          <w:color w:val="000000"/>
        </w:rPr>
        <w:t>B</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要求学生仔细阅读文本，结合文本内容分析。根据“过去来时……”概括得出：过去来时所见香山景色。根据“我现在就正步入这个虚静世界。苏轼在夜深人静时去游承天寺，感觉到寺之明静如处积水之中，我今于冬日游香山，神清气朗如在真空”概括得出：现在所见香山景象。这是二者的对比。第三空结合“你看它们身下那些形容萎缩的衰草败枝，你看它们头上的红日蓝天，你看那被山风打扫得干干净净的石板路，你就会明白松树的骄傲。它不因风寒而笼袖缩脖，不因人少而自卑自惭”得出：松柏不畏严寒、顽强骄傲的特点。</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要求学生掌握常用的修辞方法及作用。结合语境首先写出修辞方法，然后写出表达效果和体现的情感。结合划线句分析。甲处运用了拟人手法，“推出”“正襟危坐”“俯视”“静静地享受”等词把“香山”拟人化。乙处运用了比喻手法，把“登顶所见的景色”比作“焦墨山水图”。运用“生动形象的写出……，表达了……情感”的模式，写出表达效果即可。</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要求学生结合文本内容概括即可。结合“这里我春天时来过，是花的世界；夏天时来过，是浓阴的世界；秋天时来过，是红叶的世界。而这三季都游客满山——说到底是人的世界”得出：香山春、夏、秋的共同特点是游客满山，有花叶的装饰，热闹而繁华。结合“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得出“香山性格的那一面”是：毅然收起了那些过眼繁花，只留下这铮铮铁骨与浩浩正气。</w:t>
      </w:r>
    </w:p>
    <w:p>
      <w:pPr>
        <w:pStyle w:val="Heading3"/>
      </w:pPr>
      <w:r>
        <w:t>第四十三中学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18</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阅读《往事依依》完成各题。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往事依依</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于漪</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年华似流水。几十年过去，不少事情已经模糊，有的搜索枯肠而不可得，但有几件事仍历历在目，至今记忆犹新。</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小时候，我住的小屋里挂着一幅山水画。这只是一幅极普通的画，清晨看到，晚上看到，一天少说看到三四次，竟百看不厌。有时凝视久了，自己也仿佛进入画中“徜徉于山水之间”，甚得其乐。入了神，自然乐在其中。家里有一部《评注图像水浒传》，一打开，就被一幅幅插图吸引住了。梁山雄伟险峻，水泊烟波浩淼，水面有无边无际的芦苇，山上有一排排大房子……这一切，在我幼小的心灵里好像就是家乡长江边焦山一带。那时读《水浒传》，会不知不觉把焦山一带风景当作梁山泊背景，我似乎目睹何涛、黄安率领的官军在茫茫荡荡的焦山下，在芦苇水港中走投无路、狼狈逃窜的情景，犹如身历其境，真是津津有味。以后年龄增长，也曾重读《水浒传》，虽然理解比小时候深入，但是形象却不如那时鲜明。后来才懂得，这就是形象思维的作用，生动的形象可以形成深刻的记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学生时代的生活乐趣，很大程度来自读书。书，给我以广阔的天地，而其中编织我童年美丽的生活花环的，竟是一本让人看不上眼的石印本《千家诗》。</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祖国的大地山川气象万千，家乡的山山水水也美丽非凡。一年之中，风光流转，阴晴雨晦，丽日蓝天，风云变幻，真是美不胜收。《千家诗》中很大部分诗歌歌咏祖国风物，按春夏秋冬时序编排，打开书往下念，四季风光就活生生地展现在眼前：“万紫千红总是春”，“春城无处不飞花”；“绿树阴浓夏日长”；“五月榴花照眼明”；“青女素娥俱耐冷，月中霜里斗婵娟”；“梅雪争春未肯隆，骚人搁笔费评章”……吟诵这些诗句，春花秋月，夏云冬雪，一年四季都沉醉在诗的意境之中。诗句中丰富的颜色给生活涂上了绚丽的色彩</w:t>
      </w:r>
      <w:r>
        <w:rPr>
          <w:rFonts w:eastAsia="楷体" w:cs="楷体" w:ascii="楷体" w:hAnsi="楷体"/>
          <w:color w:val="000000"/>
        </w:rPr>
        <w:t>:“</w:t>
      </w:r>
      <w:r>
        <w:rPr>
          <w:rFonts w:ascii="楷体" w:hAnsi="楷体" w:cs="楷体" w:eastAsia="楷体"/>
          <w:color w:val="000000"/>
        </w:rPr>
        <w:t>红紫芳菲”，“橙黄橘绿”，“黄鹂鸣翠柳”，“白鹭上青天”，令人眼花缭 乱，心旷神怡。脑海里常常浮现五彩纷呈的世界，沉浸在美的享受中，生活情趣浓浓郁郁。</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老师入情入理的讲课也在我心上雕镂下深刻的印象，培养了我课外阅读的兴趣。国文教师教古文喜欢大声朗诵。记得一次教辛弃疾的词《南乡子登京口北固亭有怀》，老师朗诵时头与肩膀左右摇摆着，真是悲歌慷慨，我们这些做学生的，爱国情怀油然而生。此后我每次登上满眼风光的北固楼，望着滚滚长江水，回顾千古兴亡事，总是感慨万端。不用说，这首词我至今还能背得滚瓜烂熟。我就是从那时开始爱读辛弃疾词的。也是在初中读书时，来了一位代课的国文老师，是年轻的新派人，他喜欢教白话文。有一次，教到田汉《南归》中的诗</w:t>
      </w:r>
      <w:r>
        <w:rPr>
          <w:rFonts w:eastAsia="楷体" w:cs="楷体" w:ascii="楷体" w:hAnsi="楷体"/>
          <w:color w:val="000000"/>
        </w:rPr>
        <w:t>/</w:t>
      </w:r>
      <w:r>
        <w:rPr>
          <w:rFonts w:ascii="楷体" w:hAnsi="楷体" w:cs="楷体" w:eastAsia="楷体"/>
          <w:color w:val="000000"/>
        </w:rPr>
        <w:t>模糊的村庄已在面前</w:t>
      </w:r>
      <w:r>
        <w:rPr>
          <w:rFonts w:eastAsia="楷体" w:cs="楷体" w:ascii="楷体" w:hAnsi="楷体"/>
          <w:color w:val="000000"/>
        </w:rPr>
        <w:t>/</w:t>
      </w:r>
      <w:r>
        <w:rPr>
          <w:rFonts w:ascii="楷体" w:hAnsi="楷体" w:cs="楷体" w:eastAsia="楷体"/>
          <w:color w:val="000000"/>
        </w:rPr>
        <w:t>礼拜堂的塔尖高耸昂然</w:t>
      </w:r>
      <w:r>
        <w:rPr>
          <w:rFonts w:eastAsia="楷体" w:cs="楷体" w:ascii="楷体" w:hAnsi="楷体"/>
          <w:color w:val="000000"/>
        </w:rPr>
        <w:t>/</w:t>
      </w:r>
      <w:r>
        <w:rPr>
          <w:rFonts w:ascii="楷体" w:hAnsi="楷体" w:cs="楷体" w:eastAsia="楷体"/>
          <w:color w:val="000000"/>
        </w:rPr>
        <w:t>依然是十年前的园柳、屋顶上寂寞地飘着炊烟</w:t>
      </w:r>
      <w:r>
        <w:rPr>
          <w:rFonts w:eastAsia="楷体" w:cs="楷体" w:ascii="楷体" w:hAnsi="楷体"/>
          <w:color w:val="000000"/>
        </w:rPr>
        <w:t>"</w:t>
      </w:r>
      <w:r>
        <w:rPr>
          <w:rFonts w:ascii="楷体" w:hAnsi="楷体" w:cs="楷体" w:eastAsia="楷体"/>
          <w:color w:val="000000"/>
        </w:rPr>
        <w:t>。老师朗诵着，进入了角色，那深深感动的神情凝注在眼睛里。这种感情传染了整个教室，一堂鸦雀无声，大家都被深深感动了。这几句诗镌刻在我心上，几十年过去，至今还能信口背出。此后，我对新文学更有兴趣，读了许多有名的中外小说，开阔了眼界，使自己的心与时代更加贴近了。如今只要稍一回忆，就仿佛看到国文老师那左右摇晃的身子和那注满情思的眼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老师常对我们说：“你们光念几篇课文是远远不够的，课外要有计划地认认真真读点好书；多读书，读好书，能丰富知识，增添智慧，成为一个志趣高尚的人。”谆谆教导铭刻在心，使我一生受用不尽。</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往事依依，金色的回忆唤起我的青春激情，催我不断奋进。</w:t>
      </w:r>
    </w:p>
    <w:p>
      <w:pPr>
        <w:pStyle w:val="Normal"/>
        <w:spacing w:lineRule="auto" w:line="360"/>
        <w:jc w:val="start"/>
        <w:textAlignment w:val="center"/>
        <w:rPr/>
      </w:pPr>
      <w:r>
        <w:rPr/>
        <w:t xml:space="preserve">14. </w:t>
      </w:r>
      <w:r>
        <w:rPr/>
        <w:t>依依往事中融入了作者缕缕情思，请阅读文章，完成表格。</w:t>
      </w:r>
    </w:p>
    <w:tbl>
      <w:tblPr>
        <w:tblW w:w="8350" w:type="dxa"/>
        <w:jc w:val="start"/>
        <w:tblInd w:w="0" w:type="dxa"/>
        <w:tblLayout w:type="fixed"/>
        <w:tblCellMar>
          <w:top w:w="75" w:type="dxa"/>
          <w:start w:w="108" w:type="dxa"/>
          <w:bottom w:w="75" w:type="dxa"/>
          <w:end w:w="108" w:type="dxa"/>
        </w:tblCellMar>
      </w:tblPr>
      <w:tblGrid>
        <w:gridCol w:w="4230"/>
        <w:gridCol w:w="4120"/>
      </w:tblGrid>
      <w:tr>
        <w:trPr>
          <w:trHeight w:val="330" w:hRule="atLeast"/>
        </w:trPr>
        <w:tc>
          <w:tcPr>
            <w:tcW w:w="423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往  事</w:t>
            </w:r>
          </w:p>
        </w:tc>
        <w:tc>
          <w:tcPr>
            <w:tcW w:w="41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w:t>
            </w:r>
            <w:r>
              <w:rPr>
                <w:rFonts w:ascii="宋体;SimSun" w:hAnsi="宋体;SimSun" w:cs="宋体;SimSun"/>
                <w:color w:val="000000"/>
                <w:kern w:val="2"/>
                <w:sz w:val="21"/>
                <w:szCs w:val="22"/>
                <w:lang w:bidi="ar-SA"/>
              </w:rPr>
              <w:t>我”的感受</w:t>
            </w:r>
          </w:p>
        </w:tc>
      </w:tr>
      <w:tr>
        <w:trPr>
          <w:trHeight w:val="330" w:hRule="atLeast"/>
        </w:trPr>
        <w:tc>
          <w:tcPr>
            <w:tcW w:w="423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看山水画读《评注图像水浒传》</w:t>
            </w:r>
          </w:p>
        </w:tc>
        <w:tc>
          <w:tcPr>
            <w:tcW w:w="41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⑴</w:t>
            </w:r>
          </w:p>
        </w:tc>
      </w:tr>
      <w:tr>
        <w:trPr>
          <w:trHeight w:val="330" w:hRule="atLeast"/>
        </w:trPr>
        <w:tc>
          <w:tcPr>
            <w:tcW w:w="423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⑵</w:t>
            </w:r>
          </w:p>
        </w:tc>
        <w:tc>
          <w:tcPr>
            <w:tcW w:w="41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沉浸在诗的意境和美的享受中</w:t>
            </w:r>
          </w:p>
        </w:tc>
      </w:tr>
      <w:tr>
        <w:trPr>
          <w:trHeight w:val="330" w:hRule="atLeast"/>
        </w:trPr>
        <w:tc>
          <w:tcPr>
            <w:tcW w:w="423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忆两位国文老师</w:t>
            </w:r>
          </w:p>
        </w:tc>
        <w:tc>
          <w:tcPr>
            <w:tcW w:w="41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⑶</w:t>
            </w:r>
          </w:p>
        </w:tc>
      </w:tr>
      <w:tr>
        <w:trPr>
          <w:trHeight w:val="330" w:hRule="atLeast"/>
        </w:trPr>
        <w:tc>
          <w:tcPr>
            <w:tcW w:w="423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⑷</w:t>
            </w:r>
          </w:p>
        </w:tc>
        <w:tc>
          <w:tcPr>
            <w:tcW w:w="41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铭刻在心，一生受用</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文章中直接表达“依依”之情的语句是什么？</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于漪老师记叙的几件往事，看似平淡，读来却耐人寻味，作者是如何做到这一点的，请从文章第二段和第五段各选取一处语句作简要赏析。</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w:t>
      </w:r>
      <w:r>
        <w:rPr>
          <w:rFonts w:eastAsia="宋体;SimSun" w:cs="宋体;SimSun" w:ascii="宋体;SimSun" w:hAnsi="宋体;SimSun"/>
          <w:color w:val="000000"/>
        </w:rPr>
        <w:t>⑴</w:t>
      </w:r>
      <w:r>
        <w:rPr>
          <w:rFonts w:ascii="宋体;SimSun" w:hAnsi="宋体;SimSun" w:cs="宋体;SimSun"/>
          <w:color w:val="000000"/>
        </w:rPr>
        <w:t>身历其境，生动的形象形成深刻的记忆；⑵读《千家诗》；⑶对课外阅读产生了兴趣；⑷聆听老师的谆谆教诲</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15. </w:t>
      </w:r>
      <w:r>
        <w:rPr>
          <w:rFonts w:eastAsia="宋体;SimSun" w:cs="宋体;SimSun" w:ascii="宋体;SimSun" w:hAnsi="宋体;SimSun"/>
          <w:color w:val="000000"/>
        </w:rPr>
        <w:t>①</w:t>
      </w:r>
      <w:r>
        <w:rPr>
          <w:rFonts w:ascii="宋体;SimSun" w:hAnsi="宋体;SimSun" w:cs="宋体;SimSun"/>
          <w:color w:val="000000"/>
        </w:rPr>
        <w:t>几十年过去，不少事情已经模糊，有的搜索枯肠而不可得，但有几件事仍历历在目，至今记忆犹新。</w:t>
      </w:r>
      <w:r>
        <w:rPr>
          <w:color w:val="000000"/>
        </w:rPr>
        <w:t xml:space="preserve">    </w:t>
      </w:r>
    </w:p>
    <w:p>
      <w:pPr>
        <w:pStyle w:val="Normal"/>
        <w:spacing w:lineRule="auto" w:line="360"/>
        <w:textAlignment w:val="center"/>
        <w:rPr/>
      </w:pPr>
      <w:r>
        <w:rPr>
          <w:color w:val="000000"/>
        </w:rPr>
        <w:t xml:space="preserve">16. </w:t>
      </w:r>
      <w:r>
        <w:rPr>
          <w:rFonts w:ascii="宋体;SimSun" w:hAnsi="宋体;SimSun" w:cs="宋体;SimSun"/>
          <w:color w:val="000000"/>
        </w:rPr>
        <w:t>示例：于漪老师记叙的几件往事，看似平淡，却通过传神词语的运用和动作、神态的描写，使读者读起来感觉耐人寻味。如：用“凝视”“入了神”“不知不觉”等词语传神地写出作者儿时被图画深深吸引而走进文学殿堂的美好；用“头与肩膀左右摇摆”“神情凝注”的动作和神态描写，生动形象地写出了老师上课时有趣的样子，表达了作者因受到如此情趣的激发而喜爱上了的文学欣喜之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pPr>
      <w:r>
        <w:rPr>
          <w:rFonts w:ascii="宋体;SimSun" w:hAnsi="宋体;SimSun" w:cs="宋体;SimSun"/>
          <w:color w:val="000000"/>
        </w:rPr>
        <w:t>本题考查内容的概括与信息筛选。解答此题在整体感知文本内容的基础上，理清写作思路，找出文中的事件进行概括，并从相应段落中筛选出表达“我”深刻感受的句子即可。第②段写“我”看山水画读《评注图象水浒传》，段末写了“我”的感受：</w:t>
      </w:r>
      <w:r>
        <w:rPr>
          <w:rFonts w:ascii="楷体" w:hAnsi="楷体" w:cs="楷体" w:eastAsia="楷体"/>
          <w:color w:val="000000"/>
        </w:rPr>
        <w:t>“犹如身历其境，真是津津有味”，“形成深刻的记忆”</w:t>
      </w:r>
      <w:r>
        <w:rPr>
          <w:rFonts w:ascii="宋体;SimSun" w:hAnsi="宋体;SimSun" w:cs="宋体;SimSun"/>
          <w:color w:val="000000"/>
        </w:rPr>
        <w:t>；第二件事主要写“我”读《千家诗》，沉浸在诗的意境和美的享受中；第三件事回忆“我”的两位国文老师，</w:t>
      </w:r>
      <w:r>
        <w:rPr>
          <w:rFonts w:ascii="楷体" w:hAnsi="楷体" w:cs="楷体" w:eastAsia="楷体"/>
          <w:color w:val="000000"/>
        </w:rPr>
        <w:t>“老师入情入理的讲课也在我心上雕镂下深刻的印象，培养了我课外阅读的兴趣”，“我对新文学更有兴趣，读了许多有名的中外小说”；</w:t>
      </w:r>
      <w:r>
        <w:rPr>
          <w:rFonts w:ascii="宋体;SimSun" w:hAnsi="宋体;SimSun" w:cs="宋体;SimSun"/>
          <w:color w:val="000000"/>
        </w:rPr>
        <w:t>第四件事在第⑥段中描述的，主要写“我”聆听老师的谆谆教诲。</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信息的筛选。解答此题关键要了解词语“往事依依”的意思，指的是对往事的思念与记忆深刻。结合对文章的理解，可以找出文中直接表达这种情感的句子是开头第一句话：几十年过去，不少事情已经模糊，有的搜索枯肠而不可得，但有几件事仍历历在目，至今记忆犹新。</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pPr>
      <w:r>
        <w:rPr>
          <w:rFonts w:ascii="宋体;SimSun" w:hAnsi="宋体;SimSun" w:cs="宋体;SimSun"/>
          <w:color w:val="000000"/>
        </w:rPr>
        <w:t>本题考查文章写作特色</w:t>
      </w:r>
      <w:r>
        <w:rPr>
          <w:rFonts w:ascii="宋体;SimSun" w:hAnsi="宋体;SimSun" w:cs="宋体;SimSun"/>
          <w:color w:val="000000"/>
        </w:rPr>
        <w:drawing>
          <wp:inline distT="0" distB="0" distL="0" distR="0">
            <wp:extent cx="133350" cy="177800"/>
            <wp:effectExtent l="0" t="0" r="0" b="0"/>
            <wp:docPr id="138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9"/>
                    <pic:cNvPicPr>
                      <a:picLocks noChangeAspect="1" noChangeArrowheads="1"/>
                    </pic:cNvPicPr>
                  </pic:nvPicPr>
                  <pic:blipFill>
                    <a:blip r:embed="rId3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赏析。题目要求赏析的是文中的事件，可以抓住叙事过程中对人物的描写或词语的运用等来进行分析。先点明写作的特色，然后举出实例来分析。比如：于漪老师记叙的几件往事，看似平淡，却通过传神词语的运用和动作、神态的描写，使读者读起来感觉耐人寻味。第②段抓住</w:t>
      </w:r>
      <w:r>
        <w:rPr>
          <w:rFonts w:ascii="楷体" w:hAnsi="楷体" w:cs="楷体" w:eastAsia="楷体"/>
          <w:color w:val="000000"/>
        </w:rPr>
        <w:t>“凝视”“入了神”“不知不觉”</w:t>
      </w:r>
      <w:r>
        <w:rPr>
          <w:rFonts w:ascii="宋体;SimSun" w:hAnsi="宋体;SimSun" w:cs="宋体;SimSun"/>
          <w:color w:val="000000"/>
        </w:rPr>
        <w:t>等词语来分析老师对“我”文学上的吸引和引领；第⑤段抓住“</w:t>
      </w:r>
      <w:r>
        <w:rPr>
          <w:rFonts w:ascii="楷体" w:hAnsi="楷体" w:cs="楷体" w:eastAsia="楷体"/>
          <w:color w:val="000000"/>
        </w:rPr>
        <w:t>老师朗诵时头与肩膀左右摇摆着</w:t>
      </w:r>
      <w:r>
        <w:rPr>
          <w:rFonts w:ascii="宋体;SimSun" w:hAnsi="宋体;SimSun" w:cs="宋体;SimSun"/>
          <w:color w:val="000000"/>
        </w:rPr>
        <w:t>”“</w:t>
      </w:r>
      <w:r>
        <w:rPr>
          <w:rFonts w:ascii="楷体" w:hAnsi="楷体" w:cs="楷体" w:eastAsia="楷体"/>
          <w:color w:val="000000"/>
        </w:rPr>
        <w:t>那深深感动的神情凝注在眼睛里</w:t>
      </w:r>
      <w:r>
        <w:rPr>
          <w:rFonts w:ascii="宋体;SimSun" w:hAnsi="宋体;SimSun" w:cs="宋体;SimSun"/>
          <w:color w:val="000000"/>
        </w:rPr>
        <w:t>”等动作、神态描写，分析出老师上课时的精彩的陶醉。</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阅读下面这篇文章，回答问题，完成下面小题。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塞外的春天</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说到长城外边，古代的诗人们，常常想作永久的荒凉。“春风不度玉门关”、“春风疑不到天涯”、“三春那得桃杏花”，好像塞外是常冬常寒，除了飞沙飘雪以外，什么都没有。其实塞外自有动人的春天，也绮丽，也温馨，使人热辣辣，软绵绵，所看到听到的充满了生命的愉快欢欣。</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首先报道春消息的是“啦啦”的白乌鸦，跟“嘎嘎”的长颈雁。它们回来了，也就是说真要“大地回春”了。到了“惊蛰”，蛰伏的昆虫们可并不惊动，只是沙滩可以看见惊鸿，树上新飞来了鸣鸠，陪衬上旧有的百灵、沙鸡……天上地上，声音色泽都起了新的变化。简单的复杂了，素朴的绚烂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春分河自烂”，冷冰冰静悄悄的黄河，长眠了四个月，忽然塌陷龟裂，接着流起凌来，大块的像山，小块的像床，有长条，有方块，你撞我，我挤你，筑成了冰坝，拦高了春水，大渠小渠，黄水汤汤，有金色鲤鱼在跳跃。当家家尝到开河鱼的鲜味儿的时候，宏哗咆哮的黄河流凌完了，平滑如镜，皮筏子、平底船都等着下河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清明确是天清日朗，可是走遍原野，也看不见一点嫩绿苹芽。春雨贵如油，那是华北的话，要是在塞外，清明时节雨纷纷，简直是百年不遇的事。碰到阴天，也说不定还是飘几片白雪。杏花要到谷雨节才能看到，天气太干了吧，薄薄的花瓣，小小的花朵，像憔悴多病的荚人。从谷雨到立夏，世界可要剧变了。娇艳是榆叶梅，芬芳是丁香，高雅是真珠穗，泼辣是马兰苹，海棠夭桃，应有尽有，葡萄藤萝，到处都成架。如果您立在归绥城头上看去，真是烟云雾树，家家锦绣，百花烂漫，万紫千红。轻浮的柳絮，精制的扬花，滥造的榆钱，随着风，飘来飘去，自由地成堆成垛。踏上去，有的软绵绵，有的沙沙响，可算是十分春色，布满了人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要想看看塞外的嬉春图，那么，黄昏的平沙落雁，清晨的乳鸠争巢，当然很有意思。不过最有情趣的还是艳阳天芳草地里看牧场。时间最好在太阳刚刚西斜的当儿，成百成千的牛羊驼马，都吃得饱欣欣地，胖油油地，各有各的美丽，各有各的精神。您看吧，有的比肩晒太阳，有的卧着说家常，有的双双在散步，有的成对儿比特角</w:t>
      </w:r>
      <w:r>
        <w:rPr>
          <w:rFonts w:eastAsia="楷体" w:cs="楷体" w:ascii="楷体" w:hAnsi="楷体"/>
          <w:color w:val="000000"/>
        </w:rPr>
        <w:t>;</w:t>
      </w:r>
      <w:r>
        <w:rPr>
          <w:rFonts w:ascii="楷体" w:hAnsi="楷体" w:cs="楷体" w:eastAsia="楷体"/>
          <w:color w:val="000000"/>
        </w:rPr>
        <w:t>有的追，有的跑，有的抱，有的跳</w:t>
      </w:r>
      <w:r>
        <w:rPr>
          <w:rFonts w:eastAsia="楷体" w:cs="楷体" w:ascii="楷体" w:hAnsi="楷体"/>
          <w:color w:val="000000"/>
        </w:rPr>
        <w:t>;</w:t>
      </w:r>
      <w:r>
        <w:rPr>
          <w:rFonts w:ascii="楷体" w:hAnsi="楷体" w:cs="楷体" w:eastAsia="楷体"/>
          <w:color w:val="000000"/>
        </w:rPr>
        <w:t>有三角的趣剧，有四角的笑料，有勇武的正生，有滑稽的丑角。胜利的拉开嗓子唱歌，失败的夹着尾巴逃走。形形色色，画不出也写不出。这儿的爱情广场，没有金钱、地位、门第的问题，各自凭了先天的毛色，当下的健康，平常的人缘，一时的机智，决定成功跟失败，大体上看，是“天地皆春，百兽率舞”。</w:t>
      </w:r>
    </w:p>
    <w:p>
      <w:pPr>
        <w:pStyle w:val="Normal"/>
        <w:spacing w:lineRule="auto" w:line="360"/>
        <w:ind w:firstLine="420" w:end="0"/>
        <w:jc w:val="start"/>
        <w:textAlignment w:val="center"/>
        <w:rPr/>
      </w:pPr>
      <w:r>
        <w:rPr>
          <w:rFonts w:eastAsia="楷体" w:cs="楷体" w:ascii="楷体" w:hAnsi="楷体"/>
          <w:color w:val="000000"/>
        </w:rPr>
        <w:t>⑥</w:t>
      </w:r>
      <w:r>
        <w:rPr>
          <w:rFonts w:ascii="楷体" w:hAnsi="楷体" w:cs="楷体" w:eastAsia="楷体"/>
          <w:color w:val="000000"/>
        </w:rPr>
        <w:t>我看过幽燕的上林春色，我看过江南的草长莺飞，这些都不能使我忘情于塞外的渠口春涨，绕郭柳烟。我参与过陕坝的“手栽杨柳三千树”，我抚摸过归绥的“春风十万散榆钱”。六七年来，却是越走越远，越走越向南，哪里是天上，哪里是人间</w:t>
      </w:r>
      <w:r>
        <w:rPr>
          <w:rFonts w:eastAsia="楷体" w:cs="楷体" w:ascii="楷体" w:hAnsi="楷体"/>
          <w:color w:val="000000"/>
        </w:rPr>
        <w:t>?</w:t>
      </w:r>
      <w:r>
        <w:rPr>
          <w:rFonts w:ascii="楷体" w:hAnsi="楷体" w:cs="楷体" w:eastAsia="楷体"/>
          <w:color w:val="000000"/>
        </w:rPr>
        <w:t>哪里是中原，哪里是九边</w:t>
      </w:r>
      <w:r>
        <w:rPr>
          <w:rFonts w:eastAsia="楷体" w:cs="楷体" w:ascii="楷体" w:hAnsi="楷体"/>
          <w:color w:val="000000"/>
        </w:rPr>
        <w:t>?</w:t>
      </w:r>
      <w:r>
        <w:rPr>
          <w:rFonts w:ascii="楷体" w:hAnsi="楷体" w:cs="楷体" w:eastAsia="楷体"/>
          <w:color w:val="000000"/>
        </w:rPr>
        <w:t>我怕听嘎嘎的雁声，因为它还是海阅天空，有去有还。我愿藉春风寄语，我想请海水传言，看饱了繁花似锦，听够了软语如绵</w:t>
      </w:r>
      <w:r>
        <w:rPr>
          <w:rFonts w:eastAsia="楷体" w:cs="楷体" w:ascii="楷体" w:hAnsi="楷体"/>
          <w:color w:val="000000"/>
        </w:rPr>
        <w:t>;</w:t>
      </w:r>
      <w:r>
        <w:rPr>
          <w:rFonts w:ascii="楷体" w:hAnsi="楷体" w:cs="楷体" w:eastAsia="楷体"/>
          <w:color w:val="000000"/>
          <w:u w:val="single"/>
        </w:rPr>
        <w:t>最好是青春结伴，最快是人在春先，我希望再踏草原，我希望飞度阴山，看天青日白，万家胜欢，埋骨在黄河湾处，大青山前。</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本文</w:t>
      </w:r>
      <w:r>
        <w:rPr>
          <w:rFonts w:eastAsia="宋体;SimSun" w:cs="宋体;SimSun" w:ascii="宋体;SimSun" w:hAnsi="宋体;SimSun"/>
          <w:color w:val="000000"/>
        </w:rPr>
        <w:t>2-5</w:t>
      </w:r>
      <w:r>
        <w:rPr>
          <w:rFonts w:ascii="宋体;SimSun" w:hAnsi="宋体;SimSun" w:cs="宋体;SimSun"/>
          <w:color w:val="000000"/>
        </w:rPr>
        <w:t>段描绘了塞外春天的四幅图画，分别是：</w:t>
      </w:r>
      <w:r>
        <w:rPr>
          <w:rFonts w:eastAsia="宋体;SimSun" w:cs="宋体;SimSun" w:ascii="宋体;SimSun" w:hAnsi="宋体;SimSun"/>
          <w:color w:val="000000"/>
        </w:rPr>
        <w:t>________</w:t>
      </w:r>
      <w:r>
        <w:rPr>
          <w:rFonts w:ascii="宋体;SimSun" w:hAnsi="宋体;SimSun" w:cs="宋体;SimSun"/>
          <w:color w:val="000000"/>
        </w:rPr>
        <w:t>图、黄河开冻图、百花闹春图、</w:t>
      </w:r>
      <w:r>
        <w:rPr>
          <w:rFonts w:eastAsia="宋体;SimSun" w:cs="宋体;SimSun" w:ascii="宋体;SimSun" w:hAnsi="宋体;SimSun"/>
          <w:color w:val="000000"/>
        </w:rPr>
        <w:t>________</w:t>
      </w:r>
      <w:r>
        <w:rPr>
          <w:rFonts w:ascii="宋体;SimSun" w:hAnsi="宋体;SimSun" w:cs="宋体;SimSun"/>
          <w:color w:val="000000"/>
        </w:rPr>
        <w:t>图，这四幅图是按照时间的顺序来描写的。</w:t>
      </w:r>
    </w:p>
    <w:p>
      <w:pPr>
        <w:pStyle w:val="Normal"/>
        <w:spacing w:lineRule="auto" w:line="360"/>
        <w:jc w:val="start"/>
        <w:textAlignment w:val="center"/>
        <w:rPr/>
      </w:pPr>
      <w:r>
        <w:rPr>
          <w:rFonts w:eastAsia="宋体;SimSun" w:cs="宋体;SimSun" w:ascii="宋体;SimSun" w:hAnsi="宋体;SimSun"/>
          <w:color w:val="000000"/>
        </w:rPr>
        <w:t xml:space="preserve">18. </w:t>
      </w:r>
      <w:r>
        <w:rPr>
          <w:rFonts w:ascii="宋体;SimSun" w:hAnsi="宋体;SimSun" w:cs="宋体;SimSun"/>
          <w:color w:val="000000"/>
        </w:rPr>
        <w:t>赏析下面</w:t>
      </w:r>
      <w:r>
        <w:rPr>
          <w:rFonts w:ascii="宋体;SimSun" w:hAnsi="宋体;SimSun" w:cs="宋体;SimSun"/>
          <w:color w:val="000000"/>
        </w:rPr>
        <w:drawing>
          <wp:inline distT="0" distB="0" distL="0" distR="0">
            <wp:extent cx="133350" cy="177800"/>
            <wp:effectExtent l="0" t="0" r="0" b="0"/>
            <wp:docPr id="1383"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10"/>
                    <pic:cNvPicPr>
                      <a:picLocks noChangeAspect="1" noChangeArrowheads="1"/>
                    </pic:cNvPicPr>
                  </pic:nvPicPr>
                  <pic:blipFill>
                    <a:blip r:embed="rId36"/>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句子</w:t>
      </w:r>
      <w:r>
        <w:rPr>
          <w:rFonts w:eastAsia="宋体;SimSun" w:cs="宋体;SimSun" w:ascii="宋体;SimSun" w:hAnsi="宋体;SimSun"/>
          <w:color w:val="000000"/>
        </w:rPr>
        <w:t>(</w:t>
      </w:r>
      <w:r>
        <w:rPr>
          <w:rFonts w:ascii="宋体;SimSun" w:hAnsi="宋体;SimSun" w:cs="宋体;SimSun"/>
          <w:color w:val="000000"/>
        </w:rPr>
        <w:t>说说加点词语的表达效果</w:t>
      </w:r>
      <w:r>
        <w:rPr>
          <w:rFonts w:eastAsia="宋体;SimSun" w:cs="宋体;SimSun" w:ascii="宋体;SimSun" w:hAnsi="宋体;SimSun"/>
          <w:color w:val="000000"/>
        </w:rPr>
        <w:t>)</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em w:val="underDot"/>
        </w:rPr>
        <w:t>轻浮</w:t>
      </w:r>
      <w:r>
        <w:rPr>
          <w:rFonts w:ascii="宋体;SimSun" w:hAnsi="宋体;SimSun" w:cs="宋体;SimSun"/>
          <w:color w:val="000000"/>
        </w:rPr>
        <w:t>的柳絮，精制的扬花，</w:t>
      </w:r>
      <w:r>
        <w:rPr>
          <w:rFonts w:ascii="宋体;SimSun" w:hAnsi="宋体;SimSun" w:cs="宋体;SimSun"/>
          <w:color w:val="000000"/>
          <w:em w:val="underDot"/>
        </w:rPr>
        <w:t>滥造</w:t>
      </w:r>
      <w:r>
        <w:rPr>
          <w:rFonts w:ascii="宋体;SimSun" w:hAnsi="宋体;SimSun" w:cs="宋体;SimSun"/>
          <w:color w:val="000000"/>
        </w:rPr>
        <w:t>的榆钱，随着风，飘来飘去，自由地成堆成垛。</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第⑥段中“我怕听嘎嘎的雁声，因为它还是海阔天空，有去有还。”结合全文说说“我”为什么怕听嘎嘎的雁声。</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仔细品读文章最后一段划线部分，结合全文说说该句表达了作者怎样的思想感情。</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(1). </w:t>
      </w:r>
      <w:r>
        <w:rPr>
          <w:rFonts w:ascii="宋体;SimSun" w:hAnsi="宋体;SimSun" w:cs="宋体;SimSun"/>
          <w:color w:val="000000"/>
        </w:rPr>
        <w:t>百鸟报春图</w:t>
      </w:r>
      <w:r>
        <w:rPr>
          <w:color w:val="000000"/>
        </w:rPr>
        <w:t xml:space="preserve">    </w:t>
      </w:r>
      <w:r>
        <w:rPr>
          <w:color w:val="000000"/>
        </w:rPr>
        <w:t xml:space="preserve">(2). </w:t>
      </w:r>
      <w:r>
        <w:rPr>
          <w:rFonts w:ascii="宋体;SimSun" w:hAnsi="宋体;SimSun" w:cs="宋体;SimSun"/>
          <w:color w:val="000000"/>
        </w:rPr>
        <w:t>百兽嬉春</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eastAsia="宋体;SimSun" w:cs="宋体;SimSun" w:ascii="宋体;SimSun" w:hAnsi="宋体;SimSun"/>
          <w:color w:val="000000"/>
        </w:rPr>
        <w:t>“</w:t>
      </w:r>
      <w:r>
        <w:rPr>
          <w:rFonts w:ascii="宋体;SimSun" w:hAnsi="宋体;SimSun" w:cs="宋体;SimSun"/>
          <w:color w:val="000000"/>
        </w:rPr>
        <w:t>轻浮”写出了柳絮轻盈飘逸的情状</w:t>
      </w:r>
      <w:r>
        <w:rPr>
          <w:rFonts w:eastAsia="宋体;SimSun" w:cs="宋体;SimSun" w:ascii="宋体;SimSun" w:hAnsi="宋体;SimSun"/>
          <w:color w:val="000000"/>
        </w:rPr>
        <w:t>;“</w:t>
      </w:r>
      <w:r>
        <w:rPr>
          <w:rFonts w:ascii="宋体;SimSun" w:hAnsi="宋体;SimSun" w:cs="宋体;SimSun"/>
          <w:color w:val="000000"/>
        </w:rPr>
        <w:t>滥造”突出了榆钱数量之多。</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w:t>
      </w:r>
      <w:r>
        <w:rPr>
          <w:rFonts w:ascii="宋体;SimSun" w:hAnsi="宋体;SimSun" w:cs="宋体;SimSun"/>
          <w:color w:val="000000"/>
        </w:rPr>
        <w:t>因为“我”听到大雁嘎嘎的叫声，就会由大雁的“有去有还”，想到“我”却远离家乡，有去无还。</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表达了作者思念家乡、热爱家乡，希望尽快回到家乡，叶落归根的思想感情。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主要考查段落内容的归纳与概括。解答此题找到相对应的段落，按第四幅图画内容的示例，用五个字的短语将段落内容概括出来即可。第②段主要在写各种鸟以自己的方式在报道春天到来的讯息；第③段在描绘黄河解冻的情形；第④段描绘了清明节百花烂漫、万紫千红的景象；第⑤段描绘了塞外动物的嬉春图。由此可以概括出四幅图画：百鸟报春图，黄河开冻图，百花闹春图，百兽嬉春图。</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词语的赏析。解答此题关键要结合词语所处的语境，弄清这个词语的表述对象，然后综合词义与表达效果这两方面因素进行揣摩。“轻浮”，本指人的言行举止言语举止随便，不稳重，这里形象地写出了柳絮轻盈飘逸的情状；“滥造”，本指写文章或做东西马虎草率，只求数量，不顾质量。这里形象地突出了榆钱数量之多。</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本题考查内容的理解与分析。解答此题要结合前后文内容及文章的主旨去分析判断。</w:t>
      </w:r>
      <w:r>
        <w:rPr>
          <w:rFonts w:ascii="楷体" w:hAnsi="楷体" w:cs="楷体" w:eastAsia="楷体"/>
          <w:color w:val="000000"/>
        </w:rPr>
        <w:t>“我抚摸过归绥的‘春风十万散榆钱’。六七年来，却是越走越远，越走越向南”</w:t>
      </w:r>
      <w:r>
        <w:rPr>
          <w:rFonts w:ascii="宋体;SimSun" w:hAnsi="宋体;SimSun" w:cs="宋体;SimSun"/>
          <w:color w:val="000000"/>
        </w:rPr>
        <w:t>这句话道出了“我”离塞外越来越远，现在听到大雁嘎嘎的叫声，就会想到大雁的“有去有还”，可是自己却离家越来越远，并且有去无还。二者一对比，可以看出委婉表达了作者对故乡的思念之情。</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这道题考查的是对文章主题的理解。回答时，先理解最后一段划线句的含义，再结合全文内容来思考。从</w:t>
      </w:r>
      <w:r>
        <w:rPr>
          <w:rFonts w:ascii="楷体" w:hAnsi="楷体" w:cs="楷体" w:eastAsia="楷体"/>
          <w:color w:val="000000"/>
        </w:rPr>
        <w:t>“我希望再踏草原，我希望飞度阴山”</w:t>
      </w:r>
      <w:r>
        <w:rPr>
          <w:rFonts w:ascii="宋体;SimSun" w:hAnsi="宋体;SimSun" w:cs="宋体;SimSun"/>
          <w:color w:val="000000"/>
        </w:rPr>
        <w:t>可以看出，作者希望尽快回到塞外，回到家乡，其实表达的是对家乡的思念。而文中用优美的语言描绘了塞外春天的美丽，表达的是对家乡的热爱。“</w:t>
      </w:r>
      <w:r>
        <w:rPr>
          <w:rFonts w:ascii="楷体" w:hAnsi="楷体" w:cs="楷体" w:eastAsia="楷体"/>
          <w:color w:val="000000"/>
        </w:rPr>
        <w:t>埋骨在黄河湾处，大青山前</w:t>
      </w:r>
      <w:r>
        <w:rPr>
          <w:rFonts w:ascii="宋体;SimSun" w:hAnsi="宋体;SimSun" w:cs="宋体;SimSun"/>
          <w:color w:val="000000"/>
        </w:rPr>
        <w:t>”则表达了一种叶落归根的思想。</w:t>
      </w:r>
    </w:p>
    <w:p>
      <w:pPr>
        <w:pStyle w:val="Heading3"/>
      </w:pPr>
      <w:r>
        <w:t>第四十四中学</w:t>
      </w:r>
    </w:p>
    <w:p>
      <w:r>
        <w:t>【未能自动提取，请查看原卷：精品解析：北京市第四十四中学2019—2020学年七年级上学期期中语文试题（原卷版）.docx】</w:t>
      </w:r>
    </w:p>
    <w:p>
      <w:pPr>
        <w:pStyle w:val="Heading3"/>
      </w:pPr>
      <w:r>
        <w:t>西城外国语学校</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五、现代文阅读（共</w:t>
      </w:r>
      <w:r>
        <w:rPr>
          <w:rFonts w:eastAsia="宋体;SimSun" w:cs="宋体;SimSun" w:ascii="宋体;SimSun" w:hAnsi="宋体;SimSun"/>
          <w:b/>
          <w:color w:val="000000"/>
          <w:sz w:val="24"/>
        </w:rPr>
        <w:t>16</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阅读《秋天的怀念》，完成下面小题。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双腿瘫痪后，我的脾气变得暴怒无常。望着望着天上北归的雁阵，我会突然把面前的玻璃砸碎；听着听着李谷一甜美的歌声，我会猛地把手边的东西摔向四周的墙壁。母亲就悄悄地躲出去，在我看不见的地方偷偷地听着我的动静。当一切恢复沉寂，她又悄悄地进来，眼边红红的，看着我。“听说北海的花儿都开了，我推着你去走走。”她总是这么说。母亲喜欢花，可自从我的腿瘫痪以后，她侍弄的那些花都死了。“不，我不去！”我狠命地捶打这两条可恨的腿，喊着，“我可活什么劲儿！”母亲扑过来抓住我的手，忍住哭声说：“咱娘儿俩在一块儿，好好儿活，好好儿活……”</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可我却一直都不知道，她的病已经到了那步田地。后来妹妹告诉我，她常常肝疼得整宿整宿翻来覆去地睡不了觉。</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那天我又独自坐在屋里，看着窗外的树叶“唰唰啦啦”地飘落。母亲进来了，挡在窗前：“北海的菊花开了，我推着你去看看吧。”她憔悴的脸上现出央求般的神色。“什么时候？”“你要是愿意，就明天</w:t>
      </w:r>
      <w:r>
        <w:rPr>
          <w:rFonts w:eastAsia="楷体" w:cs="楷体" w:ascii="楷体" w:hAnsi="楷体"/>
          <w:color w:val="000000"/>
        </w:rPr>
        <w:t>?”</w:t>
      </w:r>
      <w:r>
        <w:rPr>
          <w:rFonts w:ascii="楷体" w:hAnsi="楷体" w:cs="楷体" w:eastAsia="楷体"/>
          <w:color w:val="000000"/>
        </w:rPr>
        <w:t>她说。我的回答已经让她喜出望外了。“好吧，就明天。”我说。她高兴得一会坐下，一会站起：“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她比我还敏感。她又悄悄地出去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她出去了，就再也没回来。</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邻居们把她抬上车时，她还在大口大口地吐着鲜血。我没想到她已经病成那样。看着三轮车远去，也绝没有想到那竟是永远的诀别。</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邻居的小伙子背着我去看她的时候，她正艰难地呼吸着，像她那一生艰难的生活。别人告诉我，她昏迷前的最后一句话是：“我那个有病的儿子和我那个还未成年的女儿……”</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又是秋天，妹妹推着我去北海看了菊花。黄色的花淡雅，白色的花高洁，紫红色的花热烈而深沉，泼泼洒洒，秋风中正开得烂漫。我懂得母亲没有说完的话。妹妹也懂。我俩在一块儿，要好好儿活……</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对第一段中“母亲悄悄地躲出去，在我看不见的地方偷偷地听着我的动静”这句话的理解最准确的一项是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母亲充分体谅儿子的痛苦心情，所以在儿子发脾气时，悄悄躲出去，让儿子彻底发泄心中的痛苦，但又担心儿子做出“傻事”，偷偷地听着儿子的动静。</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color w:val="000000"/>
        </w:rPr>
        <w:t>母亲非常疼爱儿子，看见儿子痛苦时的举动，母亲忍受不了，悄悄躲出来，自己暗自伤心，但又怕儿子做出“傻事”，所以偷偷地关注着儿子的动静。</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母亲了解儿子的倔强性格，可是面对儿子瘫痪的双腿，却又可无奈何，每当儿子折磨自己时，为了不伤他的自尊心，就悄悄躲出去，等着儿子恢复平静。</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D. </w:t>
      </w:r>
      <w:r>
        <w:rPr>
          <w:rFonts w:ascii="宋体;SimSun" w:hAnsi="宋体;SimSun" w:cs="宋体;SimSun"/>
          <w:color w:val="000000"/>
        </w:rPr>
        <w:t>母亲理解儿子的痛苦，心疼他，但又受不了儿子“暴怒无常”的脾气，就悄悄躲出去，等着儿子恢复平静。</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简要分析文中最后一段景物描写的作用。</w:t>
      </w:r>
    </w:p>
    <w:p>
      <w:pPr>
        <w:pStyle w:val="Normal"/>
        <w:spacing w:lineRule="auto" w:line="360"/>
        <w:textAlignment w:val="center"/>
        <w:rPr/>
      </w:pPr>
      <w:r>
        <w:rPr>
          <w:color w:val="2E75B6"/>
        </w:rPr>
        <w:t>【答案】</w:t>
      </w:r>
      <w:r>
        <w:rPr>
          <w:color w:val="000000"/>
        </w:rPr>
        <w:t xml:space="preserve">14. A    15. </w:t>
      </w:r>
      <w:r>
        <w:rPr>
          <w:rFonts w:ascii="宋体;SimSun" w:hAnsi="宋体;SimSun" w:cs="宋体;SimSun"/>
          <w:color w:val="000000"/>
        </w:rPr>
        <w:t>景色描写的句子写出了菊花开放烂漫，充满了生命力，突出我对生活的变得乐观、坚强，也表达出对母亲的怀念之情。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句子分析。结合“母亲悄悄地躲出去”“当一切恢复沉寂，她又悄悄地进来，眼边红红的，看着我”可知，母亲为儿子的处境伤心、担心，心疼着儿子，母亲并非忍受不了儿子发脾气，也不是为了不伤儿子的自尊心，更不是受不了儿子“暴怒无常”的脾气，因此</w:t>
      </w:r>
      <w:r>
        <w:rPr>
          <w:rFonts w:eastAsia="宋体;SimSun" w:cs="宋体;SimSun" w:ascii="宋体;SimSun" w:hAnsi="宋体;SimSun"/>
          <w:color w:val="000000"/>
        </w:rPr>
        <w:t>BCD</w:t>
      </w:r>
      <w:r>
        <w:rPr>
          <w:rFonts w:ascii="宋体;SimSun" w:hAnsi="宋体;SimSun" w:cs="宋体;SimSun"/>
          <w:color w:val="000000"/>
        </w:rPr>
        <w:t>错误，选</w:t>
      </w:r>
      <w:r>
        <w:rPr>
          <w:rFonts w:eastAsia="宋体;SimSun" w:cs="宋体;SimSun" w:ascii="宋体;SimSun" w:hAnsi="宋体;SimSun"/>
          <w:color w:val="000000"/>
        </w:rPr>
        <w:t>A</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本题考查环境描写作用。</w:t>
      </w:r>
      <w:r>
        <w:rPr>
          <w:rFonts w:eastAsia="宋体;SimSun" w:cs="宋体;SimSun" w:ascii="宋体;SimSun" w:hAnsi="宋体;SimSun"/>
          <w:color w:val="000000"/>
        </w:rPr>
        <w:t>1</w:t>
      </w:r>
      <w:r>
        <w:rPr>
          <w:rFonts w:ascii="宋体;SimSun" w:hAnsi="宋体;SimSun" w:cs="宋体;SimSun"/>
          <w:color w:val="000000"/>
        </w:rPr>
        <w:t>）概括景物描写特点。结合“热烈而深沉，泼泼洒洒，秋风中正开得烂漫”可知，描写的景物都非常具有生机，写出了花朵的生机勃勃。</w:t>
      </w:r>
      <w:r>
        <w:rPr>
          <w:rFonts w:eastAsia="宋体;SimSun" w:cs="宋体;SimSun" w:ascii="宋体;SimSun" w:hAnsi="宋体;SimSun"/>
          <w:color w:val="000000"/>
        </w:rPr>
        <w:t>2</w:t>
      </w:r>
      <w:r>
        <w:rPr>
          <w:rFonts w:ascii="宋体;SimSun" w:hAnsi="宋体;SimSun" w:cs="宋体;SimSun"/>
          <w:color w:val="000000"/>
        </w:rPr>
        <w:t>）作用。结合“我懂得母亲没有说完的话。妹妹也懂。我俩在一块儿，要好好儿活……”可知，这处景物描写暗示“我”理解了母亲的良苦用心，变的坚强、乐观起来，如同这些花朵一般，同时看到这些花，也会想起母亲，表达了对母亲的怀念和感激。</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阅读《唯有垂杨管别离》，完成下面小题。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唯有垂杨管别离</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许多年后，我常常想起病房里的岳老师与那个七岁的小病号。</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在住进同一间病房之前，这两人并不相识。岳老师曾经是一家矿山子弟小学的语文老师，但那家小学已经关闭多年，所以这时的岳老师事实上已不再是老师了；小病号则是一个七岁的小男孩，他三岁就生了骨病，自此便在父母带领下，到处求医问药。于他来说，医院就是学校，而真正的学校，他一天都没踏足过。</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住院的日子令人感觉灰败，如果不是飘进病房的柳絮通告了春天的来临，病人们全然没有注意到病房外的绿意。</w:t>
      </w:r>
    </w:p>
    <w:p>
      <w:pPr>
        <w:pStyle w:val="Normal"/>
        <w:spacing w:lineRule="auto" w:line="360"/>
        <w:ind w:firstLine="420" w:end="0"/>
        <w:jc w:val="start"/>
        <w:textAlignment w:val="center"/>
        <w:rPr/>
      </w:pPr>
      <w:r>
        <w:rPr>
          <w:rFonts w:ascii="楷体" w:hAnsi="楷体" w:cs="楷体" w:eastAsia="楷体"/>
          <w:color w:val="000000"/>
        </w:rPr>
        <w:t>作为医院的老病号，在单调重复的日子中，岳老师与小病号自然而然地相识了。令人惊异的是，他们后来竟然变作了老师和学生。因为常跑医院，我与岳老师有些交集，他们的故事便进入了我的视线。四十多岁的岳老师，早已被疾病带来的诸多争吵、伤心、背弃折磨得满头白发。可是，（</w:t>
      </w:r>
      <w:r>
        <w:rPr>
          <w:rFonts w:eastAsia="楷体" w:cs="楷体" w:ascii="楷体" w:hAnsi="楷体"/>
          <w:color w:val="000000"/>
        </w:rPr>
        <w:t>A</w:t>
      </w:r>
      <w:r>
        <w:rPr>
          <w:rFonts w:ascii="楷体" w:hAnsi="楷体" w:cs="楷体" w:eastAsia="楷体"/>
          <w:color w:val="000000"/>
        </w:rPr>
        <w:t>）</w:t>
      </w:r>
      <w:r>
        <w:rPr>
          <w:rFonts w:ascii="楷体" w:hAnsi="楷体" w:cs="楷体" w:eastAsia="楷体"/>
          <w:color w:val="000000"/>
          <w:u w:val="single"/>
        </w:rPr>
        <w:t>当她将病房当作课堂以后，当她给小病号讲课的时候，某种奇异的喜悦降临了，她终年苍白的面容上竟然现出了一丝红晕</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每一天，只要两个人输液一结束，岳老师马上就开始给小病号上课。虽说从前她只是语文老师，但在这里她却什么都教：古诗词，加减乘除，英文单词。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中午，病人和陪护者挤满了病房之时，便是岳老师一天中最神采奕奕的时候，有意无意地，她就要拎出许多问题，故意来考小病号。如果小病号能在众人的赞叹中结束考试，那简直就像是有一道神赐之光破空而来，照得她通体发亮。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小病号毕竟年龄尚小，顽皮好动，病情稍好，就在病房里奔来跑去，所以，他便经常答不上来岳老师的问题。比如那句诗，上句是“长安陌上无穷树”，下一句，小病号一连三天都没背下来。这可伤了岳老师的心，她罚他背二十遍。也是奇怪，无论背多少遍，那句诗就像是活生生地在小病号的身体里打了结，一到考查的时候，他死活就背不出来，岳老师愈发伤心。</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到了最后，连小病号自己都愤怒了。他愤怒地问岳老师：“医生都说了，我反正再活几年就要死了，背这些干什么？”</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说起来，前前后后，我目睹过岳老师的两次哭泣。这天中午，小病号愤怒地问完，岳老师借口去打开水，出了走廊，就痛苦地抽泣起来，她用嘴巴紧紧地咬住了袖子，一边走，一边哭。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哭泣的结果，不是罢手，反倒是要教小病号更多。岳老师自己的病本就不轻，但自此之后，我却经常能看见她跛着脚，跟在小病号的后面，见缝插针地给他讲课。病房里的教学最常见，瘦骨伶仃的小病号躺在病床上认真听，憔悴的岳老师坐在一旁小声讲。这场景神圣却也让人心酸。“既然没死，就得活出意义。”岳老师对我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但是，她和他还是终有一别。——小病号的病更重了，他的父母已经决定，要带他转院，去北京。闻听这个消息之后的一个星期里，岳老师夜夜失眠。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深夜，她悄悄离开了病房，借着走廊上的微光，坐在长条椅上写写画画。她说要在小病号离开之前，给他编一本教材。这个教材上什么内容都有，有古诗词，有加减乘除，也有英文单词。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这一晚，不知何故，当看见微光映照下的她，我难以自禁地涌起了哽咽之感：无论如何，这场遇见的结局终究是别离。天快亮的时候，岳老师睡着了，但我并没有去叫醒她，护士路过时也没有叫醒她。</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离别在意料之中又在意料之外：一大早，小病号的父母就接到消息，要他们赶紧去北京。他们马上忙碌起来，收拾行李，补交拖欠的医药费，再去买来火车上要吃的食物，最后叫醒小病号。当小病号醒来，他还懵懵懂懂，不知道一个小时之后，他就要离开这家医院了。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九点钟，小病号跟着父母离开了。离开之前，他跟病房里的人一一道别，自然也跟岳老师道别了，可是，那本教材，虽说只差了一点点就要编完，终究还是没编完。岳老师将它放在了小病号的行李中，然后捏捏他的小脸，跟他挥手，如此，告别便潦草地结束了。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哪知道，几分钟后，有人在楼下呼喊着岳老师的名字，开始，她全然没有注意，只是呆呆地坐在病床上不发一语。突然，她跳下病床，跛着脚，狂奔到窗户前，打开窗子。于是，全病房的人都听到了小病号在院子里的叫喊。</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那竟然是一句诗，正在被他扯破了嗓子叫喊出来：“唯有垂杨管别离！”可能是怕岳老师没听清楚，他便继续喊：“长安陌上无穷树，唯有垂杨管别离！”喊了一遍，又再喊一遍：“长安陌上无穷树，唯有垂杨管别离！”</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五月间，阳光正好，窗台上有流泻的碎金。风暖暖的，有柳絮悠扬地飘飞，空气里似乎都弥漫着蓬勃的生命的气息。</w:t>
      </w:r>
    </w:p>
    <w:p>
      <w:pPr>
        <w:pStyle w:val="Normal"/>
        <w:spacing w:lineRule="auto" w:line="360"/>
        <w:ind w:firstLine="420" w:end="0"/>
        <w:jc w:val="start"/>
        <w:textAlignment w:val="center"/>
        <w:rPr/>
      </w:pPr>
      <w:r>
        <w:rPr>
          <w:rFonts w:ascii="楷体" w:hAnsi="楷体" w:cs="楷体" w:eastAsia="楷体"/>
          <w:color w:val="000000"/>
        </w:rPr>
        <w:t>小病号站在一楼的草地上，他脱去了苍白的病号服，穿上了黄亮的</w:t>
      </w:r>
      <w:r>
        <w:rPr>
          <w:rFonts w:eastAsia="楷体" w:cs="楷体" w:ascii="楷体" w:hAnsi="楷体"/>
          <w:color w:val="000000"/>
        </w:rPr>
        <w:t>T</w:t>
      </w:r>
      <w:r>
        <w:rPr>
          <w:rFonts w:ascii="楷体" w:hAnsi="楷体" w:cs="楷体" w:eastAsia="楷体"/>
          <w:color w:val="000000"/>
        </w:rPr>
        <w:t>恤，骤然显得挺拔了些，有了小小少年的英姿。（</w:t>
      </w:r>
      <w:r>
        <w:rPr>
          <w:rFonts w:eastAsia="楷体" w:cs="楷体" w:ascii="楷体" w:hAnsi="楷体"/>
          <w:color w:val="000000"/>
        </w:rPr>
        <w:t>B</w:t>
      </w:r>
      <w:r>
        <w:rPr>
          <w:rFonts w:ascii="楷体" w:hAnsi="楷体" w:cs="楷体" w:eastAsia="楷体"/>
          <w:color w:val="000000"/>
        </w:rPr>
        <w:t>）</w:t>
      </w:r>
      <w:r>
        <w:rPr>
          <w:rFonts w:ascii="楷体" w:hAnsi="楷体" w:cs="楷体" w:eastAsia="楷体"/>
          <w:color w:val="000000"/>
          <w:u w:val="single"/>
        </w:rPr>
        <w:t>他仰着头，紧盯着病房的那扇窗户，努力地挺着身子，双手在嘴边拢成个小喇叭，大声地喊着，一字一顿的声音传遍了整个病区。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长安陌上无穷树，唯有垂杨管别离！”</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 xml:space="preserve">离别的时候，小病号终于完整地背诵出了那句诗，但岳老师并没有应答，她正泪如雨下，一如既往，她没有哭出声来，而是用嘴巴紧紧咬住了袖子。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除了隐约的哭声，病房里只剩下巨大的沉默，没有一个人上前劝说，全都陷于沉默之中， 听凭她哭下去，哭出悲，哭出喜……</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后来，我常想：生命的相遇相别，正如花开花谢，都是必然。但有些生命的碰撞，却会燃起星火，照亮彼此的人生。</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（作者李修文   有删改）</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注：</w:t>
      </w:r>
      <w:r>
        <w:rPr>
          <w:rFonts w:eastAsia="宋体;SimSun" w:cs="宋体;SimSun" w:ascii="宋体;SimSun" w:hAnsi="宋体;SimSun"/>
          <w:color w:val="000000"/>
        </w:rPr>
        <w:t>[</w:t>
      </w:r>
      <w:r>
        <w:rPr>
          <w:rFonts w:ascii="宋体;SimSun" w:hAnsi="宋体;SimSun" w:cs="宋体;SimSun"/>
          <w:color w:val="000000"/>
        </w:rPr>
        <w:t>长安陌上无穷树，唯有垂杨管别离</w:t>
      </w:r>
      <w:r>
        <w:rPr>
          <w:rFonts w:eastAsia="宋体;SimSun" w:cs="宋体;SimSun" w:ascii="宋体;SimSun" w:hAnsi="宋体;SimSun"/>
          <w:color w:val="000000"/>
        </w:rPr>
        <w:t>]</w:t>
      </w:r>
      <w:r>
        <w:rPr>
          <w:rFonts w:ascii="宋体;SimSun" w:hAnsi="宋体;SimSun" w:cs="宋体;SimSun"/>
          <w:color w:val="000000"/>
        </w:rPr>
        <w:t>出自《杨柳枝词九首》（唐 刘禹锡）。陌，街道。垂杨，即垂柳。管别离，古人有折柳赠别的习俗，“柳”与“留”谐音，折柳有惜别之意。</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在病房里，长期住院的岳老师与小病号居然自动结成了师生，他们你教我学，发生了一些故事。请根据文中情节的发展填空。</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）小病号顺利地通过了考核，岳老师很骄傲。</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w:t>
      </w:r>
      <w:r>
        <w:rPr>
          <w:rFonts w:ascii="宋体;SimSun" w:hAnsi="宋体;SimSun" w:cs="宋体;SimSun"/>
          <w:color w:val="000000"/>
          <w:u w:val="single"/>
        </w:rPr>
        <w:t>①</w:t>
      </w:r>
      <w:r>
        <w:rPr>
          <w:rFonts w:eastAsia="宋体;SimSun" w:cs="宋体;SimSun" w:ascii="宋体;SimSun" w:hAnsi="宋体;SimSun"/>
          <w:color w:val="000000"/>
        </w:rPr>
        <w:t>_____________</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3</w:t>
      </w:r>
      <w:r>
        <w:rPr>
          <w:rFonts w:ascii="宋体;SimSun" w:hAnsi="宋体;SimSun" w:cs="宋体;SimSun"/>
          <w:color w:val="000000"/>
        </w:rPr>
        <w:t>）小病号恼怒地说不想学习了，岳老师痛哭之后反而教得更多。</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color w:val="000000"/>
        </w:rPr>
        <w:t>（</w:t>
      </w:r>
      <w:r>
        <w:rPr>
          <w:rFonts w:eastAsia="宋体;SimSun" w:cs="宋体;SimSun" w:ascii="宋体;SimSun" w:hAnsi="宋体;SimSun"/>
          <w:color w:val="000000"/>
        </w:rPr>
        <w:t>4</w:t>
      </w:r>
      <w:r>
        <w:rPr>
          <w:rFonts w:ascii="宋体;SimSun" w:hAnsi="宋体;SimSun" w:cs="宋体;SimSun"/>
          <w:color w:val="000000"/>
        </w:rPr>
        <w:t>）</w:t>
      </w:r>
      <w:r>
        <w:rPr>
          <w:rFonts w:ascii="宋体;SimSun" w:hAnsi="宋体;SimSun" w:cs="宋体;SimSun"/>
          <w:color w:val="000000"/>
          <w:u w:val="single"/>
        </w:rPr>
        <w:t>②</w:t>
      </w:r>
      <w:r>
        <w:rPr>
          <w:rFonts w:eastAsia="宋体;SimSun" w:cs="宋体;SimSun" w:ascii="宋体;SimSun" w:hAnsi="宋体;SimSun"/>
          <w:color w:val="000000"/>
        </w:rPr>
        <w:t>_____________</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5</w:t>
      </w:r>
      <w:r>
        <w:rPr>
          <w:rFonts w:ascii="宋体;SimSun" w:hAnsi="宋体;SimSun" w:cs="宋体;SimSun"/>
          <w:color w:val="000000"/>
        </w:rPr>
        <w:t>）小病号在楼下完整地背出了那句诗，岳老师悲喜交织。</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请在文中划横线的</w:t>
      </w:r>
      <w:r>
        <w:rPr>
          <w:rFonts w:eastAsia="宋体;SimSun" w:cs="宋体;SimSun" w:ascii="宋体;SimSun" w:hAnsi="宋体;SimSun"/>
          <w:color w:val="000000"/>
        </w:rPr>
        <w:t>A</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两处中选择一处，进行简要赏析。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选择</w:t>
      </w:r>
      <w:r>
        <w:rPr>
          <w:rFonts w:eastAsia="宋体;SimSun" w:cs="宋体;SimSun" w:ascii="宋体;SimSun" w:hAnsi="宋体;SimSun"/>
          <w:color w:val="000000"/>
        </w:rPr>
        <w:t>__________</w:t>
      </w:r>
      <w:r>
        <w:rPr>
          <w:rFonts w:ascii="宋体;SimSun" w:hAnsi="宋体;SimSun" w:cs="宋体;SimSun"/>
          <w:color w:val="000000"/>
        </w:rPr>
        <w:t>处（只填序号）赏析：</w:t>
      </w:r>
      <w:r>
        <w:rPr>
          <w:rFonts w:eastAsia="宋体;SimSun" w:cs="宋体;SimSun" w:ascii="宋体;SimSun" w:hAnsi="宋体;SimSun"/>
          <w:color w:val="000000"/>
        </w:rPr>
        <w:t>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结合文章内容，谈谈对结尾段中“有些生命的碰撞，却会燃起星火，照亮彼此的人生” 这句话的理解。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(1). </w:t>
      </w: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）因为年龄小顽皮好动，小病号总是背不出那句诗，岳老师很伤心</w:t>
      </w:r>
      <w:r>
        <w:rPr>
          <w:rFonts w:eastAsia="宋体;SimSun" w:cs="宋体;SimSun" w:ascii="宋体;SimSun" w:hAnsi="宋体;SimSun"/>
          <w:color w:val="000000"/>
        </w:rPr>
        <w:t>.</w:t>
      </w:r>
      <w:r>
        <w:rPr>
          <w:color w:val="000000"/>
        </w:rPr>
        <w:t xml:space="preserve">    (2). </w:t>
      </w:r>
      <w:r>
        <w:rPr>
          <w:rFonts w:ascii="宋体;SimSun" w:hAnsi="宋体;SimSun" w:cs="宋体;SimSun"/>
          <w:color w:val="000000"/>
        </w:rPr>
        <w:t>（</w:t>
      </w:r>
      <w:r>
        <w:rPr>
          <w:rFonts w:eastAsia="宋体;SimSun" w:cs="宋体;SimSun" w:ascii="宋体;SimSun" w:hAnsi="宋体;SimSun"/>
          <w:color w:val="000000"/>
        </w:rPr>
        <w:t>4</w:t>
      </w:r>
      <w:r>
        <w:rPr>
          <w:rFonts w:ascii="宋体;SimSun" w:hAnsi="宋体;SimSun" w:cs="宋体;SimSun"/>
          <w:color w:val="000000"/>
        </w:rPr>
        <w:t>）病重要转院，小病号将无法继续学习，岳老师深夜为他编教材。</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(1). </w:t>
      </w:r>
      <w:r>
        <w:rPr>
          <w:rFonts w:eastAsia="宋体;SimSun" w:cs="宋体;SimSun" w:ascii="宋体;SimSun" w:hAnsi="宋体;SimSun"/>
          <w:color w:val="000000"/>
        </w:rPr>
        <w:t>A “</w:t>
      </w:r>
      <w:r>
        <w:rPr>
          <w:rFonts w:ascii="宋体;SimSun" w:hAnsi="宋体;SimSun" w:cs="宋体;SimSun"/>
          <w:color w:val="000000"/>
        </w:rPr>
        <w:t>终年”“苍白”写出了岳老师身体状况很差，而“一丝红晕”与“苍白”形成对比，写出了岳老师为小病号讲课时的激动心情，体现了岳老师对生命有着深刻的理解。</w:t>
      </w:r>
      <w:r>
        <w:rPr>
          <w:color w:val="000000"/>
        </w:rPr>
        <w:t xml:space="preserve">    </w:t>
      </w:r>
      <w:r>
        <w:rPr>
          <w:color w:val="000000"/>
        </w:rPr>
        <w:t xml:space="preserve">(2). </w:t>
      </w:r>
      <w:r>
        <w:rPr>
          <w:rFonts w:eastAsia="宋体;SimSun" w:cs="宋体;SimSun" w:ascii="宋体;SimSun" w:hAnsi="宋体;SimSun"/>
          <w:color w:val="000000"/>
        </w:rPr>
        <w:t>B “</w:t>
      </w:r>
      <w:r>
        <w:rPr>
          <w:rFonts w:ascii="宋体;SimSun" w:hAnsi="宋体;SimSun" w:cs="宋体;SimSun"/>
          <w:color w:val="000000"/>
        </w:rPr>
        <w:t>仰“盯”“挺”“拢”“喊”等一系列的动词，写出了小病号在离别之际，认真深情地为岳老师背诵诗句的情形，表达了自己对老师诚挚的感激与留恋之情。</w:t>
      </w:r>
      <w:r>
        <w:rPr>
          <w:color w:val="000000"/>
        </w:rPr>
        <w:t xml:space="preserve">    </w:t>
      </w:r>
    </w:p>
    <w:p>
      <w:pPr>
        <w:pStyle w:val="Normal"/>
        <w:spacing w:lineRule="auto" w:line="360"/>
        <w:textAlignment w:val="center"/>
        <w:rPr/>
      </w:pPr>
      <w:r>
        <w:rPr>
          <w:color w:val="000000"/>
        </w:rPr>
        <w:t xml:space="preserve">18. </w:t>
      </w:r>
      <w:r>
        <w:rPr>
          <w:rFonts w:ascii="宋体;SimSun" w:hAnsi="宋体;SimSun" w:cs="宋体;SimSun"/>
          <w:color w:val="000000"/>
        </w:rPr>
        <w:t>答案示例：岳老师与小病号因病相遇而成为师生，这是“生命碰撞”而“燃起星火”；岳老师在教小病号的过程中再次感受到生命的意义，小病号在离别时能用所学的诗句来表达生命的情义，这就是他们“照亮彼此的人生”。</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本题考查情节概括。结合所给的情节概括的句子，可知概括的句式是：小病号…，岳老师…。根据所给的三个情节，确定了要求概括的两处情节的段落位置。</w:t>
      </w:r>
      <w:r>
        <w:rPr>
          <w:rFonts w:eastAsia="宋体;SimSun" w:cs="宋体;SimSun" w:ascii="宋体;SimSun" w:hAnsi="宋体;SimSun"/>
          <w:color w:val="000000"/>
        </w:rPr>
        <w:t>1</w:t>
      </w:r>
      <w:r>
        <w:rPr>
          <w:rFonts w:ascii="宋体;SimSun" w:hAnsi="宋体;SimSun" w:cs="宋体;SimSun"/>
          <w:color w:val="000000"/>
        </w:rPr>
        <w:t>）第一段到第六段，写小病号顺利地通过了考核，岳老师很骄傲。</w:t>
      </w:r>
      <w:r>
        <w:rPr>
          <w:rFonts w:eastAsia="宋体;SimSun" w:cs="宋体;SimSun" w:ascii="宋体;SimSun" w:hAnsi="宋体;SimSun"/>
          <w:color w:val="000000"/>
        </w:rPr>
        <w:t>2</w:t>
      </w:r>
      <w:r>
        <w:rPr>
          <w:rFonts w:ascii="宋体;SimSun" w:hAnsi="宋体;SimSun" w:cs="宋体;SimSun"/>
          <w:color w:val="000000"/>
        </w:rPr>
        <w:t>）第七段，“也是奇怪，无论背多少遍，那句诗就像是活生生地在小病号的身体里打了结，一到考查的时候，他死活就背不出来，岳老师愈发伤心”可概括：小病号年龄小，调皮，总是背不出那句诗，岳老师很伤心。</w:t>
      </w:r>
      <w:r>
        <w:rPr>
          <w:rFonts w:eastAsia="宋体;SimSun" w:cs="宋体;SimSun" w:ascii="宋体;SimSun" w:hAnsi="宋体;SimSun"/>
          <w:color w:val="000000"/>
        </w:rPr>
        <w:t>3</w:t>
      </w:r>
      <w:r>
        <w:rPr>
          <w:rFonts w:ascii="宋体;SimSun" w:hAnsi="宋体;SimSun" w:cs="宋体;SimSun"/>
          <w:color w:val="000000"/>
        </w:rPr>
        <w:t>）第八到第十段，写小病号恼怒地说不想学习了，岳老师痛哭之后反而教得更多。</w:t>
      </w:r>
      <w:r>
        <w:rPr>
          <w:rFonts w:eastAsia="宋体;SimSun" w:cs="宋体;SimSun" w:ascii="宋体;SimSun" w:hAnsi="宋体;SimSun"/>
          <w:color w:val="000000"/>
        </w:rPr>
        <w:t>4</w:t>
      </w:r>
      <w:r>
        <w:rPr>
          <w:rFonts w:ascii="宋体;SimSun" w:hAnsi="宋体;SimSun" w:cs="宋体;SimSun"/>
          <w:color w:val="000000"/>
        </w:rPr>
        <w:t>）十一到十三段，结合“她说要在小病号离开之前，给他编一本教材”可概括：小病号并重要转院，将无法继续学习，岳老师深夜为他编教材。</w:t>
      </w:r>
      <w:r>
        <w:rPr>
          <w:rFonts w:eastAsia="宋体;SimSun" w:cs="宋体;SimSun" w:ascii="宋体;SimSun" w:hAnsi="宋体;SimSun"/>
          <w:color w:val="000000"/>
        </w:rPr>
        <w:t>5</w:t>
      </w:r>
      <w:r>
        <w:rPr>
          <w:rFonts w:ascii="宋体;SimSun" w:hAnsi="宋体;SimSun" w:cs="宋体;SimSun"/>
          <w:color w:val="000000"/>
        </w:rPr>
        <w:t>）十四段到结尾，写小病号在楼下完整地背出了那句诗，岳老师悲喜交织。</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本题考查句子赏析。</w:t>
      </w:r>
      <w:r>
        <w:rPr>
          <w:rFonts w:eastAsia="宋体;SimSun" w:cs="宋体;SimSun" w:ascii="宋体;SimSun" w:hAnsi="宋体;SimSun"/>
          <w:color w:val="000000"/>
        </w:rPr>
        <w:t>1</w:t>
      </w:r>
      <w:r>
        <w:rPr>
          <w:rFonts w:ascii="宋体;SimSun" w:hAnsi="宋体;SimSun" w:cs="宋体;SimSun"/>
          <w:color w:val="000000"/>
        </w:rPr>
        <w:t>）手法，“终年苍白的面容上竟然现出了一丝红晕”是神态描写和外貌描写。分析。“终年苍白”写出了岳老师身体状况不好，而“红晕”写通过神态变化，写出了她给小病号讲课时的激动、喜悦，这件事对岳老师来说非常重要，因为她在这件事里面找到了生命的意义和价值，虽然生着病，但是却仍然做着有意义的事情，传递着知识，呵护着新的生命，表现了岳老师对于生命的深刻理解。</w:t>
      </w:r>
      <w:r>
        <w:rPr>
          <w:rFonts w:eastAsia="宋体;SimSun" w:cs="宋体;SimSun" w:ascii="宋体;SimSun" w:hAnsi="宋体;SimSun"/>
          <w:color w:val="000000"/>
        </w:rPr>
        <w:t>2</w:t>
      </w:r>
      <w:r>
        <w:rPr>
          <w:rFonts w:ascii="宋体;SimSun" w:hAnsi="宋体;SimSun" w:cs="宋体;SimSun"/>
          <w:color w:val="000000"/>
        </w:rPr>
        <w:t>）手法。“仰”“盯”“挺”“拢”“喊”是一系列动词，这是一处动作描写。分析。这一系列动词描写了小病号在给岳老师背诵诗句时的态度的认真、专注，这是因为他内心中非常感激、敬佩岳老师，通过这些动作，表现了小病号对岳老师的感激、敬佩之情。</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句子理解。抓住关键词，结合文章内容、主题进行把握。示范：“有些生命”在文章里指的是岳老师和小病号，“碰撞”指二人的相遇、相识，“燃起星火”这里运用比喻修辞，把二人在彼此生命中的作用彼此星火，“星火”是光亮，有照明的作用，“照亮彼此的人生”可以理解为对彼此人生的影响。结合“终年苍白的面容上竟然现出了一丝红晕”可知，对于岳老师来说，自己病重灰暗的这段时光里，能够教导小病号，给他上课，甚至最后分离的时候小病号背诵出一直背不出的诗句，进而表达谢意、感激，这一切让她这段时光似乎不那么黑暗了，有了价值、意义，有了支撑下去的力量。而对于小病号而言，长年的生病，不能和同龄人一直在一起学习，缺少关心，在岳老师的用心的教导、编教材等行为中都获得了一丝补偿，让自己的生病岁月也有了色彩光亮。</w:t>
      </w:r>
    </w:p>
    <w:p>
      <w:pPr>
        <w:pStyle w:val="Heading2"/>
      </w:pPr>
      <w:r>
        <w:t>期末</w:t>
      </w:r>
    </w:p>
    <w:p>
      <w:pPr>
        <w:pStyle w:val="Heading3"/>
      </w:pPr>
      <w:r>
        <w:t>东城区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三、现代文阅读（共</w:t>
      </w:r>
      <w:r>
        <w:rPr>
          <w:rFonts w:eastAsia="宋体;SimSun" w:cs="宋体;SimSun" w:ascii="宋体;SimSun" w:hAnsi="宋体;SimSun"/>
          <w:b/>
          <w:color w:val="000000"/>
          <w:sz w:val="24"/>
        </w:rPr>
        <w:t>21</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阅读下面议论文段，完成下面小题。</w:t>
      </w:r>
    </w:p>
    <w:p>
      <w:pPr>
        <w:pStyle w:val="Normal"/>
        <w:spacing w:lineRule="auto" w:line="360"/>
        <w:ind w:firstLine="420" w:end="0"/>
        <w:jc w:val="start"/>
        <w:textAlignment w:val="center"/>
        <w:rPr/>
      </w:pPr>
      <w:r>
        <w:rPr>
          <w:rFonts w:ascii="楷体" w:hAnsi="楷体" w:cs="楷体" w:eastAsia="楷体"/>
          <w:color w:val="000000"/>
        </w:rPr>
        <w:t>我尝见许多年青的朋友，聪明用功，成绩优异，而语文程度不足以达意，甚至写一封信亦难得通顺，问其故则曰其兴趣不在语文方面。又有一些位，执笔为文，斐然可诵，而视数理科目如仇雠（音</w:t>
      </w:r>
      <w:r>
        <w:rPr>
          <w:rFonts w:eastAsia="Times New Roman" w:cs="Times New Roman" w:ascii="Times New Roman" w:hAnsi="Times New Roman"/>
          <w:color w:val="000000"/>
        </w:rPr>
        <w:t>chóu</w:t>
      </w:r>
      <w:r>
        <w:rPr>
          <w:rFonts w:ascii="楷体" w:hAnsi="楷体" w:cs="楷体" w:eastAsia="楷体"/>
          <w:color w:val="000000"/>
        </w:rPr>
        <w:t>。仇雠意指仇敌），勉强才能及格，问其故则亦曰其情趣不在数理方面，而且他们觉得某些科目没有趣味，便撇在一旁视如敝屣，怡然自得，振振有辞，略无愧色，好像这就是发扬趣味主义。殊不知天下没有没有趣味的学问，端视吾人如何发掘其趣味，如果在良师指导之下按部就班的循序而进，一步一步的发现新天地，当然乐在其中，如果浅尝辄止，甚至躐等（躐音</w:t>
      </w:r>
      <w:r>
        <w:rPr>
          <w:rFonts w:eastAsia="Times New Roman" w:cs="Times New Roman" w:ascii="Times New Roman" w:hAnsi="Times New Roman"/>
          <w:color w:val="000000"/>
        </w:rPr>
        <w:t>liè</w:t>
      </w:r>
      <w:r>
        <w:rPr>
          <w:rFonts w:ascii="楷体" w:hAnsi="楷体" w:cs="楷体" w:eastAsia="楷体"/>
          <w:color w:val="000000"/>
        </w:rPr>
        <w:t>。躐等意指超越等级，不按次序）躁进，当然味同嚼蜡，自讨没趣。一个有中上天资的人，对于普通的基本的文理科目，都同样的有学习的能力，绝不会本能的长于此而拙于彼。只有懒惰与任性，才能使一个人自甘暴弃的在“趣味”的掩护之下败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自小学到中学，所修习的无非是一些普通的基本知识。就是大学四年，所授课业也还是相当粗浅的学识。世人常称大学为“最高学府”，这名称易滋误解，好像过此以上即无学问可言。大学的研究所才是初步研究学问的所在，在这里作学问也只能算是粗涉藩篱，注重的是研究学问的方法与实习。学无止境，一生的时间都嫌太短，所以古人皓首穷经，头发白了还是在继续研究，不过在这样的研究中确是有浓厚的趣味。</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（选自《学问与趣味》，梁实秋 文）</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阅读选文，根据梁实秋原文题目“学问与趣味”，推测这两段论证的观点。</w:t>
      </w:r>
    </w:p>
    <w:p>
      <w:pPr>
        <w:pStyle w:val="Normal"/>
        <w:spacing w:lineRule="auto" w:line="360"/>
        <w:jc w:val="start"/>
        <w:textAlignment w:val="center"/>
        <w:rPr/>
      </w:pPr>
      <w:r>
        <w:rPr/>
        <w:t xml:space="preserve">15. </w:t>
      </w:r>
      <w:r>
        <w:rPr/>
        <w:t>《学问与趣味》全文共有四个自然段，根据下面所列其他段的段意，说说你对选文位置的安排，并结合文段内容简要说明如此安排的原因。</w:t>
      </w:r>
    </w:p>
    <w:tbl>
      <w:tblPr>
        <w:tblW w:w="5000" w:type="pct"/>
        <w:jc w:val="start"/>
        <w:tblInd w:w="0" w:type="dxa"/>
        <w:tblLayout w:type="fixed"/>
        <w:tblCellMar>
          <w:top w:w="75" w:type="dxa"/>
          <w:start w:w="108" w:type="dxa"/>
          <w:bottom w:w="75" w:type="dxa"/>
          <w:end w:w="108" w:type="dxa"/>
        </w:tblCellMar>
      </w:tblPr>
      <w:tblGrid>
        <w:gridCol w:w="9752"/>
      </w:tblGrid>
      <w:tr>
        <w:trPr>
          <w:trHeight w:val="330" w:hRule="atLeast"/>
        </w:trPr>
        <w:tc>
          <w:tcPr>
            <w:tcW w:w="9752"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A</w:t>
            </w:r>
            <w:r>
              <w:rPr>
                <w:rFonts w:ascii="宋体;SimSun" w:hAnsi="宋体;SimSun" w:cs="宋体;SimSun"/>
                <w:color w:val="000000"/>
                <w:kern w:val="2"/>
                <w:sz w:val="21"/>
                <w:szCs w:val="22"/>
                <w:lang w:bidi="ar-SA"/>
              </w:rPr>
              <w:t>段：举梁启超先生做学问并取得成就的例子分析前辈倡导学问趣味的原因，指出年青时候为学问打根底不能过分重趣味。</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B</w:t>
            </w:r>
            <w:r>
              <w:rPr>
                <w:rFonts w:ascii="宋体;SimSun" w:hAnsi="宋体;SimSun" w:cs="宋体;SimSun"/>
                <w:color w:val="000000"/>
                <w:kern w:val="2"/>
                <w:sz w:val="21"/>
                <w:szCs w:val="22"/>
                <w:lang w:bidi="ar-SA"/>
              </w:rPr>
              <w:t>段：举合理编列的课程表不可偏废和受过良好教育之人学成之前必须经历严格学习过程两例，提出从小学到大学这个初学阶段，应该偏重教育的纪律，而少提倡趣味。</w:t>
            </w:r>
          </w:p>
        </w:tc>
      </w:tr>
    </w:tbl>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w:t>
      </w:r>
      <w:r>
        <w:rPr>
          <w:rFonts w:ascii="宋体;SimSun" w:hAnsi="宋体;SimSun" w:cs="宋体;SimSun"/>
          <w:color w:val="000000"/>
        </w:rPr>
        <w:t>示例：学习阶段，还是要打好学问的底子，不可因趣味而有偏废。</w:t>
      </w:r>
      <w:r>
        <w:rPr>
          <w:color w:val="000000"/>
        </w:rPr>
        <w:t xml:space="preserve">    </w:t>
      </w:r>
    </w:p>
    <w:p>
      <w:pPr>
        <w:pStyle w:val="Normal"/>
        <w:spacing w:lineRule="auto" w:line="360"/>
        <w:textAlignment w:val="center"/>
        <w:rPr/>
      </w:pPr>
      <w:r>
        <w:rPr>
          <w:color w:val="000000"/>
        </w:rPr>
        <w:t xml:space="preserve">15. </w:t>
      </w:r>
      <w:r>
        <w:rPr>
          <w:rFonts w:ascii="宋体;SimSun" w:hAnsi="宋体;SimSun" w:cs="宋体;SimSun"/>
          <w:color w:val="000000"/>
        </w:rPr>
        <w:t>安排在</w:t>
      </w:r>
      <w:r>
        <w:rPr>
          <w:rFonts w:eastAsia="宋体;SimSun" w:cs="宋体;SimSun" w:ascii="宋体;SimSun" w:hAnsi="宋体;SimSun"/>
          <w:color w:val="000000"/>
        </w:rPr>
        <w:t>A</w:t>
      </w:r>
      <w:r>
        <w:rPr>
          <w:rFonts w:ascii="宋体;SimSun" w:hAnsi="宋体;SimSun" w:cs="宋体;SimSun"/>
          <w:color w:val="000000"/>
        </w:rPr>
        <w:t>段和</w:t>
      </w:r>
      <w:r>
        <w:rPr>
          <w:rFonts w:eastAsia="宋体;SimSun" w:cs="宋体;SimSun" w:ascii="宋体;SimSun" w:hAnsi="宋体;SimSun"/>
          <w:color w:val="000000"/>
        </w:rPr>
        <w:t>B</w:t>
      </w:r>
      <w:r>
        <w:rPr>
          <w:rFonts w:ascii="宋体;SimSun" w:hAnsi="宋体;SimSun" w:cs="宋体;SimSun"/>
          <w:color w:val="000000"/>
        </w:rPr>
        <w:t>段之间。 要点：①这两段都在谈年青学生的学习。不同的是第一段举年青学生因兴趣而导致科目偏废例子并分析失败的原因，第二段明确小学、中学、大学、研究所学习的侧重，并与古人皓首穷经比较，指出学无止境，在不断学习中确有趣味。②</w:t>
      </w:r>
      <w:r>
        <w:rPr>
          <w:rFonts w:eastAsia="宋体;SimSun" w:cs="宋体;SimSun" w:ascii="宋体;SimSun" w:hAnsi="宋体;SimSun"/>
          <w:color w:val="000000"/>
        </w:rPr>
        <w:t>A</w:t>
      </w:r>
      <w:r>
        <w:rPr>
          <w:rFonts w:ascii="宋体;SimSun" w:hAnsi="宋体;SimSun" w:cs="宋体;SimSun"/>
          <w:color w:val="000000"/>
        </w:rPr>
        <w:t>段由梁先生的例子引出话题，从而就“学问与趣味”的关系提出年青时要为学问打根底而不能过分重趣味的观点。其谈论的范围比选文大，应该在选文的前面。③</w:t>
      </w:r>
      <w:r>
        <w:rPr>
          <w:rFonts w:eastAsia="宋体;SimSun" w:cs="宋体;SimSun" w:ascii="宋体;SimSun" w:hAnsi="宋体;SimSun"/>
          <w:color w:val="000000"/>
        </w:rPr>
        <w:t>B</w:t>
      </w:r>
      <w:r>
        <w:rPr>
          <w:rFonts w:ascii="宋体;SimSun" w:hAnsi="宋体;SimSun" w:cs="宋体;SimSun"/>
          <w:color w:val="000000"/>
        </w:rPr>
        <w:t>段侧重谈青年学习，就“学问与趣味”如何处理提出具体建议。该段是承接选文接着阐释的，所以</w:t>
      </w:r>
      <w:r>
        <w:rPr>
          <w:rFonts w:eastAsia="宋体;SimSun" w:cs="宋体;SimSun" w:ascii="宋体;SimSun" w:hAnsi="宋体;SimSun"/>
          <w:color w:val="000000"/>
        </w:rPr>
        <w:t>B</w:t>
      </w:r>
      <w:r>
        <w:rPr>
          <w:rFonts w:ascii="宋体;SimSun" w:hAnsi="宋体;SimSun" w:cs="宋体;SimSun"/>
          <w:color w:val="000000"/>
        </w:rPr>
        <w:t>段应位于选文后。</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pPr>
      <w:r>
        <w:rPr>
          <w:rFonts w:ascii="宋体;SimSun" w:hAnsi="宋体;SimSun" w:cs="宋体;SimSun"/>
          <w:color w:val="000000"/>
        </w:rPr>
        <w:t>本题考查论点。论点是表达观点</w:t>
      </w:r>
      <w:r>
        <w:rPr>
          <w:rFonts w:ascii="宋体;SimSun" w:hAnsi="宋体;SimSun" w:cs="宋体;SimSun"/>
          <w:color w:val="000000"/>
        </w:rPr>
        <w:drawing>
          <wp:inline distT="0" distB="0" distL="0" distR="0">
            <wp:extent cx="133350" cy="177800"/>
            <wp:effectExtent l="0" t="0" r="0" b="0"/>
            <wp:docPr id="1385"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9"/>
                    <pic:cNvPicPr>
                      <a:picLocks noChangeAspect="1" noChangeArrowheads="1"/>
                    </pic:cNvPicPr>
                  </pic:nvPicPr>
                  <pic:blipFill>
                    <a:blip r:embed="rId37"/>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陈述句。一般要结合题目、开头、结尾或者分论点来概括论点。题目“学问与趣味”是本文的论题，结合第一段“只有懒惰与任性，才能使一个人自甘暴弃的在‘趣味’的掩护之下败退”可知，不能因为趣味而偏废学业，结合第二段“学无止境，一生的时间都嫌太短，所以古人皓首穷经，头发白了还是在继续研究，不过在这样的研究中确是有浓厚的趣味”可知，大学之前的学习都是为研究做准备，要在研究学习中发现趣味。故可概括论点：学习阶段，还是要打好学问的底子，不可因趣味而有偏废。</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本题考查论证过程。</w:t>
      </w:r>
      <w:r>
        <w:rPr>
          <w:rFonts w:eastAsia="宋体;SimSun" w:cs="宋体;SimSun" w:ascii="宋体;SimSun" w:hAnsi="宋体;SimSun"/>
          <w:color w:val="000000"/>
        </w:rPr>
        <w:t>1</w:t>
      </w:r>
      <w:r>
        <w:rPr>
          <w:rFonts w:ascii="宋体;SimSun" w:hAnsi="宋体;SimSun" w:cs="宋体;SimSun"/>
          <w:color w:val="000000"/>
        </w:rPr>
        <w:t>）概括选文两段的段意。第一段先举出当时社会上一些青年因为兴趣而停止对部分科目的学习和探索的现状，结合“殊不知天下没有没有趣味的学问，端视吾人如何发掘其趣味”可知，作者针对这种现状提出了自己的看法：不能因为兴趣偏废学业，每个科目都有趣味，要自己去发掘。第二段则指出大学之前的学习不是研究，而是在为研究做准备，暗示大学之前的学习是积累，谈不到研究兴趣选择。</w:t>
      </w:r>
      <w:r>
        <w:rPr>
          <w:rFonts w:eastAsia="宋体;SimSun" w:cs="宋体;SimSun" w:ascii="宋体;SimSun" w:hAnsi="宋体;SimSun"/>
          <w:color w:val="000000"/>
        </w:rPr>
        <w:t>2</w:t>
      </w:r>
      <w:r>
        <w:rPr>
          <w:rFonts w:ascii="宋体;SimSun" w:hAnsi="宋体;SimSun" w:cs="宋体;SimSun"/>
          <w:color w:val="000000"/>
        </w:rPr>
        <w:t>）逻辑分析。</w:t>
      </w:r>
      <w:r>
        <w:rPr>
          <w:rFonts w:eastAsia="宋体;SimSun" w:cs="宋体;SimSun" w:ascii="宋体;SimSun" w:hAnsi="宋体;SimSun"/>
          <w:color w:val="000000"/>
        </w:rPr>
        <w:t>A</w:t>
      </w:r>
      <w:r>
        <w:rPr>
          <w:rFonts w:ascii="宋体;SimSun" w:hAnsi="宋体;SimSun" w:cs="宋体;SimSun"/>
          <w:color w:val="000000"/>
        </w:rPr>
        <w:t>段由梁启超先生的例子引出论题“学问与趣味”，分析前辈倡导学问趣味的原因，从一个名家的学习研究经历谈起，更能引起读者的兴趣，适合做首段，而且由梁启超先生的个人典型事例开始，进而分析当时许多年轻朋友的事例，由个体到群体，符合逻辑关系。故</w:t>
      </w:r>
      <w:r>
        <w:rPr>
          <w:rFonts w:eastAsia="宋体;SimSun" w:cs="宋体;SimSun" w:ascii="宋体;SimSun" w:hAnsi="宋体;SimSun"/>
          <w:color w:val="000000"/>
        </w:rPr>
        <w:t>A</w:t>
      </w:r>
      <w:r>
        <w:rPr>
          <w:rFonts w:ascii="宋体;SimSun" w:hAnsi="宋体;SimSun" w:cs="宋体;SimSun"/>
          <w:color w:val="000000"/>
        </w:rPr>
        <w:t>段放在第一段之前。</w:t>
      </w:r>
      <w:r>
        <w:rPr>
          <w:rFonts w:eastAsia="宋体;SimSun" w:cs="宋体;SimSun" w:ascii="宋体;SimSun" w:hAnsi="宋体;SimSun"/>
          <w:color w:val="000000"/>
        </w:rPr>
        <w:t>B</w:t>
      </w:r>
      <w:r>
        <w:rPr>
          <w:rFonts w:ascii="宋体;SimSun" w:hAnsi="宋体;SimSun" w:cs="宋体;SimSun"/>
          <w:color w:val="000000"/>
        </w:rPr>
        <w:t>段主要举出具体事例来论证、论述从小学到大学这个初学阶段，应该偏重教育的纪律，而少提倡趣味的观点。是承接第二段大学之前的学习并非是研究学问，而是为做学问打基础的观点在论述，故</w:t>
      </w:r>
      <w:r>
        <w:rPr>
          <w:rFonts w:eastAsia="宋体;SimSun" w:cs="宋体;SimSun" w:ascii="宋体;SimSun" w:hAnsi="宋体;SimSun"/>
          <w:color w:val="000000"/>
        </w:rPr>
        <w:t>B</w:t>
      </w:r>
      <w:r>
        <w:rPr>
          <w:rFonts w:ascii="宋体;SimSun" w:hAnsi="宋体;SimSun" w:cs="宋体;SimSun"/>
          <w:color w:val="000000"/>
        </w:rPr>
        <w:t>段在第二段之后。</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阅读老舍《济南的冬天》节选，完成下面小题。</w:t>
      </w:r>
    </w:p>
    <w:p>
      <w:pPr>
        <w:pStyle w:val="Normal"/>
        <w:spacing w:lineRule="auto" w:line="360"/>
        <w:ind w:firstLine="420" w:end="0"/>
        <w:jc w:val="start"/>
        <w:textAlignment w:val="center"/>
        <w:rPr/>
      </w:pPr>
      <w:r>
        <w:rPr>
          <w:rFonts w:ascii="楷体" w:hAnsi="楷体" w:cs="楷体" w:eastAsia="楷体"/>
          <w:color w:val="000000"/>
        </w:rPr>
        <w:t>小山整把济南围了个圈儿，只有北边缺着点儿口儿。这一圈小山在冬天特别可爱，好像是把济南放在一个小摇篮里，他们全安静不动地低声地说：“你们放心吧，这儿准保暖和。”真的，济南的人们在冬天是面上含笑的。他们一看那些小山，心中便觉得有了着落，有了依靠。他们由天上看到山上，便不觉地想起：“【甲】</w:t>
      </w:r>
      <w:r>
        <w:rPr>
          <w:rFonts w:ascii="楷体" w:hAnsi="楷体" w:cs="楷体" w:eastAsia="楷体"/>
          <w:color w:val="000000"/>
          <w:u w:val="single"/>
        </w:rPr>
        <w:t>明天也许就是春天了吧</w:t>
      </w:r>
      <w:r>
        <w:rPr>
          <w:rFonts w:eastAsia="楷体" w:cs="楷体" w:ascii="楷体" w:hAnsi="楷体"/>
          <w:color w:val="000000"/>
          <w:u w:val="single"/>
        </w:rPr>
        <w:t>?</w:t>
      </w:r>
      <w:r>
        <w:rPr>
          <w:rFonts w:ascii="楷体" w:hAnsi="楷体" w:cs="楷体" w:eastAsia="楷体"/>
          <w:color w:val="000000"/>
          <w:u w:val="single"/>
        </w:rPr>
        <w:t>这样的温暖，今天夜里山草也许就绿起来了吧</w:t>
      </w:r>
      <w:r>
        <w:rPr>
          <w:rFonts w:eastAsia="楷体" w:cs="楷体" w:ascii="楷体" w:hAnsi="楷体"/>
          <w:color w:val="000000"/>
          <w:u w:val="single"/>
        </w:rPr>
        <w:t>?</w:t>
      </w:r>
      <w:r>
        <w:rPr>
          <w:rFonts w:eastAsia="楷体" w:cs="楷体" w:ascii="楷体" w:hAnsi="楷体"/>
          <w:color w:val="000000"/>
        </w:rPr>
        <w:t>”</w:t>
      </w:r>
      <w:r>
        <w:rPr>
          <w:rFonts w:ascii="楷体" w:hAnsi="楷体" w:cs="楷体" w:eastAsia="楷体"/>
          <w:color w:val="000000"/>
        </w:rPr>
        <w:t>就是这点儿幻想不能一时实现，他们也并不着急，因为有这样慈善的冬天，干啥还希望别的呢</w:t>
      </w:r>
      <w:r>
        <w:rPr>
          <w:rFonts w:eastAsia="楷体" w:cs="楷体" w:ascii="楷体" w:hAnsi="楷体"/>
          <w:color w:val="000000"/>
        </w:rPr>
        <w:t>!</w:t>
      </w:r>
    </w:p>
    <w:p>
      <w:pPr>
        <w:pStyle w:val="Normal"/>
        <w:spacing w:lineRule="auto" w:line="360"/>
        <w:ind w:firstLine="420" w:end="0"/>
        <w:jc w:val="start"/>
        <w:textAlignment w:val="center"/>
        <w:rPr/>
      </w:pPr>
      <w:r>
        <w:rPr>
          <w:rFonts w:ascii="楷体" w:hAnsi="楷体" w:cs="楷体" w:eastAsia="楷体"/>
          <w:color w:val="000000"/>
        </w:rPr>
        <w:t>最妙的是下点儿小雪呀。看吧，山上的矮松越发的青黑，树尖儿上顶着一髻儿白花，好像日本看护妇。【乙】</w:t>
      </w:r>
      <w:r>
        <w:rPr>
          <w:rFonts w:ascii="楷体" w:hAnsi="楷体" w:cs="楷体" w:eastAsia="楷体"/>
          <w:color w:val="000000"/>
          <w:u w:val="single"/>
        </w:rPr>
        <w:t>山尖全白了，给蓝天镶上一道银边。</w:t>
      </w:r>
      <w:r>
        <w:rPr>
          <w:rFonts w:ascii="楷体" w:hAnsi="楷体" w:cs="楷体" w:eastAsia="楷体"/>
          <w:color w:val="000000"/>
        </w:rPr>
        <w:t>山坡上有的地方雪厚点儿，有的地方草色还露着；这样，一道儿白，一道儿暗黄，给山们穿上一件带水纹的花衣；看着看着，这件花衣好像被风儿吹动，叫你希望看见一点儿更美的山的肌肤。等到快日落的时候，微黄的阳光斜射在山腰上，那点儿薄雪好像忽然害了羞，微微露出点儿粉色。就是下小雪吧，济南是受不住大雪的，那些小山太秀气！</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古老的济南，城内那么狭窄，城外又那么宽敞，山坡上卧着些小村庄，小村庄的房顶上卧着点儿雪，对，这是张小水墨画，也许是唐代的名手画的吧。</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简要概括选文的主要内容。（</w:t>
      </w:r>
      <w:r>
        <w:rPr>
          <w:rFonts w:eastAsia="宋体;SimSun" w:cs="宋体;SimSun" w:ascii="宋体;SimSun" w:hAnsi="宋体;SimSun"/>
          <w:color w:val="000000"/>
        </w:rPr>
        <w:t>30</w:t>
      </w:r>
      <w:r>
        <w:rPr>
          <w:rFonts w:ascii="宋体;SimSun" w:hAnsi="宋体;SimSun" w:cs="宋体;SimSun"/>
          <w:color w:val="000000"/>
        </w:rPr>
        <w:t>字以内）</w:t>
      </w:r>
    </w:p>
    <w:p>
      <w:pPr>
        <w:pStyle w:val="Normal"/>
        <w:spacing w:lineRule="auto" w:line="360"/>
        <w:jc w:val="start"/>
        <w:textAlignment w:val="center"/>
        <w:rPr/>
      </w:pPr>
      <w:r>
        <w:rPr>
          <w:rFonts w:eastAsia="宋体;SimSun" w:cs="宋体;SimSun" w:ascii="宋体;SimSun" w:hAnsi="宋体;SimSun"/>
          <w:color w:val="000000"/>
        </w:rPr>
        <w:t xml:space="preserve">17. </w:t>
      </w:r>
      <w:r>
        <w:rPr>
          <w:rFonts w:ascii="宋体;SimSun" w:hAnsi="宋体;SimSun" w:cs="宋体;SimSun"/>
          <w:color w:val="000000"/>
        </w:rPr>
        <w:t>从【甲】【乙】两个划线句中</w:t>
      </w:r>
      <w:r>
        <w:rPr>
          <w:rFonts w:ascii="宋体;SimSun" w:hAnsi="宋体;SimSun" w:cs="宋体;SimSun"/>
          <w:color w:val="000000"/>
          <w:em w:val="underDot"/>
        </w:rPr>
        <w:t>任选一句</w:t>
      </w:r>
      <w:r>
        <w:rPr>
          <w:rFonts w:ascii="宋体;SimSun" w:hAnsi="宋体;SimSun" w:cs="宋体;SimSun"/>
          <w:color w:val="000000"/>
        </w:rPr>
        <w:t>，根据你对划线句内容和表达形式主要特点的理解仿写一个句子，并在仿写句中能体现该句表达形式主要特点的文字符号下加上着重号“</w:t>
      </w:r>
      <w:r>
        <w:rPr>
          <w:rFonts w:eastAsia="宋体;SimSun" w:cs="宋体;SimSun" w:ascii="宋体;SimSun" w:hAnsi="宋体;SimSun"/>
          <w:color w:val="000000"/>
        </w:rPr>
        <w:t>.”</w:t>
      </w:r>
      <w:r>
        <w:rPr>
          <w:rFonts w:ascii="宋体;SimSun" w:hAnsi="宋体;SimSun" w:cs="宋体;SimSun"/>
          <w:color w:val="000000"/>
        </w:rPr>
        <w:t>。（仿写对象和主题不限）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示例</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原句：真的，济南的人们在冬天是面上含笑的。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该句表达形式上的主要特点：用“真的”“……是……的”几个词语持续表达确定。</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仿句：真的，每次放学回家远远望见家中窗帘映照的昏黄的灯火，我内心是非常高兴的。</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（表达形式上的特点可从用词、修辞、句式等角度把握。）</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w:t>
      </w:r>
      <w:r>
        <w:rPr>
          <w:rFonts w:ascii="宋体;SimSun" w:hAnsi="宋体;SimSun" w:cs="宋体;SimSun"/>
          <w:color w:val="000000"/>
        </w:rPr>
        <w:t>示例：描写了济南冬天因地理优势而独有的温暖、安适、秀美、淡雅之景。</w:t>
      </w:r>
      <w:r>
        <w:rPr>
          <w:color w:val="000000"/>
        </w:rPr>
        <w:t xml:space="preserve">    </w:t>
      </w:r>
    </w:p>
    <w:p>
      <w:pPr>
        <w:pStyle w:val="Normal"/>
        <w:spacing w:lineRule="auto" w:line="360"/>
        <w:textAlignment w:val="center"/>
        <w:rPr/>
      </w:pPr>
      <w:r>
        <w:rPr>
          <w:color w:val="000000"/>
        </w:rPr>
        <w:t xml:space="preserve">17. </w:t>
      </w:r>
      <w:r>
        <w:rPr>
          <w:rFonts w:ascii="宋体;SimSun" w:hAnsi="宋体;SimSun" w:cs="宋体;SimSun"/>
          <w:color w:val="000000"/>
        </w:rPr>
        <w:t>示例：选乙句。 表达形式主要特点：采用比喻、拟人修辞使表达形象生动。 仿句：夜幕下</w:t>
      </w:r>
      <w:r>
        <w:rPr>
          <w:rFonts w:ascii="宋体;SimSun" w:hAnsi="宋体;SimSun" w:cs="宋体;SimSun"/>
          <w:color w:val="000000"/>
        </w:rPr>
        <w:drawing>
          <wp:inline distT="0" distB="0" distL="0" distR="0">
            <wp:extent cx="133350" cy="177800"/>
            <wp:effectExtent l="0" t="0" r="0" b="0"/>
            <wp:docPr id="1387"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10"/>
                    <pic:cNvPicPr>
                      <a:picLocks noChangeAspect="1" noChangeArrowheads="1"/>
                    </pic:cNvPicPr>
                  </pic:nvPicPr>
                  <pic:blipFill>
                    <a:blip r:embed="rId3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香山，被裹上了一层轻柔的面纱。</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概括。从题目上看，本文的写作对象是济南的冬天，第一段写济南冬天暖和的原因和慈善的状态，第二段写小雪后济南冬天的秀气的美丽，第三段概括的写冬天的济南是一幅淡雅的水墨画。故可概括：描写了济南冬天因地理优势而独有的温暖、安适、秀美、淡雅之景。</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本题考查仿句。明确题干要求：找出句子内容和表达形式的主要特点，在体现表达形式的词语下面加着重号，仿写句子。甲：明天也许就是春天了吧</w:t>
      </w:r>
      <w:r>
        <w:rPr>
          <w:rFonts w:eastAsia="宋体;SimSun" w:cs="宋体;SimSun" w:ascii="宋体;SimSun" w:hAnsi="宋体;SimSun"/>
          <w:color w:val="000000"/>
        </w:rPr>
        <w:t>?</w:t>
      </w:r>
      <w:r>
        <w:rPr>
          <w:rFonts w:ascii="宋体;SimSun" w:hAnsi="宋体;SimSun" w:cs="宋体;SimSun"/>
          <w:color w:val="000000"/>
        </w:rPr>
        <w:t>这样的温暖，今天夜里山草也许就绿起来了吧</w:t>
      </w:r>
      <w:r>
        <w:rPr>
          <w:rFonts w:eastAsia="宋体;SimSun" w:cs="宋体;SimSun" w:ascii="宋体;SimSun" w:hAnsi="宋体;SimSun"/>
          <w:color w:val="000000"/>
        </w:rPr>
        <w:t>?</w:t>
      </w:r>
      <w:r>
        <w:rPr>
          <w:rFonts w:ascii="宋体;SimSun" w:hAnsi="宋体;SimSun" w:cs="宋体;SimSun"/>
          <w:color w:val="000000"/>
        </w:rPr>
        <w:t>这句话内容上写出了济南人感受到冬天的温暖，表现出对冬天济南如此温暖的幸福感叹。表达上用了疑问句和想象的手法，用“明天也许…了吧？这样的…，…了吧”的疑问表示一种猜想的幸福感。示范：明天也许就会传来获救的好消息了吧？这样的消息，今天就已经开始传递了吧？</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阅读下文，完成下面小题。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少年眼</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沈念</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少年第一次出远门，第一次见识平原上的景物，没有峰峦叠嶂的遮挡，能望见远处高高矮矮的房子、葱葱郁郁的大树、成片的稻田和甲壳虫般爬行的汽车，还有高耸的通讯塔和绵延的高压线。</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少年伸出五指，想去捉住那股与山里不同的气息——飘飘荡荡的水的气息。这气息在夜晚被冻成一层薄纱，手指轻碰，哧啦哧啦撕裂，像落满一地的玻璃碎片。父亲很熟悉这里，每年到芦苇收割的秋冬时节，父亲都要跟村里人一道，在湖洲驻扎三个月。这三个月，天作被盖地当床，芦苇割完了才回家过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岛是荒岛。来往的人影比不过天空飞过的雁鸭多。</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把“家”安在这个陌生的岛上，父亲要盖个什么样的房子呢？少年困意全无，兴奋起来。他抬抬头，天地空旷邈远，没有灯，却有光汇聚过来，是水波的光，倒映在天幕，又晃到湖洲之上。风也变得柔软起来，少年的视线慢慢适应，能依稀辨认近处和稍远地方的事物。</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父亲从行李袋中找出刃口发亮的弯刀，走到附近的芦苇丛中，转眼功夫割倒一片。在父亲的指导下，少年帮着用细麻绳把芦苇结实地打成一捆一捆。父亲说，这是“新家”的大梁，这是“新家”的柱子。打好“地基”，他又像变戏法似地从行李袋中翻出折叠整齐的旧尼龙帆布，摊开在地，风贴着地面吹鼓起帆布，父亲顺势一抖，转眼之间帆布就“盖”成了一间芦苇棚屋。他听从父亲的吩咐，搬上几捆芦苇压住“墙角”，这样帆布不会随风刮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父亲几乎一夜没睡，他在卧室里“搭”了两张芦苇床，又新盖了一个屋棚当“厨房”，然后把带来的家当一件件摆好，还用芦苇编了两把方凳，一张餐桌。这一切都是在少年睡着以后完成的。</w:t>
      </w:r>
    </w:p>
    <w:p>
      <w:pPr>
        <w:pStyle w:val="Normal"/>
        <w:spacing w:lineRule="auto" w:line="360"/>
        <w:ind w:firstLine="420" w:end="0"/>
        <w:jc w:val="start"/>
        <w:textAlignment w:val="center"/>
        <w:rPr/>
      </w:pPr>
      <w:r>
        <w:rPr>
          <w:rFonts w:ascii="楷体" w:hAnsi="楷体" w:cs="楷体" w:eastAsia="楷体"/>
          <w:color w:val="000000"/>
        </w:rPr>
        <w:t>少年醒来的时候，</w:t>
      </w:r>
      <w:r>
        <w:rPr>
          <w:rFonts w:ascii="楷体" w:hAnsi="楷体" w:cs="楷体" w:eastAsia="楷体"/>
          <w:color w:val="000000"/>
          <w:u w:val="single"/>
        </w:rPr>
        <w:t>“新家”被一团明晃晃的天光包裹着，好像这棚屋原本就是一个发光体，向岛上、湖上、天空绽放无尽的光芒</w:t>
      </w:r>
      <w:r>
        <w:rPr>
          <w:rFonts w:ascii="楷体" w:hAnsi="楷体" w:cs="楷体" w:eastAsia="楷体"/>
          <w:color w:val="000000"/>
        </w:rPr>
        <w:t>。掀开帆布门，白得耀眼的光迎面扑来。眼前岛上的景象把少年震惊了。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铺天盖地、茎秆高挺的芦苇，顶着沉甸甸的穗头，随风摆动枝叶，向远方致意。风刮过来，芦苇抱团对峙，站成铜墙铁壁。又终于抵挡不住一波波的猛烈吹袭，芦苇向着同一个方向低头、弯腰，瞬间就要折覆在地。与见过的水稻相比，这些芦苇就是超级巨人，高大、粗壮、招摇，少年感觉自己就像一个小不点，在这荒岛之上无比孤独、渺小。</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少年看到远处芦苇垛惊飞几只白色水鸟，它们线条般的身影，越飞越远。他一个激灵，跟着白色鸟飞去的方向，钻进了芦苇深处。秋冬季节的芦苇荡，湖水退去。茎秆挺拔的苇秆，如长剑飘舞的苇叶，被少年的身体碰出哗哗啦啦的响动。他也被芦苇的坚韧撞得摇摇晃晃，像海洋般的苇浪一下就吞没了少年瘦小的身影。</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少年几次试图跳起来，像一只鱼儿般跃出水面吐个气泡，但苇浪又高又大，在风中左摇右摆。他的头有些晕眩。走累了，蹲下来，连根拔起一根芦苇，半湿半干的泥土黏附着它十分发达的地下茎。白的花，绿的叶，黄的秆，顶部苇穗高挑饱满，挺在水面之上的枝叶泛着绿意，剥掉水中泡了几个月的腐枝败叶，能嗅到大地的芬芳气息。</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湖洲上的鸟，多会选偏僻草深之地孵育。要是能在这里寻到一只水鸟，就不会再感到孤独了。少年低头搜寻有没有完整的鸟蛋时，听到隐隐约约传来呼唤自己名字的声音，那是父亲在叫他。他环顾四周，呼喊声像是从四面八方传来的。这差点让他迷失，找不到回家的路。他找到脚印的方向，赶紧往回跑，哗啦哗啦，身体的碰撞，在芦苇荡里又腾起一股细小的声浪。</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少年认真辨认了回去的路。但走出芦苇荡的路似乎没有尽头，他莫名地紧张起来。来时并没有走多久，他也就打算试探性地往里走一走，但走着走着就似乎走丢了信心，接着就跑起来。他努力告诉自己，镇定镇定。他也想起父亲从小就告诫过的，凡事遇阻先不要慌乱，冷静下来再想对策。他很快又辨清了几只自己来时的脚印。</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清晰的脚印，斜斜浅浅的。少年把脚放进一个，大小刚好，心里悬空的石头在小脚印里稳稳落下。父亲叫唤的声音又飞来了，近在耳畔。</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少年如释重负地露出笑容，向“家”跑去。他的心中开始藏着一个秘密，他并不打算把这次短暂的出行告诉父亲。</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每个人都会有自己的秘密。少年又无端地笑起来，小脸白里透红，像树上自然成熟、绽裂的石榴。</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 xml:space="preserve">（选自《中国散文年度佳作 </w:t>
      </w:r>
      <w:r>
        <w:rPr>
          <w:rFonts w:eastAsia="楷体" w:cs="楷体" w:ascii="楷体" w:hAnsi="楷体"/>
          <w:color w:val="000000"/>
        </w:rPr>
        <w:t>2017</w:t>
      </w:r>
      <w:r>
        <w:rPr>
          <w:rFonts w:ascii="楷体" w:hAnsi="楷体" w:cs="楷体" w:eastAsia="楷体"/>
          <w:color w:val="000000"/>
        </w:rPr>
        <w:t>》，文字有删节）</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文章以“少年眼”为线索结构全文，阅读文章，简要概括少年在荒岛上的所见及其所感。</w:t>
      </w:r>
    </w:p>
    <w:p>
      <w:pPr>
        <w:pStyle w:val="Normal"/>
        <w:spacing w:lineRule="auto" w:line="360"/>
        <w:jc w:val="start"/>
        <w:textAlignment w:val="center"/>
        <w:rPr/>
      </w:pPr>
      <w:r>
        <w:rPr>
          <w:rFonts w:eastAsia="宋体;SimSun" w:cs="宋体;SimSun" w:ascii="宋体;SimSun" w:hAnsi="宋体;SimSun"/>
          <w:color w:val="000000"/>
        </w:rPr>
        <w:t xml:space="preserve">19. </w:t>
      </w:r>
      <w:r>
        <w:rPr>
          <w:rFonts w:ascii="宋体;SimSun" w:hAnsi="宋体;SimSun" w:cs="宋体;SimSun"/>
          <w:color w:val="000000"/>
        </w:rPr>
        <w:t>根据上下文，对文中划线句“‘新家’被一团明晃晃的天光包裹着，好像这棚屋原本就是一个发光体，向岛上、湖上、天空绽放无尽的光芒” 的描写体悟</w:t>
      </w:r>
      <w:r>
        <w:rPr>
          <w:rFonts w:ascii="宋体;SimSun" w:hAnsi="宋体;SimSun" w:cs="宋体;SimSun"/>
          <w:color w:val="000000"/>
          <w:em w:val="underDot"/>
        </w:rPr>
        <w:t>有误</w:t>
      </w:r>
      <w:r>
        <w:rPr>
          <w:rFonts w:ascii="宋体;SimSun" w:hAnsi="宋体;SimSun" w:cs="宋体;SimSun"/>
          <w:color w:val="000000"/>
        </w:rPr>
        <w:t>的一项是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描写出棚屋本身具有的精美、奇幻色彩。</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color w:val="000000"/>
        </w:rPr>
        <w:t>展现出岛上日光、湖光交相辉映的奇妙景色。</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暗示了父亲和少年在荒岛上生活环境的艰苦、离家打工的不易。</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D. </w:t>
      </w:r>
      <w:r>
        <w:rPr>
          <w:rFonts w:ascii="宋体;SimSun" w:hAnsi="宋体;SimSun" w:cs="宋体;SimSun"/>
          <w:color w:val="000000"/>
        </w:rPr>
        <w:t>荒岛条件虽然艰苦，但父亲能干体贴，让少年眼中的“新家”焕发出光彩。</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阅读全文，说说结尾段“每个人都会有自己的秘密”一句蕴含的深意。</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eastAsia="宋体;SimSun" w:cs="宋体;SimSun" w:ascii="宋体;SimSun" w:hAnsi="宋体;SimSun"/>
          <w:color w:val="000000"/>
        </w:rPr>
        <w:t>①</w:t>
      </w:r>
      <w:r>
        <w:rPr>
          <w:rFonts w:ascii="宋体;SimSun" w:hAnsi="宋体;SimSun" w:cs="宋体;SimSun"/>
          <w:color w:val="000000"/>
        </w:rPr>
        <w:t>荒岛独特的自然风貌；②荒岛生活环境的艰苦；③父亲在荒岛上用芦苇盖房、搭床等技术的娴熟，对自己的关心和体贴；④自己恐惧、孤独、迷失之后的成长。</w:t>
      </w:r>
      <w:r>
        <w:rPr>
          <w:color w:val="000000"/>
        </w:rPr>
        <w:t xml:space="preserve">    </w:t>
      </w:r>
      <w:r>
        <w:rPr>
          <w:color w:val="000000"/>
        </w:rPr>
        <w:t xml:space="preserve">19. A    </w:t>
      </w:r>
    </w:p>
    <w:p>
      <w:pPr>
        <w:pStyle w:val="Normal"/>
        <w:spacing w:lineRule="auto" w:line="360"/>
        <w:textAlignment w:val="center"/>
        <w:rPr/>
      </w:pPr>
      <w:r>
        <w:rPr>
          <w:color w:val="000000"/>
        </w:rPr>
        <w:t xml:space="preserve">20. </w:t>
      </w:r>
      <w:r>
        <w:rPr>
          <w:rFonts w:eastAsia="宋体;SimSun" w:cs="宋体;SimSun" w:ascii="宋体;SimSun" w:hAnsi="宋体;SimSun"/>
          <w:color w:val="000000"/>
        </w:rPr>
        <w:t>①</w:t>
      </w:r>
      <w:r>
        <w:rPr>
          <w:rFonts w:ascii="宋体;SimSun" w:hAnsi="宋体;SimSun" w:cs="宋体;SimSun"/>
          <w:color w:val="000000"/>
        </w:rPr>
        <w:t>每个生命成长的背后都有一段不能忘怀的人生体验。②生活之路虽然艰辛但不应停止对美好生活追寻与奋斗。③少年独自在芦苇深处克服困难，迈出人生成长的第一步。④青春少年在成长的路上，会有迷失方向的时候，但只要冷静判断就会走出逆境，成长起来。⑤生命是美好的，如少年的心，充满对未知的憧憬。</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本题考查内容概括。</w:t>
      </w:r>
      <w:r>
        <w:rPr>
          <w:rFonts w:eastAsia="宋体;SimSun" w:cs="宋体;SimSun" w:ascii="宋体;SimSun" w:hAnsi="宋体;SimSun"/>
          <w:color w:val="000000"/>
        </w:rPr>
        <w:t>1</w:t>
      </w:r>
      <w:r>
        <w:rPr>
          <w:rFonts w:ascii="宋体;SimSun" w:hAnsi="宋体;SimSun" w:cs="宋体;SimSun"/>
          <w:color w:val="000000"/>
        </w:rPr>
        <w:t>）结合第一段“少年第一次出远门，第一次见识平原上的景物”可概括少年第一次见到荒岛独特的自然风貌。</w:t>
      </w:r>
      <w:r>
        <w:rPr>
          <w:rFonts w:eastAsia="宋体;SimSun" w:cs="宋体;SimSun" w:ascii="宋体;SimSun" w:hAnsi="宋体;SimSun"/>
          <w:color w:val="000000"/>
        </w:rPr>
        <w:t>2</w:t>
      </w:r>
      <w:r>
        <w:rPr>
          <w:rFonts w:ascii="宋体;SimSun" w:hAnsi="宋体;SimSun" w:cs="宋体;SimSun"/>
          <w:color w:val="000000"/>
        </w:rPr>
        <w:t>）结合第二三段“这三个月，天作被盖地当床，芦苇割完了才回家过年。岛是荒岛。来往的人影比不过天空飞过的雁鸭多”可概括：荒岛生活环境的艰苦。</w:t>
      </w:r>
      <w:r>
        <w:rPr>
          <w:rFonts w:eastAsia="宋体;SimSun" w:cs="宋体;SimSun" w:ascii="宋体;SimSun" w:hAnsi="宋体;SimSun"/>
          <w:color w:val="000000"/>
        </w:rPr>
        <w:t>3</w:t>
      </w:r>
      <w:r>
        <w:rPr>
          <w:rFonts w:ascii="宋体;SimSun" w:hAnsi="宋体;SimSun" w:cs="宋体;SimSun"/>
          <w:color w:val="000000"/>
        </w:rPr>
        <w:t>）结合第五六段“父亲顺势一抖，转眼之间帆布就‘盖’成了一间芦苇棚屋”“这一切都是在少年睡着以后完成的”可概括：父亲在荒岛上用芦苇盖房、搭床等技术的娴熟，对自己的关心和体贴。</w:t>
      </w:r>
      <w:r>
        <w:rPr>
          <w:rFonts w:eastAsia="宋体;SimSun" w:cs="宋体;SimSun" w:ascii="宋体;SimSun" w:hAnsi="宋体;SimSun"/>
          <w:color w:val="000000"/>
        </w:rPr>
        <w:t>4</w:t>
      </w:r>
      <w:r>
        <w:rPr>
          <w:rFonts w:ascii="宋体;SimSun" w:hAnsi="宋体;SimSun" w:cs="宋体;SimSun"/>
          <w:color w:val="000000"/>
        </w:rPr>
        <w:t>）结合第八段至结尾“少年感觉自己就像一个小不点，在这荒岛之上无比孤独、渺小”“他也想起父亲从小就告诫过的，凡事遇阻先不要慌乱，冷静下来再想对策。他很快又辨清了几只自己来时的脚印”可概括：自己恐惧、孤独、迷失之后的成长。</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本题考查内容分析。结合“父亲顺势一抖，转眼之间帆布就‘盖’成了一间芦苇棚屋”可知，这个“新家”是用芦苇和帆布盖成的，不是精美的，故</w:t>
      </w:r>
      <w:r>
        <w:rPr>
          <w:rFonts w:eastAsia="宋体;SimSun" w:cs="宋体;SimSun" w:ascii="宋体;SimSun" w:hAnsi="宋体;SimSun"/>
          <w:color w:val="000000"/>
        </w:rPr>
        <w:t>A</w:t>
      </w:r>
      <w:r>
        <w:rPr>
          <w:rFonts w:ascii="宋体;SimSun" w:hAnsi="宋体;SimSun" w:cs="宋体;SimSun"/>
          <w:color w:val="000000"/>
        </w:rPr>
        <w:t>错误，选</w:t>
      </w:r>
      <w:r>
        <w:rPr>
          <w:rFonts w:eastAsia="宋体;SimSun" w:cs="宋体;SimSun" w:ascii="宋体;SimSun" w:hAnsi="宋体;SimSun"/>
          <w:color w:val="000000"/>
        </w:rPr>
        <w:t>A</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本题考查语句理解。抓住关键词“秘密”，理解其表层、深层含义，启示。</w:t>
      </w:r>
      <w:r>
        <w:rPr>
          <w:rFonts w:eastAsia="宋体;SimSun" w:cs="宋体;SimSun" w:ascii="宋体;SimSun" w:hAnsi="宋体;SimSun"/>
          <w:color w:val="000000"/>
        </w:rPr>
        <w:t>1</w:t>
      </w:r>
      <w:r>
        <w:rPr>
          <w:rFonts w:ascii="宋体;SimSun" w:hAnsi="宋体;SimSun" w:cs="宋体;SimSun"/>
          <w:color w:val="000000"/>
        </w:rPr>
        <w:t>）表层含义。结合“他的心中开始藏着一个秘密，他并不打算把这次短暂的出行告诉父亲”可知，少年的秘密具体指这一段芦苇丛中的旅行，推己及人，每个人都有自己成长中不能忘怀的一段段人生体验和旅程。</w:t>
      </w:r>
      <w:r>
        <w:rPr>
          <w:rFonts w:eastAsia="宋体;SimSun" w:cs="宋体;SimSun" w:ascii="宋体;SimSun" w:hAnsi="宋体;SimSun"/>
          <w:color w:val="000000"/>
        </w:rPr>
        <w:t>2</w:t>
      </w:r>
      <w:r>
        <w:rPr>
          <w:rFonts w:ascii="宋体;SimSun" w:hAnsi="宋体;SimSun" w:cs="宋体;SimSun"/>
          <w:color w:val="000000"/>
        </w:rPr>
        <w:t>）深层含义。这里的“每个人”特别是指少年自己，而他的“秘密”就是在芦苇深处迷失、镇定、找到方向，这里指少年独自克服困难，迈出了人生成长的第一步。</w:t>
      </w:r>
      <w:r>
        <w:rPr>
          <w:rFonts w:eastAsia="宋体;SimSun" w:cs="宋体;SimSun" w:ascii="宋体;SimSun" w:hAnsi="宋体;SimSun"/>
          <w:color w:val="000000"/>
        </w:rPr>
        <w:t>3</w:t>
      </w:r>
      <w:r>
        <w:rPr>
          <w:rFonts w:ascii="宋体;SimSun" w:hAnsi="宋体;SimSun" w:cs="宋体;SimSun"/>
          <w:color w:val="000000"/>
        </w:rPr>
        <w:t>）启示一。少年的恐惧、迷失、镇定、成长的过程告诉我们，成长的路上每个人都会遇到困难，有迷失、恐惧的时候，每个人都如少年一般镇静判断、思考，那么定会成长起来。</w:t>
      </w:r>
      <w:r>
        <w:rPr>
          <w:rFonts w:eastAsia="宋体;SimSun" w:cs="宋体;SimSun" w:ascii="宋体;SimSun" w:hAnsi="宋体;SimSun"/>
          <w:color w:val="000000"/>
        </w:rPr>
        <w:t>4</w:t>
      </w:r>
      <w:r>
        <w:rPr>
          <w:rFonts w:ascii="宋体;SimSun" w:hAnsi="宋体;SimSun" w:cs="宋体;SimSun"/>
          <w:color w:val="000000"/>
        </w:rPr>
        <w:t>）启示二。少年不想把自己这一段旅程告诉父亲，可能是因为他在这段旅程中有过迷失、恐惧的时候。并且这对于少年来说，是一段非常重要的、独特的人生经历，非常珍贵。从少年的这句话里，能够感受到一种活力，一种希望，感受到每个生命在成长过程中虽然并不是顺利的，但是却总是因为对未知的憧憬而展现出生命的美好、活力。</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四、名著阅读（共</w:t>
      </w:r>
      <w:r>
        <w:rPr>
          <w:rFonts w:eastAsia="宋体;SimSun" w:cs="宋体;SimSun" w:ascii="宋体;SimSun" w:hAnsi="宋体;SimSun"/>
          <w:b/>
          <w:color w:val="000000"/>
          <w:sz w:val="24"/>
        </w:rPr>
        <w:t>7</w:t>
      </w:r>
      <w:r>
        <w:rPr>
          <w:rFonts w:ascii="宋体;SimSun" w:hAnsi="宋体;SimSun" w:cs="宋体;SimSun"/>
          <w:b/>
          <w:color w:val="000000"/>
          <w:sz w:val="24"/>
        </w:rPr>
        <w:t>分）</w:t>
      </w:r>
    </w:p>
    <w:p>
      <w:pPr>
        <w:pStyle w:val="Normal"/>
        <w:spacing w:lineRule="auto" w:line="360"/>
        <w:jc w:val="start"/>
        <w:textAlignment w:val="center"/>
        <w:rPr/>
      </w:pPr>
      <w:r>
        <w:rPr>
          <w:rFonts w:eastAsia="宋体;SimSun" w:cs="宋体;SimSun" w:ascii="宋体;SimSun" w:hAnsi="宋体;SimSun"/>
          <w:color w:val="000000"/>
        </w:rPr>
        <w:t>21.</w:t>
      </w:r>
      <w:r>
        <w:rPr>
          <w:rFonts w:ascii="宋体;SimSun" w:hAnsi="宋体;SimSun" w:cs="宋体;SimSun"/>
          <w:color w:val="000000"/>
        </w:rPr>
        <w:t>学期末，有同学整理阅读过的《论语》《朝花夕拾》《西游记》这三部名著，以下是他的总结。请根据你自己的阅读情况，</w:t>
      </w:r>
      <w:r>
        <w:rPr>
          <w:rFonts w:ascii="宋体;SimSun" w:hAnsi="宋体;SimSun" w:cs="宋体;SimSun"/>
          <w:color w:val="000000"/>
          <w:em w:val="underDot"/>
        </w:rPr>
        <w:t>任选其中一部</w:t>
      </w:r>
      <w:r>
        <w:rPr>
          <w:rFonts w:ascii="宋体;SimSun" w:hAnsi="宋体;SimSun" w:cs="宋体;SimSun"/>
          <w:color w:val="000000"/>
        </w:rPr>
        <w:t>，帮助他完成</w:t>
      </w:r>
      <w:r>
        <w:rPr>
          <w:rFonts w:ascii="宋体;SimSun" w:hAnsi="宋体;SimSun" w:cs="宋体;SimSun"/>
          <w:color w:val="000000"/>
          <w:em w:val="underDot"/>
        </w:rPr>
        <w:t>系列</w:t>
      </w:r>
      <w:r>
        <w:rPr/>
        <w:t>任务。</w:t>
      </w:r>
    </w:p>
    <w:tbl>
      <w:tblPr>
        <w:tblW w:w="9736" w:type="dxa"/>
        <w:jc w:val="start"/>
        <w:tblInd w:w="0" w:type="dxa"/>
        <w:tblLayout w:type="fixed"/>
        <w:tblCellMar>
          <w:top w:w="75" w:type="dxa"/>
          <w:start w:w="108" w:type="dxa"/>
          <w:bottom w:w="75" w:type="dxa"/>
          <w:end w:w="108" w:type="dxa"/>
        </w:tblCellMar>
      </w:tblPr>
      <w:tblGrid>
        <w:gridCol w:w="531"/>
        <w:gridCol w:w="2194"/>
        <w:gridCol w:w="1391"/>
        <w:gridCol w:w="2595"/>
        <w:gridCol w:w="3025"/>
      </w:tblGrid>
      <w:tr>
        <w:trPr>
          <w:trHeight w:val="330" w:hRule="atLeast"/>
        </w:trPr>
        <w:tc>
          <w:tcPr>
            <w:tcW w:w="53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名著</w:t>
            </w:r>
          </w:p>
        </w:tc>
        <w:tc>
          <w:tcPr>
            <w:tcW w:w="2194"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w:t>
            </w:r>
            <w:r>
              <w:rPr>
                <w:rFonts w:eastAsia="宋体;SimSun" w:cs="宋体;SimSun" w:ascii="宋体;SimSun" w:hAnsi="宋体;SimSun"/>
                <w:color w:val="000000"/>
                <w:kern w:val="2"/>
                <w:sz w:val="21"/>
                <w:szCs w:val="22"/>
                <w:lang w:bidi="ar-SA"/>
              </w:rPr>
              <w:t>1</w:t>
            </w:r>
            <w:r>
              <w:rPr>
                <w:rFonts w:ascii="宋体;SimSun" w:hAnsi="宋体;SimSun" w:cs="宋体;SimSun"/>
                <w:color w:val="000000"/>
                <w:kern w:val="2"/>
                <w:sz w:val="21"/>
                <w:szCs w:val="22"/>
                <w:lang w:bidi="ar-SA"/>
              </w:rPr>
              <w:t>）作品基本信息</w:t>
            </w:r>
          </w:p>
        </w:tc>
        <w:tc>
          <w:tcPr>
            <w:tcW w:w="139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阅读方式方法</w:t>
            </w:r>
          </w:p>
        </w:tc>
        <w:tc>
          <w:tcPr>
            <w:tcW w:w="259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w:t>
            </w:r>
            <w:r>
              <w:rPr>
                <w:rFonts w:eastAsia="宋体;SimSun" w:cs="宋体;SimSun" w:ascii="宋体;SimSun" w:hAnsi="宋体;SimSun"/>
                <w:color w:val="000000"/>
                <w:kern w:val="2"/>
                <w:sz w:val="21"/>
                <w:szCs w:val="22"/>
                <w:lang w:bidi="ar-SA"/>
              </w:rPr>
              <w:t>2</w:t>
            </w:r>
            <w:r>
              <w:rPr>
                <w:rFonts w:ascii="宋体;SimSun" w:hAnsi="宋体;SimSun" w:cs="宋体;SimSun"/>
                <w:color w:val="000000"/>
                <w:kern w:val="2"/>
                <w:sz w:val="21"/>
                <w:szCs w:val="22"/>
                <w:lang w:bidi="ar-SA"/>
              </w:rPr>
              <w:t>）具体实施</w:t>
            </w:r>
          </w:p>
        </w:tc>
        <w:tc>
          <w:tcPr>
            <w:tcW w:w="302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w:t>
            </w:r>
            <w:r>
              <w:rPr>
                <w:rFonts w:eastAsia="宋体;SimSun" w:cs="宋体;SimSun" w:ascii="宋体;SimSun" w:hAnsi="宋体;SimSun"/>
                <w:color w:val="000000"/>
                <w:kern w:val="2"/>
                <w:sz w:val="21"/>
                <w:szCs w:val="22"/>
                <w:lang w:bidi="ar-SA"/>
              </w:rPr>
              <w:t>3</w:t>
            </w:r>
            <w:r>
              <w:rPr>
                <w:rFonts w:ascii="宋体;SimSun" w:hAnsi="宋体;SimSun" w:cs="宋体;SimSun"/>
                <w:color w:val="000000"/>
                <w:kern w:val="2"/>
                <w:sz w:val="21"/>
                <w:szCs w:val="22"/>
                <w:lang w:bidi="ar-SA"/>
              </w:rPr>
              <w:t>）学习与借鉴</w:t>
            </w:r>
          </w:p>
        </w:tc>
      </w:tr>
      <w:tr>
        <w:trPr>
          <w:trHeight w:val="330" w:hRule="atLeast"/>
        </w:trPr>
        <w:tc>
          <w:tcPr>
            <w:tcW w:w="53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《论语》</w:t>
            </w:r>
          </w:p>
        </w:tc>
        <w:tc>
          <w:tcPr>
            <w:tcW w:w="2194"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它是</w:t>
            </w:r>
            <w:r>
              <w:rPr>
                <w:rFonts w:ascii="宋体;SimSun" w:hAnsi="宋体;SimSun" w:cs="宋体;SimSun"/>
                <w:color w:val="000000"/>
                <w:kern w:val="2"/>
                <w:sz w:val="21"/>
                <w:szCs w:val="22"/>
                <w:u w:val="single"/>
                <w:lang w:bidi="ar-SA"/>
              </w:rPr>
              <w:t xml:space="preserve"> ① </w:t>
            </w:r>
            <w:r>
              <w:rPr>
                <w:rFonts w:ascii="宋体;SimSun" w:hAnsi="宋体;SimSun" w:cs="宋体;SimSun"/>
                <w:color w:val="000000"/>
                <w:kern w:val="2"/>
                <w:sz w:val="21"/>
                <w:szCs w:val="22"/>
                <w:lang w:bidi="ar-SA"/>
              </w:rPr>
              <w:t>家经典著作，与《大学》《中庸》《孟子》一起合称为“</w:t>
            </w:r>
            <w:r>
              <w:rPr>
                <w:rFonts w:ascii="宋体;SimSun" w:hAnsi="宋体;SimSun" w:cs="宋体;SimSun"/>
                <w:color w:val="000000"/>
                <w:kern w:val="2"/>
                <w:sz w:val="21"/>
                <w:szCs w:val="22"/>
                <w:u w:val="single"/>
                <w:lang w:bidi="ar-SA"/>
              </w:rPr>
              <w:t xml:space="preserve"> ② </w:t>
            </w:r>
            <w:r>
              <w:rPr>
                <w:rFonts w:ascii="宋体;SimSun" w:hAnsi="宋体;SimSun" w:cs="宋体;SimSun"/>
                <w:color w:val="000000"/>
                <w:kern w:val="2"/>
                <w:sz w:val="21"/>
                <w:szCs w:val="22"/>
                <w:lang w:bidi="ar-SA"/>
              </w:rPr>
              <w:t>”。</w:t>
            </w:r>
          </w:p>
        </w:tc>
        <w:tc>
          <w:tcPr>
            <w:tcW w:w="139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关注不同语录对同一主题的阐述</w:t>
            </w:r>
          </w:p>
        </w:tc>
        <w:tc>
          <w:tcPr>
            <w:tcW w:w="259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⑴</w:t>
            </w:r>
            <w:r>
              <w:rPr>
                <w:rFonts w:ascii="宋体;SimSun" w:hAnsi="宋体;SimSun" w:cs="宋体;SimSun"/>
                <w:color w:val="000000"/>
                <w:kern w:val="2"/>
                <w:sz w:val="21"/>
                <w:szCs w:val="22"/>
                <w:lang w:bidi="ar-SA"/>
              </w:rPr>
              <w:t>子贡问君子。子曰：“先行其言而后从之。”（《为政》）</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⑵</w:t>
            </w:r>
            <w:r>
              <w:rPr>
                <w:rFonts w:ascii="宋体;SimSun" w:hAnsi="宋体;SimSun" w:cs="宋体;SimSun"/>
                <w:color w:val="000000"/>
                <w:kern w:val="2"/>
                <w:sz w:val="21"/>
                <w:szCs w:val="22"/>
                <w:lang w:bidi="ar-SA"/>
              </w:rPr>
              <w:t>子曰：“君子欲讷于言而敏于行。”（《里仁》）</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以上两个例句就有我关注的</w:t>
            </w:r>
            <w:r>
              <w:rPr>
                <w:rFonts w:ascii="宋体;SimSun" w:hAnsi="宋体;SimSun" w:cs="宋体;SimSun"/>
                <w:color w:val="000000"/>
                <w:kern w:val="2"/>
                <w:sz w:val="21"/>
                <w:szCs w:val="22"/>
                <w:u w:val="single"/>
                <w:lang w:bidi="ar-SA"/>
              </w:rPr>
              <w:t xml:space="preserve"> ① </w:t>
            </w:r>
            <w:r>
              <w:rPr>
                <w:rFonts w:ascii="宋体;SimSun" w:hAnsi="宋体;SimSun" w:cs="宋体;SimSun"/>
                <w:color w:val="000000"/>
                <w:kern w:val="2"/>
                <w:sz w:val="21"/>
                <w:szCs w:val="22"/>
                <w:lang w:bidi="ar-SA"/>
              </w:rPr>
              <w:t>主题，从中可以看出孔子对这一主题的看法为</w:t>
            </w:r>
            <w:r>
              <w:rPr>
                <w:rFonts w:ascii="宋体;SimSun" w:hAnsi="宋体;SimSun" w:cs="宋体;SimSun"/>
                <w:color w:val="000000"/>
                <w:kern w:val="2"/>
                <w:sz w:val="21"/>
                <w:szCs w:val="22"/>
                <w:u w:val="single"/>
                <w:lang w:bidi="ar-SA"/>
              </w:rPr>
              <w:t xml:space="preserve">② </w:t>
            </w:r>
            <w:r>
              <w:rPr>
                <w:rFonts w:ascii="宋体;SimSun" w:hAnsi="宋体;SimSun" w:cs="宋体;SimSun"/>
                <w:color w:val="000000"/>
                <w:kern w:val="2"/>
                <w:sz w:val="21"/>
                <w:szCs w:val="22"/>
                <w:lang w:bidi="ar-SA"/>
              </w:rPr>
              <w:t>。</w:t>
            </w:r>
          </w:p>
        </w:tc>
        <w:tc>
          <w:tcPr>
            <w:tcW w:w="302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为让自己理解孔子对这一主题的看法，计划还阅读该书中的其它</w:t>
            </w:r>
            <w:r>
              <w:rPr>
                <w:rFonts w:ascii="宋体;SimSun" w:hAnsi="宋体;SimSun" w:cs="宋体;SimSun"/>
                <w:color w:val="000000"/>
                <w:kern w:val="2"/>
                <w:sz w:val="21"/>
                <w:szCs w:val="22"/>
                <w:u w:val="single"/>
                <w:lang w:bidi="ar-SA"/>
              </w:rPr>
              <w:t xml:space="preserve">   </w:t>
            </w:r>
            <w:r>
              <w:rPr>
                <w:rFonts w:ascii="宋体;SimSun" w:hAnsi="宋体;SimSun" w:cs="宋体;SimSun"/>
                <w:color w:val="000000"/>
                <w:kern w:val="2"/>
                <w:sz w:val="21"/>
                <w:szCs w:val="22"/>
                <w:em w:val="underDot"/>
                <w:lang w:bidi="ar-SA"/>
              </w:rPr>
              <w:t>两篇</w:t>
            </w:r>
            <w:r>
              <w:rPr>
                <w:rFonts w:ascii="宋体;SimSun" w:hAnsi="宋体;SimSun" w:cs="宋体;SimSun"/>
                <w:color w:val="000000"/>
                <w:kern w:val="2"/>
                <w:sz w:val="21"/>
                <w:szCs w:val="22"/>
                <w:lang w:bidi="ar-SA"/>
              </w:rPr>
              <w:t>（篇名）或补充阅读该书中提及的</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这</w:t>
            </w:r>
            <w:r>
              <w:rPr>
                <w:rFonts w:ascii="宋体;SimSun" w:hAnsi="宋体;SimSun" w:cs="宋体;SimSun"/>
                <w:color w:val="000000"/>
                <w:kern w:val="2"/>
                <w:sz w:val="21"/>
                <w:szCs w:val="22"/>
                <w:em w:val="underDot"/>
                <w:lang w:bidi="ar-SA"/>
              </w:rPr>
              <w:t>两人</w:t>
            </w:r>
            <w:r>
              <w:rPr>
                <w:rFonts w:ascii="宋体;SimSun" w:hAnsi="宋体;SimSun" w:cs="宋体;SimSun"/>
                <w:color w:val="000000"/>
                <w:kern w:val="2"/>
                <w:sz w:val="21"/>
                <w:szCs w:val="22"/>
                <w:lang w:bidi="ar-SA"/>
              </w:rPr>
              <w:t>（人名）的事迹。（选择其中一个空填写即可。）</w:t>
            </w:r>
          </w:p>
        </w:tc>
      </w:tr>
      <w:tr>
        <w:trPr>
          <w:trHeight w:val="330" w:hRule="atLeast"/>
        </w:trPr>
        <w:tc>
          <w:tcPr>
            <w:tcW w:w="53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《朝花</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夕拾》</w:t>
            </w:r>
          </w:p>
        </w:tc>
        <w:tc>
          <w:tcPr>
            <w:tcW w:w="2194"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作者鲁迅，原名周树人，字</w:t>
            </w:r>
            <w:r>
              <w:rPr>
                <w:rFonts w:ascii="宋体;SimSun" w:hAnsi="宋体;SimSun" w:cs="宋体;SimSun"/>
                <w:color w:val="000000"/>
                <w:kern w:val="2"/>
                <w:sz w:val="21"/>
                <w:szCs w:val="22"/>
                <w:u w:val="single"/>
                <w:lang w:bidi="ar-SA"/>
              </w:rPr>
              <w:t xml:space="preserve"> ① </w:t>
            </w:r>
            <w:r>
              <w:rPr>
                <w:rFonts w:ascii="宋体;SimSun" w:hAnsi="宋体;SimSun" w:cs="宋体;SimSun"/>
                <w:color w:val="000000"/>
                <w:kern w:val="2"/>
                <w:sz w:val="21"/>
                <w:szCs w:val="22"/>
                <w:lang w:bidi="ar-SA"/>
              </w:rPr>
              <w:t>。书中文章原来以“</w:t>
            </w:r>
            <w:r>
              <w:rPr>
                <w:rFonts w:ascii="宋体;SimSun" w:hAnsi="宋体;SimSun" w:cs="宋体;SimSun"/>
                <w:color w:val="000000"/>
                <w:kern w:val="2"/>
                <w:sz w:val="21"/>
                <w:szCs w:val="22"/>
                <w:u w:val="single"/>
                <w:lang w:bidi="ar-SA"/>
              </w:rPr>
              <w:t xml:space="preserve"> ② </w:t>
            </w:r>
            <w:r>
              <w:rPr>
                <w:rFonts w:ascii="宋体;SimSun" w:hAnsi="宋体;SimSun" w:cs="宋体;SimSun"/>
                <w:color w:val="000000"/>
                <w:kern w:val="2"/>
                <w:sz w:val="21"/>
                <w:szCs w:val="22"/>
                <w:lang w:bidi="ar-SA"/>
              </w:rPr>
              <w:t>”为总题目，陆续发表在杂志《莽原》上。</w:t>
            </w:r>
          </w:p>
        </w:tc>
        <w:tc>
          <w:tcPr>
            <w:tcW w:w="139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关注同一人物在不同篇章中的描写</w:t>
            </w:r>
          </w:p>
        </w:tc>
        <w:tc>
          <w:tcPr>
            <w:tcW w:w="259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梳理出现在不同篇章中的同一人物</w:t>
            </w:r>
            <w:r>
              <w:rPr>
                <w:rFonts w:ascii="宋体;SimSun" w:hAnsi="宋体;SimSun" w:cs="宋体;SimSun"/>
                <w:color w:val="000000"/>
                <w:kern w:val="2"/>
                <w:sz w:val="21"/>
                <w:szCs w:val="22"/>
                <w:u w:val="single"/>
                <w:lang w:bidi="ar-SA"/>
              </w:rPr>
              <w:t xml:space="preserve"> ① </w:t>
            </w:r>
            <w:r>
              <w:rPr>
                <w:rFonts w:ascii="宋体;SimSun" w:hAnsi="宋体;SimSun" w:cs="宋体;SimSun"/>
                <w:color w:val="000000"/>
                <w:kern w:val="2"/>
                <w:sz w:val="21"/>
                <w:szCs w:val="22"/>
                <w:lang w:bidi="ar-SA"/>
              </w:rPr>
              <w:t>（人名）。这一人物的描写主要集中在如下这些情节（或细节）：</w:t>
            </w:r>
            <w:r>
              <w:rPr>
                <w:rFonts w:ascii="宋体;SimSun" w:hAnsi="宋体;SimSun" w:cs="宋体;SimSun"/>
                <w:color w:val="000000"/>
                <w:kern w:val="2"/>
                <w:sz w:val="21"/>
                <w:szCs w:val="22"/>
                <w:u w:val="single"/>
                <w:lang w:bidi="ar-SA"/>
              </w:rPr>
              <w:t xml:space="preserve">② </w:t>
            </w:r>
            <w:r>
              <w:rPr>
                <w:rFonts w:ascii="宋体;SimSun" w:hAnsi="宋体;SimSun" w:cs="宋体;SimSun"/>
                <w:color w:val="000000"/>
                <w:kern w:val="2"/>
                <w:sz w:val="21"/>
                <w:szCs w:val="22"/>
                <w:lang w:bidi="ar-SA"/>
              </w:rPr>
              <w:t>（至少写两个。）</w:t>
            </w:r>
          </w:p>
        </w:tc>
        <w:tc>
          <w:tcPr>
            <w:tcW w:w="302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将这些出现在不同篇章的情节（或细节）归纳在一起，发现这个人物具有</w:t>
            </w:r>
            <w:r>
              <w:rPr>
                <w:rFonts w:ascii="宋体;SimSun" w:hAnsi="宋体;SimSun" w:cs="宋体;SimSun"/>
                <w:color w:val="000000"/>
                <w:kern w:val="2"/>
                <w:sz w:val="21"/>
                <w:szCs w:val="22"/>
                <w:u w:val="single"/>
                <w:lang w:bidi="ar-SA"/>
              </w:rPr>
              <w:t xml:space="preserve">    </w:t>
            </w:r>
            <w:r>
              <w:rPr>
                <w:rFonts w:ascii="宋体;SimSun" w:hAnsi="宋体;SimSun" w:cs="宋体;SimSun"/>
                <w:color w:val="000000"/>
                <w:kern w:val="2"/>
                <w:sz w:val="21"/>
                <w:szCs w:val="22"/>
                <w:lang w:bidi="ar-SA"/>
              </w:rPr>
              <w:t>的性格特点（或品质），和最初的认识有不同。（至少写两个特点或品质。）</w:t>
            </w:r>
          </w:p>
        </w:tc>
      </w:tr>
      <w:tr>
        <w:trPr>
          <w:trHeight w:val="330" w:hRule="atLeast"/>
        </w:trPr>
        <w:tc>
          <w:tcPr>
            <w:tcW w:w="53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《西游记》</w:t>
            </w:r>
          </w:p>
        </w:tc>
        <w:tc>
          <w:tcPr>
            <w:tcW w:w="2194"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作者为</w:t>
            </w:r>
            <w:r>
              <w:rPr>
                <w:rFonts w:ascii="宋体;SimSun" w:hAnsi="宋体;SimSun" w:cs="宋体;SimSun"/>
                <w:color w:val="000000"/>
                <w:kern w:val="2"/>
                <w:sz w:val="21"/>
                <w:szCs w:val="22"/>
                <w:u w:val="single"/>
                <w:lang w:bidi="ar-SA"/>
              </w:rPr>
              <w:t xml:space="preserve"> ① </w:t>
            </w:r>
            <w:r>
              <w:rPr>
                <w:rFonts w:ascii="宋体;SimSun" w:hAnsi="宋体;SimSun" w:cs="宋体;SimSun"/>
                <w:color w:val="000000"/>
                <w:kern w:val="2"/>
                <w:sz w:val="21"/>
                <w:szCs w:val="22"/>
                <w:lang w:bidi="ar-SA"/>
              </w:rPr>
              <w:t>，明朝人。作品中，号称“美猴王”的</w:t>
            </w:r>
            <w:r>
              <w:rPr>
                <w:rFonts w:ascii="宋体;SimSun" w:hAnsi="宋体;SimSun" w:cs="宋体;SimSun"/>
                <w:color w:val="000000"/>
                <w:kern w:val="2"/>
                <w:sz w:val="21"/>
                <w:szCs w:val="22"/>
                <w:u w:val="single"/>
                <w:lang w:bidi="ar-SA"/>
              </w:rPr>
              <w:t xml:space="preserve"> ②</w:t>
            </w:r>
            <w:r>
              <w:rPr>
                <w:rFonts w:ascii="宋体;SimSun" w:hAnsi="宋体;SimSun" w:cs="宋体;SimSun"/>
                <w:color w:val="000000"/>
                <w:kern w:val="2"/>
                <w:sz w:val="21"/>
                <w:szCs w:val="22"/>
                <w:lang w:bidi="ar-SA"/>
              </w:rPr>
              <w:t>（人名）这一艺术形象塑造最成功、最受人欢迎。</w:t>
            </w:r>
          </w:p>
        </w:tc>
        <w:tc>
          <w:tcPr>
            <w:tcW w:w="1391"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精读与跳读</w:t>
            </w:r>
          </w:p>
        </w:tc>
        <w:tc>
          <w:tcPr>
            <w:tcW w:w="259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例如，在</w:t>
            </w:r>
            <w:r>
              <w:rPr>
                <w:rFonts w:ascii="宋体;SimSun" w:hAnsi="宋体;SimSun" w:cs="宋体;SimSun"/>
                <w:color w:val="000000"/>
                <w:kern w:val="2"/>
                <w:sz w:val="21"/>
                <w:szCs w:val="22"/>
                <w:u w:val="single"/>
                <w:lang w:bidi="ar-SA"/>
              </w:rPr>
              <w:t xml:space="preserve"> ① </w:t>
            </w:r>
            <w:r>
              <w:rPr>
                <w:rFonts w:ascii="宋体;SimSun" w:hAnsi="宋体;SimSun" w:cs="宋体;SimSun"/>
                <w:color w:val="000000"/>
                <w:kern w:val="2"/>
                <w:sz w:val="21"/>
                <w:szCs w:val="22"/>
                <w:lang w:bidi="ar-SA"/>
              </w:rPr>
              <w:t>情节中，我采用了精读的阅读策略。其具体阅读方式或步骤为：</w:t>
            </w:r>
            <w:r>
              <w:rPr>
                <w:rFonts w:ascii="宋体;SimSun" w:hAnsi="宋体;SimSun" w:cs="宋体;SimSun"/>
                <w:color w:val="000000"/>
                <w:kern w:val="2"/>
                <w:sz w:val="21"/>
                <w:szCs w:val="22"/>
                <w:u w:val="single"/>
                <w:lang w:bidi="ar-SA"/>
              </w:rPr>
              <w:t>②</w:t>
            </w:r>
            <w:r>
              <w:rPr>
                <w:rFonts w:ascii="宋体;SimSun" w:hAnsi="宋体;SimSun" w:cs="宋体;SimSun"/>
                <w:color w:val="000000"/>
                <w:kern w:val="2"/>
                <w:sz w:val="21"/>
                <w:szCs w:val="22"/>
                <w:lang w:bidi="ar-SA"/>
              </w:rPr>
              <w:t>（至少写两条或两个步骤。）</w:t>
            </w:r>
          </w:p>
        </w:tc>
        <w:tc>
          <w:tcPr>
            <w:tcW w:w="3025" w:type="dxa"/>
            <w:tcBorders>
              <w:top w:val="dotted" w:sz="6" w:space="0" w:color="000000"/>
              <w:start w:val="dotted" w:sz="6" w:space="0" w:color="000000"/>
              <w:bottom w:val="dotted" w:sz="6" w:space="0" w:color="000000"/>
              <w:end w:val="dotted"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阅读这部古典名著，部分采用精读的阅读策略，优点在于：</w:t>
            </w:r>
            <w:r>
              <w:rPr>
                <w:rFonts w:ascii="宋体;SimSun" w:hAnsi="宋体;SimSun" w:cs="宋体;SimSun"/>
                <w:color w:val="000000"/>
                <w:kern w:val="2"/>
                <w:sz w:val="21"/>
                <w:szCs w:val="22"/>
                <w:u w:val="single"/>
                <w:lang w:bidi="ar-SA"/>
              </w:rPr>
              <w:t xml:space="preserve">   </w:t>
            </w:r>
            <w:r>
              <w:rPr>
                <w:rFonts w:ascii="宋体;SimSun" w:hAnsi="宋体;SimSun" w:cs="宋体;SimSun"/>
                <w:color w:val="000000"/>
                <w:kern w:val="2"/>
                <w:sz w:val="21"/>
                <w:szCs w:val="22"/>
                <w:lang w:bidi="ar-SA"/>
              </w:rPr>
              <w:t>。（结合具体内容或主要人物谈，至少写出两条。）</w:t>
            </w:r>
          </w:p>
        </w:tc>
      </w:tr>
    </w:tbl>
    <w:p>
      <w:pPr>
        <w:pStyle w:val="Normal"/>
        <w:spacing w:lineRule="auto" w:line="360"/>
        <w:textAlignment w:val="center"/>
        <w:rPr/>
      </w:pPr>
      <w:r>
        <w:rPr>
          <w:color w:val="2E75B6"/>
        </w:rPr>
        <w:t>【答案】</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）《论语》：①儒 ②四书 《朝花夕拾》：①豫才 ②旧事重提 《西游记》：①吴承恩 ②孙悟空（孙行者）</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）《论语》：①君子对言与行关系的处理  ②君子应先行后言，敏行慎言（行重于言）  《朝花夕拾》示例： ①长妈妈②给我买《山海经》；给我讲美女蛇的故事（告诉我谋死我的隐鼠的是猫；说话切切察察；睡觉呈大字等） 《西游记》示例：①三借芭蕉扇  ②细读具体的情节；研读该情节中塑造孙悟空和铁扇公主这两个人物生动传神的方法。</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3</w:t>
      </w:r>
      <w:r>
        <w:rPr>
          <w:rFonts w:ascii="宋体;SimSun" w:hAnsi="宋体;SimSun" w:cs="宋体;SimSun"/>
          <w:color w:val="000000"/>
        </w:rPr>
        <w:t>）示例：《论语》：第一空：学而、公冶长  第二空：子夏、子贡《朝花夕拾》：不拘小节、厚道《西游记》：能帮助我抓住孙悟空、铁扇公主几次打斗的精彩章节；对比如他们两人的语言研读，能启发我对人物性格特点及人物之间复杂关系的思考。</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【详解】</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）《论语》。①《论语》，是孔子弟子及再传弟子记录孔子及其弟子言行而编成的语录集，成书于战国前期。全书共</w:t>
      </w:r>
      <w:r>
        <w:rPr>
          <w:rFonts w:eastAsia="宋体;SimSun" w:cs="宋体;SimSun" w:ascii="宋体;SimSun" w:hAnsi="宋体;SimSun"/>
          <w:color w:val="000000"/>
        </w:rPr>
        <w:t>20</w:t>
      </w:r>
      <w:r>
        <w:rPr>
          <w:rFonts w:ascii="宋体;SimSun" w:hAnsi="宋体;SimSun" w:cs="宋体;SimSun"/>
          <w:color w:val="000000"/>
        </w:rPr>
        <w:t>篇</w:t>
      </w:r>
      <w:r>
        <w:rPr>
          <w:rFonts w:eastAsia="宋体;SimSun" w:cs="宋体;SimSun" w:ascii="宋体;SimSun" w:hAnsi="宋体;SimSun"/>
          <w:color w:val="000000"/>
        </w:rPr>
        <w:t>492</w:t>
      </w:r>
      <w:r>
        <w:rPr>
          <w:rFonts w:ascii="宋体;SimSun" w:hAnsi="宋体;SimSun" w:cs="宋体;SimSun"/>
          <w:color w:val="000000"/>
        </w:rPr>
        <w:t>章，以语录体为主，叙事体为辅，较为集中地体现了孔子的政治主张、伦理思想、道德观念及教育原则等。是儒家学说代表作。②四书五经，是“四书”与“五经”的合称。四书之名始于宋朝，五经之名始于汉武帝。《朝花夕拾》。①鲁迅（</w:t>
      </w:r>
      <w:r>
        <w:rPr>
          <w:rFonts w:eastAsia="宋体;SimSun" w:cs="宋体;SimSun" w:ascii="宋体;SimSun" w:hAnsi="宋体;SimSun"/>
          <w:color w:val="000000"/>
        </w:rPr>
        <w:t>1881</w:t>
      </w:r>
      <w:r>
        <w:rPr>
          <w:rFonts w:ascii="宋体;SimSun" w:hAnsi="宋体;SimSun" w:cs="宋体;SimSun"/>
          <w:color w:val="000000"/>
        </w:rPr>
        <w:t>年</w:t>
      </w:r>
      <w:r>
        <w:rPr>
          <w:rFonts w:eastAsia="宋体;SimSun" w:cs="宋体;SimSun" w:ascii="宋体;SimSun" w:hAnsi="宋体;SimSun"/>
          <w:color w:val="000000"/>
        </w:rPr>
        <w:t>9</w:t>
      </w:r>
      <w:r>
        <w:rPr>
          <w:rFonts w:ascii="宋体;SimSun" w:hAnsi="宋体;SimSun" w:cs="宋体;SimSun"/>
          <w:color w:val="000000"/>
        </w:rPr>
        <w:t>月</w:t>
      </w:r>
      <w:r>
        <w:rPr>
          <w:rFonts w:eastAsia="宋体;SimSun" w:cs="宋体;SimSun" w:ascii="宋体;SimSun" w:hAnsi="宋体;SimSun"/>
          <w:color w:val="000000"/>
        </w:rPr>
        <w:t>25</w:t>
      </w:r>
      <w:r>
        <w:rPr>
          <w:rFonts w:ascii="宋体;SimSun" w:hAnsi="宋体;SimSun" w:cs="宋体;SimSun"/>
          <w:color w:val="000000"/>
        </w:rPr>
        <w:t>日－</w:t>
      </w:r>
      <w:r>
        <w:rPr>
          <w:rFonts w:eastAsia="宋体;SimSun" w:cs="宋体;SimSun" w:ascii="宋体;SimSun" w:hAnsi="宋体;SimSun"/>
          <w:color w:val="000000"/>
        </w:rPr>
        <w:t>1936</w:t>
      </w:r>
      <w:r>
        <w:rPr>
          <w:rFonts w:ascii="宋体;SimSun" w:hAnsi="宋体;SimSun" w:cs="宋体;SimSun"/>
          <w:color w:val="000000"/>
        </w:rPr>
        <w:t>年</w:t>
      </w:r>
      <w:r>
        <w:rPr>
          <w:rFonts w:eastAsia="宋体;SimSun" w:cs="宋体;SimSun" w:ascii="宋体;SimSun" w:hAnsi="宋体;SimSun"/>
          <w:color w:val="000000"/>
        </w:rPr>
        <w:t>10</w:t>
      </w:r>
      <w:r>
        <w:rPr>
          <w:rFonts w:ascii="宋体;SimSun" w:hAnsi="宋体;SimSun" w:cs="宋体;SimSun"/>
          <w:color w:val="000000"/>
        </w:rPr>
        <w:t>月</w:t>
      </w:r>
      <w:r>
        <w:rPr>
          <w:rFonts w:eastAsia="宋体;SimSun" w:cs="宋体;SimSun" w:ascii="宋体;SimSun" w:hAnsi="宋体;SimSun"/>
          <w:color w:val="000000"/>
        </w:rPr>
        <w:t>19</w:t>
      </w:r>
      <w:r>
        <w:rPr>
          <w:rFonts w:ascii="宋体;SimSun" w:hAnsi="宋体;SimSun" w:cs="宋体;SimSun"/>
          <w:color w:val="000000"/>
        </w:rPr>
        <w:t>日），曾用名周樟寿，后改名周树人，曾字豫山，后改豫才，曾留学日本仙台医科专门学校（肄业）。“鲁迅”是他</w:t>
      </w:r>
      <w:r>
        <w:rPr>
          <w:rFonts w:eastAsia="宋体;SimSun" w:cs="宋体;SimSun" w:ascii="宋体;SimSun" w:hAnsi="宋体;SimSun"/>
          <w:color w:val="000000"/>
        </w:rPr>
        <w:t>1918</w:t>
      </w:r>
      <w:r>
        <w:rPr>
          <w:rFonts w:ascii="宋体;SimSun" w:hAnsi="宋体;SimSun" w:cs="宋体;SimSun"/>
          <w:color w:val="000000"/>
        </w:rPr>
        <w:t>年发表《狂人日记》时所用的笔名，也是他影响最为广泛的笔名，浙江绍兴人。②《朝花夕拾》原名《旧事重提》，是现代文学家鲁迅的散文集，收录鲁迅于</w:t>
      </w:r>
      <w:r>
        <w:rPr>
          <w:rFonts w:eastAsia="宋体;SimSun" w:cs="宋体;SimSun" w:ascii="宋体;SimSun" w:hAnsi="宋体;SimSun"/>
          <w:color w:val="000000"/>
        </w:rPr>
        <w:t>1926</w:t>
      </w:r>
      <w:r>
        <w:rPr>
          <w:rFonts w:ascii="宋体;SimSun" w:hAnsi="宋体;SimSun" w:cs="宋体;SimSun"/>
          <w:color w:val="000000"/>
        </w:rPr>
        <w:t>年创作的</w:t>
      </w:r>
      <w:r>
        <w:rPr>
          <w:rFonts w:eastAsia="宋体;SimSun" w:cs="宋体;SimSun" w:ascii="宋体;SimSun" w:hAnsi="宋体;SimSun"/>
          <w:color w:val="000000"/>
        </w:rPr>
        <w:t>10</w:t>
      </w:r>
      <w:r>
        <w:rPr>
          <w:rFonts w:ascii="宋体;SimSun" w:hAnsi="宋体;SimSun" w:cs="宋体;SimSun"/>
          <w:color w:val="000000"/>
        </w:rPr>
        <w:t>篇回忆性散文。《西游记》。①《西游记》是中国古代第一部浪漫主义章回体长篇神魔小说。现存明刊百回本《西游记》均无作者署名。清代学者吴玉搢等首先提出《西游记》作者是明代吴承恩。②孙悟空是中国著名的神话人物之一，出自四大名著之《西游记》。祖籍东胜神州，由开天辟地以来的仙石孕育而生，因带领群猴进入水帘洞而成为众猴之王，尊为“美猴王”。</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）《论语》。子贡问君子。子曰：“先行其言而后从之。”的意思：子贡问怎样才能做一个君子。孔子说</w:t>
      </w:r>
      <w:r>
        <w:rPr>
          <w:rFonts w:eastAsia="宋体;SimSun" w:cs="宋体;SimSun" w:ascii="宋体;SimSun" w:hAnsi="宋体;SimSun"/>
          <w:color w:val="000000"/>
        </w:rPr>
        <w:t>:</w:t>
      </w:r>
      <w:r>
        <w:rPr>
          <w:rFonts w:ascii="宋体;SimSun" w:hAnsi="宋体;SimSun" w:cs="宋体;SimSun"/>
          <w:color w:val="000000"/>
        </w:rPr>
        <w:t>对于你要说的话</w:t>
      </w:r>
      <w:r>
        <w:rPr>
          <w:rFonts w:eastAsia="宋体;SimSun" w:cs="宋体;SimSun" w:ascii="宋体;SimSun" w:hAnsi="宋体;SimSun"/>
          <w:color w:val="000000"/>
        </w:rPr>
        <w:t>,</w:t>
      </w:r>
      <w:r>
        <w:rPr>
          <w:rFonts w:ascii="宋体;SimSun" w:hAnsi="宋体;SimSun" w:cs="宋体;SimSun"/>
          <w:color w:val="000000"/>
        </w:rPr>
        <w:t>先实行了</w:t>
      </w:r>
      <w:r>
        <w:rPr>
          <w:rFonts w:eastAsia="宋体;SimSun" w:cs="宋体;SimSun" w:ascii="宋体;SimSun" w:hAnsi="宋体;SimSun"/>
          <w:color w:val="000000"/>
        </w:rPr>
        <w:t>,</w:t>
      </w:r>
      <w:r>
        <w:rPr>
          <w:rFonts w:ascii="宋体;SimSun" w:hAnsi="宋体;SimSun" w:cs="宋体;SimSun"/>
          <w:color w:val="000000"/>
        </w:rPr>
        <w:t>然后说出来。子曰：“君子欲讷于言而敏于行。”的意思：孔子说</w:t>
      </w:r>
      <w:r>
        <w:rPr>
          <w:rFonts w:eastAsia="宋体;SimSun" w:cs="宋体;SimSun" w:ascii="宋体;SimSun" w:hAnsi="宋体;SimSun"/>
          <w:color w:val="000000"/>
        </w:rPr>
        <w:t>:“</w:t>
      </w:r>
      <w:r>
        <w:rPr>
          <w:rFonts w:ascii="宋体;SimSun" w:hAnsi="宋体;SimSun" w:cs="宋体;SimSun"/>
          <w:color w:val="000000"/>
        </w:rPr>
        <w:t>君子说话要谨慎</w:t>
      </w:r>
      <w:r>
        <w:rPr>
          <w:rFonts w:eastAsia="宋体;SimSun" w:cs="宋体;SimSun" w:ascii="宋体;SimSun" w:hAnsi="宋体;SimSun"/>
          <w:color w:val="000000"/>
        </w:rPr>
        <w:t>,</w:t>
      </w:r>
      <w:r>
        <w:rPr>
          <w:rFonts w:ascii="宋体;SimSun" w:hAnsi="宋体;SimSun" w:cs="宋体;SimSun"/>
          <w:color w:val="000000"/>
        </w:rPr>
        <w:t>而行动要敏捷。”①故两个句子都涉及到的主题是：君子对言与行关系的处理。②孔子对这个主题的意见是：行在言之前，君子应先行后言，敏行慎言（行重于言）。《朝花夕拾》。明确要求：找到这部著作中在不同文章中出现的人物，然后举出和他相关的两个情节或则细节。示范：①父亲。②在“我”要去看五猖会之前，让“我”背书。父亲生病时被一些不良中医耽误，拒绝了陈莲河的两个治病方法，临终前因为“我”的叫喊走的不平静。《西游记》。明确思路：举出一个精读的情节，举出自己精读的方法和步骤。示范：①大闹天宫。②精读整个情节，理清孙悟空思想变化的脉络；细读天庭里各个神仙的描写和孙悟空的相关描写，感知天庭的整体形象，理解孙悟空具有反抗精神的原因。</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3</w:t>
      </w:r>
      <w:r>
        <w:rPr>
          <w:rFonts w:ascii="宋体;SimSun" w:hAnsi="宋体;SimSun" w:cs="宋体;SimSun"/>
          <w:color w:val="000000"/>
        </w:rPr>
        <w:t>）《论语》。结合“这一主题”可知是“言与行”关系主题相关句子，故可举例，子曰：“君子食无求饱，居无求安，敏于事而慎于言，就有道而正焉，可谓好学也已。”《论语</w:t>
      </w:r>
      <w:r>
        <w:rPr>
          <w:rFonts w:eastAsia="宋体;SimSun" w:cs="宋体;SimSun" w:ascii="宋体;SimSun" w:hAnsi="宋体;SimSun"/>
          <w:color w:val="000000"/>
        </w:rPr>
        <w:t>·</w:t>
      </w:r>
      <w:r>
        <w:rPr>
          <w:rFonts w:ascii="宋体;SimSun" w:hAnsi="宋体;SimSun" w:cs="宋体;SimSun"/>
          <w:color w:val="000000"/>
        </w:rPr>
        <w:t>学而》。子曰：“始吾于人也，听其言而信其行；今吾于人也，听其言而观其行。於予与改是。”《论语</w:t>
      </w:r>
      <w:r>
        <w:rPr>
          <w:rFonts w:eastAsia="宋体;SimSun" w:cs="宋体;SimSun" w:ascii="宋体;SimSun" w:hAnsi="宋体;SimSun"/>
          <w:color w:val="000000"/>
        </w:rPr>
        <w:t>·</w:t>
      </w:r>
      <w:r>
        <w:rPr>
          <w:rFonts w:ascii="宋体;SimSun" w:hAnsi="宋体;SimSun" w:cs="宋体;SimSun"/>
          <w:color w:val="000000"/>
        </w:rPr>
        <w:t>公冶长》。结合“阅读该书中提及的这两人”可知是子贡和子夏。端木赐，复姓端木，字子贡（古同子赣），以字行。华夏族，春秋末年卫国（今河南鹤壁市浚县）人。孔子的得意门生，孔门十哲之一，“受业身通”的弟子之一，孔子曾称其为“瑚琏之器”。卜商，姬姓，卜氏，名商，字子夏，尊称卜子（夏），南阳温邑（今河南温县黄庄镇卜杨门村）人。春秋末期思想家、教育家，孔门十哲之一。《朝花夕拾》。父亲的形象：《五猖会》里表现出来的是封建家长的形象，不能体会儿童的心理。在《父亲的病》里，当陈莲河又一次推荐某些药或者巫的方法时，父亲都是沉思一会，摇了摇头，看出父亲并不相信对方的这些方法，父亲是一个为家庭经济状况考虑、比较不迷信的人。《西游记》。明确思路：自己所选择的精读的方法的好处两条，结合情节或人物分析。示范：细读这些情节，能够让自己更好的把握住孙悟空人物形象，是一个极具反抗精神的形象。同时通过细致的阅读，还可以体会人物形象塑造的方法，学习这些方法。</w:t>
      </w:r>
    </w:p>
    <w:p>
      <w:pPr>
        <w:pStyle w:val="Heading3"/>
      </w:pPr>
      <w:r>
        <w:t>丰台区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五、现代文阅读（共</w:t>
      </w:r>
      <w:r>
        <w:rPr>
          <w:rFonts w:eastAsia="宋体;SimSun" w:cs="宋体;SimSun" w:ascii="宋体;SimSun" w:hAnsi="宋体;SimSun"/>
          <w:b/>
          <w:color w:val="000000"/>
          <w:sz w:val="24"/>
        </w:rPr>
        <w:t>22</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阅读《西四羊肉胡同》，完成小题。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西四羊肉胡同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羊肉胡同，顾名可不能思义。因为它压根儿就没有羊肉，除了珠宝店还是珠宝店。于我而言，羊肉胡同的可爱不在珠宝的珍稀与尊贵，也不在是否有羊肉汤、羊肉火锅或羊肉泡饼，羊肉胡同最吸引我的当数路两旁一溜直排的国槐树和一胡同直到底的幽静。</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春天时节，仍料峭三分寒。国槐的枝丫如搭棚遮阴的老人，枯瘦的手臂伸长遥指长空，稀疏的光影落在地面愈显斑驳、参差不齐。行人匆匆而过，似乎没有什么风景值得留恋。但我抬头张望天空时，欣喜地看见硕大的鸟巢架在光秃秃的枝丫上，独具特色，坚固而且美观。我常常会停下脚步仔细琢磨这些枯枝搭就的小房子：没有钢筋支撑，也无砖瓦水泥结构，但狂风呼啸、树枝乱晃时居然能安如泰山，真是太不容易了。如此看来，鸟们确实是天赋异禀的建筑专家。平时说人不如鸟，说的肯定是指人不如鸟一样可振翅高飞，自由自在，无拘无束。但站在羊肉胡同里说人不如鸟，我觉得至少在建筑方面，人确实是要逊色鸟们很多的！</w:t>
      </w:r>
    </w:p>
    <w:p>
      <w:pPr>
        <w:pStyle w:val="Normal"/>
        <w:spacing w:lineRule="auto" w:line="360"/>
        <w:ind w:firstLine="405" w:end="0"/>
        <w:jc w:val="start"/>
        <w:textAlignment w:val="center"/>
        <w:rPr/>
      </w:pPr>
      <w:r>
        <w:rPr>
          <w:rFonts w:eastAsia="楷体" w:cs="楷体" w:ascii="楷体" w:hAnsi="楷体"/>
          <w:color w:val="000000"/>
        </w:rPr>
        <w:t>③</w:t>
      </w:r>
      <w:r>
        <w:rPr>
          <w:rFonts w:ascii="楷体" w:hAnsi="楷体" w:cs="楷体" w:eastAsia="楷体"/>
          <w:color w:val="000000"/>
        </w:rPr>
        <w:t>都说北京春天的脚步很短，转眼就到了夏天。羊肉胡同真不愧步调一致，季节变换的节奏拿捏到丝毫不差。两边的国槐树叶子愈发浓绿起来，槐花次第开放，一层一层的白花明亮耀眼。地上也浅浅铺满一层，被路人来回踩着，柔柔的，软软的。羊肉胡同在我眼里成了槐花的世界：</w:t>
      </w:r>
      <w:r>
        <w:rPr>
          <w:rFonts w:eastAsia="楷体" w:cs="楷体" w:ascii="楷体" w:hAnsi="楷体"/>
          <w:color w:val="000000"/>
        </w:rPr>
        <w:t>A</w:t>
      </w:r>
      <w:r>
        <w:rPr>
          <w:rFonts w:ascii="楷体" w:hAnsi="楷体" w:cs="楷体" w:eastAsia="楷体"/>
          <w:color w:val="000000"/>
          <w:u w:val="single"/>
        </w:rPr>
        <w:t>车子不见了，行人不见了，就是胡同两边的房子也不翼而飞。我就像一个小精灵一般，穿行在槐花之间，一股股幽幽清香扑鼻而来，沁入肺腑，从内到外仿佛被花香洗过一般。</w:t>
      </w:r>
      <w:r>
        <w:rPr>
          <w:rFonts w:ascii="楷体" w:hAnsi="楷体" w:cs="楷体" w:eastAsia="楷体"/>
          <w:color w:val="000000"/>
        </w:rPr>
        <w:t>冬天在体内深处积伏已久的雾霾也一丝一丝被抽出体外，每一根毫毛都通透清爽，就像吃了传说中的人参果一般，有一种说不出的惬意在心头荡漾。</w:t>
      </w:r>
    </w:p>
    <w:p>
      <w:pPr>
        <w:pStyle w:val="Normal"/>
        <w:spacing w:lineRule="auto" w:line="360"/>
        <w:ind w:firstLine="420" w:end="0"/>
        <w:jc w:val="start"/>
        <w:textAlignment w:val="center"/>
        <w:rPr/>
      </w:pPr>
      <w:r>
        <w:rPr>
          <w:rFonts w:eastAsia="楷体" w:cs="楷体" w:ascii="楷体" w:hAnsi="楷体"/>
          <w:color w:val="000000"/>
        </w:rPr>
        <w:t>④</w:t>
      </w:r>
      <w:r>
        <w:rPr>
          <w:rFonts w:ascii="楷体" w:hAnsi="楷体" w:cs="楷体" w:eastAsia="楷体"/>
          <w:color w:val="000000"/>
        </w:rPr>
        <w:t>鸟窝已藏起了孤傲的身影，纵使正午的太阳也难以穿透国槐浓厚的绿荫。羊肉胡同便成了鸟儿嬉戏的天堂：</w:t>
      </w:r>
      <w:r>
        <w:rPr>
          <w:rFonts w:eastAsia="楷体" w:cs="楷体" w:ascii="楷体" w:hAnsi="楷体"/>
          <w:color w:val="000000"/>
        </w:rPr>
        <w:t>B</w:t>
      </w:r>
      <w:r>
        <w:rPr>
          <w:rFonts w:ascii="楷体" w:hAnsi="楷体" w:cs="楷体" w:eastAsia="楷体"/>
          <w:color w:val="000000"/>
          <w:u w:val="single"/>
        </w:rPr>
        <w:t>小个子的麻雀，机灵鬼精，三五成群或落在地面，或悠闲地踱着碎步，小嘴叽叽喳喳，叫个不停，小眼睛圆溜溜直转，丝毫不怕身旁经过的路人。</w:t>
      </w:r>
      <w:r>
        <w:rPr>
          <w:rFonts w:ascii="楷体" w:hAnsi="楷体" w:cs="楷体" w:eastAsia="楷体"/>
          <w:color w:val="000000"/>
        </w:rPr>
        <w:t>长尾巴的灰喜鹊，体型匀称，偶尔会从树叶中探头探脑，更多的时候露出修长美丽的身姿，喳喳地边叫边跳跃着，一下子又从另一处树冠上冒出长长的尾巴。我常常会拿出手机，打开镜头，总想抢拍上几张照片。但动作始终慢了半拍，刚按快门，鹊已飞起，只好对着空中一阵乱按，然后再一张一张地删去，有时运气好，总能拍到一两只喜鹊，在树枝上调皮地耍酷。</w:t>
      </w:r>
    </w:p>
    <w:p>
      <w:pPr>
        <w:pStyle w:val="Normal"/>
        <w:spacing w:lineRule="auto" w:line="360"/>
        <w:ind w:firstLine="420" w:end="0"/>
        <w:jc w:val="start"/>
        <w:textAlignment w:val="center"/>
        <w:rPr/>
      </w:pPr>
      <w:r>
        <w:rPr>
          <w:rFonts w:eastAsia="楷体" w:cs="楷体" w:ascii="楷体" w:hAnsi="楷体"/>
          <w:color w:val="000000"/>
        </w:rPr>
        <w:t>⑤</w:t>
      </w:r>
      <w:r>
        <w:rPr>
          <w:rFonts w:ascii="楷体" w:hAnsi="楷体" w:cs="楷体" w:eastAsia="楷体"/>
          <w:color w:val="000000"/>
        </w:rPr>
        <w:t>羊肉胡同的秋季是壮烈而短暂的。刚从槐花落尽的伤痛中苏醒过来，风就一阵比一阵凉，像有一把看不见的利刃，在枝头叶片间悄悄游走，割断了生命的张扬潜力却看不见伤痕的蛛丝马迹。几只灰喜鹊和成群的麻雀在枝头瑟缩着。树叶渐渐由碧绿至浅黄，由浅黄至金黄，由金黄至飘飞，开始了一生当中最为惨淡的凋零日子。</w:t>
      </w:r>
      <w:r>
        <w:rPr>
          <w:rFonts w:eastAsia="楷体" w:cs="楷体" w:ascii="楷体" w:hAnsi="楷体"/>
          <w:color w:val="000000"/>
        </w:rPr>
        <w:t>C</w:t>
      </w:r>
      <w:r>
        <w:rPr>
          <w:rFonts w:ascii="楷体" w:hAnsi="楷体" w:cs="楷体" w:eastAsia="楷体"/>
          <w:color w:val="000000"/>
          <w:u w:val="single"/>
        </w:rPr>
        <w:t>这个生命由盛而衰的渐变过程很难用眼睛去发现，但树们却有切身体会，满身痛楚说不出口，任由枝头上的兄弟姐妹们纷纷散落在地上，千人踩，万人踏，在秋风秋雨的洗劫中化为腐朽。</w:t>
      </w:r>
      <w:r>
        <w:rPr>
          <w:rFonts w:ascii="楷体" w:hAnsi="楷体" w:cs="楷体" w:eastAsia="楷体"/>
          <w:color w:val="000000"/>
        </w:rPr>
        <w:t>虽然有“零落成泥护春枝”的喝彩与点赞，但我还是听出了其中的悲壮与凄美，或许“秋风秋雨愁煞人”，说的就是树叶这种生命戛然而止的煎熬过程吧！</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冬去春又来，四季轮回如羊肉胡同的国槐花开花又落。年年岁岁花相似，岁岁年年人不同。走在羊肉胡同里，我常常会莫名地做些白日梦：胡同成了路人眼里的一段风景，或许有一天，我也能成为胡同里的一个小故事！</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（取材于同名散文）</w:t>
      </w:r>
    </w:p>
    <w:p>
      <w:pPr>
        <w:pStyle w:val="Normal"/>
        <w:spacing w:lineRule="auto" w:line="360"/>
        <w:jc w:val="start"/>
        <w:textAlignment w:val="center"/>
        <w:rPr/>
      </w:pPr>
      <w:r>
        <w:rPr/>
        <w:t xml:space="preserve">12. </w:t>
      </w:r>
      <w:r>
        <w:rPr/>
        <w:t>阅读文章，填写下表。</w:t>
      </w:r>
    </w:p>
    <w:tbl>
      <w:tblPr>
        <w:tblW w:w="7780" w:type="dxa"/>
        <w:jc w:val="start"/>
        <w:tblInd w:w="0" w:type="dxa"/>
        <w:tblLayout w:type="fixed"/>
        <w:tblCellMar>
          <w:top w:w="75" w:type="dxa"/>
          <w:start w:w="108" w:type="dxa"/>
          <w:bottom w:w="75" w:type="dxa"/>
          <w:end w:w="108" w:type="dxa"/>
        </w:tblCellMar>
      </w:tblPr>
      <w:tblGrid>
        <w:gridCol w:w="1818"/>
        <w:gridCol w:w="4281"/>
        <w:gridCol w:w="1681"/>
      </w:tblGrid>
      <w:tr>
        <w:trPr>
          <w:trHeight w:val="330" w:hRule="atLeast"/>
        </w:trPr>
        <w:tc>
          <w:tcPr>
            <w:tcW w:w="181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时间</w:t>
            </w:r>
          </w:p>
        </w:tc>
        <w:tc>
          <w:tcPr>
            <w:tcW w:w="42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胡同的景象</w:t>
            </w:r>
          </w:p>
        </w:tc>
        <w:tc>
          <w:tcPr>
            <w:tcW w:w="16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w:t>
            </w:r>
            <w:r>
              <w:rPr>
                <w:rFonts w:ascii="宋体;SimSun" w:hAnsi="宋体;SimSun" w:cs="宋体;SimSun"/>
                <w:color w:val="000000"/>
                <w:kern w:val="2"/>
                <w:sz w:val="21"/>
                <w:szCs w:val="22"/>
                <w:lang w:bidi="ar-SA"/>
              </w:rPr>
              <w:t>我”的感受</w:t>
            </w:r>
          </w:p>
        </w:tc>
      </w:tr>
      <w:tr>
        <w:trPr>
          <w:trHeight w:val="330" w:hRule="atLeast"/>
        </w:trPr>
        <w:tc>
          <w:tcPr>
            <w:tcW w:w="181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春季</w:t>
            </w:r>
          </w:p>
        </w:tc>
        <w:tc>
          <w:tcPr>
            <w:tcW w:w="42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tc>
        <w:tc>
          <w:tcPr>
            <w:tcW w:w="16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欣喜</w:t>
            </w:r>
          </w:p>
        </w:tc>
      </w:tr>
      <w:tr>
        <w:trPr>
          <w:trHeight w:val="330" w:hRule="atLeast"/>
        </w:trPr>
        <w:tc>
          <w:tcPr>
            <w:tcW w:w="181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夏季</w:t>
            </w:r>
          </w:p>
        </w:tc>
        <w:tc>
          <w:tcPr>
            <w:tcW w:w="42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国槐绿荫浓厚，槐花盛开，小鸟自由嬉戏。</w:t>
            </w:r>
          </w:p>
        </w:tc>
        <w:tc>
          <w:tcPr>
            <w:tcW w:w="16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r>
      <w:tr>
        <w:trPr>
          <w:trHeight w:val="330" w:hRule="atLeast"/>
        </w:trPr>
        <w:tc>
          <w:tcPr>
            <w:tcW w:w="181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秋季</w:t>
            </w:r>
          </w:p>
        </w:tc>
        <w:tc>
          <w:tcPr>
            <w:tcW w:w="42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③</w:t>
            </w:r>
          </w:p>
        </w:tc>
        <w:tc>
          <w:tcPr>
            <w:tcW w:w="168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感伤</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13. </w:t>
      </w:r>
      <w:r>
        <w:rPr>
          <w:rFonts w:ascii="宋体;SimSun" w:hAnsi="宋体;SimSun" w:cs="宋体;SimSun"/>
          <w:color w:val="000000"/>
        </w:rPr>
        <w:t>结合文章第②段，解说“人不如鸟”的几个原因。</w:t>
      </w:r>
    </w:p>
    <w:p>
      <w:pPr>
        <w:pStyle w:val="Normal"/>
        <w:spacing w:lineRule="auto" w:line="360"/>
        <w:jc w:val="start"/>
        <w:textAlignment w:val="center"/>
        <w:rPr/>
      </w:pPr>
      <w:r>
        <w:rPr>
          <w:rFonts w:eastAsia="宋体;SimSun" w:cs="宋体;SimSun" w:ascii="宋体;SimSun" w:hAnsi="宋体;SimSun"/>
          <w:color w:val="000000"/>
        </w:rPr>
        <w:t xml:space="preserve">14. </w:t>
      </w:r>
      <w:r>
        <w:rPr>
          <w:rFonts w:ascii="宋体;SimSun" w:hAnsi="宋体;SimSun" w:cs="宋体;SimSun"/>
          <w:color w:val="000000"/>
        </w:rPr>
        <w:t>文章的③</w:t>
      </w:r>
      <w:r>
        <w:rPr>
          <w:rFonts w:eastAsia="宋体;SimSun" w:cs="宋体;SimSun" w:ascii="宋体;SimSun" w:hAnsi="宋体;SimSun"/>
          <w:color w:val="000000"/>
        </w:rPr>
        <w:t>-⑤</w:t>
      </w:r>
      <w:r>
        <w:rPr>
          <w:rFonts w:ascii="宋体;SimSun" w:hAnsi="宋体;SimSun" w:cs="宋体;SimSun"/>
          <w:color w:val="000000"/>
        </w:rPr>
        <w:t>段集中描写了羊肉胡同不同季节的景象，请你从画线的三处中</w:t>
      </w:r>
      <w:r>
        <w:rPr>
          <w:rFonts w:ascii="宋体;SimSun" w:hAnsi="宋体;SimSun" w:cs="宋体;SimSun"/>
          <w:color w:val="000000"/>
          <w:em w:val="underDot"/>
        </w:rPr>
        <w:t>任选一处</w:t>
      </w:r>
      <w:r>
        <w:rPr>
          <w:rFonts w:ascii="宋体;SimSun" w:hAnsi="宋体;SimSun" w:cs="宋体;SimSun"/>
          <w:color w:val="000000"/>
        </w:rPr>
        <w:t>进行赏析。</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12. </w:t>
      </w:r>
      <w:r>
        <w:rPr>
          <w:rFonts w:eastAsia="宋体;SimSun" w:cs="宋体;SimSun" w:ascii="宋体;SimSun" w:hAnsi="宋体;SimSun"/>
          <w:color w:val="000000"/>
        </w:rPr>
        <w:t>①</w:t>
      </w:r>
      <w:r>
        <w:rPr>
          <w:rFonts w:ascii="宋体;SimSun" w:hAnsi="宋体;SimSun" w:cs="宋体;SimSun"/>
          <w:color w:val="000000"/>
        </w:rPr>
        <w:t>国槐枝条枯瘦，鸟巢架在树枝上。②惬意 ③国槐花尽叶落</w:t>
      </w:r>
      <w:r>
        <w:rPr>
          <w:rFonts w:eastAsia="宋体;SimSun" w:cs="宋体;SimSun" w:ascii="宋体;SimSun" w:hAnsi="宋体;SimSun"/>
          <w:color w:val="000000"/>
        </w:rPr>
        <w:t>,</w:t>
      </w:r>
      <w:r>
        <w:rPr>
          <w:rFonts w:ascii="宋体;SimSun" w:hAnsi="宋体;SimSun" w:cs="宋体;SimSun"/>
          <w:color w:val="000000"/>
        </w:rPr>
        <w:t>鸟儿们在枝头瑟缩着。</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13. </w:t>
      </w:r>
      <w:r>
        <w:rPr>
          <w:rFonts w:ascii="宋体;SimSun" w:hAnsi="宋体;SimSun" w:cs="宋体;SimSun"/>
          <w:color w:val="000000"/>
        </w:rPr>
        <w:t>示例：鸟可以振翅高飞、无拘无束，人做不到；鸟是天赋异禀的建筑专家，人比不上鸟。</w:t>
      </w:r>
      <w:r>
        <w:rPr>
          <w:color w:val="000000"/>
        </w:rPr>
        <w:t xml:space="preserve">    </w:t>
      </w:r>
    </w:p>
    <w:p>
      <w:pPr>
        <w:pStyle w:val="Normal"/>
        <w:spacing w:lineRule="auto" w:line="360"/>
        <w:textAlignment w:val="center"/>
        <w:rPr/>
      </w:pPr>
      <w:r>
        <w:rPr>
          <w:color w:val="000000"/>
        </w:rPr>
        <w:t xml:space="preserve">14. </w:t>
      </w:r>
      <w:r>
        <w:rPr>
          <w:rFonts w:ascii="宋体;SimSun" w:hAnsi="宋体;SimSun" w:cs="宋体;SimSun"/>
          <w:color w:val="000000"/>
        </w:rPr>
        <w:t>示例：</w:t>
      </w:r>
      <w:r>
        <w:rPr>
          <w:rFonts w:eastAsia="宋体;SimSun" w:cs="宋体;SimSun" w:ascii="宋体;SimSun" w:hAnsi="宋体;SimSun"/>
          <w:color w:val="000000"/>
        </w:rPr>
        <w:t>A</w:t>
      </w:r>
      <w:r>
        <w:rPr>
          <w:rFonts w:ascii="宋体;SimSun" w:hAnsi="宋体;SimSun" w:cs="宋体;SimSun"/>
          <w:color w:val="000000"/>
        </w:rPr>
        <w:t>处写出了胡同里槐花开得极其繁盛，把穿行胡同的“我”比喻成小精灵，体现出“我”深深地沉醉在槐花清新的香气中，感到无比舒适和惬意，似乎忘却了现实的世界。“仿佛被花香洗过”，运用了比拟的修辞，写出槐花的香气沁人心脾。</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12</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文章的概括能力。文章第二段的“国槐的枝丫如搭棚遮阴的老人，枯瘦的手臂伸长遥指长空，稀疏的光影落在地面愈显斑驳、参差不齐。”和“欣喜地看见硕大的鸟巢架在光秃秃的枝丫上，独具特色，坚固而且美观。”整理概括：国槐枝条枯瘦，硕大的鸟巢架在树枝上。“冬天在体内深处积伏已久的雾霾也一丝一丝被抽出体外，每一根毫毛都通透清爽，就像吃了传说中的人参果一般，有一种说不出的惬意在心头荡漾。” 看到国槐绿荫浓厚，槐花盛开，小鸟自由嬉戏，“我”的内心十分惬意。到了秋季，“几只灰喜鹊和成群的麻雀在枝头瑟缩着。树叶渐渐由碧绿至浅黄，由浅黄至金黄，由金黄至飘飞，开始了一生当中最为惨淡的凋零日子。”看到此景，“我”内心十分感伤。</w:t>
      </w:r>
    </w:p>
    <w:p>
      <w:pPr>
        <w:pStyle w:val="Normal"/>
        <w:spacing w:lineRule="auto" w:line="360"/>
        <w:textAlignment w:val="center"/>
        <w:rPr>
          <w:color w:val="000000"/>
        </w:rPr>
      </w:pPr>
      <w:r>
        <w:rPr>
          <w:color w:val="000000"/>
        </w:rPr>
        <w:t>【</w:t>
      </w:r>
      <w:r>
        <w:rPr>
          <w:color w:val="000000"/>
        </w:rPr>
        <w:t>13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文章的理解。根据文中的“如此看来，鸟们确实是天赋异禀的建筑专家。平时说人不如鸟，说的肯定是指人不如鸟一样可振翅高飞，自由自在，无拘无束。但站在羊肉胡同里说人不如鸟，我觉得至少在建筑方面，人确实是要逊色鸟们很多的！”可知，人不如鸟，一方面是人的建筑才能赶不上鸟，另一方面是鸟可以振翅高飞，人却不能。</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本题考查对句子的赏析。做此类题型时，抓住句中的关键词，通过分析关键词赏析句子，分析作者的感情，或从修辞手法入手，分析作者的感情。</w:t>
      </w:r>
      <w:r>
        <w:rPr>
          <w:rFonts w:eastAsia="宋体;SimSun" w:cs="宋体;SimSun" w:ascii="宋体;SimSun" w:hAnsi="宋体;SimSun"/>
          <w:color w:val="000000"/>
        </w:rPr>
        <w:t>A</w:t>
      </w:r>
      <w:r>
        <w:rPr>
          <w:rFonts w:ascii="宋体;SimSun" w:hAnsi="宋体;SimSun" w:cs="宋体;SimSun"/>
          <w:color w:val="000000"/>
        </w:rPr>
        <w:t>处写出了胡同里槐花开得极其繁盛，把穿行胡同的“我”比喻成小精灵，形象的写出了“我”深深地沉醉在槐花清新的香气中， “仿佛被花香洗过”，运用了比拟的修辞，写出槐花的香气沁人心脾，写出了作者穿行在胡同的惬意。</w:t>
      </w:r>
      <w:r>
        <w:rPr>
          <w:rFonts w:eastAsia="宋体;SimSun" w:cs="宋体;SimSun" w:ascii="宋体;SimSun" w:hAnsi="宋体;SimSun"/>
          <w:color w:val="000000"/>
        </w:rPr>
        <w:t>B</w:t>
      </w:r>
      <w:r>
        <w:rPr>
          <w:rFonts w:ascii="宋体;SimSun" w:hAnsi="宋体;SimSun" w:cs="宋体;SimSun"/>
          <w:color w:val="000000"/>
        </w:rPr>
        <w:t>处用了拟人的修辞手法，形象的写出了鸟儿在槐树枝头的惬意，不愧为鸟的天堂，作者通过写鸟儿欢乐嬉戏的场面，也间接表达出自己内心的惬意舒适。</w:t>
      </w:r>
      <w:r>
        <w:rPr>
          <w:rFonts w:eastAsia="宋体;SimSun" w:cs="宋体;SimSun" w:ascii="宋体;SimSun" w:hAnsi="宋体;SimSun"/>
          <w:color w:val="000000"/>
        </w:rPr>
        <w:t>C</w:t>
      </w:r>
      <w:r>
        <w:rPr>
          <w:rFonts w:ascii="宋体;SimSun" w:hAnsi="宋体;SimSun" w:cs="宋体;SimSun"/>
          <w:color w:val="000000"/>
        </w:rPr>
        <w:t>处用了拟人的修辞手法，形象的表现出树叶在秋风中飘落的场景，作者将自己的感情寄托在树上，通过“但树们却有切身体会，满身痛楚说不出口，任由枝头上的兄弟姐妹们纷纷散落在地上”抒发自己的感伤不舍之情，情感含蓄，语言优美。</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阅读《在那颗星子下》，完成小题。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在那颗星子下</w:t>
      </w:r>
    </w:p>
    <w:p>
      <w:pPr>
        <w:pStyle w:val="Normal"/>
        <w:spacing w:lineRule="auto" w:line="360"/>
        <w:ind w:firstLine="420" w:end="0"/>
        <w:jc w:val="center"/>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记我的中学生时代</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舒 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母校的门口是一条笔直的柏油马路，两旁凤凰木夹荫。夏天，海风捋下许多花瓣，让人不忍一步步踩下。我的中学时代就是笼在这一片花雨红殷殷的梦中。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我哭过、恼过，在学校的合唱队领唱过，在恶作剧之后笑得喘不过气来。等我进入中年回想这种种，却有一件小事，像一只小铃，轻轻然而分外清晰地在记忆中摇响。</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初一年级，我们有那么多学科，只要把功课表上所有的课程加起来就够吓人的，有</w:t>
      </w:r>
      <w:r>
        <w:rPr>
          <w:rFonts w:eastAsia="楷体" w:cs="楷体" w:ascii="楷体" w:hAnsi="楷体"/>
          <w:color w:val="000000"/>
        </w:rPr>
        <w:t>11</w:t>
      </w:r>
      <w:r>
        <w:rPr>
          <w:rFonts w:ascii="楷体" w:hAnsi="楷体" w:cs="楷体" w:eastAsia="楷体"/>
          <w:color w:val="000000"/>
        </w:rPr>
        <w:t>门课。当然，包括体育和周会。仅那个崩开线的大书包，就把我们勒得跟登山运动员那样善于负重。我私下又加了</w:t>
      </w:r>
      <w:r>
        <w:rPr>
          <w:rFonts w:eastAsia="楷体" w:cs="楷体" w:ascii="楷体" w:hAnsi="楷体"/>
          <w:color w:val="000000"/>
        </w:rPr>
        <w:t>10</w:t>
      </w:r>
      <w:r>
        <w:rPr>
          <w:rFonts w:ascii="楷体" w:hAnsi="楷体" w:cs="楷体" w:eastAsia="楷体"/>
          <w:color w:val="000000"/>
        </w:rPr>
        <w:t>门课：看电影、读小说、钓鱼、上树……我自己也不知道，究竟是把读书当玩了，还是把玩当作了读书。</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学校规定，除了周末晚上，学生们不许看电影。老师们要以身作则。所以我每次【甲】触犯校规，都没有被当场逮住。</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英语学期考试前夕，是星期天晚上，我串了另外三个女同学去看当时极轰动的《五朵金花》。我们咂着冰棍儿东张西望，一望望见了我们的英语老师林老师和她的男朋友。他们在找座位。我努力想推测她看见了我们没有，因为她的脸那么红，红得那么好看，她身后的那位男老师（毫无根据地，我认定他也教英语）比我们的班主任辜老师长得还神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电影还没散场，我身边的三个座位一个接一个空了。我的三个“同谋犯”或者由于考试的威胁，或者由于良心的谴责，把决心坚持到底的我撂在一片惴惴然的黑暗之中。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在出口处，我和林老师悄悄对望了一眼。我撮起嘴唇，学吹一支电影里的小曲（其实我根本不会吹口哨，多少年苦练终是无用）。在那一瞬间，我觉得她一定觉得歉疚。为了寻找一条理由，她挽起他的手，走入人流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第二天我一觉醒来，天已大亮。老外婆舍不得开电灯。守着一盏捻小了的灯打瞌睡，却不忍叫醒我起来早读。我跌足大呼，只好一路长跑，幸好离上课时间还有</w:t>
      </w:r>
      <w:r>
        <w:rPr>
          <w:rFonts w:eastAsia="楷体" w:cs="楷体" w:ascii="楷体" w:hAnsi="楷体"/>
          <w:color w:val="000000"/>
        </w:rPr>
        <w:t>10</w:t>
      </w:r>
      <w:r>
        <w:rPr>
          <w:rFonts w:ascii="楷体" w:hAnsi="楷体" w:cs="楷体" w:eastAsia="楷体"/>
          <w:color w:val="000000"/>
        </w:rPr>
        <w:t>分钟。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翻开书，眼前像骑自行车在最拥挤的中山路，脑子立即做出判断，哪儿人多，哪儿有空档可以穿行，自然而然有了选择。我先复习状语、定语、谓语这些最枯燥的难点，然后是背单词。上课铃响了，</w:t>
      </w:r>
      <w:r>
        <w:rPr>
          <w:rFonts w:eastAsia="楷体" w:cs="楷体" w:ascii="楷体" w:hAnsi="楷体"/>
          <w:color w:val="000000"/>
        </w:rPr>
        <w:t>b-e-a-u-t-i-f-u-l</w:t>
      </w:r>
      <w:r>
        <w:rPr>
          <w:rFonts w:ascii="楷体" w:hAnsi="楷体" w:cs="楷体" w:eastAsia="楷体"/>
          <w:color w:val="000000"/>
        </w:rPr>
        <w:t>，</w:t>
      </w:r>
      <w:r>
        <w:rPr>
          <w:rFonts w:eastAsia="楷体" w:cs="楷体" w:ascii="楷体" w:hAnsi="楷体"/>
          <w:color w:val="000000"/>
        </w:rPr>
        <w:t>beautiful</w:t>
      </w:r>
      <w:r>
        <w:rPr>
          <w:rFonts w:ascii="楷体" w:hAnsi="楷体" w:cs="楷体" w:eastAsia="楷体"/>
          <w:color w:val="000000"/>
        </w:rPr>
        <w:t>，美丽的。“起立！”“坐下。”赶快，再背一个。老师讲话都没听见，全班至少有一半人嘴里像我一样咕噜咕噜。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考卷发下来，我发疯似地赶着写，趁刚才从书上复印到脑子的字母还新鲜，把它们像活泼的鸭群全撵到纸上去。这期间，林老师在我身旁走动的次数比往常多，停留的时间似乎格外长。以致我和她，说不准谁先扛不住，就那样背过气去。</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ascii="楷体" w:hAnsi="楷体" w:cs="楷体" w:eastAsia="楷体"/>
          <w:color w:val="000000"/>
        </w:rPr>
        <w:t>成绩发下来，你猜多少分？</w:t>
      </w:r>
      <w:r>
        <w:rPr>
          <w:rFonts w:eastAsia="楷体" w:cs="楷体" w:ascii="楷体" w:hAnsi="楷体"/>
          <w:color w:val="000000"/>
        </w:rPr>
        <w:t>113</w:t>
      </w:r>
      <w:r>
        <w:rPr>
          <w:rFonts w:ascii="楷体" w:hAnsi="楷体" w:cs="楷体" w:eastAsia="楷体"/>
          <w:color w:val="000000"/>
        </w:rPr>
        <w:t>分！真的，附加两题，每题</w:t>
      </w:r>
      <w:r>
        <w:rPr>
          <w:rFonts w:eastAsia="楷体" w:cs="楷体" w:ascii="楷体" w:hAnsi="楷体"/>
          <w:color w:val="000000"/>
        </w:rPr>
        <w:t>10</w:t>
      </w:r>
      <w:r>
        <w:rPr>
          <w:rFonts w:ascii="楷体" w:hAnsi="楷体" w:cs="楷体" w:eastAsia="楷体"/>
          <w:color w:val="000000"/>
        </w:rPr>
        <w:t>分，我全做出来了。虽然</w:t>
      </w:r>
      <w:r>
        <w:rPr>
          <w:rFonts w:eastAsia="楷体" w:cs="楷体" w:ascii="楷体" w:hAnsi="楷体"/>
          <w:color w:val="000000"/>
        </w:rPr>
        <w:t>beautiful</w:t>
      </w:r>
      <w:r>
        <w:rPr>
          <w:rFonts w:ascii="楷体" w:hAnsi="楷体" w:cs="楷体" w:eastAsia="楷体"/>
          <w:color w:val="000000"/>
        </w:rPr>
        <w:t>这个单词还是错了，被狠狠扣了七分，但从此我也把这个叛逃的单词狠狠揪住了。</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那一天，别提走路时我的膝盖抬得有多高。</w:t>
      </w:r>
    </w:p>
    <w:p>
      <w:pPr>
        <w:pStyle w:val="Normal"/>
        <w:spacing w:lineRule="auto" w:line="360"/>
        <w:ind w:firstLine="420" w:end="0"/>
        <w:jc w:val="start"/>
        <w:textAlignment w:val="center"/>
        <w:rPr/>
      </w:pPr>
      <w:r>
        <w:rPr>
          <w:rFonts w:eastAsia="Cambria Math" w:cs="Cambria Math" w:ascii="Cambria Math" w:hAnsi="Cambria Math"/>
          <w:color w:val="000000"/>
        </w:rPr>
        <w:t>⑬</w:t>
      </w:r>
      <w:r>
        <w:rPr>
          <w:rFonts w:ascii="楷体" w:hAnsi="楷体" w:cs="楷体" w:eastAsia="楷体"/>
          <w:color w:val="000000"/>
        </w:rPr>
        <w:t>慢！</w:t>
      </w:r>
    </w:p>
    <w:p>
      <w:pPr>
        <w:pStyle w:val="Normal"/>
        <w:spacing w:lineRule="auto" w:line="360"/>
        <w:ind w:firstLine="420" w:end="0"/>
        <w:jc w:val="start"/>
        <w:textAlignment w:val="center"/>
        <w:rPr/>
      </w:pPr>
      <w:r>
        <w:rPr>
          <w:rFonts w:eastAsia="Cambria Math" w:cs="Cambria Math" w:ascii="Cambria Math" w:hAnsi="Cambria Math"/>
          <w:color w:val="000000"/>
        </w:rPr>
        <w:t>⑭</w:t>
      </w:r>
      <w:r>
        <w:rPr>
          <w:rFonts w:ascii="楷体" w:hAnsi="楷体" w:cs="楷体" w:eastAsia="楷体"/>
          <w:color w:val="000000"/>
        </w:rPr>
        <w:t>过几天是考后评卷，我那林老师先把我一通夸，然后要我到黑板示范，只答一题，我便像根木桩戳在讲台边不动了。她微笑着，惊讶地，仿佛真不明白似的，在</w:t>
      </w:r>
      <w:r>
        <w:rPr>
          <w:rFonts w:eastAsia="楷体" w:cs="楷体" w:ascii="楷体" w:hAnsi="楷体"/>
          <w:color w:val="000000"/>
        </w:rPr>
        <w:t>50</w:t>
      </w:r>
      <w:r>
        <w:rPr>
          <w:rFonts w:ascii="楷体" w:hAnsi="楷体" w:cs="楷体" w:eastAsia="楷体"/>
          <w:color w:val="000000"/>
        </w:rPr>
        <w:t>双眼睛前面，把我刚刚得了全班第一名的考卷，重新逐条考过。你猜，重打的分数是多少？</w:t>
      </w:r>
      <w:r>
        <w:rPr>
          <w:rFonts w:eastAsia="楷体" w:cs="楷体" w:ascii="楷体" w:hAnsi="楷体"/>
          <w:color w:val="000000"/>
        </w:rPr>
        <w:t>47</w:t>
      </w:r>
      <w:r>
        <w:rPr>
          <w:rFonts w:ascii="楷体" w:hAnsi="楷体" w:cs="楷体" w:eastAsia="楷体"/>
          <w:color w:val="000000"/>
        </w:rPr>
        <w:t>分。</w:t>
      </w:r>
    </w:p>
    <w:p>
      <w:pPr>
        <w:pStyle w:val="Normal"/>
        <w:spacing w:lineRule="auto" w:line="360"/>
        <w:ind w:firstLine="420" w:end="0"/>
        <w:jc w:val="start"/>
        <w:textAlignment w:val="center"/>
        <w:rPr/>
      </w:pPr>
      <w:r>
        <w:rPr>
          <w:rFonts w:eastAsia="Cambria Math" w:cs="Cambria Math" w:ascii="Cambria Math" w:hAnsi="Cambria Math"/>
          <w:color w:val="000000"/>
        </w:rPr>
        <w:t>⑮</w:t>
      </w:r>
      <w:r>
        <w:rPr>
          <w:rFonts w:ascii="楷体" w:hAnsi="楷体" w:cs="楷体" w:eastAsia="楷体"/>
          <w:color w:val="000000"/>
        </w:rPr>
        <w:t>课后，林老师来教室门口等我，递给我成绩单，英语一栏上，仍然是叫人不敢正视的“优”。</w:t>
      </w:r>
    </w:p>
    <w:p>
      <w:pPr>
        <w:pStyle w:val="Normal"/>
        <w:spacing w:lineRule="auto" w:line="360"/>
        <w:ind w:firstLine="420" w:end="0"/>
        <w:jc w:val="start"/>
        <w:textAlignment w:val="center"/>
        <w:rPr/>
      </w:pPr>
      <w:r>
        <w:rPr>
          <w:rFonts w:eastAsia="Cambria Math" w:cs="Cambria Math" w:ascii="Cambria Math" w:hAnsi="Cambria Math"/>
          <w:color w:val="000000"/>
        </w:rPr>
        <w:t>⑯</w:t>
      </w:r>
      <w:r>
        <w:rPr>
          <w:rFonts w:ascii="楷体" w:hAnsi="楷体" w:cs="楷体" w:eastAsia="楷体"/>
          <w:color w:val="000000"/>
        </w:rPr>
        <w:t>她先说：“你的强记能力，连我也自叹不如。以前，我在这一方面也是受我的老师称赞的。”沉默了一会儿，只听见一群相思鸟在教室外的老榕树上【乙】地鸣叫。她又说：“要是你总是这么糟蹋它，有一天，它也会疲累的。那时，你的脑子里还剩了些什么？”</w:t>
      </w:r>
    </w:p>
    <w:p>
      <w:pPr>
        <w:pStyle w:val="Normal"/>
        <w:spacing w:lineRule="auto" w:line="360"/>
        <w:ind w:firstLine="420" w:end="0"/>
        <w:jc w:val="start"/>
        <w:textAlignment w:val="center"/>
        <w:rPr/>
      </w:pPr>
      <w:r>
        <w:rPr>
          <w:rFonts w:eastAsia="Cambria Math" w:cs="Cambria Math" w:ascii="Cambria Math" w:hAnsi="Cambria Math"/>
          <w:color w:val="000000"/>
        </w:rPr>
        <w:t>⑰</w:t>
      </w:r>
      <w:r>
        <w:rPr>
          <w:rFonts w:ascii="楷体" w:hAnsi="楷体" w:cs="楷体" w:eastAsia="楷体"/>
          <w:color w:val="000000"/>
        </w:rPr>
        <w:t>还是那条林荫道，老师纤细的手沉甸甸地搁在我瘦小的肩上。</w:t>
      </w:r>
      <w:r>
        <w:rPr>
          <w:rFonts w:ascii="楷体" w:hAnsi="楷体" w:cs="楷体" w:eastAsia="楷体"/>
          <w:color w:val="000000"/>
          <w:u w:val="single"/>
        </w:rPr>
        <w:t>她送我到公园那个拐弯处，我不禁回头深深望了她一眼。星子正从她的身后川流成为夜空，最后她自己也成为一颗最亮的星星，在记忆的银河中</w:t>
      </w:r>
      <w:r>
        <w:rPr>
          <w:rFonts w:ascii="楷体" w:hAnsi="楷体" w:cs="楷体" w:eastAsia="楷体"/>
          <w:color w:val="000000"/>
        </w:rPr>
        <w:t>。哦。我的林老师。</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（原文有删改）</w:t>
      </w:r>
    </w:p>
    <w:p>
      <w:pPr>
        <w:pStyle w:val="Normal"/>
        <w:spacing w:lineRule="auto" w:line="360"/>
        <w:jc w:val="start"/>
        <w:textAlignment w:val="center"/>
        <w:rPr/>
      </w:pPr>
      <w:r>
        <w:rPr>
          <w:rFonts w:eastAsia="宋体;SimSun" w:cs="宋体;SimSun" w:ascii="宋体;SimSun" w:hAnsi="宋体;SimSun"/>
          <w:color w:val="000000"/>
        </w:rPr>
        <w:t xml:space="preserve">15. </w:t>
      </w:r>
      <w:r>
        <w:rPr>
          <w:rFonts w:ascii="宋体;SimSun" w:hAnsi="宋体;SimSun" w:cs="宋体;SimSun"/>
          <w:color w:val="000000"/>
        </w:rPr>
        <w:t>文章【甲】【乙】两处填入成语</w:t>
      </w:r>
      <w:r>
        <w:rPr>
          <w:rFonts w:ascii="宋体;SimSun" w:hAnsi="宋体;SimSun" w:cs="宋体;SimSun"/>
          <w:color w:val="000000"/>
          <w:em w:val="underDot"/>
        </w:rPr>
        <w:t>最恰当</w:t>
      </w:r>
      <w:r>
        <w:rPr>
          <w:rFonts w:ascii="宋体;SimSun" w:hAnsi="宋体;SimSun" w:cs="宋体;SimSun"/>
          <w:color w:val="000000"/>
        </w:rPr>
        <w:t>的一项是</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偷偷摸摸    喜出望外</w:t>
      </w:r>
      <w:r>
        <w:rPr>
          <w:rFonts w:eastAsia="宋体;SimSun" w:cs="宋体;SimSun" w:ascii="宋体;SimSun" w:hAnsi="宋体;SimSun"/>
          <w:color w:val="000000"/>
        </w:rPr>
        <w:tab/>
        <w:t xml:space="preserve">B. </w:t>
      </w:r>
      <w:r>
        <w:rPr>
          <w:rFonts w:ascii="宋体;SimSun" w:hAnsi="宋体;SimSun" w:cs="宋体;SimSun"/>
          <w:color w:val="000000"/>
        </w:rPr>
        <w:t>偷偷摸摸    幸灾乐祸</w:t>
      </w:r>
    </w:p>
    <w:p>
      <w:pPr>
        <w:pStyle w:val="Normal"/>
        <w:tabs>
          <w:tab w:val="clear" w:pos="420"/>
          <w:tab w:val="left" w:pos="4876" w:leader="none"/>
        </w:tabs>
        <w:spacing w:lineRule="auto" w:line="360"/>
        <w:jc w:val="start"/>
        <w:textAlignment w:val="center"/>
        <w:rPr/>
      </w:pPr>
      <w:r>
        <w:rPr>
          <w:rFonts w:eastAsia="宋体;SimSun" w:cs="宋体;SimSun" w:ascii="宋体;SimSun" w:hAnsi="宋体;SimSun"/>
          <w:color w:val="000000"/>
        </w:rPr>
        <w:t>C</w:t>
      </w:r>
      <w:r>
        <w:rPr>
          <w:rFonts w:eastAsia="宋体;SimSun" w:cs="宋体;SimSun" w:ascii="宋体;SimSun" w:hAnsi="宋体;SimSun"/>
          <w:color w:val="000000"/>
        </w:rPr>
        <w:drawing>
          <wp:inline distT="0" distB="0" distL="0" distR="0">
            <wp:extent cx="31750" cy="88900"/>
            <wp:effectExtent l="0" t="0" r="0" b="0"/>
            <wp:docPr id="138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8"/>
                    <pic:cNvPicPr>
                      <a:picLocks noChangeAspect="1" noChangeArrowheads="1"/>
                    </pic:cNvPicPr>
                  </pic:nvPicPr>
                  <pic:blipFill>
                    <a:blip r:embed="rId39"/>
                    <a:srcRect l="-568" t="-474" r="-568" b="-474"/>
                    <a:stretch>
                      <a:fillRect/>
                    </a:stretch>
                  </pic:blipFill>
                  <pic:spPr bwMode="auto">
                    <a:xfrm>
                      <a:off x="0" y="0"/>
                      <a:ext cx="31750" cy="88900"/>
                    </a:xfrm>
                    <a:prstGeom prst="rect">
                      <a:avLst/>
                    </a:prstGeom>
                    <a:noFill/>
                  </pic:spPr>
                </pic:pic>
              </a:graphicData>
            </a:graphic>
          </wp:inline>
        </w:drawing>
      </w:r>
      <w:r>
        <w:rPr>
          <w:rFonts w:eastAsia="宋体;SimSun" w:cs="宋体;SimSun" w:ascii="宋体;SimSun" w:hAnsi="宋体;SimSun"/>
          <w:color w:val="000000"/>
        </w:rPr>
        <w:t xml:space="preserve"> </w:t>
      </w:r>
      <w:r>
        <w:rPr>
          <w:rFonts w:ascii="宋体;SimSun" w:hAnsi="宋体;SimSun" w:cs="宋体;SimSun"/>
          <w:color w:val="000000"/>
        </w:rPr>
        <w:t>大摇大摆    喜出望外</w:t>
      </w:r>
      <w:r>
        <w:rPr>
          <w:rFonts w:eastAsia="宋体;SimSun" w:cs="宋体;SimSun" w:ascii="宋体;SimSun" w:hAnsi="宋体;SimSun"/>
          <w:color w:val="000000"/>
        </w:rPr>
        <w:tab/>
        <w:t xml:space="preserve">D. </w:t>
      </w:r>
      <w:r>
        <w:rPr>
          <w:rFonts w:ascii="宋体;SimSun" w:hAnsi="宋体;SimSun" w:cs="宋体;SimSun"/>
          <w:color w:val="000000"/>
        </w:rPr>
        <w:t>大摇大摆    幸灾乐祸</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阅读文章，简述第②段中提到的“一件小事”的经过和结果。（不超过</w:t>
      </w:r>
      <w:r>
        <w:rPr>
          <w:rFonts w:eastAsia="宋体;SimSun" w:cs="宋体;SimSun" w:ascii="宋体;SimSun" w:hAnsi="宋体;SimSun"/>
          <w:color w:val="000000"/>
        </w:rPr>
        <w:t>150</w:t>
      </w:r>
      <w:r>
        <w:rPr>
          <w:rFonts w:ascii="宋体;SimSun" w:hAnsi="宋体;SimSun" w:cs="宋体;SimSun"/>
          <w:color w:val="000000"/>
        </w:rPr>
        <w:t>字）</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体会下面加点词语的表达效果。</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color w:val="000000"/>
        </w:rPr>
        <w:t>夏天，海风捋下许多花瓣，让人</w:t>
      </w:r>
      <w:r>
        <w:rPr>
          <w:rFonts w:ascii="宋体;SimSun" w:hAnsi="宋体;SimSun" w:cs="宋体;SimSun"/>
          <w:color w:val="000000"/>
          <w:em w:val="underDot"/>
        </w:rPr>
        <w:t>不忍</w:t>
      </w:r>
      <w:r>
        <w:rPr>
          <w:rFonts w:ascii="宋体;SimSun" w:hAnsi="宋体;SimSun" w:cs="宋体;SimSun"/>
          <w:color w:val="000000"/>
        </w:rPr>
        <w:t>一步步踩下。</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不忍：</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还是那条林荫道，老师纤细的手</w:t>
      </w:r>
      <w:r>
        <w:rPr>
          <w:rFonts w:ascii="宋体;SimSun" w:hAnsi="宋体;SimSun" w:cs="宋体;SimSun"/>
          <w:color w:val="000000"/>
          <w:em w:val="underDot"/>
        </w:rPr>
        <w:t>沉甸甸</w:t>
      </w:r>
      <w:r>
        <w:rPr>
          <w:rFonts w:ascii="宋体;SimSun" w:hAnsi="宋体;SimSun" w:cs="宋体;SimSun"/>
          <w:color w:val="000000"/>
        </w:rPr>
        <w:t>地搁在我瘦小的肩上。</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沉甸甸：</w:t>
      </w:r>
    </w:p>
    <w:p>
      <w:pPr>
        <w:pStyle w:val="Normal"/>
        <w:spacing w:lineRule="auto" w:line="360"/>
        <w:jc w:val="start"/>
        <w:textAlignment w:val="center"/>
        <w:rPr/>
      </w:pPr>
      <w:r>
        <w:rPr>
          <w:rFonts w:eastAsia="宋体;SimSun" w:cs="宋体;SimSun" w:ascii="宋体;SimSun" w:hAnsi="宋体;SimSun"/>
          <w:color w:val="000000"/>
        </w:rPr>
        <w:t xml:space="preserve">18. </w:t>
      </w:r>
      <w:r>
        <w:rPr>
          <w:rFonts w:ascii="宋体;SimSun" w:hAnsi="宋体;SimSun" w:cs="宋体;SimSun"/>
          <w:color w:val="000000"/>
        </w:rPr>
        <w:t>结合第</w:t>
      </w:r>
      <w:r>
        <w:rPr>
          <w:rFonts w:ascii="Cambria Math" w:hAnsi="Cambria Math" w:cs="Cambria Math" w:eastAsia="Cambria Math"/>
          <w:color w:val="000000"/>
        </w:rPr>
        <w:t>⑰</w:t>
      </w:r>
      <w:r>
        <w:rPr>
          <w:rFonts w:ascii="宋体;SimSun" w:hAnsi="宋体;SimSun" w:cs="宋体;SimSun"/>
          <w:color w:val="000000"/>
        </w:rPr>
        <w:t>段画线语句，解说文章题目“在那颗星子下”的含义。</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15. D    16. </w:t>
      </w:r>
      <w:r>
        <w:rPr>
          <w:rFonts w:ascii="宋体;SimSun" w:hAnsi="宋体;SimSun" w:cs="宋体;SimSun"/>
          <w:color w:val="000000"/>
        </w:rPr>
        <w:t>我考前临时突击，英语得了</w:t>
      </w:r>
      <w:r>
        <w:rPr>
          <w:rFonts w:eastAsia="宋体;SimSun" w:cs="宋体;SimSun" w:ascii="宋体;SimSun" w:hAnsi="宋体;SimSun"/>
          <w:color w:val="000000"/>
        </w:rPr>
        <w:t>113</w:t>
      </w:r>
      <w:r>
        <w:rPr>
          <w:rFonts w:ascii="宋体;SimSun" w:hAnsi="宋体;SimSun" w:cs="宋体;SimSun"/>
          <w:color w:val="000000"/>
        </w:rPr>
        <w:t>分，获得全班第一，我非常自得。林老师故意在评卷课上表扬我，并且当着全班同学重新考我试卷中的试题，这次我只得了</w:t>
      </w:r>
      <w:r>
        <w:rPr>
          <w:rFonts w:eastAsia="宋体;SimSun" w:cs="宋体;SimSun" w:ascii="宋体;SimSun" w:hAnsi="宋体;SimSun"/>
          <w:color w:val="000000"/>
        </w:rPr>
        <w:t>47</w:t>
      </w:r>
      <w:r>
        <w:rPr>
          <w:rFonts w:ascii="宋体;SimSun" w:hAnsi="宋体;SimSun" w:cs="宋体;SimSun"/>
          <w:color w:val="000000"/>
        </w:rPr>
        <w:t>分，我感到很惭愧。林老师依然给我的英语成绩打了“优”，并且提醒我要爱惜自己的才能，我理解了林老师的用心，很受教育。</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w:t>
      </w:r>
      <w:r>
        <w:rPr>
          <w:rFonts w:ascii="宋体;SimSun" w:hAnsi="宋体;SimSun" w:cs="宋体;SimSun"/>
          <w:color w:val="000000"/>
        </w:rPr>
        <w:t>示例：①侧面写出了花瓣很美，“我”很喜欢并且珍惜它们。②写出了林老师当时讲话的分量很重，给“我”留下深刻印象，对“我”以后的影响很大。</w:t>
      </w:r>
      <w:r>
        <w:rPr>
          <w:color w:val="000000"/>
        </w:rPr>
        <w:t xml:space="preserve">    </w:t>
      </w:r>
    </w:p>
    <w:p>
      <w:pPr>
        <w:pStyle w:val="Normal"/>
        <w:spacing w:lineRule="auto" w:line="360"/>
        <w:textAlignment w:val="center"/>
        <w:rPr/>
      </w:pPr>
      <w:r>
        <w:rPr>
          <w:color w:val="000000"/>
        </w:rPr>
        <w:t xml:space="preserve">18. </w:t>
      </w:r>
      <w:r>
        <w:rPr>
          <w:rFonts w:ascii="宋体;SimSun" w:hAnsi="宋体;SimSun" w:cs="宋体;SimSun"/>
          <w:color w:val="000000"/>
        </w:rPr>
        <w:t>题目中的“那颗星子”比喻林老师，她教育“我”要懂得珍惜自己的天赋。林老师如同星星一样为刚刚上初中的“我”指明方向，让“我”终生受益。</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根据语境填写合适的词语。偷偷摸摸：形容瞒着别人做事，不敢让别人知道。大摇大摆：走路时身子摇摇摆摆。形容自以为了不起的傲慢神态。根据语境，“都没有被当场逮住。”表达出“我”的得意，所以此处选择“大摇大摆”更合适。喜出望外：由于没有想到的好事而非常高兴。幸灾乐祸：指人缺乏善意，在别人遇到灾祸时感到高兴。结合语境，“我”刚被老师批评了，“我”的心里应该是非常难过的，所以听到鸟儿的叫声也应该是感到它们在幸灾乐祸。</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本题是对概括文章主要内容的考查。方法</w:t>
      </w:r>
      <w:r>
        <w:rPr>
          <w:rFonts w:eastAsia="宋体;SimSun" w:cs="宋体;SimSun" w:ascii="宋体;SimSun" w:hAnsi="宋体;SimSun"/>
          <w:color w:val="000000"/>
        </w:rPr>
        <w:t>:</w:t>
      </w:r>
      <w:r>
        <w:rPr>
          <w:rFonts w:ascii="宋体;SimSun" w:hAnsi="宋体;SimSun" w:cs="宋体;SimSun"/>
          <w:color w:val="000000"/>
        </w:rPr>
        <w:t>一、段意合并法。段落大意概括了一段的主要内容</w:t>
      </w:r>
      <w:r>
        <w:rPr>
          <w:rFonts w:eastAsia="宋体;SimSun" w:cs="宋体;SimSun" w:ascii="宋体;SimSun" w:hAnsi="宋体;SimSun"/>
          <w:color w:val="000000"/>
        </w:rPr>
        <w:t>.</w:t>
      </w:r>
      <w:r>
        <w:rPr>
          <w:rFonts w:ascii="宋体;SimSun" w:hAnsi="宋体;SimSun" w:cs="宋体;SimSun"/>
          <w:color w:val="000000"/>
        </w:rPr>
        <w:t>托把每段大意综合起来，加以概括</w:t>
      </w:r>
      <w:r>
        <w:rPr>
          <w:rFonts w:eastAsia="宋体;SimSun" w:cs="宋体;SimSun" w:ascii="宋体;SimSun" w:hAnsi="宋体;SimSun"/>
          <w:color w:val="000000"/>
        </w:rPr>
        <w:t>,</w:t>
      </w:r>
      <w:r>
        <w:rPr>
          <w:rFonts w:ascii="宋体;SimSun" w:hAnsi="宋体;SimSun" w:cs="宋体;SimSun"/>
          <w:color w:val="000000"/>
        </w:rPr>
        <w:t>就是整篇文章的主要内容。二</w:t>
      </w:r>
      <w:r>
        <w:rPr>
          <w:rFonts w:eastAsia="宋体;SimSun" w:cs="宋体;SimSun" w:ascii="宋体;SimSun" w:hAnsi="宋体;SimSun"/>
          <w:color w:val="000000"/>
        </w:rPr>
        <w:t>:</w:t>
      </w:r>
      <w:r>
        <w:rPr>
          <w:rFonts w:ascii="宋体;SimSun" w:hAnsi="宋体;SimSun" w:cs="宋体;SimSun"/>
          <w:color w:val="000000"/>
        </w:rPr>
        <w:t>要素串连法。写人记事的文章</w:t>
      </w:r>
      <w:r>
        <w:rPr>
          <w:rFonts w:eastAsia="宋体;SimSun" w:cs="宋体;SimSun" w:ascii="宋体;SimSun" w:hAnsi="宋体;SimSun"/>
          <w:color w:val="000000"/>
        </w:rPr>
        <w:t>,</w:t>
      </w:r>
      <w:r>
        <w:rPr>
          <w:rFonts w:ascii="宋体;SimSun" w:hAnsi="宋体;SimSun" w:cs="宋体;SimSun"/>
          <w:color w:val="000000"/>
        </w:rPr>
        <w:t>一般有时间、地点、人物、事件</w:t>
      </w:r>
      <w:r>
        <w:rPr>
          <w:rFonts w:eastAsia="宋体;SimSun" w:cs="宋体;SimSun" w:ascii="宋体;SimSun" w:hAnsi="宋体;SimSun"/>
          <w:color w:val="000000"/>
        </w:rPr>
        <w:t>(</w:t>
      </w:r>
      <w:r>
        <w:rPr>
          <w:rFonts w:ascii="宋体;SimSun" w:hAnsi="宋体;SimSun" w:cs="宋体;SimSun"/>
          <w:color w:val="000000"/>
        </w:rPr>
        <w:t>包括起因、经过、结果</w:t>
      </w:r>
      <w:r>
        <w:rPr>
          <w:rFonts w:eastAsia="宋体;SimSun" w:cs="宋体;SimSun" w:ascii="宋体;SimSun" w:hAnsi="宋体;SimSun"/>
          <w:color w:val="000000"/>
        </w:rPr>
        <w:t>)</w:t>
      </w:r>
      <w:r>
        <w:rPr>
          <w:rFonts w:ascii="宋体;SimSun" w:hAnsi="宋体;SimSun" w:cs="宋体;SimSun"/>
          <w:color w:val="000000"/>
        </w:rPr>
        <w:t>等基本要素．把这几个基本要素弄清了，用词语串连起来</w:t>
      </w:r>
      <w:r>
        <w:rPr>
          <w:rFonts w:eastAsia="宋体;SimSun" w:cs="宋体;SimSun" w:ascii="宋体;SimSun" w:hAnsi="宋体;SimSun"/>
          <w:color w:val="000000"/>
        </w:rPr>
        <w:t>,</w:t>
      </w:r>
      <w:r>
        <w:rPr>
          <w:rFonts w:ascii="宋体;SimSun" w:hAnsi="宋体;SimSun" w:cs="宋体;SimSun"/>
          <w:color w:val="000000"/>
        </w:rPr>
        <w:t>就是文章的主要内容．在原文中找到原句即可。“我”考前晚上看电影，第二天早上临时突击，英语得了</w:t>
      </w:r>
      <w:r>
        <w:rPr>
          <w:rFonts w:eastAsia="宋体;SimSun" w:cs="宋体;SimSun" w:ascii="宋体;SimSun" w:hAnsi="宋体;SimSun"/>
          <w:color w:val="000000"/>
        </w:rPr>
        <w:t>113</w:t>
      </w:r>
      <w:r>
        <w:rPr>
          <w:rFonts w:ascii="宋体;SimSun" w:hAnsi="宋体;SimSun" w:cs="宋体;SimSun"/>
          <w:color w:val="000000"/>
        </w:rPr>
        <w:t>分，获得全班第一，“我”非常自得。林老师当着全班同学重新考“我”试卷中的试题，这次“我”只得了</w:t>
      </w:r>
      <w:r>
        <w:rPr>
          <w:rFonts w:eastAsia="宋体;SimSun" w:cs="宋体;SimSun" w:ascii="宋体;SimSun" w:hAnsi="宋体;SimSun"/>
          <w:color w:val="000000"/>
        </w:rPr>
        <w:t>47</w:t>
      </w:r>
      <w:r>
        <w:rPr>
          <w:rFonts w:ascii="宋体;SimSun" w:hAnsi="宋体;SimSun" w:cs="宋体;SimSun"/>
          <w:color w:val="000000"/>
        </w:rPr>
        <w:t>分。但林老师依然给“我”的英语成绩打了“优”，并且提醒“我”要爱惜自己的才能。</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本题的考点是词语的含义。解答思路：解词</w:t>
      </w:r>
      <w:r>
        <w:rPr>
          <w:rFonts w:eastAsia="宋体;SimSun" w:cs="宋体;SimSun" w:ascii="宋体;SimSun" w:hAnsi="宋体;SimSun"/>
          <w:color w:val="000000"/>
        </w:rPr>
        <w:t>+</w:t>
      </w:r>
      <w:r>
        <w:rPr>
          <w:rFonts w:ascii="宋体;SimSun" w:hAnsi="宋体;SimSun" w:cs="宋体;SimSun"/>
          <w:color w:val="000000"/>
        </w:rPr>
        <w:t>内容</w:t>
      </w:r>
      <w:r>
        <w:rPr>
          <w:rFonts w:eastAsia="宋体;SimSun" w:cs="宋体;SimSun" w:ascii="宋体;SimSun" w:hAnsi="宋体;SimSun"/>
          <w:color w:val="000000"/>
        </w:rPr>
        <w:t>+</w:t>
      </w:r>
      <w:r>
        <w:rPr>
          <w:rFonts w:ascii="宋体;SimSun" w:hAnsi="宋体;SimSun" w:cs="宋体;SimSun"/>
          <w:color w:val="000000"/>
        </w:rPr>
        <w:t>情感。方法：联系词语本义，结合语境分析词语的含</w:t>
      </w:r>
      <w:r>
        <w:rPr>
          <w:rFonts w:eastAsia="宋体;SimSun" w:cs="宋体;SimSun" w:ascii="宋体;SimSun" w:hAnsi="宋体;SimSun"/>
          <w:color w:val="000000"/>
        </w:rPr>
        <w:t>,</w:t>
      </w:r>
      <w:r>
        <w:rPr>
          <w:rFonts w:ascii="宋体;SimSun" w:hAnsi="宋体;SimSun" w:cs="宋体;SimSun"/>
          <w:color w:val="000000"/>
        </w:rPr>
        <w:t>以及表达的感情。理解词语一般先理解其表面义</w:t>
      </w:r>
      <w:r>
        <w:rPr>
          <w:rFonts w:eastAsia="宋体;SimSun" w:cs="宋体;SimSun" w:ascii="宋体;SimSun" w:hAnsi="宋体;SimSun"/>
          <w:color w:val="000000"/>
        </w:rPr>
        <w:t>,</w:t>
      </w:r>
      <w:r>
        <w:rPr>
          <w:rFonts w:ascii="宋体;SimSun" w:hAnsi="宋体;SimSun" w:cs="宋体;SimSun"/>
          <w:color w:val="000000"/>
        </w:rPr>
        <w:t>然后要结合语境及课文内容</w:t>
      </w:r>
      <w:r>
        <w:rPr>
          <w:rFonts w:eastAsia="宋体;SimSun" w:cs="宋体;SimSun" w:ascii="宋体;SimSun" w:hAnsi="宋体;SimSun"/>
          <w:color w:val="000000"/>
        </w:rPr>
        <w:t>,</w:t>
      </w:r>
      <w:r>
        <w:rPr>
          <w:rFonts w:ascii="宋体;SimSun" w:hAnsi="宋体;SimSun" w:cs="宋体;SimSun"/>
          <w:color w:val="000000"/>
        </w:rPr>
        <w:t>具体理解出它的语境义及所包含的情感．务必遵循“词不离句，句不离篇”的原则。</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color w:val="000000"/>
        </w:rPr>
        <w:t>不忍”</w:t>
      </w:r>
      <w:r>
        <w:rPr>
          <w:rFonts w:eastAsia="宋体;SimSun" w:cs="宋体;SimSun" w:ascii="宋体;SimSun" w:hAnsi="宋体;SimSun"/>
          <w:color w:val="000000"/>
        </w:rPr>
        <w:t>,</w:t>
      </w:r>
      <w:r>
        <w:rPr>
          <w:rFonts w:ascii="宋体;SimSun" w:hAnsi="宋体;SimSun" w:cs="宋体;SimSun"/>
          <w:color w:val="000000"/>
        </w:rPr>
        <w:t>不忍心</w:t>
      </w:r>
      <w:r>
        <w:rPr>
          <w:rFonts w:eastAsia="宋体;SimSun" w:cs="宋体;SimSun" w:ascii="宋体;SimSun" w:hAnsi="宋体;SimSun"/>
          <w:color w:val="000000"/>
        </w:rPr>
        <w:t>,</w:t>
      </w:r>
      <w:r>
        <w:rPr>
          <w:rFonts w:ascii="宋体;SimSun" w:hAnsi="宋体;SimSun" w:cs="宋体;SimSun"/>
          <w:color w:val="000000"/>
        </w:rPr>
        <w:t>写出了花瓣很美</w:t>
      </w:r>
      <w:r>
        <w:rPr>
          <w:rFonts w:eastAsia="宋体;SimSun" w:cs="宋体;SimSun" w:ascii="宋体;SimSun" w:hAnsi="宋体;SimSun"/>
          <w:color w:val="000000"/>
        </w:rPr>
        <w:t>,“</w:t>
      </w:r>
      <w:r>
        <w:rPr>
          <w:rFonts w:ascii="宋体;SimSun" w:hAnsi="宋体;SimSun" w:cs="宋体;SimSun"/>
          <w:color w:val="000000"/>
        </w:rPr>
        <w:t>我”很喜欢和珍惜花瓣。</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color w:val="000000"/>
        </w:rPr>
        <w:t>沉甸甸的，林老师的手很轻</w:t>
      </w:r>
      <w:r>
        <w:rPr>
          <w:rFonts w:eastAsia="宋体;SimSun" w:cs="宋体;SimSun" w:ascii="宋体;SimSun" w:hAnsi="宋体;SimSun"/>
          <w:color w:val="000000"/>
        </w:rPr>
        <w:t>,</w:t>
      </w:r>
      <w:r>
        <w:rPr>
          <w:rFonts w:ascii="宋体;SimSun" w:hAnsi="宋体;SimSun" w:cs="宋体;SimSun"/>
          <w:color w:val="000000"/>
        </w:rPr>
        <w:t>但是林老师当时讲话的分量很重，“我”留下深刻印象</w:t>
      </w:r>
      <w:r>
        <w:rPr>
          <w:rFonts w:eastAsia="宋体;SimSun" w:cs="宋体;SimSun" w:ascii="宋体;SimSun" w:hAnsi="宋体;SimSun"/>
          <w:color w:val="000000"/>
        </w:rPr>
        <w:t>,</w:t>
      </w:r>
      <w:r>
        <w:rPr>
          <w:rFonts w:ascii="宋体;SimSun" w:hAnsi="宋体;SimSun" w:cs="宋体;SimSun"/>
          <w:color w:val="000000"/>
        </w:rPr>
        <w:t>对“我”以后的影响很大。</w:t>
      </w:r>
    </w:p>
    <w:p>
      <w:pPr>
        <w:pStyle w:val="Normal"/>
        <w:spacing w:lineRule="auto" w:line="360"/>
        <w:jc w:val="start"/>
        <w:textAlignment w:val="center"/>
        <w:rPr>
          <w:color w:val="000000"/>
        </w:rPr>
      </w:pPr>
      <w:r>
        <w:rPr>
          <w:color w:val="000000"/>
        </w:rPr>
        <w:t>【</w:t>
      </w:r>
      <w:r>
        <w:rPr>
          <w:color w:val="000000"/>
        </w:rPr>
        <w:t>18</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本题考查对文章主旨的理解与分析能力。解答时，要结合文本以及题目材料，结合自己的理解进行作答。星星具有在黑暗为人指明方向的作用。“我”把老师比作“星星”，意指老师就如同天上的星星一样，具有指明方向的作用，林老师用爱心使“我”懂得要珍惜自己的天赋</w:t>
      </w:r>
      <w:r>
        <w:rPr>
          <w:rFonts w:eastAsia="宋体;SimSun" w:cs="宋体;SimSun" w:ascii="宋体;SimSun" w:hAnsi="宋体;SimSun"/>
          <w:color w:val="000000"/>
        </w:rPr>
        <w:t>,</w:t>
      </w:r>
      <w:r>
        <w:rPr>
          <w:rFonts w:ascii="宋体;SimSun" w:hAnsi="宋体;SimSun" w:cs="宋体;SimSun"/>
          <w:color w:val="000000"/>
        </w:rPr>
        <w:t>让“我”终生受益。综合上述分析，言之有理即可。</w:t>
      </w:r>
    </w:p>
    <w:p>
      <w:pPr>
        <w:pStyle w:val="Heading3"/>
      </w:pPr>
      <w:r>
        <w:t>大兴区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三、现代文阅读（共</w:t>
      </w:r>
      <w:r>
        <w:rPr>
          <w:rFonts w:eastAsia="宋体;SimSun" w:cs="宋体;SimSun" w:ascii="宋体;SimSun" w:hAnsi="宋体;SimSun"/>
          <w:b/>
          <w:color w:val="000000"/>
          <w:sz w:val="24"/>
        </w:rPr>
        <w:t>20</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振华中学初一年级开展“少年正是读书时”语文综合性学习活动，请你阅读以下两则材料，完成小题。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pPr>
      <w:r>
        <w:rPr/>
        <w:t>振华中学初一年级学生课外阅读情况调查</w:t>
      </w:r>
    </w:p>
    <w:tbl>
      <w:tblPr>
        <w:tblW w:w="5000" w:type="pct"/>
        <w:jc w:val="start"/>
        <w:tblInd w:w="0" w:type="dxa"/>
        <w:tblLayout w:type="fixed"/>
        <w:tblCellMar>
          <w:top w:w="75" w:type="dxa"/>
          <w:start w:w="108" w:type="dxa"/>
          <w:bottom w:w="75" w:type="dxa"/>
          <w:end w:w="108" w:type="dxa"/>
        </w:tblCellMar>
      </w:tblPr>
      <w:tblGrid>
        <w:gridCol w:w="1313"/>
        <w:gridCol w:w="1209"/>
        <w:gridCol w:w="2121"/>
        <w:gridCol w:w="1359"/>
        <w:gridCol w:w="1963"/>
        <w:gridCol w:w="1787"/>
      </w:tblGrid>
      <w:tr>
        <w:trPr>
          <w:trHeight w:val="330" w:hRule="atLeast"/>
        </w:trPr>
        <w:tc>
          <w:tcPr>
            <w:tcW w:w="2522"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读书兴趣及占比</w:t>
            </w:r>
          </w:p>
        </w:tc>
        <w:tc>
          <w:tcPr>
            <w:tcW w:w="3480"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圈点批注摘录习惯及占比</w:t>
            </w:r>
          </w:p>
        </w:tc>
        <w:tc>
          <w:tcPr>
            <w:tcW w:w="3750" w:type="dxa"/>
            <w:gridSpan w:val="2"/>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联系实际评价质疑及占比</w:t>
            </w:r>
          </w:p>
        </w:tc>
      </w:tr>
      <w:tr>
        <w:trPr>
          <w:trHeight w:val="330" w:hRule="atLeast"/>
        </w:trPr>
        <w:tc>
          <w:tcPr>
            <w:tcW w:w="131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有兴趣</w:t>
            </w:r>
          </w:p>
        </w:tc>
        <w:tc>
          <w:tcPr>
            <w:tcW w:w="12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81%</w:t>
            </w:r>
          </w:p>
        </w:tc>
        <w:tc>
          <w:tcPr>
            <w:tcW w:w="212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每读必做</w:t>
            </w:r>
          </w:p>
        </w:tc>
        <w:tc>
          <w:tcPr>
            <w:tcW w:w="135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11%</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经常做</w:t>
            </w:r>
          </w:p>
        </w:tc>
        <w:tc>
          <w:tcPr>
            <w:tcW w:w="178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8%</w:t>
            </w:r>
          </w:p>
        </w:tc>
      </w:tr>
      <w:tr>
        <w:trPr>
          <w:trHeight w:val="330" w:hRule="atLeast"/>
        </w:trPr>
        <w:tc>
          <w:tcPr>
            <w:tcW w:w="131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一般</w:t>
            </w:r>
          </w:p>
        </w:tc>
        <w:tc>
          <w:tcPr>
            <w:tcW w:w="12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19%</w:t>
            </w:r>
          </w:p>
        </w:tc>
        <w:tc>
          <w:tcPr>
            <w:tcW w:w="212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凭兴趣做</w:t>
            </w:r>
          </w:p>
        </w:tc>
        <w:tc>
          <w:tcPr>
            <w:tcW w:w="135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32%</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偶尔做</w:t>
            </w:r>
          </w:p>
        </w:tc>
        <w:tc>
          <w:tcPr>
            <w:tcW w:w="178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30%</w:t>
            </w:r>
          </w:p>
        </w:tc>
      </w:tr>
      <w:tr>
        <w:trPr>
          <w:trHeight w:val="330" w:hRule="atLeast"/>
        </w:trPr>
        <w:tc>
          <w:tcPr>
            <w:tcW w:w="131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无兴趣</w:t>
            </w:r>
          </w:p>
        </w:tc>
        <w:tc>
          <w:tcPr>
            <w:tcW w:w="12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0%</w:t>
            </w:r>
          </w:p>
        </w:tc>
        <w:tc>
          <w:tcPr>
            <w:tcW w:w="212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从不主动做</w:t>
            </w:r>
          </w:p>
        </w:tc>
        <w:tc>
          <w:tcPr>
            <w:tcW w:w="135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57%</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ascii="楷体" w:hAnsi="楷体" w:cs="楷体" w:eastAsia="楷体"/>
                <w:color w:val="000000"/>
                <w:kern w:val="2"/>
                <w:sz w:val="21"/>
                <w:szCs w:val="22"/>
                <w:lang w:bidi="ar-SA"/>
              </w:rPr>
              <w:t>从不做</w:t>
            </w:r>
          </w:p>
        </w:tc>
        <w:tc>
          <w:tcPr>
            <w:tcW w:w="178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ind w:firstLine="420" w:end="0"/>
              <w:jc w:val="start"/>
              <w:textAlignment w:val="center"/>
              <w:rPr>
                <w:rStyle w:val="DefaultParagraphFont"/>
                <w:rFonts w:ascii="楷体" w:hAnsi="楷体" w:eastAsia="楷体" w:cs="楷体"/>
                <w:color w:val="000000"/>
                <w:kern w:val="2"/>
                <w:sz w:val="21"/>
                <w:szCs w:val="22"/>
                <w:lang w:bidi="ar-SA"/>
              </w:rPr>
            </w:pPr>
            <w:r>
              <w:rPr>
                <w:rFonts w:eastAsia="楷体" w:cs="楷体" w:ascii="楷体" w:hAnsi="楷体"/>
                <w:color w:val="000000"/>
                <w:kern w:val="2"/>
                <w:sz w:val="21"/>
                <w:szCs w:val="22"/>
                <w:lang w:bidi="ar-SA"/>
              </w:rPr>
              <w:t>62%</w:t>
            </w:r>
          </w:p>
        </w:tc>
      </w:tr>
    </w:tbl>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怎样读书才能取得效果？经验表明，处理好阅读中的“入”与“出”是关键所在。阅读中的“入”，是指对所读之书全身心融入，潜心研读与探索。读者要通过文字去触摸作者的内心，与其进行心灵的对话。如此“入书”，方可“见得亲切”，实现双方心情的“契合”。做到“入”的方法是坚持“精思”，通过圈点批注、摘录所得、查阅资料、再现情境等方法，更好地揣摩语言，把握文章内容，体悟作品意蕴与情趣。阅读中的“出”，是指用一种俯视的姿态，把书中的内容用实际情况去检验分析。进而能站在更高层次，对所读之书作出分析、评价和质疑。哲学家叔本华就主张读书要与书本拉开距离，不要“入”书过度，要敢于并善于从书本中走出来。读书是为了认识世界和人生，而这主要靠你自己在生活实践中去体验，书本只是一种向导和坐标。因而你要主动地用你自己的经验和智慧去检验它。总之，做到能 “入”能“出”，才称得上是得法的阅读。</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【活动一】少年读书之况</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阅读材料一，根据表格内容，概括振华中学初一年级学生课外阅读的情况。</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【活动二】少年读书之道</w:t>
      </w:r>
    </w:p>
    <w:p>
      <w:pPr>
        <w:pStyle w:val="Normal"/>
        <w:spacing w:lineRule="auto" w:line="360"/>
        <w:jc w:val="start"/>
        <w:textAlignment w:val="center"/>
        <w:rPr/>
      </w:pPr>
      <w:r>
        <w:rPr>
          <w:rFonts w:eastAsia="宋体;SimSun" w:cs="宋体;SimSun" w:ascii="宋体;SimSun" w:hAnsi="宋体;SimSun"/>
          <w:color w:val="000000"/>
        </w:rPr>
        <w:drawing>
          <wp:inline distT="0" distB="0" distL="0" distR="0">
            <wp:extent cx="6124575" cy="1457325"/>
            <wp:effectExtent l="0" t="0" r="0" b="0"/>
            <wp:docPr id="139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8"/>
                    <pic:cNvPicPr>
                      <a:picLocks noChangeAspect="1" noChangeArrowheads="1"/>
                    </pic:cNvPicPr>
                  </pic:nvPicPr>
                  <pic:blipFill>
                    <a:blip r:embed="rId40"/>
                    <a:srcRect l="-2" t="-5" r="-2" b="-5"/>
                    <a:stretch>
                      <a:fillRect/>
                    </a:stretch>
                  </pic:blipFill>
                  <pic:spPr bwMode="auto">
                    <a:xfrm>
                      <a:off x="0" y="0"/>
                      <a:ext cx="6124575" cy="1457325"/>
                    </a:xfrm>
                    <a:prstGeom prst="rect">
                      <a:avLst/>
                    </a:prstGeom>
                    <a:noFill/>
                  </pic:spPr>
                </pic:pic>
              </a:graphicData>
            </a:graphic>
          </wp:inline>
        </w:drawing>
      </w:r>
      <w:r>
        <w:rPr>
          <w:rFonts w:ascii="宋体;SimSun" w:hAnsi="宋体;SimSun" w:cs="宋体;SimSun"/>
          <w:color w:val="000000"/>
        </w:rPr>
        <w:t>在“少年读书之道”专题讨论会上，振华中学初一年级的同学们集思广益，从“入”和“出”两方面，总结出几种对课外阅读有所助益的方法。请你结合</w:t>
      </w:r>
      <w:r>
        <w:rPr>
          <w:rFonts w:ascii="宋体;SimSun" w:hAnsi="宋体;SimSun" w:cs="宋体;SimSun"/>
          <w:color w:val="000000"/>
          <w:em w:val="underDot"/>
        </w:rPr>
        <w:t>两则材料</w:t>
      </w:r>
      <w:r>
        <w:rPr>
          <w:rFonts w:ascii="宋体;SimSun" w:hAnsi="宋体;SimSun" w:cs="宋体;SimSun"/>
          <w:color w:val="000000"/>
        </w:rPr>
        <w:t>，为振华中学的同学们补充两条适合他们的阅读方法。</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【活动三】少年读书之思</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通过本次活动，振华中学初一年级的同学们对自己的课外阅读习惯和方法进行了反思。也请你回顾本学期的课外阅读，结合作品（单篇或整本书均可），谈谈你在平时的课外阅读中是如何做到知“入”知“出”的？</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16. </w:t>
      </w:r>
      <w:r>
        <w:rPr>
          <w:rFonts w:ascii="宋体;SimSun" w:hAnsi="宋体;SimSun" w:cs="宋体;SimSun"/>
          <w:color w:val="000000"/>
        </w:rPr>
        <w:t>绝大多数学生对课外阅读感兴趣；圈点批注摘录习惯比较欠缺；大部分学生阅读后不会去联系实际评价质疑。</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17. </w:t>
      </w:r>
      <w:r>
        <w:rPr>
          <w:rFonts w:eastAsia="宋体;SimSun" w:cs="宋体;SimSun" w:ascii="宋体;SimSun" w:hAnsi="宋体;SimSun"/>
          <w:color w:val="000000"/>
        </w:rPr>
        <w:t>①</w:t>
      </w:r>
      <w:r>
        <w:rPr>
          <w:rFonts w:ascii="宋体;SimSun" w:hAnsi="宋体;SimSun" w:cs="宋体;SimSun"/>
          <w:color w:val="000000"/>
        </w:rPr>
        <w:t>答案示例：在书上做圈点批注；拿一个专门的笔记本做些摘录；②答案示例：联系实际经验更好地理解书中内容；有疑问的地方要积极提出，讨论求证。</w:t>
      </w:r>
      <w:r>
        <w:rPr>
          <w:color w:val="000000"/>
        </w:rPr>
        <w:t xml:space="preserve">    </w:t>
      </w:r>
    </w:p>
    <w:p>
      <w:pPr>
        <w:pStyle w:val="Normal"/>
        <w:spacing w:lineRule="auto" w:line="360"/>
        <w:textAlignment w:val="center"/>
        <w:rPr/>
      </w:pPr>
      <w:r>
        <w:rPr>
          <w:color w:val="000000"/>
        </w:rPr>
        <w:t xml:space="preserve">18. </w:t>
      </w:r>
      <w:r>
        <w:rPr>
          <w:rFonts w:ascii="宋体;SimSun" w:hAnsi="宋体;SimSun" w:cs="宋体;SimSun"/>
          <w:color w:val="000000"/>
        </w:rPr>
        <w:t>答案示例：我在阅读《朝花夕拾》时，对书中鲁迅重点回忆的人物进行了勾画和批注，发现有的人物在书中好几篇文章中都出现过，比如“长妈妈”。通过圈点勾画作批注，我对长妈妈的真诚、善良、质朴以及愚昧无知、不拘小节有了更好的理解。每个人都有难忘的童年，我发现鲁迅写到的童年回忆，有快乐，有迷惘，对照自己的生活体验，我好像也能在其中找到自己童年的影子，拉近了与作品的距离。</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把表格转换成文字的能力。作答此类题目时，一定要认真观察表格中的文字和数据，结合表格的标题，即可得出结论。注意，一般不能出现表格中的数据。几组数据并列，要考虑有没有比较的意味。观察题干中的百分数可知，大部分同学对阅读比较感兴趣，但一半多的学生没有养成良好的圈点批注摘录习惯，联系实际评价质疑的学生非常少，阅读效果有待提高。</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此题考查学生对材料的理解以及阅读方法的积累。从“入”的角度来看，可以摘抄精彩段落，分析语言特色，理解人物情感；从“出”的角度来看，可以了解作者生平，掌握相关文体特征，探究时代背景。</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此题考查学生阅读名著</w:t>
      </w:r>
      <w:r>
        <w:rPr>
          <w:rFonts w:ascii="宋体;SimSun" w:hAnsi="宋体;SimSun" w:cs="宋体;SimSun"/>
          <w:color w:val="000000"/>
        </w:rPr>
        <w:drawing>
          <wp:inline distT="0" distB="0" distL="0" distR="0">
            <wp:extent cx="133350" cy="177800"/>
            <wp:effectExtent l="0" t="0" r="0" b="0"/>
            <wp:docPr id="139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9"/>
                    <pic:cNvPicPr>
                      <a:picLocks noChangeAspect="1" noChangeArrowheads="1"/>
                    </pic:cNvPicPr>
                  </pic:nvPicPr>
                  <pic:blipFill>
                    <a:blip r:embed="rId4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技巧，联系实际作答即可。如：阅读《钢铁是怎样炼成的》。“入”：保尔在烈士墓前悼念为革命而牺牲的战友时的内心独白，因救朱赫来而入狱，面对敌人的严刑拷打，坚贞不屈的情节，克服难以想象的困难，在病榻上写作的内容应该重点诵读，以了解保尔的性格特点和成长过程。“出”：了解写作背景，记录个人感悟，才能深刻把握作品主旨。</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阅读《先生们》，完成小题。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先生们</w:t>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多年以后，我还能清晰地记得陈继会先生当时看向我的那个又深又长的眼神。那是</w:t>
      </w:r>
      <w:r>
        <w:rPr>
          <w:rFonts w:eastAsia="楷体" w:cs="楷体" w:ascii="楷体" w:hAnsi="楷体"/>
          <w:color w:val="000000"/>
        </w:rPr>
        <w:t>2000</w:t>
      </w:r>
      <w:r>
        <w:rPr>
          <w:rFonts w:ascii="楷体" w:hAnsi="楷体" w:cs="楷体" w:eastAsia="楷体"/>
          <w:color w:val="000000"/>
        </w:rPr>
        <w:t>年的深秋，我与先生步行于郑州大学的南北大道上。道路一边是苍苍如盖的雪松，另一边是整齐干净的草坪，我刚把硕士论文的初稿递到陈先生手里，就脱口而出：“我想考博！”陈先生盯着我看了良久，然后爽利地答道：“好啊，我支持！”有一年到深圳去看望陈先生，我忍不住问起那个有意味的眼神，他说：“那不是怀疑，是惊喜！”陈先生是乡土文学研究的专家，我最初报的选题却离“乡土”十万八千里，他反复读了读题目，</w:t>
      </w:r>
      <w:r>
        <w:rPr>
          <w:rFonts w:ascii="楷体" w:hAnsi="楷体" w:cs="楷体" w:eastAsia="楷体"/>
          <w:color w:val="000000"/>
          <w:em w:val="underDot"/>
        </w:rPr>
        <w:t>笑</w:t>
      </w:r>
      <w:r>
        <w:rPr>
          <w:rFonts w:ascii="楷体" w:hAnsi="楷体" w:cs="楷体" w:eastAsia="楷体"/>
          <w:color w:val="000000"/>
        </w:rPr>
        <w:t>着说：“你宏大的学术构想值得肯定，不过，这个题目够你写一本大书的，现在做有点浪费了，先放一放。”待我后来再回头看那个题目，才知道当初自己是多么幼稚多么不懂得天高地厚。生性敏感如我，假如在问师之初就遭逢狂风暴雨般的批评，或许早就退却了。是谦和儒雅的陈先生，在我学术的起步期，以委婉含蓄的方式，开导我这个初出茅庐、不明治学之道的后生，以耐心厚道的言行引领我读书、作文，把我引向学问之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待我到山东大学读博，导师是孔范今先生。刚上了几次课，我就被他博古通今、学贯中西的讲授震住了。而他一再强调的“读原典”的“原典”，很多我也未曾认真读过。一时间，我心生焦虑。为了节省时间，我有时就在宿舍备些干粮，闷在屋里几天不下楼。孔先生听说后，每每在校园里碰到我同屋，都一再嘱托人家下楼时要叫上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博士论文选题时，我选定从晚清民初中国文学现代转型的角度来写“苏曼殊文学论”。我惴惴不安地把提纲呈给孔先生。他看完，喝一口茶，掐灭手中的烟蒂，又慢慢点上一支，然后用右手轻轻地敲击着桌角，操着一口曲阜普通话说：“你喜欢苏曼殊的诗文，关注那个风云突变的时代文人的文化求索，又有了相对扎实的理论准备，能写好。”先生顿了顿，接着说：“读书就像撒网，要撒得开，也要能收得住。现在你不要急于发文章，‘博观而约取，厚积而薄发’。”孔先生引领弟子治学既厚爱又严苛，能够得到他的肯定，我自信了许多；而其“重积淀、厚基础”的严谨学风也培养了我们这些学生良好的读书习惯以及对史料的重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在我心中，孔先生一直都是不言自威的，但毕业后我越来越发现他幽默风趣、平易近人的一面。</w:t>
      </w:r>
      <w:r>
        <w:rPr>
          <w:rFonts w:eastAsia="楷体" w:cs="楷体" w:ascii="楷体" w:hAnsi="楷体"/>
          <w:color w:val="000000"/>
        </w:rPr>
        <w:t>2011</w:t>
      </w:r>
      <w:r>
        <w:rPr>
          <w:rFonts w:ascii="楷体" w:hAnsi="楷体" w:cs="楷体" w:eastAsia="楷体"/>
          <w:color w:val="000000"/>
        </w:rPr>
        <w:t>年，我们在郑州大学相聚，孔先生在宾馆里给在场的三个弟子谈了一天学问，并指导我们“如今，该读哪些书”，还一再告诫我“不要长年熬夜”。至今想起来那一幕都无比温暖。</w:t>
      </w:r>
      <w:r>
        <w:rPr>
          <w:rFonts w:eastAsia="楷体" w:cs="楷体" w:ascii="楷体" w:hAnsi="楷体"/>
          <w:color w:val="000000"/>
        </w:rPr>
        <w:t>2015</w:t>
      </w:r>
      <w:r>
        <w:rPr>
          <w:rFonts w:ascii="楷体" w:hAnsi="楷体" w:cs="楷体" w:eastAsia="楷体"/>
          <w:color w:val="000000"/>
        </w:rPr>
        <w:t>年我去看望孔先生。老先生让茶递烟，嘘寒问暖，那样的开心。次日，孔先生请我到一家酒楼重聚。我到时，老先生已先到了，他欣然拉着我翻看菜单，说这个好吃那个好吃，我说，哪能点那么多！他说：“我说了算，都要！”然后嘿嘿一笑：“上次施战军回来就没好好吃顿饭！”那一刻，我看见先生的目光瞬间暗淡下来，夹着香烟的手有些颤抖——他又想念远方的弟子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在南京大学的博士后生涯是从参加丁帆先生的一个项目开始的。我主笔的“新世纪乡土生态小说研究”部分，对我来说是个全新的领域。丁先生一向推崇思想自由、学术独立，鼓励师生间平等对话、畅所欲言。研究推进的每一步，一个概念、一个观点或一处表达，我都与丁先生交换意见。遇到双方各持一端时，丁先生会呵呵一笑：“那，咱们再想想吧！”至今，丁先生修改的书稿还摆在我案头，那上边有红笔、黑笔还有铅笔写下的批语，既有击节叫好的褒扬，也有犀利明快的批评，条条直言不讳。丁先生为师的格局和风度，激发了我学术探索的极大热望，也作用到我的执教理念。</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丁先生是有多重“身份”的人，但令人惊讶的是他分身有术、游刃有余。会议上，火车上，刚刚还听到他振聋发聩的发言，转眼他已打开笔记本沉入写作，其不竭的学术激情和旺盛的生命活力，许多年轻人也难以望其项背。其实，多年来丁先生患有严重的失眠和耳闷，甚至一度面瘫，但似乎疾病也奈何不了他。他将内在的悲凉与悲悯化作启蒙理性的坚守和文化批判的哲思，其勇猛精进，像是传奇。</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这些名满士林的先生们扮演着各有风采的师长角色，叠印在我岁月的底板上，深刻地影响了我的为学为师之道。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特以此文向先生们致敬。</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（取材于黄轶同名散文）</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抓标题阅读文章，是默读的重要方法。请根据题目“先生们”，拟出两个期待解决的问题。</w:t>
      </w:r>
    </w:p>
    <w:p>
      <w:pPr>
        <w:pStyle w:val="Normal"/>
        <w:spacing w:lineRule="auto" w:line="360"/>
        <w:jc w:val="start"/>
        <w:textAlignment w:val="center"/>
        <w:rPr/>
      </w:pPr>
      <w:r>
        <w:rPr/>
        <w:t xml:space="preserve">20. </w:t>
      </w:r>
      <w:r>
        <w:rPr/>
        <w:t>默读文章，要能在整体把握文意的基础上，抓住关键语句理清作者思路。请从文中摘录关键语句，补全行文思路。</w:t>
      </w:r>
    </w:p>
    <w:tbl>
      <w:tblPr>
        <w:tblW w:w="5000" w:type="pct"/>
        <w:jc w:val="start"/>
        <w:tblInd w:w="0" w:type="dxa"/>
        <w:tblLayout w:type="fixed"/>
        <w:tblCellMar>
          <w:top w:w="75" w:type="dxa"/>
          <w:start w:w="108" w:type="dxa"/>
          <w:bottom w:w="75" w:type="dxa"/>
          <w:end w:w="108" w:type="dxa"/>
        </w:tblCellMar>
      </w:tblPr>
      <w:tblGrid>
        <w:gridCol w:w="1328"/>
        <w:gridCol w:w="8424"/>
      </w:tblGrid>
      <w:tr>
        <w:trPr>
          <w:trHeight w:val="330" w:hRule="atLeast"/>
        </w:trPr>
        <w:tc>
          <w:tcPr>
            <w:tcW w:w="132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行文思路</w:t>
            </w:r>
          </w:p>
        </w:tc>
        <w:tc>
          <w:tcPr>
            <w:tcW w:w="84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关键语句</w:t>
            </w:r>
          </w:p>
        </w:tc>
      </w:tr>
      <w:tr>
        <w:trPr>
          <w:trHeight w:val="330" w:hRule="atLeast"/>
        </w:trPr>
        <w:tc>
          <w:tcPr>
            <w:tcW w:w="132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回忆先生们</w:t>
            </w:r>
          </w:p>
        </w:tc>
        <w:tc>
          <w:tcPr>
            <w:tcW w:w="84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待我到山东大学读博，导师是孔范今先生。</w:t>
            </w:r>
          </w:p>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r>
      <w:tr>
        <w:trPr>
          <w:trHeight w:val="330" w:hRule="atLeast"/>
        </w:trPr>
        <w:tc>
          <w:tcPr>
            <w:tcW w:w="132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致敬先生们</w:t>
            </w:r>
          </w:p>
        </w:tc>
        <w:tc>
          <w:tcPr>
            <w:tcW w:w="84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特以此文向先生们致敬。</w:t>
            </w:r>
          </w:p>
        </w:tc>
      </w:tr>
    </w:tbl>
    <w:p>
      <w:pPr>
        <w:pStyle w:val="Normal"/>
        <w:spacing w:lineRule="auto" w:line="360"/>
        <w:jc w:val="start"/>
        <w:textAlignment w:val="center"/>
        <w:rPr/>
      </w:pPr>
      <w:r>
        <w:rPr>
          <w:rFonts w:eastAsia="宋体;SimSun" w:cs="宋体;SimSun" w:ascii="宋体;SimSun" w:hAnsi="宋体;SimSun"/>
          <w:color w:val="000000"/>
        </w:rPr>
        <w:t xml:space="preserve">21. </w:t>
      </w:r>
      <w:r>
        <w:rPr>
          <w:rFonts w:ascii="宋体;SimSun" w:hAnsi="宋体;SimSun" w:cs="宋体;SimSun"/>
          <w:color w:val="000000"/>
        </w:rPr>
        <w:t>默读文章，需要在关键处做好批注。文中描写了陈继会、孔范今和丁帆三位先生对我说话时的“笑”，请参照示例，结合上下文，在其余两处“笑”中</w:t>
      </w:r>
      <w:r>
        <w:rPr>
          <w:rFonts w:ascii="宋体;SimSun" w:hAnsi="宋体;SimSun" w:cs="宋体;SimSun"/>
          <w:color w:val="000000"/>
          <w:em w:val="underDot"/>
        </w:rPr>
        <w:t>任选一处</w:t>
      </w:r>
      <w:r>
        <w:rPr>
          <w:rFonts w:ascii="宋体;SimSun" w:hAnsi="宋体;SimSun" w:cs="宋体;SimSun"/>
          <w:color w:val="000000"/>
        </w:rPr>
        <w:t>作批注。</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示例：陈继会先生的“笑”包含着对我的包容和委婉的提示。我的选题既不是先生专长的领域，设想又过于宏大，是我当时能力所不及的，要重新考虑；</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color w:val="000000"/>
        </w:rPr>
        <w:t>默读文章，要能够根据上下文理解中心句的意义。作者说“先生们深刻地影响了我的为学为师之道”，请结合文章内容，说说先生们在“为学”和“为师”之道上，给了我哪些启发？</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w:t>
      </w:r>
      <w:r>
        <w:rPr>
          <w:rFonts w:ascii="宋体;SimSun" w:hAnsi="宋体;SimSun" w:cs="宋体;SimSun"/>
          <w:color w:val="000000"/>
        </w:rPr>
        <w:t>答案示例：作者以“先生们”为题，总共写了几位先生？先生们都是谁？“先生们和作者是什么关系？作者写几位先生是按什么顺序组织材料的？作者写到的几位先生对他有什么影响？</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20. </w:t>
      </w:r>
      <w:r>
        <w:rPr>
          <w:rFonts w:eastAsia="宋体;SimSun" w:cs="宋体;SimSun" w:ascii="宋体;SimSun" w:hAnsi="宋体;SimSun"/>
          <w:color w:val="000000"/>
        </w:rPr>
        <w:t>①</w:t>
      </w:r>
      <w:r>
        <w:rPr>
          <w:rFonts w:ascii="宋体;SimSun" w:hAnsi="宋体;SimSun" w:cs="宋体;SimSun"/>
          <w:color w:val="000000"/>
        </w:rPr>
        <w:t>那是</w:t>
      </w:r>
      <w:r>
        <w:rPr>
          <w:rFonts w:eastAsia="宋体;SimSun" w:cs="宋体;SimSun" w:ascii="宋体;SimSun" w:hAnsi="宋体;SimSun"/>
          <w:color w:val="000000"/>
        </w:rPr>
        <w:t>2000</w:t>
      </w:r>
      <w:r>
        <w:rPr>
          <w:rFonts w:ascii="宋体;SimSun" w:hAnsi="宋体;SimSun" w:cs="宋体;SimSun"/>
          <w:color w:val="000000"/>
        </w:rPr>
        <w:t>年的深秋，我与陈先生步行于郑州大学的南北大道上。②我在南京大学的博士后生涯是从参加丁凡先生的一个项目开始的。</w:t>
      </w:r>
      <w:r>
        <w:rPr>
          <w:color w:val="000000"/>
        </w:rPr>
        <w:t xml:space="preserve">    </w:t>
      </w:r>
    </w:p>
    <w:p>
      <w:pPr>
        <w:pStyle w:val="Normal"/>
        <w:spacing w:lineRule="auto" w:line="360"/>
        <w:textAlignment w:val="center"/>
        <w:rPr/>
      </w:pPr>
      <w:r>
        <w:rPr>
          <w:color w:val="000000"/>
        </w:rPr>
        <w:t xml:space="preserve">21. </w:t>
      </w:r>
      <w:r>
        <w:rPr>
          <w:rFonts w:ascii="宋体;SimSun" w:hAnsi="宋体;SimSun" w:cs="宋体;SimSun"/>
          <w:color w:val="000000"/>
        </w:rPr>
        <w:t>答案示例一：孔范金先生的“嘿嘿一笑”包含着老师对弟子的爱与关心：与弟子相聚时感到格外喜悦，想起前次与弟子相聚时留下遗憾要尽力补偿，表达对弟子的思念。</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答案示例二：丁帆先生的“呵呵一笑”包含着对我坚持自己的学术观点的肯定，也有对不同意见的包容，以及让我继续思考的鼓励。</w:t>
      </w:r>
      <w:r>
        <w:rPr>
          <w:color w:val="000000"/>
        </w:rPr>
        <w:t xml:space="preserve">    </w:t>
      </w:r>
    </w:p>
    <w:p>
      <w:pPr>
        <w:pStyle w:val="Normal"/>
        <w:spacing w:lineRule="auto" w:line="360"/>
        <w:jc w:val="start"/>
        <w:textAlignment w:val="center"/>
        <w:rPr/>
      </w:pPr>
      <w:r>
        <w:rPr>
          <w:color w:val="000000"/>
        </w:rPr>
        <w:t xml:space="preserve">22. </w:t>
      </w:r>
      <w:r>
        <w:rPr>
          <w:rFonts w:ascii="宋体;SimSun" w:hAnsi="宋体;SimSun" w:cs="宋体;SimSun"/>
          <w:color w:val="000000"/>
        </w:rPr>
        <w:t>为学：脚踏实地，不好高骛远；重视基础和积淀，严谨治学；思想自由，学术独立；学术研究要专注并持之以恒。</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为师：以和缓的态度，耐心厚道的言行引导学生；关心学生的生活，真诚地肯定学生的长处，给学生树立信心；与学生平等对话，畅所欲言。</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此题考查学生的探究能力。结合作品内容，我们可以从不同的角度提出问题。如：“先生们”指的是哪些人？这些先生们给了“我”哪些帮助？作者是按照怎样的顺序安排“我与先生们的交往”的？</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学生从文中筛选有效信息的能力。这类题目应明确信息筛选的方向，即挑选的范围和标准，其次要对原文语句进行加工概括，用凝练准确的语言来作答。从“多年以后，我还能清晰地记得陈继会先生当时看向我的那个又深又长的眼神。那是</w:t>
      </w:r>
      <w:r>
        <w:rPr>
          <w:rFonts w:eastAsia="宋体;SimSun" w:cs="宋体;SimSun" w:ascii="宋体;SimSun" w:hAnsi="宋体;SimSun"/>
          <w:color w:val="000000"/>
        </w:rPr>
        <w:t>2000</w:t>
      </w:r>
      <w:r>
        <w:rPr>
          <w:rFonts w:ascii="宋体;SimSun" w:hAnsi="宋体;SimSun" w:cs="宋体;SimSun"/>
          <w:color w:val="000000"/>
        </w:rPr>
        <w:t>年的深秋，我与先生步行于郑州大学的南北大道上”“我在南京大学的博士后生涯是从参加丁帆先生的一个项目开始的”可以提炼出作者的写作思路，用简洁的语言指出时间与人物。</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点睛：此题考查学生理解文章及筛选有效信息的能力。解题的关键是要统观全文，注意提示性语言，把握中心句。看到题目首先在要审题后确定答案范围，提取答案时要精读相应语段，找到关键语句，然后根据这些语句将最关键的核心的扣题的语句提取出来作答。</w:t>
      </w:r>
    </w:p>
    <w:p>
      <w:pPr>
        <w:pStyle w:val="Normal"/>
        <w:spacing w:lineRule="auto" w:line="360"/>
        <w:jc w:val="start"/>
        <w:textAlignment w:val="center"/>
        <w:rPr>
          <w:color w:val="000000"/>
        </w:rPr>
      </w:pPr>
      <w:r>
        <w:rPr>
          <w:color w:val="000000"/>
        </w:rPr>
        <w:t>【</w:t>
      </w:r>
      <w:r>
        <w:rPr>
          <w:color w:val="000000"/>
        </w:rPr>
        <w:t>21</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这类题主要考查对人物思想感情的理解，要结合字里行间和上下文来理解。从上文的“老先生让茶递烟，嘘寒问暖，那样的开心”和下文的“他又想念远方的弟子了”可知，孔范金先生的笑包含着对弟子的疼爱以及相处时的欢愉。从上文的“研究推进的每一步，一个概念、一个观点或一处表达，我都与丁先生交换意见”和“遇到双方各持一端时”的语境可知，丁帆先生的笑包含着对“我”的肯定与鼓励，让“我”大胆地去思考。</w:t>
      </w:r>
    </w:p>
    <w:p>
      <w:pPr>
        <w:pStyle w:val="Normal"/>
        <w:spacing w:lineRule="auto" w:line="360"/>
        <w:jc w:val="start"/>
        <w:textAlignment w:val="center"/>
        <w:rPr>
          <w:color w:val="000000"/>
        </w:rPr>
      </w:pPr>
      <w:r>
        <w:rPr>
          <w:color w:val="000000"/>
        </w:rPr>
        <w:t>【</w:t>
      </w:r>
      <w:r>
        <w:rPr>
          <w:color w:val="000000"/>
        </w:rPr>
        <w:t>22</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解答“理解和分析”此类题的方法步骤是：先弄清全文的内容；再读懂各自然段的内容，在正确理解句与句、层与层之间的关系的基础上，区别主次；最后用明确、完整、简要的语句表述。</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为学：从“你宏大的学术构想值得肯定，不过，这个题目够你写一本大书的，现在做有点浪费了，先放一放”可知，学习要脚踏实地；从“其‘重积淀、厚基础’的严谨学风也培养了我们这些学生良好的读书习惯以及对史料的重视”可知，做学问要重视基础；从“丁先生一向推崇思想自由、学术独立，鼓励师生间平等对话、畅所欲言”可知，研究学问要敢于发表自己的见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为师：从“是谦和儒雅的陈先生，在我学术的起步期，以委婉含蓄的方式，开导我这个初出茅庐、不明治学之道的后生，以耐心厚道的言行引领我读书、作文，把我引向学问之途”可知，引导学生要讲究方式方法，有耐心；从“毕业后我越来越发现他幽默风趣、平易近人的一面”可知，要爱学生，与学生关系融洽；从“丁先生为师的格局和风度，激发了我学术探索的极大热望，也作用到我的执教理念”可知，要鼓励学生，给他们信心。</w:t>
      </w:r>
    </w:p>
    <w:p>
      <w:pPr>
        <w:pStyle w:val="Heading3"/>
      </w:pPr>
      <w:r>
        <w:t>密云区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17</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（一）</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阅读《冷漠亲切的父爱》完成后面小题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冷漠亲切的父爱</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父亲是个硬汉，一张脸总是冷冰冰的，但他很能干，从最基层的车间做起，一步步往上升当了厂长，后来又调到经贸局当了副局长。我不知道他在官场、在单位对人如何，但他对我，冷得就像我不是他的亲生儿子。尤其是他当了厂长后，架子端得可大了，好像我也是他的下属。</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上初中那年，我和同学攀比，想买一块手表，他却一言不发，我非常生气。那些天我总转商场，发现一款最便宜的手表，只要</w:t>
      </w:r>
      <w:r>
        <w:rPr>
          <w:rFonts w:eastAsia="楷体" w:cs="楷体" w:ascii="楷体" w:hAnsi="楷体"/>
          <w:color w:val="000000"/>
        </w:rPr>
        <w:t>35</w:t>
      </w:r>
      <w:r>
        <w:rPr>
          <w:rFonts w:ascii="楷体" w:hAnsi="楷体" w:cs="楷体" w:eastAsia="楷体"/>
          <w:color w:val="000000"/>
        </w:rPr>
        <w:t>元钱。我想，不要他的钱，照样可以买到。周末，我就去工厂墙外的垃圾堆捡废铁。放学路上，我总是低头用脚踢来踢去，哪怕从土里踢出一个铁螺丝，或者一块破塑料布，也要拾起来，攒多了就去收购站卖。一块两块、几角几分地攒，足有一个学期，才攒足了一块表钱。</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戴上了新表，我故意炫耀、示威似的把袖子撸得老高，母亲惊讶地问：“你哪来的表</w:t>
      </w:r>
      <w:r>
        <w:rPr>
          <w:rFonts w:eastAsia="楷体" w:cs="楷体" w:ascii="楷体" w:hAnsi="楷体"/>
          <w:color w:val="000000"/>
        </w:rPr>
        <w:t>?”</w:t>
      </w:r>
      <w:r>
        <w:rPr>
          <w:rFonts w:ascii="楷体" w:hAnsi="楷体" w:cs="楷体" w:eastAsia="楷体"/>
          <w:color w:val="000000"/>
        </w:rPr>
        <w:t xml:space="preserve">我没回答，却偷看父亲的表情，我早就想好了，如果他敢审问我，怀疑我的钱来路不明的话，我就马上像火山爆发一样，倾诉我的辛苦，指责他没有给我父爱。但是他只是看了一眼我的手腕，就没再吭声，我顿时就像一只泄了气的皮球。 </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但这事和后来发生的比起来，简直就是小巫见大巫，使我更领略了他的冷漠。</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高考前一年的冬天，我在自己的屋里彻夜苦读，炉火生得很旺，结果，有天夜里我煤气中毒了。当我醒来时，已是第二天清晨，躺在医院的病床上。母亲吓坏了，哭着说：“如果不是你父亲觉得你的屋子里动静异常，让我去看看，你肯定就完了。”我后怕地抬头看父亲，发现他在病房门口背对着我，看不到他的表情如何。听说我醒了，他让母亲照顾好我，就去上班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我心里的感激瞬间转化成怨恨。哼！还不如让我死了呢，哪有这样冷血的父亲</w:t>
      </w:r>
      <w:r>
        <w:rPr>
          <w:rFonts w:eastAsia="楷体" w:cs="楷体" w:ascii="楷体" w:hAnsi="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第二年，我考上了大学。父亲每次给我带的钱，只够交学费和维持简单的生活费用，整个大学我都在勤工俭学，尝尽了人间酸苦。</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毕业后，同学们都在找门路分配，我想，即使我不跟他说，这样的大事，他也会主动给张罗吧。可是，最后的结果，他根本就没过问，我被劳动局分进了半死不活的物资公司，还不到一年，下岗的命运就降临到我头上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我对父亲的怨恨更加深了一层。我从小就没依赖过他，这种时候，更不能去求他，我不能让他看我的笑话。</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不久，我租了一间临街的门面卖电器，一年后挣了些钱，又重新租了更大的门面，扩大到卖摩托车。生意虽然辛苦，但越做越好。这期间，我只记得他来过两次，每次都像领导视察一般背着手转了几圈就走了。他没夸我，只是说了一句：“这不比在机关当个小干部整天喝茶水强吗</w:t>
      </w:r>
      <w:r>
        <w:rPr>
          <w:rFonts w:eastAsia="楷体" w:cs="楷体" w:ascii="楷体" w:hAnsi="楷体"/>
          <w:color w:val="000000"/>
        </w:rPr>
        <w:t>?”</w:t>
      </w:r>
      <w:r>
        <w:rPr>
          <w:rFonts w:ascii="楷体" w:hAnsi="楷体" w:cs="楷体" w:eastAsia="楷体"/>
          <w:color w:val="000000"/>
        </w:rPr>
        <w:t>这是我有生以来，唯一听到的他肯定我的话，我心里竟一热。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我的生意越做越大，还雇了好几个雇工，俨然成了一个小老板。可是不久，销售出现了滑坡的迹象。就在这时候，父亲来了，他不是来帮我，而是来给我添乱的。他当厂长时，和一个老工人有点交情，现在他退休了，父亲念旧情，想让他在我这混口饭吃。父亲冷着脸说：“你张伯人很实在，你必须给我这个面子。”求人还这种态度</w:t>
      </w:r>
      <w:r>
        <w:rPr>
          <w:rFonts w:eastAsia="楷体" w:cs="楷体" w:ascii="楷体" w:hAnsi="楷体"/>
          <w:color w:val="000000"/>
        </w:rPr>
        <w:t>?</w:t>
      </w:r>
      <w:r>
        <w:rPr>
          <w:rFonts w:ascii="楷体" w:hAnsi="楷体" w:cs="楷体" w:eastAsia="楷体"/>
          <w:color w:val="000000"/>
        </w:rPr>
        <w:t>我本想拒绝，但马上心里萌生了一丝快感，他是在求我呀</w:t>
      </w:r>
      <w:r>
        <w:rPr>
          <w:rFonts w:eastAsia="楷体" w:cs="楷体" w:ascii="楷体" w:hAnsi="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张伯的确不错。能吃苦，关键是他有经济头脑，在厂里搞了几十年的供销，有做生意的经验，管理上也很有一套。我让他跑生产厂家，负责进货，逐渐地，我的供货渠道越来越畅通，经营范围也进一步扩大，销售额又出现了明显的上升趋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在张伯的提议下，我又投资</w:t>
      </w:r>
      <w:r>
        <w:rPr>
          <w:rFonts w:eastAsia="楷体" w:cs="楷体" w:ascii="楷体" w:hAnsi="楷体"/>
          <w:color w:val="000000"/>
        </w:rPr>
        <w:t>80</w:t>
      </w:r>
      <w:r>
        <w:rPr>
          <w:rFonts w:ascii="楷体" w:hAnsi="楷体" w:cs="楷体" w:eastAsia="楷体"/>
          <w:color w:val="000000"/>
        </w:rPr>
        <w:t>万元在新开发的商业区买了一栋商业楼，张伯还建议，号召那些雇工投资入股，共同抵御风险，而且他第一个就拿出了</w:t>
      </w:r>
      <w:r>
        <w:rPr>
          <w:rFonts w:eastAsia="楷体" w:cs="楷体" w:ascii="楷体" w:hAnsi="楷体"/>
          <w:color w:val="000000"/>
        </w:rPr>
        <w:t>10</w:t>
      </w:r>
      <w:r>
        <w:rPr>
          <w:rFonts w:ascii="楷体" w:hAnsi="楷体" w:cs="楷体" w:eastAsia="楷体"/>
          <w:color w:val="000000"/>
        </w:rPr>
        <w:t>万元。张伯成了我的诸葛亮，使我的事业如日中天。春天，张伯要和老伴去北京定居，我真有些依依不舍，当我提到要把他的股金和分红一起算清时，张伯笑了：“那</w:t>
      </w:r>
      <w:r>
        <w:rPr>
          <w:rFonts w:eastAsia="楷体" w:cs="楷体" w:ascii="楷体" w:hAnsi="楷体"/>
          <w:color w:val="000000"/>
        </w:rPr>
        <w:t>10</w:t>
      </w:r>
      <w:r>
        <w:rPr>
          <w:rFonts w:ascii="楷体" w:hAnsi="楷体" w:cs="楷体" w:eastAsia="楷体"/>
          <w:color w:val="000000"/>
        </w:rPr>
        <w:t>万元的股金，是你父亲的，至于分红，我就更不能要了。”我很惊讶，以为自己听错了，“我除了能吃苦，脑子里哪有那么多点子</w:t>
      </w:r>
      <w:r>
        <w:rPr>
          <w:rFonts w:eastAsia="楷体" w:cs="楷体" w:ascii="楷体" w:hAnsi="楷体"/>
          <w:color w:val="000000"/>
        </w:rPr>
        <w:t>?</w:t>
      </w:r>
      <w:r>
        <w:rPr>
          <w:rFonts w:ascii="楷体" w:hAnsi="楷体" w:cs="楷体" w:eastAsia="楷体"/>
          <w:color w:val="000000"/>
        </w:rPr>
        <w:t>你父亲才有真本事，当了那么多年厂长，肚子里有货呀。但他不让我告诉你，怕影响你的自立。真是有其父必有其子，你和你父亲一样有魄力，都是硬汉！”</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⑭</w:t>
      </w:r>
      <w:r>
        <w:rPr>
          <w:rFonts w:ascii="楷体" w:hAnsi="楷体" w:cs="楷体" w:eastAsia="楷体"/>
          <w:color w:val="000000"/>
        </w:rPr>
        <w:t>一席话惊醒梦中人，我对父亲几十年的怨恨顷刻化为灰烬。</w:t>
      </w:r>
    </w:p>
    <w:p>
      <w:pPr>
        <w:pStyle w:val="Normal"/>
        <w:spacing w:lineRule="auto" w:line="360"/>
        <w:jc w:val="start"/>
        <w:textAlignment w:val="center"/>
        <w:rPr/>
      </w:pPr>
      <w:r>
        <w:rPr/>
        <w:t xml:space="preserve">15. </w:t>
      </w:r>
      <w:r>
        <w:rPr/>
        <w:t>阅读文章②</w:t>
      </w:r>
      <w:r>
        <w:rPr/>
        <w:t>-⑪</w:t>
      </w:r>
      <w:r>
        <w:rPr/>
        <w:t>段，请你简要概括父亲冷漠的几件事。</w:t>
      </w:r>
    </w:p>
    <w:tbl>
      <w:tblPr>
        <w:tblW w:w="8500" w:type="dxa"/>
        <w:jc w:val="start"/>
        <w:tblInd w:w="0" w:type="dxa"/>
        <w:tblLayout w:type="fixed"/>
        <w:tblCellMar>
          <w:top w:w="75" w:type="dxa"/>
          <w:start w:w="120" w:type="dxa"/>
          <w:bottom w:w="75" w:type="dxa"/>
          <w:end w:w="120" w:type="dxa"/>
        </w:tblCellMar>
      </w:tblPr>
      <w:tblGrid>
        <w:gridCol w:w="2353"/>
        <w:gridCol w:w="6147"/>
      </w:tblGrid>
      <w:tr>
        <w:trPr>
          <w:trHeight w:val="450" w:hRule="atLeast"/>
        </w:trPr>
        <w:tc>
          <w:tcPr>
            <w:tcW w:w="235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时间</w:t>
            </w:r>
          </w:p>
        </w:tc>
        <w:tc>
          <w:tcPr>
            <w:tcW w:w="614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事件</w:t>
            </w:r>
          </w:p>
        </w:tc>
      </w:tr>
      <w:tr>
        <w:trPr>
          <w:trHeight w:val="450" w:hRule="atLeast"/>
        </w:trPr>
        <w:tc>
          <w:tcPr>
            <w:tcW w:w="235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上初中那年</w:t>
            </w:r>
          </w:p>
        </w:tc>
        <w:tc>
          <w:tcPr>
            <w:tcW w:w="614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 xml:space="preserve">① </w:t>
            </w:r>
          </w:p>
        </w:tc>
      </w:tr>
      <w:tr>
        <w:trPr>
          <w:trHeight w:val="450" w:hRule="atLeast"/>
        </w:trPr>
        <w:tc>
          <w:tcPr>
            <w:tcW w:w="235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高考前一年的冬天</w:t>
            </w:r>
          </w:p>
        </w:tc>
        <w:tc>
          <w:tcPr>
            <w:tcW w:w="614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父亲在我煤气中毒苏醒后，不照顾我就上班去了。</w:t>
            </w:r>
          </w:p>
        </w:tc>
      </w:tr>
      <w:tr>
        <w:trPr>
          <w:trHeight w:val="450" w:hRule="atLeast"/>
        </w:trPr>
        <w:tc>
          <w:tcPr>
            <w:tcW w:w="235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上大学及毕业后</w:t>
            </w:r>
          </w:p>
        </w:tc>
        <w:tc>
          <w:tcPr>
            <w:tcW w:w="614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②</w:t>
            </w:r>
          </w:p>
        </w:tc>
      </w:tr>
      <w:tr>
        <w:trPr>
          <w:trHeight w:val="450" w:hRule="atLeast"/>
        </w:trPr>
        <w:tc>
          <w:tcPr>
            <w:tcW w:w="235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生意出现滑坡</w:t>
            </w:r>
          </w:p>
        </w:tc>
        <w:tc>
          <w:tcPr>
            <w:tcW w:w="614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③</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为提升表达效果，文章运用了一些修辞手法，请你从中找出一句，简要分析其作用。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子曰：“不患人之不己知，患不知人也。”（《论语</w:t>
      </w:r>
      <w:r>
        <w:rPr>
          <w:rFonts w:eastAsia="宋体;SimSun" w:cs="宋体;SimSun" w:ascii="宋体;SimSun" w:hAnsi="宋体;SimSun"/>
          <w:color w:val="000000"/>
        </w:rPr>
        <w:t>·</w:t>
      </w:r>
      <w:r>
        <w:rPr>
          <w:rFonts w:ascii="宋体;SimSun" w:hAnsi="宋体;SimSun" w:cs="宋体;SimSun"/>
          <w:color w:val="000000"/>
        </w:rPr>
        <w:t>学而》）请你结合文章内容，谈谈对这句话的理解。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15. </w:t>
      </w:r>
      <w:r>
        <w:rPr>
          <w:rFonts w:eastAsia="宋体;SimSun" w:cs="宋体;SimSun" w:ascii="宋体;SimSun" w:hAnsi="宋体;SimSun"/>
          <w:color w:val="000000"/>
        </w:rPr>
        <w:t>①</w:t>
      </w:r>
      <w:r>
        <w:rPr>
          <w:rFonts w:ascii="宋体;SimSun" w:hAnsi="宋体;SimSun" w:cs="宋体;SimSun"/>
          <w:color w:val="000000"/>
        </w:rPr>
        <w:t>父亲面对我千辛万苦攒钱买来的手表一声不吭；②父亲只给我学费和简单的生活费，致使我一直勤工俭学，毕业后还我不过问我的分配；③父亲不帮我，还让我给他的老同事安排工作。</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16. </w:t>
      </w:r>
      <w:r>
        <w:rPr>
          <w:rFonts w:ascii="宋体;SimSun" w:hAnsi="宋体;SimSun" w:cs="宋体;SimSun"/>
          <w:color w:val="000000"/>
        </w:rPr>
        <w:t>示例：文中“我顿时就像一只泄了气的皮球”运用了比喻的修辞方法，将我失望的状态比喻成泄了气的皮球，形象生动的体现了我因父亲不关注自己极端失落的心情。</w:t>
      </w:r>
      <w:r>
        <w:rPr>
          <w:color w:val="000000"/>
        </w:rPr>
        <w:t xml:space="preserve">    </w:t>
      </w:r>
    </w:p>
    <w:p>
      <w:pPr>
        <w:pStyle w:val="Normal"/>
        <w:spacing w:lineRule="auto" w:line="360"/>
        <w:textAlignment w:val="center"/>
        <w:rPr/>
      </w:pPr>
      <w:r>
        <w:rPr>
          <w:color w:val="000000"/>
        </w:rPr>
        <w:t xml:space="preserve">17. </w:t>
      </w:r>
      <w:r>
        <w:rPr>
          <w:rFonts w:ascii="宋体;SimSun" w:hAnsi="宋体;SimSun" w:cs="宋体;SimSun"/>
          <w:color w:val="000000"/>
        </w:rPr>
        <w:t>示例：这句话</w:t>
      </w:r>
      <w:r>
        <w:rPr>
          <w:rFonts w:ascii="宋体;SimSun" w:hAnsi="宋体;SimSun" w:cs="宋体;SimSun"/>
          <w:color w:val="000000"/>
        </w:rPr>
        <w:drawing>
          <wp:inline distT="0" distB="0" distL="0" distR="0">
            <wp:extent cx="133350" cy="177800"/>
            <wp:effectExtent l="0" t="0" r="0" b="0"/>
            <wp:docPr id="1395"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11"/>
                    <pic:cNvPicPr>
                      <a:picLocks noChangeAspect="1" noChangeArrowheads="1"/>
                    </pic:cNvPicPr>
                  </pic:nvPicPr>
                  <pic:blipFill>
                    <a:blip r:embed="rId42"/>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意思是“不怕别人不了解自己，最怕自己不了解别人”。文中“我”一直认为父亲对自己是冷漠的，是张伯告诉我在遇到困境时是父亲特意请张伯来帮我，还给张伯</w:t>
      </w:r>
      <w:r>
        <w:rPr>
          <w:rFonts w:eastAsia="宋体;SimSun" w:cs="宋体;SimSun" w:ascii="宋体;SimSun" w:hAnsi="宋体;SimSun"/>
          <w:color w:val="000000"/>
        </w:rPr>
        <w:t>10</w:t>
      </w:r>
      <w:r>
        <w:rPr>
          <w:rFonts w:ascii="宋体;SimSun" w:hAnsi="宋体;SimSun" w:cs="宋体;SimSun"/>
          <w:color w:val="000000"/>
        </w:rPr>
        <w:t>万元入股，帮我度过难关。直到那时我才明白原来父亲一直都在关心我，父亲当初的冷漠是为了让我独立，而我一直误解了父亲。</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文章的概括能力。解答此题时，根据表格中的时间提示，即可概括出本文的主要事件。②③自然段主要写了，上初中时，“哪怕从土里踢出一个铁螺丝，或者一块破塑料布，也要拾起来，攒多了就去收购站卖”，“足有一个学期，才攒足了一块表钱”，面对“我”千辛万苦买的表，父亲却“只是看了一眼我的手腕，就没再吭声”。⑦至⑩主要写了“我”大学和毕业后的事，上大学时，“父亲每次给我带的钱，只够交学费和维持简单的生活费用”“根本就没过问”“我”工作上的事，让“我对父亲的怨恨更加深了一层”。⑪则写了生意出现滑坡时，父亲让“我”给他同事张伯安排工作。</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本题考查学生对句子的赏析。解答时，先要从文中找出相关句子，再进行分析。文章中主要是使用了比喻和反问的修辞手法。示例：“还不如让我死了呢，哪有这样冷血的父亲</w:t>
      </w:r>
      <w:r>
        <w:rPr>
          <w:rFonts w:eastAsia="宋体;SimSun" w:cs="宋体;SimSun" w:ascii="宋体;SimSun" w:hAnsi="宋体;SimSun"/>
          <w:color w:val="000000"/>
        </w:rPr>
        <w:t>?”</w:t>
      </w:r>
      <w:r>
        <w:rPr>
          <w:rFonts w:ascii="宋体;SimSun" w:hAnsi="宋体;SimSun" w:cs="宋体;SimSun"/>
          <w:color w:val="000000"/>
        </w:rPr>
        <w:t>这个句子用了反问的修辞手法，加重了“我”对父亲的冷漠的不满之情，也为下文写答案揭晓，“我”明白父亲的良苦用心作铺垫，表达对父亲的感激之情。</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本题考查对文章的理解。题干中“不患人之不己知，患不知人也。”意思是不要担心别人不了解自己</w:t>
      </w:r>
      <w:r>
        <w:rPr>
          <w:rFonts w:eastAsia="宋体;SimSun" w:cs="宋体;SimSun" w:ascii="宋体;SimSun" w:hAnsi="宋体;SimSun"/>
          <w:color w:val="000000"/>
        </w:rPr>
        <w:t>,</w:t>
      </w:r>
      <w:r>
        <w:rPr>
          <w:rFonts w:ascii="宋体;SimSun" w:hAnsi="宋体;SimSun" w:cs="宋体;SimSun"/>
          <w:color w:val="000000"/>
        </w:rPr>
        <w:t>只要担心自己不了解别人。文中的父亲是一位外表冷漠，内心火热，关心儿子、用心良苦，为教育儿子自立自强不惜委屈自己的一位慈爱父亲的形象。虽然父亲一直在背后默默的付出，但是这种付出却一直不为“我”所知，直到张伯告诉那十万块钱和父亲一直在背后默默的支持，才明白自己对父亲的不理解。如果张伯没有告诉“我”这些事情，“我”可能一直都不知道父亲做了什么，一直对父亲存在误解，这是多么可怕啊！这正如孔子所说的那样，我们更应该站在他人的角度上考虑事情。</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阅读《戏比天大》，完成后面小题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戏比天大</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宋国锋是话剧界唯一一位梅花奖“三度梅”的获奖者，他也曾四次荣获“文华大奖”。</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今年是宋国锋从艺第五十三个年头了。演戏、导戏，年近古稀，他仍在为自己“终身无悔的话剧情结”奔忙着。演员被他“</w:t>
      </w:r>
      <w:r>
        <w:rPr>
          <w:rFonts w:ascii="楷体" w:hAnsi="楷体" w:cs="楷体" w:eastAsia="楷体"/>
          <w:color w:val="000000"/>
          <w:em w:val="underDot"/>
        </w:rPr>
        <w:t>随意</w:t>
      </w:r>
      <w:r>
        <w:rPr>
          <w:rFonts w:ascii="楷体" w:hAnsi="楷体" w:cs="楷体" w:eastAsia="楷体"/>
          <w:color w:val="000000"/>
        </w:rPr>
        <w:t>”一点拨，整个舞台便活了起来。“你的情感真，动作才会真，不能拖泥带水。”排练时，他亲自上台为演员示范，一抬手、一探身，风采不减当年。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很少有人知道，小时候的宋国锋，曾经“望台兴叹”。爷爷经常带他到戏园子听戏，可那些咿咿呀呀的唱腔让他听不懂也坐不住。加上小伙伴们都嘲笑他唱歌跑调，因此，当看到只说不唱、像电影一样的话剧时，他不禁眼前一亮：原来，戏还能这么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心中隐藏的表演热情，总算找到用武之地。宋国锋组织小伙伴们排演《烈火金刚》《红岩》等小说中的故事，小作品《一百分不算满分》还进入了学校礼堂，再后来竟被赤峰市委宣传部长和乌兰牧骑队长看中。</w:t>
      </w:r>
      <w:r>
        <w:rPr>
          <w:rFonts w:eastAsia="楷体" w:cs="楷体" w:ascii="楷体" w:hAnsi="楷体"/>
          <w:color w:val="000000"/>
        </w:rPr>
        <w:t>1966</w:t>
      </w:r>
      <w:r>
        <w:rPr>
          <w:rFonts w:ascii="楷体" w:hAnsi="楷体" w:cs="楷体" w:eastAsia="楷体"/>
          <w:color w:val="000000"/>
        </w:rPr>
        <w:t>年</w:t>
      </w:r>
      <w:r>
        <w:rPr>
          <w:rFonts w:eastAsia="楷体" w:cs="楷体" w:ascii="楷体" w:hAnsi="楷体"/>
          <w:color w:val="000000"/>
        </w:rPr>
        <w:t>3</w:t>
      </w:r>
      <w:r>
        <w:rPr>
          <w:rFonts w:ascii="楷体" w:hAnsi="楷体" w:cs="楷体" w:eastAsia="楷体"/>
          <w:color w:val="000000"/>
        </w:rPr>
        <w:t>月，宋国锋成为赤峰市乌兰牧骑的一员。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乌兰牧骑是活跃在内蒙古的文艺轻骑兵，被誉为全国文艺战线的一面红旗。跟随这面红旗，宋国锋深入工厂矿山、大漠草原、军营哨卡……下乡演出，女同志们坐着板车，男同志们就全凭着一双脚板，走过一个又一个牧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早期没有演出灯具，大家就用棉球蘸了柴油，再用铁丝串起来，挂在高处照明。舞台上方燃着火焰、冒着黑烟，演员就在烟里面演，观众也在烟里看。即使条件艰苦，仍然乐在其中。最触动宋国锋的，就是群众对文艺的渴求。“有一次我带回来一个半导体收音机，给大家放戏曲，全村老百姓都围过来听，他们甚至让我们敞开了吃瓜，就希望我们能在那儿多待一会儿。那场景，我现在都记忆犹新。”</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这件事，更加坚定了宋国锋用艺术服务人民的决心。在乌兰牧骑的</w:t>
      </w:r>
      <w:r>
        <w:rPr>
          <w:rFonts w:eastAsia="楷体" w:cs="楷体" w:ascii="楷体" w:hAnsi="楷体"/>
          <w:color w:val="000000"/>
        </w:rPr>
        <w:t>12</w:t>
      </w:r>
      <w:r>
        <w:rPr>
          <w:rFonts w:ascii="楷体" w:hAnsi="楷体" w:cs="楷体" w:eastAsia="楷体"/>
          <w:color w:val="000000"/>
        </w:rPr>
        <w:t>年，他每年都要演出三四百场。在最基层，他体会到人民群众那种真挚、朴素的情感，感受到他们对艺术、对生活、对艺术工作者的热爱。这种热爱，是人民对艺术的反哺。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宋国锋经常对人说，那是他最重要的人生阶段。既是世界观、人生观、价值观、艺术观形成的重要时期，也是他认识社会、积累生活、增长学识、苦练技艺的关键阶段。</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eastAsia="楷体" w:cs="楷体" w:ascii="楷体" w:hAnsi="楷体"/>
          <w:color w:val="000000"/>
        </w:rPr>
        <w:t>1978</w:t>
      </w:r>
      <w:r>
        <w:rPr>
          <w:rFonts w:ascii="楷体" w:hAnsi="楷体" w:cs="楷体" w:eastAsia="楷体"/>
          <w:color w:val="000000"/>
        </w:rPr>
        <w:t>年，宋国锋进入辽宁人民艺术剧院。当时，正值李默然、王秋颖等老一辈表演艺术家大放光彩，要和自己的偶像同台表演，他背负着巨大压力。宋国锋把所有时间都用在研究人物、钻研演技上，给人的印象就是“着了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最典型的例子就是饰演《高山下的花环》中的梁三喜。此前，宋国锋从未接触过军人生活，新戏建组，他马上参加军训，迅速适应角色。军人气质贯穿了他整个日常行动，就连做家务，他都要求自己“标准化、制式化”，用他夫人的话说，宋国锋就是梁三喜附体。这部戏取得了巨大成功。在北京演出结束后，一位开国将军赞叹：“我简直不敢相信这是一个地方团体演的部队戏！”</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宋国锋就是用这样一种态度，力争演好每一部戏。面对一个个不同角色，他不断打磨着演技、积累着生活、修炼着内心。话剧《父亲》排演时，因为他的体重，李默然先生曾拒绝让他出演“老杨头”一角，觉得他不像一个饱经风霜的父亲。为了塑造角色，他拼命瘦身、努力找感觉，最终不仅令李默然先生感到惊喜，更是凭借这部戏第三次摘得“梅花奖”的桂冠。</w:t>
      </w:r>
    </w:p>
    <w:p>
      <w:pPr>
        <w:pStyle w:val="Normal"/>
        <w:spacing w:lineRule="auto" w:line="360"/>
        <w:ind w:firstLine="420" w:end="0"/>
        <w:jc w:val="start"/>
        <w:textAlignment w:val="center"/>
        <w:rPr/>
      </w:pPr>
      <w:r>
        <w:rPr>
          <w:rFonts w:eastAsia="楷体" w:cs="楷体" w:ascii="楷体" w:hAnsi="楷体"/>
          <w:color w:val="000000"/>
        </w:rPr>
        <w:t>⑫</w:t>
      </w:r>
      <w:r>
        <w:rPr>
          <w:rFonts w:eastAsia="楷体" w:cs="楷体" w:ascii="楷体" w:hAnsi="楷体"/>
          <w:color w:val="000000"/>
          <w:u w:val="single"/>
        </w:rPr>
        <w:t xml:space="preserve">                     </w:t>
      </w:r>
      <w:r>
        <w:rPr>
          <w:rFonts w:ascii="楷体" w:hAnsi="楷体" w:cs="楷体" w:eastAsia="楷体"/>
          <w:color w:val="000000"/>
        </w:rPr>
        <w:t>。为了演好《生死牛玉儒》中癌症晚期的形象，他曾一天两根黄瓜、半个鸡蛋，就这么吃了两个半月；他曾为了《鸣岐书记》，在舞台上犯过心脏病，与死神擦肩而过……</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都说“戏比天大”，就是如此。</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（取材于《人民日报》）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阅读③</w:t>
      </w:r>
      <w:r>
        <w:rPr>
          <w:rFonts w:eastAsia="宋体;SimSun" w:cs="宋体;SimSun" w:ascii="宋体;SimSun" w:hAnsi="宋体;SimSun"/>
          <w:color w:val="000000"/>
        </w:rPr>
        <w:t>-⑫</w:t>
      </w:r>
      <w:r>
        <w:rPr>
          <w:rFonts w:ascii="宋体;SimSun" w:hAnsi="宋体;SimSun" w:cs="宋体;SimSun"/>
          <w:color w:val="000000"/>
        </w:rPr>
        <w:t>段，结合具体情节说说宋国锋是怎样的人。</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请你结合语境，简要分析第②段中加点词语“随意”的表达效果。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请你结合上下文内容，从【甲】【乙】两句中选择恰当的一句，填在第⑫段的横线上，并说明原因。</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【甲】身上有多少光环，背后就有多少付出</w:t>
      </w:r>
      <w:r>
        <w:rPr>
          <w:rFonts w:ascii="宋体;SimSun" w:hAnsi="宋体;SimSun" w:cs="宋体;SimSun"/>
          <w:color w:val="000000"/>
        </w:rPr>
        <w:drawing>
          <wp:inline distT="0" distB="0" distL="0" distR="0">
            <wp:extent cx="127000" cy="76200"/>
            <wp:effectExtent l="0" t="0" r="0" b="0"/>
            <wp:docPr id="1397"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12"/>
                    <pic:cNvPicPr>
                      <a:picLocks noChangeAspect="1" noChangeArrowheads="1"/>
                    </pic:cNvPicPr>
                  </pic:nvPicPr>
                  <pic:blipFill>
                    <a:blip r:embed="rId43"/>
                    <a:srcRect l="-407" t="-407" r="-407" b="-407"/>
                    <a:stretch>
                      <a:fillRect/>
                    </a:stretch>
                  </pic:blipFill>
                  <pic:spPr bwMode="auto">
                    <a:xfrm>
                      <a:off x="0" y="0"/>
                      <a:ext cx="127000" cy="76200"/>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【乙】背后有多少付出，身上就有多少光环。</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ascii="宋体;SimSun" w:hAnsi="宋体;SimSun" w:cs="宋体;SimSun"/>
          <w:color w:val="000000"/>
        </w:rPr>
        <w:t>示例：宋国锋有表演热情，组织小伙伴们排练节目；他能吃苦，肯于付出，凭着一双脚板走过一个又一个牧区，在用棉球蘸煤油点亮照明的烟雾里仍坚持演出；他为人民服务，在乌兰牧骑</w:t>
      </w:r>
      <w:r>
        <w:rPr>
          <w:rFonts w:eastAsia="宋体;SimSun" w:cs="宋体;SimSun" w:ascii="宋体;SimSun" w:hAnsi="宋体;SimSun"/>
          <w:color w:val="000000"/>
        </w:rPr>
        <w:t>12</w:t>
      </w:r>
      <w:r>
        <w:rPr>
          <w:rFonts w:ascii="宋体;SimSun" w:hAnsi="宋体;SimSun" w:cs="宋体;SimSun"/>
          <w:color w:val="000000"/>
        </w:rPr>
        <w:t>年，每年演出三四百场；他对艺术精益求精，为塑造角色，参加军训，拼命瘦身，就像着了魔一样。</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w:t>
      </w:r>
      <w:r>
        <w:rPr>
          <w:rFonts w:eastAsia="宋体;SimSun" w:cs="宋体;SimSun" w:ascii="宋体;SimSun" w:hAnsi="宋体;SimSun"/>
          <w:color w:val="000000"/>
        </w:rPr>
        <w:t>“</w:t>
      </w:r>
      <w:r>
        <w:rPr>
          <w:rFonts w:ascii="宋体;SimSun" w:hAnsi="宋体;SimSun" w:cs="宋体;SimSun"/>
          <w:color w:val="000000"/>
        </w:rPr>
        <w:t>随意”是任凭自己的意愿，随便的意思，它形象的写出了宋国锋随便的一点拨，就取得了意想不到的效果，体现了宋国锋技艺的高超。</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选择甲，甲句是过渡句，“身上有多少光环”与上文是宋国锋凭借努力第三次摘得“梅花奖”的桂冠相呼应，“背后就有多少付出”与下文宋国锋为演好角色拼命瘦身，舞台患病的艰辛相呼应。</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本题考查对人物形象的分析。解答时，可根据人物的典型事例分析人物的形象。根据“心中隐藏的表演热情”可知，他有表演热情，组织小伙伴们排演，最终成为赤峰市乌兰牧骑的一员；他不怕吃苦， “凭着一双脚板，走过一个又一个牧区”下乡演出，在棉球蘸煤油点亮照明的烟雾里坚持演出，“即使条件艰苦，仍然乐在其中”；“在乌兰牧骑的</w:t>
      </w:r>
      <w:r>
        <w:rPr>
          <w:rFonts w:eastAsia="宋体;SimSun" w:cs="宋体;SimSun" w:ascii="宋体;SimSun" w:hAnsi="宋体;SimSun"/>
          <w:color w:val="000000"/>
        </w:rPr>
        <w:t>12</w:t>
      </w:r>
      <w:r>
        <w:rPr>
          <w:rFonts w:ascii="宋体;SimSun" w:hAnsi="宋体;SimSun" w:cs="宋体;SimSun"/>
          <w:color w:val="000000"/>
        </w:rPr>
        <w:t>年，他每年都要演出三四百场”，因为人们热爱艺术，他用艺术服务人民；“宋国锋把所有时间都用在研究人物、钻研演技上，给人的印象就是‘着了魔’”，他对待演出精益求精，不停钻研。</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词语的理解。解答时，需结合语境分析词语的作用。“随意”的意思指任凭自己的意愿，随心所欲的，但是这里的“随意”加上引号，便不只是原本的意思了，宋国锋对演员的指导来自他多年的舞台经验，“随意”一词是突出了宋国锋的点拨让舞台取得了意想不到的效果，“舞台便活了起来”，不仅突出了宋国锋指导演员时的认真，对待表演有自己独到的见解，更突出了宋国锋在表演上高超技艺。</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本题考查对文章的结构的理解。解答此题时，可结合上下文内容进行分析。文章第九自然段到文章十二自然段主要在介绍宋国锋对待表演精益求精，“戏比天大”。根据第十一自然段结尾 “最终不仅令李默然先生感到惊喜，更是凭借这部戏第三次摘得‘梅花奖’的桂冠。”可知，这里主要介绍了宋国锋取得的成就，这是他身上的光环；而下文“为了演好《生死牛玉儒》中癌症晚期的形象，他曾一天两根黄瓜、半个鸡蛋，就这么吃了两个半月；他曾为了《鸣岐书记》，在舞台上犯过心脏病，与死神擦肩而过”主要介绍了他为了表演的辛勤付出，所以选择甲句，能够起到承上启下的作用。</w:t>
      </w:r>
    </w:p>
    <w:p>
      <w:pPr>
        <w:pStyle w:val="Heading3"/>
      </w:pPr>
      <w:r>
        <w:t>延庆区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21</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阅读下面材料，完成小题。</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综合实践课上，同学们召开“网络交友利与弊”专题讨论会。语文课代表将讨论内容整理成下面三则材料。</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随着互联网的发展和智能终端设备（电脑、智能手机）的普及，</w:t>
      </w:r>
      <w:r>
        <w:rPr>
          <w:rFonts w:eastAsia="楷体" w:cs="楷体" w:ascii="楷体" w:hAnsi="楷体"/>
          <w:color w:val="000000"/>
        </w:rPr>
        <w:t>2005</w:t>
      </w:r>
      <w:r>
        <w:rPr>
          <w:rFonts w:ascii="楷体" w:hAnsi="楷体" w:cs="楷体" w:eastAsia="楷体"/>
          <w:color w:val="000000"/>
        </w:rPr>
        <w:t>后这一代中学生虽然年龄不大，但是都已成为了“老网民”。本班同学使用互联网的相关数据，见下面的扇形统计图。</w:t>
      </w:r>
    </w:p>
    <w:p>
      <w:pPr>
        <w:pStyle w:val="Normal"/>
        <w:spacing w:lineRule="auto" w:line="360"/>
        <w:ind w:firstLine="420" w:end="0"/>
        <w:jc w:val="start"/>
        <w:textAlignment w:val="center"/>
        <w:rPr>
          <w:color w:val="000000"/>
        </w:rPr>
      </w:pPr>
      <w:r>
        <w:rPr>
          <w:rFonts w:eastAsia="宋体;SimSun" w:cs="宋体;SimSun" w:ascii="宋体;SimSun" w:hAnsi="宋体;SimSun"/>
          <w:color w:val="000000"/>
        </w:rPr>
        <w:drawing>
          <wp:inline distT="0" distB="0" distL="0" distR="0">
            <wp:extent cx="1543050" cy="1228725"/>
            <wp:effectExtent l="0" t="0" r="0" b="0"/>
            <wp:docPr id="1399"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12"/>
                    <pic:cNvPicPr>
                      <a:picLocks noChangeAspect="1" noChangeArrowheads="1"/>
                    </pic:cNvPicPr>
                  </pic:nvPicPr>
                  <pic:blipFill>
                    <a:blip r:embed="rId44"/>
                    <a:srcRect l="-15" t="-19" r="-15" b="-19"/>
                    <a:stretch>
                      <a:fillRect/>
                    </a:stretch>
                  </pic:blipFill>
                  <pic:spPr bwMode="auto">
                    <a:xfrm>
                      <a:off x="0" y="0"/>
                      <a:ext cx="1543050" cy="1228725"/>
                    </a:xfrm>
                    <a:prstGeom prst="rect">
                      <a:avLst/>
                    </a:prstGeom>
                    <a:noFill/>
                  </pic:spPr>
                </pic:pic>
              </a:graphicData>
            </a:graphic>
          </wp:inline>
        </w:drawing>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纵观人类历史，从来没有一种通讯工具像互联网络这样为人们提供了广泛联系的可能性。互联网在当今的信息时代</w:t>
      </w:r>
      <w:r>
        <w:rPr>
          <w:rFonts w:eastAsia="楷体" w:cs="楷体" w:ascii="楷体" w:hAnsi="楷体"/>
          <w:color w:val="000000"/>
        </w:rPr>
        <w:t>,</w:t>
      </w:r>
      <w:r>
        <w:rPr>
          <w:rFonts w:ascii="楷体" w:hAnsi="楷体" w:cs="楷体" w:eastAsia="楷体"/>
          <w:color w:val="000000"/>
        </w:rPr>
        <w:t>已经深入千家万户</w:t>
      </w:r>
      <w:r>
        <w:rPr>
          <w:rFonts w:eastAsia="楷体" w:cs="楷体" w:ascii="楷体" w:hAnsi="楷体"/>
          <w:color w:val="000000"/>
        </w:rPr>
        <w:t>,</w:t>
      </w:r>
      <w:r>
        <w:rPr>
          <w:rFonts w:ascii="楷体" w:hAnsi="楷体" w:cs="楷体" w:eastAsia="楷体"/>
          <w:color w:val="000000"/>
        </w:rPr>
        <w:t>正在改变着传统的交友方式。只要有一台联网的电脑，你就可以足不出户与远在地球上其他地区的网友们联系。中学生课业负担重，思想逐渐成熟，好多成长的烦恼只能和同龄人去倾诉，互联网交友能帮你找到志同道和的倾诉对象，交流共同的兴趣爱好，免去“当面说不好意思”的尴尬。因此，从交友的目的和网络的功能来看</w:t>
      </w:r>
      <w:r>
        <w:rPr>
          <w:rFonts w:eastAsia="楷体" w:cs="楷体" w:ascii="楷体" w:hAnsi="楷体"/>
          <w:color w:val="000000"/>
        </w:rPr>
        <w:t>,</w:t>
      </w:r>
      <w:r>
        <w:rPr>
          <w:rFonts w:ascii="楷体" w:hAnsi="楷体" w:cs="楷体" w:eastAsia="楷体"/>
          <w:color w:val="000000"/>
        </w:rPr>
        <w:t>网络交友利大于弊。</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网络交友提供了一切可能，也提供了一切问题的可能！”从现实来看，网络交友存在弊端。</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网络是虚幻的，没有人也没有办法对网上的“个人资料”进行审核。最为经典的一句话就是：没人知道坐在电脑前的是不是一个好人。想在谎言的世界寻找真实的情感无异是自欺欺人！网络使沟通变得自由与便捷，别有用心者打着交友的旗号图谋不轨，也使行骗更难让人识别，容易引发严重的社会问题。网络是一个没有法律制约与道德规范的自由世界，引很多人在聊天时容易放纵自己，低级趣味泛滥成灾，容易引发严重的道德问题。</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阅读【材料一】，说说本班同学们使用互联网的主要用途。</w:t>
      </w:r>
    </w:p>
    <w:p>
      <w:pPr>
        <w:pStyle w:val="Normal"/>
        <w:spacing w:lineRule="auto" w:line="360"/>
        <w:jc w:val="start"/>
        <w:textAlignment w:val="center"/>
        <w:rPr/>
      </w:pPr>
      <w:r>
        <w:rPr/>
        <w:t xml:space="preserve">16. </w:t>
      </w:r>
      <w:r>
        <w:rPr/>
        <w:t>阅读以上三则材料，完成下面表格。</w:t>
      </w:r>
    </w:p>
    <w:tbl>
      <w:tblPr>
        <w:tblW w:w="5000" w:type="pct"/>
        <w:jc w:val="start"/>
        <w:tblInd w:w="0" w:type="dxa"/>
        <w:tblLayout w:type="fixed"/>
        <w:tblCellMar>
          <w:top w:w="75" w:type="dxa"/>
          <w:start w:w="108" w:type="dxa"/>
          <w:bottom w:w="75" w:type="dxa"/>
          <w:end w:w="108" w:type="dxa"/>
        </w:tblCellMar>
      </w:tblPr>
      <w:tblGrid>
        <w:gridCol w:w="2422"/>
        <w:gridCol w:w="2423"/>
        <w:gridCol w:w="4907"/>
      </w:tblGrid>
      <w:tr>
        <w:trPr>
          <w:trHeight w:val="330" w:hRule="atLeast"/>
        </w:trPr>
        <w:tc>
          <w:tcPr>
            <w:tcW w:w="242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网络交友的利</w:t>
            </w:r>
          </w:p>
        </w:tc>
        <w:tc>
          <w:tcPr>
            <w:tcW w:w="242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网络交友的弊</w:t>
            </w:r>
          </w:p>
        </w:tc>
        <w:tc>
          <w:tcPr>
            <w:tcW w:w="490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用上一组关联词，表达你对网络交友的态度</w:t>
            </w:r>
          </w:p>
        </w:tc>
      </w:tr>
      <w:tr>
        <w:trPr>
          <w:trHeight w:val="375" w:hRule="atLeast"/>
        </w:trPr>
        <w:tc>
          <w:tcPr>
            <w:tcW w:w="242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tc>
        <w:tc>
          <w:tcPr>
            <w:tcW w:w="242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③</w:t>
            </w:r>
          </w:p>
        </w:tc>
        <w:tc>
          <w:tcPr>
            <w:tcW w:w="4907" w:type="dxa"/>
            <w:vMerge w:val="restart"/>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⑤</w:t>
            </w:r>
          </w:p>
        </w:tc>
      </w:tr>
      <w:tr>
        <w:trPr>
          <w:trHeight w:val="375" w:hRule="atLeast"/>
        </w:trPr>
        <w:tc>
          <w:tcPr>
            <w:tcW w:w="242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c>
          <w:tcPr>
            <w:tcW w:w="242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④</w:t>
            </w:r>
          </w:p>
        </w:tc>
        <w:tc>
          <w:tcPr>
            <w:tcW w:w="490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
          </w:p>
        </w:tc>
      </w:tr>
    </w:tbl>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15. </w:t>
      </w:r>
      <w:r>
        <w:rPr>
          <w:rFonts w:ascii="宋体;SimSun" w:hAnsi="宋体;SimSun" w:cs="宋体;SimSun"/>
          <w:color w:val="000000"/>
        </w:rPr>
        <w:t>同学们使用互联网主要是</w:t>
      </w:r>
      <w:r>
        <w:rPr>
          <w:rFonts w:eastAsia="宋体;SimSun" w:cs="宋体;SimSun" w:ascii="宋体;SimSun" w:hAnsi="宋体;SimSun"/>
          <w:color w:val="000000"/>
        </w:rPr>
        <w:t>QQ</w:t>
      </w:r>
      <w:r>
        <w:rPr>
          <w:rFonts w:ascii="宋体;SimSun" w:hAnsi="宋体;SimSun" w:cs="宋体;SimSun"/>
          <w:color w:val="000000"/>
        </w:rPr>
        <w:t>、微信互动和玩游戏。</w:t>
      </w:r>
      <w:r>
        <w:rPr>
          <w:color w:val="000000"/>
        </w:rPr>
        <w:t xml:space="preserve">    </w:t>
      </w:r>
    </w:p>
    <w:p>
      <w:pPr>
        <w:pStyle w:val="Normal"/>
        <w:spacing w:lineRule="auto" w:line="360"/>
        <w:textAlignment w:val="center"/>
        <w:rPr/>
      </w:pPr>
      <w:r>
        <w:rPr>
          <w:color w:val="000000"/>
        </w:rPr>
        <w:t xml:space="preserve">16. </w:t>
      </w:r>
      <w:r>
        <w:rPr>
          <w:rFonts w:ascii="宋体;SimSun" w:hAnsi="宋体;SimSun" w:cs="宋体;SimSun"/>
          <w:color w:val="000000"/>
        </w:rPr>
        <w:t>利：①不受距离限制  ②寻找倾诉对象（缓解压力）</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弊：③真实性差，易受骗  ④缺乏法律与道德约束  ⑤运用恰当的关联词，说出利与弊的关系。</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pPr>
      <w:r>
        <w:rPr>
          <w:rFonts w:ascii="宋体;SimSun" w:hAnsi="宋体;SimSun" w:cs="宋体;SimSun"/>
          <w:color w:val="000000"/>
        </w:rPr>
        <w:t>此题考查的是对图表的分析。</w:t>
      </w:r>
      <w:r>
        <w:rPr>
          <w:rFonts w:ascii="Times New Romance" w:hAnsi="Times New Romance" w:cs="Times New Romance" w:eastAsia="Times New Romance"/>
          <w:color w:val="000000"/>
        </w:rPr>
        <w:t xml:space="preserve"> </w:t>
      </w:r>
      <w:r>
        <w:rPr>
          <w:rFonts w:ascii="宋体;SimSun" w:hAnsi="宋体;SimSun" w:cs="宋体;SimSun"/>
          <w:color w:val="000000"/>
        </w:rPr>
        <w:t>通过图表中的数据我们可以发现半分比最大的是</w:t>
      </w:r>
      <w:r>
        <w:rPr>
          <w:rFonts w:eastAsia="Times New Romance" w:cs="Times New Romance" w:ascii="Times New Romance" w:hAnsi="Times New Romance"/>
          <w:color w:val="000000"/>
        </w:rPr>
        <w:t>QQ</w:t>
      </w:r>
      <w:r>
        <w:rPr>
          <w:rFonts w:ascii="宋体;SimSun" w:hAnsi="宋体;SimSun" w:cs="宋体;SimSun"/>
          <w:color w:val="000000"/>
        </w:rPr>
        <w:t>和微信互动，其次是玩游戏。所以学生们使用互联网的主要用途就是</w:t>
      </w:r>
      <w:r>
        <w:rPr>
          <w:rFonts w:eastAsia="Times New Romance" w:cs="Times New Romance" w:ascii="Times New Romance" w:hAnsi="Times New Romance"/>
          <w:color w:val="000000"/>
        </w:rPr>
        <w:t>QQ</w:t>
      </w:r>
      <w:r>
        <w:rPr>
          <w:rFonts w:ascii="宋体;SimSun" w:hAnsi="宋体;SimSun" w:cs="宋体;SimSun"/>
          <w:color w:val="000000"/>
        </w:rPr>
        <w:t>、微信互动、玩游戏。</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材料的探究。从材料二中我们可以找到网络交友的优点“能帮你找到志同道和的倾诉对象，交流共同的兴趣爱好，免去‘当面说不好意思’的尴尬”，材料三中是网络交友的缺点“网络是虚幻的”“别有用心者打着交友的旗号图谋不轨，也使行骗更难让人识别，容易引发严重的社会问题”“是一个没有法律制约与道德规范的自由世界，引很多人在聊天时容易放纵自己，低级趣味泛滥成灾，容易引发严重的道德问题”。据此作答。</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对于网络交友的态度，在表述时可以辨证的看待问题，将利与弊都融合进去，可以使用关联词“虽然……但是”。示例：网络交友虽然能帮你找到志同道和的倾诉对象，交流共同的兴趣爱好，但是这是一个没有法律制约与道德规范的自由世界，引很多人在聊天时容易放纵自己，低级趣味泛滥成灾，容易引发严重的道德问题。所以需要谨慎对待。</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阅读《思念一块月饼》，完成小题。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思念一块月饼</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张金春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古人说：“明月千里寄相思。”每到中秋月圆之时，我的思绪总是湿漉漉的。自打十八岁打起背包出来当兵闯世界，平均两年回家一趟的频率，怎能解我焦渴的思念之苦？父爱母爱只能书写在信笺里，流淌在电波里，凝聚在盼望的目光里。</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我老家扬州，中秋节这一天有祭拜月亮、</w:t>
      </w:r>
      <w:r>
        <w:rPr>
          <w:rFonts w:ascii="楷体" w:hAnsi="楷体" w:cs="楷体" w:eastAsia="楷体"/>
          <w:color w:val="000000"/>
          <w:em w:val="underDot"/>
        </w:rPr>
        <w:t>祈</w:t>
      </w:r>
      <w:r>
        <w:rPr>
          <w:rFonts w:ascii="楷体" w:hAnsi="楷体" w:cs="楷体" w:eastAsia="楷体"/>
          <w:color w:val="000000"/>
        </w:rPr>
        <w:t>求团圆的古老习俗。临近中秋，母亲就要张罗着买藕段、莲子、月饼、江米条、馓子、花生、鸡蛋……到镇上做月饼。我也因此能看到镇上老师傅自制月饼的情景。【甲】</w:t>
      </w:r>
      <w:r>
        <w:rPr>
          <w:rFonts w:ascii="楷体" w:hAnsi="楷体" w:cs="楷体" w:eastAsia="楷体"/>
          <w:color w:val="000000"/>
          <w:u w:val="single"/>
        </w:rPr>
        <w:t>月饼巴掌大小，厚厚的甜甜的馅被一层层的皮包裹着，放在毛毡纸上，沁着一片片油渍，那香甜的滋味像痒痒挠儿，将我的馋虫勾起来。</w:t>
      </w:r>
      <w:r>
        <w:rPr>
          <w:rFonts w:ascii="楷体" w:hAnsi="楷体" w:cs="楷体" w:eastAsia="楷体"/>
          <w:color w:val="000000"/>
        </w:rPr>
        <w:t>我恨不得一把抢在手里，放入口中。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祭过月亮之后，母亲每次都将祭月的月饼分给每人一块，并嘱咐我们兄弟俩，要细细吃，慢慢吃，吃完就没了。所以，我每次将月饼切成四等份，每天吃一小块，其余的用纸包好藏在床头。有时睡醒了还拿出来看看，嗅嗅那诱人的味道，再小心翼翼的藏好……吃月饼的甜蜜回忆仿佛过日子一般，美好的一切总是会经历一番过程，一番铺垫，方才品味到幸福的滋味和内涵。</w:t>
      </w:r>
    </w:p>
    <w:p>
      <w:pPr>
        <w:pStyle w:val="Normal"/>
        <w:spacing w:lineRule="auto" w:line="360"/>
        <w:ind w:firstLine="420" w:end="0"/>
        <w:jc w:val="start"/>
        <w:textAlignment w:val="center"/>
        <w:rPr/>
      </w:pPr>
      <w:r>
        <w:rPr>
          <w:rFonts w:eastAsia="楷体" w:cs="楷体" w:ascii="楷体" w:hAnsi="楷体"/>
          <w:color w:val="000000"/>
        </w:rPr>
        <w:t>④</w:t>
      </w:r>
      <w:r>
        <w:rPr>
          <w:rFonts w:ascii="楷体" w:hAnsi="楷体" w:cs="楷体" w:eastAsia="楷体"/>
          <w:color w:val="000000"/>
        </w:rPr>
        <w:t>三十五年前，那时我九岁，我的月饼吃完了。中午放学回来，趁着母亲做饭的功夫，我到处翻找母亲藏好的月饼，终于在一只木箱子里看到了。我迅速地盖上这个天大的秘密，悄悄盘算如何既不被发现又能满足那牵肠挂肚的欲望。晚上放学回家，父母上工还没回来，【乙】</w:t>
      </w:r>
      <w:r>
        <w:rPr>
          <w:rFonts w:ascii="楷体" w:hAnsi="楷体" w:cs="楷体" w:eastAsia="楷体"/>
          <w:color w:val="000000"/>
          <w:u w:val="single"/>
        </w:rPr>
        <w:t>我迫不及待地打开箱子，发现诱人的月饼还躺在那儿，并深情地望着我。</w:t>
      </w:r>
      <w:r>
        <w:rPr>
          <w:rFonts w:ascii="楷体" w:hAnsi="楷体" w:cs="楷体" w:eastAsia="楷体"/>
          <w:color w:val="000000"/>
        </w:rPr>
        <w:t>我下意识地咽了一口口水，肚肠子也配合地发出“咕咕”叫声。我冲动地把月饼拥入怀中，后觉不妥，小心翼翼取出来，掰开五分之一左右，然后包裹好放回原处。那时我想，要是母亲责问起来，就说是猫或者老鼠偷吃了。想到这儿，我为自己的小聪明窃喜。</w:t>
      </w:r>
    </w:p>
    <w:p>
      <w:pPr>
        <w:pStyle w:val="Normal"/>
        <w:spacing w:lineRule="auto" w:line="360"/>
        <w:ind w:firstLine="420" w:end="0"/>
        <w:jc w:val="start"/>
        <w:textAlignment w:val="center"/>
        <w:rPr/>
      </w:pPr>
      <w:r>
        <w:rPr>
          <w:rFonts w:eastAsia="楷体" w:cs="楷体" w:ascii="楷体" w:hAnsi="楷体"/>
          <w:color w:val="000000"/>
        </w:rPr>
        <w:t>⑤</w:t>
      </w:r>
      <w:r>
        <w:rPr>
          <w:rFonts w:ascii="楷体" w:hAnsi="楷体" w:cs="楷体" w:eastAsia="楷体"/>
          <w:color w:val="000000"/>
        </w:rPr>
        <w:t>大约过了两天，母亲让我到她房间里去，说要给我变个戏法。她缓慢地从箱子里拿出那块月饼，在我眼前一晃，欣喜地问</w:t>
      </w:r>
      <w:r>
        <w:rPr>
          <w:rFonts w:eastAsia="楷体" w:cs="楷体" w:ascii="楷体" w:hAnsi="楷体"/>
          <w:color w:val="000000"/>
        </w:rPr>
        <w:t>:“</w:t>
      </w:r>
      <w:r>
        <w:rPr>
          <w:rFonts w:ascii="楷体" w:hAnsi="楷体" w:cs="楷体" w:eastAsia="楷体"/>
          <w:color w:val="000000"/>
        </w:rPr>
        <w:t>这是什么？”我脸火辣辣的，低着头，没敢抬头望。母亲打开纸包，盯着我看了看说：“吃吧，本来就是留给你的</w:t>
      </w:r>
      <w:r>
        <w:rPr>
          <w:rFonts w:eastAsia="楷体" w:cs="楷体" w:ascii="楷体" w:hAnsi="楷体"/>
          <w:color w:val="000000"/>
        </w:rPr>
        <w:t>! ”</w:t>
      </w:r>
      <w:r>
        <w:rPr>
          <w:rFonts w:ascii="楷体" w:hAnsi="楷体" w:cs="楷体" w:eastAsia="楷体"/>
          <w:color w:val="000000"/>
        </w:rPr>
        <w:t>我的头埋得更低了。母亲什么也没问，什么也没说，只是捡起散落在纸上的月饼</w:t>
      </w:r>
      <w:r>
        <w:rPr>
          <w:rFonts w:ascii="楷体" w:hAnsi="楷体" w:cs="楷体" w:eastAsia="楷体"/>
          <w:color w:val="000000"/>
          <w:em w:val="underDot"/>
        </w:rPr>
        <w:t>屑</w:t>
      </w:r>
      <w:r>
        <w:rPr>
          <w:rFonts w:ascii="楷体" w:hAnsi="楷体" w:cs="楷体" w:eastAsia="楷体"/>
          <w:color w:val="000000"/>
        </w:rPr>
        <w:t>一粒粒放进嘴里。我掰开一半，说：“妈，您也吃。”母亲说：“我不爱吃沙甜的，还是皮好吃，又脆又酥。”</w:t>
      </w:r>
    </w:p>
    <w:p>
      <w:pPr>
        <w:pStyle w:val="Normal"/>
        <w:spacing w:lineRule="auto" w:line="360"/>
        <w:ind w:firstLine="420" w:end="0"/>
        <w:jc w:val="start"/>
        <w:textAlignment w:val="center"/>
        <w:rPr/>
      </w:pPr>
      <w:r>
        <w:rPr>
          <w:rFonts w:eastAsia="楷体" w:cs="楷体" w:ascii="楷体" w:hAnsi="楷体"/>
          <w:color w:val="000000"/>
        </w:rPr>
        <w:t>⑥</w:t>
      </w:r>
      <w:r>
        <w:rPr>
          <w:rFonts w:ascii="楷体" w:hAnsi="楷体" w:cs="楷体" w:eastAsia="楷体"/>
          <w:color w:val="000000"/>
        </w:rPr>
        <w:t>这块月饼我咀嚼了三十五年，体味到母亲那无私、宽容的爱。现在当我的女儿面对一堆奇形怪状、五花八门的月饼，挑三</w:t>
      </w:r>
      <w:r>
        <w:rPr>
          <w:rFonts w:ascii="楷体" w:hAnsi="楷体" w:cs="楷体" w:eastAsia="楷体"/>
          <w:color w:val="000000"/>
          <w:u w:val="single"/>
        </w:rPr>
        <w:t>【丙】</w:t>
      </w:r>
      <w:r>
        <w:rPr>
          <w:rFonts w:ascii="楷体" w:hAnsi="楷体" w:cs="楷体" w:eastAsia="楷体"/>
          <w:color w:val="000000"/>
        </w:rPr>
        <w:t>四，甚至吃了一小半扔在一边时，我会拿过来，一粒一粒掰开来，放到嘴里，让它一点一点地</w:t>
      </w:r>
      <w:r>
        <w:rPr>
          <w:rFonts w:ascii="楷体" w:hAnsi="楷体" w:cs="楷体" w:eastAsia="楷体"/>
          <w:color w:val="000000"/>
          <w:u w:val="single"/>
        </w:rPr>
        <w:t>【丁】</w:t>
      </w:r>
      <w:r>
        <w:rPr>
          <w:rFonts w:ascii="楷体" w:hAnsi="楷体" w:cs="楷体" w:eastAsia="楷体"/>
          <w:color w:val="000000"/>
        </w:rPr>
        <w:t>化在岁月的记忆里。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又是一年秋风送爽时，又是一个花好月圆夜。对着如玉如银的朗朗明月，又想起那块圆圆的月饼。月光如水，流逝不尽我的思念；月光如织，维系我永久的牵挂。</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依次给文章中加点字注音，在横线处填入汉字，都正确的一项是</w:t>
      </w:r>
    </w:p>
    <w:p>
      <w:pPr>
        <w:pStyle w:val="Normal"/>
        <w:spacing w:lineRule="auto" w:line="360"/>
        <w:jc w:val="start"/>
        <w:textAlignment w:val="center"/>
        <w:rPr/>
      </w:pPr>
      <w:r>
        <w:rPr>
          <w:rFonts w:eastAsia="宋体;SimSun" w:cs="宋体;SimSun" w:ascii="宋体;SimSun" w:hAnsi="宋体;SimSun"/>
          <w:color w:val="000000"/>
        </w:rPr>
        <w:t xml:space="preserve">A. </w:t>
      </w:r>
      <w:r>
        <w:rPr>
          <w:rFonts w:ascii="宋体;SimSun" w:hAnsi="宋体;SimSun" w:cs="宋体;SimSun"/>
          <w:color w:val="000000"/>
        </w:rPr>
        <w:t>祈（</w:t>
      </w:r>
      <w:r>
        <w:rPr>
          <w:rFonts w:eastAsia="Times New Roman" w:cs="Times New Roman" w:ascii="Times New Roman" w:hAnsi="Times New Roman"/>
          <w:color w:val="000000"/>
        </w:rPr>
        <w:t>qǐ</w:t>
      </w:r>
      <w:r>
        <w:rPr>
          <w:rFonts w:ascii="宋体;SimSun" w:hAnsi="宋体;SimSun" w:cs="宋体;SimSun"/>
          <w:color w:val="000000"/>
        </w:rPr>
        <w:t>）求   月饼屑（</w:t>
      </w:r>
      <w:r>
        <w:rPr>
          <w:rFonts w:eastAsia="Times New Roman" w:cs="Times New Roman" w:ascii="Times New Roman" w:hAnsi="Times New Roman"/>
          <w:color w:val="000000"/>
        </w:rPr>
        <w:t>xiè</w:t>
      </w:r>
      <w:r>
        <w:rPr>
          <w:rFonts w:ascii="宋体;SimSun" w:hAnsi="宋体;SimSun" w:cs="宋体;SimSun"/>
          <w:color w:val="000000"/>
        </w:rPr>
        <w:t>）    【丙】捡   【丁】融</w:t>
      </w:r>
    </w:p>
    <w:p>
      <w:pPr>
        <w:pStyle w:val="Normal"/>
        <w:spacing w:lineRule="auto" w:line="360"/>
        <w:jc w:val="start"/>
        <w:textAlignment w:val="center"/>
        <w:rPr/>
      </w:pPr>
      <w:r>
        <w:rPr>
          <w:rFonts w:eastAsia="宋体;SimSun" w:cs="宋体;SimSun" w:ascii="宋体;SimSun" w:hAnsi="宋体;SimSun"/>
          <w:color w:val="000000"/>
        </w:rPr>
        <w:t xml:space="preserve">B. </w:t>
      </w:r>
      <w:r>
        <w:rPr>
          <w:rFonts w:ascii="宋体;SimSun" w:hAnsi="宋体;SimSun" w:cs="宋体;SimSun"/>
          <w:color w:val="000000"/>
        </w:rPr>
        <w:t>祈（</w:t>
      </w:r>
      <w:r>
        <w:rPr>
          <w:rFonts w:eastAsia="Times New Roman" w:cs="Times New Roman" w:ascii="Times New Roman" w:hAnsi="Times New Roman"/>
          <w:color w:val="000000"/>
        </w:rPr>
        <w:t>qǐ</w:t>
      </w:r>
      <w:r>
        <w:rPr>
          <w:rFonts w:ascii="宋体;SimSun" w:hAnsi="宋体;SimSun" w:cs="宋体;SimSun"/>
          <w:color w:val="000000"/>
        </w:rPr>
        <w:t>）求   月饼屑（</w:t>
      </w:r>
      <w:r>
        <w:rPr>
          <w:rFonts w:eastAsia="Times New Roman" w:cs="Times New Roman" w:ascii="Times New Roman" w:hAnsi="Times New Roman"/>
          <w:color w:val="000000"/>
        </w:rPr>
        <w:t>xiāo</w:t>
      </w:r>
      <w:r>
        <w:rPr>
          <w:rFonts w:ascii="宋体;SimSun" w:hAnsi="宋体;SimSun" w:cs="宋体;SimSun"/>
          <w:color w:val="000000"/>
        </w:rPr>
        <w:t>）   【丙】捡   【丁】溶</w:t>
      </w:r>
    </w:p>
    <w:p>
      <w:pPr>
        <w:pStyle w:val="Normal"/>
        <w:spacing w:lineRule="auto" w:line="360"/>
        <w:jc w:val="start"/>
        <w:textAlignment w:val="center"/>
        <w:rPr/>
      </w:pPr>
      <w:r>
        <w:rPr>
          <w:rFonts w:eastAsia="宋体;SimSun" w:cs="宋体;SimSun" w:ascii="宋体;SimSun" w:hAnsi="宋体;SimSun"/>
          <w:color w:val="000000"/>
        </w:rPr>
        <w:t xml:space="preserve">C. </w:t>
      </w:r>
      <w:r>
        <w:rPr>
          <w:rFonts w:ascii="宋体;SimSun" w:hAnsi="宋体;SimSun" w:cs="宋体;SimSun"/>
          <w:color w:val="000000"/>
        </w:rPr>
        <w:t>祈（</w:t>
      </w:r>
      <w:r>
        <w:rPr>
          <w:rFonts w:eastAsia="Times New Roman" w:cs="Times New Roman" w:ascii="Times New Roman" w:hAnsi="Times New Roman"/>
          <w:color w:val="000000"/>
        </w:rPr>
        <w:t>qí</w:t>
      </w:r>
      <w:r>
        <w:rPr>
          <w:rFonts w:ascii="宋体;SimSun" w:hAnsi="宋体;SimSun" w:cs="宋体;SimSun"/>
          <w:color w:val="000000"/>
        </w:rPr>
        <w:t>）求   月饼屑（</w:t>
      </w:r>
      <w:r>
        <w:rPr>
          <w:rFonts w:eastAsia="Times New Roman" w:cs="Times New Roman" w:ascii="Times New Roman" w:hAnsi="Times New Roman"/>
          <w:color w:val="000000"/>
        </w:rPr>
        <w:t>xiāo</w:t>
      </w:r>
      <w:r>
        <w:rPr>
          <w:rFonts w:ascii="宋体;SimSun" w:hAnsi="宋体;SimSun" w:cs="宋体;SimSun"/>
          <w:color w:val="000000"/>
        </w:rPr>
        <w:t>）   【丙】拣   【丁】溶</w:t>
      </w:r>
    </w:p>
    <w:p>
      <w:pPr>
        <w:pStyle w:val="Normal"/>
        <w:spacing w:lineRule="auto" w:line="360"/>
        <w:jc w:val="start"/>
        <w:textAlignment w:val="center"/>
        <w:rPr/>
      </w:pPr>
      <w:r>
        <w:rPr>
          <w:rFonts w:eastAsia="宋体;SimSun" w:cs="宋体;SimSun" w:ascii="宋体;SimSun" w:hAnsi="宋体;SimSun"/>
          <w:color w:val="000000"/>
        </w:rPr>
        <w:t xml:space="preserve">D. </w:t>
      </w:r>
      <w:r>
        <w:rPr>
          <w:rFonts w:ascii="宋体;SimSun" w:hAnsi="宋体;SimSun" w:cs="宋体;SimSun"/>
          <w:color w:val="000000"/>
        </w:rPr>
        <w:t>祈（</w:t>
      </w:r>
      <w:r>
        <w:rPr>
          <w:rFonts w:eastAsia="Times New Roman" w:cs="Times New Roman" w:ascii="Times New Roman" w:hAnsi="Times New Roman"/>
          <w:color w:val="000000"/>
        </w:rPr>
        <w:t>qí</w:t>
      </w:r>
      <w:r>
        <w:rPr>
          <w:rFonts w:ascii="宋体;SimSun" w:hAnsi="宋体;SimSun" w:cs="宋体;SimSun"/>
          <w:color w:val="000000"/>
        </w:rPr>
        <w:t>）求   月饼屑（</w:t>
      </w:r>
      <w:r>
        <w:rPr>
          <w:rFonts w:eastAsia="Times New Roman" w:cs="Times New Roman" w:ascii="Times New Roman" w:hAnsi="Times New Roman"/>
          <w:color w:val="000000"/>
        </w:rPr>
        <w:t>xiè</w:t>
      </w:r>
      <w:r>
        <w:rPr>
          <w:rFonts w:ascii="宋体;SimSun" w:hAnsi="宋体;SimSun" w:cs="宋体;SimSun"/>
          <w:color w:val="000000"/>
        </w:rPr>
        <w:t>）    【丙】拣   【丁】融</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文章以“月饼”为线索，写了作者与“月饼”的情缘，请依次用简洁的语言梳理行文思路（每空不超过</w:t>
      </w:r>
      <w:r>
        <w:rPr>
          <w:rFonts w:eastAsia="宋体;SimSun" w:cs="宋体;SimSun" w:ascii="宋体;SimSun" w:hAnsi="宋体;SimSun"/>
          <w:color w:val="000000"/>
        </w:rPr>
        <w:t>5</w:t>
      </w:r>
      <w:r>
        <w:rPr>
          <w:rFonts w:ascii="宋体;SimSun" w:hAnsi="宋体;SimSun" w:cs="宋体;SimSun"/>
          <w:color w:val="000000"/>
        </w:rPr>
        <w:t>个字）。</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color w:val="000000"/>
        </w:rPr>
        <w:t>我看制月饼——</w:t>
      </w:r>
      <w:r>
        <w:rPr>
          <w:rFonts w:ascii="宋体;SimSun" w:hAnsi="宋体;SimSun" w:cs="宋体;SimSun"/>
          <w:color w:val="000000"/>
          <w:u w:val="single"/>
        </w:rPr>
        <w:t xml:space="preserve"> ①</w:t>
      </w:r>
      <w:r>
        <w:rPr>
          <w:rFonts w:eastAsia="宋体;SimSun" w:cs="宋体;SimSun" w:ascii="宋体;SimSun" w:hAnsi="宋体;SimSun"/>
          <w:color w:val="000000"/>
        </w:rPr>
        <w:t>_________——</w:t>
      </w:r>
      <w:r>
        <w:rPr>
          <w:rFonts w:eastAsia="宋体;SimSun" w:cs="宋体;SimSun" w:ascii="宋体;SimSun" w:hAnsi="宋体;SimSun"/>
          <w:color w:val="000000"/>
          <w:u w:val="single"/>
        </w:rPr>
        <w:t xml:space="preserve"> ②</w:t>
      </w:r>
      <w:r>
        <w:rPr>
          <w:rFonts w:eastAsia="宋体;SimSun" w:cs="宋体;SimSun" w:ascii="宋体;SimSun" w:hAnsi="宋体;SimSun"/>
          <w:color w:val="000000"/>
        </w:rPr>
        <w:t>__________——</w:t>
      </w:r>
      <w:r>
        <w:rPr>
          <w:rFonts w:ascii="宋体;SimSun" w:hAnsi="宋体;SimSun" w:cs="宋体;SimSun"/>
          <w:color w:val="000000"/>
        </w:rPr>
        <w:t>我让月饼——</w:t>
      </w:r>
      <w:r>
        <w:rPr>
          <w:rFonts w:ascii="宋体;SimSun" w:hAnsi="宋体;SimSun" w:cs="宋体;SimSun"/>
          <w:color w:val="000000"/>
          <w:u w:val="single"/>
        </w:rPr>
        <w:t>③</w:t>
      </w:r>
      <w:r>
        <w:rPr>
          <w:rFonts w:eastAsia="宋体;SimSun" w:cs="宋体;SimSun" w:ascii="宋体;SimSun" w:hAnsi="宋体;SimSun"/>
          <w:color w:val="000000"/>
        </w:rPr>
        <w:t>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文中两处划线句都是对月饼的描写，请你任选一句，进行赏析。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请你结合文章内容，说一说第⑥段“这块月饼我咀嚼了三十五年”的含义。</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D    18.     (1). </w:t>
      </w:r>
      <w:r>
        <w:rPr>
          <w:rFonts w:eastAsia="宋体;SimSun" w:cs="宋体;SimSun" w:ascii="宋体;SimSun" w:hAnsi="宋体;SimSun"/>
          <w:color w:val="000000"/>
        </w:rPr>
        <w:t>①</w:t>
      </w:r>
      <w:r>
        <w:rPr>
          <w:rFonts w:ascii="宋体;SimSun" w:hAnsi="宋体;SimSun" w:cs="宋体;SimSun"/>
          <w:color w:val="000000"/>
        </w:rPr>
        <w:t>我吃月饼</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我偷月饼</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color w:val="000000"/>
        </w:rPr>
        <w:t>我思念月饼</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w:t>
      </w:r>
      <w:r>
        <w:rPr>
          <w:rFonts w:ascii="宋体;SimSun" w:hAnsi="宋体;SimSun" w:cs="宋体;SimSun"/>
          <w:color w:val="000000"/>
        </w:rPr>
        <w:t>答案示例：【乙】这个句子运用了拟人的修辞手法，用“躺”“望”写出了“我”看见月饼还在的欣喜之情和“我”想偷吃月饼的急切、踏实的心情。</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答题示例：作者通过长久的品味，理解了月饼中蕴含的母亲无私、宽容的爱，以及家乡祭拜月亮、祈求团圆的古老习俗。</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pPr>
      <w:r>
        <w:rPr>
          <w:rFonts w:ascii="宋体;SimSun" w:hAnsi="宋体;SimSun" w:cs="宋体;SimSun"/>
          <w:color w:val="000000"/>
        </w:rPr>
        <w:t>此题考查的是字词的理解和运用。“祈”字是一个易错字，正确的读音为“</w:t>
      </w:r>
      <w:r>
        <w:rPr>
          <w:rFonts w:eastAsia="Malgun Gothic" w:cs="Malgun Gothic" w:ascii="Malgun Gothic" w:hAnsi="Malgun Gothic"/>
          <w:color w:val="000000"/>
        </w:rPr>
        <w:t>qí</w:t>
      </w:r>
      <w:r>
        <w:rPr>
          <w:rFonts w:eastAsia="宋体;SimSun" w:cs="宋体;SimSun" w:ascii="宋体;SimSun" w:hAnsi="宋体;SimSun"/>
          <w:color w:val="000000"/>
        </w:rPr>
        <w:t>”</w:t>
      </w:r>
      <w:r>
        <w:rPr>
          <w:rFonts w:ascii="宋体;SimSun" w:hAnsi="宋体;SimSun" w:cs="宋体;SimSun"/>
          <w:color w:val="000000"/>
        </w:rPr>
        <w:t>，“屑”的正确读音为“</w:t>
      </w:r>
      <w:r>
        <w:rPr>
          <w:rFonts w:eastAsia="Malgun Gothic" w:cs="Malgun Gothic" w:ascii="Malgun Gothic" w:hAnsi="Malgun Gothic"/>
          <w:color w:val="000000"/>
        </w:rPr>
        <w:t>xiè</w:t>
      </w:r>
      <w:r>
        <w:rPr>
          <w:rFonts w:eastAsia="宋体;SimSun" w:cs="宋体;SimSun" w:ascii="宋体;SimSun" w:hAnsi="宋体;SimSun"/>
          <w:color w:val="000000"/>
        </w:rPr>
        <w:t>”</w:t>
      </w:r>
      <w:r>
        <w:rPr>
          <w:rFonts w:ascii="宋体;SimSun" w:hAnsi="宋体;SimSun" w:cs="宋体;SimSun"/>
          <w:color w:val="000000"/>
        </w:rPr>
        <w:t>。“拣”的意思是挑选、选择、拾取，“捡”的意思是拾取。据此丙处应为“拣”。“融”的意思是融化，“溶”的意思是溶化；溶解。据此丁处应为“融”。故选</w:t>
      </w:r>
      <w:r>
        <w:rPr>
          <w:rFonts w:eastAsia="Times New Romance" w:cs="Times New Romance" w:ascii="Times New Romance" w:hAnsi="Times New Romance"/>
          <w:color w:val="000000"/>
        </w:rPr>
        <w:t>D</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文章的梳理。文章第②段写了“我”看制月饼的情形，第③段写“我”吃月饼“每次将月饼切成四等份，每天吃一小块，其余的用纸包好藏在床头”，第④段写“我”头月饼“小心翼翼取出来，掰开五分之一左右，然后包裹好放回原处”，第⑤段当妈妈把月饼给“我”的时候， “我”掰开一半，让妈妈吃，⑥段写时隔三十五年后的今天，看到女儿吃月饼的情形，“我”思念当年的月饼。据此理解作答。</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此题考查</w:t>
      </w:r>
      <w:r>
        <w:rPr>
          <w:rFonts w:ascii="宋体;SimSun" w:hAnsi="宋体;SimSun" w:cs="宋体;SimSun"/>
          <w:color w:val="000000"/>
        </w:rPr>
        <w:drawing>
          <wp:inline distT="0" distB="0" distL="0" distR="0">
            <wp:extent cx="133350" cy="177800"/>
            <wp:effectExtent l="0" t="0" r="0" b="0"/>
            <wp:docPr id="1401"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Image13"/>
                    <pic:cNvPicPr>
                      <a:picLocks noChangeAspect="1" noChangeArrowheads="1"/>
                    </pic:cNvPicPr>
                  </pic:nvPicPr>
                  <pic:blipFill>
                    <a:blip r:embed="rId4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是对句子的赏析。我们可以采用的答题模式是：此句运用了（修辞手法、人物描写方法、词语）</w:t>
      </w:r>
      <w:r>
        <w:rPr>
          <w:rFonts w:eastAsia="Times New Romance" w:cs="Times New Romance" w:ascii="Times New Romance" w:hAnsi="Times New Romance"/>
          <w:color w:val="000000"/>
        </w:rPr>
        <w:t>+</w:t>
      </w:r>
      <w:r>
        <w:rPr>
          <w:rFonts w:ascii="宋体;SimSun" w:hAnsi="宋体;SimSun" w:cs="宋体;SimSun"/>
          <w:color w:val="000000"/>
        </w:rPr>
        <w:t>表达效果（如生动形象、生动细腻）</w:t>
      </w:r>
      <w:r>
        <w:rPr>
          <w:rFonts w:eastAsia="Times New Romance" w:cs="Times New Romance" w:ascii="Times New Romance" w:hAnsi="Times New Romance"/>
          <w:color w:val="000000"/>
        </w:rPr>
        <w:t>+</w:t>
      </w:r>
      <w:r>
        <w:rPr>
          <w:rFonts w:ascii="宋体;SimSun" w:hAnsi="宋体;SimSun" w:cs="宋体;SimSun"/>
          <w:color w:val="000000"/>
        </w:rPr>
        <w:t>写出了的内容</w:t>
      </w:r>
      <w:r>
        <w:rPr>
          <w:rFonts w:eastAsia="Times New Romance" w:cs="Times New Romance" w:ascii="Times New Romance" w:hAnsi="Times New Romance"/>
          <w:color w:val="000000"/>
        </w:rPr>
        <w:t>+</w:t>
      </w:r>
      <w:r>
        <w:rPr>
          <w:rFonts w:ascii="宋体;SimSun" w:hAnsi="宋体;SimSun" w:cs="宋体;SimSun"/>
          <w:color w:val="000000"/>
        </w:rPr>
        <w:t>表达的情感。示例：（</w:t>
      </w:r>
      <w:r>
        <w:rPr>
          <w:rFonts w:eastAsia="Times New Romance" w:cs="Times New Romance" w:ascii="Times New Romance" w:hAnsi="Times New Romance"/>
          <w:color w:val="000000"/>
        </w:rPr>
        <w:t>1</w:t>
      </w:r>
      <w:r>
        <w:rPr>
          <w:rFonts w:ascii="宋体;SimSun" w:hAnsi="宋体;SimSun" w:cs="宋体;SimSun"/>
          <w:color w:val="000000"/>
        </w:rPr>
        <w:t>）“月饼巴掌大小，厚厚的甜甜的馅被一层层的皮包裹着，放在毛毡纸上，沁着一片片油渍，那香甜的滋味像痒痒挠儿，将我的馋虫勾起来”一句运用了“厚厚的”“甜甜的”、“一层层的”、“一片片”一些叠词，使句子有节奏感，形象地写出了月饼对“我”的诱惑。（</w:t>
      </w:r>
      <w:r>
        <w:rPr>
          <w:rFonts w:eastAsia="Times New Romance" w:cs="Times New Romance" w:ascii="Times New Romance" w:hAnsi="Times New Romance"/>
          <w:color w:val="000000"/>
        </w:rPr>
        <w:t>2</w:t>
      </w:r>
      <w:r>
        <w:rPr>
          <w:rFonts w:ascii="宋体;SimSun" w:hAnsi="宋体;SimSun" w:cs="宋体;SimSun"/>
          <w:color w:val="000000"/>
        </w:rPr>
        <w:t>）“我迫不及待地打开箱子，发现诱人的月饼还躺在那儿，并深情地望着我”运用拟人的修辞手法，生动形象地写出了“我”对月饼的渴望。</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文中语句的理解。第⑥段中“这块月饼我咀嚼了三十五年”一句中“咀嚼”在这里意思是比喻对事物反复体会。这里“我”品味的不仅仅是月饼，更重要的是月饼中蕴含的东西，其中有家乡的习俗，有童年的回忆，更多的是母亲对“我”无私的爱。据此理解作答。</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阅读下面材料，完成小题</w:t>
      </w:r>
      <w:r>
        <w:rPr>
          <w:rFonts w:ascii="宋体;SimSun" w:hAnsi="宋体;SimSun" w:cs="宋体;SimSun"/>
          <w:color w:val="000000"/>
        </w:rPr>
        <w:drawing>
          <wp:inline distT="0" distB="0" distL="0" distR="0">
            <wp:extent cx="127000" cy="76200"/>
            <wp:effectExtent l="0" t="0" r="0" b="0"/>
            <wp:docPr id="140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14"/>
                    <pic:cNvPicPr>
                      <a:picLocks noChangeAspect="1" noChangeArrowheads="1"/>
                    </pic:cNvPicPr>
                  </pic:nvPicPr>
                  <pic:blipFill>
                    <a:blip r:embed="rId46"/>
                    <a:srcRect l="-407" t="-407" r="-407" b="-407"/>
                    <a:stretch>
                      <a:fillRect/>
                    </a:stretch>
                  </pic:blipFill>
                  <pic:spPr bwMode="auto">
                    <a:xfrm>
                      <a:off x="0" y="0"/>
                      <a:ext cx="127000" cy="76200"/>
                    </a:xfrm>
                    <a:prstGeom prst="rect">
                      <a:avLst/>
                    </a:prstGeom>
                    <a:noFill/>
                  </pic:spPr>
                </pic:pic>
              </a:graphicData>
            </a:graphic>
          </wp:inline>
        </w:drawing>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小圣施威降大圣</w:t>
      </w:r>
    </w:p>
    <w:p>
      <w:pPr>
        <w:pStyle w:val="Normal"/>
        <w:spacing w:lineRule="auto" w:line="360"/>
        <w:ind w:firstLine="450" w:end="0"/>
        <w:jc w:val="start"/>
        <w:textAlignment w:val="center"/>
        <w:rPr/>
      </w:pPr>
      <w:r>
        <w:rPr>
          <w:rFonts w:ascii="楷体" w:hAnsi="楷体" w:cs="楷体" w:eastAsia="楷体"/>
          <w:color w:val="000000"/>
        </w:rPr>
        <w:t>二郎圆睁凤目观看，见大圣变了麻雀儿，钉在树上，就收了法象，撇了神锋，卸下弹弓，摇身一变，变作个饿鹰儿，抖开翅，飞将去扑打。大圣见了，搜的一翅飞起去，变作一只大鹚（</w:t>
      </w:r>
      <w:r>
        <w:rPr>
          <w:rFonts w:eastAsia="Times New Roman" w:cs="Times New Roman" w:ascii="Times New Roman" w:hAnsi="Times New Roman"/>
          <w:color w:val="000000"/>
        </w:rPr>
        <w:t>cí</w:t>
      </w:r>
      <w:r>
        <w:rPr>
          <w:rFonts w:ascii="楷体" w:hAnsi="楷体" w:cs="楷体" w:eastAsia="楷体"/>
          <w:color w:val="000000"/>
        </w:rPr>
        <w:t>）老，冲天而去。二郎见了，急抖翎毛，摇身一变，变作一只大海鹤，钻上云霄来嗛</w:t>
      </w:r>
      <w:r>
        <w:rPr>
          <w:rFonts w:eastAsia="楷体" w:cs="楷体" w:ascii="楷体" w:hAnsi="楷体"/>
          <w:color w:val="000000"/>
        </w:rPr>
        <w:t>(</w:t>
      </w:r>
      <w:r>
        <w:rPr>
          <w:rFonts w:eastAsia="Times New Roman" w:cs="Times New Roman" w:ascii="Times New Roman" w:hAnsi="Times New Roman"/>
          <w:color w:val="000000"/>
        </w:rPr>
        <w:t>qiè</w:t>
      </w:r>
      <w:r>
        <w:rPr>
          <w:rFonts w:eastAsia="楷体" w:cs="楷体" w:ascii="楷体" w:hAnsi="楷体"/>
          <w:color w:val="000000"/>
        </w:rPr>
        <w:t>)</w:t>
      </w:r>
      <w:r>
        <w:rPr>
          <w:rFonts w:ascii="楷体" w:hAnsi="楷体" w:cs="楷体" w:eastAsia="楷体"/>
          <w:color w:val="000000"/>
        </w:rPr>
        <w:t>。大圣又将身按下，入涧中，变作一个鱼儿，淬入水内。二郎赶至涧边，不见踪迹，心中暗想道</w:t>
      </w:r>
      <w:r>
        <w:rPr>
          <w:rFonts w:eastAsia="楷体" w:cs="楷体" w:ascii="楷体" w:hAnsi="楷体"/>
          <w:color w:val="000000"/>
        </w:rPr>
        <w:t>:“</w:t>
      </w:r>
      <w:r>
        <w:rPr>
          <w:rFonts w:ascii="楷体" w:hAnsi="楷体" w:cs="楷体" w:eastAsia="楷体"/>
          <w:color w:val="000000"/>
        </w:rPr>
        <w:t>这猢狲必然下水去也，定变作鱼虾之类。等我再变变拿他。”果一变变作个鱼鹰儿，飘荡在下溜头波面上。等待片时，那大圣变鱼儿，顺水正游，忽见一只飞禽，似青鹞</w:t>
      </w:r>
      <w:r>
        <w:rPr>
          <w:rFonts w:eastAsia="楷体" w:cs="楷体" w:ascii="楷体" w:hAnsi="楷体"/>
          <w:color w:val="000000"/>
        </w:rPr>
        <w:t>(</w:t>
      </w:r>
      <w:r>
        <w:rPr>
          <w:rFonts w:eastAsia="Times New Roman" w:cs="Times New Roman" w:ascii="Times New Roman" w:hAnsi="Times New Roman"/>
          <w:color w:val="000000"/>
        </w:rPr>
        <w:t>yào</w:t>
      </w:r>
      <w:r>
        <w:rPr>
          <w:rFonts w:eastAsia="楷体" w:cs="楷体" w:ascii="楷体" w:hAnsi="楷体"/>
          <w:color w:val="000000"/>
        </w:rPr>
        <w:t>)</w:t>
      </w:r>
      <w:r>
        <w:rPr>
          <w:rFonts w:ascii="楷体" w:hAnsi="楷体" w:cs="楷体" w:eastAsia="楷体"/>
          <w:color w:val="000000"/>
        </w:rPr>
        <w:t>，毛片不青</w:t>
      </w:r>
      <w:r>
        <w:rPr>
          <w:rFonts w:eastAsia="楷体" w:cs="楷体" w:ascii="楷体" w:hAnsi="楷体"/>
          <w:color w:val="000000"/>
        </w:rPr>
        <w:t>;</w:t>
      </w:r>
      <w:r>
        <w:rPr>
          <w:rFonts w:ascii="楷体" w:hAnsi="楷体" w:cs="楷体" w:eastAsia="楷体"/>
          <w:color w:val="000000"/>
        </w:rPr>
        <w:t>似鹭鸶，顶上无缨</w:t>
      </w:r>
      <w:r>
        <w:rPr>
          <w:rFonts w:eastAsia="楷体" w:cs="楷体" w:ascii="楷体" w:hAnsi="楷体"/>
          <w:color w:val="000000"/>
        </w:rPr>
        <w:t>;</w:t>
      </w:r>
      <w:r>
        <w:rPr>
          <w:rFonts w:ascii="楷体" w:hAnsi="楷体" w:cs="楷体" w:eastAsia="楷体"/>
          <w:color w:val="000000"/>
        </w:rPr>
        <w:t>似老鹳</w:t>
      </w:r>
      <w:r>
        <w:rPr>
          <w:rFonts w:eastAsia="楷体" w:cs="楷体" w:ascii="楷体" w:hAnsi="楷体"/>
          <w:color w:val="000000"/>
        </w:rPr>
        <w:t>(</w:t>
      </w:r>
      <w:r>
        <w:rPr>
          <w:rFonts w:eastAsia="Times New Roman" w:cs="Times New Roman" w:ascii="Times New Roman" w:hAnsi="Times New Roman"/>
          <w:color w:val="000000"/>
        </w:rPr>
        <w:t>guàn</w:t>
      </w:r>
      <w:r>
        <w:rPr>
          <w:rFonts w:eastAsia="楷体" w:cs="楷体" w:ascii="楷体" w:hAnsi="楷体"/>
          <w:color w:val="000000"/>
        </w:rPr>
        <w:t>)</w:t>
      </w:r>
      <w:r>
        <w:rPr>
          <w:rFonts w:ascii="楷体" w:hAnsi="楷体" w:cs="楷体" w:eastAsia="楷体"/>
          <w:color w:val="000000"/>
        </w:rPr>
        <w:t>，腿又不红</w:t>
      </w:r>
      <w:r>
        <w:rPr>
          <w:rFonts w:eastAsia="楷体" w:cs="楷体" w:ascii="楷体" w:hAnsi="楷体"/>
          <w:color w:val="000000"/>
        </w:rPr>
        <w:t>:“</w:t>
      </w:r>
      <w:r>
        <w:rPr>
          <w:rFonts w:ascii="楷体" w:hAnsi="楷体" w:cs="楷体" w:eastAsia="楷体"/>
          <w:color w:val="000000"/>
        </w:rPr>
        <w:t>想是二郎变化了等我哩</w:t>
      </w:r>
      <w:r>
        <w:rPr>
          <w:rFonts w:eastAsia="楷体" w:cs="楷体" w:ascii="楷体" w:hAnsi="楷体"/>
          <w:color w:val="000000"/>
        </w:rPr>
        <w:t>!”</w:t>
      </w:r>
      <w:r>
        <w:rPr>
          <w:rFonts w:ascii="楷体" w:hAnsi="楷体" w:cs="楷体" w:eastAsia="楷体"/>
          <w:color w:val="000000"/>
        </w:rPr>
        <w:t>急转头，打个花就走。二郎看见道</w:t>
      </w:r>
      <w:r>
        <w:rPr>
          <w:rFonts w:eastAsia="楷体" w:cs="楷体" w:ascii="楷体" w:hAnsi="楷体"/>
          <w:color w:val="000000"/>
        </w:rPr>
        <w:t>:“</w:t>
      </w:r>
      <w:r>
        <w:rPr>
          <w:rFonts w:ascii="楷体" w:hAnsi="楷体" w:cs="楷体" w:eastAsia="楷体"/>
          <w:color w:val="000000"/>
        </w:rPr>
        <w:t>打花的鱼儿，似鲤鱼，尾巴不红</w:t>
      </w:r>
      <w:r>
        <w:rPr>
          <w:rFonts w:eastAsia="楷体" w:cs="楷体" w:ascii="楷体" w:hAnsi="楷体"/>
          <w:color w:val="000000"/>
        </w:rPr>
        <w:t>;</w:t>
      </w:r>
      <w:r>
        <w:rPr>
          <w:rFonts w:ascii="楷体" w:hAnsi="楷体" w:cs="楷体" w:eastAsia="楷体"/>
          <w:color w:val="000000"/>
        </w:rPr>
        <w:t>似鳜</w:t>
      </w:r>
      <w:r>
        <w:rPr>
          <w:rFonts w:eastAsia="楷体" w:cs="楷体" w:ascii="楷体" w:hAnsi="楷体"/>
          <w:color w:val="000000"/>
        </w:rPr>
        <w:t>(</w:t>
      </w:r>
      <w:r>
        <w:rPr>
          <w:rFonts w:eastAsia="Times New Roman" w:cs="Times New Roman" w:ascii="Times New Roman" w:hAnsi="Times New Roman"/>
          <w:color w:val="000000"/>
        </w:rPr>
        <w:t>guì</w:t>
      </w:r>
      <w:r>
        <w:rPr>
          <w:rFonts w:eastAsia="楷体" w:cs="楷体" w:ascii="楷体" w:hAnsi="楷体"/>
          <w:color w:val="000000"/>
        </w:rPr>
        <w:t>)</w:t>
      </w:r>
      <w:r>
        <w:rPr>
          <w:rFonts w:ascii="楷体" w:hAnsi="楷体" w:cs="楷体" w:eastAsia="楷体"/>
          <w:color w:val="000000"/>
        </w:rPr>
        <w:t>鱼，花鳞不见</w:t>
      </w:r>
      <w:r>
        <w:rPr>
          <w:rFonts w:eastAsia="楷体" w:cs="楷体" w:ascii="楷体" w:hAnsi="楷体"/>
          <w:color w:val="000000"/>
        </w:rPr>
        <w:t>;</w:t>
      </w:r>
      <w:r>
        <w:rPr>
          <w:rFonts w:ascii="楷体" w:hAnsi="楷体" w:cs="楷体" w:eastAsia="楷体"/>
          <w:color w:val="000000"/>
        </w:rPr>
        <w:t>似黑鱼，头上无星</w:t>
      </w:r>
      <w:r>
        <w:rPr>
          <w:rFonts w:eastAsia="楷体" w:cs="楷体" w:ascii="楷体" w:hAnsi="楷体"/>
          <w:color w:val="000000"/>
        </w:rPr>
        <w:t>;</w:t>
      </w:r>
      <w:r>
        <w:rPr>
          <w:rFonts w:ascii="楷体" w:hAnsi="楷体" w:cs="楷体" w:eastAsia="楷体"/>
          <w:color w:val="000000"/>
        </w:rPr>
        <w:t xml:space="preserve">似鲂鱼，鳃上无针。他怎么见了我就回去了，必然是那猴变的。”赶上来，刷的啄一嘴。那大圣就撺出水中，一变，变作一条水蛇，游近岸，钻入草中。 </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（选自《西游记》）</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夸父逐日</w:t>
      </w:r>
    </w:p>
    <w:p>
      <w:pPr>
        <w:pStyle w:val="Normal"/>
        <w:spacing w:lineRule="auto" w:line="360"/>
        <w:ind w:firstLine="420" w:end="0"/>
        <w:jc w:val="start"/>
        <w:textAlignment w:val="center"/>
        <w:rPr/>
      </w:pPr>
      <w:r>
        <w:rPr>
          <w:rFonts w:ascii="楷体" w:hAnsi="楷体" w:cs="楷体" w:eastAsia="楷体"/>
          <w:color w:val="000000"/>
        </w:rPr>
        <w:t>夸父与日逐走</w:t>
      </w:r>
      <w:r>
        <w:rPr>
          <w:rFonts w:ascii="楷体" w:hAnsi="楷体" w:cs="楷体" w:eastAsia="楷体"/>
          <w:color w:val="000000"/>
          <w:vertAlign w:val="superscript"/>
        </w:rPr>
        <w:t>①</w:t>
      </w:r>
      <w:r>
        <w:rPr>
          <w:rFonts w:ascii="楷体" w:hAnsi="楷体" w:cs="楷体" w:eastAsia="楷体"/>
          <w:color w:val="000000"/>
        </w:rPr>
        <w:t>，入日</w:t>
      </w:r>
      <w:r>
        <w:rPr>
          <w:rFonts w:ascii="楷体" w:hAnsi="楷体" w:cs="楷体" w:eastAsia="楷体"/>
          <w:color w:val="000000"/>
          <w:vertAlign w:val="superscript"/>
        </w:rPr>
        <w:t>②</w:t>
      </w:r>
      <w:r>
        <w:rPr>
          <w:rFonts w:ascii="楷体" w:hAnsi="楷体" w:cs="楷体" w:eastAsia="楷体"/>
          <w:color w:val="000000"/>
        </w:rPr>
        <w:t>；渴，欲得饮</w:t>
      </w:r>
      <w:r>
        <w:rPr>
          <w:rFonts w:ascii="楷体" w:hAnsi="楷体" w:cs="楷体" w:eastAsia="楷体"/>
          <w:color w:val="000000"/>
          <w:vertAlign w:val="superscript"/>
        </w:rPr>
        <w:t>③</w:t>
      </w:r>
      <w:r>
        <w:rPr>
          <w:rFonts w:ascii="楷体" w:hAnsi="楷体" w:cs="楷体" w:eastAsia="楷体"/>
          <w:color w:val="000000"/>
        </w:rPr>
        <w:t>，饮于河、渭</w:t>
      </w:r>
      <w:r>
        <w:rPr>
          <w:rFonts w:ascii="楷体" w:hAnsi="楷体" w:cs="楷体" w:eastAsia="楷体"/>
          <w:color w:val="000000"/>
          <w:vertAlign w:val="superscript"/>
        </w:rPr>
        <w:t>④</w:t>
      </w:r>
      <w:r>
        <w:rPr>
          <w:rFonts w:ascii="楷体" w:hAnsi="楷体" w:cs="楷体" w:eastAsia="楷体"/>
          <w:color w:val="000000"/>
        </w:rPr>
        <w:t>；河、渭不足，北饮大泽</w:t>
      </w:r>
      <w:r>
        <w:rPr>
          <w:rFonts w:ascii="楷体" w:hAnsi="楷体" w:cs="楷体" w:eastAsia="楷体"/>
          <w:color w:val="000000"/>
          <w:vertAlign w:val="superscript"/>
        </w:rPr>
        <w:t>⑤</w:t>
      </w:r>
      <w:r>
        <w:rPr>
          <w:rFonts w:ascii="楷体" w:hAnsi="楷体" w:cs="楷体" w:eastAsia="楷体"/>
          <w:color w:val="000000"/>
        </w:rPr>
        <w:t>。未至，道渴而死</w:t>
      </w:r>
      <w:r>
        <w:rPr>
          <w:rFonts w:ascii="楷体" w:hAnsi="楷体" w:cs="楷体" w:eastAsia="楷体"/>
          <w:color w:val="000000"/>
          <w:vertAlign w:val="superscript"/>
        </w:rPr>
        <w:t>⑥</w:t>
      </w:r>
      <w:r>
        <w:rPr>
          <w:rFonts w:ascii="楷体" w:hAnsi="楷体" w:cs="楷体" w:eastAsia="楷体"/>
          <w:color w:val="000000"/>
        </w:rPr>
        <w:t>。弃</w:t>
      </w:r>
      <w:r>
        <w:rPr>
          <w:rFonts w:ascii="楷体" w:hAnsi="楷体" w:cs="楷体" w:eastAsia="楷体"/>
          <w:color w:val="000000"/>
          <w:vertAlign w:val="superscript"/>
        </w:rPr>
        <w:t>⑦</w:t>
      </w:r>
      <w:r>
        <w:rPr>
          <w:rFonts w:ascii="楷体" w:hAnsi="楷体" w:cs="楷体" w:eastAsia="楷体"/>
          <w:color w:val="000000"/>
        </w:rPr>
        <w:t>其杖，化为邓林</w:t>
      </w:r>
      <w:r>
        <w:rPr>
          <w:rFonts w:ascii="楷体" w:hAnsi="楷体" w:cs="楷体" w:eastAsia="楷体"/>
          <w:color w:val="000000"/>
          <w:vertAlign w:val="superscript"/>
        </w:rPr>
        <w:t>⑦</w:t>
      </w:r>
      <w:r>
        <w:rPr>
          <w:rFonts w:ascii="楷体" w:hAnsi="楷体" w:cs="楷体" w:eastAsia="楷体"/>
          <w:color w:val="000000"/>
        </w:rPr>
        <w:t xml:space="preserve">。 </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（选自《山海经</w:t>
      </w:r>
      <w:r>
        <w:rPr>
          <w:rFonts w:eastAsia="楷体" w:cs="楷体" w:ascii="楷体" w:hAnsi="楷体"/>
          <w:color w:val="000000"/>
        </w:rPr>
        <w:t>·</w:t>
      </w:r>
      <w:r>
        <w:rPr>
          <w:rFonts w:ascii="楷体" w:hAnsi="楷体" w:cs="楷体" w:eastAsia="楷体"/>
          <w:color w:val="000000"/>
        </w:rPr>
        <w:t>海外北经》）</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注释】①逐走：赛跑。逐：竞争。走：跑。②入日：追赶到太阳落下的地方。③欲得饮：很想能够喝水解渴。④河，渭：黄河，渭水。⑤大泽：大湖。⑥道渴而死：半路上因口渴而死去。⑦弃：遗弃。⑧邓林：地名，现在在大别山附近河南、湖北、安徽三省交界处。邓林既“桃林”。</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《西游记》作者是</w:t>
      </w:r>
      <w:r>
        <w:rPr>
          <w:rFonts w:eastAsia="宋体;SimSun" w:cs="宋体;SimSun" w:ascii="宋体;SimSun" w:hAnsi="宋体;SimSun"/>
          <w:color w:val="000000"/>
        </w:rPr>
        <w:t>___________</w:t>
      </w:r>
      <w:r>
        <w:rPr>
          <w:rFonts w:ascii="宋体;SimSun" w:hAnsi="宋体;SimSun" w:cs="宋体;SimSun"/>
          <w:color w:val="000000"/>
        </w:rPr>
        <w:t>。请你写出一个《西游记》中含有数字的故事情节</w:t>
      </w:r>
      <w:r>
        <w:rPr>
          <w:rFonts w:eastAsia="宋体;SimSun" w:cs="宋体;SimSun" w:ascii="宋体;SimSun" w:hAnsi="宋体;SimSun"/>
          <w:color w:val="000000"/>
        </w:rPr>
        <w:t>______________________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color w:val="000000"/>
        </w:rPr>
        <w:t>想象是人类与生俱来的一种能力。阅读上面两段文字，说说在发挥想象方面你获得的启示。</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21.     (1). </w:t>
      </w:r>
      <w:r>
        <w:rPr>
          <w:rFonts w:ascii="宋体;SimSun" w:hAnsi="宋体;SimSun" w:cs="宋体;SimSun"/>
          <w:color w:val="000000"/>
        </w:rPr>
        <w:t>吴承恩</w:t>
      </w:r>
      <w:r>
        <w:rPr>
          <w:color w:val="000000"/>
        </w:rPr>
        <w:t xml:space="preserve">    </w:t>
      </w:r>
      <w:r>
        <w:rPr>
          <w:color w:val="000000"/>
        </w:rPr>
        <w:t xml:space="preserve">(2). </w:t>
      </w:r>
      <w:r>
        <w:rPr>
          <w:rFonts w:ascii="宋体;SimSun" w:hAnsi="宋体;SimSun" w:cs="宋体;SimSun"/>
          <w:color w:val="000000"/>
        </w:rPr>
        <w:t>三打白骨精（ 三调芭蕉扇）等</w:t>
      </w:r>
      <w:r>
        <w:rPr>
          <w:color w:val="000000"/>
        </w:rPr>
        <w:t xml:space="preserve">    </w:t>
      </w:r>
    </w:p>
    <w:p>
      <w:pPr>
        <w:pStyle w:val="Normal"/>
        <w:spacing w:lineRule="auto" w:line="360"/>
        <w:textAlignment w:val="center"/>
        <w:rPr/>
      </w:pPr>
      <w:r>
        <w:rPr>
          <w:color w:val="000000"/>
        </w:rPr>
        <w:t xml:space="preserve">22. </w:t>
      </w:r>
      <w:r>
        <w:rPr>
          <w:rFonts w:ascii="宋体;SimSun" w:hAnsi="宋体;SimSun" w:cs="宋体;SimSun"/>
          <w:color w:val="000000"/>
        </w:rPr>
        <w:t>两个文本都有神话色彩，人物都有超能力；想象要大胆，敢于创新；想象要在生活真实的基础上，合情合理。</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此题考查的是名著的知识积累。《西游记》是中国古代第一部浪漫主义章回体长篇神魔小说。作者是明代吴承恩。书中含有数字的情节有三打白骨精，三调芭蕉扇等。据此作答。</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写作手法的理解。想象它是一种特殊的思维形式。是人在头脑里对已储存的表象进行加工改造形成新形象的心理过程。它能突破时间和空间的束缚。想象能起到对机体的调节作用，还能起到预见未来的作用。两篇文章都是神话，都借助了丰富的想象，如，《西游记》中的天兵天将，取经途中的种种磨难，各种妖魔等，《夸父逐日》中对夸父的描写等，想象能丰富文章内容，使人物形象更丰满、生动，性格更鲜明突出，情节更生动感人，增添艺术感染力。</w:t>
      </w:r>
    </w:p>
    <w:p>
      <w:pPr>
        <w:pStyle w:val="Heading3"/>
      </w:pPr>
      <w:r>
        <w:t>房山区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22</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（一）（共</w:t>
      </w:r>
      <w:r>
        <w:rPr>
          <w:rFonts w:eastAsia="宋体;SimSun" w:cs="宋体;SimSun" w:ascii="宋体;SimSun" w:hAnsi="宋体;SimSun"/>
          <w:b/>
          <w:color w:val="000000"/>
          <w:sz w:val="24"/>
        </w:rPr>
        <w:t>12</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阅读《小狗包弟》，完成下面小题。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小狗包弟</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巴金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那是</w:t>
      </w:r>
      <w:r>
        <w:rPr>
          <w:rFonts w:eastAsia="楷体" w:cs="楷体" w:ascii="楷体" w:hAnsi="楷体"/>
          <w:color w:val="000000"/>
        </w:rPr>
        <w:t>1959</w:t>
      </w:r>
      <w:r>
        <w:rPr>
          <w:rFonts w:ascii="楷体" w:hAnsi="楷体" w:cs="楷体" w:eastAsia="楷体"/>
          <w:color w:val="000000"/>
        </w:rPr>
        <w:t>年的事情，当时一位熟人给调到北京工作，要将全家迁去，想把他养的小狗送给我，因为我家里有一块草地，适合养狗的条件。我答应了，我的儿子也很高兴。狗来了，是一条日本种的黄毛小狗，干干净净，而且有一种本领：它有什么要求时就立起身子，把两只前脚并在一起不停地作揖。</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包弟在我们家待了七年，同我们一家人处得很好。它不咬人，见到陌生人，在大门口吠一阵，我们一声叫唤，它就跑开了。夜晚篱笆外面人行道上常常有人走过，它听见某种声音就会朝着篱笆又跑又叫，叫声的确有点刺耳，但它也只是叫几声就安静了。它在院子里和草地上的时候多些，有时我们在客厅里接待客人或者同老朋友聊天，它会进来作几个揖，讨糖果吃，引起客人发笑。日本朋友对它更感兴趣，有一次大概在</w:t>
      </w:r>
      <w:r>
        <w:rPr>
          <w:rFonts w:eastAsia="楷体" w:cs="楷体" w:ascii="楷体" w:hAnsi="楷体"/>
          <w:color w:val="000000"/>
        </w:rPr>
        <w:t>1963</w:t>
      </w:r>
      <w:r>
        <w:rPr>
          <w:rFonts w:ascii="楷体" w:hAnsi="楷体" w:cs="楷体" w:eastAsia="楷体"/>
          <w:color w:val="000000"/>
        </w:rPr>
        <w:t>年或以后的夏天，一家日本通讯社到我家来拍电视片，就拍摄了包弟的镜头。又有一次日本作家由起女士访问上海，来我家做客，对日本产的包弟非常喜欢，她说她在东京家中也养了狗。两年以后，她再到北京参加亚非作家紧急会议，看见我她就问：“您的小狗怎样？”听我说包弟很好，她笑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我的爱人萧珊也喜欢包弟。在三年困难时期，我们每次到文化俱乐部吃饭，她总要向服务员讨一点骨头回去喂包弟。</w:t>
      </w:r>
      <w:r>
        <w:rPr>
          <w:rFonts w:eastAsia="楷体" w:cs="楷体" w:ascii="楷体" w:hAnsi="楷体"/>
          <w:color w:val="000000"/>
        </w:rPr>
        <w:t>1962</w:t>
      </w:r>
      <w:r>
        <w:rPr>
          <w:rFonts w:ascii="楷体" w:hAnsi="楷体" w:cs="楷体" w:eastAsia="楷体"/>
          <w:color w:val="000000"/>
        </w:rPr>
        <w:t>年我们夫妇带着孩子在广州过了春节，回到上海，听妹妹们说，我们在广州的时候，睡房门紧闭，包弟每天清早守在房门口等候我们出来。它天天这样，从不厌倦。它看见我们回来，特别是看到萧珊，不住地摇头摆尾，那种高兴、亲热的样子，现在想起来我还很感动。我仿佛又听见由起女士的问话：“您的小狗怎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您的小狗怎样？”倘使我能够再见到那位日本女作家，她一定会拿同样的一句话问我。她的关心是不会减少的，然而我已经没有小狗了。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eastAsia="楷体" w:cs="楷体" w:ascii="楷体" w:hAnsi="楷体"/>
          <w:color w:val="000000"/>
        </w:rPr>
        <w:t>1966</w:t>
      </w:r>
      <w:r>
        <w:rPr>
          <w:rFonts w:ascii="楷体" w:hAnsi="楷体" w:cs="楷体" w:eastAsia="楷体"/>
          <w:color w:val="000000"/>
        </w:rPr>
        <w:t>年</w:t>
      </w:r>
      <w:r>
        <w:rPr>
          <w:rFonts w:eastAsia="楷体" w:cs="楷体" w:ascii="楷体" w:hAnsi="楷体"/>
          <w:color w:val="000000"/>
        </w:rPr>
        <w:t>8</w:t>
      </w:r>
      <w:r>
        <w:rPr>
          <w:rFonts w:ascii="楷体" w:hAnsi="楷体" w:cs="楷体" w:eastAsia="楷体"/>
          <w:color w:val="000000"/>
        </w:rPr>
        <w:t>月下旬红卫兵开始上街抄四旧的时候，包弟变成了我们家的一个大包袱，晚上附近的小孩时常打门大喊大嚷，说是要杀小狗。听见包弟尖声吠叫，我就胆战心惊，害怕这种叫声会把抄四旧的红卫兵引到我家里来。当时我已经处于半靠边的状态，傍晚我们在院子里乘凉，孩子们都劝我把包弟送走，我请我的大妹妹设法。可是在这时节谁愿意接受这样的礼物呢？据说只好送给医院由科研人员拿来做实验用，我们不愿意。以前看见包弟作揖，我就想笑，这些天我在机关学习后回家，包弟向我作揖讨东西吃，我却暗暗地流泪。</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形势越来越紧。我们隔壁住着一位年老的工商业者，原先是某工厂的老板，住屋是他自己修建的，同我的院子只隔了一道竹篱。有人到他家去抄四旧了。隔壁人家的一动一静，我们听得清清楚楚，从篱笆缝里也看得见一些情况。这个晚上附近小孩几次打门捉小狗，幸而包弟不曾出来乱叫，也没有给捉了去。这是我六十多年来第一次看见抄家，人们拿着东西进进出出，一些人在大声叱骂，有人摔破坛坛罐罐。这情景实在可怕。十多天来我就睡不好觉，这一夜我想得更多，同萧珊谈起包弟的事情，我们最后决定把包弟送到医院去，交给我的大妹妹去办。</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包弟送走后，我下班回家，听不见狗叫声，看不见包弟向我作揖、跟着我进屋，我反而感到轻松，真是一种摔掉包袱的感觉。但是在我吞了两片眠尔通、上床许久还不能入睡的时候，我不由自主地想到了包弟，想来想去，我又觉得我不但不曾摔掉什么，反而背上了更加沉重的包袱。在我眼前出现的不是摇头摆尾、连连作揖的小狗，而是躺在解剖桌上给割开肚皮的包弟。我再往下想，不仅是小狗包弟，连我自己也在受解剖。不能保护一条小狗，我感到羞耻；为了想保全自己，我把包弟送到解剖桌上，我瞧不起自己，我不能原谅自己！我就这样可耻地开始了十年浩劫中逆来顺受的苦难生活。一方面责备自己，另一方面又想保全自己，不要让一家人跟自己一起堕入地狱。我自己终于也变成了包弟，没有死在解剖桌上，倒是我的幸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整整十三年零五个月过去了。我仍然住在这所楼房里，每天清早我在院子里散步，脚下是一片衰草……我想念过去同我一起散步的人，在绿草如茵的时节，她常常弯着身子，或者坐在地上拔除杂草，在午饭前后她有时逗着包弟玩。……我好像做了一场大梦。满身的创伤使我的心仿佛又给放在油锅里熬煎。这样的熬煎是不会有终结的，除非我给自己过去十年的苦难生活作了总结，还清了心灵上的欠债。这绝不是容易的事。那么我今后的日子不会是好过的吧。但是那十年我也活过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即使在“说谎成风”的时期，人对自己也不会讲假话，何况在今天，我不怕大家嘲笑，我要说：我怀念包弟，我想向它表示歉意。</w:t>
      </w:r>
    </w:p>
    <w:p>
      <w:pPr>
        <w:pStyle w:val="Normal"/>
        <w:spacing w:lineRule="auto" w:line="360"/>
        <w:ind w:firstLine="420" w:end="0"/>
        <w:jc w:val="end"/>
        <w:textAlignment w:val="center"/>
        <w:rPr>
          <w:rFonts w:ascii="楷体" w:hAnsi="楷体" w:eastAsia="楷体" w:cs="楷体"/>
          <w:color w:val="000000"/>
        </w:rPr>
      </w:pPr>
      <w:r>
        <w:rPr>
          <w:rFonts w:eastAsia="楷体" w:cs="楷体" w:ascii="楷体" w:hAnsi="楷体"/>
          <w:color w:val="000000"/>
        </w:rPr>
        <w:t>1980</w:t>
      </w:r>
      <w:r>
        <w:rPr>
          <w:rFonts w:ascii="楷体" w:hAnsi="楷体" w:cs="楷体" w:eastAsia="楷体"/>
          <w:color w:val="000000"/>
        </w:rPr>
        <w:t>年</w:t>
      </w:r>
      <w:r>
        <w:rPr>
          <w:rFonts w:eastAsia="楷体" w:cs="楷体" w:ascii="楷体" w:hAnsi="楷体"/>
          <w:color w:val="000000"/>
        </w:rPr>
        <w:t>1</w:t>
      </w:r>
      <w:r>
        <w:rPr>
          <w:rFonts w:ascii="楷体" w:hAnsi="楷体" w:cs="楷体" w:eastAsia="楷体"/>
          <w:color w:val="000000"/>
        </w:rPr>
        <w:t>月</w:t>
      </w:r>
      <w:r>
        <w:rPr>
          <w:rFonts w:eastAsia="楷体" w:cs="楷体" w:ascii="楷体" w:hAnsi="楷体"/>
          <w:color w:val="000000"/>
        </w:rPr>
        <w:t>4</w:t>
      </w:r>
      <w:r>
        <w:rPr>
          <w:rFonts w:ascii="楷体" w:hAnsi="楷体" w:cs="楷体" w:eastAsia="楷体"/>
          <w:color w:val="000000"/>
        </w:rPr>
        <w:t>日</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（选自巴金《随想录》，有删减）</w:t>
      </w:r>
    </w:p>
    <w:p>
      <w:pPr>
        <w:pStyle w:val="Normal"/>
        <w:spacing w:lineRule="auto" w:line="360"/>
        <w:jc w:val="start"/>
        <w:textAlignment w:val="center"/>
        <w:rPr/>
      </w:pPr>
      <w:r>
        <w:rPr/>
        <w:t xml:space="preserve">14. </w:t>
      </w:r>
      <w:r>
        <w:rPr/>
        <w:t>依据全文，用简洁的语言把下面的表格补充完整。</w:t>
      </w:r>
    </w:p>
    <w:tbl>
      <w:tblPr>
        <w:tblW w:w="5000" w:type="pct"/>
        <w:jc w:val="start"/>
        <w:tblInd w:w="0" w:type="dxa"/>
        <w:tblLayout w:type="fixed"/>
        <w:tblCellMar>
          <w:top w:w="75" w:type="dxa"/>
          <w:start w:w="108" w:type="dxa"/>
          <w:bottom w:w="75" w:type="dxa"/>
          <w:end w:w="108" w:type="dxa"/>
        </w:tblCellMar>
      </w:tblPr>
      <w:tblGrid>
        <w:gridCol w:w="4876"/>
        <w:gridCol w:w="4876"/>
      </w:tblGrid>
      <w:tr>
        <w:trPr>
          <w:trHeight w:val="330" w:hRule="atLeast"/>
        </w:trPr>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情节发展的不同阶段</w:t>
            </w:r>
          </w:p>
        </w:tc>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w:t>
            </w:r>
            <w:r>
              <w:rPr>
                <w:rFonts w:ascii="宋体;SimSun" w:hAnsi="宋体;SimSun" w:cs="宋体;SimSun"/>
                <w:color w:val="000000"/>
                <w:kern w:val="2"/>
                <w:sz w:val="21"/>
                <w:szCs w:val="22"/>
                <w:lang w:bidi="ar-SA"/>
              </w:rPr>
              <w:t>我”的情感脉络</w:t>
            </w:r>
          </w:p>
        </w:tc>
      </w:tr>
      <w:tr>
        <w:trPr>
          <w:trHeight w:val="330" w:hRule="atLeast"/>
        </w:trPr>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小狗来到我家至红卫兵抄四旧前</w:t>
            </w:r>
          </w:p>
        </w:tc>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开心</w:t>
            </w:r>
          </w:p>
        </w:tc>
      </w:tr>
      <w:tr>
        <w:trPr>
          <w:trHeight w:val="330" w:hRule="atLeast"/>
        </w:trPr>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红卫兵抄四旧至送走小狗之前</w:t>
            </w:r>
          </w:p>
        </w:tc>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①</w:t>
            </w:r>
          </w:p>
        </w:tc>
      </w:tr>
      <w:tr>
        <w:trPr>
          <w:trHeight w:val="330" w:hRule="atLeast"/>
        </w:trPr>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②</w:t>
            </w:r>
          </w:p>
        </w:tc>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轻松</w:t>
            </w:r>
          </w:p>
        </w:tc>
      </w:tr>
      <w:tr>
        <w:trPr>
          <w:trHeight w:val="330" w:hRule="atLeast"/>
        </w:trPr>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ascii="宋体;SimSun" w:hAnsi="宋体;SimSun" w:cs="宋体;SimSun"/>
                <w:color w:val="000000"/>
                <w:kern w:val="2"/>
                <w:sz w:val="21"/>
                <w:szCs w:val="22"/>
                <w:lang w:bidi="ar-SA"/>
              </w:rPr>
              <w:t>失眠的夜晚至多年以后</w:t>
            </w:r>
          </w:p>
        </w:tc>
        <w:tc>
          <w:tcPr>
            <w:tcW w:w="4876"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2"/>
                <w:lang w:bidi="ar-SA"/>
              </w:rPr>
            </w:pPr>
            <w:r>
              <w:rPr>
                <w:rFonts w:eastAsia="宋体;SimSun" w:cs="宋体;SimSun" w:ascii="宋体;SimSun" w:hAnsi="宋体;SimSun"/>
                <w:color w:val="000000"/>
                <w:kern w:val="2"/>
                <w:sz w:val="21"/>
                <w:szCs w:val="22"/>
                <w:lang w:bidi="ar-SA"/>
              </w:rPr>
              <w:t>③</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阅读①</w:t>
      </w:r>
      <w:r>
        <w:rPr>
          <w:rFonts w:eastAsia="宋体;SimSun" w:cs="宋体;SimSun" w:ascii="宋体;SimSun" w:hAnsi="宋体;SimSun"/>
          <w:color w:val="000000"/>
        </w:rPr>
        <w:t>~⑤</w:t>
      </w:r>
      <w:r>
        <w:rPr>
          <w:rFonts w:ascii="宋体;SimSun" w:hAnsi="宋体;SimSun" w:cs="宋体;SimSun"/>
          <w:color w:val="000000"/>
        </w:rPr>
        <w:t>段，说说“我这些天在机关学习后回家，包弟向我作揖讨东西吃，我却暗暗地流泪”的原因。</w:t>
      </w:r>
    </w:p>
    <w:p>
      <w:pPr>
        <w:pStyle w:val="Normal"/>
        <w:spacing w:lineRule="auto" w:line="360"/>
        <w:jc w:val="start"/>
        <w:textAlignment w:val="center"/>
        <w:rPr/>
      </w:pPr>
      <w:r>
        <w:rPr>
          <w:rFonts w:eastAsia="宋体;SimSun" w:cs="宋体;SimSun" w:ascii="宋体;SimSun" w:hAnsi="宋体;SimSun"/>
          <w:color w:val="000000"/>
        </w:rPr>
        <w:t xml:space="preserve">16. </w:t>
      </w:r>
      <w:r>
        <w:rPr>
          <w:rFonts w:ascii="宋体;SimSun" w:hAnsi="宋体;SimSun" w:cs="宋体;SimSun"/>
          <w:color w:val="000000"/>
        </w:rPr>
        <w:t>依据上下文，谈谈你对第⑦段划线句“我自己终于也变成了包弟”这句话</w:t>
      </w:r>
      <w:r>
        <w:rPr>
          <w:rFonts w:ascii="宋体;SimSun" w:hAnsi="宋体;SimSun" w:cs="宋体;SimSun"/>
          <w:color w:val="000000"/>
        </w:rPr>
        <w:drawing>
          <wp:inline distT="0" distB="0" distL="0" distR="0">
            <wp:extent cx="133350" cy="177800"/>
            <wp:effectExtent l="0" t="0" r="0" b="0"/>
            <wp:docPr id="1405"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8"/>
                    <pic:cNvPicPr>
                      <a:picLocks noChangeAspect="1" noChangeArrowheads="1"/>
                    </pic:cNvPicPr>
                  </pic:nvPicPr>
                  <pic:blipFill>
                    <a:blip r:embed="rId47"/>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理解。</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结合文章内容，以“他是一个</w:t>
      </w:r>
      <w:r>
        <w:rPr>
          <w:rFonts w:eastAsia="宋体;SimSun" w:cs="宋体;SimSun" w:ascii="宋体;SimSun" w:hAnsi="宋体;SimSun"/>
          <w:color w:val="000000"/>
        </w:rPr>
        <w:t>________</w:t>
      </w:r>
      <w:r>
        <w:rPr>
          <w:rFonts w:ascii="宋体;SimSun" w:hAnsi="宋体;SimSun" w:cs="宋体;SimSun"/>
          <w:color w:val="000000"/>
        </w:rPr>
        <w:t>的人”作为开头，说说你对作者巴金的认识。</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w:t>
      </w:r>
      <w:r>
        <w:rPr>
          <w:rFonts w:eastAsia="宋体;SimSun" w:cs="宋体;SimSun" w:ascii="宋体;SimSun" w:hAnsi="宋体;SimSun"/>
          <w:color w:val="000000"/>
        </w:rPr>
        <w:t>①</w:t>
      </w:r>
      <w:r>
        <w:rPr>
          <w:rFonts w:ascii="宋体;SimSun" w:hAnsi="宋体;SimSun" w:cs="宋体;SimSun"/>
          <w:color w:val="000000"/>
        </w:rPr>
        <w:t>担忧    ②刚刚送走小狗    ③自责</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15. </w:t>
      </w:r>
      <w:r>
        <w:rPr>
          <w:rFonts w:ascii="宋体;SimSun" w:hAnsi="宋体;SimSun" w:cs="宋体;SimSun"/>
          <w:color w:val="000000"/>
        </w:rPr>
        <w:t>答案示例：小狗包弟干净、乖巧可爱，我和我的家人朋友都很喜欢它。可是在“破四旧”运动中，我却不能保护它。看到小狗向我作揖讨东西吃，想到即将永远失去这条小狗，我痛苦难过，所以才会“暗暗地流泪”。</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16. </w:t>
      </w:r>
      <w:r>
        <w:rPr>
          <w:rFonts w:ascii="宋体;SimSun" w:hAnsi="宋体;SimSun" w:cs="宋体;SimSun"/>
          <w:color w:val="000000"/>
        </w:rPr>
        <w:t>答案示例：“我”为了不给自己和家人招致更大的麻烦，将小狗送去解剖。这样做给“我”带来的轻松感觉是短暂的，“我”的良知告诉我这种行为是可耻的。“我也终于变成了包弟”这句话是说“我”也同样被解剖，良知如同一把手术刀，解剖的是“我”的品行。</w:t>
      </w:r>
      <w:r>
        <w:rPr>
          <w:color w:val="000000"/>
        </w:rPr>
        <w:t xml:space="preserve">    </w:t>
      </w:r>
    </w:p>
    <w:p>
      <w:pPr>
        <w:pStyle w:val="Normal"/>
        <w:spacing w:lineRule="auto" w:line="360"/>
        <w:textAlignment w:val="center"/>
        <w:rPr/>
      </w:pPr>
      <w:r>
        <w:rPr>
          <w:color w:val="000000"/>
        </w:rPr>
        <w:t xml:space="preserve">17. </w:t>
      </w:r>
      <w:r>
        <w:rPr>
          <w:rFonts w:ascii="宋体;SimSun" w:hAnsi="宋体;SimSun" w:cs="宋体;SimSun"/>
          <w:color w:val="000000"/>
        </w:rPr>
        <w:t>答案示例：他是一个有仁爱之心、善于自省、严于律己的有良知的人。巴金先生深深地爱着小狗包弟。文革期间，他在迫不得已的情况下送走了包弟，自己陷入了深深地自责，多年以后还是不能原谅自己。他这个无辜的受害者，不去指责别人，而是在不断地反思自己，让人敬佩。</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对文章的内容梳理和概括。阅读文本，理清故事情节，根据题目要求筛选相关的词句概括作答。答题时要尽可能仿照题目中的示例形式作答。红卫兵抄四旧至送走小狗之前，结合第⑥段“这情景实在可怕。十多天来我就睡不好觉”可知我很担忧；由第⑦段“包弟送走后，我下班回家，听不见狗叫声，看不见包弟向我作揖、跟着我进屋，我反而感到轻松”可以概括出“送走小狗”；失眠的夜晚至多年以后，第⑦段“不能保护一条小狗，我感到羞耻……我瞧不起自己，我不能原谅自己”可概括出“羞耻、自责”作答。</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pPr>
      <w:r>
        <w:rPr>
          <w:rFonts w:ascii="宋体;SimSun" w:hAnsi="宋体;SimSun" w:cs="宋体;SimSun"/>
          <w:color w:val="000000"/>
        </w:rPr>
        <w:t>本题考查对文章内容的理解。结合第⑤段内容“</w:t>
      </w:r>
      <w:r>
        <w:rPr>
          <w:rFonts w:eastAsia="Times New Romance" w:cs="Times New Romance" w:ascii="Times New Romance" w:hAnsi="Times New Romance"/>
          <w:color w:val="000000"/>
        </w:rPr>
        <w:t>1966</w:t>
      </w:r>
      <w:r>
        <w:rPr>
          <w:rFonts w:ascii="宋体;SimSun" w:hAnsi="宋体;SimSun" w:cs="宋体;SimSun"/>
          <w:color w:val="000000"/>
        </w:rPr>
        <w:t>年</w:t>
      </w:r>
      <w:r>
        <w:rPr>
          <w:rFonts w:eastAsia="Times New Romance" w:cs="Times New Romance" w:ascii="Times New Romance" w:hAnsi="Times New Romance"/>
          <w:color w:val="000000"/>
        </w:rPr>
        <w:t>8</w:t>
      </w:r>
      <w:r>
        <w:rPr>
          <w:rFonts w:ascii="宋体;SimSun" w:hAnsi="宋体;SimSun" w:cs="宋体;SimSun"/>
          <w:color w:val="000000"/>
        </w:rPr>
        <w:t>月下旬红卫兵开始上街抄四旧的时候，包弟变成了我们家的一个大包袱，晚上附近的小孩时常打门大喊大嚷，说是要杀小狗。听见包弟尖声吠叫，我就胆战心惊，害怕这种叫声会把抄四旧的红卫兵引到我家里来。当时我已经处于半靠边的状态，傍晚我们在院子里乘凉，孩子们都劝我把包弟送走，我请我的大妹妹设法。可是在这时节谁愿意接受这样的礼物呢？据说只好送给医院由科研人员拿来做实验用，我们不愿意。”理解，作者很喜欢包弟，但是“破四旧”环境中，我自身都难保，更保护不了小狗。如果失去小狗，我会很痛苦，很难过，所以“暗暗地流泪”。</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pPr>
      <w:r>
        <w:rPr>
          <w:rFonts w:ascii="宋体;SimSun" w:hAnsi="宋体;SimSun" w:cs="宋体;SimSun"/>
          <w:color w:val="000000"/>
        </w:rPr>
        <w:t>本题考查对文章内容</w:t>
      </w:r>
      <w:r>
        <w:rPr>
          <w:rFonts w:ascii="宋体;SimSun" w:hAnsi="宋体;SimSun" w:cs="宋体;SimSun"/>
          <w:color w:val="000000"/>
        </w:rPr>
        <w:drawing>
          <wp:inline distT="0" distB="0" distL="0" distR="0">
            <wp:extent cx="133350" cy="177800"/>
            <wp:effectExtent l="0" t="0" r="0" b="0"/>
            <wp:docPr id="140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9"/>
                    <pic:cNvPicPr>
                      <a:picLocks noChangeAspect="1" noChangeArrowheads="1"/>
                    </pic:cNvPicPr>
                  </pic:nvPicPr>
                  <pic:blipFill>
                    <a:blip r:embed="rId4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理解。需联系上下文语境分析。文中的小狗干净、乖巧可爱，我和我的家人朋友都很喜欢它。可是在“破四旧”运动中，我因为保护不了它。无奈送到医院由科研人员拿来解剖做实验。送走包弟之后，短暂的内心的安宁与轻松，后来写自己的忏悔，陷入沉重的自责，内心不得安宁。“我也终于变成了包弟”这句话是说“我”也同样被解剖，我的愧疚、自责、良知如同一把手术刀，解剖的是“我”的品行、心灵。作者为没有保全小狗包弟而痛心疾首地解剖自己，对灵魂的挖掘可谓深刻。</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人物形象的分析和把握。分析一个人的形象时，一定要根据文章内容、故事情节、人物的言行举止来整体感知的。概括时要做到既全面，又要突出重点。根据文中情节可知人物形象。作者和家人们都很喜欢小狗，可见他是一个有爱心、爱护小动物的人；在“破四旧”运动中，我却不能保护它。只能送到医院给科学教做解剖用，想到即将永远失去这条小狗，我痛苦、难过，“暗暗地流泪”。“不能保护一条小狗，我感到羞耻；为了想保全自己，我把包弟送到解剖桌上，我瞧不起自己，我不能原谅自己”，在文革中，他也是受害者啊！他没有抱怨，没有指责别人，反而在不断地反省自己，可见他是一位严于律己、善良、有良知的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（二）（共</w:t>
      </w:r>
      <w:r>
        <w:rPr>
          <w:rFonts w:eastAsia="宋体;SimSun" w:cs="宋体;SimSun" w:ascii="宋体;SimSun" w:hAnsi="宋体;SimSun"/>
          <w:b/>
          <w:color w:val="000000"/>
          <w:sz w:val="24"/>
        </w:rPr>
        <w:t>10</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阅读《塞罕坝：美在风景，美在精神》，完成下面小题。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塞罕坝：美在风景，美在精神</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来到河北北部的塞罕坝，看到一望无际的林海，绿色前呼后拥般扑向眼帘，让人不由得心旷神怡。塞罕坝的美，不是小家碧玉般的清秀，而是自有一种阔大的气象。杜甫有诗云“青松寒不落，碧海阔愈澄”，或许正适合描述这里。</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在塞罕坝，不难看到这样一条简介：“水的源头，云的故乡，花的世界，林的海洋，珍禽异兽的天堂。”今天的塞罕坝，游人如织。林海湿地、百草千花，莫不可供流连赏玩。</w:t>
      </w:r>
      <w:r>
        <w:rPr>
          <w:rFonts w:ascii="楷体" w:hAnsi="楷体" w:cs="楷体" w:eastAsia="楷体"/>
          <w:color w:val="000000"/>
          <w:u w:val="single"/>
        </w:rPr>
        <w:t>然而翻出近</w:t>
      </w:r>
      <w:r>
        <w:rPr>
          <w:rFonts w:eastAsia="楷体" w:cs="楷体" w:ascii="楷体" w:hAnsi="楷体"/>
          <w:color w:val="000000"/>
          <w:u w:val="single"/>
        </w:rPr>
        <w:t>60</w:t>
      </w:r>
      <w:r>
        <w:rPr>
          <w:rFonts w:ascii="楷体" w:hAnsi="楷体" w:cs="楷体" w:eastAsia="楷体"/>
          <w:color w:val="000000"/>
          <w:u w:val="single"/>
        </w:rPr>
        <w:t>年前的照片，却是一副“大漠风尘日色昏”的样子，草木稀疏，沙漠广布，一派萧条景象。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塞罕坝经历了怎样的沧桑巨变</w:t>
      </w:r>
      <w:r>
        <w:rPr>
          <w:rFonts w:eastAsia="楷体" w:cs="楷体" w:ascii="楷体" w:hAnsi="楷体"/>
          <w:color w:val="000000"/>
        </w:rPr>
        <w:t>?</w:t>
      </w:r>
      <w:r>
        <w:rPr>
          <w:rFonts w:ascii="楷体" w:hAnsi="楷体" w:cs="楷体" w:eastAsia="楷体"/>
          <w:color w:val="000000"/>
        </w:rPr>
        <w:t>或许来此一游的旅客，未必能了解这前因后果。唯有了解了塞罕坝的历史，我们才能对塞罕坝的美有一种更为立体的认识，才能重新感知塞罕坝美景的厚重。塞罕坝不仅是大自然的恩赐，更是人类对自然规律的深刻体认，是通往“天人合一”境界上不懈奋斗的一首史诗。</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塞罕坝系蒙汉合壁语，意为“美丽的高岭”。历史上，这里曾是一处水草丰沛、森林茂密、禽兽聚集的天然名苑。辽、金时期，这里被称为“千里松林”，清朝时，这里是木兰围场的重要组成部分。清末，国势衰微，内忧外患，为了弥补国库空虚，“木兰围场”开围放垦，树木被砍伐殆尽，加之山火不断，到</w:t>
      </w:r>
      <w:r>
        <w:rPr>
          <w:rFonts w:eastAsia="楷体" w:cs="楷体" w:ascii="楷体" w:hAnsi="楷体"/>
          <w:color w:val="000000"/>
        </w:rPr>
        <w:t>20</w:t>
      </w:r>
      <w:r>
        <w:rPr>
          <w:rFonts w:ascii="楷体" w:hAnsi="楷体" w:cs="楷体" w:eastAsia="楷体"/>
          <w:color w:val="000000"/>
        </w:rPr>
        <w:t>世纪</w:t>
      </w:r>
      <w:r>
        <w:rPr>
          <w:rFonts w:eastAsia="楷体" w:cs="楷体" w:ascii="楷体" w:hAnsi="楷体"/>
          <w:color w:val="000000"/>
        </w:rPr>
        <w:t>50</w:t>
      </w:r>
      <w:r>
        <w:rPr>
          <w:rFonts w:ascii="楷体" w:hAnsi="楷体" w:cs="楷体" w:eastAsia="楷体"/>
          <w:color w:val="000000"/>
        </w:rPr>
        <w:t>年代，原始森林已荡然无存。这个昔日“美丽的高岭”变成了林木稀疏、人迹罕至的茫茫荒原。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直到</w:t>
      </w:r>
      <w:r>
        <w:rPr>
          <w:rFonts w:eastAsia="楷体" w:cs="楷体" w:ascii="楷体" w:hAnsi="楷体"/>
          <w:color w:val="000000"/>
        </w:rPr>
        <w:t>1962</w:t>
      </w:r>
      <w:r>
        <w:rPr>
          <w:rFonts w:ascii="楷体" w:hAnsi="楷体" w:cs="楷体" w:eastAsia="楷体"/>
          <w:color w:val="000000"/>
        </w:rPr>
        <w:t>年</w:t>
      </w:r>
      <w:r>
        <w:rPr>
          <w:rFonts w:eastAsia="楷体" w:cs="楷体" w:ascii="楷体" w:hAnsi="楷体"/>
          <w:color w:val="000000"/>
        </w:rPr>
        <w:t>2</w:t>
      </w:r>
      <w:r>
        <w:rPr>
          <w:rFonts w:ascii="楷体" w:hAnsi="楷体" w:cs="楷体" w:eastAsia="楷体"/>
          <w:color w:val="000000"/>
        </w:rPr>
        <w:t>月</w:t>
      </w:r>
      <w:r>
        <w:rPr>
          <w:rFonts w:eastAsia="楷体" w:cs="楷体" w:ascii="楷体" w:hAnsi="楷体"/>
          <w:color w:val="000000"/>
        </w:rPr>
        <w:t>14</w:t>
      </w:r>
      <w:r>
        <w:rPr>
          <w:rFonts w:ascii="楷体" w:hAnsi="楷体" w:cs="楷体" w:eastAsia="楷体"/>
          <w:color w:val="000000"/>
        </w:rPr>
        <w:t>日，林业部下达《关于河北省承德专区围场县建立林业部直属机械林场的通知》，中华人民共和国林业部承德塞罕坝机械林场正式组建。自此，塞罕坝开始了持续至今的生态修复工程。在这里，严寒、大风、闭塞、物资短缺，不断地考验着塞罕坝人，一代又一代塞罕坝人的青春在此定格。在极端环境里，塞罕坝创造了生态奇迹，截至</w:t>
      </w:r>
      <w:r>
        <w:rPr>
          <w:rFonts w:eastAsia="楷体" w:cs="楷体" w:ascii="楷体" w:hAnsi="楷体"/>
          <w:color w:val="000000"/>
        </w:rPr>
        <w:t>2016</w:t>
      </w:r>
      <w:r>
        <w:rPr>
          <w:rFonts w:ascii="楷体" w:hAnsi="楷体" w:cs="楷体" w:eastAsia="楷体"/>
          <w:color w:val="000000"/>
        </w:rPr>
        <w:t>年</w:t>
      </w:r>
      <w:r>
        <w:rPr>
          <w:rFonts w:eastAsia="楷体" w:cs="楷体" w:ascii="楷体" w:hAnsi="楷体"/>
          <w:color w:val="000000"/>
        </w:rPr>
        <w:t>12</w:t>
      </w:r>
      <w:r>
        <w:rPr>
          <w:rFonts w:ascii="楷体" w:hAnsi="楷体" w:cs="楷体" w:eastAsia="楷体"/>
          <w:color w:val="000000"/>
        </w:rPr>
        <w:t>月，林地面积由建场前的</w:t>
      </w:r>
      <w:r>
        <w:rPr>
          <w:rFonts w:eastAsia="楷体" w:cs="楷体" w:ascii="楷体" w:hAnsi="楷体"/>
          <w:color w:val="000000"/>
        </w:rPr>
        <w:t>24</w:t>
      </w:r>
      <w:r>
        <w:rPr>
          <w:rFonts w:ascii="楷体" w:hAnsi="楷体" w:cs="楷体" w:eastAsia="楷体"/>
          <w:color w:val="000000"/>
        </w:rPr>
        <w:t>万亩增加到</w:t>
      </w:r>
      <w:r>
        <w:rPr>
          <w:rFonts w:eastAsia="楷体" w:cs="楷体" w:ascii="楷体" w:hAnsi="楷体"/>
          <w:color w:val="000000"/>
        </w:rPr>
        <w:t>112</w:t>
      </w:r>
      <w:r>
        <w:rPr>
          <w:rFonts w:ascii="楷体" w:hAnsi="楷体" w:cs="楷体" w:eastAsia="楷体"/>
          <w:color w:val="000000"/>
        </w:rPr>
        <w:t>万亩，增长了近</w:t>
      </w:r>
      <w:r>
        <w:rPr>
          <w:rFonts w:eastAsia="楷体" w:cs="楷体" w:ascii="楷体" w:hAnsi="楷体"/>
          <w:color w:val="000000"/>
        </w:rPr>
        <w:t>5</w:t>
      </w:r>
      <w:r>
        <w:rPr>
          <w:rFonts w:ascii="楷体" w:hAnsi="楷体" w:cs="楷体" w:eastAsia="楷体"/>
          <w:color w:val="000000"/>
        </w:rPr>
        <w:t>倍；林木总蓄积由建场前的</w:t>
      </w:r>
      <w:r>
        <w:rPr>
          <w:rFonts w:eastAsia="楷体" w:cs="楷体" w:ascii="楷体" w:hAnsi="楷体"/>
          <w:color w:val="000000"/>
        </w:rPr>
        <w:t>33</w:t>
      </w:r>
      <w:r>
        <w:rPr>
          <w:rFonts w:ascii="楷体" w:hAnsi="楷体" w:cs="楷体" w:eastAsia="楷体"/>
          <w:color w:val="000000"/>
        </w:rPr>
        <w:t>万立方米增加到</w:t>
      </w:r>
      <w:r>
        <w:rPr>
          <w:rFonts w:eastAsia="楷体" w:cs="楷体" w:ascii="楷体" w:hAnsi="楷体"/>
          <w:color w:val="000000"/>
        </w:rPr>
        <w:t>1012</w:t>
      </w:r>
      <w:r>
        <w:rPr>
          <w:rFonts w:ascii="楷体" w:hAnsi="楷体" w:cs="楷体" w:eastAsia="楷体"/>
          <w:color w:val="000000"/>
        </w:rPr>
        <w:t>万立方米，增长了</w:t>
      </w:r>
      <w:r>
        <w:rPr>
          <w:rFonts w:eastAsia="楷体" w:cs="楷体" w:ascii="楷体" w:hAnsi="楷体"/>
          <w:color w:val="000000"/>
        </w:rPr>
        <w:t>30</w:t>
      </w:r>
      <w:r>
        <w:rPr>
          <w:rFonts w:ascii="楷体" w:hAnsi="楷体" w:cs="楷体" w:eastAsia="楷体"/>
          <w:color w:val="000000"/>
        </w:rPr>
        <w:t>多倍，累计为国家提供中小径级木材</w:t>
      </w:r>
      <w:r>
        <w:rPr>
          <w:rFonts w:eastAsia="楷体" w:cs="楷体" w:ascii="楷体" w:hAnsi="楷体"/>
          <w:color w:val="000000"/>
        </w:rPr>
        <w:t>192</w:t>
      </w:r>
      <w:r>
        <w:rPr>
          <w:rFonts w:ascii="楷体" w:hAnsi="楷体" w:cs="楷体" w:eastAsia="楷体"/>
          <w:color w:val="000000"/>
        </w:rPr>
        <w:t>万方，据中国林科院核算评估，林场森林资产总价值约</w:t>
      </w:r>
      <w:r>
        <w:rPr>
          <w:rFonts w:eastAsia="楷体" w:cs="楷体" w:ascii="楷体" w:hAnsi="楷体"/>
          <w:color w:val="000000"/>
        </w:rPr>
        <w:t>202</w:t>
      </w:r>
      <w:r>
        <w:rPr>
          <w:rFonts w:ascii="楷体" w:hAnsi="楷体" w:cs="楷体" w:eastAsia="楷体"/>
          <w:color w:val="000000"/>
        </w:rPr>
        <w:t>亿元。</w:t>
      </w:r>
    </w:p>
    <w:p>
      <w:pPr>
        <w:pStyle w:val="Normal"/>
        <w:spacing w:lineRule="auto" w:line="360"/>
        <w:ind w:firstLine="420" w:end="0"/>
        <w:jc w:val="start"/>
        <w:textAlignment w:val="center"/>
        <w:rPr/>
      </w:pPr>
      <w:r>
        <w:rPr>
          <w:rFonts w:eastAsia="楷体" w:cs="楷体" w:ascii="楷体" w:hAnsi="楷体"/>
          <w:color w:val="000000"/>
        </w:rPr>
        <w:t>⑥</w:t>
      </w:r>
      <w:r>
        <w:rPr>
          <w:rFonts w:eastAsia="Times New Romance" w:cs="Times New Romance" w:ascii="Times New Romance" w:hAnsi="Times New Romance"/>
          <w:color w:val="000000"/>
          <w:u w:val="single"/>
        </w:rPr>
        <w:t>_______________</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在塞罕坝遇到林场职工时，他们对我说：“这里有多少树木，也就有多少故事。”这里的一草一木，都由塞罕坝人亲手种下，都凝结着汗水与青春，我们已难以想象在当年的极端条件下，他们是如何打赢这浩大的生态攻坚战的。这里的塞罕坝人，他们献了青春献终身，献了终身献子孙，正像林区的松柏一样扎根于此。草木关情，晋朝将军桓温曾看到自己年轻时种下的柳树，慨然曰：“树犹如此，人何以堪！”当我们今天看到塞罕坝的参天大树，万顷林海，当年那一幕幕战天斗地的景象又怎能不浮现眼前。它们与今天的千山一碧交织汇聚，构成了塞罕坝风景的丰富意蕴。</w:t>
      </w:r>
    </w:p>
    <w:p>
      <w:pPr>
        <w:pStyle w:val="Normal"/>
        <w:spacing w:lineRule="auto" w:line="360"/>
        <w:ind w:firstLine="420" w:end="0"/>
        <w:jc w:val="start"/>
        <w:textAlignment w:val="center"/>
        <w:rPr/>
      </w:pPr>
      <w:r>
        <w:rPr>
          <w:rFonts w:eastAsia="楷体" w:cs="楷体" w:ascii="楷体" w:hAnsi="楷体"/>
          <w:color w:val="000000"/>
        </w:rPr>
        <w:t>⑧</w:t>
      </w:r>
      <w:r>
        <w:rPr>
          <w:rFonts w:ascii="楷体" w:hAnsi="楷体" w:cs="楷体" w:eastAsia="楷体"/>
          <w:color w:val="000000"/>
        </w:rPr>
        <w:t>塞罕坝留给我们的不只是美景，更是绵延不绝的精神遗泽。塞罕坝是人类对自然</w:t>
      </w:r>
      <w:r>
        <w:rPr>
          <w:rFonts w:ascii="楷体" w:hAnsi="楷体" w:cs="楷体" w:eastAsia="楷体"/>
          <w:color w:val="000000"/>
          <w:em w:val="underDot"/>
        </w:rPr>
        <w:t>前倨后恭</w:t>
      </w:r>
      <w:r>
        <w:rPr>
          <w:rFonts w:ascii="楷体" w:hAnsi="楷体" w:cs="楷体" w:eastAsia="楷体"/>
          <w:color w:val="000000"/>
        </w:rPr>
        <w:t>的生动写照，更是对我们今天建设美丽中国的启迪。我们决不能走无节制向自然索取的老路，而要保护生态、敬畏自然，由此，才能到达人类诗意栖居的未来。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所以，每一个看到塞罕坝美景的人都应明白，这里的美，既属于天工造物的神奇力量，也体现了人类对生态文明认知的新高度，更是几代人如精卫填海般矢志奋斗的精神写照。</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（选自《光明日报》）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本文赞美了塞罕坝人的</w:t>
      </w:r>
      <w:r>
        <w:rPr>
          <w:rFonts w:eastAsia="宋体;SimSun" w:cs="宋体;SimSun" w:ascii="宋体;SimSun" w:hAnsi="宋体;SimSun"/>
          <w:color w:val="000000"/>
        </w:rPr>
        <w:t>________________</w:t>
      </w:r>
      <w:r>
        <w:rPr>
          <w:rFonts w:ascii="宋体;SimSun" w:hAnsi="宋体;SimSun" w:cs="宋体;SimSun"/>
          <w:color w:val="000000"/>
        </w:rPr>
        <w:t>精神。</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阅读①</w:t>
      </w:r>
      <w:r>
        <w:rPr>
          <w:rFonts w:eastAsia="宋体;SimSun" w:cs="宋体;SimSun" w:ascii="宋体;SimSun" w:hAnsi="宋体;SimSun"/>
          <w:color w:val="000000"/>
        </w:rPr>
        <w:t>~②</w:t>
      </w:r>
      <w:r>
        <w:rPr>
          <w:rFonts w:ascii="宋体;SimSun" w:hAnsi="宋体;SimSun" w:cs="宋体;SimSun"/>
          <w:color w:val="000000"/>
        </w:rPr>
        <w:t>段，说说文中划线句为什么要写</w:t>
      </w:r>
      <w:r>
        <w:rPr>
          <w:rFonts w:eastAsia="宋体;SimSun" w:cs="宋体;SimSun" w:ascii="宋体;SimSun" w:hAnsi="宋体;SimSun"/>
          <w:color w:val="000000"/>
        </w:rPr>
        <w:t>60</w:t>
      </w:r>
      <w:r>
        <w:rPr>
          <w:rFonts w:ascii="宋体;SimSun" w:hAnsi="宋体;SimSun" w:cs="宋体;SimSun"/>
          <w:color w:val="000000"/>
        </w:rPr>
        <w:t>年前照片中的景象。</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阅读全文，从下列两个选项中选择一项填入第⑥段横线处，正确的是（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对生态的呵护与珍视，才是对大自然最高的礼赞；饱含着精神光泽的美景，才更动人心弦。</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color w:val="000000"/>
        </w:rPr>
        <w:t>饱含着精神光泽的美景，才更动人心弦；对生态的呵护与珍视，才是对大自然最高的礼赞。</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第⑧段中加点词语“前倨后恭”的意思是：起先傲慢，后来恭敬。请结合文章内容，说说为什么“塞罕坝是人类对自然前倨后恭的生动写照”。</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ascii="宋体;SimSun" w:hAnsi="宋体;SimSun" w:cs="宋体;SimSun"/>
          <w:color w:val="000000"/>
        </w:rPr>
        <w:t>奉献、奋斗</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w:t>
      </w:r>
      <w:r>
        <w:rPr>
          <w:rFonts w:ascii="宋体;SimSun" w:hAnsi="宋体;SimSun" w:cs="宋体;SimSun"/>
          <w:color w:val="000000"/>
        </w:rPr>
        <w:t>答案示例：文中画线句写</w:t>
      </w:r>
      <w:r>
        <w:rPr>
          <w:rFonts w:eastAsia="宋体;SimSun" w:cs="宋体;SimSun" w:ascii="宋体;SimSun" w:hAnsi="宋体;SimSun"/>
          <w:color w:val="000000"/>
        </w:rPr>
        <w:t>60</w:t>
      </w:r>
      <w:r>
        <w:rPr>
          <w:rFonts w:ascii="宋体;SimSun" w:hAnsi="宋体;SimSun" w:cs="宋体;SimSun"/>
          <w:color w:val="000000"/>
        </w:rPr>
        <w:t>年前照片中草木稀疏、沙漠广布的萧条景象，是为了和塞罕坝现在林海湿地、百草千花的美景形成对比，从而表现出塞罕坝的巨大变化。</w:t>
      </w:r>
      <w:r>
        <w:rPr>
          <w:color w:val="000000"/>
        </w:rPr>
        <w:t xml:space="preserve">    </w:t>
      </w:r>
      <w:r>
        <w:rPr>
          <w:color w:val="000000"/>
        </w:rPr>
        <w:t xml:space="preserve">20. A    </w:t>
      </w:r>
    </w:p>
    <w:p>
      <w:pPr>
        <w:pStyle w:val="Normal"/>
        <w:spacing w:lineRule="auto" w:line="360"/>
        <w:textAlignment w:val="center"/>
        <w:rPr/>
      </w:pPr>
      <w:r>
        <w:rPr>
          <w:color w:val="000000"/>
        </w:rPr>
        <w:t xml:space="preserve">21. </w:t>
      </w:r>
      <w:r>
        <w:rPr>
          <w:rFonts w:ascii="宋体;SimSun" w:hAnsi="宋体;SimSun" w:cs="宋体;SimSun"/>
          <w:color w:val="000000"/>
        </w:rPr>
        <w:t>答案示例：塞罕坝曾是一个水草丰沛、森林茂密地方，可是由于人们不知道保护环境，树木被砍伐殆尽，使这里变成了人迹罕至的荒原。在认识到生态环境的重要性之后，人们付出了巨大努力进行生态修复，使塞罕坝成为一望无际的林海。塞罕坝生态环境的变化源于人类对自然的态度和行为，所以说“塞罕坝是人类对自然前倨后恭的生动写照”。</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对文章主旨的理解。结合本文第⑦段“这里的塞罕坝人，他们献了青春献终身，献了终身献子孙，正像林区的松柏一样扎根于此”和最后一段重点句“这里的美，既属于天工造物的神奇力量，也体现了人类对生态文明认知的新高度，更是几代人如精卫填海般矢志奋斗的精神写照”分析，本文赞美了塞罕坝人的奉献与奋斗精神。</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本题考查对重要语句作用的理解。文中画线句写</w:t>
      </w:r>
      <w:r>
        <w:rPr>
          <w:rFonts w:eastAsia="Times New Romance" w:cs="Times New Romance" w:ascii="Times New Romance" w:hAnsi="Times New Romance"/>
          <w:color w:val="000000"/>
        </w:rPr>
        <w:t>60</w:t>
      </w:r>
      <w:r>
        <w:rPr>
          <w:rFonts w:ascii="宋体;SimSun" w:hAnsi="宋体;SimSun" w:cs="宋体;SimSun"/>
          <w:color w:val="000000"/>
        </w:rPr>
        <w:t>年前照片中草木稀疏、沙漠广布的萧条景象，是为了和“今天的塞罕坝，游人如织。林海湿地、百草千花，莫不可供流连赏玩”形成对比，从而表现出塞罕坝的翻天覆地的变化。结合“这里的一草一木，都由塞罕坝人亲手种下，都凝结着汗水与青春，……这里的塞罕坝人，他们献了青春献终身，献了终身献子孙”表达了作者对塞罕坝人奉献精神的赞美。</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本题考查选取语句衔接语段。需结合上下文语境分析。第⑤段写“自此，塞罕坝开始了持续至今的生态修复工程。在这里，严寒、大风、闭塞、物资短缺，不断地考验着塞罕坝人，一代又一代塞罕坝人的青春在此定格。在极端环境里，塞罕坝创造了生态奇迹”，这与“对生态的呵护与珍视”一致，所以可判断用</w:t>
      </w:r>
      <w:r>
        <w:rPr>
          <w:rFonts w:eastAsia="Times New Romance" w:cs="Times New Romance" w:ascii="Times New Romance" w:hAnsi="Times New Romance"/>
          <w:color w:val="000000"/>
        </w:rPr>
        <w:t>A</w:t>
      </w:r>
      <w:r>
        <w:rPr>
          <w:rFonts w:ascii="宋体;SimSun" w:hAnsi="宋体;SimSun" w:cs="宋体;SimSun"/>
          <w:color w:val="000000"/>
        </w:rPr>
        <w:t>句。正是因为对生态的呵护与珍视，才有了这样的美景。故选</w:t>
      </w:r>
      <w:r>
        <w:rPr>
          <w:rFonts w:eastAsia="宋体;SimSun" w:cs="宋体;SimSun" w:ascii="宋体;SimSun" w:hAnsi="宋体;SimSun"/>
          <w:color w:val="000000"/>
        </w:rPr>
        <w:t>A</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pPr>
      <w:r>
        <w:rPr>
          <w:rFonts w:ascii="宋体;SimSun" w:hAnsi="宋体;SimSun" w:cs="宋体;SimSun"/>
          <w:color w:val="000000"/>
        </w:rPr>
        <w:t>本题考查对文章内容的理解。结合“前倨后恭的意思：起先傲慢，后来恭敬”分析，起初人类对大自然是傲慢的，不敬的，乱砍乱伐的。结合第④段“清末，为了弥补国库空虚，木兰围场开围放垦，树木被砍伐殆尽，加之山火不断，到</w:t>
      </w:r>
      <w:r>
        <w:rPr>
          <w:rFonts w:eastAsia="Times New Romance" w:cs="Times New Romance" w:ascii="Times New Romance" w:hAnsi="Times New Romance"/>
          <w:color w:val="000000"/>
        </w:rPr>
        <w:t>20</w:t>
      </w:r>
      <w:r>
        <w:rPr>
          <w:rFonts w:ascii="宋体;SimSun" w:hAnsi="宋体;SimSun" w:cs="宋体;SimSun"/>
          <w:color w:val="000000"/>
        </w:rPr>
        <w:t>世纪</w:t>
      </w:r>
      <w:r>
        <w:rPr>
          <w:rFonts w:eastAsia="Times New Romance" w:cs="Times New Romance" w:ascii="Times New Romance" w:hAnsi="Times New Romance"/>
          <w:color w:val="000000"/>
        </w:rPr>
        <w:t>50</w:t>
      </w:r>
      <w:r>
        <w:rPr>
          <w:rFonts w:ascii="宋体;SimSun" w:hAnsi="宋体;SimSun" w:cs="宋体;SimSun"/>
          <w:color w:val="000000"/>
        </w:rPr>
        <w:t>年代，原始森林已荡然无存。这个昔日‘美丽的高岭’变成了林木稀疏、人迹罕至的茫茫荒原。”理解，由于人们不保护环境，树木被砍伐殆尽，“一望无际的林海”变成了“人迹罕至的荒原”。后来，“塞罕坝开始了持续至今的生态修复工程”“这里的一草一木，都由塞罕坝人亲手种下……这里的塞罕坝人，他们献了青春献终身，献了终身献子孙，正像林区的松柏一样扎根于此。”人们开始生态修复，最终“游人如织、林海湿地、百草千花”。正是由于人类保护生态、敬畏自然，所以才有了塞罕坝的美景。所以说“塞罕坝是人类对自然前倨后恭的生动写照，更是对我们今天建设美丽中国的启迪”。</w:t>
      </w:r>
    </w:p>
    <w:p>
      <w:pPr>
        <w:pStyle w:val="Heading3"/>
      </w:pPr>
      <w:r>
        <w:t>昌平区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17</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阅读下面文章，完成小题。</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如果屠呦呦没有发现青蒿素，人类与疟疾已持续千年的战争，也许依旧一眼望不到尽头。在抗疟新药品尚未问世的时代，每年大约有五十万人死于疟疾。如果以拯救了多少人的生命来衡量一个科学家的伟大程度，那么屠呦呦一定是人类历史上最伟大的科学家之一——由于她的发现，过去二十年疟疾的致死率降低了一半，数百万人的生命得以挽救。在</w:t>
      </w:r>
      <w:r>
        <w:rPr>
          <w:rFonts w:eastAsia="楷体" w:cs="楷体" w:ascii="楷体" w:hAnsi="楷体"/>
          <w:color w:val="000000"/>
        </w:rPr>
        <w:t>85</w:t>
      </w:r>
      <w:r>
        <w:rPr>
          <w:rFonts w:ascii="楷体" w:hAnsi="楷体" w:cs="楷体" w:eastAsia="楷体"/>
          <w:color w:val="000000"/>
        </w:rPr>
        <w:t>岁生日的前</w:t>
      </w:r>
      <w:r>
        <w:rPr>
          <w:rFonts w:eastAsia="楷体" w:cs="楷体" w:ascii="楷体" w:hAnsi="楷体"/>
          <w:color w:val="000000"/>
        </w:rPr>
        <w:t>20</w:t>
      </w:r>
      <w:r>
        <w:rPr>
          <w:rFonts w:ascii="楷体" w:hAnsi="楷体" w:cs="楷体" w:eastAsia="楷体"/>
          <w:color w:val="000000"/>
        </w:rPr>
        <w:t>天，她从瑞典国王手中接过了诺贝尔奖的奖章和证书，成为中国首位获得诺贝尔生理学或医学奖的科学家。</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A</w:t>
      </w:r>
      <w:r>
        <w:rPr>
          <w:rFonts w:ascii="楷体" w:hAnsi="楷体" w:cs="楷体" w:eastAsia="楷体"/>
          <w:color w:val="000000"/>
        </w:rPr>
        <w:t>】</w:t>
      </w:r>
      <w:r>
        <w:rPr>
          <w:rFonts w:eastAsia="楷体" w:cs="楷体" w:ascii="楷体" w:hAnsi="楷体"/>
          <w:color w:val="000000"/>
        </w:rPr>
        <w:t>________</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②</w:t>
      </w:r>
      <w:r>
        <w:rPr>
          <w:rFonts w:eastAsia="楷体" w:cs="楷体" w:ascii="楷体" w:hAnsi="楷体"/>
          <w:color w:val="000000"/>
        </w:rPr>
        <w:t>1930</w:t>
      </w:r>
      <w:r>
        <w:rPr>
          <w:rFonts w:ascii="楷体" w:hAnsi="楷体" w:cs="楷体" w:eastAsia="楷体"/>
          <w:color w:val="000000"/>
        </w:rPr>
        <w:t>年的冬天，一名女婴降生于浙江宁波开明街的屠家。屠家继三个儿子后喜得千金，喜不自胜的父亲吟诵《诗经》中的诗句“呦呦鹿鸣，食野之蒿……”吟完诗又对仗了一句“蒿草青青，报之春晖”。父亲没有想到，随口吟出的诗句，仿佛是一种预言，不仅吟出了女儿的名字，也冥冥中为女儿一生的事业埋下了伏笔。</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屠呦呦理想的萌发，来自青春期的一场大病。</w:t>
      </w:r>
      <w:r>
        <w:rPr>
          <w:rFonts w:eastAsia="楷体" w:cs="楷体" w:ascii="楷体" w:hAnsi="楷体"/>
          <w:color w:val="000000"/>
        </w:rPr>
        <w:t>16</w:t>
      </w:r>
      <w:r>
        <w:rPr>
          <w:rFonts w:ascii="楷体" w:hAnsi="楷体" w:cs="楷体" w:eastAsia="楷体"/>
          <w:color w:val="000000"/>
        </w:rPr>
        <w:t>岁的她患上肺结核，不得不休学，经过两年多的治疗才得以康复。 “医药的作用很神奇，我当时就想，如果我学会了，不仅可以让自己远离病痛，还可以救治更多人，何乐而不为呢？”屠呦呦回忆。</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几年后，屠呦呦如愿考入北京医学院药学系。毕业后一直在中国中医研究院工作。这一工作，屠呦呦便把自己的大半辈子都“搭进去”了。</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B</w:t>
      </w:r>
      <w:r>
        <w:rPr>
          <w:rFonts w:ascii="楷体" w:hAnsi="楷体" w:cs="楷体" w:eastAsia="楷体"/>
          <w:color w:val="000000"/>
        </w:rPr>
        <w:t>】</w:t>
      </w:r>
      <w:r>
        <w:rPr>
          <w:rFonts w:eastAsia="楷体" w:cs="楷体" w:ascii="楷体" w:hAnsi="楷体"/>
          <w:color w:val="000000"/>
        </w:rPr>
        <w:t>________</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屠呦呦的个性，像极了她手中的一株青蒿。这种不起眼却挽救了数百万人生命的植物，几乎在大半个中国的土地上都能找到它的身影。山谷、河边、路旁，甚至在石缝里也能看到它顽强生长的身影。</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执着”，是屠呦呦身边的同事对她一致的评价。青蒿素的发现和提取过程并非一帆风顺，从</w:t>
      </w:r>
      <w:r>
        <w:rPr>
          <w:rFonts w:eastAsia="楷体" w:cs="楷体" w:ascii="楷体" w:hAnsi="楷体"/>
          <w:color w:val="000000"/>
        </w:rPr>
        <w:t>1969</w:t>
      </w:r>
      <w:r>
        <w:rPr>
          <w:rFonts w:ascii="楷体" w:hAnsi="楷体" w:cs="楷体" w:eastAsia="楷体"/>
          <w:color w:val="000000"/>
        </w:rPr>
        <w:t>年承担抗疟中药研发的任务，到</w:t>
      </w:r>
      <w:r>
        <w:rPr>
          <w:rFonts w:eastAsia="楷体" w:cs="楷体" w:ascii="楷体" w:hAnsi="楷体"/>
          <w:color w:val="000000"/>
        </w:rPr>
        <w:t>1999</w:t>
      </w:r>
      <w:r>
        <w:rPr>
          <w:rFonts w:ascii="楷体" w:hAnsi="楷体" w:cs="楷体" w:eastAsia="楷体"/>
          <w:color w:val="000000"/>
        </w:rPr>
        <w:t>年世界卫生组织将青蒿素列入“基本药品”名单进行世界范围的推广，屠呦呦花了整整三十年时间，经历了无数次的失败，才最终赢得了这场“战役”。</w:t>
      </w:r>
    </w:p>
    <w:p>
      <w:pPr>
        <w:pStyle w:val="Normal"/>
        <w:spacing w:lineRule="auto" w:line="360"/>
        <w:ind w:firstLine="45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直到发表诺奖获奖感言时，屠呦呦对这些经历依旧记忆犹新。在接受研发抗疟中药的任务后，她开始马不停蹄地搜集整理历代中医药典籍，走访老中医，同时调阅大量民间方药，编写出以</w:t>
      </w:r>
      <w:r>
        <w:rPr>
          <w:rFonts w:eastAsia="楷体" w:cs="楷体" w:ascii="楷体" w:hAnsi="楷体"/>
          <w:color w:val="000000"/>
        </w:rPr>
        <w:t>640</w:t>
      </w:r>
      <w:r>
        <w:rPr>
          <w:rFonts w:ascii="楷体" w:hAnsi="楷体" w:cs="楷体" w:eastAsia="楷体"/>
          <w:color w:val="000000"/>
        </w:rPr>
        <w:t>种中草药为主的《抗疟单验方集》。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然而，要从</w:t>
      </w:r>
      <w:r>
        <w:rPr>
          <w:rFonts w:eastAsia="楷体" w:cs="楷体" w:ascii="楷体" w:hAnsi="楷体"/>
          <w:color w:val="000000"/>
        </w:rPr>
        <w:t>640</w:t>
      </w:r>
      <w:r>
        <w:rPr>
          <w:rFonts w:ascii="楷体" w:hAnsi="楷体" w:cs="楷体" w:eastAsia="楷体"/>
          <w:color w:val="000000"/>
        </w:rPr>
        <w:t>种药物中筛选出对疟疾真正有效的药物，其难度可想而知。在青蒿之前，屠呦呦还研究过</w:t>
      </w:r>
      <w:r>
        <w:rPr>
          <w:rFonts w:eastAsia="楷体" w:cs="楷体" w:ascii="楷体" w:hAnsi="楷体"/>
          <w:color w:val="000000"/>
        </w:rPr>
        <w:t>190</w:t>
      </w:r>
      <w:r>
        <w:rPr>
          <w:rFonts w:ascii="楷体" w:hAnsi="楷体" w:cs="楷体" w:eastAsia="楷体"/>
          <w:color w:val="000000"/>
        </w:rPr>
        <w:t>种样品，但都没有得到理想的结果，研究一度走入了死胡同。屠呦呦后来回忆道：“我也怀疑自己的路子是不是走对了，但我不想放弃。”功夫不负有心人，就在她一筹莫展之际，却意外在古籍《肘后备急方》记载的“青蒿一握，以水二升渍，绞取汁，尽服之”中得到灵感，开始了对青蒿素的日夜研究。</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当时实验室设备简陋，连基本的通风设施都没有，但任务时间又很紧迫，屠呦呦为了加快提纯速度，甚至用水缸取代实验室常规提取容器来提取青蒿乙醚提取物。没有防护装备的科研人员接触大量对身体有害的有机溶剂，出现了各种程度的病状，屠呦呦也得上了中毒性肝炎，但她并没有退缩，终于在实验上有了突破性进展。</w:t>
      </w:r>
    </w:p>
    <w:p>
      <w:pPr>
        <w:pStyle w:val="Normal"/>
        <w:spacing w:lineRule="auto" w:line="360"/>
        <w:ind w:firstLine="420" w:end="0"/>
        <w:jc w:val="start"/>
        <w:textAlignment w:val="center"/>
        <w:rPr/>
      </w:pPr>
      <w:r>
        <w:rPr>
          <w:rFonts w:eastAsia="楷体" w:cs="楷体" w:ascii="楷体" w:hAnsi="楷体"/>
          <w:color w:val="000000"/>
        </w:rPr>
        <w:t>⑩</w:t>
      </w:r>
      <w:r>
        <w:rPr>
          <w:rFonts w:ascii="楷体" w:hAnsi="楷体" w:cs="楷体" w:eastAsia="楷体"/>
          <w:color w:val="000000"/>
        </w:rPr>
        <w:t>为了确保青蒿素用于临床的安全性，屠呦呦甘当“小白鼠”，以身试药，住进了东直门医院。</w:t>
      </w:r>
      <w:r>
        <w:rPr>
          <w:rFonts w:ascii="楷体" w:hAnsi="楷体" w:cs="楷体" w:eastAsia="楷体"/>
          <w:color w:val="000000"/>
          <w:u w:val="single"/>
        </w:rPr>
        <w:t>她向领导提交志愿试药报告时 ① 地说道：“我是组长，我有责任第一个试药②”</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ascii="楷体" w:hAnsi="楷体" w:cs="楷体" w:eastAsia="楷体"/>
          <w:color w:val="000000"/>
        </w:rPr>
        <w:t>对于她的选择，丈夫李廷钊既心疼又理解：“一说到国家需要，她就不会选择别的。她一辈子都是这样。”</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w:t>
      </w:r>
      <w:r>
        <w:rPr>
          <w:rFonts w:eastAsia="楷体" w:cs="楷体" w:ascii="楷体" w:hAnsi="楷体"/>
          <w:color w:val="000000"/>
        </w:rPr>
        <w:t>C</w:t>
      </w:r>
      <w:r>
        <w:rPr>
          <w:rFonts w:ascii="楷体" w:hAnsi="楷体" w:cs="楷体" w:eastAsia="楷体"/>
          <w:color w:val="000000"/>
        </w:rPr>
        <w:t>】</w:t>
      </w:r>
      <w:r>
        <w:rPr>
          <w:rFonts w:eastAsia="楷体" w:cs="楷体" w:ascii="楷体" w:hAnsi="楷体"/>
          <w:color w:val="000000"/>
        </w:rPr>
        <w:t>________</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耄耋</w:t>
      </w:r>
      <w:r>
        <w:rPr>
          <w:rFonts w:ascii="楷体" w:hAnsi="楷体" w:cs="楷体" w:eastAsia="楷体"/>
          <w:color w:val="000000"/>
          <w:vertAlign w:val="superscript"/>
        </w:rPr>
        <w:t>①</w:t>
      </w:r>
      <w:r>
        <w:rPr>
          <w:rFonts w:ascii="楷体" w:hAnsi="楷体" w:cs="楷体" w:eastAsia="楷体"/>
          <w:color w:val="000000"/>
        </w:rPr>
        <w:t>之年，屠呦呦的声音终于被全世界听到了。在发表诺奖获奖演说时，这位</w:t>
      </w:r>
      <w:r>
        <w:rPr>
          <w:rFonts w:eastAsia="楷体" w:cs="楷体" w:ascii="楷体" w:hAnsi="楷体"/>
          <w:color w:val="000000"/>
        </w:rPr>
        <w:t>85</w:t>
      </w:r>
      <w:r>
        <w:rPr>
          <w:rFonts w:ascii="楷体" w:hAnsi="楷体" w:cs="楷体" w:eastAsia="楷体"/>
          <w:color w:val="000000"/>
        </w:rPr>
        <w:t>岁老人的声音并不算十分有力，一如她颤颤巍巍的走姿。</w:t>
      </w:r>
    </w:p>
    <w:p>
      <w:pPr>
        <w:pStyle w:val="Normal"/>
        <w:spacing w:lineRule="auto" w:line="360"/>
        <w:ind w:firstLine="420" w:end="0"/>
        <w:jc w:val="start"/>
        <w:textAlignment w:val="center"/>
        <w:rPr/>
      </w:pPr>
      <w:r>
        <w:rPr>
          <w:rFonts w:eastAsia="Cambria Math" w:cs="Cambria Math" w:ascii="Cambria Math" w:hAnsi="Cambria Math"/>
          <w:color w:val="000000"/>
        </w:rPr>
        <w:t>⑬</w:t>
      </w:r>
      <w:r>
        <w:rPr>
          <w:rFonts w:ascii="楷体" w:hAnsi="楷体" w:cs="楷体" w:eastAsia="楷体"/>
          <w:color w:val="000000"/>
        </w:rPr>
        <w:t>在获奖后，荣誉也纷至沓来。</w:t>
      </w:r>
      <w:r>
        <w:rPr>
          <w:rFonts w:eastAsia="楷体" w:cs="楷体" w:ascii="楷体" w:hAnsi="楷体"/>
          <w:color w:val="000000"/>
        </w:rPr>
        <w:t>2015</w:t>
      </w:r>
      <w:r>
        <w:rPr>
          <w:rFonts w:ascii="楷体" w:hAnsi="楷体" w:cs="楷体" w:eastAsia="楷体"/>
          <w:color w:val="000000"/>
        </w:rPr>
        <w:t>年，国际天文学联合会将在宇宙中遨游的第</w:t>
      </w:r>
      <w:r>
        <w:rPr>
          <w:rFonts w:eastAsia="楷体" w:cs="楷体" w:ascii="楷体" w:hAnsi="楷体"/>
          <w:color w:val="000000"/>
        </w:rPr>
        <w:t>31230</w:t>
      </w:r>
      <w:r>
        <w:rPr>
          <w:rFonts w:ascii="楷体" w:hAnsi="楷体" w:cs="楷体" w:eastAsia="楷体"/>
          <w:color w:val="000000"/>
        </w:rPr>
        <w:t>号小行星命名为屠呦呦星。</w:t>
      </w:r>
      <w:r>
        <w:rPr>
          <w:rFonts w:eastAsia="楷体" w:cs="楷体" w:ascii="楷体" w:hAnsi="楷体"/>
          <w:color w:val="000000"/>
        </w:rPr>
        <w:t>2016</w:t>
      </w:r>
      <w:r>
        <w:rPr>
          <w:rFonts w:ascii="楷体" w:hAnsi="楷体" w:cs="楷体" w:eastAsia="楷体"/>
          <w:color w:val="000000"/>
        </w:rPr>
        <w:t>年，屠呦呦获得</w:t>
      </w:r>
      <w:r>
        <w:rPr>
          <w:rFonts w:eastAsia="楷体" w:cs="楷体" w:ascii="楷体" w:hAnsi="楷体"/>
          <w:color w:val="000000"/>
        </w:rPr>
        <w:t>2016</w:t>
      </w:r>
      <w:r>
        <w:rPr>
          <w:rFonts w:ascii="楷体" w:hAnsi="楷体" w:cs="楷体" w:eastAsia="楷体"/>
          <w:color w:val="000000"/>
        </w:rPr>
        <w:t>年度国家最高科学技术奖。</w:t>
      </w:r>
      <w:r>
        <w:rPr>
          <w:rFonts w:eastAsia="楷体" w:cs="楷体" w:ascii="楷体" w:hAnsi="楷体"/>
          <w:color w:val="000000"/>
        </w:rPr>
        <w:t>2018</w:t>
      </w:r>
      <w:r>
        <w:rPr>
          <w:rFonts w:ascii="楷体" w:hAnsi="楷体" w:cs="楷体" w:eastAsia="楷体"/>
          <w:color w:val="000000"/>
        </w:rPr>
        <w:t>年，她被授予 “改革先锋”称号。她的事迹被写入教科书，成为全国青少年学习的榜样。</w:t>
      </w:r>
      <w:r>
        <w:rPr>
          <w:rFonts w:eastAsia="楷体" w:cs="楷体" w:ascii="楷体" w:hAnsi="楷体"/>
          <w:color w:val="000000"/>
        </w:rPr>
        <w:t>2019</w:t>
      </w:r>
      <w:r>
        <w:rPr>
          <w:rFonts w:ascii="楷体" w:hAnsi="楷体" w:cs="楷体" w:eastAsia="楷体"/>
          <w:color w:val="000000"/>
        </w:rPr>
        <w:t>年</w:t>
      </w:r>
      <w:r>
        <w:rPr>
          <w:rFonts w:eastAsia="楷体" w:cs="楷体" w:ascii="楷体" w:hAnsi="楷体"/>
          <w:color w:val="000000"/>
        </w:rPr>
        <w:t>9</w:t>
      </w:r>
      <w:r>
        <w:rPr>
          <w:rFonts w:ascii="楷体" w:hAnsi="楷体" w:cs="楷体" w:eastAsia="楷体"/>
          <w:color w:val="000000"/>
        </w:rPr>
        <w:t>月</w:t>
      </w:r>
      <w:r>
        <w:rPr>
          <w:rFonts w:eastAsia="楷体" w:cs="楷体" w:ascii="楷体" w:hAnsi="楷体"/>
          <w:color w:val="000000"/>
        </w:rPr>
        <w:t>17</w:t>
      </w:r>
      <w:r>
        <w:rPr>
          <w:rFonts w:ascii="楷体" w:hAnsi="楷体" w:cs="楷体" w:eastAsia="楷体"/>
          <w:color w:val="000000"/>
        </w:rPr>
        <w:t>日，她被授予“共和国勋章”。但对于人生进入第</w:t>
      </w:r>
      <w:r>
        <w:rPr>
          <w:rFonts w:eastAsia="楷体" w:cs="楷体" w:ascii="楷体" w:hAnsi="楷体"/>
          <w:color w:val="000000"/>
        </w:rPr>
        <w:t>89</w:t>
      </w:r>
      <w:r>
        <w:rPr>
          <w:rFonts w:ascii="楷体" w:hAnsi="楷体" w:cs="楷体" w:eastAsia="楷体"/>
          <w:color w:val="000000"/>
        </w:rPr>
        <w:t>个年头的屠呦呦来说，她更在意的事情是“在这座科学的高峰上，我还能攀登多久？”</w:t>
      </w:r>
    </w:p>
    <w:p>
      <w:pPr>
        <w:pStyle w:val="Normal"/>
        <w:spacing w:lineRule="auto" w:line="360"/>
        <w:ind w:firstLine="420" w:end="0"/>
        <w:jc w:val="start"/>
        <w:textAlignment w:val="center"/>
        <w:rPr/>
      </w:pPr>
      <w:r>
        <w:rPr>
          <w:rFonts w:eastAsia="Cambria Math" w:cs="Cambria Math" w:ascii="Cambria Math" w:hAnsi="Cambria Math"/>
          <w:color w:val="000000"/>
        </w:rPr>
        <w:t>⑭</w:t>
      </w:r>
      <w:r>
        <w:rPr>
          <w:rFonts w:ascii="楷体" w:hAnsi="楷体" w:cs="楷体" w:eastAsia="楷体"/>
          <w:color w:val="000000"/>
        </w:rPr>
        <w:t>获奖后的这些年，这位年近</w:t>
      </w:r>
      <w:r>
        <w:rPr>
          <w:rFonts w:eastAsia="楷体" w:cs="楷体" w:ascii="楷体" w:hAnsi="楷体"/>
          <w:color w:val="000000"/>
        </w:rPr>
        <w:t>90</w:t>
      </w:r>
      <w:r>
        <w:rPr>
          <w:rFonts w:ascii="楷体" w:hAnsi="楷体" w:cs="楷体" w:eastAsia="楷体"/>
          <w:color w:val="000000"/>
        </w:rPr>
        <w:t>的科学家没有停歇，依旧把所有的精力都放在了科研上。面对荣誉，她只是摆摆手：“得奖、出名都是过去的事，我们要好好‘干活’。”</w:t>
      </w:r>
    </w:p>
    <w:p>
      <w:pPr>
        <w:pStyle w:val="Normal"/>
        <w:spacing w:lineRule="auto" w:line="360"/>
        <w:ind w:firstLine="450" w:end="0"/>
        <w:jc w:val="end"/>
        <w:textAlignment w:val="center"/>
        <w:rPr>
          <w:rFonts w:ascii="楷体" w:hAnsi="楷体" w:eastAsia="楷体" w:cs="楷体"/>
          <w:color w:val="000000"/>
        </w:rPr>
      </w:pPr>
      <w:r>
        <w:rPr>
          <w:rFonts w:ascii="楷体" w:hAnsi="楷体" w:cs="楷体" w:eastAsia="楷体"/>
          <w:color w:val="000000"/>
        </w:rPr>
        <w:t>（有删改）</w:t>
      </w:r>
    </w:p>
    <w:p>
      <w:pPr>
        <w:pStyle w:val="Normal"/>
        <w:spacing w:lineRule="auto" w:line="360"/>
        <w:jc w:val="start"/>
        <w:textAlignment w:val="center"/>
        <w:rPr/>
      </w:pPr>
      <w:r>
        <w:rPr>
          <w:rFonts w:ascii="宋体;SimSun" w:hAnsi="宋体;SimSun" w:cs="宋体;SimSun"/>
          <w:color w:val="000000"/>
        </w:rPr>
        <w:t>注：①耄耋</w:t>
      </w:r>
      <w:r>
        <w:rPr>
          <w:rFonts w:eastAsia="宋体;SimSun" w:cs="宋体;SimSun" w:ascii="宋体;SimSun" w:hAnsi="宋体;SimSun"/>
          <w:color w:val="000000"/>
        </w:rPr>
        <w:t>(</w:t>
      </w:r>
      <w:r>
        <w:rPr>
          <w:rFonts w:eastAsia="Times New Roman" w:cs="Times New Roman" w:ascii="Times New Roman" w:hAnsi="Times New Roman"/>
          <w:color w:val="000000"/>
        </w:rPr>
        <w:t>mào dié</w:t>
      </w:r>
      <w:r>
        <w:rPr>
          <w:rFonts w:eastAsia="宋体;SimSun" w:cs="宋体;SimSun" w:ascii="宋体;SimSun" w:hAnsi="宋体;SimSun"/>
          <w:color w:val="000000"/>
        </w:rPr>
        <w:t>)</w:t>
      </w:r>
      <w:r>
        <w:rPr>
          <w:rFonts w:ascii="宋体;SimSun" w:hAnsi="宋体;SimSun" w:cs="宋体;SimSun"/>
          <w:color w:val="000000"/>
        </w:rPr>
        <w:t>：八九十岁，指年纪很大的人。</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阅读全文，依据文意，请将下面的三个小标题分别填入【</w:t>
      </w:r>
      <w:r>
        <w:rPr>
          <w:rFonts w:eastAsia="宋体;SimSun" w:cs="宋体;SimSun" w:ascii="宋体;SimSun" w:hAnsi="宋体;SimSun"/>
          <w:color w:val="000000"/>
        </w:rPr>
        <w:t>A</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w:t>
      </w:r>
      <w:r>
        <w:rPr>
          <w:rFonts w:eastAsia="宋体;SimSun" w:cs="宋体;SimSun" w:ascii="宋体;SimSun" w:hAnsi="宋体;SimSun"/>
          <w:color w:val="000000"/>
        </w:rPr>
        <w:t>C</w:t>
      </w:r>
      <w:r>
        <w:rPr>
          <w:rFonts w:ascii="宋体;SimSun" w:hAnsi="宋体;SimSun" w:cs="宋体;SimSun"/>
          <w:color w:val="000000"/>
        </w:rPr>
        <w:t xml:space="preserve">】处。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color w:val="000000"/>
        </w:rPr>
        <w:t xml:space="preserve">蒿草青青     ②向医而行     ③呦呦晚鸣   </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A</w:t>
      </w:r>
      <w:r>
        <w:rPr>
          <w:rFonts w:ascii="宋体;SimSun" w:hAnsi="宋体;SimSun" w:cs="宋体;SimSun"/>
          <w:color w:val="000000"/>
        </w:rPr>
        <w:t>】</w:t>
      </w:r>
      <w:r>
        <w:rPr>
          <w:rFonts w:eastAsia="宋体;SimSun" w:cs="宋体;SimSun" w:ascii="宋体;SimSun" w:hAnsi="宋体;SimSun"/>
          <w:color w:val="000000"/>
        </w:rPr>
        <w:t xml:space="preserve">________      </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w:t>
      </w:r>
      <w:r>
        <w:rPr>
          <w:rFonts w:eastAsia="宋体;SimSun" w:cs="宋体;SimSun" w:ascii="宋体;SimSun" w:hAnsi="宋体;SimSun"/>
          <w:color w:val="000000"/>
        </w:rPr>
        <w:t xml:space="preserve">________      </w:t>
      </w:r>
      <w:r>
        <w:rPr>
          <w:rFonts w:ascii="宋体;SimSun" w:hAnsi="宋体;SimSun" w:cs="宋体;SimSun"/>
          <w:color w:val="000000"/>
        </w:rPr>
        <w:t>【</w:t>
      </w:r>
      <w:r>
        <w:rPr>
          <w:rFonts w:eastAsia="宋体;SimSun" w:cs="宋体;SimSun" w:ascii="宋体;SimSun" w:hAnsi="宋体;SimSun"/>
          <w:color w:val="000000"/>
        </w:rPr>
        <w:t>C</w:t>
      </w:r>
      <w:r>
        <w:rPr>
          <w:rFonts w:ascii="宋体;SimSun" w:hAnsi="宋体;SimSun" w:cs="宋体;SimSun"/>
          <w:color w:val="000000"/>
        </w:rPr>
        <w:t>】</w:t>
      </w:r>
      <w:r>
        <w:rPr>
          <w:rFonts w:eastAsia="宋体;SimSun" w:cs="宋体;SimSun" w:ascii="宋体;SimSun" w:hAnsi="宋体;SimSun"/>
          <w:color w:val="000000"/>
        </w:rPr>
        <w:t>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结合上下文内容，说说文章叙述第⑨段有什么作用。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阅读第⑩段，依据上下文内容，为画线句①②处选择恰当的词语和标点，并阐述自己的理由。</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答：①</w:t>
      </w:r>
      <w:r>
        <w:rPr>
          <w:rFonts w:eastAsia="宋体;SimSun" w:cs="宋体;SimSun" w:ascii="宋体;SimSun" w:hAnsi="宋体;SimSun"/>
          <w:color w:val="000000"/>
        </w:rPr>
        <w:t>______</w:t>
      </w:r>
      <w:r>
        <w:rPr>
          <w:rFonts w:ascii="宋体;SimSun" w:hAnsi="宋体;SimSun" w:cs="宋体;SimSun"/>
          <w:color w:val="000000"/>
        </w:rPr>
        <w:t>（字正腔圆</w:t>
      </w:r>
      <w:r>
        <w:rPr>
          <w:rFonts w:eastAsia="宋体;SimSun" w:cs="宋体;SimSun" w:ascii="宋体;SimSun" w:hAnsi="宋体;SimSun"/>
          <w:color w:val="000000"/>
        </w:rPr>
        <w:t>/</w:t>
      </w:r>
      <w:r>
        <w:rPr>
          <w:rFonts w:ascii="宋体;SimSun" w:hAnsi="宋体;SimSun" w:cs="宋体;SimSun"/>
          <w:color w:val="000000"/>
        </w:rPr>
        <w:t>抑扬顿挫</w:t>
      </w:r>
      <w:r>
        <w:rPr>
          <w:rFonts w:eastAsia="宋体;SimSun" w:cs="宋体;SimSun" w:ascii="宋体;SimSun" w:hAnsi="宋体;SimSun"/>
          <w:color w:val="000000"/>
        </w:rPr>
        <w:t>/</w:t>
      </w:r>
      <w:r>
        <w:rPr>
          <w:rFonts w:ascii="宋体;SimSun" w:hAnsi="宋体;SimSun" w:cs="宋体;SimSun"/>
          <w:color w:val="000000"/>
        </w:rPr>
        <w:t>铿锵有力）</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eastAsia="宋体;SimSun" w:cs="宋体;SimSun" w:ascii="宋体;SimSun" w:hAnsi="宋体;SimSun"/>
          <w:color w:val="000000"/>
        </w:rPr>
        <w:t>______</w:t>
      </w:r>
      <w:r>
        <w:rPr>
          <w:rFonts w:ascii="宋体;SimSun" w:hAnsi="宋体;SimSun" w:cs="宋体;SimSun"/>
          <w:color w:val="000000"/>
        </w:rPr>
        <w:t>（句号</w:t>
      </w:r>
      <w:r>
        <w:rPr>
          <w:rFonts w:eastAsia="宋体;SimSun" w:cs="宋体;SimSun" w:ascii="宋体;SimSun" w:hAnsi="宋体;SimSun"/>
          <w:color w:val="000000"/>
        </w:rPr>
        <w:t>/</w:t>
      </w:r>
      <w:r>
        <w:rPr>
          <w:rFonts w:ascii="宋体;SimSun" w:hAnsi="宋体;SimSun" w:cs="宋体;SimSun"/>
          <w:color w:val="000000"/>
        </w:rPr>
        <w:t>问号</w:t>
      </w:r>
      <w:r>
        <w:rPr>
          <w:rFonts w:eastAsia="宋体;SimSun" w:cs="宋体;SimSun" w:ascii="宋体;SimSun" w:hAnsi="宋体;SimSun"/>
          <w:color w:val="000000"/>
        </w:rPr>
        <w:t>/</w:t>
      </w:r>
      <w:r>
        <w:rPr>
          <w:rFonts w:ascii="宋体;SimSun" w:hAnsi="宋体;SimSun" w:cs="宋体;SimSun"/>
          <w:color w:val="000000"/>
        </w:rPr>
        <w:t>感叹号）</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理由：</w:t>
      </w:r>
      <w:r>
        <w:rPr>
          <w:rFonts w:eastAsia="宋体;SimSun" w:cs="宋体;SimSun" w:ascii="宋体;SimSun" w:hAnsi="宋体;SimSun"/>
          <w:color w:val="000000"/>
        </w:rPr>
        <w:t>_______</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(1). </w:t>
      </w:r>
      <w:r>
        <w:rPr>
          <w:rFonts w:ascii="宋体;SimSun" w:hAnsi="宋体;SimSun" w:cs="宋体;SimSun"/>
          <w:color w:val="000000"/>
        </w:rPr>
        <w:t>【</w:t>
      </w:r>
      <w:r>
        <w:rPr>
          <w:rFonts w:eastAsia="宋体;SimSun" w:cs="宋体;SimSun" w:ascii="宋体;SimSun" w:hAnsi="宋体;SimSun"/>
          <w:color w:val="000000"/>
        </w:rPr>
        <w:t>A</w:t>
      </w:r>
      <w:r>
        <w:rPr>
          <w:rFonts w:ascii="宋体;SimSun" w:hAnsi="宋体;SimSun" w:cs="宋体;SimSun"/>
          <w:color w:val="000000"/>
        </w:rPr>
        <w:t>】②向医而行</w:t>
      </w:r>
      <w:r>
        <w:rPr>
          <w:color w:val="000000"/>
        </w:rPr>
        <w:t xml:space="preserve">    </w:t>
      </w:r>
      <w:r>
        <w:rPr>
          <w:color w:val="000000"/>
        </w:rPr>
        <w:t xml:space="preserve">(2). </w:t>
      </w: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】①蒿草青青</w:t>
      </w:r>
      <w:r>
        <w:rPr>
          <w:color w:val="000000"/>
        </w:rPr>
        <w:t xml:space="preserve">    </w:t>
      </w:r>
      <w:r>
        <w:rPr>
          <w:color w:val="000000"/>
        </w:rPr>
        <w:t xml:space="preserve">(3). </w:t>
      </w:r>
      <w:r>
        <w:rPr>
          <w:rFonts w:ascii="宋体;SimSun" w:hAnsi="宋体;SimSun" w:cs="宋体;SimSun"/>
          <w:color w:val="000000"/>
        </w:rPr>
        <w:t>【</w:t>
      </w:r>
      <w:r>
        <w:rPr>
          <w:rFonts w:eastAsia="宋体;SimSun" w:cs="宋体;SimSun" w:ascii="宋体;SimSun" w:hAnsi="宋体;SimSun"/>
          <w:color w:val="000000"/>
        </w:rPr>
        <w:t>C</w:t>
      </w:r>
      <w:r>
        <w:rPr>
          <w:rFonts w:ascii="宋体;SimSun" w:hAnsi="宋体;SimSun" w:cs="宋体;SimSun"/>
          <w:color w:val="000000"/>
        </w:rPr>
        <w:t>】③呦呦晚鸣</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15. </w:t>
      </w:r>
      <w:r>
        <w:rPr>
          <w:rFonts w:ascii="宋体;SimSun" w:hAnsi="宋体;SimSun" w:cs="宋体;SimSun"/>
          <w:color w:val="000000"/>
        </w:rPr>
        <w:t>本段写出当时中国科研实验室设备简陋，屠呦呦正是在这样的艰苦环境下日夜研究，使实验有了突破性进展，突出了她为中国医学献身的伟大精神。</w:t>
      </w:r>
      <w:r>
        <w:rPr>
          <w:color w:val="000000"/>
        </w:rPr>
        <w:t xml:space="preserve">    </w:t>
      </w:r>
    </w:p>
    <w:p>
      <w:pPr>
        <w:pStyle w:val="Normal"/>
        <w:spacing w:lineRule="auto" w:line="360"/>
        <w:textAlignment w:val="center"/>
        <w:rPr/>
      </w:pPr>
      <w:r>
        <w:rPr>
          <w:color w:val="000000"/>
        </w:rPr>
        <w:t xml:space="preserve">16.     (1). </w:t>
      </w:r>
      <w:r>
        <w:rPr>
          <w:rFonts w:eastAsia="宋体;SimSun" w:cs="宋体;SimSun" w:ascii="宋体;SimSun" w:hAnsi="宋体;SimSun"/>
          <w:color w:val="000000"/>
        </w:rPr>
        <w:t>①</w:t>
      </w:r>
      <w:r>
        <w:rPr>
          <w:rFonts w:ascii="宋体;SimSun" w:hAnsi="宋体;SimSun" w:cs="宋体;SimSun"/>
          <w:color w:val="000000"/>
        </w:rPr>
        <w:t>铿锵有力</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叹号</w:t>
      </w:r>
      <w:r>
        <w:rPr>
          <w:color w:val="000000"/>
        </w:rPr>
        <w:t xml:space="preserve">    </w:t>
      </w:r>
      <w:r>
        <w:rPr>
          <w:color w:val="000000"/>
        </w:rPr>
        <w:t xml:space="preserve">(3). </w:t>
      </w:r>
      <w:r>
        <w:rPr>
          <w:rFonts w:ascii="宋体;SimSun" w:hAnsi="宋体;SimSun" w:cs="宋体;SimSun"/>
          <w:color w:val="000000"/>
        </w:rPr>
        <w:t>理由：“铿锵有力”写出声音响亮而有劲，“叹号”表达真挚强烈的感情。选用这个词和标点，表达了屠呦呦强烈的责任心和坚定的决心，以及甘于牺牲的奉献精神。</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pPr>
      <w:r>
        <w:rPr>
          <w:rFonts w:ascii="宋体;SimSun" w:hAnsi="宋体;SimSun" w:cs="宋体;SimSun"/>
          <w:color w:val="000000"/>
        </w:rPr>
        <w:t>这道题考查对文章内容的理解。作答本题时，先要读懂三个小标题所对应段落的内容，再将小标题对号入座。第一个小标题对应的段落主要介绍屠呦呦名字的来历和她人生理想的确立。故甲处的小标题应该是②“向医而行”；第二个小标题对应的段落主要介绍屠呦呦承担抗疟中药研发任务的</w:t>
      </w:r>
      <w:r>
        <w:rPr>
          <w:rFonts w:eastAsia="Times New Romance" w:cs="Times New Romance" w:ascii="Times New Romance" w:hAnsi="Times New Romance"/>
          <w:color w:val="000000"/>
        </w:rPr>
        <w:t>30</w:t>
      </w:r>
      <w:r>
        <w:rPr>
          <w:rFonts w:ascii="宋体;SimSun" w:hAnsi="宋体;SimSun" w:cs="宋体;SimSun"/>
          <w:color w:val="000000"/>
        </w:rPr>
        <w:t>年间与蒿草打交道的经历，故乙处的小标题应该是①“蒿草青青”；第二个小标题对应的段落主要介绍已经进入耄耋之年的屠呦呦对待荣誉和事业的人生态度，故丙处的小标题应该是③“呦呦晚鸣”。</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这道题考查对文章段落作用的理解。从“当时实验室设备简陋，连基本的通风设施都没有”可以看出，这段主要写当时中国科研实验室设备简陋。从“屠呦呦也得上了中毒性肝炎，但她并没有退缩，终于在实验上有了突破性进展”可以看出，屠呦呦正是在这样的艰苦环境下日夜研究，使实验有了突破性进展。突出了她为中国医学献身的伟大精神。</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pPr>
      <w:r>
        <w:rPr>
          <w:rFonts w:ascii="宋体;SimSun" w:hAnsi="宋体;SimSun" w:cs="宋体;SimSun"/>
          <w:color w:val="000000"/>
        </w:rPr>
        <w:t>这道题考查对词语和标点的理解。“字正腔圆”：形容吐字准确，唱腔圆熟。“抑扬顿挫”：指声音的高低起伏和停顿转折。“铿锵有力”：形容声音响亮而有劲。根据语境“为了确保青蒿素用于临床的安全性，屠呦呦甘当‘小白鼠’，以身试药，住进了东直门医院”可以得知，屠呦呦是主动自愿参加试药，因此①处用“铿锵有力”，</w:t>
      </w:r>
      <w:r>
        <w:rPr>
          <w:rFonts w:ascii="Times New Romance" w:hAnsi="Times New Romance" w:cs="Times New Romance" w:eastAsia="Times New Romance"/>
          <w:color w:val="000000"/>
        </w:rPr>
        <w:t xml:space="preserve"> </w:t>
      </w:r>
      <w:r>
        <w:rPr>
          <w:rFonts w:ascii="宋体;SimSun" w:hAnsi="宋体;SimSun" w:cs="宋体;SimSun"/>
          <w:color w:val="000000"/>
        </w:rPr>
        <w:t>②处用“叹号”，表明屠呦呦试药的决心，义无反顾的态度，以及甘于牺牲的奉献精神。</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阅读《离天空最近的茶园》一文，完成小题。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离天空最近的茶园</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张会军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一片片绿得泛光的茶园星罗棋布地镶嵌于森林之中，一株株古树稀稀疏疏地分布于茶畦之间。森林、茶园包围着村庄，形成了“村在园中、园在林中”的独特景观。这似园又似林的独特景观，就在云南永平县的贫困村——大坪坦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走进大坪坦村万亩生态茶园，首先看到的是苍劲的古树。古树头顶苍天，置身大地，以长者护幼的姿势，呵护着成长的茶树。古树苍苍，林海茫茫，这里的古树一山连着一山，满山遍野望不到尽头。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围绕在古树周围生长的一片片茶树，借着山势地形，从山顶到山腰，又从山腰到山麓有规律地生长着、排列着，形成一座生态乐园。茶树虽然不是很高，却整齐划一，一列列、一排排有层次地铺展。一阵风吹过，茶树们就像湖海中翻起的层层波浪，波浪里还带着茶香。淳朴的村民心中容不下污垢，对于茶叶，也是如此。这些茶叶不施化肥、不喷农药，全靠自然肥力生长。赤裸裸的天空下，阳光透过古树翠绿的叶间，照在黄绿的茶叶上，肉眼看不到半点尘埃，满眼的只有深深浅浅的绿色。置身茶园，狗吠在村中起落、回荡；鸡群在茶丛觅食、打鸣；蜜蜂在茶园飞舞、吟咏；婉转歌唱的鸟儿被游人惊动，展翅远飞到目力不达的地方。置身其中，游人已化成茶园的一棵古树，远离都市的喧嚣，忘却尘世的烦扰，与整片茶园融为一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登到山巅，水气郁结，天空似乎伸手可及，如入幻境。居高放眼，满山遍野的茶树，穿着深暗的青，披着苍翠的绿，在阳光的普照下，显得生机勃勃。那一丘接一丘、一山接一山、一岭接一岭的茶园，层次分明的一直延伸到天边，渐渐模糊起来，最后消失在苍穹的尽头。不时飘来的层层薄雾，将茶园笼罩其间，好像笼罩着一层轻纱的梦，如真似幻。高山上的云变化莫测，有时像一匹骏马，有时像一条长龙，在天空中变化着娇姿。漫漫云海中，古树与山尖时隐时现，仿佛是一幅泼墨的云山画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自古高山云雾出好茶。大坪坦山高林密，常年云雾缭绕。据载，我国海拔最高的茶园海拔为</w:t>
      </w:r>
      <w:r>
        <w:rPr>
          <w:rFonts w:eastAsia="楷体" w:cs="楷体" w:ascii="楷体" w:hAnsi="楷体"/>
          <w:color w:val="000000"/>
        </w:rPr>
        <w:t>2240</w:t>
      </w:r>
      <w:r>
        <w:rPr>
          <w:rFonts w:ascii="楷体" w:hAnsi="楷体" w:cs="楷体" w:eastAsia="楷体"/>
          <w:color w:val="000000"/>
        </w:rPr>
        <w:t>米，而在大坪坦开辟的生态茶园，平均海拔</w:t>
      </w:r>
      <w:r>
        <w:rPr>
          <w:rFonts w:eastAsia="楷体" w:cs="楷体" w:ascii="楷体" w:hAnsi="楷体"/>
          <w:color w:val="000000"/>
        </w:rPr>
        <w:t>2400</w:t>
      </w:r>
      <w:r>
        <w:rPr>
          <w:rFonts w:ascii="楷体" w:hAnsi="楷体" w:cs="楷体" w:eastAsia="楷体"/>
          <w:color w:val="000000"/>
        </w:rPr>
        <w:t>多米，比原来海拔最高茶园整整高出</w:t>
      </w:r>
      <w:r>
        <w:rPr>
          <w:rFonts w:eastAsia="楷体" w:cs="楷体" w:ascii="楷体" w:hAnsi="楷体"/>
          <w:color w:val="000000"/>
        </w:rPr>
        <w:t>160</w:t>
      </w:r>
      <w:r>
        <w:rPr>
          <w:rFonts w:ascii="楷体" w:hAnsi="楷体" w:cs="楷体" w:eastAsia="楷体"/>
          <w:color w:val="000000"/>
        </w:rPr>
        <w:t>米，超过了传统茶叶种植的海拔极限，成为了离天空最近的茶园。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这些改变，得益于党中央的“精准扶贫”方略。自从村里来了第一书记，全村的各种有利资源都被整合包装。如今，这离天空最近的茶园已成为乡村旅游的好去处，也成为美丽乡村建设的典范。村民的生活水平就如同路边的竹林，节节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茶园里，处处是美景，时时有新意。春季，茶园是花园。游人慕名前往，熙熙攘攘。有的在近处的茶园小道上走着，有的在远处细如丝线的道路上走着，无论走在哪儿，沿途山路蜿蜒，花儿飘香，景色多变；行走在茶区小道间，微风徐徐，山花烂漫，尘世纷扰，烟消云散。</w:t>
      </w:r>
    </w:p>
    <w:p>
      <w:pPr>
        <w:pStyle w:val="Normal"/>
        <w:spacing w:lineRule="auto" w:line="360"/>
        <w:ind w:firstLine="420" w:end="0"/>
        <w:jc w:val="start"/>
        <w:textAlignment w:val="center"/>
        <w:rPr/>
      </w:pPr>
      <w:r>
        <w:rPr>
          <w:rFonts w:eastAsia="楷体" w:cs="楷体" w:ascii="楷体" w:hAnsi="楷体"/>
          <w:color w:val="000000"/>
        </w:rPr>
        <w:t>⑧</w:t>
      </w:r>
      <w:r>
        <w:rPr>
          <w:rFonts w:ascii="楷体" w:hAnsi="楷体" w:cs="楷体" w:eastAsia="楷体"/>
          <w:color w:val="000000"/>
        </w:rPr>
        <w:t>夏季，茶园是凉亭。热浪袭来的夏季，茶园里依然古树婆娑，树枝摇曳，凉风习习，寒意阵阵。【</w:t>
      </w:r>
      <w:r>
        <w:rPr>
          <w:rFonts w:eastAsia="楷体" w:cs="楷体" w:ascii="楷体" w:hAnsi="楷体"/>
          <w:color w:val="000000"/>
        </w:rPr>
        <w:t>A</w:t>
      </w:r>
      <w:r>
        <w:rPr>
          <w:rFonts w:ascii="楷体" w:hAnsi="楷体" w:cs="楷体" w:eastAsia="楷体"/>
          <w:color w:val="000000"/>
        </w:rPr>
        <w:t>】</w:t>
      </w:r>
      <w:r>
        <w:rPr>
          <w:rFonts w:ascii="楷体" w:hAnsi="楷体" w:cs="楷体" w:eastAsia="楷体"/>
          <w:color w:val="000000"/>
          <w:u w:val="single"/>
        </w:rPr>
        <w:t xml:space="preserve">到达茶园者，恨不能找出千万种借口，扯住岁月的脚步，长留此处。 </w:t>
      </w:r>
    </w:p>
    <w:p>
      <w:pPr>
        <w:pStyle w:val="Normal"/>
        <w:spacing w:lineRule="auto" w:line="360"/>
        <w:ind w:firstLine="420" w:end="0"/>
        <w:jc w:val="start"/>
        <w:textAlignment w:val="center"/>
        <w:rPr/>
      </w:pPr>
      <w:r>
        <w:rPr>
          <w:rFonts w:eastAsia="楷体" w:cs="楷体" w:ascii="楷体" w:hAnsi="楷体"/>
          <w:color w:val="000000"/>
        </w:rPr>
        <w:t>⑨</w:t>
      </w:r>
      <w:r>
        <w:rPr>
          <w:rFonts w:ascii="楷体" w:hAnsi="楷体" w:cs="楷体" w:eastAsia="楷体"/>
          <w:color w:val="000000"/>
        </w:rPr>
        <w:t>秋季，茶园是画卷。春、秋两季都是采茶的季节，而秋季更预示着丰收的喜悦。此时，茶园里传来阵阵婉转的歌声，一群群穿着讲究的采茶少女，用她们灵巧的手在绿叶间上下移动，一捏一提，茶叶就到了手里，手往回一缩，茶叶就送进了后背的篮中。【</w:t>
      </w:r>
      <w:r>
        <w:rPr>
          <w:rFonts w:eastAsia="楷体" w:cs="楷体" w:ascii="楷体" w:hAnsi="楷体"/>
          <w:color w:val="000000"/>
        </w:rPr>
        <w:t>B</w:t>
      </w:r>
      <w:r>
        <w:rPr>
          <w:rFonts w:ascii="楷体" w:hAnsi="楷体" w:cs="楷体" w:eastAsia="楷体"/>
          <w:color w:val="000000"/>
        </w:rPr>
        <w:t>】</w:t>
      </w:r>
      <w:r>
        <w:rPr>
          <w:rFonts w:ascii="楷体" w:hAnsi="楷体" w:cs="楷体" w:eastAsia="楷体"/>
          <w:color w:val="000000"/>
          <w:u w:val="single"/>
        </w:rPr>
        <w:t>大批美丽少女与大片绿茶融为一体，勾勒出一幅绝美的和谐画卷。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冬季，茶园是乐园。寒冬时节，古树、茶园、大地覆盖着厚厚的积雪，层次分明的洁白世界和蓝天白云交相辉映，编织出让人兴奋、令人惊叹的自然景观。赏雪的、摄影的、路过的，不约而同，相聚茶园，尽情欣赏，忘情高歌，欢声笑语，此起彼伏。</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ascii="楷体" w:hAnsi="楷体" w:cs="楷体" w:eastAsia="楷体"/>
          <w:color w:val="000000"/>
        </w:rPr>
        <w:t>就在这笑声中，茶园送走冬天，迎来春天。很快，一切又笼罩在无边无际的绿和无边无际的云中。在绿中和云中隐没着的采茶姑娘又唱起了婉转动听的曲子。这歌声直达天空，在天空中擘画</w:t>
      </w:r>
      <w:r>
        <w:rPr>
          <w:rFonts w:ascii="楷体" w:hAnsi="楷体" w:cs="楷体" w:eastAsia="楷体"/>
          <w:color w:val="000000"/>
          <w:vertAlign w:val="superscript"/>
        </w:rPr>
        <w:t>①</w:t>
      </w:r>
      <w:r>
        <w:rPr>
          <w:rFonts w:ascii="楷体" w:hAnsi="楷体" w:cs="楷体" w:eastAsia="楷体"/>
          <w:color w:val="000000"/>
        </w:rPr>
        <w:t>出一座美丽的、不同以往的丰收之城、安居之城、和谐之城，那是村民们向往已久的“天空之城”。</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看，这一层层的茶园，不正是通往“天空之城”的阶梯吗？拾级而上，耳中回荡的笑声、歌声，不正是“天空之城”中长久回荡的声音吗？就在这离天空最近的茶园中，村民们，远离贫困，梦想成真。</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（有删改）</w:t>
      </w:r>
    </w:p>
    <w:p>
      <w:pPr>
        <w:pStyle w:val="Normal"/>
        <w:spacing w:lineRule="auto" w:line="360"/>
        <w:jc w:val="start"/>
        <w:textAlignment w:val="center"/>
        <w:rPr/>
      </w:pPr>
      <w:r>
        <w:rPr>
          <w:rFonts w:ascii="宋体;SimSun" w:hAnsi="宋体;SimSun" w:cs="宋体;SimSun"/>
          <w:color w:val="000000"/>
        </w:rPr>
        <w:t>注：①擘画（</w:t>
      </w:r>
      <w:r>
        <w:rPr>
          <w:rFonts w:eastAsia="Times New Roman" w:cs="Times New Roman" w:ascii="Times New Roman" w:hAnsi="Times New Roman"/>
          <w:color w:val="000000"/>
        </w:rPr>
        <w:t>bò huà</w:t>
      </w:r>
      <w:r>
        <w:rPr>
          <w:rFonts w:ascii="宋体;SimSun" w:hAnsi="宋体;SimSun" w:cs="宋体;SimSun"/>
          <w:color w:val="000000"/>
        </w:rPr>
        <w:t>）：谋划，经营。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阅读②—④段，将作者描写茶园时体现地点转换的语句抄写下来。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文章⑧⑨两段中的画线句描写生动，请任选一处，结合文章内容作简要赏析。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结合全文，说说你对文章标题“离天空最近的茶园”的理解。</w:t>
      </w:r>
    </w:p>
    <w:p>
      <w:pPr>
        <w:pStyle w:val="Normal"/>
        <w:spacing w:lineRule="auto" w:line="360"/>
        <w:textAlignment w:val="center"/>
        <w:rPr/>
      </w:pPr>
      <w:r>
        <w:rPr>
          <w:color w:val="2E75B6"/>
        </w:rPr>
        <w:t>【答案】</w:t>
      </w:r>
      <w:r>
        <w:rPr>
          <w:color w:val="000000"/>
        </w:rPr>
        <w:t xml:space="preserve">17.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）走进大坪坦村万亩生态茶园，首先看到的是苍劲的古树。</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）置身茶园，狗吠在村中起落、回荡；鸡群在茶丛觅食、打鸣；蜜蜂在茶园飞舞、吟咏；婉转歌唱的鸟儿被游人惊动，展翅远飞到目力不达的地方。</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3</w:t>
      </w:r>
      <w:r>
        <w:rPr>
          <w:rFonts w:ascii="宋体;SimSun" w:hAnsi="宋体;SimSun" w:cs="宋体;SimSun"/>
          <w:color w:val="000000"/>
        </w:rPr>
        <w:t>）登到山巅，水气郁结，天空似乎伸手可及，如入幻境。</w:t>
      </w:r>
      <w:r>
        <w:rPr>
          <w:color w:val="000000"/>
        </w:rPr>
        <w:t xml:space="preserve">    </w:t>
      </w:r>
    </w:p>
    <w:p>
      <w:pPr>
        <w:pStyle w:val="Normal"/>
        <w:spacing w:lineRule="auto" w:line="360"/>
        <w:jc w:val="start"/>
        <w:textAlignment w:val="center"/>
        <w:rPr/>
      </w:pPr>
      <w:r>
        <w:rPr>
          <w:color w:val="000000"/>
        </w:rPr>
        <w:t xml:space="preserve">18. </w:t>
      </w:r>
      <w:r>
        <w:rPr>
          <w:rFonts w:ascii="宋体;SimSun" w:hAnsi="宋体;SimSun" w:cs="宋体;SimSun"/>
          <w:color w:val="000000"/>
        </w:rPr>
        <w:t>【</w:t>
      </w:r>
      <w:r>
        <w:rPr>
          <w:rFonts w:eastAsia="宋体;SimSun" w:cs="宋体;SimSun" w:ascii="宋体;SimSun" w:hAnsi="宋体;SimSun"/>
          <w:color w:val="000000"/>
        </w:rPr>
        <w:t>A</w:t>
      </w:r>
      <w:r>
        <w:rPr>
          <w:rFonts w:ascii="宋体;SimSun" w:hAnsi="宋体;SimSun" w:cs="宋体;SimSun"/>
          <w:color w:val="000000"/>
        </w:rPr>
        <w:t>】：运用夸张、拟人的修辞方法，侧面描绘了茶园凉爽、舒适、美丽的特点，表达了作者对茶园的喜爱和留恋（向往）之情。</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B</w:t>
      </w:r>
      <w:r>
        <w:rPr>
          <w:rFonts w:ascii="宋体;SimSun" w:hAnsi="宋体;SimSun" w:cs="宋体;SimSun"/>
          <w:color w:val="000000"/>
        </w:rPr>
        <w:t>】：把少女与大片绿茶融为一体的画面比喻成绝美的画卷，生动形象地描绘出人与自然和谐相处的美好图景。表达了丰收的喜悦和对茶园的喜爱之情。</w:t>
      </w:r>
      <w:r>
        <w:rPr>
          <w:color w:val="000000"/>
        </w:rPr>
        <w:t xml:space="preserve">    </w:t>
      </w:r>
    </w:p>
    <w:p>
      <w:pPr>
        <w:pStyle w:val="Normal"/>
        <w:spacing w:lineRule="auto" w:line="360"/>
        <w:jc w:val="start"/>
        <w:textAlignment w:val="center"/>
        <w:rPr/>
      </w:pPr>
      <w:r>
        <w:rPr>
          <w:color w:val="000000"/>
        </w:rPr>
        <w:t xml:space="preserve">19. </w:t>
      </w:r>
      <w:r>
        <w:rPr>
          <w:rFonts w:ascii="宋体;SimSun" w:hAnsi="宋体;SimSun" w:cs="宋体;SimSun"/>
          <w:color w:val="000000"/>
        </w:rPr>
        <w:t>（</w:t>
      </w:r>
      <w:r>
        <w:rPr>
          <w:rFonts w:eastAsia="宋体;SimSun" w:cs="宋体;SimSun" w:ascii="宋体;SimSun" w:hAnsi="宋体;SimSun"/>
          <w:color w:val="000000"/>
        </w:rPr>
        <w:t>1</w:t>
      </w:r>
      <w:r>
        <w:rPr>
          <w:rFonts w:ascii="宋体;SimSun" w:hAnsi="宋体;SimSun" w:cs="宋体;SimSun"/>
          <w:color w:val="000000"/>
        </w:rPr>
        <w:t>）茶园是目前已知最高的茶园，平均海拔</w:t>
      </w:r>
      <w:r>
        <w:rPr>
          <w:rFonts w:eastAsia="宋体;SimSun" w:cs="宋体;SimSun" w:ascii="宋体;SimSun" w:hAnsi="宋体;SimSun"/>
          <w:color w:val="000000"/>
        </w:rPr>
        <w:t>2400</w:t>
      </w:r>
      <w:r>
        <w:rPr>
          <w:rFonts w:ascii="宋体;SimSun" w:hAnsi="宋体;SimSun" w:cs="宋体;SimSun"/>
          <w:color w:val="000000"/>
        </w:rPr>
        <w:t>米，是离天空最近的茶园。</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rFonts w:eastAsia="宋体;SimSun" w:cs="宋体;SimSun" w:ascii="宋体;SimSun" w:hAnsi="宋体;SimSun"/>
          <w:color w:val="000000"/>
        </w:rPr>
        <w:t>2</w:t>
      </w:r>
      <w:r>
        <w:rPr>
          <w:rFonts w:ascii="宋体;SimSun" w:hAnsi="宋体;SimSun" w:cs="宋体;SimSun"/>
          <w:color w:val="000000"/>
        </w:rPr>
        <w:t>）得益于“精准扶贫”政策，茶园改变了村庄的面貌和村民的生活，使村民脱贫增收，远离贫困，融于自然，变成一座美丽的、不同以往的丰收、安居、和谐的“天空之城”。</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这道题考查筛选提炼材料信息的能力。通读文章，找到相应段落，提炼重点词句作答。根据第②段的“走进大坪坦村万亩生态茶园……”，第③段的“置身茶园……”，第④段的“登到山巅……”即可概括提炼出答案。</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pPr>
      <w:r>
        <w:rPr>
          <w:rFonts w:ascii="宋体;SimSun" w:hAnsi="宋体;SimSun" w:cs="宋体;SimSun"/>
          <w:color w:val="000000"/>
        </w:rPr>
        <w:t>这道题考查</w:t>
      </w:r>
      <w:r>
        <w:rPr>
          <w:rFonts w:ascii="宋体;SimSun" w:hAnsi="宋体;SimSun" w:cs="宋体;SimSun"/>
          <w:color w:val="000000"/>
        </w:rPr>
        <w:drawing>
          <wp:inline distT="0" distB="0" distL="0" distR="0">
            <wp:extent cx="133350" cy="177800"/>
            <wp:effectExtent l="0" t="0" r="0" b="0"/>
            <wp:docPr id="140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8"/>
                    <pic:cNvPicPr>
                      <a:picLocks noChangeAspect="1" noChangeArrowheads="1"/>
                    </pic:cNvPicPr>
                  </pic:nvPicPr>
                  <pic:blipFill>
                    <a:blip r:embed="rId4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是学生的鉴赏能力。记叙文语句的赏析可以从修辞手法，人物描写，景物描写，富有表现力的词语，写作手法，句式结构等入手。答案一般包括赏析角度</w:t>
      </w:r>
      <w:r>
        <w:rPr>
          <w:rFonts w:eastAsia="Times New Romance" w:cs="Times New Romance" w:ascii="Times New Romance" w:hAnsi="Times New Romance"/>
          <w:color w:val="000000"/>
        </w:rPr>
        <w:t>+</w:t>
      </w:r>
      <w:r>
        <w:rPr>
          <w:rFonts w:ascii="宋体;SimSun" w:hAnsi="宋体;SimSun" w:cs="宋体;SimSun"/>
          <w:color w:val="000000"/>
        </w:rPr>
        <w:t>写出了什么内容</w:t>
      </w:r>
      <w:r>
        <w:rPr>
          <w:rFonts w:eastAsia="Times New Romance" w:cs="Times New Romance" w:ascii="Times New Romance" w:hAnsi="Times New Romance"/>
          <w:color w:val="000000"/>
        </w:rPr>
        <w:t>+</w:t>
      </w:r>
      <w:r>
        <w:rPr>
          <w:rFonts w:ascii="宋体;SimSun" w:hAnsi="宋体;SimSun" w:cs="宋体;SimSun"/>
          <w:color w:val="000000"/>
        </w:rPr>
        <w:t>表现了什么特点（情感）。</w:t>
      </w:r>
    </w:p>
    <w:p>
      <w:pPr>
        <w:pStyle w:val="Normal"/>
        <w:spacing w:lineRule="auto" w:line="360"/>
        <w:jc w:val="start"/>
        <w:textAlignment w:val="center"/>
        <w:rPr/>
      </w:pPr>
      <w:r>
        <w:rPr>
          <w:rFonts w:eastAsia="Times New Romance" w:cs="Times New Romance" w:ascii="Times New Romance" w:hAnsi="Times New Romance"/>
          <w:color w:val="000000"/>
        </w:rPr>
        <w:t>A</w:t>
      </w:r>
      <w:r>
        <w:rPr>
          <w:rFonts w:ascii="宋体;SimSun" w:hAnsi="宋体;SimSun" w:cs="宋体;SimSun"/>
          <w:color w:val="000000"/>
        </w:rPr>
        <w:t>句从“千万种借口”可以看出运用了夸张的修辞，从“扯住岁月的脚步”可以看出运用了拟人的修辞。“到达茶园者”想找各种理由留在此处，侧面描绘了茶园凉爽、舒适、美丽的特点。从“长留此处”可以看出，作者对茶园的喜爱和留恋（向往）之情。</w:t>
      </w:r>
    </w:p>
    <w:p>
      <w:pPr>
        <w:pStyle w:val="Normal"/>
        <w:spacing w:lineRule="auto" w:line="360"/>
        <w:jc w:val="start"/>
        <w:textAlignment w:val="center"/>
        <w:rPr/>
      </w:pPr>
      <w:r>
        <w:rPr>
          <w:rFonts w:eastAsia="Times New Romance" w:cs="Times New Romance" w:ascii="Times New Romance" w:hAnsi="Times New Romance"/>
          <w:color w:val="000000"/>
        </w:rPr>
        <w:t>B</w:t>
      </w:r>
      <w:r>
        <w:rPr>
          <w:rFonts w:ascii="宋体;SimSun" w:hAnsi="宋体;SimSun" w:cs="宋体;SimSun"/>
          <w:color w:val="000000"/>
        </w:rPr>
        <w:t>句把“大批少女与大片绿茶融为一体”的画面比喻为“绝美的和谐画卷”，生动形象地描绘出人与自然和谐相处，相映成趣的美好图景。“绝美”“和谐”表达了丰收的喜悦和对茶园的喜爱之情。</w:t>
      </w:r>
    </w:p>
    <w:p>
      <w:pPr>
        <w:pStyle w:val="Normal"/>
        <w:spacing w:lineRule="auto" w:line="360"/>
        <w:jc w:val="start"/>
        <w:textAlignment w:val="center"/>
        <w:rPr>
          <w:color w:val="000000"/>
        </w:rPr>
      </w:pPr>
      <w:r>
        <w:rPr>
          <w:color w:val="000000"/>
        </w:rPr>
        <w:t>【</w:t>
      </w:r>
      <w:r>
        <w:rPr>
          <w:color w:val="000000"/>
        </w:rPr>
        <w:t>19</w:t>
      </w:r>
      <w:r>
        <w:rPr>
          <w:color w:val="000000"/>
        </w:rPr>
        <w:t>题详解】</w:t>
      </w:r>
    </w:p>
    <w:p>
      <w:pPr>
        <w:pStyle w:val="Normal"/>
        <w:spacing w:lineRule="auto" w:line="360"/>
        <w:jc w:val="start"/>
        <w:textAlignment w:val="center"/>
        <w:rPr/>
      </w:pPr>
      <w:r>
        <w:rPr>
          <w:rFonts w:ascii="宋体;SimSun" w:hAnsi="宋体;SimSun" w:cs="宋体;SimSun"/>
          <w:color w:val="000000"/>
        </w:rPr>
        <w:t>这道题考查的是文章题目的含义。理解题目含义，从表面义和深层义入手。表层含义即标题的字面含义、文中内容；深层含义即引申义、比喻义、象征义。通读文章，从“在大坪坦开辟的生态茶园，平均海拔</w:t>
      </w:r>
      <w:r>
        <w:rPr>
          <w:rFonts w:eastAsia="Times New Romance" w:cs="Times New Romance" w:ascii="Times New Romance" w:hAnsi="Times New Romance"/>
          <w:color w:val="000000"/>
        </w:rPr>
        <w:t>2400</w:t>
      </w:r>
      <w:r>
        <w:rPr>
          <w:rFonts w:ascii="宋体;SimSun" w:hAnsi="宋体;SimSun" w:cs="宋体;SimSun"/>
          <w:color w:val="000000"/>
        </w:rPr>
        <w:t>多米，比原来海拔最高茶园整整高出</w:t>
      </w:r>
      <w:r>
        <w:rPr>
          <w:rFonts w:eastAsia="Times New Romance" w:cs="Times New Romance" w:ascii="Times New Romance" w:hAnsi="Times New Romance"/>
          <w:color w:val="000000"/>
        </w:rPr>
        <w:t>160</w:t>
      </w:r>
      <w:r>
        <w:rPr>
          <w:rFonts w:ascii="宋体;SimSun" w:hAnsi="宋体;SimSun" w:cs="宋体;SimSun"/>
          <w:color w:val="000000"/>
        </w:rPr>
        <w:t>米”可以概括出标题“离天空最近的茶园”的表面含义：茶园是目前已知最高的茶园，平均海拔</w:t>
      </w:r>
      <w:r>
        <w:rPr>
          <w:rFonts w:eastAsia="Times New Romance" w:cs="Times New Romance" w:ascii="Times New Romance" w:hAnsi="Times New Romance"/>
          <w:color w:val="000000"/>
        </w:rPr>
        <w:t>2400</w:t>
      </w:r>
      <w:r>
        <w:rPr>
          <w:rFonts w:ascii="宋体;SimSun" w:hAnsi="宋体;SimSun" w:cs="宋体;SimSun"/>
          <w:color w:val="000000"/>
        </w:rPr>
        <w:t>米，是离天空最近的茶园。从“这些改变，得益于党中央的‘精准扶贫’方略。……村民的生活水平就如同路边的竹林，节节高”“这歌声直达天空，在天空中擘画①出一座美丽的、不同以往的丰收之城、安居之城、和谐之城”可以概括出标题“离天空最近的茶园”的深层含义：得益于“精准扶贫”政策，茶园改变了村庄的面貌和村民的生活，使村民脱贫增收，远离贫困，融于自然，变成一座美丽的、不同以往的丰收、安居、和谐的“天空之城”。</w:t>
      </w:r>
    </w:p>
    <w:p>
      <w:pPr>
        <w:pStyle w:val="Heading3"/>
      </w:pPr>
      <w:r>
        <w:t>朝阳区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21</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（一）（共</w:t>
      </w:r>
      <w:r>
        <w:rPr>
          <w:rFonts w:eastAsia="宋体;SimSun" w:cs="宋体;SimSun" w:ascii="宋体;SimSun" w:hAnsi="宋体;SimSun"/>
          <w:b/>
          <w:color w:val="000000"/>
          <w:sz w:val="24"/>
        </w:rPr>
        <w:t>9</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阅读《春来忆广州》完成下面小题</w:t>
      </w:r>
      <w:r>
        <w:rPr>
          <w:rFonts w:ascii="宋体;SimSun" w:hAnsi="宋体;SimSun" w:cs="宋体;SimSun"/>
          <w:color w:val="000000"/>
        </w:rPr>
        <w:drawing>
          <wp:inline distT="0" distB="0" distL="0" distR="0">
            <wp:extent cx="127000" cy="76200"/>
            <wp:effectExtent l="0" t="0" r="0" b="0"/>
            <wp:docPr id="141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Image9"/>
                    <pic:cNvPicPr>
                      <a:picLocks noChangeAspect="1" noChangeArrowheads="1"/>
                    </pic:cNvPicPr>
                  </pic:nvPicPr>
                  <pic:blipFill>
                    <a:blip r:embed="rId50"/>
                    <a:srcRect l="-407" t="-407" r="-407" b="-407"/>
                    <a:stretch>
                      <a:fillRect/>
                    </a:stretch>
                  </pic:blipFill>
                  <pic:spPr bwMode="auto">
                    <a:xfrm>
                      <a:off x="0" y="0"/>
                      <a:ext cx="127000" cy="76200"/>
                    </a:xfrm>
                    <a:prstGeom prst="rect">
                      <a:avLst/>
                    </a:prstGeom>
                    <a:noFill/>
                  </pic:spPr>
                </pic:pic>
              </a:graphicData>
            </a:graphic>
          </wp:inline>
        </w:drawing>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春来忆广州</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老舍</w:t>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我爱花。因气候、水土等等关系，在北京养花，颇为不易。冬天冷，院里无法摆花，只好都搬到屋里来。每到冬季，我的屋里总是花比人多。</w:t>
      </w:r>
      <w:r>
        <w:rPr>
          <w:rFonts w:ascii="楷体" w:hAnsi="楷体" w:cs="楷体" w:eastAsia="楷体"/>
          <w:color w:val="000000"/>
          <w:em w:val="underDot"/>
        </w:rPr>
        <w:t>形势逼人</w:t>
      </w:r>
      <w:r>
        <w:rPr>
          <w:rFonts w:ascii="楷体" w:hAnsi="楷体" w:cs="楷体" w:eastAsia="楷体"/>
          <w:color w:val="000000"/>
        </w:rPr>
        <w:t>！屋中养花，有如笼中养鸟，即使用心调护，也养不出个样子来。除非特建花室，实在无法解决问题。我的小院里，又无隙地可建花室！</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一看到屋中那些半病的花草，我就立刻想起美丽的广州来。去年春节后，我不是到广州住了一个月吗？哎呀，真是了不起的好地方！人极热情，花似乎也热情！大街小巷，院里墙头，百花齐放，欢迎客人，真是“交友看花在广州”啊！</w:t>
      </w:r>
    </w:p>
    <w:p>
      <w:pPr>
        <w:pStyle w:val="Normal"/>
        <w:spacing w:lineRule="auto" w:line="360"/>
        <w:ind w:firstLine="420" w:end="0"/>
        <w:jc w:val="start"/>
        <w:textAlignment w:val="center"/>
        <w:rPr/>
      </w:pPr>
      <w:r>
        <w:rPr>
          <w:rFonts w:eastAsia="楷体" w:cs="楷体" w:ascii="楷体" w:hAnsi="楷体"/>
          <w:color w:val="000000"/>
        </w:rPr>
        <w:t>③</w:t>
      </w:r>
      <w:r>
        <w:rPr>
          <w:rFonts w:ascii="楷体" w:hAnsi="楷体" w:cs="楷体" w:eastAsia="楷体"/>
          <w:color w:val="000000"/>
        </w:rPr>
        <w:t>在广州，对着我的屋门便是一株象牙红，高与楼齐，盛开着一丛丛红艳夺目的花儿，而且经常有些很小的小鸟，钻进那朱红的小“象牙”里，如蜂采蜜。真美！只要一有空儿，我便坐在阶前，看那些花与小鸟。</w:t>
      </w:r>
      <w:r>
        <w:rPr>
          <w:rFonts w:ascii="楷体" w:hAnsi="楷体" w:cs="楷体" w:eastAsia="楷体"/>
          <w:color w:val="000000"/>
          <w:u w:val="single"/>
        </w:rPr>
        <w:t>在家里，我也有一棵象牙红，可是高不及三尺，而且是种在盆子里。它入秋即放假休息，入冬便睡大觉，且久久不醒，直到端阳左右，它才开几朵先天不足的小花，绝对没有那种秀气的小鸟作伴！</w:t>
      </w:r>
      <w:r>
        <w:rPr>
          <w:rFonts w:ascii="楷体" w:hAnsi="楷体" w:cs="楷体" w:eastAsia="楷体"/>
          <w:color w:val="000000"/>
        </w:rPr>
        <w:t>现在，它正在屋角打盹，也许跟我一样，正想念它的故乡广东吧？</w:t>
      </w:r>
    </w:p>
    <w:p>
      <w:pPr>
        <w:pStyle w:val="Normal"/>
        <w:spacing w:lineRule="auto" w:line="360"/>
        <w:ind w:firstLine="420" w:end="0"/>
        <w:jc w:val="start"/>
        <w:textAlignment w:val="center"/>
        <w:rPr/>
      </w:pPr>
      <w:r>
        <w:rPr>
          <w:rFonts w:eastAsia="楷体" w:cs="楷体" w:ascii="楷体" w:hAnsi="楷体"/>
          <w:color w:val="000000"/>
        </w:rPr>
        <w:t>④</w:t>
      </w:r>
      <w:r>
        <w:rPr>
          <w:rFonts w:ascii="楷体" w:hAnsi="楷体" w:cs="楷体" w:eastAsia="楷体"/>
          <w:color w:val="000000"/>
        </w:rPr>
        <w:t>春天到来，我的花草还是不易安排：</w:t>
      </w:r>
      <w:r>
        <w:rPr>
          <w:rFonts w:ascii="楷体" w:hAnsi="楷体" w:cs="楷体" w:eastAsia="楷体"/>
          <w:color w:val="000000"/>
          <w:u w:val="wave"/>
        </w:rPr>
        <w:t>早些移出去吧，怕风霜侵犯；不搬出去吧，又都发出细条嫩叶，很不健康</w:t>
      </w:r>
      <w:r>
        <w:rPr>
          <w:rFonts w:ascii="楷体" w:hAnsi="楷体" w:cs="楷体" w:eastAsia="楷体"/>
          <w:color w:val="000000"/>
        </w:rPr>
        <w:t>。这种细条子不会长出花来。看着真令人焦心！</w:t>
      </w:r>
    </w:p>
    <w:p>
      <w:pPr>
        <w:pStyle w:val="Normal"/>
        <w:spacing w:lineRule="auto" w:line="360"/>
        <w:ind w:firstLine="420" w:end="0"/>
        <w:jc w:val="start"/>
        <w:textAlignment w:val="center"/>
        <w:rPr/>
      </w:pPr>
      <w:r>
        <w:rPr>
          <w:rFonts w:eastAsia="楷体" w:cs="楷体" w:ascii="楷体" w:hAnsi="楷体"/>
          <w:color w:val="000000"/>
        </w:rPr>
        <w:t>⑤</w:t>
      </w:r>
      <w:r>
        <w:rPr>
          <w:rFonts w:ascii="楷体" w:hAnsi="楷体" w:cs="楷体" w:eastAsia="楷体"/>
          <w:color w:val="000000"/>
        </w:rPr>
        <w:t>好容易盼到夏天，花盆都运至院中，可还不完全顺利。院小，不透风，许多花儿便生了病。特别由南方来的那些，如白玉兰、栀子、茉莉、小金橘、茶花……也不知怎么就叶落枝枯，悄悄死去。</w:t>
      </w:r>
      <w:r>
        <w:rPr>
          <w:rFonts w:ascii="楷体" w:hAnsi="楷体" w:cs="楷体" w:eastAsia="楷体"/>
          <w:color w:val="000000"/>
          <w:u w:val="wave"/>
        </w:rPr>
        <w:t>因此，我打定主意，在买来这些比较娇贵的花儿之时，就认为它们不能长寿，尽到我的心，而又不作幻想，以免枯死的时候落泪伤神</w:t>
      </w:r>
      <w:r>
        <w:rPr>
          <w:rFonts w:ascii="楷体" w:hAnsi="楷体" w:cs="楷体" w:eastAsia="楷体"/>
          <w:color w:val="000000"/>
        </w:rPr>
        <w:t>。同时，也多种些叫它死也不肯死的花草，如夹竹桃之类，以期老有些花儿看。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夏天，北京的阳光过暴，而且不下雨则已，一下就是倾盆倒海而来，势不可当，也不利于花草的生长。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秋天较好。可是忽然一阵冷风，无法预防，娇嫩些的花儿就受了重伤。于是，全家动员，七手八脚，往屋里搬呀！各屋里都挤满了花盆，人们出来进去都须留神，以免绊倒！</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真羡慕广州的朋友们，院里院外，四季有花，而且是多么出色的花呀！白玉兰高达数丈，干子比我的腰还粗！英雄气概的木棉，昂首天外，开满大红花，何等气势！就连普通的花儿，四季海棠与绣球什么的，也特别壮实，叶茂花繁，花小而气魄不小！看，在冬天，窗外还有结实累累的木瓜呀！真没法儿比！一想起花木，也就更想念朋友们！朋友们，快作几首诗来吧，你们的环境是充满了诗意的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春节到了，朋友们，祝你们花好月圆人长寿，新春愉快，工作顺利！</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第①段中“形势逼人”一词指的是</w:t>
      </w:r>
      <w:r>
        <w:rPr>
          <w:rFonts w:eastAsia="宋体;SimSun" w:cs="宋体;SimSun" w:ascii="宋体;SimSun" w:hAnsi="宋体;SimSun"/>
          <w:color w:val="000000"/>
        </w:rPr>
        <w:t>__________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文中第③段画线句照应了第①段中哪一句话？</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阅读第④⑤段中画波浪线的句子，分别用一个词语概括作者当时的心情。</w:t>
      </w:r>
    </w:p>
    <w:p>
      <w:pPr>
        <w:pStyle w:val="Normal"/>
        <w:spacing w:lineRule="auto" w:line="360"/>
        <w:jc w:val="start"/>
        <w:textAlignment w:val="center"/>
        <w:rPr/>
      </w:pPr>
      <w:r>
        <w:rPr>
          <w:rFonts w:ascii="宋体;SimSun" w:hAnsi="宋体;SimSun" w:cs="宋体;SimSun"/>
          <w:color w:val="000000"/>
        </w:rPr>
        <w:t>第④段：</w:t>
      </w:r>
      <w:r>
        <w:rPr>
          <w:rFonts w:eastAsia="宋体;SimSun" w:cs="宋体;SimSun" w:ascii="宋体;SimSun" w:hAnsi="宋体;SimSun"/>
          <w:color w:val="000000"/>
        </w:rPr>
        <w:t>________________</w:t>
      </w:r>
      <w:r>
        <w:rPr>
          <w:color w:val="000000"/>
        </w:rPr>
        <w:t xml:space="preserve">            </w:t>
      </w:r>
      <w:r>
        <w:rPr>
          <w:rFonts w:ascii="宋体;SimSun" w:hAnsi="宋体;SimSun" w:cs="宋体;SimSun"/>
          <w:color w:val="000000"/>
        </w:rPr>
        <w:t>第⑤段：</w:t>
      </w:r>
      <w:r>
        <w:rPr>
          <w:rFonts w:eastAsia="宋体;SimSun" w:cs="宋体;SimSun" w:ascii="宋体;SimSun" w:hAnsi="宋体;SimSun"/>
          <w:color w:val="000000"/>
        </w:rPr>
        <w:t>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这篇文章的语言生动有趣，饱含深清。请你从文中任选一处语句，加以品味。</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w:t>
      </w:r>
      <w:r>
        <w:rPr>
          <w:rFonts w:ascii="宋体;SimSun" w:hAnsi="宋体;SimSun" w:cs="宋体;SimSun"/>
          <w:color w:val="000000"/>
        </w:rPr>
        <w:t>屋内空间被花挤占，人的生活空间变小。</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15. </w:t>
      </w:r>
      <w:r>
        <w:rPr>
          <w:rFonts w:ascii="宋体;SimSun" w:hAnsi="宋体;SimSun" w:cs="宋体;SimSun"/>
          <w:color w:val="000000"/>
        </w:rPr>
        <w:t>屋中养花，有如笼中养鸟，即使用心调护，也养不出个样子来。</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16.     ①. </w:t>
      </w:r>
      <w:r>
        <w:rPr>
          <w:rFonts w:ascii="宋体;SimSun" w:hAnsi="宋体;SimSun" w:cs="宋体;SimSun"/>
          <w:color w:val="000000"/>
        </w:rPr>
        <w:t>第④段：左右为难</w:t>
      </w:r>
      <w:r>
        <w:rPr>
          <w:color w:val="000000"/>
        </w:rPr>
        <w:t xml:space="preserve">    ②</w:t>
      </w:r>
      <w:r>
        <w:rPr>
          <w:color w:val="000000"/>
        </w:rPr>
        <w:t xml:space="preserve">. </w:t>
      </w:r>
      <w:r>
        <w:rPr>
          <w:rFonts w:ascii="宋体;SimSun" w:hAnsi="宋体;SimSun" w:cs="宋体;SimSun"/>
          <w:color w:val="000000"/>
        </w:rPr>
        <w:t>第⑤段：顺其自然</w:t>
      </w:r>
      <w:r>
        <w:rPr>
          <w:color w:val="000000"/>
        </w:rPr>
        <w:t xml:space="preserve">    </w:t>
      </w:r>
    </w:p>
    <w:p>
      <w:pPr>
        <w:pStyle w:val="Normal"/>
        <w:spacing w:lineRule="auto" w:line="360"/>
        <w:textAlignment w:val="center"/>
        <w:rPr/>
      </w:pPr>
      <w:r>
        <w:rPr>
          <w:color w:val="000000"/>
        </w:rPr>
        <w:t xml:space="preserve">17. </w:t>
      </w:r>
      <w:r>
        <w:rPr>
          <w:rFonts w:ascii="宋体;SimSun" w:hAnsi="宋体;SimSun" w:cs="宋体;SimSun"/>
          <w:color w:val="000000"/>
        </w:rPr>
        <w:t>答案示例：“现在，它正在屋角打盹，也许跟我一样，正想念它的故乡广东吧？”这个句子运用了拟人的修辞手法，用“打盹”生动形象地写出了花生长得无精打采的样子，并通过想象它“正想念它的故乡”，表达了作者对广州的思念。</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词语的理解。解答此类试题要结合上下文的的句子，解释出它的语境意。“形势逼人”的本义是指形势发展很快，迫使人不得不更加努力。结合上文中“冬天冷，院里无法摆花，只好都搬到屋里来。每到冬季，我的屋里总是花比人多”一句，可以看出这个词在这里指的是屋里的花太多，以致于使人的生存空间变小。据此理解作答。</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文章的前后照应。结合所给句子的意思，从所给的范围中找出答案即可。“在家里，我也有一棵象牙红，可是高不及三尺，而且是种在盆子里。它入秋即放假休息，入冬便睡大觉，且久久不醒，直到端阳左右，它才开几朵先天不足的小花，绝对没有那种秀气的小鸟作伴！”这一句与第①段中“屋中养花，有如笼中养鸟，即使用心调护，也养不出个样子来”一句相照应。据此作答。</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成语的理解。根据“早些移出去吧，怕风霜侵犯；不搬出去吧，又都发出细条嫩叶，很不健康”中作者的做法可以看出他是这么做也不是，那么做也不是，很是为难。所以这里可以是“左右为难”。“因此，我打定主意，在买来这些比较娇贵的花儿之时，就认为它们不能长寿，尽到我的心，而又不作幻想，以免枯死的时候落泪伤神”中“尽到我的心，而又不作幻想”写出了作者决定顺应事物的自然发展，不再去过多干涉，抱很大的幻想。所以这里可以是“顺其自然”。</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文章的语言特点。这里要求分析的是“语言生动有趣”的特点，这个特点主要是通过运用修辞手法表现出来的，所以我们可以找一些运用修辞手法的句子加以分析。示例：“它入秋即放假休息，入冬便睡大觉，且久久不醒”运用拟人的修辞手法，生动传神地写出了“我”的象牙红的姿态，进而表现广州象牙红的生机和活力。</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（二）（共</w:t>
      </w:r>
      <w:r>
        <w:rPr>
          <w:rFonts w:eastAsia="宋体;SimSun" w:cs="宋体;SimSun" w:ascii="宋体;SimSun" w:hAnsi="宋体;SimSun"/>
          <w:b/>
          <w:color w:val="000000"/>
          <w:sz w:val="24"/>
        </w:rPr>
        <w:t>12</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阅读《丑婆》，完成下面小题。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丑婆</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安武林</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丑婆家的朱漆大门，一年四季都紧紧关着，高高的院墙内，住着无儿无女没有亲人的丑婆。听大人们形容丑婆：矮小，小脚，一脸的麻子，眼睛是一条很小的缝，眼球根本看不见东西，嘴脸的形状和原始人差不多。</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爸爸和缓了一下语气，接着又说：孩子每年都吃着丑婆的桑葚，享受着她的爱，我们却不敢向孩子坦白，至少，我们的孩子应该当面谢谢人家才对。咱家的杏子不是熟了吗？挑些个大熟透的，让孩子给丑婆送去。</w:t>
      </w:r>
    </w:p>
    <w:p>
      <w:pPr>
        <w:pStyle w:val="Normal"/>
        <w:spacing w:lineRule="auto" w:line="360"/>
        <w:ind w:firstLine="420" w:end="0"/>
        <w:jc w:val="start"/>
        <w:textAlignment w:val="center"/>
        <w:rPr/>
      </w:pPr>
      <w:r>
        <w:rPr>
          <w:rFonts w:eastAsia="楷体" w:cs="楷体" w:ascii="楷体" w:hAnsi="楷体"/>
          <w:color w:val="000000"/>
        </w:rPr>
        <w:t>⑨</w:t>
      </w:r>
      <w:r>
        <w:rPr>
          <w:rFonts w:ascii="楷体" w:hAnsi="楷体" w:cs="楷体" w:eastAsia="楷体"/>
          <w:color w:val="000000"/>
        </w:rPr>
        <w:t>啊，是丑婆？我惊讶地张大了嘴巴，差点没喊出声来。丑婆刚刚还来过，我在睡梦中的时候她来过了。我很懊悔，没能偷偷看一眼丑婆。她家有一株硕大的桑葚树，我们品尝着桑葚的甜蜜。</w:t>
      </w:r>
      <w:r>
        <w:rPr>
          <w:rFonts w:ascii="楷体" w:hAnsi="楷体" w:cs="楷体" w:eastAsia="楷体"/>
          <w:color w:val="000000"/>
          <w:u w:val="single"/>
        </w:rPr>
        <w:t>我们这些孩子都是树上的小鸟，丑婆你就是生长着快乐的大树</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父母吹灭了灯，他们休息了。他们商定好了明天由我去送杏子给丑婆。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那一夜，我失眠了，翻来覆去想着丑婆……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天亮了，我捧着杏子来到丑婆家的朱漆大门前，口中念念有词：丑婆，丑婆，我给你送杏子来了，请你开门。我的声音没有走调。我不害怕！</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（有删改）</w:t>
      </w:r>
    </w:p>
    <w:p>
      <w:pPr>
        <w:pStyle w:val="Normal"/>
        <w:spacing w:lineRule="auto" w:line="360"/>
        <w:jc w:val="start"/>
        <w:textAlignment w:val="center"/>
        <w:rPr/>
      </w:pPr>
      <w:r>
        <w:rPr/>
        <w:t xml:space="preserve">18. </w:t>
      </w:r>
      <w:r>
        <w:rPr/>
        <w:t>阅读文章，摘录文中表明事情发展的时间，概括事件及“我”不同阶段的心理，填写下表。</w:t>
      </w:r>
    </w:p>
    <w:tbl>
      <w:tblPr>
        <w:tblW w:w="5651" w:type="dxa"/>
        <w:jc w:val="start"/>
        <w:tblInd w:w="0" w:type="dxa"/>
        <w:tblLayout w:type="fixed"/>
        <w:tblCellMar>
          <w:top w:w="75" w:type="dxa"/>
          <w:start w:w="120" w:type="dxa"/>
          <w:bottom w:w="75" w:type="dxa"/>
          <w:end w:w="120" w:type="dxa"/>
        </w:tblCellMar>
      </w:tblPr>
      <w:tblGrid>
        <w:gridCol w:w="1645"/>
        <w:gridCol w:w="2135"/>
        <w:gridCol w:w="1871"/>
      </w:tblGrid>
      <w:tr>
        <w:trPr>
          <w:trHeight w:val="330" w:hRule="atLeast"/>
        </w:trPr>
        <w:tc>
          <w:tcPr>
            <w:tcW w:w="16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时间</w:t>
            </w:r>
          </w:p>
        </w:tc>
        <w:tc>
          <w:tcPr>
            <w:tcW w:w="21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事件</w:t>
            </w:r>
          </w:p>
        </w:tc>
        <w:tc>
          <w:tcPr>
            <w:tcW w:w="187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心理</w:t>
            </w:r>
          </w:p>
        </w:tc>
      </w:tr>
      <w:tr>
        <w:trPr>
          <w:trHeight w:val="330" w:hRule="atLeast"/>
        </w:trPr>
        <w:tc>
          <w:tcPr>
            <w:tcW w:w="16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平日里</w:t>
            </w:r>
          </w:p>
        </w:tc>
        <w:tc>
          <w:tcPr>
            <w:tcW w:w="21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听丑婆的传闻</w:t>
            </w:r>
          </w:p>
        </w:tc>
        <w:tc>
          <w:tcPr>
            <w:tcW w:w="187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①</w:t>
            </w:r>
          </w:p>
        </w:tc>
      </w:tr>
      <w:tr>
        <w:trPr>
          <w:trHeight w:val="330" w:hRule="atLeast"/>
        </w:trPr>
        <w:tc>
          <w:tcPr>
            <w:tcW w:w="16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②</w:t>
            </w:r>
          </w:p>
        </w:tc>
        <w:tc>
          <w:tcPr>
            <w:tcW w:w="21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③</w:t>
            </w:r>
          </w:p>
        </w:tc>
        <w:tc>
          <w:tcPr>
            <w:tcW w:w="187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惊讶、懊悔</w:t>
            </w:r>
          </w:p>
        </w:tc>
      </w:tr>
      <w:tr>
        <w:trPr>
          <w:trHeight w:val="330" w:hRule="atLeast"/>
        </w:trPr>
        <w:tc>
          <w:tcPr>
            <w:tcW w:w="16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天亮了</w:t>
            </w:r>
          </w:p>
        </w:tc>
        <w:tc>
          <w:tcPr>
            <w:tcW w:w="213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④</w:t>
            </w:r>
          </w:p>
        </w:tc>
        <w:tc>
          <w:tcPr>
            <w:tcW w:w="187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不害怕</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仿照第⑨段画线句，在横线处补写合适的内容。</w:t>
      </w:r>
    </w:p>
    <w:p>
      <w:pPr>
        <w:pStyle w:val="Normal"/>
        <w:spacing w:lineRule="auto" w:line="360"/>
        <w:jc w:val="start"/>
        <w:textAlignment w:val="center"/>
        <w:rPr/>
      </w:pPr>
      <w:r>
        <w:rPr>
          <w:rFonts w:ascii="宋体;SimSun" w:hAnsi="宋体;SimSun" w:cs="宋体;SimSun"/>
          <w:color w:val="000000"/>
        </w:rPr>
        <w:t>我们这些孩子都是</w:t>
      </w:r>
      <w:r>
        <w:rPr>
          <w:rFonts w:ascii="宋体;SimSun" w:hAnsi="宋体;SimSun" w:cs="宋体;SimSun"/>
          <w:color w:val="000000"/>
          <w:u w:val="single"/>
        </w:rPr>
        <w:t>①</w:t>
      </w:r>
      <w:r>
        <w:rPr>
          <w:rFonts w:eastAsia="宋体;SimSun" w:cs="宋体;SimSun" w:ascii="宋体;SimSun" w:hAnsi="宋体;SimSun"/>
          <w:color w:val="000000"/>
        </w:rPr>
        <w:t>______</w:t>
      </w:r>
      <w:r>
        <w:rPr>
          <w:rFonts w:ascii="宋体;SimSun" w:hAnsi="宋体;SimSun" w:cs="宋体;SimSun"/>
          <w:color w:val="000000"/>
        </w:rPr>
        <w:t>，丑婆你就是</w:t>
      </w:r>
      <w:r>
        <w:rPr>
          <w:rFonts w:ascii="宋体;SimSun" w:hAnsi="宋体;SimSun" w:cs="宋体;SimSun"/>
          <w:color w:val="000000"/>
          <w:u w:val="single"/>
        </w:rPr>
        <w:t>②</w:t>
      </w:r>
      <w:r>
        <w:rPr>
          <w:rFonts w:eastAsia="宋体;SimSun" w:cs="宋体;SimSun" w:ascii="宋体;SimSun" w:hAnsi="宋体;SimSun"/>
          <w:color w:val="000000"/>
        </w:rPr>
        <w:t>______</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第①段写“那一夜，我失眠了，翻来覆去想着丑婆……”请结合上下文，合理想象，补写此刻“我”的心理活动。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阅读全文，你认为文中的丑婆丑吗？结合文章内容，谈谈你的理解。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18. </w:t>
      </w:r>
      <w:r>
        <w:rPr>
          <w:rFonts w:eastAsia="宋体;SimSun" w:cs="宋体;SimSun" w:ascii="宋体;SimSun" w:hAnsi="宋体;SimSun"/>
          <w:color w:val="000000"/>
        </w:rPr>
        <w:t>①</w:t>
      </w:r>
      <w:r>
        <w:rPr>
          <w:rFonts w:ascii="宋体;SimSun" w:hAnsi="宋体;SimSun" w:cs="宋体;SimSun"/>
          <w:color w:val="000000"/>
        </w:rPr>
        <w:t>兴奋、惧怕②一天晚上（那一夜）③得知丑婆送桑葚的真相④给丑婆送杏子</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①. </w:t>
      </w:r>
      <w:r>
        <w:rPr>
          <w:rFonts w:eastAsia="宋体;SimSun" w:cs="宋体;SimSun" w:ascii="宋体;SimSun" w:hAnsi="宋体;SimSun"/>
          <w:color w:val="000000"/>
        </w:rPr>
        <w:t>①</w:t>
      </w:r>
      <w:r>
        <w:rPr>
          <w:rFonts w:ascii="宋体;SimSun" w:hAnsi="宋体;SimSun" w:cs="宋体;SimSun"/>
          <w:color w:val="000000"/>
        </w:rPr>
        <w:t>河中的小船</w:t>
      </w:r>
      <w:r>
        <w:rPr>
          <w:color w:val="000000"/>
        </w:rPr>
        <w:t xml:space="preserve">    ②</w:t>
      </w:r>
      <w:r>
        <w:rPr>
          <w:color w:val="000000"/>
        </w:rPr>
        <w:t xml:space="preserve">. </w:t>
      </w:r>
      <w:r>
        <w:rPr>
          <w:rFonts w:eastAsia="宋体;SimSun" w:cs="宋体;SimSun" w:ascii="宋体;SimSun" w:hAnsi="宋体;SimSun"/>
          <w:color w:val="000000"/>
        </w:rPr>
        <w:t>②</w:t>
      </w:r>
      <w:r>
        <w:rPr>
          <w:rFonts w:ascii="宋体;SimSun" w:hAnsi="宋体;SimSun" w:cs="宋体;SimSun"/>
          <w:color w:val="000000"/>
        </w:rPr>
        <w:t>汇集了包容的港湾</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20. </w:t>
      </w:r>
      <w:r>
        <w:rPr>
          <w:rFonts w:ascii="宋体;SimSun" w:hAnsi="宋体;SimSun" w:cs="宋体;SimSun"/>
          <w:color w:val="000000"/>
        </w:rPr>
        <w:t>答案示例：您的宽容，您的无私，我们的无知与伤害，这一切令我多么懊恼与羞愧。丑婆，我对不起您！</w:t>
      </w:r>
      <w:r>
        <w:rPr>
          <w:color w:val="000000"/>
        </w:rPr>
        <w:t xml:space="preserve">    </w:t>
      </w:r>
    </w:p>
    <w:p>
      <w:pPr>
        <w:pStyle w:val="Normal"/>
        <w:spacing w:lineRule="auto" w:line="360"/>
        <w:textAlignment w:val="center"/>
        <w:rPr/>
      </w:pPr>
      <w:r>
        <w:rPr>
          <w:color w:val="000000"/>
        </w:rPr>
        <w:t xml:space="preserve">21. </w:t>
      </w:r>
      <w:r>
        <w:rPr>
          <w:rFonts w:ascii="宋体;SimSun" w:hAnsi="宋体;SimSun" w:cs="宋体;SimSun"/>
          <w:color w:val="000000"/>
        </w:rPr>
        <w:t>答案示例：我认为丑婆不丑。人的美与丑应看心灵与品质。丑婆喜爱孩子，每年都给孩子送来桑葚；她委屈自己，为了不让孩子受到惊吓，总是避而不见。拥有颗热爱儿童与包容他人心灵的人是美丽的。</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从文中搜集信息的能力。通读文章，文章第②段开始写了“我”听闻了丑婆的传说，“怀着既兴奋又惧怕的心情，渴望多知道一些有关丑婆的一些事情”，接下来的“一天晩上，我正睡得迷糊，突然被一阵剧烈的争吵惊醒了”，在迷迷糊糊中“我”听到了父母的谈话，知道了桑葚是丑婆送来了，理解了丑婆的苦衷，于是第二天“我捧着杏子来到丑婆家的朱漆大门前，口中念念有词：丑婆，丑婆，我给你送杏子来了，请你开门”，此时“我的声音没有走调。我不害怕”。据此理解作答。</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仿写句子。在仿写时要注意把握内容和形式两方面，结合上下文选择合适内容和合适的修辞手法。分析划线句“我们这些孩子都是树上的小鸟，丑婆你就是生长着快乐的大树”可知这里运用了比喻的修辞手法，内容上把握上下句的关系仿写即可。示例：我们这些孩子都是海洋中的小鱼，丑婆你就是承载着包容的大海。</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人物心理的揣摩和语言表达的能力。解答此类试题，要真正走入作品，走进人物的内心世界，这样才能准确把握。这个偶然的机会，让“我”了解了丑婆，感受到了她的苦衷，“那一夜，我失眠了，翻来覆去想着丑婆……”此时“我”的内心应该是非常复杂，这里有对丑婆的愧疚——因为之前对丑婆的误解和嘲讽，有对丑婆的感激——并不与孩子们计较，每年都送来桑葚，宽容体贴。所以这里的心理描写主要要体现出这两种心情。据此理解作答。</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此题考查的是对人物形象的把握。解答此类试题时，首先从文中找出对该人物的描写，然后结合这些描写分析人物形象即可。“丑婆是害怕把孩子吓着，所以她一般在黑夜里走动”“孩子每年都吃着丑婆的桑葚，享受着她的爱”“她害怕弄醒孩子，更怕惊吓着孩子”这些句中可以看出丑婆有着美好的心灵，她对孩子们宽容，为了不让孩子受到惊吓，她只是委屈自己，可见丑婆不丑。据此理解作答。</w:t>
      </w:r>
    </w:p>
    <w:p>
      <w:pPr>
        <w:pStyle w:val="Heading3"/>
      </w:pPr>
      <w:r>
        <w:t>海淀区</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四、现代文阅读（共</w:t>
      </w:r>
      <w:r>
        <w:rPr>
          <w:rFonts w:cs="宋体;SimSun" w:ascii="宋体;SimSun" w:hAnsi="宋体;SimSun"/>
          <w:b/>
          <w:color w:val="000000"/>
          <w:sz w:val="24"/>
        </w:rPr>
        <w:t>22</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阅读《植树的牧羊人》节选，完成下面小题。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吃过午饭，他又开始选橡子。趁这个机会，我（</w:t>
      </w:r>
      <w:r>
        <w:rPr>
          <w:rFonts w:eastAsia="Times New Roman" w:cs="Times New Roman" w:ascii="Times New Roman" w:hAnsi="Times New Roman"/>
          <w:color w:val="000000"/>
        </w:rPr>
        <w:t>páo</w:t>
      </w:r>
      <w:r>
        <w:rPr>
          <w:rFonts w:ascii="楷体" w:hAnsi="楷体" w:cs="楷体" w:eastAsia="楷体"/>
          <w:color w:val="000000"/>
        </w:rPr>
        <w:t>）</w:t>
      </w:r>
      <w:r>
        <w:rPr>
          <w:rFonts w:ascii="楷体" w:hAnsi="楷体" w:cs="楷体" w:eastAsia="楷体"/>
          <w:color w:val="000000"/>
          <w:u w:val="single"/>
        </w:rPr>
        <w:t xml:space="preserve">      </w:t>
      </w:r>
      <w:r>
        <w:rPr>
          <w:rFonts w:ascii="楷体" w:hAnsi="楷体" w:cs="楷体" w:eastAsia="楷体"/>
          <w:color w:val="000000"/>
        </w:rPr>
        <w:t>根问底，才从他嘴里知道了一些事。三年来，他一直这样，一个人种着树。他已经种下了十万颗橡子。在这十万颗橡子中，有两万颗发了芽。而这两万棵树苗中，有将近一半，可能会被动物咬坏，或是因为其他原因死掉。剩下的一万棵树苗，会在这光秃秃的土地上扎根，长成大树。听到这儿，我开给琢磨牧羊人的年龄。他看上去五十多岁了。他说，他五十五岁，叫艾力泽</w:t>
      </w:r>
      <w:r>
        <w:rPr>
          <w:rFonts w:ascii="微软雅黑" w:hAnsi="微软雅黑" w:cs="微软雅黑" w:eastAsia="微软雅黑"/>
          <w:color w:val="000000"/>
        </w:rPr>
        <w:t>・</w:t>
      </w:r>
      <w:r>
        <w:rPr>
          <w:rFonts w:ascii="楷体" w:hAnsi="楷体" w:cs="楷体" w:eastAsia="楷体"/>
          <w:color w:val="000000"/>
        </w:rPr>
        <w:t>布菲，原来生活在山下，有自己的农场。可是，他先是失去了独子，接着，妻子也去世了。他选择了一个人生活，与羊群和狗做伴，平静地看着日子一天天地流走。他说，这地方缺少树；没有树，就不会有生命。他决定，既然没有重要的事情做，就动手种树吧。</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第三天，我和牧羊人道了别。</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这样过了一年，第一次世界大战爆发了。我应征入伍，在军队里待了五年。战争结来了，我只得到一笔微</w:t>
      </w:r>
      <w:r>
        <w:rPr>
          <w:rFonts w:ascii="楷体" w:hAnsi="楷体" w:cs="楷体" w:eastAsia="楷体"/>
          <w:color w:val="000000"/>
          <w:em w:val="underDot"/>
        </w:rPr>
        <w:t>薄</w:t>
      </w:r>
      <w:r>
        <w:rPr>
          <w:rFonts w:ascii="楷体" w:hAnsi="楷体" w:cs="楷体" w:eastAsia="楷体"/>
          <w:color w:val="000000"/>
        </w:rPr>
        <w:t>的</w:t>
      </w:r>
      <w:r>
        <w:rPr>
          <w:rFonts w:ascii="楷体" w:hAnsi="楷体" w:cs="楷体" w:eastAsia="楷体"/>
          <w:color w:val="000000"/>
          <w:em w:val="underDot"/>
        </w:rPr>
        <w:t>酬</w:t>
      </w:r>
      <w:r>
        <w:rPr>
          <w:rFonts w:ascii="楷体" w:hAnsi="楷体" w:cs="楷体" w:eastAsia="楷体"/>
          <w:color w:val="000000"/>
        </w:rPr>
        <w:t>劳。好想去呼吸一下纯净的空气啊！不由得我又踏上了去往那片高原的路。这一带乍看好像没有什么变化。不过，</w:t>
      </w:r>
      <w:r>
        <w:rPr>
          <w:rFonts w:eastAsia="楷体" w:cs="楷体" w:ascii="楷体" w:hAnsi="楷体"/>
          <w:color w:val="000000"/>
          <w:u w:val="single"/>
        </w:rPr>
        <w:t>A</w:t>
      </w:r>
      <w:r>
        <w:rPr>
          <w:rFonts w:ascii="楷体" w:hAnsi="楷体" w:cs="楷体" w:eastAsia="楷体"/>
          <w:color w:val="000000"/>
          <w:u w:val="single"/>
        </w:rPr>
        <w:t>当我来到那个废弃的村庄旁，向远处望去，看到了一片灰灰的薄雾，像地毯一样，铺在高原上。</w:t>
      </w:r>
      <w:r>
        <w:rPr>
          <w:rFonts w:ascii="楷体" w:hAnsi="楷体" w:cs="楷体" w:eastAsia="楷体"/>
          <w:color w:val="000000"/>
        </w:rPr>
        <w:t>从昨天晚上开始，我又想起了那个植树的牧羊人。我想，那一万棵橡树应该已经长成一大片树林了吧！</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牧羊人还活着，而且，身体还很硬（</w:t>
      </w:r>
      <w:r>
        <w:rPr>
          <w:rFonts w:eastAsia="Times New Roman" w:cs="Times New Roman" w:ascii="Times New Roman" w:hAnsi="Times New Roman"/>
          <w:color w:val="000000"/>
        </w:rPr>
        <w:t>lǎng</w:t>
      </w:r>
      <w:r>
        <w:rPr>
          <w:rFonts w:ascii="楷体" w:hAnsi="楷体" w:cs="楷体" w:eastAsia="楷体"/>
          <w:color w:val="000000"/>
        </w:rPr>
        <w:t>）</w:t>
      </w:r>
      <w:r>
        <w:rPr>
          <w:rFonts w:ascii="楷体" w:hAnsi="楷体" w:cs="楷体" w:eastAsia="楷体"/>
          <w:color w:val="000000"/>
          <w:u w:val="single"/>
        </w:rPr>
        <w:t xml:space="preserve">      </w:t>
      </w:r>
      <w:r>
        <w:rPr>
          <w:rFonts w:ascii="楷体" w:hAnsi="楷体" w:cs="楷体" w:eastAsia="楷体"/>
          <w:color w:val="000000"/>
        </w:rPr>
        <w:t>。现在，他不再放羊。他说，羊吃树苗，就不养羊了，只留下了四只母羊。他添置了一百来个蜂箱，改养蜜蜂了。战争并没有扰乱他的生活。他一直在种树。种橡树，种山毛榉，还种白桦树。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p>
    <w:p>
      <w:pPr>
        <w:pStyle w:val="Normal"/>
        <w:spacing w:lineRule="auto" w:line="360"/>
        <w:ind w:firstLine="420" w:end="0"/>
        <w:jc w:val="start"/>
        <w:textAlignment w:val="center"/>
        <w:rPr>
          <w:rFonts w:ascii="楷体" w:hAnsi="楷体" w:eastAsia="楷体" w:cs="楷体"/>
          <w:color w:val="000000"/>
          <w:u w:val="single"/>
        </w:rPr>
      </w:pPr>
      <w:r>
        <w:rPr>
          <w:rFonts w:ascii="楷体" w:hAnsi="楷体" w:cs="楷体" w:eastAsia="楷体"/>
          <w:color w:val="000000"/>
        </w:rPr>
        <w:t>这个男人坚持做着自己想做的事。这片一眼望不到边的山毛榉树林就是证明，它们长得足足有我肩膀这么高了。那一大片橡树也长得很茂盛，不用再担心被动物吃掉了；就算老天爷想把这杰作毁掉，也只能求助龙卷风了。他还指着一片白桦林说，这是五年前种的，他认为谷底比较湿润，就把白桦树种在那里。他是对的。</w:t>
      </w:r>
      <w:r>
        <w:rPr>
          <w:rFonts w:eastAsia="楷体" w:cs="楷体" w:ascii="楷体" w:hAnsi="楷体"/>
          <w:color w:val="000000"/>
          <w:u w:val="single"/>
        </w:rPr>
        <w:t>B</w:t>
      </w:r>
      <w:r>
        <w:rPr>
          <w:rFonts w:ascii="楷体" w:hAnsi="楷体" w:cs="楷体" w:eastAsia="楷体"/>
          <w:color w:val="000000"/>
          <w:u w:val="single"/>
        </w:rPr>
        <w:t>这些白桦树棵棵鲜嫩、挺拔，像笔直站立的少年一样。</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路过山下村子的时候，我在这个曾经干旱无比的地方，看到了溪水。这是老人种树带来的连锁反应，是我见过的最了不起的</w:t>
      </w:r>
      <w:r>
        <w:rPr>
          <w:rFonts w:ascii="楷体" w:hAnsi="楷体" w:cs="楷体" w:eastAsia="楷体"/>
          <w:color w:val="000000"/>
          <w:em w:val="underDot"/>
        </w:rPr>
        <w:t>奇迹</w:t>
      </w:r>
      <w:r>
        <w:rPr>
          <w:rFonts w:ascii="楷体" w:hAnsi="楷体" w:cs="楷体" w:eastAsia="楷体"/>
          <w:color w:val="000000"/>
        </w:rPr>
        <w:t>！</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（选自让</w:t>
      </w:r>
      <w:r>
        <w:rPr>
          <w:rFonts w:eastAsia="楷体" w:cs="楷体" w:ascii="楷体" w:hAnsi="楷体"/>
          <w:color w:val="000000"/>
        </w:rPr>
        <w:t>·</w:t>
      </w:r>
      <w:r>
        <w:rPr>
          <w:rFonts w:ascii="楷体" w:hAnsi="楷体" w:cs="楷体" w:eastAsia="楷体"/>
          <w:color w:val="000000"/>
        </w:rPr>
        <w:t>乔诺的《植树的牧羊人》）</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13. </w:t>
      </w:r>
      <w:r>
        <w:rPr>
          <w:rFonts w:ascii="宋体;SimSun" w:hAnsi="宋体;SimSun" w:cs="宋体;SimSun"/>
          <w:color w:val="000000"/>
        </w:rPr>
        <w:t>阅读选文，根据读音书写汉字或给加点的字注音。</w:t>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w:t>
      </w:r>
      <w:r>
        <w:rPr>
          <w:rFonts w:eastAsia="Times New Roman" w:cs="Times New Roman" w:ascii="Times New Roman" w:hAnsi="Times New Roman"/>
          <w:color w:val="000000"/>
        </w:rPr>
        <w:t>páo</w:t>
      </w:r>
      <w:r>
        <w:rPr>
          <w:rFonts w:cs="宋体;SimSun" w:ascii="宋体;SimSun" w:hAnsi="宋体;SimSun"/>
          <w:color w:val="000000"/>
        </w:rPr>
        <w:t>_______</w:t>
      </w:r>
      <w:r>
        <w:rPr>
          <w:rFonts w:ascii="宋体;SimSun" w:hAnsi="宋体;SimSun" w:cs="宋体;SimSun"/>
          <w:color w:val="000000"/>
        </w:rPr>
        <w:t>根问底  （</w:t>
      </w:r>
      <w:r>
        <w:rPr>
          <w:rFonts w:cs="宋体;SimSun" w:ascii="宋体;SimSun" w:hAnsi="宋体;SimSun"/>
          <w:color w:val="000000"/>
        </w:rPr>
        <w:t>2</w:t>
      </w:r>
      <w:r>
        <w:rPr>
          <w:rFonts w:ascii="宋体;SimSun" w:hAnsi="宋体;SimSun" w:cs="宋体;SimSun"/>
          <w:color w:val="000000"/>
        </w:rPr>
        <w:t>）微</w:t>
      </w:r>
      <w:r>
        <w:rPr>
          <w:rFonts w:ascii="宋体;SimSun" w:hAnsi="宋体;SimSun" w:cs="宋体;SimSun"/>
          <w:color w:val="000000"/>
          <w:em w:val="underDot"/>
        </w:rPr>
        <w:t>薄</w:t>
      </w:r>
      <w:r>
        <w:rPr>
          <w:rFonts w:ascii="宋体;SimSun" w:hAnsi="宋体;SimSun" w:cs="宋体;SimSun"/>
          <w:color w:val="000000"/>
        </w:rPr>
        <w:t>（        ）  （</w:t>
      </w:r>
      <w:r>
        <w:rPr>
          <w:rFonts w:cs="宋体;SimSun" w:ascii="宋体;SimSun" w:hAnsi="宋体;SimSun"/>
          <w:color w:val="000000"/>
        </w:rPr>
        <w:t>3</w:t>
      </w:r>
      <w:r>
        <w:rPr>
          <w:rFonts w:ascii="宋体;SimSun" w:hAnsi="宋体;SimSun" w:cs="宋体;SimSun"/>
          <w:color w:val="000000"/>
        </w:rPr>
        <w:t>）</w:t>
      </w:r>
      <w:r>
        <w:rPr>
          <w:rFonts w:ascii="宋体;SimSun" w:hAnsi="宋体;SimSun" w:cs="宋体;SimSun"/>
          <w:color w:val="000000"/>
          <w:em w:val="underDot"/>
        </w:rPr>
        <w:t>酬</w:t>
      </w:r>
      <w:r>
        <w:rPr>
          <w:rFonts w:ascii="宋体;SimSun" w:hAnsi="宋体;SimSun" w:cs="宋体;SimSun"/>
          <w:color w:val="000000"/>
        </w:rPr>
        <w:t>（        ）劳  （</w:t>
      </w:r>
      <w:r>
        <w:rPr>
          <w:rFonts w:cs="宋体;SimSun" w:ascii="宋体;SimSun" w:hAnsi="宋体;SimSun"/>
          <w:color w:val="000000"/>
        </w:rPr>
        <w:t>4</w:t>
      </w:r>
      <w:r>
        <w:rPr>
          <w:rFonts w:ascii="宋体;SimSun" w:hAnsi="宋体;SimSun" w:cs="宋体;SimSun"/>
          <w:color w:val="000000"/>
        </w:rPr>
        <w:t>）硬</w:t>
      </w:r>
      <w:r>
        <w:rPr>
          <w:rFonts w:eastAsia="Times New Roman" w:cs="Times New Roman" w:ascii="Times New Roman" w:hAnsi="Times New Roman"/>
          <w:color w:val="000000"/>
        </w:rPr>
        <w:t>lǎng</w:t>
      </w:r>
      <w:r>
        <w:rPr>
          <w:rFonts w:cs="宋体;SimSun" w:ascii="宋体;SimSun" w:hAnsi="宋体;SimSun"/>
          <w:color w:val="000000"/>
        </w:rPr>
        <w:t>_______</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14. </w:t>
      </w:r>
      <w:r>
        <w:rPr>
          <w:rFonts w:ascii="宋体;SimSun" w:hAnsi="宋体;SimSun" w:cs="宋体;SimSun"/>
          <w:color w:val="000000"/>
        </w:rPr>
        <w:t>阅读选文，从下列语句中任选一句简要分析其表达效果。</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A</w:t>
      </w:r>
      <w:r>
        <w:rPr>
          <w:rFonts w:ascii="宋体;SimSun" w:hAnsi="宋体;SimSun" w:cs="宋体;SimSun"/>
          <w:color w:val="000000"/>
        </w:rPr>
        <w:t>当我来到那个废弃的村庄旁，向远处望去，看到了一片灰灰的薄雾。像地毯一样，铺在高原上。</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B</w:t>
      </w:r>
      <w:r>
        <w:rPr>
          <w:rFonts w:ascii="宋体;SimSun" w:hAnsi="宋体;SimSun" w:cs="宋体;SimSun"/>
          <w:color w:val="000000"/>
        </w:rPr>
        <w:t>．这些白桦树棵棵鲜嫩、挺拔，像笔直站立的少年一样。</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15. </w:t>
      </w:r>
      <w:r>
        <w:rPr>
          <w:rFonts w:ascii="宋体;SimSun" w:hAnsi="宋体;SimSun" w:cs="宋体;SimSun"/>
          <w:color w:val="000000"/>
        </w:rPr>
        <w:t>阅读【链接材料】回答下面的问题。</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【链接材料】</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儿子出生时，他在邮运路上；家人春节团聚时，他在邮运路上；面对抢劫的歹徒，他怒吼：“不准砸油车。”为了保护邮件，他身中</w:t>
      </w:r>
      <w:r>
        <w:rPr>
          <w:rFonts w:eastAsia="楷体" w:cs="楷体" w:ascii="楷体" w:hAnsi="楷体"/>
          <w:color w:val="000000"/>
        </w:rPr>
        <w:t>17</w:t>
      </w:r>
      <w:r>
        <w:rPr>
          <w:rFonts w:ascii="楷体" w:hAnsi="楷体" w:cs="楷体" w:eastAsia="楷体"/>
          <w:color w:val="000000"/>
        </w:rPr>
        <w:t>刀，</w:t>
      </w:r>
      <w:r>
        <w:rPr>
          <w:rFonts w:eastAsia="楷体" w:cs="楷体" w:ascii="楷体" w:hAnsi="楷体"/>
          <w:color w:val="000000"/>
        </w:rPr>
        <w:t>4</w:t>
      </w:r>
      <w:r>
        <w:rPr>
          <w:rFonts w:ascii="楷体" w:hAnsi="楷体" w:cs="楷体" w:eastAsia="楷体"/>
          <w:color w:val="000000"/>
        </w:rPr>
        <w:t>根肋骨被打断，甚至伤及头盖骨……在伤势复原几乎不可能的情况下，他没有放弃，顽强地造了生命的</w:t>
      </w:r>
      <w:r>
        <w:rPr>
          <w:rFonts w:ascii="楷体" w:hAnsi="楷体" w:cs="楷体" w:eastAsia="楷体"/>
          <w:color w:val="000000"/>
          <w:em w:val="underDot"/>
        </w:rPr>
        <w:t>奇迹</w:t>
      </w:r>
      <w:r>
        <w:rPr>
          <w:rFonts w:ascii="楷体" w:hAnsi="楷体" w:cs="楷体" w:eastAsia="楷体"/>
          <w:color w:val="000000"/>
        </w:rPr>
        <w:t>，回到了他热爱的岗位——小小邮车。其美多吉在雪线邮路上用生命坚守工作了</w:t>
      </w:r>
      <w:r>
        <w:rPr>
          <w:rFonts w:eastAsia="楷体" w:cs="楷体" w:ascii="楷体" w:hAnsi="楷体"/>
          <w:color w:val="000000"/>
        </w:rPr>
        <w:t>29</w:t>
      </w:r>
      <w:r>
        <w:rPr>
          <w:rFonts w:ascii="楷体" w:hAnsi="楷体" w:cs="楷体" w:eastAsia="楷体"/>
          <w:color w:val="000000"/>
        </w:rPr>
        <w:t>年，行驶里程相当于绕赤道</w:t>
      </w:r>
      <w:r>
        <w:rPr>
          <w:rFonts w:eastAsia="楷体" w:cs="楷体" w:ascii="楷体" w:hAnsi="楷体"/>
          <w:color w:val="000000"/>
        </w:rPr>
        <w:t>35</w:t>
      </w:r>
      <w:r>
        <w:rPr>
          <w:rFonts w:ascii="楷体" w:hAnsi="楷体" w:cs="楷体" w:eastAsia="楷体"/>
          <w:color w:val="000000"/>
        </w:rPr>
        <w:t>圈。他驾驶的邮车行驶在海拔</w:t>
      </w:r>
      <w:r>
        <w:rPr>
          <w:rFonts w:eastAsia="楷体" w:cs="楷体" w:ascii="楷体" w:hAnsi="楷体"/>
          <w:color w:val="000000"/>
        </w:rPr>
        <w:t>5000</w:t>
      </w:r>
      <w:r>
        <w:rPr>
          <w:rFonts w:ascii="楷体" w:hAnsi="楷体" w:cs="楷体" w:eastAsia="楷体"/>
          <w:color w:val="000000"/>
        </w:rPr>
        <w:t>米以上，夏天常有塌方、泥石流，冬天零下三四十摄氏度、积雪半米多深甚至会遭遇雪崩，但他从未发生过一次责任事故，圆满完成了一次次邮运任务，他是当之无愧的雪域高原的忠诚信使。</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）选文和【链接材料】中都出现了“奇迹”一词，它们分别指什么内容？</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）结合选文和【链接材料】的相关内容，简要概括植树的牧羊人和其美多吉的共同品质。</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13.     ①. </w:t>
      </w: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）刨</w:t>
      </w:r>
      <w:r>
        <w:rPr>
          <w:color w:val="000000"/>
        </w:rPr>
        <w:t xml:space="preserve">    ②</w:t>
      </w:r>
      <w:r>
        <w:rPr>
          <w:color w:val="000000"/>
        </w:rPr>
        <w:t xml:space="preserve">. </w:t>
      </w: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w:t>
      </w:r>
      <w:r>
        <w:rPr>
          <w:rFonts w:eastAsia="Times New Roman" w:cs="Times New Roman" w:ascii="Times New Roman" w:hAnsi="Times New Roman"/>
          <w:color w:val="000000"/>
        </w:rPr>
        <w:t>bó</w:t>
      </w:r>
      <w:r>
        <w:rPr>
          <w:color w:val="000000"/>
        </w:rPr>
        <w:t xml:space="preserve">    ③. </w:t>
      </w:r>
      <w:r>
        <w:rPr>
          <w:rFonts w:ascii="宋体;SimSun" w:hAnsi="宋体;SimSun" w:cs="宋体;SimSun"/>
          <w:color w:val="000000"/>
        </w:rPr>
        <w:t>（</w:t>
      </w:r>
      <w:r>
        <w:rPr>
          <w:rFonts w:cs="宋体;SimSun" w:ascii="宋体;SimSun" w:hAnsi="宋体;SimSun"/>
          <w:color w:val="000000"/>
        </w:rPr>
        <w:t>3</w:t>
      </w:r>
      <w:r>
        <w:rPr>
          <w:rFonts w:ascii="宋体;SimSun" w:hAnsi="宋体;SimSun" w:cs="宋体;SimSun"/>
          <w:color w:val="000000"/>
        </w:rPr>
        <w:t>）</w:t>
      </w:r>
      <w:r>
        <w:rPr>
          <w:rFonts w:eastAsia="Times New Roman" w:cs="Times New Roman" w:ascii="Times New Roman" w:hAnsi="Times New Roman"/>
          <w:color w:val="000000"/>
        </w:rPr>
        <w:t>chóu</w:t>
      </w:r>
      <w:r>
        <w:rPr>
          <w:color w:val="000000"/>
        </w:rPr>
        <w:t xml:space="preserve">    ④. </w:t>
      </w:r>
      <w:r>
        <w:rPr>
          <w:rFonts w:ascii="宋体;SimSun" w:hAnsi="宋体;SimSun" w:cs="宋体;SimSun"/>
          <w:color w:val="000000"/>
        </w:rPr>
        <w:t>（</w:t>
      </w:r>
      <w:r>
        <w:rPr>
          <w:rFonts w:cs="宋体;SimSun" w:ascii="宋体;SimSun" w:hAnsi="宋体;SimSun"/>
          <w:color w:val="000000"/>
        </w:rPr>
        <w:t>4</w:t>
      </w:r>
      <w:r>
        <w:rPr>
          <w:rFonts w:ascii="宋体;SimSun" w:hAnsi="宋体;SimSun" w:cs="宋体;SimSun"/>
          <w:color w:val="000000"/>
        </w:rPr>
        <w:t>）朗</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14. </w:t>
      </w:r>
      <w:r>
        <w:rPr>
          <w:rFonts w:ascii="宋体;SimSun" w:hAnsi="宋体;SimSun" w:cs="宋体;SimSun"/>
          <w:color w:val="000000"/>
        </w:rPr>
        <w:t>示例一：运用比喻的修辞方法，把灰色薄雾比作铺在高原上的地毯，借远望之景表现牧羊人种树之多，赞美了牧羊人凭一己之力创造的奇迹。</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示例二：运用比喻的修辞方法，把白桦树比作笔直站立的少年，生动形象地写出了白桦树鲜嫩、挺拔的外形，展现了五年前种在谷底的白桦林的勃勃生机，表达了对植树牧羊人的赞美。</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15. </w:t>
      </w: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示例：①选文中的“奇迹”是指牧羊人用大半辈子的时间种树，把荒漠变成了绿洲，使荒废的山村重新焕发了活力。②【链接材料】中的“奇迹”是指其美多吉在伤势复原几乎不可能的情况下，凭着对事业的热爱，坚持不放弃，顽强地创造了生命的奇迹。</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示例一：两人都能够克服困难，实现自己的目标。牧羊人遭受家庭变故后，选择一个人生活，坚持种树，把荒漠变成了绿洲；其美多吉不畏恶劣的自然环境，顽强地战胜伤痛，坚守岗位，圆满完成了一次次邮运任务。</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示例二：坚守、默默奉献的精神。牧羊人数十年来靠个人的体力和毅力，把荒漠变成绿洲，为人类造福；其美多吉舍小家舍自己护邮件，用生命坚守工作</w:t>
      </w:r>
      <w:r>
        <w:rPr>
          <w:rFonts w:cs="宋体;SimSun" w:ascii="宋体;SimSun" w:hAnsi="宋体;SimSun"/>
          <w:color w:val="000000"/>
        </w:rPr>
        <w:t>29</w:t>
      </w:r>
      <w:r>
        <w:rPr>
          <w:rFonts w:ascii="宋体;SimSun" w:hAnsi="宋体;SimSun" w:cs="宋体;SimSun"/>
          <w:color w:val="000000"/>
        </w:rPr>
        <w:t>年，圆满完成了一次次邮运任务。</w:t>
      </w:r>
    </w:p>
    <w:p>
      <w:pPr>
        <w:pStyle w:val="Normal"/>
        <w:spacing w:lineRule="auto" w:line="360"/>
        <w:textAlignment w:val="center"/>
        <w:rPr>
          <w:rFonts w:hint="eastAsia"/>
          <w:color w:val="000000"/>
        </w:rPr>
      </w:pPr>
      <w:r>
        <w:rPr>
          <w:color w:val="2E75B6"/>
        </w:rPr>
        <w:t>【解析】</w:t>
      </w:r>
    </w:p>
    <w:p>
      <w:pPr>
        <w:pStyle w:val="Normal"/>
        <w:spacing w:lineRule="auto" w:line="360"/>
        <w:textAlignment w:val="center"/>
        <w:rPr>
          <w:rFonts w:hint="eastAsia"/>
          <w:color w:val="000000"/>
        </w:rPr>
      </w:pPr>
      <w:r>
        <w:rPr>
          <w:color w:val="000000"/>
        </w:rPr>
        <w:t>【</w:t>
      </w:r>
      <w:r>
        <w:rPr>
          <w:color w:val="000000"/>
        </w:rPr>
        <w:t>13</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刨根问底，拼音是</w:t>
      </w:r>
      <w:r>
        <w:rPr>
          <w:rFonts w:ascii="Times New Roman" w:hAnsi="Times New Roman" w:cs="Times New Roman" w:eastAsia="Times New Roman"/>
          <w:color w:val="000000"/>
        </w:rPr>
        <w:t xml:space="preserve"> </w:t>
      </w:r>
      <w:r>
        <w:rPr>
          <w:rFonts w:eastAsia="Times New Roman" w:cs="Times New Roman" w:ascii="Times New Roman" w:hAnsi="Times New Roman"/>
          <w:color w:val="000000"/>
        </w:rPr>
        <w:t>páo gēn wèn dǐ</w:t>
      </w:r>
      <w:r>
        <w:rPr>
          <w:rFonts w:ascii="宋体;SimSun" w:hAnsi="宋体;SimSun" w:cs="宋体;SimSun"/>
          <w:color w:val="000000"/>
        </w:rPr>
        <w:t>，意思是比喻追究底细。微薄，拼音：</w:t>
      </w:r>
      <w:r>
        <w:rPr>
          <w:rFonts w:eastAsia="Times New Roman" w:cs="Times New Roman" w:ascii="Times New Roman" w:hAnsi="Times New Roman"/>
          <w:color w:val="000000"/>
        </w:rPr>
        <w:t>wēi bó</w:t>
      </w:r>
      <w:r>
        <w:rPr>
          <w:rFonts w:ascii="宋体;SimSun" w:hAnsi="宋体;SimSun" w:cs="宋体;SimSun"/>
          <w:color w:val="000000"/>
        </w:rPr>
        <w:t>。指收入少。酬劳，拼音是</w:t>
      </w:r>
      <w:r>
        <w:rPr>
          <w:rFonts w:eastAsia="Times New Roman" w:cs="Times New Roman" w:ascii="Times New Roman" w:hAnsi="Times New Roman"/>
          <w:color w:val="000000"/>
        </w:rPr>
        <w:t>chóu láo</w:t>
      </w:r>
      <w:r>
        <w:rPr>
          <w:rFonts w:ascii="宋体;SimSun" w:hAnsi="宋体;SimSun" w:cs="宋体;SimSun"/>
          <w:color w:val="000000"/>
        </w:rPr>
        <w:t>，给出力</w:t>
      </w:r>
      <w:r>
        <w:rPr>
          <w:rFonts w:ascii="宋体;SimSun" w:hAnsi="宋体;SimSun" w:cs="宋体;SimSun"/>
          <w:color w:val="000000"/>
        </w:rPr>
        <w:drawing>
          <wp:inline distT="0" distB="0" distL="0" distR="0">
            <wp:extent cx="133350" cy="177800"/>
            <wp:effectExtent l="0" t="0" r="0" b="0"/>
            <wp:docPr id="1413"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图片 100008"/>
                    <pic:cNvPicPr>
                      <a:picLocks noChangeAspect="1" noChangeArrowheads="1"/>
                    </pic:cNvPicPr>
                  </pic:nvPicPr>
                  <pic:blipFill>
                    <a:blip r:embed="rId5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人的报酬。硬朗，拼音是</w:t>
      </w:r>
      <w:r>
        <w:rPr>
          <w:rFonts w:eastAsia="Times New Roman" w:cs="Times New Roman" w:ascii="Times New Roman" w:hAnsi="Times New Roman"/>
          <w:color w:val="000000"/>
        </w:rPr>
        <w:t>yìng lǎng</w:t>
      </w:r>
      <w:r>
        <w:rPr>
          <w:rFonts w:ascii="宋体;SimSun" w:hAnsi="宋体;SimSun" w:cs="宋体;SimSun"/>
          <w:color w:val="000000"/>
        </w:rPr>
        <w:t>指身体健壮、强硬有力。</w:t>
      </w:r>
    </w:p>
    <w:p>
      <w:pPr>
        <w:pStyle w:val="Normal"/>
        <w:spacing w:lineRule="auto" w:line="360"/>
        <w:textAlignment w:val="center"/>
        <w:rPr>
          <w:rFonts w:hint="eastAsia"/>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赏析句子的能力。首先判断要赏析的句子是环境描写句还是人物描写句，其次判断是运用了修辞手法还是表现手法，最后分析其作用。“看到了一片灰灰的薄雾。像地毯一样”“这些白桦树……，像笔直站立的少年一样”，显然都是运用了比喻的修辞手法，前者的写作对象是“薄雾”，“像地毯一样，铺在高原上”借远望之景表现牧羊人种树之多，后者的写作对象是“白桦树”，“鲜嫩、挺拔”展现了白桦林的勃勃生机。两句话都表达了作者对植树牧羊人凭一己之力创造的奇迹的赞美。回答其作用，依据比喻修辞的答题模板“运用了比喻的修辞手法，形象生动地写出了</w:t>
      </w:r>
      <w:r>
        <w:rPr>
          <w:rFonts w:cs="宋体;SimSun" w:ascii="宋体;SimSun" w:hAnsi="宋体;SimSun"/>
          <w:color w:val="000000"/>
        </w:rPr>
        <w:t>xx</w:t>
      </w:r>
      <w:r>
        <w:rPr>
          <w:rFonts w:ascii="宋体;SimSun" w:hAnsi="宋体;SimSun" w:cs="宋体;SimSun"/>
          <w:color w:val="000000"/>
        </w:rPr>
        <w:t>的……特点”进行答题。语言生动形象。</w:t>
      </w:r>
    </w:p>
    <w:p>
      <w:pPr>
        <w:pStyle w:val="Normal"/>
        <w:spacing w:lineRule="auto" w:line="360"/>
        <w:textAlignment w:val="center"/>
        <w:rPr>
          <w:rFonts w:hint="eastAsia"/>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本题考查炼字。要结合具体语境分析。文本，“三年来，他一直这样，一个人种着树。他已经种下了十万颗橡子”“他一直在种树。种橡树，种山毛榉，还种白桦树。”“这片一眼望不到边的山毛榉树林就是证明，……那一大片橡树也长得很茂盛”“在这个曾经干旱无比的地方，看到了溪水。这是老人种树带来的连锁反应，是我见过的最了不起的奇迹”，据此可理解一处“奇迹”的意思；链接材料中，“在伤势复原几乎不可能的情况下，他没有放弃，顽强地造了生命的奇迹，回到了他热爱的岗位——小小邮车”“从未发生过一次责任事故，圆满完成了一次次邮运任务”，据此理解二处“奇迹”的含义。</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）本题考查比较分析人物形象。分析人物形象，可以从以下方面解答：典型事件，人物的正面描写，作者评价和侧面烘托等。此题找出文本和链接材料中二人的相同点即可。如文本的“一个人种着树” “他先是失去了独子，接着，妻子也去世了”和链接材料的“他身中</w:t>
      </w:r>
      <w:r>
        <w:rPr>
          <w:rFonts w:cs="宋体;SimSun" w:ascii="宋体;SimSun" w:hAnsi="宋体;SimSun"/>
          <w:color w:val="000000"/>
        </w:rPr>
        <w:t>17</w:t>
      </w:r>
      <w:r>
        <w:rPr>
          <w:rFonts w:ascii="宋体;SimSun" w:hAnsi="宋体;SimSun" w:cs="宋体;SimSun"/>
          <w:color w:val="000000"/>
        </w:rPr>
        <w:t>刀，</w:t>
      </w:r>
      <w:r>
        <w:rPr>
          <w:rFonts w:cs="宋体;SimSun" w:ascii="宋体;SimSun" w:hAnsi="宋体;SimSun"/>
          <w:color w:val="000000"/>
        </w:rPr>
        <w:t>4</w:t>
      </w:r>
      <w:r>
        <w:rPr>
          <w:rFonts w:ascii="宋体;SimSun" w:hAnsi="宋体;SimSun" w:cs="宋体;SimSun"/>
          <w:color w:val="000000"/>
        </w:rPr>
        <w:t>根肋骨被打断，甚至伤及头盖骨……在伤势复原几乎不可能的情况下”“他驾驶的邮车行驶在海拔</w:t>
      </w:r>
      <w:r>
        <w:rPr>
          <w:rFonts w:cs="宋体;SimSun" w:ascii="宋体;SimSun" w:hAnsi="宋体;SimSun"/>
          <w:color w:val="000000"/>
        </w:rPr>
        <w:t>5000</w:t>
      </w:r>
      <w:r>
        <w:rPr>
          <w:rFonts w:ascii="宋体;SimSun" w:hAnsi="宋体;SimSun" w:cs="宋体;SimSun"/>
          <w:color w:val="000000"/>
        </w:rPr>
        <w:t>米以上，夏天常有塌方、泥石流，冬天零下三四十摄氏度、积雪半米多深甚至会遭遇雪崩”都写出了两人能够克服困难，实现自己的目标。文本的“三年来，他一直这样，一个人种着树”“这地方缺少树；没有树，就不会有生命”“这个男人坚持做着自己想做的事。这片一眼望不到边的山毛榉树林就是证明，它们长得足足有我肩膀这么高了。那一大片橡树也长得很茂盛”“在这个曾经干旱无比的地方，看到了溪水”和链接材料的“其美多吉在雪线邮路上用生命坚守工作了</w:t>
      </w:r>
      <w:r>
        <w:rPr>
          <w:rFonts w:cs="宋体;SimSun" w:ascii="宋体;SimSun" w:hAnsi="宋体;SimSun"/>
          <w:color w:val="000000"/>
        </w:rPr>
        <w:t>29</w:t>
      </w:r>
      <w:r>
        <w:rPr>
          <w:rFonts w:ascii="宋体;SimSun" w:hAnsi="宋体;SimSun" w:cs="宋体;SimSun"/>
          <w:color w:val="000000"/>
        </w:rPr>
        <w:t>年，行驶里程相当于绕赤道</w:t>
      </w:r>
      <w:r>
        <w:rPr>
          <w:rFonts w:cs="宋体;SimSun" w:ascii="宋体;SimSun" w:hAnsi="宋体;SimSun"/>
          <w:color w:val="000000"/>
        </w:rPr>
        <w:t>35</w:t>
      </w:r>
      <w:r>
        <w:rPr>
          <w:rFonts w:ascii="宋体;SimSun" w:hAnsi="宋体;SimSun" w:cs="宋体;SimSun"/>
          <w:color w:val="000000"/>
        </w:rPr>
        <w:t>圈”都体现了二人坚守自己的事业，为人类默默奉献的精神。</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阅读《忆那灯火沉醉的春夜》，完成小题。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忆那灯火沉醉的春夜</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杨启明</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三月的阳光从深邃的天幕里泼泻而下，山川、河流、田野、村庄流光溢彩，书写着华丽的诗篇。枝头的花朵在暖阳下肆意绽放，孩子们是春天里的主角，从村庄里奔跑出来，如蜜蜂循着花香在田野里追着野花奔跑，花开到哪里孩子们就追到哪里。这时，春天便彰显了更多的妩媚与婀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一些花被追得跌进了水里，星星点点。那些水里的小精灵纷纷围拢过来，把自己藏进花影里。它们也闻到了花香么？孩子们这么想的时候自己的影子也跌进了水里。那些小精灵很亲近很随性，游在孩子们的脸上眼睛上手心上衣服上口袋里，不觉间也游进孩子们的心扉，游进孩子们的梦里。梦里的小鱼很乖巧、温顺；泥鳅与黄鳝则不然，虽然可爱，但却诡计多端，抓都抓不住，总是从指缝间轻而易举地滑走，就像时光一样，一晃童年就远远地飘走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村前的那片水田沉眠一冬的泥土被犁摇醒了，蓬松了，暖暖的阳光遍洒无限的春意。早已守候在田埂上的孩子们撑起长长的漏网，看似憨头呆脑的鱼儿们便会与孩子们斗智斗勇。它们利用浑浊的水和被犁翻起来高高隆着的泥坯以及随着泥坯或沉或浮的水草作掩体，时而浮出水面逗弄游戏，时而钻进水里密谋运筹。它们总是能以最快的速度闪过抓捕的漏网。哗嚓，泥黄色的水花溅得老高，鱼儿逃之夭夭，网却被水草缠绞了，鱼儿躲进掩体里偷笑呢！知道吗？那不是孩子们有多迅捷和成风，那是鱼儿们有多机敏和得意！鱼儿们很乐意和孩子们做着这重复的游戎，在这一场游戏中往往以孩子们的失败而结局，慌张中一脚踩空落入水里，点点水花在夕阳下灿然绽放，惊飞几只回家的小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夜晚，春色如水漫流，村庄静静地沉醉着。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那些小精灵们呢？也和村庄一样静静地沉寂在春夜的美景里。星星落在水里，月亮落在水里，萤火虫的微光也落在水里。纳凉的精灵们，匍匐着静默着，似乎是怕一转身就会把身边的星星和月亮搅碎、惊吓。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田野、河湾里飘着几朵灯火，或柔和或刚烈。那是孩子们在继续着白天的游戏——照泥鳅。</w:t>
      </w:r>
      <w:r>
        <w:rPr>
          <w:rFonts w:ascii="楷体" w:hAnsi="楷体" w:cs="楷体" w:eastAsia="楷体"/>
          <w:color w:val="000000"/>
          <w:u w:val="single"/>
        </w:rPr>
        <w:t>灯火照过来，火红的花瓣跳跃着缭绕着，一些小精灵好奇地游拢过来，它们看见了一团比星星比月亮更硕大更红亮的花朵在水中开放。</w:t>
      </w:r>
      <w:r>
        <w:rPr>
          <w:rFonts w:ascii="楷体" w:hAnsi="楷体" w:cs="楷体" w:eastAsia="楷体"/>
          <w:color w:val="000000"/>
        </w:rPr>
        <w:t>鱼是水里最具灵性的舞蹈演员，片片鳞羽在火红的光晕里放射出玛瑙或是翡翠的光芒。而泥鳅与黄鳝则不再狡黠不再玩世不恭，它们是孩子们的好朋友，老远地打着招呼游向摇摇曳曳的花影里。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那种惬意让我着迷。第一次舞动火把照泥鳅的心情是激动得无法形容的，正如我第一次参加作文大赛拿了大奖一样。三叔是孩子们的头儿，泥鳅、黄蟮再怎么狡猾，只要到了三叔手里那就得服服帖帖恭恭顺顺。我学着三叔也摸过几回，手指触摸到深藏于泥洞洞里的泥鳅那凉滑滑的嘴唇时，感觉美妙极了。有一次，我以为是泥鳅调头溜了，谁知拔出手指却带出了一条肥壮硕大的黄蟮，它紧紧地咬住我长长的食指指甲不放，吓得我顿时尖叫起来。自那以后，不管那些小泥洞洞如何诱惑，我就是不敢把手指伸进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记忆中那次去南木冲是收获最为丰硕的。南木冲，那是一片千亩水田啊，一眼望去雾蒙蒙地消失在远山脚下。我们一队人马各自背着满满一篓松蒿雄赳赳气昂昂地向南木冲进发，我还特意带上妹妹帮忙提蒌。南木冲的泥鳅、黄鳝体格健壮膘肥肉厚，大人们都是这么说的，镰刀把大的泥鳅，斧头把长的黄蟮。进了南木冲，夜幕下的千亩水田里灯火闪烁，针抓一起一落，水花片片。那次大伙一直战到月挂西山才回家，以至于许久都还在津津乐道地回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往往是在深凉如水的半夜时分，那些火把和手电筒才会不约而同地汇入田间阡陌小道，排成一条长长的火龙。你看看我，我看看你，火焰熏染的包公脸露出两排整齐的白牙，掉了一只鞋或是衣袖泥湿了都不打紧，打量一下篾篓里蠕动的小精灵们，想想第二天早餐桌上的满屋飘香的鲜美佳肴，临出门时大人的训斥早就不知丢弃在哪片水田里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每年这短暂的一个半月便成了孩子们最欢欣的时节。不论是阴云片片或是艳阳高照的白天，不论是星月灿烂或是如泼墨汁的夜晚，只要不飘雨，那陇里的一丘丘水田和小河里的浅水滩就成了孩子们的乐园。他们在那里创造快乐抒发激情收获成果。熊熊的火光照亮一代又一代孩子的脸，照着照着就照出了青葱的胡茬茬，于是又一代孩子接过熊熊燃烧的火把在春夜的田野里奔跑，这是成长的岁月里最富有诗意的章节。在我少时的岁月，那里燃烧在星月下的火把就像一枚枚跳动的音符在心间叮咚悦耳，更像是盛放的夜来香，阵阵浓都的花香沁入脾直达血液与灵魂。</w:t>
      </w:r>
    </w:p>
    <w:p>
      <w:pPr>
        <w:pStyle w:val="Normal"/>
        <w:spacing w:lineRule="auto" w:line="360"/>
        <w:jc w:val="end"/>
        <w:textAlignment w:val="center"/>
        <w:rPr>
          <w:rFonts w:ascii="楷体" w:hAnsi="楷体" w:eastAsia="楷体" w:cs="楷体"/>
          <w:color w:val="000000"/>
        </w:rPr>
      </w:pPr>
      <w:r>
        <w:rPr>
          <w:rFonts w:ascii="楷体" w:hAnsi="楷体" w:cs="楷体" w:eastAsia="楷体"/>
          <w:color w:val="000000"/>
        </w:rPr>
        <w:t>（有删改）</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16. </w:t>
      </w:r>
      <w:r>
        <w:rPr>
          <w:rFonts w:ascii="宋体;SimSun" w:hAnsi="宋体;SimSun" w:cs="宋体;SimSun"/>
          <w:color w:val="000000"/>
        </w:rPr>
        <w:t>阅读文章第④</w:t>
      </w:r>
      <w:r>
        <w:rPr>
          <w:rFonts w:cs="宋体;SimSun" w:ascii="宋体;SimSun" w:hAnsi="宋体;SimSun"/>
          <w:color w:val="000000"/>
        </w:rPr>
        <w:t>-⑨</w:t>
      </w:r>
      <w:r>
        <w:rPr>
          <w:rFonts w:ascii="宋体;SimSun" w:hAnsi="宋体;SimSun" w:cs="宋体;SimSun"/>
          <w:color w:val="000000"/>
        </w:rPr>
        <w:t>段，简要概括作者成长岁月里那些“最富有诗意的章节”。</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17. </w:t>
      </w:r>
      <w:r>
        <w:rPr>
          <w:rFonts w:ascii="宋体;SimSun" w:hAnsi="宋体;SimSun" w:cs="宋体;SimSun"/>
          <w:color w:val="000000"/>
        </w:rPr>
        <w:t>文章的语言富有表现力。如果你要给同学们朗读第⑥段的画线语句，你会怎样朗读？说出这样朗读的理由。</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18. </w:t>
      </w:r>
      <w:r>
        <w:rPr>
          <w:rFonts w:ascii="宋体;SimSun" w:hAnsi="宋体;SimSun" w:cs="宋体;SimSun"/>
          <w:color w:val="000000"/>
        </w:rPr>
        <w:t>有同学认为：“第①</w:t>
      </w:r>
      <w:r>
        <w:rPr>
          <w:rFonts w:cs="宋体;SimSun" w:ascii="宋体;SimSun" w:hAnsi="宋体;SimSun"/>
          <w:color w:val="000000"/>
        </w:rPr>
        <w:t>-③</w:t>
      </w:r>
      <w:r>
        <w:rPr>
          <w:rFonts w:ascii="宋体;SimSun" w:hAnsi="宋体;SimSun" w:cs="宋体;SimSun"/>
          <w:color w:val="000000"/>
        </w:rPr>
        <w:t>段与文章题目没有多大关系，可以删去。”你同意这种看法吗？结合文章内容说说你的看法。</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19. </w:t>
      </w:r>
      <w:r>
        <w:rPr>
          <w:rFonts w:ascii="宋体;SimSun" w:hAnsi="宋体;SimSun" w:cs="宋体;SimSun"/>
          <w:color w:val="000000"/>
        </w:rPr>
        <w:t>阅读文章，说说你对第⑩段最后一句话的理解。</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16. </w:t>
      </w:r>
      <w:r>
        <w:rPr>
          <w:rFonts w:ascii="宋体;SimSun" w:hAnsi="宋体;SimSun" w:cs="宋体;SimSun"/>
          <w:color w:val="000000"/>
        </w:rPr>
        <w:t>示例：在灯火照耀的河湾里照泥鳅；回忆摸泥鳅的美妙感觉，以及摸出黄鳝受惊吓的经历；在南木冲半夜抓泥鳅、黄鳝，收获美味佳肴的过程。</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17. </w:t>
      </w:r>
      <w:r>
        <w:rPr>
          <w:rFonts w:ascii="宋体;SimSun" w:hAnsi="宋体;SimSun" w:cs="宋体;SimSun"/>
          <w:color w:val="000000"/>
        </w:rPr>
        <w:t>示例：在“灯火”“花瓣”“小精灵”后稍作停顿，突出描写对象，使句子读起来富有节奏感。重读“跳跃”“缭绕”等词语，强调看到的灯火摇曳的美景。用轻快的语气读“更硕大更红亮的花朵在水中开放”，来表达火把照耀下的春夜令人沉醉的欣喜之情。</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18. </w:t>
      </w:r>
      <w:r>
        <w:rPr>
          <w:rFonts w:ascii="宋体;SimSun" w:hAnsi="宋体;SimSun" w:cs="宋体;SimSun"/>
          <w:color w:val="000000"/>
        </w:rPr>
        <w:t>示例一：我不同意这种看法。因为文章第①</w:t>
      </w:r>
      <w:r>
        <w:rPr>
          <w:rFonts w:cs="宋体;SimSun" w:ascii="宋体;SimSun" w:hAnsi="宋体;SimSun"/>
          <w:color w:val="000000"/>
        </w:rPr>
        <w:t>-③</w:t>
      </w:r>
      <w:r>
        <w:rPr>
          <w:rFonts w:ascii="宋体;SimSun" w:hAnsi="宋体;SimSun" w:cs="宋体;SimSun"/>
          <w:color w:val="000000"/>
        </w:rPr>
        <w:t>段描写了孩子们在三月的田野里追野花、看可爱的小精灵以及和鱼游戏的场景，渲染了浓烈的春的气息，写出了春天给孩子们带来的无限欢乐。这三段内容既丰富了题目中“春”的特点，又为下文写春夜照泥鳅的内容作铺垫，突出了“沉醉”之情，所以不能删去。</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示例二：我不同意这种看法。文章第①</w:t>
      </w:r>
      <w:r>
        <w:rPr>
          <w:rFonts w:cs="宋体;SimSun" w:ascii="宋体;SimSun" w:hAnsi="宋体;SimSun"/>
          <w:color w:val="000000"/>
        </w:rPr>
        <w:t>-③</w:t>
      </w:r>
      <w:r>
        <w:rPr>
          <w:rFonts w:ascii="宋体;SimSun" w:hAnsi="宋体;SimSun" w:cs="宋体;SimSun"/>
          <w:color w:val="000000"/>
        </w:rPr>
        <w:t>段写的是春日孩子们的游戏之景、之趣，与后文第④</w:t>
      </w:r>
      <w:r>
        <w:rPr>
          <w:rFonts w:cs="宋体;SimSun" w:ascii="宋体;SimSun" w:hAnsi="宋体;SimSun"/>
          <w:color w:val="000000"/>
        </w:rPr>
        <w:t>-⑨</w:t>
      </w:r>
      <w:r>
        <w:rPr>
          <w:rFonts w:ascii="宋体;SimSun" w:hAnsi="宋体;SimSun" w:cs="宋体;SimSun"/>
          <w:color w:val="000000"/>
        </w:rPr>
        <w:t>段写的灯火沉醉的春夜抓泥鳅、黄鳝的经历，共同构成了成长岁月里诗意的章节，照应了第⑩段不论是“白天”还是“夜晚”，尤其是突出了题目中“沉醉的春夜”的难忘经历，表达了作者对童年美好生活的深切回味，所以不能删去。</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19. </w:t>
      </w:r>
      <w:r>
        <w:rPr>
          <w:rFonts w:ascii="宋体;SimSun" w:hAnsi="宋体;SimSun" w:cs="宋体;SimSun"/>
          <w:color w:val="000000"/>
        </w:rPr>
        <w:t>示例一：这句话把燃烧在星月下的火把比作叮咚悦耳的音符和沁人心脾的夜来香，形象地表现了春夜照泥鳅的生活带给“我”的无穷快乐。它让一代又一代的孩子们在那里创造快乐、抒发激情、收获成果，是我们成长岁月里最难忘的回忆。</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示例二：这句话把火把比喻成跳动的、悦耳的音符和盛放的、沁人心脾的夜来香，生动地表现了春夜照泥鳅的童年趣事给“我”带来的欢乐和留下的深刻的成长记忆。</w:t>
      </w:r>
    </w:p>
    <w:p>
      <w:pPr>
        <w:pStyle w:val="Normal"/>
        <w:spacing w:lineRule="auto" w:line="360"/>
        <w:textAlignment w:val="center"/>
        <w:rPr>
          <w:rFonts w:hint="eastAsia"/>
          <w:color w:val="000000"/>
        </w:rPr>
      </w:pPr>
      <w:r>
        <w:rPr>
          <w:color w:val="2E75B6"/>
        </w:rPr>
        <w:t>【解析】</w:t>
      </w:r>
    </w:p>
    <w:p>
      <w:pPr>
        <w:pStyle w:val="Normal"/>
        <w:spacing w:lineRule="auto" w:line="360"/>
        <w:textAlignment w:val="center"/>
        <w:rPr>
          <w:rFonts w:hint="eastAsia"/>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本题考查理解文章内容。阅读文章第④</w:t>
      </w:r>
      <w:r>
        <w:rPr>
          <w:rFonts w:cs="宋体;SimSun" w:ascii="宋体;SimSun" w:hAnsi="宋体;SimSun"/>
          <w:color w:val="000000"/>
        </w:rPr>
        <w:t>-⑨</w:t>
      </w:r>
      <w:r>
        <w:rPr>
          <w:rFonts w:ascii="宋体;SimSun" w:hAnsi="宋体;SimSun" w:cs="宋体;SimSun"/>
          <w:color w:val="000000"/>
        </w:rPr>
        <w:t>段，划分层次，结合关键句子回答。⑥段，写在灯火照耀的河湾里照泥鳅；⑦段回忆摸泥鳅的美妙感觉以及摸出黄鳝受惊吓的经历；⑧⑨段写在南木冲半夜抓泥鳅、黄鳝，收获美味佳肴的过程。</w:t>
      </w:r>
    </w:p>
    <w:p>
      <w:pPr>
        <w:pStyle w:val="Normal"/>
        <w:spacing w:lineRule="auto" w:line="360"/>
        <w:textAlignment w:val="center"/>
        <w:rPr>
          <w:rFonts w:hint="eastAsia"/>
          <w:color w:val="000000"/>
        </w:rPr>
      </w:pPr>
      <w:r>
        <w:rPr>
          <w:color w:val="000000"/>
        </w:rPr>
        <w:drawing>
          <wp:inline distT="0" distB="0" distL="0" distR="0">
            <wp:extent cx="95250" cy="171450"/>
            <wp:effectExtent l="0" t="0" r="0" b="0"/>
            <wp:docPr id="1415"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图片 100004"/>
                    <pic:cNvPicPr>
                      <a:picLocks noChangeAspect="1" noChangeArrowheads="1"/>
                    </pic:cNvPicPr>
                  </pic:nvPicPr>
                  <pic:blipFill>
                    <a:blip r:embed="rId52"/>
                    <a:srcRect l="-355" t="-203" r="-355" b="-203"/>
                    <a:stretch>
                      <a:fillRect/>
                    </a:stretch>
                  </pic:blipFill>
                  <pic:spPr bwMode="auto">
                    <a:xfrm>
                      <a:off x="0" y="0"/>
                      <a:ext cx="95250" cy="171450"/>
                    </a:xfrm>
                    <a:prstGeom prst="rect">
                      <a:avLst/>
                    </a:prstGeom>
                    <a:noFill/>
                  </pic:spPr>
                </pic:pic>
              </a:graphicData>
            </a:graphic>
          </wp:inline>
        </w:drawing>
      </w:r>
      <w:r>
        <w:rPr>
          <w:color w:val="000000"/>
        </w:rPr>
        <w:t>17</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朗读的技巧。所谓朗读的技巧，正是指朗读者为了准确地理解和传达作品的思想内容和感情而对有声语言所进行的设计和处理。这些设计和处理是从作品内容出发的，它将正确处理语言的断和连（停顿），轻和重（重读），扬和抑（语调），不仅使语言生动、形象，还使语言具有表现力和音乐性。如此句中“灯火”“花瓣”“小精灵”后稍作停顿，不能一带而过，目的是内容上突出描写对象，形式上是文章更富有节奏感；朗读的重音要依据人物表达情感的需要来确定，因此“跳跃”“缭绕”等词语应重读，以此突出灯火摇曳的景色之美；语调上，“更硕大更红亮的花朵在水中开放”适合轻快的语调，来表达火把照耀下的春夜令人沉醉的欣喜之情。</w:t>
      </w:r>
    </w:p>
    <w:p>
      <w:pPr>
        <w:pStyle w:val="Normal"/>
        <w:spacing w:lineRule="auto" w:line="360"/>
        <w:textAlignment w:val="center"/>
        <w:rPr>
          <w:rFonts w:hint="eastAsia"/>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本题考查语段的作用。从内容和结构上分析。文章第①</w:t>
      </w:r>
      <w:r>
        <w:rPr>
          <w:rFonts w:cs="宋体;SimSun" w:ascii="宋体;SimSun" w:hAnsi="宋体;SimSun"/>
          <w:color w:val="000000"/>
        </w:rPr>
        <w:t>-③</w:t>
      </w:r>
      <w:r>
        <w:rPr>
          <w:rFonts w:ascii="宋体;SimSun" w:hAnsi="宋体;SimSun" w:cs="宋体;SimSun"/>
          <w:color w:val="000000"/>
        </w:rPr>
        <w:t>段，“孩子们是春天里的主角，从村庄里奔跑出来，如蜜蜂循着花香在田野里追着野花奔跑，……”“孩子们这么想的时候自己的影子也跌进了水里，……”“早已守候在田埂上的孩子们撑起长长的漏网，看似憨头呆脑的鱼儿们便会与孩子们斗智斗勇”，内容上写的是春日孩子们的游戏之景、之趣，结构上，为下文第④</w:t>
      </w:r>
      <w:r>
        <w:rPr>
          <w:rFonts w:cs="宋体;SimSun" w:ascii="宋体;SimSun" w:hAnsi="宋体;SimSun"/>
          <w:color w:val="000000"/>
        </w:rPr>
        <w:t>-⑨</w:t>
      </w:r>
      <w:r>
        <w:rPr>
          <w:rFonts w:ascii="宋体;SimSun" w:hAnsi="宋体;SimSun" w:cs="宋体;SimSun"/>
          <w:color w:val="000000"/>
        </w:rPr>
        <w:t>段写的灯火沉醉的春夜抓泥鳅、黄鳝的经历做铺垫，且二者共同构成了成长岁月里诗意的章节，因此在结构上还照应了第⑩段“不论是阴云片片或是艳阳高照的白天，不论是星月灿烂或是如泼墨汁的夜晚，只要不飘雨，那陇里的一丘丘水田和小河里的浅水滩就成了孩子们的乐园”一句，表达了作者对童年美好生活的深切回味。突出了文章的主题。因此不能删去。</w:t>
      </w:r>
    </w:p>
    <w:p>
      <w:pPr>
        <w:pStyle w:val="Normal"/>
        <w:spacing w:lineRule="auto" w:line="360"/>
        <w:textAlignment w:val="center"/>
        <w:rPr>
          <w:rFonts w:hint="eastAsia"/>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理解句子的含义。可结合修辞手法的作用去理解。“燃烧在星月下的火把就像一枚枚跳动的音符”“更像是盛放的夜来香”都是运用了比喻的修辞手法。“在心间叮咚悦耳”“阵阵浓都的花香沁入脾直达血液与灵魂”写出了春夜照泥鳅的生活带给“我”的无穷快乐，并成为我们成长岁月里最难忘的回忆。回答其作用，依据比喻修辞的答题模板“运用了比喻的修辞手法，形象生动地写出了</w:t>
      </w:r>
      <w:r>
        <w:rPr>
          <w:rFonts w:cs="宋体;SimSun" w:ascii="宋体;SimSun" w:hAnsi="宋体;SimSun"/>
          <w:color w:val="000000"/>
        </w:rPr>
        <w:t>xx</w:t>
      </w:r>
      <w:r>
        <w:rPr>
          <w:rFonts w:ascii="宋体;SimSun" w:hAnsi="宋体;SimSun" w:cs="宋体;SimSun"/>
          <w:color w:val="000000"/>
        </w:rPr>
        <w:t>的……特点，表达作者……的情感”进行答题。</w:t>
      </w:r>
    </w:p>
    <w:p>
      <w:pPr>
        <w:pStyle w:val="Heading3"/>
      </w:pPr>
      <w:r>
        <w:t>石景山区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三、现代文阅读（共</w:t>
      </w:r>
      <w:r>
        <w:rPr>
          <w:rFonts w:eastAsia="宋体;SimSun" w:cs="宋体;SimSun" w:ascii="宋体;SimSun" w:hAnsi="宋体;SimSun"/>
          <w:b/>
          <w:color w:val="000000"/>
          <w:sz w:val="24"/>
        </w:rPr>
        <w:t>18</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阅读下面材料，完成各题。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读书能识天地之大，能晓人生之难，有自知之明，有预料之先，不为苦而悲，不受宠而欢，寂寞时不寂寞，孤单时不孤单，所以绝权欲，弃浮华，潇洒达观，于嚣烦尘世而自尊自重自强自立不卑不亢不俗不谄。</w:t>
      </w:r>
    </w:p>
    <w:p>
      <w:pPr>
        <w:pStyle w:val="Normal"/>
        <w:spacing w:lineRule="auto" w:line="360"/>
        <w:ind w:firstLine="420" w:end="0"/>
        <w:jc w:val="end"/>
        <w:textAlignment w:val="center"/>
        <w:rPr>
          <w:rFonts w:ascii="楷体" w:hAnsi="楷体" w:eastAsia="楷体" w:cs="楷体"/>
          <w:color w:val="000000"/>
        </w:rPr>
      </w:pPr>
      <w:r>
        <w:rPr>
          <w:rFonts w:eastAsia="楷体" w:cs="楷体" w:ascii="楷体" w:hAnsi="楷体"/>
          <w:color w:val="000000"/>
        </w:rPr>
        <w:t xml:space="preserve">  ——</w:t>
      </w:r>
      <w:r>
        <w:rPr>
          <w:rFonts w:ascii="楷体" w:hAnsi="楷体" w:cs="楷体" w:eastAsia="楷体"/>
          <w:color w:val="000000"/>
        </w:rPr>
        <w:t>贾平凹</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读书不能保证命运会更好地对待你，但是可以保证你更好地对待命运。你所遇到的所有困惑在书中都有答案。读书是成本最低【甲】最大的一种投资。读书是一个缓慢变现的过程，但是会持续变现。</w:t>
      </w:r>
    </w:p>
    <w:p>
      <w:pPr>
        <w:pStyle w:val="Normal"/>
        <w:spacing w:lineRule="auto" w:line="360"/>
        <w:ind w:firstLine="420" w:end="0"/>
        <w:jc w:val="end"/>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白岩松</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人类文明的成果是通过经典的阅读而代代相传的。每个国家都有几部经典，渗透到每一个人的心灵深处。就文学经典而言，英国的莎士比亚，法国的雨果，俄罗斯的普希金、托尔斯泰，德国的歌德，丹麦的【乙】等，都是进入国民基础教育，扎根在青少年心上，成为一个民族年轻一代精神“底子”的。具体到中国，要在中学开设四门经典选修课：《论语》、《庄子》选读，唐诗选读，《红楼梦》选读，鲁迅作品选读。当然，究竟哪些是我们民族精神源泉的经典，该在中学开设什么经典选读课，这是可以讨论的，但经典阅读，实在是民族精神建设的一件大事，是应该认真对待的。</w:t>
      </w:r>
    </w:p>
    <w:p>
      <w:pPr>
        <w:pStyle w:val="Normal"/>
        <w:spacing w:lineRule="auto" w:line="360"/>
        <w:ind w:firstLine="420" w:end="0"/>
        <w:jc w:val="end"/>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钱理群</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真正的读书，是学习与创造的结合。读书不仅是信息的输入，还要边读边消化、吸收、生发、开拓，并进行实际运用。所以读书非经处理就不能为读者所用，而且最好是“趁热打铁”。可以借用“热处理”这种金属加工工艺的名称，“热处理”的具体表现就是在读书过程中始终开动脑筋，全面调动智能因素，即不仅借助记忆力来尽可能记住它，还善于联想、想象与思考，这样所读的书才能至少有一部分在你脑中“发酵”，你的收获也就不仅仅限于书中提供的内容。知识的实际运用最为多见的表现是写文章。写是边学习边创造过程中最为艰苦的一环。写文章也不是一切都想好了再写，而是必须在写的过程中加深学习、加深思考，并在语言上字斟句酌，力求准确而有“寸劲”。有时为了琢磨一句话，可能用掉一两个小时，看起来效益太差，实际是对思维能力的最大训练。也有人一辈子过不了写作关，就因为没在写作的【丙】、分寸感上用功夫。</w:t>
      </w:r>
    </w:p>
    <w:p>
      <w:pPr>
        <w:pStyle w:val="Normal"/>
        <w:spacing w:lineRule="auto" w:line="360"/>
        <w:ind w:firstLine="420" w:end="0"/>
        <w:jc w:val="end"/>
        <w:textAlignment w:val="center"/>
        <w:rPr>
          <w:rFonts w:ascii="楷体" w:hAnsi="楷体" w:eastAsia="楷体" w:cs="楷体"/>
          <w:color w:val="000000"/>
        </w:rPr>
      </w:pPr>
      <w:r>
        <w:rPr>
          <w:rFonts w:eastAsia="楷体" w:cs="楷体" w:ascii="楷体" w:hAnsi="楷体"/>
          <w:color w:val="000000"/>
        </w:rPr>
        <w:t xml:space="preserve"> ——</w:t>
      </w:r>
      <w:r>
        <w:rPr>
          <w:rFonts w:ascii="楷体" w:hAnsi="楷体" w:cs="楷体" w:eastAsia="楷体"/>
          <w:color w:val="000000"/>
        </w:rPr>
        <w:t>金开诚</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三则材料围绕读书的话题，从</w:t>
      </w:r>
      <w:r>
        <w:rPr>
          <w:rFonts w:eastAsia="宋体;SimSun" w:cs="宋体;SimSun" w:ascii="宋体;SimSun" w:hAnsi="宋体;SimSun"/>
          <w:color w:val="000000"/>
        </w:rPr>
        <w:t>_______</w:t>
      </w:r>
      <w:r>
        <w:rPr>
          <w:rFonts w:ascii="宋体;SimSun" w:hAnsi="宋体;SimSun" w:cs="宋体;SimSun"/>
          <w:color w:val="000000"/>
        </w:rPr>
        <w:t>、</w:t>
      </w:r>
      <w:r>
        <w:rPr>
          <w:rFonts w:eastAsia="宋体;SimSun" w:cs="宋体;SimSun" w:ascii="宋体;SimSun" w:hAnsi="宋体;SimSun"/>
          <w:color w:val="000000"/>
        </w:rPr>
        <w:t>_______</w:t>
      </w:r>
      <w:r>
        <w:rPr>
          <w:rFonts w:ascii="宋体;SimSun" w:hAnsi="宋体;SimSun" w:cs="宋体;SimSun"/>
          <w:color w:val="000000"/>
        </w:rPr>
        <w:t>、</w:t>
      </w:r>
      <w:r>
        <w:rPr>
          <w:rFonts w:eastAsia="宋体;SimSun" w:cs="宋体;SimSun" w:ascii="宋体;SimSun" w:hAnsi="宋体;SimSun"/>
          <w:color w:val="000000"/>
        </w:rPr>
        <w:t>_______</w:t>
      </w:r>
      <w:r>
        <w:rPr>
          <w:rFonts w:ascii="宋体;SimSun" w:hAnsi="宋体;SimSun" w:cs="宋体;SimSun"/>
          <w:color w:val="000000"/>
        </w:rPr>
        <w:t>三个不同的方面进行了分析。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根据上下文，将材料中【甲】【乙】【丙】处的内容补充完整。</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【材料二】中提到的《论语》和鲁迅作品，我们本学期都接触过，请选择其中一部，结合自身体验，谈谈这部作品如何给我们民族年轻一代打下精神的“底子”。</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14.     (1). </w:t>
      </w:r>
      <w:r>
        <w:rPr>
          <w:rFonts w:ascii="宋体;SimSun" w:hAnsi="宋体;SimSun" w:cs="宋体;SimSun"/>
          <w:color w:val="000000"/>
        </w:rPr>
        <w:t>答案示例：①</w:t>
      </w:r>
      <w:r>
        <w:rPr>
          <w:rFonts w:ascii="宋体;SimSun" w:hAnsi="宋体;SimSun" w:cs="宋体;SimSun"/>
          <w:color w:val="000000"/>
        </w:rPr>
        <w:drawing>
          <wp:inline distT="0" distB="0" distL="0" distR="0">
            <wp:extent cx="158750" cy="190500"/>
            <wp:effectExtent l="0" t="0" r="0" b="0"/>
            <wp:docPr id="1417"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Image10"/>
                    <pic:cNvPicPr>
                      <a:picLocks noChangeAspect="1" noChangeArrowheads="1"/>
                    </pic:cNvPicPr>
                  </pic:nvPicPr>
                  <pic:blipFill>
                    <a:blip r:embed="rId53"/>
                    <a:srcRect l="-203" t="-177" r="-203" b="-177"/>
                    <a:stretch>
                      <a:fillRect/>
                    </a:stretch>
                  </pic:blipFill>
                  <pic:spPr bwMode="auto">
                    <a:xfrm>
                      <a:off x="0" y="0"/>
                      <a:ext cx="158750" cy="190500"/>
                    </a:xfrm>
                    <a:prstGeom prst="rect">
                      <a:avLst/>
                    </a:prstGeom>
                    <a:noFill/>
                  </pic:spPr>
                </pic:pic>
              </a:graphicData>
            </a:graphic>
          </wp:inline>
        </w:drawing>
      </w:r>
      <w:r>
        <w:rPr>
          <w:rFonts w:ascii="宋体;SimSun" w:hAnsi="宋体;SimSun" w:cs="宋体;SimSun"/>
          <w:color w:val="000000"/>
        </w:rPr>
        <w:t>什么读书</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读什么书</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color w:val="000000"/>
        </w:rPr>
        <w:t>怎样读书</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15. </w:t>
      </w:r>
      <w:r>
        <w:rPr>
          <w:rFonts w:ascii="宋体;SimSun" w:hAnsi="宋体;SimSun" w:cs="宋体;SimSun"/>
          <w:color w:val="000000"/>
        </w:rPr>
        <w:t>答案示例：①收益②安徒生③准确性</w:t>
      </w:r>
      <w:r>
        <w:rPr>
          <w:color w:val="000000"/>
        </w:rPr>
        <w:t xml:space="preserve">    </w:t>
      </w:r>
    </w:p>
    <w:p>
      <w:pPr>
        <w:pStyle w:val="Normal"/>
        <w:spacing w:lineRule="auto" w:line="360"/>
        <w:textAlignment w:val="center"/>
        <w:rPr/>
      </w:pPr>
      <w:r>
        <w:rPr>
          <w:color w:val="000000"/>
        </w:rPr>
        <w:t xml:space="preserve">16. </w:t>
      </w:r>
      <w:r>
        <w:rPr>
          <w:rFonts w:ascii="宋体;SimSun" w:hAnsi="宋体;SimSun" w:cs="宋体;SimSun"/>
          <w:color w:val="000000"/>
        </w:rPr>
        <w:t>答案示例： 我选择《论语》，通过学习课文，我懂得了要加强自我反省，要安贫乐道，要坚守气节，这都能帮助我们打好精神的底子。</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材料的理解能力。通过材料一中“读书能识天地之大……”可以总结出材料一主要是在讲读书的好处，我们为什么要读书；由材料二中的“人类文明的成果是通过经典的阅读而代代相传的”，可知我们读书的时候要选择经典阅读，也就是我们阅读的时候要读什么书；由材料三的“真正的读书，是学习与创造的结合”告诉我们读书的时候要将知识为我们所用，就是我们要怎样读书。</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句子的衔接能力。解答此题时，要联系上下文，结合文章内容进行填补。甲处的“读书是成本最低【甲】最大的一种投资”中，“最低”和“最高”意思相反，且根据句意，此处应该填补“成本”的反义词，所以应该填写“收益”；乙处根据“进入国民基础教育，扎根在青少年心上”，联系我们平时的课程中《皇帝的新装》《卖火柴的小姑娘》等童话进入中小学课本，可知此处应该填写安徒生；本出可以结合“力求准确而有‘寸劲’”可知，写作应该准确并有分寸，所以此处应该填写准确性。</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知识的积累。解答此题时，要充分了解学过的课文内容，并联系生活实际进行解答。例如，从《论语》中的“三人行，必有我师焉”可知，我们在学习生活中应该保持谦虚，学习人家好的一方面。结合文章内容，言之成理即可。</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阅读《我的国文启蒙》，完成各题。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我的国文启蒙</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余光中</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每个人的童年未必都像童话，但是至少该像童年。若是在都市的红尘里长大，不得亲近草木虫鱼，且又饱受考试的威胁，就不得纵情于杂学闲书，更不得看云听雨，发一整个下午的呆。我的中学时代在四川的乡下度过，正是抗战，尽管贫于物质，却富于自然，裕于时光，稚小的我乃得以亲近山水，且涵泳中国的文学。我相信一个人的中文根底，必须深固于中学时代。若是等到大学才来补救，就太晚了。所以每次忆起童年，我都心存感慰。</w:t>
      </w:r>
    </w:p>
    <w:p>
      <w:pPr>
        <w:pStyle w:val="Normal"/>
        <w:spacing w:lineRule="auto" w:line="360"/>
        <w:ind w:firstLine="420" w:end="0"/>
        <w:jc w:val="start"/>
        <w:textAlignment w:val="center"/>
        <w:rPr/>
      </w:pPr>
      <w:r>
        <w:rPr>
          <w:rFonts w:eastAsia="楷体" w:cs="楷体" w:ascii="楷体" w:hAnsi="楷体"/>
          <w:color w:val="000000"/>
        </w:rPr>
        <w:t>1940</w:t>
      </w:r>
      <w:r>
        <w:rPr>
          <w:rFonts w:ascii="楷体" w:hAnsi="楷体" w:cs="楷体" w:eastAsia="楷体"/>
          <w:color w:val="000000"/>
        </w:rPr>
        <w:t>年秋天，我进入初中，不能算是什么名校，但是教学认真。我的中文底子，都是在那几年打结实的。国文的名师，前后换了好几位。川大毕业的陈梦家先生，戴着厚如酱油瓶底的眼镜，学问和口才都颇出众；另有一位国文老师，已忘其名，只记得仪容儒雅，身材高大，更记得他是北师大出身，师承自多名士耆宿</w:t>
      </w:r>
      <w:r>
        <w:rPr>
          <w:rFonts w:ascii="楷体" w:hAnsi="楷体" w:cs="楷体" w:eastAsia="楷体"/>
          <w:color w:val="000000"/>
          <w:vertAlign w:val="superscript"/>
        </w:rPr>
        <w:t>①</w:t>
      </w:r>
      <w:r>
        <w:rPr>
          <w:rFonts w:ascii="楷体" w:hAnsi="楷体" w:cs="楷体" w:eastAsia="楷体"/>
          <w:color w:val="000000"/>
        </w:rPr>
        <w:t>。高一那年，前清的拔贡</w:t>
      </w:r>
      <w:r>
        <w:rPr>
          <w:rFonts w:ascii="楷体" w:hAnsi="楷体" w:cs="楷体" w:eastAsia="楷体"/>
          <w:color w:val="000000"/>
          <w:vertAlign w:val="superscript"/>
        </w:rPr>
        <w:t>②</w:t>
      </w:r>
      <w:r>
        <w:rPr>
          <w:rFonts w:ascii="楷体" w:hAnsi="楷体" w:cs="楷体" w:eastAsia="楷体"/>
          <w:color w:val="000000"/>
        </w:rPr>
        <w:t>戴伯琼先生来教我们国文。他步履缓慢，仪态从容，常着长衫，戴黑帽，坐着讲书；至今我还记得他教周敦颐的《爱莲说》，如何摇头晃脑，用川腔吟诵，有金石之声。这种老派的吟诵，随情转腔，一咏三叹，无论是当众朗诵或者独自低吟，对于体味古文或诗词的意境，最具感性的功效。现在的学生，甚至主修中文系的，也往往只会默读而不会吟诵，与古典文学不免隔了一层。</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有一次和同班的吴显恕读了孔稚珪的《北山移文》，佩服其文采之余，对纷繁的典故似懂非懂，乃持以请教戴老夫子，也有意考他一考。不料夫子一瞥题目，便把书合上，滔滔不绝，不但我们问的典故他如数家珍地详予解答，就连没有问的，他也一并加以讲解，令我们佩服之至。</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国文班上，限于课本，所读毕竟有限。我的父母都算不上什么学者，但他们出身旧式家庭，文言底子照例不弱，至少文理是晓畅通达的。我一进中学，他们就认为我应该读点古文了，父亲便开始教我魏征的《谏太宗十思疏》，母亲也在一旁帮腔。我不太喜欢这种文章，但感于双亲的谆谆指点，也就十分认真地学习。接下来是读《留侯论》，淋漓恣肆，兼具生动而铿锵的感性，令我非常感动。再下来便是《吊古战场文》《与韩荆州书》《陋室铭》等几篇。我领悟渐深，兴趣渐浓，甚至倒过来央求他们多教一些美文，便又教了《滕王阁序》《阿房宫赋》。</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父母教我时，各以自己的乡音吟哦给我听，父亲诵的是闽南调，母亲吟的是常州腔，古典的情操从乡音深处召唤着我，对我都有异常的亲切。就这么，每晚就着摇曳的桐油灯光，一遍又一遍，有时低回，有时高亢，我习诵着这些古文，忘情地赞叹骈文的工整典丽、散文的开阖。这样的反复吟咏，潜心体会，对于真正进入古人的感情，去呼吸历史，涵泳文化，最为深刻、委婉。日后我在诗文之中展现的古典风格，正以桐油灯下的夜读为其源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那时为我启蒙的，还应该一提二舅父孙有孚先生。二舅父旧学造诣也比较高，而且更加喜欢美文，正合我的抒情倾向。他为我讲了前后《赤壁赋》和《秋声赋》，一面捧着水烟筒，不时滋滋地抽吸，一面为我娓娓释义，哦哦诵读。他的乡音同于母亲，近于吴侬软语，纤秀之中透出儒雅。他家中藏书不少，最吸引我的是一部插图动人的线装《聊斋志异》。每到课余任我取阅，纵容我神游于人鬼之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后来父亲又找来《古文笔法百篇》和《幼学琼林》之类，抽教了一些。长夏的午后，吃罢绿豆汤，父亲便躺在竹睡椅上，一卷接一卷细览他的藏书，一面叹息盛衰之理；我则畅读旧小说，尤其耽看《三国演义》，连草船借箭那一段的《大雾迷江赋》也读了好几遍。</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我一直认为，不读旧小说难谓中国的读书人。身为中国人而不识关公、包公、武松、孙悟空、林黛玉，是不可思议的。如果说李杜韩柳欧苏是古典之范，而四大名著正是民俗之根，有如圆规，缺其一脚必难成其圆。</w:t>
      </w:r>
    </w:p>
    <w:p>
      <w:pPr>
        <w:pStyle w:val="Normal"/>
        <w:spacing w:lineRule="auto" w:line="360"/>
        <w:ind w:firstLine="420" w:end="0"/>
        <w:jc w:val="start"/>
        <w:textAlignment w:val="center"/>
        <w:rPr/>
      </w:pPr>
      <w:r>
        <w:rPr>
          <w:rFonts w:ascii="楷体" w:hAnsi="楷体" w:cs="楷体" w:eastAsia="楷体"/>
          <w:color w:val="000000"/>
        </w:rPr>
        <w:t>读中国的旧小说，至少有两大好处。一是可以认识旧社会的民情风土、市井江湖，为儒道释文化作一注脚；另一则是在文言与白话之间搭一桥梁，俾</w:t>
      </w:r>
      <w:r>
        <w:rPr>
          <w:rFonts w:ascii="楷体" w:hAnsi="楷体" w:cs="楷体" w:eastAsia="楷体"/>
          <w:color w:val="000000"/>
          <w:vertAlign w:val="superscript"/>
        </w:rPr>
        <w:t>③</w:t>
      </w:r>
      <w:r>
        <w:rPr>
          <w:rFonts w:ascii="楷体" w:hAnsi="楷体" w:cs="楷体" w:eastAsia="楷体"/>
          <w:color w:val="000000"/>
        </w:rPr>
        <w:t>在两岸自由来往。当代学者慨叹学生中文程度日低，开出来的药方常是“多读古书”。其实目前学生中文之病已近膏肓，勉强吞咽几丸孟子或史记，实在是杯水车薪，无济于事，根底太弱，虚不受补。倒是旧小说融贯文白，不但语言生动，句法自然，而且平仄妥帖，词汇丰富；用白话写的，有口语的流畅，无西化之夹生，可谓“原汤正味”，而用文话写的，如《三国演义》《聊斋志异》之类，亦属浅近文言，便于白话过渡。加以故事引人入胜，这些小说最能使青年读者潜化于无形。长夏午寐之余，隆冬雪窗之内，常与诸葛亮、秦叔宝为伍。而更幸运的，是在“且听下回分解”之余，我们那一代的小“看官”们竟把中文读通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同学之间互勉的风气也很重要。同班的吴显恕家多古典藏书，常携来与我共赏，每遇奇文妙句，辄同声啧啧。有一次我们迷上了《西厢记》，爱不释手，甚至会趁课间展卷共读，碰上空堂，更并坐在校园的石阶上，膝头摊开张生的苦恋，你一节，我一段的吟咏。后来发现了苏曼殊的《断鸿零雁记》，也激赏了一阵，并传观彼此抄下的佳句。</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至于诗词，老师和长辈并未着意为我启蒙，倒是性之相近，无师自通。当然起初不是真通，只是感性上觉得美，觉得亲切而已。从初中起就喜欢唐诗，到了高中更兼好五代与宋词，历大学时代而不衰。</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最奇怪的，是我吟咏古诗的方式。得闽腔吴调的口授启蒙，兼采二舅父哦叹之音，日后竟然发展成唯我独有的曼吟回唱，一波三折，余韵不绝。五十年来，每逢独处寂寞，例如异国的风朝雪夜，或是高速长途独自驾驶，便纵情朗吟“弃我去者昨日之日不可留，乱我心者今日之日多烦忧”或是“长洪斗落生跳波，轻舟南下如投梭，水师绝叫凫雁起，乱石一线争磋磨”，顿觉太白、东坡就在肘边，一股豪气上涌唐宋。若是吟起更高古的“老骥伏枥，志在千里。烈士暮年，壮心不已”，意兴就更加苍凉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晋书•王敦传》说王敦酒后，辄咏曹操这四句古诗。一边用玉如意敲打唾壶作节拍，壶边尽缺。清朝的名诗人龚自珍有这么一首七绝：“回肠荡气感精灵，座客苍凉半酒醒。自别吴郎高咏减，珊瑚击碎有谁听？”说的正是这种酒酣耳热，纵情朗吟，而四座共鸣的豪兴。这也正是中国古典诗感性的生命所在。只用今日的国语来读古诗或者默念，只恐永远难以和李杜呼吸相通，太可惜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前年十月，我在英国巡回诵诗。每次在朗诵自己作品六七首的英译之后，我一定选一两首中国古诗，先读其英译，然后朗吟原文。吟声一断，掌声立起，反应之热烈，从无例外，足见诗之朗诵具有超乎意义的感染性。</w:t>
      </w:r>
    </w:p>
    <w:p>
      <w:pPr>
        <w:pStyle w:val="Normal"/>
        <w:spacing w:lineRule="auto" w:line="360"/>
        <w:ind w:firstLine="420" w:end="0"/>
        <w:jc w:val="start"/>
        <w:textAlignment w:val="center"/>
        <w:rPr/>
      </w:pPr>
      <w:r>
        <w:rPr>
          <w:rFonts w:ascii="楷体" w:hAnsi="楷体" w:cs="楷体" w:eastAsia="楷体"/>
          <w:color w:val="000000"/>
        </w:rPr>
        <w:t>我以身为中国人</w:t>
      </w:r>
      <w:r>
        <w:rPr>
          <w:rFonts w:ascii="楷体" w:hAnsi="楷体" w:cs="楷体" w:eastAsia="楷体"/>
          <w:color w:val="000000"/>
          <w:em w:val="underDot"/>
        </w:rPr>
        <w:t>自豪</w:t>
      </w:r>
      <w:r>
        <w:rPr>
          <w:rFonts w:ascii="楷体" w:hAnsi="楷体" w:cs="楷体" w:eastAsia="楷体"/>
          <w:color w:val="000000"/>
        </w:rPr>
        <w:t>，更以能使用中文为</w:t>
      </w:r>
      <w:r>
        <w:rPr>
          <w:rFonts w:ascii="楷体" w:hAnsi="楷体" w:cs="楷体" w:eastAsia="楷体"/>
          <w:color w:val="000000"/>
          <w:em w:val="underDot"/>
        </w:rPr>
        <w:t>幸</w:t>
      </w:r>
      <w:r>
        <w:rPr>
          <w:rFonts w:ascii="楷体" w:hAnsi="楷体" w:cs="楷体" w:eastAsia="楷体"/>
          <w:color w:val="000000"/>
        </w:rPr>
        <w:t>。</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（摘自《绣口一开：余光中自述》，有改动）</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注：①耆宿：在社会上有名望的老年人。②拔贡：清朝国子监的生员，由地方保送入京，经过朝考合格，可以充任京官、知县或教职。③俾：使（达到某种效果）。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对于当代中学生来说，经典似乎离我们渐行渐远；从本文来看，余光中先生和经典越走越近。阅读本文，说说余光中是怎样与古典文学结缘的。</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结合本文内容，谈谈你对结尾加点词的理解。</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文中很多诵读的画面令人神往，请你选取其中一个画面，作简要分析。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结合本文的内容和自己的阅读经验，谈谈这篇文章对你阅读中国古典文学作品有怎样的启示。</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w:t>
      </w:r>
      <w:r>
        <w:rPr>
          <w:rFonts w:ascii="宋体;SimSun" w:hAnsi="宋体;SimSun" w:cs="宋体;SimSun"/>
          <w:color w:val="000000"/>
        </w:rPr>
        <w:t>答案要点：①三位国文名师的教导尤其是戴伯琼的吟诵（或“博学”）②父母舅父教我读古文③畅读旧小说④与同学共读藏书⑤好读诗词</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ascii="宋体;SimSun" w:hAnsi="宋体;SimSun" w:cs="宋体;SimSun"/>
          <w:color w:val="000000"/>
        </w:rPr>
        <w:t>答案要点：“自豪”是因为中国古诗的朗诵受到英国听众的热烈欢迎，“幸运”是因为享受了阅读经典的快乐、排解了独处异乡的寂寞。</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19. </w:t>
      </w:r>
      <w:r>
        <w:rPr>
          <w:rFonts w:ascii="宋体;SimSun" w:hAnsi="宋体;SimSun" w:cs="宋体;SimSun"/>
          <w:color w:val="000000"/>
        </w:rPr>
        <w:t>答案示例：我选择在风朝雪夜高速驾车纵情朗吟的画面，无论是李苏诗歌的豪气上涌还是《步出夏门行》的意兴悲凉，都让人感受到作者与中国古典文化的血脉相连、深入骨髓，感受到中国古典诗词动人心魄的艺术魅力。</w:t>
      </w:r>
      <w:r>
        <w:rPr>
          <w:color w:val="000000"/>
        </w:rPr>
        <w:t xml:space="preserve">    </w:t>
      </w:r>
    </w:p>
    <w:p>
      <w:pPr>
        <w:pStyle w:val="Normal"/>
        <w:spacing w:lineRule="auto" w:line="360"/>
        <w:textAlignment w:val="center"/>
        <w:rPr/>
      </w:pPr>
      <w:r>
        <w:rPr>
          <w:color w:val="000000"/>
        </w:rPr>
        <w:t xml:space="preserve">20. </w:t>
      </w:r>
      <w:r>
        <w:rPr>
          <w:rFonts w:ascii="宋体;SimSun" w:hAnsi="宋体;SimSun" w:cs="宋体;SimSun"/>
          <w:color w:val="000000"/>
        </w:rPr>
        <w:t>答案要点：①认识到阅读古典文学作品的重要意义（能丰富我们的人生感受和体验，涵养性情，启迪人生，汲取人生智慧，读通中文等）②学习文言文和诗词的方法（反复吟咏，潜心体会）</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本题考查文章内容的概括。就文章中“我”的国文的启蒙和修习，主要受到的影响有几个方面</w:t>
      </w:r>
      <w:r>
        <w:rPr>
          <w:rFonts w:eastAsia="宋体;SimSun" w:cs="宋体;SimSun" w:ascii="宋体;SimSun" w:hAnsi="宋体;SimSun"/>
          <w:color w:val="000000"/>
        </w:rPr>
        <w:t>:</w:t>
      </w:r>
      <w:r>
        <w:rPr>
          <w:rFonts w:ascii="宋体;SimSun" w:hAnsi="宋体;SimSun" w:cs="宋体;SimSun"/>
          <w:color w:val="000000"/>
        </w:rPr>
        <w:t>戴老夫子摇头晃脑的老派的吟诵对于体味古文或诗词的意境，最具感性的功效</w:t>
      </w:r>
      <w:r>
        <w:rPr>
          <w:rFonts w:eastAsia="宋体;SimSun" w:cs="宋体;SimSun" w:ascii="宋体;SimSun" w:hAnsi="宋体;SimSun"/>
          <w:color w:val="000000"/>
        </w:rPr>
        <w:t>;</w:t>
      </w:r>
      <w:r>
        <w:rPr>
          <w:rFonts w:ascii="宋体;SimSun" w:hAnsi="宋体;SimSun" w:cs="宋体;SimSun"/>
          <w:color w:val="000000"/>
        </w:rPr>
        <w:t>父母对古文的吟诵也给了“我”很大的收获</w:t>
      </w:r>
      <w:r>
        <w:rPr>
          <w:rFonts w:eastAsia="宋体;SimSun" w:cs="宋体;SimSun" w:ascii="宋体;SimSun" w:hAnsi="宋体;SimSun"/>
          <w:color w:val="000000"/>
        </w:rPr>
        <w:t>;</w:t>
      </w:r>
      <w:r>
        <w:rPr>
          <w:rFonts w:ascii="宋体;SimSun" w:hAnsi="宋体;SimSun" w:cs="宋体;SimSun"/>
          <w:color w:val="000000"/>
        </w:rPr>
        <w:t>给“我”启蒙的二舅父孙有孚先生</w:t>
      </w:r>
      <w:r>
        <w:rPr>
          <w:rFonts w:eastAsia="宋体;SimSun" w:cs="宋体;SimSun" w:ascii="宋体;SimSun" w:hAnsi="宋体;SimSun"/>
          <w:color w:val="000000"/>
        </w:rPr>
        <w:t xml:space="preserve">; </w:t>
      </w:r>
      <w:r>
        <w:rPr>
          <w:rFonts w:ascii="宋体;SimSun" w:hAnsi="宋体;SimSun" w:cs="宋体;SimSun"/>
          <w:color w:val="000000"/>
        </w:rPr>
        <w:t>以及在小说方面同学之间互勉的风气也对“我”产生了很大的影响</w:t>
      </w:r>
      <w:r>
        <w:rPr>
          <w:rFonts w:eastAsia="宋体;SimSun" w:cs="宋体;SimSun" w:ascii="宋体;SimSun" w:hAnsi="宋体;SimSun"/>
          <w:color w:val="000000"/>
        </w:rPr>
        <w:t>;</w:t>
      </w:r>
      <w:r>
        <w:rPr>
          <w:rFonts w:ascii="宋体;SimSun" w:hAnsi="宋体;SimSun" w:cs="宋体;SimSun"/>
          <w:color w:val="000000"/>
        </w:rPr>
        <w:t>诗歌方面的个人爱好等都对“我”产生了很大的作用。</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词语的理解。“自豪”是自己感到光荣，值得骄傲，这里是指作者诗歌朗诵受到外国人民的喜欢，作者感到骄傲；“幸”是感到幸运的意思，这里是指作者为自己能够和经典结缘，因为经典作者不会孤独感到幸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考查学生对文章理解及表达能力。学生解答此题时，应该围绕文中出现的诵读的画面进行描述，谈谈自己的感受。比如，作者和他的好友一起诵读的画面，让我们感受到了经典的魅力，她能够将志同道合的两颗心聚在一起。</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题为开放性试题。解答此题时，可以从我们为什么要阅读古典名著和我们可以怎样去阅读入手。中国的古典名著，多源于民间说书有的话本，所以也叫话本小说。话本经过长时间的流传及说书的需要，语言句式较为整齐，富有音韵性，说起来朗朗上口，听的人也容易听明白。创作的内容上也要符合说书人习惯与听众的爱好，常常选取喜闻乐见的历史人物和民间传说，故事丰富，很有吸引力。另外，作者也在文章当中告诉我们阅读时应该反复吟诵。</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四、名著阅读（</w:t>
      </w:r>
      <w:r>
        <w:rPr>
          <w:rFonts w:eastAsia="宋体;SimSun" w:cs="宋体;SimSun" w:ascii="宋体;SimSun" w:hAnsi="宋体;SimSun"/>
          <w:b/>
          <w:color w:val="000000"/>
          <w:sz w:val="24"/>
        </w:rPr>
        <w:t>5</w:t>
      </w:r>
      <w:r>
        <w:rPr>
          <w:rFonts w:ascii="宋体;SimSun" w:hAnsi="宋体;SimSun" w:cs="宋体;SimSun"/>
          <w:b/>
          <w:color w:val="000000"/>
          <w:sz w:val="24"/>
        </w:rPr>
        <w:t>分）</w:t>
      </w:r>
    </w:p>
    <w:p>
      <w:pPr>
        <w:pStyle w:val="Normal"/>
        <w:spacing w:lineRule="auto" w:line="360"/>
        <w:jc w:val="start"/>
        <w:textAlignment w:val="center"/>
        <w:rPr/>
      </w:pPr>
      <w:r>
        <w:rPr>
          <w:color w:val="000000"/>
        </w:rPr>
        <w:t>21.</w:t>
      </w:r>
      <w:r>
        <w:rPr>
          <w:rFonts w:eastAsia="宋体;SimSun" w:cs="宋体;SimSun" w:ascii="宋体;SimSun" w:hAnsi="宋体;SimSun"/>
          <w:color w:val="000000"/>
        </w:rPr>
        <w:t>“</w:t>
      </w:r>
      <w:r>
        <w:rPr>
          <w:rFonts w:ascii="宋体;SimSun" w:hAnsi="宋体;SimSun" w:cs="宋体;SimSun"/>
          <w:color w:val="000000"/>
        </w:rPr>
        <w:t>人会随着时间和环境的变化而改变。”请你从《西游记》中选取相关人物和内容，简要谈谈你对这句话的理解。</w:t>
      </w:r>
    </w:p>
    <w:p>
      <w:pPr>
        <w:pStyle w:val="Normal"/>
        <w:spacing w:lineRule="auto" w:line="360"/>
        <w:textAlignment w:val="center"/>
        <w:rPr/>
      </w:pPr>
      <w:r>
        <w:rPr>
          <w:color w:val="2E75B6"/>
        </w:rPr>
        <w:t>【答案】</w:t>
      </w:r>
      <w:r>
        <w:rPr>
          <w:rFonts w:ascii="宋体;SimSun" w:hAnsi="宋体;SimSun" w:cs="宋体;SimSun"/>
          <w:color w:val="000000"/>
        </w:rPr>
        <w:t>《西游记》中的孙悟空这个人物随着时间和环境的变化发生很大的变化。在初期的时候，他有美好的理想，蔑视一切的权威，追求自由平等，不怕困难，有着强烈的乐观主义精神。取经之后，孙悟空的人物形象发生了变化，这时的他以超凡的勇气和智慧，同一切恶势力斗争，战胜重重困难，实现“取经”理想。所以，随着环境的变化，我们不能要求环境顺应我们而变化，我们只能让自己适应环境。</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【详解】</w:t>
      </w:r>
      <w:r>
        <w:rPr>
          <w:rFonts w:ascii="宋体;SimSun" w:hAnsi="宋体;SimSun" w:cs="宋体;SimSun"/>
          <w:color w:val="000000"/>
        </w:rPr>
        <w:t>本题考查学生对名著中人物的掌握。解答此题时，学生需从题干中找出重要信息“环境”、“变化”，所以学生分析的时候需要结合名著内容谈谈人物随环境的不同发生的改变。在《西游记》中，人物随着环境发生改变的示例不少，例如，沙悟净被贬下凡后在流沙危害一方，却因观音菩萨的点化跟随唐僧取经，显现出他忠厚老实的一面。</w:t>
      </w:r>
    </w:p>
    <w:p>
      <w:pPr>
        <w:pStyle w:val="Heading3"/>
      </w:pPr>
      <w:r>
        <w:t>西城区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19</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阅读下面材料，完成下面小题。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35" w:end="0"/>
        <w:jc w:val="start"/>
        <w:textAlignment w:val="center"/>
        <w:rPr/>
      </w:pPr>
      <w:r>
        <w:rPr>
          <w:rFonts w:ascii="楷体" w:hAnsi="楷体" w:cs="楷体" w:eastAsia="楷体"/>
          <w:color w:val="000000"/>
        </w:rPr>
        <w:t>国庆彩车最早出现在</w:t>
      </w:r>
      <w:r>
        <w:rPr>
          <w:rFonts w:eastAsia="楷体" w:cs="楷体" w:ascii="楷体" w:hAnsi="楷体"/>
          <w:color w:val="000000"/>
        </w:rPr>
        <w:t>1955</w:t>
      </w:r>
      <w:r>
        <w:rPr>
          <w:rFonts w:ascii="楷体" w:hAnsi="楷体" w:cs="楷体" w:eastAsia="楷体"/>
          <w:color w:val="000000"/>
        </w:rPr>
        <w:t>年的国庆游行队伍中，从此，彩车正式成为国庆游行中不可缺少的组成部分。</w:t>
      </w:r>
      <w:r>
        <w:rPr>
          <w:rFonts w:eastAsia="楷体" w:cs="楷体" w:ascii="楷体" w:hAnsi="楷体"/>
          <w:color w:val="000000"/>
        </w:rPr>
        <w:t>2019</w:t>
      </w:r>
      <w:r>
        <w:rPr>
          <w:rFonts w:ascii="楷体" w:hAnsi="楷体" w:cs="楷体" w:eastAsia="楷体"/>
          <w:color w:val="000000"/>
        </w:rPr>
        <w:t>年的国庆彩车把传统的彩车制作工艺和现代科技紧密结合，将电子、建筑、机械、声学、光导纤维等新科技手段用于彩车的设计制作。三十四辆地方彩车更是</w:t>
      </w:r>
      <w:r>
        <w:rPr>
          <w:rFonts w:ascii="楷体" w:hAnsi="楷体" w:cs="楷体" w:eastAsia="楷体"/>
          <w:color w:val="000000"/>
          <w:u w:val="single"/>
        </w:rPr>
        <w:t xml:space="preserve">  </w:t>
      </w:r>
      <w:r>
        <w:rPr>
          <w:rFonts w:eastAsia="楷体" w:cs="楷体" w:ascii="楷体" w:hAnsi="楷体"/>
          <w:color w:val="000000"/>
          <w:u w:val="single"/>
        </w:rPr>
        <w:t>[</w:t>
      </w:r>
      <w:r>
        <w:rPr>
          <w:rFonts w:ascii="楷体" w:hAnsi="楷体" w:cs="楷体" w:eastAsia="楷体"/>
          <w:color w:val="000000"/>
          <w:u w:val="single"/>
        </w:rPr>
        <w:t>甲</w:t>
      </w:r>
      <w:r>
        <w:rPr>
          <w:rFonts w:eastAsia="楷体" w:cs="楷体" w:ascii="楷体" w:hAnsi="楷体"/>
          <w:color w:val="000000"/>
          <w:u w:val="single"/>
        </w:rPr>
        <w:t xml:space="preserve">]  </w:t>
      </w:r>
      <w:r>
        <w:rPr>
          <w:rFonts w:ascii="楷体" w:hAnsi="楷体" w:cs="楷体" w:eastAsia="楷体"/>
          <w:color w:val="000000"/>
        </w:rPr>
        <w:t>，设计上都以各地的特点体现了当地的建设成就。</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jc w:val="center"/>
        <w:textAlignment w:val="center"/>
        <w:rPr>
          <w:color w:val="000000"/>
        </w:rPr>
      </w:pPr>
      <w:r>
        <w:rPr>
          <w:rFonts w:eastAsia="宋体;SimSun" w:cs="宋体;SimSun" w:ascii="宋体;SimSun" w:hAnsi="宋体;SimSun"/>
          <w:color w:val="000000"/>
        </w:rPr>
        <w:drawing>
          <wp:inline distT="0" distB="0" distL="0" distR="0">
            <wp:extent cx="2324100" cy="1571625"/>
            <wp:effectExtent l="0" t="0" r="0" b="0"/>
            <wp:docPr id="141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Image8"/>
                    <pic:cNvPicPr>
                      <a:picLocks noChangeAspect="1" noChangeArrowheads="1"/>
                    </pic:cNvPicPr>
                  </pic:nvPicPr>
                  <pic:blipFill>
                    <a:blip r:embed="rId54"/>
                    <a:srcRect l="-15" t="-23" r="-15" b="-23"/>
                    <a:stretch>
                      <a:fillRect/>
                    </a:stretch>
                  </pic:blipFill>
                  <pic:spPr bwMode="auto">
                    <a:xfrm>
                      <a:off x="0" y="0"/>
                      <a:ext cx="2324100" cy="1571625"/>
                    </a:xfrm>
                    <a:prstGeom prst="rect">
                      <a:avLst/>
                    </a:prstGeom>
                    <a:noFill/>
                  </pic:spPr>
                </pic:pic>
              </a:graphicData>
            </a:graphic>
          </wp:inline>
        </w:drawing>
      </w:r>
    </w:p>
    <w:p>
      <w:pPr>
        <w:pStyle w:val="Normal"/>
        <w:spacing w:lineRule="auto" w:line="360"/>
        <w:ind w:firstLine="420" w:end="0"/>
        <w:jc w:val="start"/>
        <w:textAlignment w:val="center"/>
        <w:rPr/>
      </w:pPr>
      <w:r>
        <w:rPr>
          <w:rFonts w:ascii="楷体" w:hAnsi="楷体" w:cs="楷体" w:eastAsia="楷体"/>
          <w:color w:val="000000"/>
        </w:rPr>
        <w:t>金秋十月，在庆祝中华人民共和国成立</w:t>
      </w:r>
      <w:r>
        <w:rPr>
          <w:rFonts w:eastAsia="楷体" w:cs="楷体" w:ascii="楷体" w:hAnsi="楷体"/>
          <w:color w:val="000000"/>
        </w:rPr>
        <w:t>70</w:t>
      </w:r>
      <w:r>
        <w:rPr>
          <w:rFonts w:ascii="楷体" w:hAnsi="楷体" w:cs="楷体" w:eastAsia="楷体"/>
          <w:color w:val="000000"/>
        </w:rPr>
        <w:t>周年大会上精彩亮相的“新时代新天津”彩车回到天津，在水西公园展出。彩车集合了众多的天津元素：海浪、海鸥体现了天津作为港口城市的历史定位，天河计算机、龙门吊、振动塔体现了天津迈向现代化都市的前进步伐，直冲云霄的精卫鸟体现了</w:t>
      </w:r>
      <w:r>
        <w:rPr>
          <w:rFonts w:ascii="楷体" w:hAnsi="楷体" w:cs="楷体" w:eastAsia="楷体"/>
          <w:color w:val="000000"/>
          <w:u w:val="single"/>
        </w:rPr>
        <w:t xml:space="preserve">  </w:t>
      </w:r>
      <w:r>
        <w:rPr>
          <w:rFonts w:eastAsia="楷体" w:cs="楷体" w:ascii="楷体" w:hAnsi="楷体"/>
          <w:color w:val="000000"/>
          <w:u w:val="single"/>
        </w:rPr>
        <w:t>[</w:t>
      </w:r>
      <w:r>
        <w:rPr>
          <w:rFonts w:ascii="楷体" w:hAnsi="楷体" w:cs="楷体" w:eastAsia="楷体"/>
          <w:color w:val="000000"/>
          <w:u w:val="single"/>
        </w:rPr>
        <w:t>乙</w:t>
      </w:r>
      <w:r>
        <w:rPr>
          <w:rFonts w:eastAsia="楷体" w:cs="楷体" w:ascii="楷体" w:hAnsi="楷体"/>
          <w:color w:val="000000"/>
          <w:u w:val="single"/>
        </w:rPr>
        <w:t xml:space="preserve">]  </w:t>
      </w:r>
      <w:r>
        <w:rPr>
          <w:rFonts w:ascii="楷体" w:hAnsi="楷体" w:cs="楷体" w:eastAsia="楷体"/>
          <w:color w:val="000000"/>
        </w:rPr>
        <w:t>的天津精神。天津彩车的设计注重细节，红旗上的每只海鸥都不相同。天津彩车还用新技术手段设计了可以转动的天津之眼，天津彩车设计图夜晚还有绚丽的灯光效果。</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jc w:val="center"/>
        <w:textAlignment w:val="center"/>
        <w:rPr>
          <w:color w:val="000000"/>
        </w:rPr>
      </w:pPr>
      <w:r>
        <w:rPr>
          <w:rFonts w:eastAsia="宋体;SimSun" w:cs="宋体;SimSun" w:ascii="宋体;SimSun" w:hAnsi="宋体;SimSun"/>
          <w:color w:val="000000"/>
        </w:rPr>
        <w:drawing>
          <wp:inline distT="0" distB="0" distL="0" distR="0">
            <wp:extent cx="2324100" cy="1552575"/>
            <wp:effectExtent l="0" t="0" r="0" b="0"/>
            <wp:docPr id="142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Image9"/>
                    <pic:cNvPicPr>
                      <a:picLocks noChangeAspect="1" noChangeArrowheads="1"/>
                    </pic:cNvPicPr>
                  </pic:nvPicPr>
                  <pic:blipFill>
                    <a:blip r:embed="rId55"/>
                    <a:srcRect l="-15" t="-23" r="-15" b="-23"/>
                    <a:stretch>
                      <a:fillRect/>
                    </a:stretch>
                  </pic:blipFill>
                  <pic:spPr bwMode="auto">
                    <a:xfrm>
                      <a:off x="0" y="0"/>
                      <a:ext cx="2324100" cy="1552575"/>
                    </a:xfrm>
                    <a:prstGeom prst="rect">
                      <a:avLst/>
                    </a:prstGeom>
                    <a:noFill/>
                  </pic:spPr>
                </pic:pic>
              </a:graphicData>
            </a:graphic>
          </wp:inline>
        </w:drawing>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北京彩车设计图</w:t>
      </w:r>
    </w:p>
    <w:p>
      <w:pPr>
        <w:pStyle w:val="Normal"/>
        <w:spacing w:lineRule="auto" w:line="360"/>
        <w:ind w:firstLine="420" w:end="0"/>
        <w:jc w:val="start"/>
        <w:textAlignment w:val="center"/>
        <w:rPr/>
      </w:pPr>
      <w:r>
        <w:rPr>
          <w:rFonts w:ascii="楷体" w:hAnsi="楷体" w:cs="楷体" w:eastAsia="楷体"/>
          <w:color w:val="000000"/>
        </w:rPr>
        <w:t>学校科技小组和美术小组联手打造国庆游行中的“首善北京”彩车模型。同学们注意到， “首善北京”彩车车头用新技术</w:t>
      </w:r>
      <w:r>
        <w:rPr>
          <w:rFonts w:eastAsia="楷体" w:cs="楷体" w:ascii="楷体" w:hAnsi="楷体"/>
          <w:color w:val="000000"/>
        </w:rPr>
        <w:t>LED</w:t>
      </w:r>
      <w:r>
        <w:rPr>
          <w:rFonts w:ascii="楷体" w:hAnsi="楷体" w:cs="楷体" w:eastAsia="楷体"/>
          <w:color w:val="000000"/>
        </w:rPr>
        <w:t>灯设计成色彩不断变换的四条彩带来对应北京的政治中心、文化中心、国际交往中心和科技创新中心，彰显着北京首善之区的形象：红墙黄瓦体现出北京是政治中心，</w:t>
      </w:r>
      <w:r>
        <w:rPr>
          <w:rFonts w:ascii="楷体" w:hAnsi="楷体" w:cs="楷体" w:eastAsia="楷体"/>
          <w:color w:val="000000"/>
          <w:u w:val="single"/>
        </w:rPr>
        <w:t xml:space="preserve">     ①    </w:t>
      </w:r>
      <w:r>
        <w:rPr>
          <w:rFonts w:ascii="楷体" w:hAnsi="楷体" w:cs="楷体" w:eastAsia="楷体"/>
          <w:color w:val="000000"/>
        </w:rPr>
        <w:t>，</w:t>
      </w:r>
      <w:r>
        <w:rPr>
          <w:rFonts w:ascii="楷体" w:hAnsi="楷体" w:cs="楷体" w:eastAsia="楷体"/>
          <w:color w:val="000000"/>
          <w:u w:val="single"/>
        </w:rPr>
        <w:t xml:space="preserve">    ②    </w:t>
      </w:r>
      <w:r>
        <w:rPr>
          <w:rFonts w:ascii="楷体" w:hAnsi="楷体" w:cs="楷体" w:eastAsia="楷体"/>
          <w:color w:val="000000"/>
        </w:rPr>
        <w:t>，</w:t>
      </w:r>
      <w:r>
        <w:rPr>
          <w:rFonts w:ascii="楷体" w:hAnsi="楷体" w:cs="楷体" w:eastAsia="楷体"/>
          <w:color w:val="000000"/>
          <w:u w:val="single"/>
        </w:rPr>
        <w:t xml:space="preserve">    ③    </w:t>
      </w:r>
      <w:r>
        <w:rPr>
          <w:rFonts w:ascii="楷体" w:hAnsi="楷体" w:cs="楷体" w:eastAsia="楷体"/>
          <w:color w:val="000000"/>
        </w:rPr>
        <w:t>。此外，彩车上的琉璃瓦、汉白玉和北京雨燕也在细微之处展现了北京的独特风貌。</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依据上下文，在【材料一】和【材料二】的横线处填入词语恰当的一项是</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A. [</w:t>
      </w:r>
      <w:r>
        <w:rPr>
          <w:rFonts w:ascii="宋体;SimSun" w:hAnsi="宋体;SimSun" w:cs="宋体;SimSun"/>
          <w:color w:val="000000"/>
        </w:rPr>
        <w:t>甲</w:t>
      </w:r>
      <w:r>
        <w:rPr>
          <w:rFonts w:eastAsia="宋体;SimSun" w:cs="宋体;SimSun" w:ascii="宋体;SimSun" w:hAnsi="宋体;SimSun"/>
          <w:color w:val="000000"/>
        </w:rPr>
        <w:t>]</w:t>
      </w:r>
      <w:r>
        <w:rPr>
          <w:rFonts w:ascii="宋体;SimSun" w:hAnsi="宋体;SimSun" w:cs="宋体;SimSun"/>
          <w:color w:val="000000"/>
        </w:rPr>
        <w:t xml:space="preserve">各具风采   </w:t>
      </w:r>
      <w:r>
        <w:rPr>
          <w:rFonts w:eastAsia="宋体;SimSun" w:cs="宋体;SimSun" w:ascii="宋体;SimSun" w:hAnsi="宋体;SimSun"/>
          <w:color w:val="000000"/>
        </w:rPr>
        <w:t>[</w:t>
      </w:r>
      <w:r>
        <w:rPr>
          <w:rFonts w:ascii="宋体;SimSun" w:hAnsi="宋体;SimSun" w:cs="宋体;SimSun"/>
          <w:color w:val="000000"/>
        </w:rPr>
        <w:t>乙</w:t>
      </w:r>
      <w:r>
        <w:rPr>
          <w:rFonts w:eastAsia="宋体;SimSun" w:cs="宋体;SimSun" w:ascii="宋体;SimSun" w:hAnsi="宋体;SimSun"/>
          <w:color w:val="000000"/>
        </w:rPr>
        <w:t>]</w:t>
      </w:r>
      <w:r>
        <w:rPr>
          <w:rFonts w:ascii="宋体;SimSun" w:hAnsi="宋体;SimSun" w:cs="宋体;SimSun"/>
          <w:color w:val="000000"/>
        </w:rPr>
        <w:t>精益求精</w:t>
      </w:r>
      <w:r>
        <w:rPr>
          <w:rFonts w:eastAsia="宋体;SimSun" w:cs="宋体;SimSun" w:ascii="宋体;SimSun" w:hAnsi="宋体;SimSun"/>
          <w:color w:val="000000"/>
        </w:rPr>
        <w:tab/>
        <w:t>B. [</w:t>
      </w:r>
      <w:r>
        <w:rPr>
          <w:rFonts w:ascii="宋体;SimSun" w:hAnsi="宋体;SimSun" w:cs="宋体;SimSun"/>
          <w:color w:val="000000"/>
        </w:rPr>
        <w:t>甲</w:t>
      </w:r>
      <w:r>
        <w:rPr>
          <w:rFonts w:eastAsia="宋体;SimSun" w:cs="宋体;SimSun" w:ascii="宋体;SimSun" w:hAnsi="宋体;SimSun"/>
          <w:color w:val="000000"/>
        </w:rPr>
        <w:t>]</w:t>
      </w:r>
      <w:r>
        <w:rPr>
          <w:rFonts w:ascii="宋体;SimSun" w:hAnsi="宋体;SimSun" w:cs="宋体;SimSun"/>
          <w:color w:val="000000"/>
        </w:rPr>
        <w:t xml:space="preserve">大相径庭   </w:t>
      </w:r>
      <w:r>
        <w:rPr>
          <w:rFonts w:eastAsia="宋体;SimSun" w:cs="宋体;SimSun" w:ascii="宋体;SimSun" w:hAnsi="宋体;SimSun"/>
          <w:color w:val="000000"/>
        </w:rPr>
        <w:t>[</w:t>
      </w:r>
      <w:r>
        <w:rPr>
          <w:rFonts w:ascii="宋体;SimSun" w:hAnsi="宋体;SimSun" w:cs="宋体;SimSun"/>
          <w:color w:val="000000"/>
        </w:rPr>
        <w:t>乙</w:t>
      </w:r>
      <w:r>
        <w:rPr>
          <w:rFonts w:eastAsia="宋体;SimSun" w:cs="宋体;SimSun" w:ascii="宋体;SimSun" w:hAnsi="宋体;SimSun"/>
          <w:color w:val="000000"/>
        </w:rPr>
        <w:t>]</w:t>
      </w:r>
      <w:r>
        <w:rPr>
          <w:rFonts w:ascii="宋体;SimSun" w:hAnsi="宋体;SimSun" w:cs="宋体;SimSun"/>
          <w:color w:val="000000"/>
        </w:rPr>
        <w:t>精益求精</w:t>
      </w:r>
    </w:p>
    <w:p>
      <w:pPr>
        <w:pStyle w:val="Normal"/>
        <w:tabs>
          <w:tab w:val="clear" w:pos="420"/>
          <w:tab w:val="left" w:pos="4876" w:leader="none"/>
        </w:tabs>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C. [</w:t>
      </w:r>
      <w:r>
        <w:rPr>
          <w:rFonts w:ascii="宋体;SimSun" w:hAnsi="宋体;SimSun" w:cs="宋体;SimSun"/>
          <w:color w:val="000000"/>
        </w:rPr>
        <w:t>甲</w:t>
      </w:r>
      <w:r>
        <w:rPr>
          <w:rFonts w:eastAsia="宋体;SimSun" w:cs="宋体;SimSun" w:ascii="宋体;SimSun" w:hAnsi="宋体;SimSun"/>
          <w:color w:val="000000"/>
        </w:rPr>
        <w:t>]</w:t>
      </w:r>
      <w:r>
        <w:rPr>
          <w:rFonts w:ascii="宋体;SimSun" w:hAnsi="宋体;SimSun" w:cs="宋体;SimSun"/>
          <w:color w:val="000000"/>
        </w:rPr>
        <w:t xml:space="preserve">各具风采   </w:t>
      </w:r>
      <w:r>
        <w:rPr>
          <w:rFonts w:eastAsia="宋体;SimSun" w:cs="宋体;SimSun" w:ascii="宋体;SimSun" w:hAnsi="宋体;SimSun"/>
          <w:color w:val="000000"/>
        </w:rPr>
        <w:t>[</w:t>
      </w:r>
      <w:r>
        <w:rPr>
          <w:rFonts w:ascii="宋体;SimSun" w:hAnsi="宋体;SimSun" w:cs="宋体;SimSun"/>
          <w:color w:val="000000"/>
        </w:rPr>
        <w:t>乙</w:t>
      </w:r>
      <w:r>
        <w:rPr>
          <w:rFonts w:eastAsia="宋体;SimSun" w:cs="宋体;SimSun" w:ascii="宋体;SimSun" w:hAnsi="宋体;SimSun"/>
          <w:color w:val="000000"/>
        </w:rPr>
        <w:t>]</w:t>
      </w:r>
      <w:r>
        <w:rPr>
          <w:rFonts w:ascii="宋体;SimSun" w:hAnsi="宋体;SimSun" w:cs="宋体;SimSun"/>
          <w:color w:val="000000"/>
        </w:rPr>
        <w:t>奋发向上</w:t>
      </w:r>
      <w:r>
        <w:rPr>
          <w:rFonts w:eastAsia="宋体;SimSun" w:cs="宋体;SimSun" w:ascii="宋体;SimSun" w:hAnsi="宋体;SimSun"/>
          <w:color w:val="000000"/>
        </w:rPr>
        <w:tab/>
        <w:t>D. [</w:t>
      </w:r>
      <w:r>
        <w:rPr>
          <w:rFonts w:ascii="宋体;SimSun" w:hAnsi="宋体;SimSun" w:cs="宋体;SimSun"/>
          <w:color w:val="000000"/>
        </w:rPr>
        <w:t>甲</w:t>
      </w:r>
      <w:r>
        <w:rPr>
          <w:rFonts w:eastAsia="宋体;SimSun" w:cs="宋体;SimSun" w:ascii="宋体;SimSun" w:hAnsi="宋体;SimSun"/>
          <w:color w:val="000000"/>
        </w:rPr>
        <w:t>]</w:t>
      </w:r>
      <w:r>
        <w:rPr>
          <w:rFonts w:ascii="宋体;SimSun" w:hAnsi="宋体;SimSun" w:cs="宋体;SimSun"/>
          <w:color w:val="000000"/>
        </w:rPr>
        <w:t xml:space="preserve">大相径庭   </w:t>
      </w:r>
      <w:r>
        <w:rPr>
          <w:rFonts w:eastAsia="宋体;SimSun" w:cs="宋体;SimSun" w:ascii="宋体;SimSun" w:hAnsi="宋体;SimSun"/>
          <w:color w:val="000000"/>
        </w:rPr>
        <w:t>[</w:t>
      </w:r>
      <w:r>
        <w:rPr>
          <w:rFonts w:ascii="宋体;SimSun" w:hAnsi="宋体;SimSun" w:cs="宋体;SimSun"/>
          <w:color w:val="000000"/>
        </w:rPr>
        <w:t>乙</w:t>
      </w:r>
      <w:r>
        <w:rPr>
          <w:rFonts w:eastAsia="宋体;SimSun" w:cs="宋体;SimSun" w:ascii="宋体;SimSun" w:hAnsi="宋体;SimSun"/>
          <w:color w:val="000000"/>
        </w:rPr>
        <w:t>]</w:t>
      </w:r>
      <w:r>
        <w:rPr>
          <w:rFonts w:ascii="宋体;SimSun" w:hAnsi="宋体;SimSun" w:cs="宋体;SimSun"/>
          <w:color w:val="000000"/>
        </w:rPr>
        <w:t>奋发向上</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color w:val="000000"/>
        </w:rPr>
        <w:t>阅读【材料三】，将横线上的内容依次补充完整。</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color w:val="000000"/>
        </w:rPr>
        <w:t>从三则材料中可以看出北京彩车和天津彩车的设计都具有</w:t>
      </w:r>
      <w:r>
        <w:rPr>
          <w:rFonts w:eastAsia="宋体;SimSun" w:cs="宋体;SimSun" w:ascii="宋体;SimSun" w:hAnsi="宋体;SimSun"/>
          <w:color w:val="000000"/>
        </w:rPr>
        <w:t>_______</w:t>
      </w:r>
      <w:r>
        <w:rPr>
          <w:rFonts w:ascii="宋体;SimSun" w:hAnsi="宋体;SimSun" w:cs="宋体;SimSun"/>
          <w:color w:val="000000"/>
        </w:rPr>
        <w:t>、</w:t>
      </w:r>
      <w:r>
        <w:rPr>
          <w:rFonts w:eastAsia="宋体;SimSun" w:cs="宋体;SimSun" w:ascii="宋体;SimSun" w:hAnsi="宋体;SimSun"/>
          <w:color w:val="000000"/>
        </w:rPr>
        <w:t>_______</w:t>
      </w:r>
      <w:r>
        <w:rPr>
          <w:rFonts w:ascii="宋体;SimSun" w:hAnsi="宋体;SimSun" w:cs="宋体;SimSun"/>
          <w:color w:val="000000"/>
        </w:rPr>
        <w:t>、</w:t>
      </w:r>
      <w:r>
        <w:rPr>
          <w:rFonts w:eastAsia="宋体;SimSun" w:cs="宋体;SimSun" w:ascii="宋体;SimSun" w:hAnsi="宋体;SimSun"/>
          <w:color w:val="000000"/>
        </w:rPr>
        <w:t>________</w:t>
      </w:r>
      <w:r>
        <w:rPr>
          <w:rFonts w:ascii="宋体;SimSun" w:hAnsi="宋体;SimSun" w:cs="宋体;SimSun"/>
          <w:color w:val="000000"/>
        </w:rPr>
        <w:t>的特点。</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C    20. </w:t>
      </w:r>
      <w:r>
        <w:rPr>
          <w:rFonts w:ascii="宋体;SimSun" w:hAnsi="宋体;SimSun" w:cs="宋体;SimSun"/>
          <w:color w:val="000000"/>
        </w:rPr>
        <w:t>答案示例：①天坛体现出北京是文化中心；②北京大兴国际机场（雁栖湖国际会议中心）体现出北京是国际交往中心；③人工智能体现出北京是科技创新中心。</w:t>
      </w:r>
      <w:r>
        <w:rPr>
          <w:color w:val="000000"/>
        </w:rPr>
        <w:t xml:space="preserve">    </w:t>
      </w:r>
    </w:p>
    <w:p>
      <w:pPr>
        <w:pStyle w:val="Normal"/>
        <w:spacing w:lineRule="auto" w:line="360"/>
        <w:textAlignment w:val="center"/>
        <w:rPr/>
      </w:pPr>
      <w:r>
        <w:rPr>
          <w:color w:val="000000"/>
        </w:rPr>
        <w:t xml:space="preserve">21.     (1). </w:t>
      </w:r>
      <w:r>
        <w:rPr>
          <w:rFonts w:eastAsia="宋体;SimSun" w:cs="宋体;SimSun" w:ascii="宋体;SimSun" w:hAnsi="宋体;SimSun"/>
          <w:color w:val="000000"/>
        </w:rPr>
        <w:t>①</w:t>
      </w:r>
      <w:r>
        <w:rPr>
          <w:rFonts w:ascii="宋体;SimSun" w:hAnsi="宋体;SimSun" w:cs="宋体;SimSun"/>
          <w:color w:val="000000"/>
        </w:rPr>
        <w:t>具有本地区特点（集合了众多的当地元素）</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体现了建设成就</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color w:val="000000"/>
        </w:rPr>
        <w:t>使用科技手段④注重细节（任选三个）</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大相径庭，形容彼此相差很远，大不相同。结合甲处语境“</w:t>
      </w:r>
      <w:r>
        <w:rPr>
          <w:rFonts w:ascii="楷体" w:hAnsi="楷体" w:cs="楷体" w:eastAsia="楷体"/>
          <w:color w:val="000000"/>
        </w:rPr>
        <w:t>三十四辆地方彩车更是</w:t>
      </w:r>
      <w:r>
        <w:rPr>
          <w:rFonts w:ascii="楷体" w:hAnsi="楷体" w:cs="楷体" w:eastAsia="楷体"/>
          <w:color w:val="000000"/>
          <w:u w:val="single"/>
        </w:rPr>
        <w:t xml:space="preserve">  </w:t>
      </w:r>
      <w:r>
        <w:rPr>
          <w:rFonts w:eastAsia="楷体" w:cs="楷体" w:ascii="楷体" w:hAnsi="楷体"/>
          <w:color w:val="000000"/>
          <w:u w:val="single"/>
        </w:rPr>
        <w:t>[</w:t>
      </w:r>
      <w:r>
        <w:rPr>
          <w:rFonts w:ascii="楷体" w:hAnsi="楷体" w:cs="楷体" w:eastAsia="楷体"/>
          <w:color w:val="000000"/>
          <w:u w:val="single"/>
        </w:rPr>
        <w:t>甲</w:t>
      </w:r>
      <w:r>
        <w:rPr>
          <w:rFonts w:eastAsia="楷体" w:cs="楷体" w:ascii="楷体" w:hAnsi="楷体"/>
          <w:color w:val="000000"/>
          <w:u w:val="single"/>
        </w:rPr>
        <w:t xml:space="preserve">]  </w:t>
      </w:r>
      <w:r>
        <w:rPr>
          <w:rFonts w:ascii="楷体" w:hAnsi="楷体" w:cs="楷体" w:eastAsia="楷体"/>
          <w:color w:val="000000"/>
        </w:rPr>
        <w:t>，设计上都以各地的特点体现了当地的建设成就</w:t>
      </w:r>
      <w:r>
        <w:rPr>
          <w:rFonts w:ascii="宋体;SimSun" w:hAnsi="宋体;SimSun" w:cs="宋体;SimSun"/>
          <w:color w:val="000000"/>
        </w:rPr>
        <w:t>”，这里应用“各具风采”；精益求精，比喻已经很好了，还要求更好。表示要求极高。“奋发向上”指精神振作，情绪高昂，有积极向上的进取心，愿意努力奋斗。“</w:t>
      </w:r>
      <w:r>
        <w:rPr>
          <w:rFonts w:ascii="楷体" w:hAnsi="楷体" w:cs="楷体" w:eastAsia="楷体"/>
          <w:color w:val="000000"/>
        </w:rPr>
        <w:t>海浪、海鸥体现了天津作为港口城市的历史定位，天河计算机、龙门吊、振动塔体现了天津迈向现代化都市的前进步伐，直冲云霄的精卫鸟体现了</w:t>
      </w:r>
      <w:r>
        <w:rPr>
          <w:rFonts w:ascii="楷体" w:hAnsi="楷体" w:cs="楷体" w:eastAsia="楷体"/>
          <w:color w:val="000000"/>
          <w:u w:val="single"/>
        </w:rPr>
        <w:t xml:space="preserve">  </w:t>
      </w:r>
      <w:r>
        <w:rPr>
          <w:rFonts w:eastAsia="楷体" w:cs="楷体" w:ascii="楷体" w:hAnsi="楷体"/>
          <w:color w:val="000000"/>
          <w:u w:val="single"/>
        </w:rPr>
        <w:t>[</w:t>
      </w:r>
      <w:r>
        <w:rPr>
          <w:rFonts w:ascii="楷体" w:hAnsi="楷体" w:cs="楷体" w:eastAsia="楷体"/>
          <w:color w:val="000000"/>
          <w:u w:val="single"/>
        </w:rPr>
        <w:t>乙</w:t>
      </w:r>
      <w:r>
        <w:rPr>
          <w:rFonts w:eastAsia="楷体" w:cs="楷体" w:ascii="楷体" w:hAnsi="楷体"/>
          <w:color w:val="000000"/>
          <w:u w:val="single"/>
        </w:rPr>
        <w:t xml:space="preserve">]  </w:t>
      </w:r>
      <w:r>
        <w:rPr>
          <w:rFonts w:ascii="楷体" w:hAnsi="楷体" w:cs="楷体" w:eastAsia="楷体"/>
          <w:color w:val="000000"/>
        </w:rPr>
        <w:t>的天津精神</w:t>
      </w:r>
      <w:r>
        <w:rPr>
          <w:rFonts w:ascii="宋体;SimSun" w:hAnsi="宋体;SimSun" w:cs="宋体;SimSun"/>
          <w:color w:val="000000"/>
        </w:rPr>
        <w:t>”</w:t>
      </w:r>
      <w:r>
        <w:rPr>
          <w:rFonts w:ascii="Times New Romance" w:hAnsi="Times New Romance" w:cs="Times New Romance" w:eastAsia="Times New Romance"/>
          <w:color w:val="000000"/>
        </w:rPr>
        <w:t xml:space="preserve"> </w:t>
      </w:r>
      <w:r>
        <w:rPr>
          <w:rFonts w:ascii="宋体;SimSun" w:hAnsi="宋体;SimSun" w:cs="宋体;SimSun"/>
          <w:color w:val="000000"/>
        </w:rPr>
        <w:t>应用“奋发向上”。故选</w:t>
      </w:r>
      <w:r>
        <w:rPr>
          <w:rFonts w:eastAsia="Times New Romance" w:cs="Times New Romance" w:ascii="Times New Romance" w:hAnsi="Times New Romance"/>
          <w:color w:val="000000"/>
        </w:rPr>
        <w:t>C</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pPr>
      <w:r>
        <w:rPr>
          <w:rFonts w:ascii="宋体;SimSun" w:hAnsi="宋体;SimSun" w:cs="宋体;SimSun"/>
          <w:color w:val="000000"/>
        </w:rPr>
        <w:t>考查情境补写。结合内容“</w:t>
      </w:r>
      <w:r>
        <w:rPr>
          <w:rFonts w:ascii="楷体" w:hAnsi="楷体" w:cs="楷体" w:eastAsia="楷体"/>
          <w:color w:val="000000"/>
        </w:rPr>
        <w:t>“首善北京”彩车车头用新技术</w:t>
      </w:r>
      <w:r>
        <w:rPr>
          <w:rFonts w:eastAsia="楷体" w:cs="楷体" w:ascii="楷体" w:hAnsi="楷体"/>
          <w:color w:val="000000"/>
        </w:rPr>
        <w:t>LED</w:t>
      </w:r>
      <w:r>
        <w:rPr>
          <w:rFonts w:ascii="楷体" w:hAnsi="楷体" w:cs="楷体" w:eastAsia="楷体"/>
          <w:color w:val="000000"/>
        </w:rPr>
        <w:t>灯设计成色彩不断变换的四条彩带来对应北京的政治中心、文化中心、国际交往中心和科技创新中心，彰显着北京首善之区的形象：红墙黄瓦体现出北京是政治中心，</w:t>
      </w:r>
      <w:r>
        <w:rPr>
          <w:rFonts w:ascii="楷体" w:hAnsi="楷体" w:cs="楷体" w:eastAsia="楷体"/>
          <w:color w:val="000000"/>
          <w:u w:val="single"/>
        </w:rPr>
        <w:t xml:space="preserve">     ①    </w:t>
      </w:r>
      <w:r>
        <w:rPr>
          <w:rFonts w:ascii="楷体" w:hAnsi="楷体" w:cs="楷体" w:eastAsia="楷体"/>
          <w:color w:val="000000"/>
        </w:rPr>
        <w:t>，</w:t>
      </w:r>
      <w:r>
        <w:rPr>
          <w:rFonts w:ascii="楷体" w:hAnsi="楷体" w:cs="楷体" w:eastAsia="楷体"/>
          <w:color w:val="000000"/>
          <w:u w:val="single"/>
        </w:rPr>
        <w:t xml:space="preserve">    ②    </w:t>
      </w:r>
      <w:r>
        <w:rPr>
          <w:rFonts w:ascii="楷体" w:hAnsi="楷体" w:cs="楷体" w:eastAsia="楷体"/>
          <w:color w:val="000000"/>
        </w:rPr>
        <w:t>，</w:t>
      </w:r>
      <w:r>
        <w:rPr>
          <w:rFonts w:ascii="楷体" w:hAnsi="楷体" w:cs="楷体" w:eastAsia="楷体"/>
          <w:color w:val="000000"/>
          <w:u w:val="single"/>
        </w:rPr>
        <w:t xml:space="preserve">    ③    </w:t>
      </w:r>
      <w:r>
        <w:rPr>
          <w:rFonts w:ascii="楷体" w:hAnsi="楷体" w:cs="楷体" w:eastAsia="楷体"/>
          <w:color w:val="000000"/>
        </w:rPr>
        <w:t>。</w:t>
      </w:r>
      <w:r>
        <w:rPr>
          <w:rFonts w:ascii="宋体;SimSun" w:hAnsi="宋体;SimSun" w:cs="宋体;SimSun"/>
          <w:color w:val="000000"/>
        </w:rPr>
        <w:t>”分析，“四条彩带”对应的“</w:t>
      </w:r>
      <w:r>
        <w:rPr>
          <w:rFonts w:ascii="楷体" w:hAnsi="楷体" w:cs="楷体" w:eastAsia="楷体"/>
          <w:color w:val="000000"/>
        </w:rPr>
        <w:t>政治中心、文化中心、国际交往中心和科技创新中心</w:t>
      </w:r>
      <w:r>
        <w:rPr>
          <w:rFonts w:ascii="宋体;SimSun" w:hAnsi="宋体;SimSun" w:cs="宋体;SimSun"/>
          <w:color w:val="000000"/>
        </w:rPr>
        <w:t>”，仔细观察北京彩车设计图，结合图中的相关元素（天坛、北京大兴国际机场、雁栖湖国际会议中心、人工智能），所以①处应是“天坛体现出北京是文化中心”；②处是“北京大兴国际机场（或雁栖湖国际会议中心）体现出北京是国际交往中心”；③处是“人工智能体现出北京是科技创新中心”。</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pPr>
      <w:r>
        <w:rPr>
          <w:rFonts w:ascii="宋体;SimSun" w:hAnsi="宋体;SimSun" w:cs="宋体;SimSun"/>
          <w:color w:val="000000"/>
        </w:rPr>
        <w:t>本题考查对材料内容的理解与筛选。由材料一中“</w:t>
      </w:r>
      <w:r>
        <w:rPr>
          <w:rFonts w:ascii="楷体" w:hAnsi="楷体" w:cs="楷体" w:eastAsia="楷体"/>
          <w:color w:val="000000"/>
        </w:rPr>
        <w:t>将电子、建筑、机械、声学、光导纤维等新科技手段用于彩车的设计制作</w:t>
      </w:r>
      <w:r>
        <w:rPr>
          <w:rFonts w:ascii="宋体;SimSun" w:hAnsi="宋体;SimSun" w:cs="宋体;SimSun"/>
          <w:color w:val="000000"/>
        </w:rPr>
        <w:t>”“</w:t>
      </w:r>
      <w:r>
        <w:rPr>
          <w:rFonts w:ascii="楷体" w:hAnsi="楷体" w:cs="楷体" w:eastAsia="楷体"/>
          <w:color w:val="000000"/>
        </w:rPr>
        <w:t>设计上都以各地的特点体现了当地的建设成就</w:t>
      </w:r>
      <w:r>
        <w:rPr>
          <w:rFonts w:ascii="宋体;SimSun" w:hAnsi="宋体;SimSun" w:cs="宋体;SimSun"/>
          <w:color w:val="000000"/>
        </w:rPr>
        <w:t>”材料二中“</w:t>
      </w:r>
      <w:r>
        <w:rPr>
          <w:rFonts w:ascii="楷体" w:hAnsi="楷体" w:cs="楷体" w:eastAsia="楷体"/>
          <w:color w:val="000000"/>
        </w:rPr>
        <w:t>天津彩车的设计注重细节，红旗上的每只海鸥都不相同。天津彩车还用新技术手段设计了可以转动的天津之眼</w:t>
      </w:r>
      <w:r>
        <w:rPr>
          <w:rFonts w:ascii="宋体;SimSun" w:hAnsi="宋体;SimSun" w:cs="宋体;SimSun"/>
          <w:color w:val="000000"/>
        </w:rPr>
        <w:t>”提取信息作答。</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阅读《鳝鱼骨的滋味》，完成下面小题。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鳝鱼骨的滋味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在北京，刚刚飘起小雪的日子，听说更北的地方还有一波寒流将至。围炉吃火锅，是对寒流最好的准备了。朋友们特地带我去一家城西的老店，红灯笼、黄木板，每一桌上都有一口热气腾腾的铜锅。</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朋友点了一个大号的酸菜白肉锅，加了几盘羊肉。我也点了几个菜，特别点了爆炒黄鳝和韭黄炒鳝。跑堂的过来，看了看菜单，好意地探询</w:t>
      </w:r>
      <w:r>
        <w:rPr>
          <w:rFonts w:eastAsia="楷体" w:cs="楷体" w:ascii="楷体" w:hAnsi="楷体"/>
          <w:color w:val="000000"/>
        </w:rPr>
        <w:t>:“</w:t>
      </w:r>
      <w:r>
        <w:rPr>
          <w:rFonts w:ascii="楷体" w:hAnsi="楷体" w:cs="楷体" w:eastAsia="楷体"/>
          <w:color w:val="000000"/>
        </w:rPr>
        <w:t>先生，您点了两道鳝鱼呢！”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对了，我喜欢吃鳝鱼！”</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老师怎么爱吃鳝鱼的呢</w:t>
      </w:r>
      <w:r>
        <w:rPr>
          <w:rFonts w:eastAsia="楷体" w:cs="楷体" w:ascii="楷体" w:hAnsi="楷体"/>
          <w:color w:val="000000"/>
        </w:rPr>
        <w:t>?”</w:t>
      </w:r>
      <w:r>
        <w:rPr>
          <w:rFonts w:ascii="楷体" w:hAnsi="楷体" w:cs="楷体" w:eastAsia="楷体"/>
          <w:color w:val="000000"/>
        </w:rPr>
        <w:t>朋友问。</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沉思了一下，就在水汽淋漓的火锅店里，简单地说起一段往事。小时候，我家门前摆了一个鳝鱼摊子，专卖炒鳝鱼和鳝鱼面。摊子黄昏才开张，那正是我放学返家的时间，我远远就会看到爆炒鳝鱼的大烟，嗅觉似乎与视觉同时抵达，香味猛然飘进我的鼻子，把我勾到摊子前面，我便低着头绕过巷子，回到家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为什么要低着头呢？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因为炒鳝鱼的价钱很高，我们根本吃不起。不要说炒鳝鱼，连鳝鱼面也吃不起。我们家兄弟姐妹很多，一人吃一碗面，恐怕是一星期的饭钱了。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妈妈经常向卖鳝鱼的妇人央求拜托，杀了鳝鱼剩下的骨头，一定要留给我们。妈妈深信鳝鱼的骨头充满钙质，还有各种维生素，对我们这些正在成长的孩子大有帮助。</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每天晚上，妈妈总会从鳝鱼摊提回大袋的骨头，洗也不洗就丢到大锅里熬煮。</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为什么洗也不洗？</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因为，妈妈说鳝鱼骨头上还带着鲜血，那是最为滋补的，洗净多么可惜！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熬过两三个小时，鳝鱼骨头几乎在锅中化完，汤水变成咖啡色，水面上浮着油花，这时，妈妈会撒把葱花，关火。鳝鱼骨汤熬成时，夜已经深了。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妈妈把我们叫到灶间，一人一碗汤，再配上她在另一家面包店要来的面包皮，在锅里烤热了，变成香味扑鼻的饼干。我们细细地咀嚼面包皮，配着清甜香浓的鱼骨汤，深深感觉到生活的幸福。虽然吃不起鳝鱼与面包，但是鳝鱼与面包是有钱就吃得到，鳝鱼骨和面包皮却是只有深爱我们的妈妈才做得出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⑭</w:t>
      </w:r>
      <w:r>
        <w:rPr>
          <w:rFonts w:ascii="楷体" w:hAnsi="楷体" w:cs="楷体" w:eastAsia="楷体"/>
          <w:color w:val="000000"/>
        </w:rPr>
        <w:t>只要卖鳝鱼的来摆摊，我们一定会喝鳝鱼骨汤。奇怪的是，我从来没有喝腻过，而且一直觉得这是人间至极的美味。妈妈担心我们会吃腻，有时会在汤里加点竹笋，或下点蛋花</w:t>
      </w:r>
      <w:r>
        <w:rPr>
          <w:rFonts w:eastAsia="楷体" w:cs="楷体" w:ascii="楷体" w:hAnsi="楷体"/>
          <w:color w:val="000000"/>
        </w:rPr>
        <w:t>;</w:t>
      </w:r>
      <w:r>
        <w:rPr>
          <w:rFonts w:ascii="楷体" w:hAnsi="楷体" w:cs="楷体" w:eastAsia="楷体"/>
          <w:color w:val="000000"/>
        </w:rPr>
        <w:t>有时会用豆腐红烧，或与萝卜同卤……用的固然都是普通的食材，却充满了美味的魔术。</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⑮</w:t>
      </w:r>
      <w:r>
        <w:rPr>
          <w:rFonts w:ascii="楷体" w:hAnsi="楷体" w:cs="楷体" w:eastAsia="楷体"/>
          <w:color w:val="000000"/>
        </w:rPr>
        <w:t>最神奇的，算是炸鳝鱼骨了。鳝鱼骨本来是歪曲扭动的，下油锅时忽然就被拉直了，一条一条就像薯条一样，起锅时撒一些胡椒、盐，香、酥、脆，真是美味极了。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⑯</w:t>
      </w:r>
      <w:r>
        <w:rPr>
          <w:rFonts w:ascii="楷体" w:hAnsi="楷体" w:cs="楷体" w:eastAsia="楷体"/>
          <w:color w:val="000000"/>
        </w:rPr>
        <w:t>我吃了好几年的鳝鱼骨头，一直到我到外地念书。偶然回到乡下，喝到妈妈亲手熬的汤，总是觉得美味如昔，心中更是充满了感动。妈妈把深情与爱熬进了那平凡的汤里，使我们身强体健。在普遍营养不良的乡下孩子中，我们总是气色红润、精神饱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⑰“</w:t>
      </w:r>
      <w:r>
        <w:rPr>
          <w:rFonts w:ascii="楷体" w:hAnsi="楷体" w:cs="楷体" w:eastAsia="楷体"/>
          <w:color w:val="000000"/>
        </w:rPr>
        <w:t>也许是小时候吃不到鳝鱼，长大之后，只要到馆子吃饭，看到有卖鳝鱼的，总会点两道来吃，一边吃一边怀念那一段艰苦的岁月。”我对北京的朋友说。大家听得入神，纷纷夹起鳝鱼，细细咀嚼，当然，有故事加味，鳝鱼也变得别有滋味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⑱</w:t>
      </w:r>
      <w:r>
        <w:rPr>
          <w:rFonts w:ascii="楷体" w:hAnsi="楷体" w:cs="楷体" w:eastAsia="楷体"/>
          <w:color w:val="000000"/>
        </w:rPr>
        <w:t>晚饭后，在飘着小雪的北京街头漫步，想到我们的生命正是鳝鱼骨这类看似微贱的东西，累积出无价的意义，使我们感到丰盈。谁能告诉我，鳝鱼骨一斤多少钱？面包皮一袋多少钱？市场里捡来的青菜一斤多少钱？只要有爱，就是无价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⑲</w:t>
      </w:r>
      <w:r>
        <w:rPr>
          <w:rFonts w:ascii="楷体" w:hAnsi="楷体" w:cs="楷体" w:eastAsia="楷体"/>
          <w:color w:val="000000"/>
        </w:rPr>
        <w:t>妈妈早已离世，在北京的雪夜中，我想到再也喝不到清炖的鳝鱼骨汤，再也不能，一口一口，细细体会妈妈的深情。</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⑳</w:t>
      </w:r>
      <w:r>
        <w:rPr>
          <w:rFonts w:ascii="楷体" w:hAnsi="楷体" w:cs="楷体" w:eastAsia="楷体"/>
          <w:color w:val="000000"/>
        </w:rPr>
        <w:t>想着想着，我的眼泪一滴一滴地落下，像空中飘落的雪花。</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（选自《林清玄散文精选》有删改）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color w:val="000000"/>
        </w:rPr>
        <w:t>本文写了作者与鳝鱼骨的故事。梳理⑤—⑰段“我”的经历和感受，将下面内容补充完整。</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color w:val="000000"/>
        </w:rPr>
        <w:t>小时候，闻到炒鳝鱼的香味，渴望吃到 →</w:t>
      </w:r>
      <w:r>
        <w:rPr>
          <w:rFonts w:ascii="宋体;SimSun" w:hAnsi="宋体;SimSun" w:cs="宋体;SimSun"/>
          <w:color w:val="000000"/>
          <w:u w:val="single"/>
        </w:rPr>
        <w:t>①</w:t>
      </w:r>
      <w:r>
        <w:rPr>
          <w:rFonts w:eastAsia="宋体;SimSun" w:cs="宋体;SimSun" w:ascii="宋体;SimSun" w:hAnsi="宋体;SimSun"/>
          <w:color w:val="000000"/>
        </w:rPr>
        <w:t xml:space="preserve">___→ </w:t>
      </w:r>
      <w:r>
        <w:rPr>
          <w:rFonts w:ascii="宋体;SimSun" w:hAnsi="宋体;SimSun" w:cs="宋体;SimSun"/>
          <w:color w:val="000000"/>
        </w:rPr>
        <w:t>从外地上学回来，喝到妈妈熬的鳝鱼骨汤，充满感动 →</w:t>
      </w:r>
      <w:r>
        <w:rPr>
          <w:rFonts w:ascii="宋体;SimSun" w:hAnsi="宋体;SimSun" w:cs="宋体;SimSun"/>
          <w:color w:val="000000"/>
          <w:u w:val="single"/>
        </w:rPr>
        <w:t>②</w:t>
      </w:r>
      <w:r>
        <w:rPr>
          <w:rFonts w:eastAsia="宋体;SimSun" w:cs="宋体;SimSun" w:ascii="宋体;SimSun" w:hAnsi="宋体;SimSun"/>
          <w:color w:val="000000"/>
        </w:rPr>
        <w:t>___</w:t>
      </w:r>
    </w:p>
    <w:p>
      <w:pPr>
        <w:pStyle w:val="Normal"/>
        <w:spacing w:lineRule="auto" w:line="360"/>
        <w:jc w:val="start"/>
        <w:textAlignment w:val="center"/>
        <w:rPr/>
      </w:pPr>
      <w:r>
        <w:rPr>
          <w:rFonts w:eastAsia="宋体;SimSun" w:cs="宋体;SimSun" w:ascii="宋体;SimSun" w:hAnsi="宋体;SimSun"/>
          <w:color w:val="000000"/>
        </w:rPr>
        <w:t xml:space="preserve">23. </w:t>
      </w:r>
      <w:r>
        <w:rPr>
          <w:rFonts w:ascii="宋体;SimSun" w:hAnsi="宋体;SimSun" w:cs="宋体;SimSun"/>
          <w:color w:val="000000"/>
        </w:rPr>
        <w:t>对这篇散文理解</w:t>
      </w:r>
      <w:r>
        <w:rPr>
          <w:rFonts w:ascii="宋体;SimSun" w:hAnsi="宋体;SimSun" w:cs="宋体;SimSun"/>
          <w:color w:val="000000"/>
          <w:em w:val="underDot"/>
        </w:rPr>
        <w:t>有误</w:t>
      </w:r>
      <w:r>
        <w:rPr>
          <w:rFonts w:ascii="宋体;SimSun" w:hAnsi="宋体;SimSun" w:cs="宋体;SimSun"/>
          <w:color w:val="000000"/>
        </w:rPr>
        <w:t>的一项是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A. </w:t>
      </w:r>
      <w:r>
        <w:rPr>
          <w:rFonts w:ascii="宋体;SimSun" w:hAnsi="宋体;SimSun" w:cs="宋体;SimSun"/>
          <w:color w:val="000000"/>
        </w:rPr>
        <w:t>作者写“长大之后，只要到馆子吃饭，看到有卖鳝鱼的，总会点两道来吃”，只是为了强调小时候穷吃不起，长大富裕了，想吃多少都可以。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color w:val="000000"/>
        </w:rPr>
        <w:t>第⑱段以一连串的问句排比，强调了鳝鱼骨这类看似微贱的东西，如果承载着爱，就能丰盈我们的生命，具有无价的意义。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C. </w:t>
      </w:r>
      <w:r>
        <w:rPr>
          <w:rFonts w:ascii="宋体;SimSun" w:hAnsi="宋体;SimSun" w:cs="宋体;SimSun"/>
          <w:color w:val="000000"/>
        </w:rPr>
        <w:t>作者在第⑲段中，运用反复的手法，连用两个“再也”，强烈表达了喝不到妈妈熬的鳝鱼骨汤的遗憾和对妈妈的思念。</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D. </w:t>
      </w:r>
      <w:r>
        <w:rPr>
          <w:rFonts w:ascii="宋体;SimSun" w:hAnsi="宋体;SimSun" w:cs="宋体;SimSun"/>
          <w:color w:val="000000"/>
        </w:rPr>
        <w:t>文章结尾写“我的眼泪一滴一滴地落下，像空中飘落的雪花”，既呼应开头，使文章结构严谨，又起到了烘托情感的作用，使作者怀念母亲的情感得以艺术地表达。</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24. </w:t>
      </w:r>
      <w:r>
        <w:rPr>
          <w:rFonts w:ascii="宋体;SimSun" w:hAnsi="宋体;SimSun" w:cs="宋体;SimSun"/>
          <w:color w:val="000000"/>
        </w:rPr>
        <w:t>第⑰段中，作者的故事讲完了，大家听得入神，如果你是其中一个听众，会由这个故事联想到什么呢？请展开想象，以第一人称的口吻写出你的心理活动。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25. </w:t>
      </w:r>
      <w:r>
        <w:rPr>
          <w:rFonts w:ascii="宋体;SimSun" w:hAnsi="宋体;SimSun" w:cs="宋体;SimSun"/>
          <w:color w:val="000000"/>
        </w:rPr>
        <w:t>结合全文内容</w:t>
      </w:r>
      <w:r>
        <w:rPr>
          <w:rFonts w:eastAsia="宋体;SimSun" w:cs="宋体;SimSun" w:ascii="宋体;SimSun" w:hAnsi="宋体;SimSun"/>
          <w:color w:val="000000"/>
        </w:rPr>
        <w:t>,</w:t>
      </w:r>
      <w:r>
        <w:rPr>
          <w:rFonts w:ascii="宋体;SimSun" w:hAnsi="宋体;SimSun" w:cs="宋体;SimSun"/>
          <w:color w:val="000000"/>
        </w:rPr>
        <w:t>谈谈作者品出了鳝鱼骨的哪些滋味。</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22.     (1). </w:t>
      </w:r>
      <w:r>
        <w:rPr>
          <w:rFonts w:eastAsia="宋体;SimSun" w:cs="宋体;SimSun" w:ascii="宋体;SimSun" w:hAnsi="宋体;SimSun"/>
          <w:color w:val="000000"/>
        </w:rPr>
        <w:t>①</w:t>
      </w:r>
      <w:r>
        <w:rPr>
          <w:rFonts w:ascii="宋体;SimSun" w:hAnsi="宋体;SimSun" w:cs="宋体;SimSun"/>
          <w:color w:val="000000"/>
        </w:rPr>
        <w:t>深夜，细品妈妈熬的鳝鱼骨汤、炸的鳝鱼骨，深感幸福</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color w:val="000000"/>
        </w:rPr>
        <w:t>长大后，每到饭馆见到卖鳝鱼的，总点两道菜，怀念妈妈（艰苦岁月）</w:t>
      </w:r>
      <w:r>
        <w:rPr>
          <w:color w:val="000000"/>
        </w:rPr>
        <w:t xml:space="preserve">    </w:t>
      </w:r>
      <w:r>
        <w:rPr>
          <w:color w:val="000000"/>
        </w:rPr>
        <w:t xml:space="preserve">23. A    </w:t>
      </w:r>
    </w:p>
    <w:p>
      <w:pPr>
        <w:pStyle w:val="Normal"/>
        <w:spacing w:lineRule="auto" w:line="360"/>
        <w:textAlignment w:val="center"/>
        <w:rPr>
          <w:rFonts w:ascii="宋体;SimSun" w:hAnsi="宋体;SimSun" w:eastAsia="宋体;SimSun" w:cs="宋体;SimSun"/>
          <w:color w:val="000000"/>
        </w:rPr>
      </w:pPr>
      <w:r>
        <w:rPr>
          <w:color w:val="000000"/>
        </w:rPr>
        <w:t xml:space="preserve">24. </w:t>
      </w:r>
      <w:r>
        <w:rPr>
          <w:rFonts w:ascii="宋体;SimSun" w:hAnsi="宋体;SimSun" w:cs="宋体;SimSun"/>
          <w:color w:val="000000"/>
        </w:rPr>
        <w:t>答案示例：老师的妈妈真疼爱孩子啊！我妈妈也是这样疼爱我的：生病的时候，妈妈煮的热汤面总能让我减轻身体上的难受，很快康复。天下所有妈妈的爱都是伟大的。</w:t>
      </w:r>
      <w:r>
        <w:rPr>
          <w:color w:val="000000"/>
        </w:rPr>
        <w:t xml:space="preserve">    </w:t>
      </w:r>
    </w:p>
    <w:p>
      <w:pPr>
        <w:pStyle w:val="Normal"/>
        <w:spacing w:lineRule="auto" w:line="360"/>
        <w:textAlignment w:val="center"/>
        <w:rPr/>
      </w:pPr>
      <w:r>
        <w:rPr>
          <w:color w:val="000000"/>
        </w:rPr>
        <w:t xml:space="preserve">25. </w:t>
      </w:r>
      <w:r>
        <w:rPr>
          <w:rFonts w:ascii="宋体;SimSun" w:hAnsi="宋体;SimSun" w:cs="宋体;SimSun"/>
          <w:color w:val="000000"/>
        </w:rPr>
        <w:t>答案要点：①鳝鱼骨汤和炸鳝鱼骨的美味（物的角度）；②鳝鱼骨所凝聚着的妈妈的爱（或：鳝鱼骨寄托了“我”对妈妈的感激与怀念）（情的角度）；③从中领悟到我们的生命正是一些看似微贱的东西，累积出些无价的意义，让我们感动充实（理的角度）。</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pPr>
      <w:r>
        <w:rPr>
          <w:rFonts w:ascii="宋体;SimSun" w:hAnsi="宋体;SimSun" w:cs="宋体;SimSun"/>
          <w:color w:val="000000"/>
        </w:rPr>
        <w:t>本题考查对故事内容的概括。阅读文本，理清故事情节，根据题目要求筛选相关的词句概括作答。答题时要尽可能仿照题目中的示例形式作答。本题作答可依据</w:t>
      </w:r>
      <w:r>
        <w:rPr>
          <w:rFonts w:ascii="楷体" w:hAnsi="楷体" w:cs="楷体" w:eastAsia="楷体"/>
          <w:color w:val="000000"/>
        </w:rPr>
        <w:t>⑬段</w:t>
      </w:r>
      <w:r>
        <w:rPr>
          <w:rFonts w:ascii="宋体;SimSun" w:hAnsi="宋体;SimSun" w:cs="宋体;SimSun"/>
          <w:color w:val="000000"/>
        </w:rPr>
        <w:t>“</w:t>
      </w:r>
      <w:r>
        <w:rPr>
          <w:rFonts w:ascii="楷体" w:hAnsi="楷体" w:cs="楷体" w:eastAsia="楷体"/>
          <w:color w:val="000000"/>
        </w:rPr>
        <w:t>我们细细地咀嚼面包皮，配着清甜香浓的鱼骨汤，深深感觉到生活的幸福。</w:t>
      </w:r>
      <w:r>
        <w:rPr>
          <w:rFonts w:ascii="宋体;SimSun" w:hAnsi="宋体;SimSun" w:cs="宋体;SimSun"/>
          <w:color w:val="000000"/>
        </w:rPr>
        <w:t>”</w:t>
      </w:r>
      <w:r>
        <w:rPr>
          <w:rFonts w:ascii="楷体" w:hAnsi="楷体" w:cs="楷体" w:eastAsia="楷体"/>
          <w:color w:val="000000"/>
        </w:rPr>
        <w:t>⑰段</w:t>
      </w:r>
      <w:r>
        <w:rPr>
          <w:rFonts w:ascii="宋体;SimSun" w:hAnsi="宋体;SimSun" w:cs="宋体;SimSun"/>
          <w:color w:val="000000"/>
        </w:rPr>
        <w:t>“</w:t>
      </w:r>
      <w:r>
        <w:rPr>
          <w:rFonts w:ascii="楷体" w:hAnsi="楷体" w:cs="楷体" w:eastAsia="楷体"/>
          <w:color w:val="000000"/>
        </w:rPr>
        <w:t>长大之后，只要到馆子吃饭，看到有卖鳝鱼的，总会点两道来吃，一边吃一边怀念那一段艰苦的岁月。</w:t>
      </w:r>
      <w:r>
        <w:rPr>
          <w:rFonts w:ascii="宋体;SimSun" w:hAnsi="宋体;SimSun" w:cs="宋体;SimSun"/>
          <w:color w:val="000000"/>
        </w:rPr>
        <w:t>”来概括填写题目中的两个空。</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pPr>
      <w:r>
        <w:rPr>
          <w:rFonts w:eastAsia="Times New Romance" w:cs="Times New Romance" w:ascii="Times New Romance" w:hAnsi="Times New Romance"/>
          <w:color w:val="000000"/>
        </w:rPr>
        <w:t xml:space="preserve">A. </w:t>
      </w:r>
      <w:r>
        <w:rPr>
          <w:rFonts w:eastAsia="宋体;SimSun" w:cs="宋体;SimSun" w:ascii="宋体;SimSun" w:hAnsi="宋体;SimSun"/>
          <w:color w:val="000000"/>
        </w:rPr>
        <w:t>“</w:t>
      </w:r>
      <w:r>
        <w:rPr>
          <w:rFonts w:ascii="宋体;SimSun" w:hAnsi="宋体;SimSun" w:cs="宋体;SimSun"/>
          <w:color w:val="000000"/>
        </w:rPr>
        <w:t>只是为了强调小时候穷吃不起，长大富裕了，想吃多少都可以”理解错误。</w:t>
      </w:r>
      <w:r>
        <w:rPr>
          <w:rFonts w:ascii="Times New Romance" w:hAnsi="Times New Romance" w:cs="Times New Romance" w:eastAsia="Times New Romance"/>
          <w:color w:val="000000"/>
        </w:rPr>
        <w:t xml:space="preserve"> </w:t>
      </w:r>
      <w:r>
        <w:rPr>
          <w:rFonts w:ascii="宋体;SimSun" w:hAnsi="宋体;SimSun" w:cs="宋体;SimSun"/>
          <w:color w:val="000000"/>
        </w:rPr>
        <w:t>作者写“长大之后，只要到馆子吃饭，看到有卖鳝鱼的，总会点两道来吃”是想念妈妈，怀念妈妈做的鱼汤的味道，以及怀念那曾经的艰苦岁月。故选</w:t>
      </w:r>
      <w:r>
        <w:rPr>
          <w:rFonts w:eastAsia="宋体;SimSun" w:cs="宋体;SimSun" w:ascii="宋体;SimSun" w:hAnsi="宋体;SimSun"/>
          <w:color w:val="000000"/>
        </w:rPr>
        <w:t>A</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本文主要讲“我”家门前有一个鳝鱼摊，但是我们家买不起，在小时候的艰苦岁月里，妈妈求卖鳝鱼的人把杀了鳝鱼剩下的骨头给她，为我们熬汤改善生活，妈妈把深情与爱熬进了那平凡的汤里，使我们气色红润，精神饱满。赞美了伟大的母爱。所以，以第一人称的口吻写自己的心理活动时，围绕“母爱”，结合自己的妈妈是怎么疼爱自己的，说一说。语句通顺，感情真挚即可。</w:t>
      </w:r>
    </w:p>
    <w:p>
      <w:pPr>
        <w:pStyle w:val="Normal"/>
        <w:spacing w:lineRule="auto" w:line="360"/>
        <w:textAlignment w:val="center"/>
        <w:rPr>
          <w:color w:val="000000"/>
        </w:rPr>
      </w:pPr>
      <w:r>
        <w:rPr>
          <w:color w:val="000000"/>
        </w:rPr>
        <w:t>【</w:t>
      </w:r>
      <w:r>
        <w:rPr>
          <w:color w:val="000000"/>
        </w:rPr>
        <w:t>25</w:t>
      </w:r>
      <w:r>
        <w:rPr>
          <w:color w:val="000000"/>
        </w:rPr>
        <w:t>题详解】</w:t>
      </w:r>
    </w:p>
    <w:p>
      <w:pPr>
        <w:pStyle w:val="Normal"/>
        <w:spacing w:lineRule="auto" w:line="360"/>
        <w:textAlignment w:val="center"/>
        <w:rPr/>
      </w:pPr>
      <w:r>
        <w:rPr>
          <w:rFonts w:ascii="宋体;SimSun" w:hAnsi="宋体;SimSun" w:cs="宋体;SimSun"/>
          <w:color w:val="000000"/>
        </w:rPr>
        <w:t>考查理解文章的内容。滋味，释义是美味，味道；又比喻某种感受。可结合文中重点语句分析。“</w:t>
      </w:r>
      <w:r>
        <w:rPr>
          <w:rFonts w:ascii="楷体" w:hAnsi="楷体" w:cs="楷体" w:eastAsia="楷体"/>
          <w:color w:val="000000"/>
        </w:rPr>
        <w:t>我们一定会喝鳝鱼骨汤。奇怪的是，我从来没有喝腻过，而且一直觉得这是人间至极的美味。</w:t>
      </w:r>
      <w:r>
        <w:rPr>
          <w:rFonts w:ascii="宋体;SimSun" w:hAnsi="宋体;SimSun" w:cs="宋体;SimSun"/>
          <w:color w:val="000000"/>
        </w:rPr>
        <w:t>”指鳝鱼骨汤的味道；</w:t>
      </w:r>
      <w:r>
        <w:rPr>
          <w:rFonts w:ascii="楷体" w:hAnsi="楷体" w:cs="楷体" w:eastAsia="楷体"/>
          <w:color w:val="000000"/>
        </w:rPr>
        <w:t>⑯段中</w:t>
      </w:r>
      <w:r>
        <w:rPr>
          <w:rFonts w:ascii="宋体;SimSun" w:hAnsi="宋体;SimSun" w:cs="宋体;SimSun"/>
          <w:color w:val="000000"/>
        </w:rPr>
        <w:t>“</w:t>
      </w:r>
      <w:r>
        <w:rPr>
          <w:rFonts w:ascii="楷体" w:hAnsi="楷体" w:cs="楷体" w:eastAsia="楷体"/>
          <w:color w:val="000000"/>
        </w:rPr>
        <w:t>妈妈把深情与爱熬进了那平凡的汤里，使我们身强体健。在普遍营养不良的乡下孩子中，我们总是气色红润、精神饱满。</w:t>
      </w:r>
      <w:r>
        <w:rPr>
          <w:rFonts w:ascii="宋体;SimSun" w:hAnsi="宋体;SimSun" w:cs="宋体;SimSun"/>
          <w:color w:val="000000"/>
        </w:rPr>
        <w:t>”鳝鱼骨寄托了“我”对妈妈的感激与怀念；</w:t>
      </w:r>
      <w:r>
        <w:rPr>
          <w:rFonts w:ascii="楷体" w:hAnsi="楷体" w:cs="楷体" w:eastAsia="楷体"/>
          <w:color w:val="000000"/>
        </w:rPr>
        <w:t>⑱段中</w:t>
      </w:r>
      <w:r>
        <w:rPr>
          <w:rFonts w:ascii="宋体;SimSun" w:hAnsi="宋体;SimSun" w:cs="宋体;SimSun"/>
          <w:color w:val="000000"/>
        </w:rPr>
        <w:t>“</w:t>
      </w:r>
      <w:r>
        <w:rPr>
          <w:rFonts w:ascii="楷体" w:hAnsi="楷体" w:cs="楷体" w:eastAsia="楷体"/>
          <w:color w:val="000000"/>
        </w:rPr>
        <w:t>在飘着小雪的北京街头漫步，想到我们的生命正是鳝鱼骨这类看似微贱的东西，累积出无价的意义，使我们感到丰盈。</w:t>
      </w:r>
      <w:r>
        <w:rPr>
          <w:rFonts w:ascii="宋体;SimSun" w:hAnsi="宋体;SimSun" w:cs="宋体;SimSun"/>
          <w:color w:val="000000"/>
        </w:rPr>
        <w:t>”从中领悟到我们的生命正是一些看似微贱的东西，累积出些无价的意义，让我们感到充实。</w:t>
      </w:r>
    </w:p>
    <w:p>
      <w:pPr>
        <w:pStyle w:val="Heading3"/>
      </w:pPr>
      <w:r>
        <w:t>顺义区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四、现代文阅读（共</w:t>
      </w:r>
      <w:r>
        <w:rPr>
          <w:rFonts w:eastAsia="宋体;SimSun" w:cs="宋体;SimSun" w:ascii="宋体;SimSun" w:hAnsi="宋体;SimSun"/>
          <w:b/>
          <w:color w:val="000000"/>
          <w:sz w:val="24"/>
        </w:rPr>
        <w:t>20</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（一）（共</w:t>
      </w:r>
      <w:r>
        <w:rPr>
          <w:rFonts w:eastAsia="宋体;SimSun" w:cs="宋体;SimSun" w:ascii="宋体;SimSun" w:hAnsi="宋体;SimSun"/>
          <w:b/>
          <w:color w:val="000000"/>
          <w:sz w:val="24"/>
        </w:rPr>
        <w:t>11</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阅读《五猖会》，同答</w:t>
      </w:r>
      <w:r>
        <w:rPr>
          <w:rFonts w:eastAsia="宋体;SimSun" w:cs="宋体;SimSun" w:ascii="宋体;SimSun" w:hAnsi="宋体;SimSun"/>
          <w:color w:val="000000"/>
        </w:rPr>
        <w:t>13-16</w:t>
      </w:r>
      <w:r>
        <w:rPr>
          <w:rFonts w:ascii="宋体;SimSun" w:hAnsi="宋体;SimSun" w:cs="宋体;SimSun"/>
          <w:color w:val="000000"/>
        </w:rPr>
        <w:t>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五猖会</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鲁迅</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孩子们所盼望的，过年过节之外，大概要数迎神赛会的时候了。但我家的所在很偏僻，待到赛会的行列经过时，一定已在下午，仪仗之类，也减而又减，所剩的极其寥寥。往往伸着颈子等候多时，却只见十几个人抬着一个金脸或蓝脸红脸的神像匆匆地跑过去。于是，就完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我常存着这样的一个希望：这一次所见的赛会，比前一次繁盛些。可是结果总是一个“差不多”；也总是只留下一个纪念品，就是当神像还未抬过之前，化一文钱买下的，用一点烂泥，一点颜色纸，一枝竹签和两三枝鸡毛所做的，吹起来会发出一种刺耳的声音的哨子，叫作“吹都都”的，吡吡地吹它两三天。</w:t>
      </w:r>
    </w:p>
    <w:p>
      <w:pPr>
        <w:pStyle w:val="Normal"/>
        <w:spacing w:lineRule="auto" w:line="360"/>
        <w:ind w:firstLine="420" w:end="0"/>
        <w:jc w:val="start"/>
        <w:textAlignment w:val="center"/>
        <w:rPr/>
      </w:pPr>
      <w:r>
        <w:rPr>
          <w:rFonts w:eastAsia="楷体" w:cs="楷体" w:ascii="楷体" w:hAnsi="楷体"/>
          <w:color w:val="000000"/>
          <w:u w:val="single"/>
        </w:rPr>
        <w:t>[</w:t>
      </w:r>
      <w:r>
        <w:rPr>
          <w:rFonts w:ascii="楷体" w:hAnsi="楷体" w:cs="楷体" w:eastAsia="楷体"/>
          <w:color w:val="000000"/>
          <w:u w:val="single"/>
        </w:rPr>
        <w:t>甲</w:t>
      </w:r>
      <w:r>
        <w:rPr>
          <w:rFonts w:eastAsia="楷体" w:cs="楷体" w:ascii="楷体" w:hAnsi="楷体"/>
          <w:color w:val="000000"/>
          <w:u w:val="single"/>
        </w:rPr>
        <w:t>]</w:t>
      </w:r>
      <w:r>
        <w:rPr>
          <w:rFonts w:ascii="楷体" w:hAnsi="楷体" w:cs="楷体" w:eastAsia="楷体"/>
          <w:color w:val="000000"/>
          <w:u w:val="single"/>
        </w:rPr>
        <w:t>现在看看《陶庵梦忆》，觉得那时的赛会，真是豪奢极了</w:t>
      </w:r>
      <w:r>
        <w:rPr>
          <w:rFonts w:ascii="楷体" w:hAnsi="楷体" w:cs="楷体" w:eastAsia="楷体"/>
          <w:color w:val="000000"/>
        </w:rPr>
        <w:t>，虽然明人的文章，怕难免有些夸大。因为祷雨而迎龙王，现在也还有的，但办法却已经很简单，不过是十多人盘旋着一条龙，以及村童们扮些海鬼。那时却还要扮故事，而且实在奇拔得可观。他记扮《水浒传》中人物云：“……于是分头四出，寻黑矮汉，寻梢长大汉，寻头陀，寻胖大和尚，寻茁壮妇人，寻姣长妇人，寻青面，寻歪头，寻赤须，寻美髯，寻黑大汉，寻赤脸长须。大索城中；无，则之郭，之村，之山僻，之邻府州县。用重价聘之，得三十六人，梁山泊好汉，个个呵活，臻臻至至，人马称</w:t>
      </w:r>
      <w:r>
        <w:rPr>
          <w:rFonts w:ascii="宋体;SimSun" w:hAnsi="宋体;SimSun" w:cs="宋体;SimSun"/>
          <w:color w:val="000000"/>
        </w:rPr>
        <w:drawing>
          <wp:inline distT="0" distB="0" distL="0" distR="0">
            <wp:extent cx="542925" cy="209550"/>
            <wp:effectExtent l="0" t="0" r="0" b="0"/>
            <wp:docPr id="142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Image6"/>
                    <pic:cNvPicPr>
                      <a:picLocks noChangeAspect="1" noChangeArrowheads="1"/>
                    </pic:cNvPicPr>
                  </pic:nvPicPr>
                  <pic:blipFill>
                    <a:blip r:embed="rId56"/>
                    <a:srcRect l="-66" t="-172" r="-66" b="-172"/>
                    <a:stretch>
                      <a:fillRect/>
                    </a:stretch>
                  </pic:blipFill>
                  <pic:spPr bwMode="auto">
                    <a:xfrm>
                      <a:off x="0" y="0"/>
                      <a:ext cx="542925" cy="209550"/>
                    </a:xfrm>
                    <a:prstGeom prst="rect">
                      <a:avLst/>
                    </a:prstGeom>
                    <a:noFill/>
                  </pic:spPr>
                </pic:pic>
              </a:graphicData>
            </a:graphic>
          </wp:inline>
        </w:drawing>
      </w:r>
      <w:r>
        <w:rPr>
          <w:rFonts w:ascii="楷体" w:hAnsi="楷体" w:cs="楷体" w:eastAsia="楷体"/>
          <w:color w:val="000000"/>
        </w:rPr>
        <w:t>而行……”</w:t>
      </w:r>
      <w:r>
        <w:rPr>
          <w:rFonts w:ascii="楷体" w:hAnsi="楷体" w:cs="楷体" w:eastAsia="楷体"/>
          <w:color w:val="000000"/>
          <w:u w:val="single"/>
        </w:rPr>
        <w:t>这样的白描的活古人，谁能不动一看的雅兴呢？可惜这种盛举，早已和明社一同消灭了。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赛会虽然不像现在上海的旗袍，北京的谈国事，为当局所禁止，然而妇孺们是不许看的，读书人即所谓士子，也大抵不肯赶去看。只有游手好闲的闲人，这才跑到庙前或衙门前去看热闹；我关于赛会的知识，多半是从他们的叙述上得来的，并非考据家所贵重的“眼学”。然而记得有一回，也亲见过较盛的赛会。开首是一个孩子骑马先来，称为“塘报”；过了许久，“高照”到了，长竹竿揭起一条很长的旗，一个汗流浃背的胖大汉用两手托着；他高兴的时候，就肯将竿头放在头顶或牙齿上，甚而至于鼻尖。其次是所谓“高跷”、“抬阁”、“马头”了；还有扮犯人的，红衣枷锁，内中也有孩子。我那时觉得这些都是有光荣的事业，与闻其事的即全是大有运气的人，——大概羡慕他们的出风头罢。我想，我为什么不生一场重病，使我的母亲也好到庙里去许下一个“扮犯人”的心愿的呢？……然而我到现在终于没有和赛会发生关系过。</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要到东关看五猖会去了。这是我儿时所罕逢的一件盛事，因为那会是全县中最盛的会，东关又是离我家很远的地方，出城还有六十多里水路，在那里有两座特别的庙。一是梅姑庙，就是《聊斋志异》所记，室女守节，死后成神，却篡取别人的丈夫的：现在神座上确塑着一对少年男女，眉开眼笑，殊与“礼教”有妨。其一便是五猖庙了，名目就奇特。据有考据癖的人说：这就是五通神。然而也并无确据。神像是五个男人，也不见有什么猖獗之状；后面列坐着五位太太，却并不“分坐”，远不及北京戏园里界限之谨严。其实呢，这也是殊与“礼教”有妨的——但他们既然是五猖，便也无法可想，而且自然也就“又作别论”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因为东关离城远，大清早大家就起来。昨夜预定好的三道明瓦窗的大船，已经泊在河埠头，船椅、饭菜、茶炊、点心盒子，都在陆续搬下去了。我笑着跳着，催他们要搬得快。忽然，工人的脸色很谨肃了，我知道有些蹊跷，四面一看，父亲就站在我背后。</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去拿你的书来。”他慢慢地说。</w:t>
      </w:r>
    </w:p>
    <w:p>
      <w:pPr>
        <w:pStyle w:val="Normal"/>
        <w:spacing w:lineRule="auto" w:line="360"/>
        <w:ind w:firstLine="420" w:end="0"/>
        <w:jc w:val="start"/>
        <w:textAlignment w:val="center"/>
        <w:rPr/>
      </w:pPr>
      <w:r>
        <w:rPr>
          <w:rFonts w:eastAsia="楷体" w:cs="楷体" w:ascii="楷体" w:hAnsi="楷体"/>
          <w:color w:val="000000"/>
        </w:rPr>
        <w:t>[</w:t>
      </w:r>
      <w:r>
        <w:rPr>
          <w:rFonts w:ascii="楷体" w:hAnsi="楷体" w:cs="楷体" w:eastAsia="楷体"/>
          <w:color w:val="000000"/>
        </w:rPr>
        <w:t>乙</w:t>
      </w:r>
      <w:r>
        <w:rPr>
          <w:rFonts w:eastAsia="楷体" w:cs="楷体" w:ascii="楷体" w:hAnsi="楷体"/>
          <w:color w:val="000000"/>
        </w:rPr>
        <w:t>]</w:t>
      </w:r>
      <w:r>
        <w:rPr>
          <w:rFonts w:ascii="楷体" w:hAnsi="楷体" w:cs="楷体" w:eastAsia="楷体"/>
          <w:color w:val="000000"/>
          <w:u w:val="single"/>
        </w:rPr>
        <w:t>这所谓“书”，是指我开蒙时候所读的《鉴略》。因为我再没有第二本了。我们那里上学的岁数是多拣单数的，所以这使我记住我其时是七岁。</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我忐忑着，拿了书来了。他使我同坐在堂中央的桌子前，教我一句一句地读下去。我担着心，一句一句地读下去。</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两句一行，大约读了二三十行罢，他说：——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给我读熟。背不出，就不准去看会。”</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他说完，便站起来，走进房里去了。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我似乎从头上浇了一盆冷水。但是，有什么法子呢？自然是读着，读着，强记着，——而且要背出来。</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粤有盘古，生于太荒，</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首出御世，肇开混茫。</w:t>
      </w:r>
    </w:p>
    <w:p>
      <w:pPr>
        <w:pStyle w:val="Normal"/>
        <w:spacing w:lineRule="auto" w:line="360"/>
        <w:ind w:firstLine="420" w:end="0"/>
        <w:jc w:val="start"/>
        <w:textAlignment w:val="center"/>
        <w:rPr/>
      </w:pPr>
      <w:r>
        <w:rPr>
          <w:rFonts w:eastAsia="楷体" w:cs="楷体" w:ascii="楷体" w:hAnsi="楷体"/>
          <w:color w:val="000000"/>
        </w:rPr>
        <w:t>[</w:t>
      </w:r>
      <w:r>
        <w:rPr>
          <w:rFonts w:ascii="楷体" w:hAnsi="楷体" w:cs="楷体" w:eastAsia="楷体"/>
          <w:color w:val="000000"/>
        </w:rPr>
        <w:t>丙</w:t>
      </w:r>
      <w:r>
        <w:rPr>
          <w:rFonts w:eastAsia="楷体" w:cs="楷体" w:ascii="楷体" w:hAnsi="楷体"/>
          <w:color w:val="000000"/>
        </w:rPr>
        <w:t>]</w:t>
      </w:r>
      <w:r>
        <w:rPr>
          <w:rFonts w:ascii="楷体" w:hAnsi="楷体" w:cs="楷体" w:eastAsia="楷体"/>
          <w:color w:val="000000"/>
          <w:u w:val="single"/>
        </w:rPr>
        <w:t>就是这样的书，我现在只记得前四句，别的都忘却了；那时所强记的二三十行，自然也一齐忘却在里面了。记得那时听人说，读《鉴略》比读《千字文》，《百家姓》有用得多，因为可以知道从古到今的大概。知道从古到今的大概，那当然是很好的，然而我一字也不懂。</w:t>
      </w:r>
      <w:r>
        <w:rPr>
          <w:rFonts w:ascii="楷体" w:hAnsi="楷体" w:cs="楷体" w:eastAsia="楷体"/>
          <w:color w:val="000000"/>
        </w:rPr>
        <w:t>“粤自盘古”就是“粤自盘古”，读下去，记住它，“粤自盘古”呵！“生于太荒”呵！…．</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应用的物件已经搬完，家中由忙乱转成静肃了。朝阳照着西墙，天气很清朗。母亲，工人，长妈妈即阿长，都无法营救，只默默地静候着我读熟，而且背出来。在百静中，我似乎头里要伸出许多铁钳，将什么“生于太荒”之流夹住；也听到自己急急诵读的声音发着抖，仿佛深秋的蟋蟀，在夜中呜叫似的。</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他们都等候着；太阳也升得更高了。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我忽然似乎已经很有把握，便即站了起来，拿书走进父亲的书房，一气背将下去，梦似的就背完了。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w:t>
      </w:r>
      <w:r>
        <w:rPr>
          <w:rFonts w:ascii="楷体" w:hAnsi="楷体" w:cs="楷体" w:eastAsia="楷体"/>
          <w:color w:val="000000"/>
        </w:rPr>
        <w:t>不错。去罢。”父亲点着头，说。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大家同时活动起来，脸上都露出笑容，向河埠走去。工人将我高高地抱起，仿佛在祝贺我的成功一般，快步走在最前头。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我却并没有他们那么高兴。开船以后，水路中的风景，盒子里的点心，以及到了东关的五猖会的热闹，对于我似乎都没有什么大意思。</w:t>
      </w:r>
    </w:p>
    <w:p>
      <w:pPr>
        <w:pStyle w:val="Normal"/>
        <w:spacing w:lineRule="auto" w:line="360"/>
        <w:ind w:firstLine="420" w:end="0"/>
        <w:jc w:val="start"/>
        <w:textAlignment w:val="center"/>
        <w:rPr/>
      </w:pPr>
      <w:r>
        <w:rPr>
          <w:rFonts w:eastAsia="楷体" w:cs="楷体" w:ascii="楷体" w:hAnsi="楷体"/>
          <w:color w:val="000000"/>
        </w:rPr>
        <w:t>[</w:t>
      </w:r>
      <w:r>
        <w:rPr>
          <w:rFonts w:ascii="楷体" w:hAnsi="楷体" w:cs="楷体" w:eastAsia="楷体"/>
          <w:color w:val="000000"/>
        </w:rPr>
        <w:t>丁</w:t>
      </w:r>
      <w:r>
        <w:rPr>
          <w:rFonts w:eastAsia="楷体" w:cs="楷体" w:ascii="楷体" w:hAnsi="楷体"/>
          <w:color w:val="000000"/>
        </w:rPr>
        <w:t>]</w:t>
      </w:r>
      <w:r>
        <w:rPr>
          <w:rFonts w:ascii="楷体" w:hAnsi="楷体" w:cs="楷体" w:eastAsia="楷体"/>
          <w:color w:val="000000"/>
          <w:u w:val="single"/>
        </w:rPr>
        <w:t>直到现在，别的完全忘却，不留一点痕迹了，只有背诵《鉴略》这一段，却还分明如昨日事。</w:t>
      </w:r>
    </w:p>
    <w:p>
      <w:pPr>
        <w:pStyle w:val="Normal"/>
        <w:spacing w:lineRule="auto" w:line="360"/>
        <w:ind w:firstLine="420" w:end="0"/>
        <w:jc w:val="start"/>
        <w:textAlignment w:val="center"/>
        <w:rPr>
          <w:rFonts w:ascii="楷体" w:hAnsi="楷体" w:eastAsia="楷体" w:cs="楷体"/>
          <w:color w:val="000000"/>
          <w:u w:val="single"/>
        </w:rPr>
      </w:pPr>
      <w:r>
        <w:rPr>
          <w:rFonts w:ascii="楷体" w:hAnsi="楷体" w:cs="楷体" w:eastAsia="楷体"/>
          <w:color w:val="000000"/>
          <w:u w:val="single"/>
        </w:rPr>
        <w:t>我至今一想起，还诧异我的父亲何以要在那时候叫我来背书。</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五月二十五日</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13. </w:t>
      </w:r>
      <w:r>
        <w:rPr>
          <w:rFonts w:ascii="宋体;SimSun" w:hAnsi="宋体;SimSun" w:cs="宋体;SimSun"/>
          <w:color w:val="000000"/>
        </w:rPr>
        <w:t>概括作者围绕“五猖会”写了哪些内容？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color w:val="000000"/>
        </w:rPr>
        <w:t>文中“我”在看五猖会这件事上有着怎样的心理变化过程？</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15. </w:t>
      </w:r>
      <w:r>
        <w:rPr>
          <w:rFonts w:ascii="宋体;SimSun" w:hAnsi="宋体;SimSun" w:cs="宋体;SimSun"/>
          <w:color w:val="000000"/>
        </w:rPr>
        <w:t>回忆性散文中，作者常将自己站在现时的评论与思考穿插于回忆叙事中，请阅读本文中相关语句，从</w:t>
      </w:r>
      <w:r>
        <w:rPr>
          <w:rFonts w:eastAsia="宋体;SimSun" w:cs="宋体;SimSun" w:ascii="宋体;SimSun" w:hAnsi="宋体;SimSun"/>
          <w:color w:val="000000"/>
        </w:rPr>
        <w:t>[</w:t>
      </w:r>
      <w:r>
        <w:rPr>
          <w:rFonts w:ascii="宋体;SimSun" w:hAnsi="宋体;SimSun" w:cs="宋体;SimSun"/>
          <w:color w:val="000000"/>
        </w:rPr>
        <w:t>甲</w:t>
      </w:r>
      <w:r>
        <w:rPr>
          <w:rFonts w:eastAsia="宋体;SimSun" w:cs="宋体;SimSun" w:ascii="宋体;SimSun" w:hAnsi="宋体;SimSun"/>
          <w:color w:val="000000"/>
        </w:rPr>
        <w:t>][</w:t>
      </w:r>
      <w:r>
        <w:rPr>
          <w:rFonts w:ascii="宋体;SimSun" w:hAnsi="宋体;SimSun" w:cs="宋体;SimSun"/>
          <w:color w:val="000000"/>
        </w:rPr>
        <w:t>乙</w:t>
      </w:r>
      <w:r>
        <w:rPr>
          <w:rFonts w:eastAsia="宋体;SimSun" w:cs="宋体;SimSun" w:ascii="宋体;SimSun" w:hAnsi="宋体;SimSun"/>
          <w:color w:val="000000"/>
        </w:rPr>
        <w:t>][</w:t>
      </w:r>
      <w:r>
        <w:rPr>
          <w:rFonts w:ascii="宋体;SimSun" w:hAnsi="宋体;SimSun" w:cs="宋体;SimSun"/>
          <w:color w:val="000000"/>
        </w:rPr>
        <w:t>丙</w:t>
      </w:r>
      <w:r>
        <w:rPr>
          <w:rFonts w:eastAsia="宋体;SimSun" w:cs="宋体;SimSun" w:ascii="宋体;SimSun" w:hAnsi="宋体;SimSun"/>
          <w:color w:val="000000"/>
        </w:rPr>
        <w:t>][</w:t>
      </w:r>
      <w:r>
        <w:rPr>
          <w:rFonts w:ascii="宋体;SimSun" w:hAnsi="宋体;SimSun" w:cs="宋体;SimSun"/>
          <w:color w:val="000000"/>
        </w:rPr>
        <w:t>丁</w:t>
      </w:r>
      <w:r>
        <w:rPr>
          <w:rFonts w:eastAsia="宋体;SimSun" w:cs="宋体;SimSun" w:ascii="宋体;SimSun" w:hAnsi="宋体;SimSun"/>
          <w:color w:val="000000"/>
        </w:rPr>
        <w:t>]</w:t>
      </w:r>
      <w:r>
        <w:rPr>
          <w:rFonts w:ascii="宋体;SimSun" w:hAnsi="宋体;SimSun" w:cs="宋体;SimSun"/>
          <w:color w:val="000000"/>
        </w:rPr>
        <w:t>划线句中任选一处谈谈其在文中的作用。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16. </w:t>
      </w:r>
      <w:r>
        <w:rPr>
          <w:rFonts w:ascii="宋体;SimSun" w:hAnsi="宋体;SimSun" w:cs="宋体;SimSun"/>
          <w:color w:val="000000"/>
        </w:rPr>
        <w:t>《朝花夕拾》中有多篇谈到了关于儿童教育问题，请将你读完本文后对相关问题的思考以提问的形式写出。（一个问题即可）。</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我的问题是：</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13. </w:t>
      </w:r>
      <w:r>
        <w:rPr>
          <w:rFonts w:ascii="宋体;SimSun" w:hAnsi="宋体;SimSun" w:cs="宋体;SimSun"/>
          <w:color w:val="000000"/>
        </w:rPr>
        <w:t>答案示例：①回忆小时候对迎神赛会的渴望。②插叙《陶庵梦忆》中赛会的豪奢场面。③回忆小时候看赛会的感受及对五猖会的渴望。④叙述去看五猖会去被父亲强制背书的事。</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14. </w:t>
      </w:r>
      <w:r>
        <w:rPr>
          <w:rFonts w:ascii="宋体;SimSun" w:hAnsi="宋体;SimSun" w:cs="宋体;SimSun"/>
          <w:color w:val="000000"/>
        </w:rPr>
        <w:t>渴望——无奈——着急——失去兴致</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15. </w:t>
      </w:r>
      <w:r>
        <w:rPr>
          <w:rFonts w:ascii="宋体;SimSun" w:hAnsi="宋体;SimSun" w:cs="宋体;SimSun"/>
          <w:color w:val="000000"/>
        </w:rPr>
        <w:t>任选一处合理概括内容，分析其作用即可。示例：</w:t>
      </w:r>
      <w:r>
        <w:rPr>
          <w:rFonts w:eastAsia="宋体;SimSun" w:cs="宋体;SimSun" w:ascii="宋体;SimSun" w:hAnsi="宋体;SimSun"/>
          <w:color w:val="000000"/>
        </w:rPr>
        <w:t>[</w:t>
      </w:r>
      <w:r>
        <w:rPr>
          <w:rFonts w:ascii="宋体;SimSun" w:hAnsi="宋体;SimSun" w:cs="宋体;SimSun"/>
          <w:color w:val="000000"/>
        </w:rPr>
        <w:t>甲</w:t>
      </w:r>
      <w:r>
        <w:rPr>
          <w:rFonts w:eastAsia="宋体;SimSun" w:cs="宋体;SimSun" w:ascii="宋体;SimSun" w:hAnsi="宋体;SimSun"/>
          <w:color w:val="000000"/>
        </w:rPr>
        <w:t>]</w:t>
      </w:r>
      <w:r>
        <w:rPr>
          <w:rFonts w:ascii="宋体;SimSun" w:hAnsi="宋体;SimSun" w:cs="宋体;SimSun"/>
          <w:color w:val="000000"/>
        </w:rPr>
        <w:t>处，作者专门写了自己读过的《陶庵梦忆》中赛会的盛大，写出赛会之值看，可看，交代了“我”迎神赛会的原因，表达了自己的渴望之情。</w:t>
      </w:r>
      <w:r>
        <w:rPr>
          <w:color w:val="000000"/>
        </w:rPr>
        <w:t xml:space="preserve">    </w:t>
      </w:r>
    </w:p>
    <w:p>
      <w:pPr>
        <w:pStyle w:val="Normal"/>
        <w:spacing w:lineRule="auto" w:line="360"/>
        <w:textAlignment w:val="center"/>
        <w:rPr/>
      </w:pPr>
      <w:r>
        <w:rPr>
          <w:color w:val="000000"/>
        </w:rPr>
        <w:t xml:space="preserve">16. </w:t>
      </w:r>
      <w:r>
        <w:rPr>
          <w:rFonts w:ascii="宋体;SimSun" w:hAnsi="宋体;SimSun" w:cs="宋体;SimSun"/>
          <w:color w:val="000000"/>
        </w:rPr>
        <w:t>示例：父亲在全家兴奋要看《五猖会》之际让我背书有何不妥？</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13</w:t>
      </w:r>
      <w:r>
        <w:rPr>
          <w:color w:val="000000"/>
        </w:rPr>
        <w:t>题详解】</w:t>
      </w:r>
    </w:p>
    <w:p>
      <w:pPr>
        <w:pStyle w:val="Normal"/>
        <w:spacing w:lineRule="auto" w:line="360"/>
        <w:textAlignment w:val="center"/>
        <w:rPr/>
      </w:pPr>
      <w:r>
        <w:rPr>
          <w:rFonts w:ascii="宋体;SimSun" w:hAnsi="宋体;SimSun" w:cs="宋体;SimSun"/>
          <w:color w:val="000000"/>
        </w:rPr>
        <w:t>考查对文章内容的概括。解题时，要先分析出文章的行文思路（线索），再结合文章的主要内容或主要人物的活动，采用“人</w:t>
      </w:r>
      <w:r>
        <w:rPr>
          <w:rFonts w:eastAsia="Times New Romance" w:cs="Times New Romance" w:ascii="Times New Romance" w:hAnsi="Times New Romance"/>
          <w:color w:val="000000"/>
        </w:rPr>
        <w:t>+</w:t>
      </w:r>
      <w:r>
        <w:rPr>
          <w:rFonts w:ascii="宋体;SimSun" w:hAnsi="宋体;SimSun" w:cs="宋体;SimSun"/>
          <w:color w:val="000000"/>
        </w:rPr>
        <w:t>事</w:t>
      </w:r>
      <w:r>
        <w:rPr>
          <w:rFonts w:eastAsia="Times New Romance" w:cs="Times New Romance" w:ascii="Times New Romance" w:hAnsi="Times New Romance"/>
          <w:color w:val="000000"/>
        </w:rPr>
        <w:t>+</w:t>
      </w:r>
      <w:r>
        <w:rPr>
          <w:rFonts w:ascii="宋体;SimSun" w:hAnsi="宋体;SimSun" w:cs="宋体;SimSun"/>
          <w:color w:val="000000"/>
        </w:rPr>
        <w:t>结果”的方法加以概括。不要遗漏主要情节，不必叙述细节，语言要简洁通顺。文中前半部分写自己童年时期对于“迎神赛会”的向往与喜爱，文中采用插叙的写法，中间又插叙了自己所了解的《陶庵梦忆》中赛会的豪奢场面。后半部分写一次终于有机会去看“五猖会”，却被父亲强制背书的故事。据此可概括作答。</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梳理文章的内容和概括能力。阅读文本划分文章的结构层次，合并叙写同一内容的语段，理清故事情节，概括各部分的内容；结合题目筛选相关的词句，或根据所写内容分析人物的心理、情感等，然后或直接用原文中表现情感的词语填写作答，或依据题目要求结合文本内容概括作答。本题可依据“孩子们所盼望的，过年过节之外，大概要数迎神赛会的时候了”“我似乎从头上浇了一盆冷水。但是，有什么法子呢……母亲，工人，长妈妈即阿长，都无法营救，只默默地静候着我读熟，而且背出来”“也听到自己急急诵读的声音发着抖，仿佛深秋的蟋蟀，在夜中呜叫似的”“我却并没有他们那么高兴。开船以后，水路中的风景，盒子里的点心，以及到了东关的五猖会的热闹，对于我似乎都没有什么大意思”这些内容可概括出“我”的“渴望——无奈——着急——扫兴”心理变化过程。</w:t>
      </w:r>
    </w:p>
    <w:p>
      <w:pPr>
        <w:pStyle w:val="Normal"/>
        <w:spacing w:lineRule="auto" w:line="360"/>
        <w:textAlignment w:val="center"/>
        <w:rPr>
          <w:color w:val="000000"/>
        </w:rPr>
      </w:pPr>
      <w:r>
        <w:rPr>
          <w:color w:val="000000"/>
        </w:rPr>
        <w:t>【</w:t>
      </w:r>
      <w:r>
        <w:rPr>
          <w:color w:val="000000"/>
        </w:rPr>
        <w:t>15</w:t>
      </w:r>
      <w:r>
        <w:rPr>
          <w:color w:val="000000"/>
        </w:rPr>
        <w:t>题详解】</w:t>
      </w:r>
    </w:p>
    <w:p>
      <w:pPr>
        <w:pStyle w:val="Normal"/>
        <w:spacing w:lineRule="auto" w:line="360"/>
        <w:textAlignment w:val="center"/>
        <w:rPr/>
      </w:pPr>
      <w:r>
        <w:rPr>
          <w:rFonts w:ascii="宋体;SimSun" w:hAnsi="宋体;SimSun" w:cs="宋体;SimSun"/>
          <w:color w:val="000000"/>
        </w:rPr>
        <w:t>考查记叙文中的评述性语言在文章中的表达作用。一般来讲，记叙中的议论主要有如下作用：①表达作者的观点；②抒发作者的情感；③表现人物形象；④深化文章的主题；⑤严密文章的结构；⑥增强文章的艺术感染力。有的时候议论用得好，也可以对上述这几种作用进行综合的表达。如：</w:t>
      </w:r>
      <w:r>
        <w:rPr>
          <w:rFonts w:eastAsia="Times New Romance" w:cs="Times New Romance" w:ascii="Times New Romance" w:hAnsi="Times New Romance"/>
          <w:color w:val="000000"/>
        </w:rPr>
        <w:t>[</w:t>
      </w:r>
      <w:r>
        <w:rPr>
          <w:rFonts w:ascii="宋体;SimSun" w:hAnsi="宋体;SimSun" w:cs="宋体;SimSun"/>
          <w:color w:val="000000"/>
        </w:rPr>
        <w:t>丁</w:t>
      </w:r>
      <w:r>
        <w:rPr>
          <w:rFonts w:eastAsia="Times New Romance" w:cs="Times New Romance" w:ascii="Times New Romance" w:hAnsi="Times New Romance"/>
          <w:color w:val="000000"/>
        </w:rPr>
        <w:t>]</w:t>
      </w:r>
      <w:r>
        <w:rPr>
          <w:rFonts w:ascii="宋体;SimSun" w:hAnsi="宋体;SimSun" w:cs="宋体;SimSun"/>
          <w:color w:val="000000"/>
        </w:rPr>
        <w:t>处，文章最后“直到现在，别的完全忘却，不留一点痕迹了，只有背诵《鉴略》这一段，却还分明如昨日事。我至今一想起，还诧异我的父亲何以要在那时候叫我来背书”，内容上，通过“我”对看戏一事的评论与思考，表达了对父亲在“我”看五猖会前逼“我”背书的不解与不满。结构上，与前文盼望观看五猖会的兴奋心情形成鲜明的对比，含蓄地表达了对强制教育对儿童天性的压制和摧残的批评。选择其中一处，结合文章的内容和主旨分析作答即可。答案是多元的，言之有理即可。</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对文章内容和主旨的理解。记述儿时盼望观看迎神赛会的急切、兴奋的心情，和被父亲强迫背诵《鉴略》的扫兴而痛苦的感受，指出强制的封建教育对儿童天性的压制和摧残。根据题目要求针对“关于儿童教育问题”提问题，依据文章叙写的内容，可针对父亲在“我”有机会去看“五猖会”时，父亲却强制背书的做法是否合适来提。如：你如何看待父母让“我”背书一事？</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b/>
          <w:color w:val="000000"/>
          <w:sz w:val="24"/>
        </w:rPr>
        <w:t>（二）（共</w:t>
      </w:r>
      <w:r>
        <w:rPr>
          <w:rFonts w:eastAsia="宋体;SimSun" w:cs="宋体;SimSun" w:ascii="宋体;SimSun" w:hAnsi="宋体;SimSun"/>
          <w:b/>
          <w:color w:val="000000"/>
          <w:sz w:val="24"/>
        </w:rPr>
        <w:t>9</w:t>
      </w:r>
      <w:r>
        <w:rPr>
          <w:rFonts w:ascii="宋体;SimSun" w:hAnsi="宋体;SimSun" w:cs="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阅读《难忘一种鸟叫声》，回答各题。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难忘一种鸟叫声</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陈忠实</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在乡村生活和工作的几十年里，每到公历</w:t>
      </w:r>
      <w:r>
        <w:rPr>
          <w:rFonts w:eastAsia="楷体" w:cs="楷体" w:ascii="楷体" w:hAnsi="楷体"/>
          <w:color w:val="000000"/>
        </w:rPr>
        <w:t>5</w:t>
      </w:r>
      <w:r>
        <w:rPr>
          <w:rFonts w:ascii="楷体" w:hAnsi="楷体" w:cs="楷体" w:eastAsia="楷体"/>
          <w:color w:val="000000"/>
        </w:rPr>
        <w:t>月中下旬的初夏时节，无论是行走在乡间土路上，亦或是坐在月光朦胧的自家小院里，都会听到“算黄算割——算黄算割”的鸟叫声。在乡村叫得上和叫不上名字的诸多鸟中，最让人亲切的鸟叫声，莫过于这种被乡下人称作“算黄算割”的鸟了。没有任何神秘的因由，这种鸟叫声提醒庄家人，麦子黄熟一点就要及时收割一点。不能等得整块儿麦子全黄熟了才收割。那样往往会被骤来的暴风雨毁了成熟的也是即将到口的麦子。其实，麦子一边黄熟一边收割，这是任何一个庄稼人都明白的常识，谁也不会太在乎空中响着这种“提醒”。然而，人们对“算黄算割”的鸟鸣声和对这种鸟儿的亲切感，在于它传递的小麦即将成熟的喜讯。对于喝了一个冬天又一个春天的包谷糁①子的庄稼人来说，麦子成熟最切实的意义，便是碗里可以挑出美味的面条了，锅里可以烙出酥脆的白面锅盔了。尤其是那些日子过得紧巴到吃上顿愁下顿的人家，早已瞪着眼瞅着麦苗返青，拔节，吐穗，扬花，再由绿变黄。“算黄算割”的鸟叫声，既撩拨着他们急不可待的心，也搅动着他们亏欠太久的饱腹的欲望。</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在我幼年的记忆里，虽然没有饥饿，却对纯粹的白面馍馍，有一种本能的期盼，盼到过年，可以吃到白面包子、饺子和臊子面，过罢初五，就换成包谷面馍了。再盼到收割麦子，打下新麦，直到地净场光，大约半个月左右，馍和面条儿都是新麦磨下的纯白面做的，之后又以包谷，豌豆等杂粮为生了，正所谓“跟着撵麦子的碌碡②过个年”。打下第一场新麦，磨下白面，母亲总要先烙一张焦黄酥脆的锅盔，咬出嘎嘣脆响的声音，那是美味香甜到刻骨铭心的吃食了……我对“算黄算割”的鸟叫声的敏感，源自幼年的生存感受，即使活到这把年纪，每到初夏时节，在城市的街巷里听到树梢上一声连一声的“算黄算割”的叫声，脑子里便浮出在案板上从母亲刀下抓过锅盔的情景，口中似乎有口水溢出……</w:t>
      </w:r>
    </w:p>
    <w:p>
      <w:pPr>
        <w:pStyle w:val="Normal"/>
        <w:spacing w:lineRule="auto" w:line="360"/>
        <w:ind w:firstLine="420" w:end="0"/>
        <w:jc w:val="start"/>
        <w:textAlignment w:val="center"/>
        <w:rPr/>
      </w:pPr>
      <w:r>
        <w:rPr>
          <w:rFonts w:ascii="楷体" w:hAnsi="楷体" w:cs="楷体" w:eastAsia="楷体"/>
          <w:color w:val="000000"/>
        </w:rPr>
        <w:t>同时浮现于脑际的图像却有点不堪，那是在收割过麦子的麦茬地里搂拾遗丢的麦穗的情景。</w:t>
      </w:r>
      <w:r>
        <w:rPr>
          <w:rFonts w:ascii="楷体" w:hAnsi="楷体" w:cs="楷体" w:eastAsia="楷体"/>
          <w:color w:val="000000"/>
          <w:u w:val="single"/>
        </w:rPr>
        <w:t>难耐的是头顶火辣辣的太阳，直晒得裸露的胳膊由红变黑，再脱下一层层白色的皮来。脚下的麦茬地也像火烤一样，满脸满身都流出汗水，直到没有汗水可以流出，喉咙里也似乎有一种着火的焦灼。父亲拉着空车到地里来装麦捆，大约看到我不堪忍受乃至气急败坏的脸色，没有安慰或劝导，只是平静地说一句：这会儿你想一想白面锅盔就好办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后来上了中学，读到唐诗“锄禾日当午，汗滴禾下土，谁知盘中餐，粒粒皆辛苦。”我不是听人教诲之后才得知，而是在能拖动那把搂拾麦穗的竹耙的幼年就知道了“粒粒皆辛苦”的道理，是用流尽汗水再无汗水流出的切身感受获得的生存道理，盘中的餐更具体为母亲案板上的一块锅盔，或一碗纯粹麦子白面做成的面条。我对这位已记不得名字的诗人产生了敬重和亲切感。</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记不清哪年看到一幅画，是一个拾麦穗的女孩，扎着羊角辫儿，穿着红肚兜，模样是天然的好看，正在收割过麦子的麦茬地里拾捡麦穗。我看见这幅画面，当即想到我拖着耙子搂拾麦穗的情景。我体会到的不堪和画面上那个阳光又富于诗情的美形成反差。我拾麦和搂麦是生活真实，画面上拾麦穗的女孩形象展现的是艺术化了的生活，未必把拾麦穗者被太阳炙烤的淋漓的汗水和脱皮的肌肤不雅画出来，那样就缺少诗性的浪漫、诗性的美了。</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生活的真实和艺术真实是个大命题。我从喜欢上文学就面对这个命题了，几十年过来，依旧朦朦胧胧莫衷一是，姑且不赘。倒是宁可淡忘幼年搂麦穗拾麦穗的记忆，多欣赏画中所洋溢的诗性韵味，当会有一种解脱的轻松。</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选自《今晚报》</w:t>
      </w:r>
      <w:r>
        <w:rPr>
          <w:rFonts w:eastAsia="楷体" w:cs="楷体" w:ascii="楷体" w:hAnsi="楷体"/>
          <w:color w:val="000000"/>
        </w:rPr>
        <w:t>2012</w:t>
      </w:r>
      <w:r>
        <w:rPr>
          <w:rFonts w:ascii="楷体" w:hAnsi="楷体" w:cs="楷体" w:eastAsia="楷体"/>
          <w:color w:val="000000"/>
        </w:rPr>
        <w:t>年</w:t>
      </w:r>
      <w:r>
        <w:rPr>
          <w:rFonts w:eastAsia="楷体" w:cs="楷体" w:ascii="楷体" w:hAnsi="楷体"/>
          <w:color w:val="000000"/>
        </w:rPr>
        <w:t>8</w:t>
      </w:r>
      <w:r>
        <w:rPr>
          <w:rFonts w:ascii="楷体" w:hAnsi="楷体" w:cs="楷体" w:eastAsia="楷体"/>
          <w:color w:val="000000"/>
        </w:rPr>
        <w:t>月</w:t>
      </w:r>
      <w:r>
        <w:rPr>
          <w:rFonts w:eastAsia="楷体" w:cs="楷体" w:ascii="楷体" w:hAnsi="楷体"/>
          <w:color w:val="000000"/>
        </w:rPr>
        <w:t>18</w:t>
      </w:r>
      <w:r>
        <w:rPr>
          <w:rFonts w:ascii="楷体" w:hAnsi="楷体" w:cs="楷体" w:eastAsia="楷体"/>
          <w:color w:val="000000"/>
        </w:rPr>
        <w:t>日</w:t>
      </w:r>
    </w:p>
    <w:p>
      <w:pPr>
        <w:pStyle w:val="Normal"/>
        <w:spacing w:lineRule="auto" w:line="360"/>
        <w:jc w:val="start"/>
        <w:textAlignment w:val="center"/>
        <w:rPr/>
      </w:pPr>
      <w:r>
        <w:rPr>
          <w:rFonts w:ascii="宋体;SimSun" w:hAnsi="宋体;SimSun" w:cs="宋体;SimSun"/>
          <w:color w:val="000000"/>
        </w:rPr>
        <w:t>注：①糁（</w:t>
      </w:r>
      <w:r>
        <w:rPr>
          <w:rFonts w:eastAsia="Times New Roman" w:cs="Times New Roman" w:ascii="Times New Roman" w:hAnsi="Times New Roman"/>
          <w:color w:val="000000"/>
        </w:rPr>
        <w:t>shēn</w:t>
      </w:r>
      <w:r>
        <w:rPr>
          <w:rFonts w:ascii="宋体;SimSun" w:hAnsi="宋体;SimSun" w:cs="宋体;SimSun"/>
          <w:color w:val="000000"/>
        </w:rPr>
        <w:t>），谷类磨成的碎粒。②碌碡</w:t>
      </w:r>
      <w:r>
        <w:rPr>
          <w:rFonts w:eastAsia="Times New Roman" w:cs="Times New Roman" w:ascii="Times New Roman" w:hAnsi="Times New Roman"/>
          <w:color w:val="000000"/>
        </w:rPr>
        <w:t>(liù zhou</w:t>
      </w:r>
      <w:r>
        <w:rPr>
          <w:rFonts w:eastAsia="宋体;SimSun" w:cs="宋体;SimSun" w:ascii="宋体;SimSun" w:hAnsi="宋体;SimSun"/>
          <w:color w:val="000000"/>
        </w:rPr>
        <w:t>)</w:t>
      </w:r>
      <w:r>
        <w:rPr>
          <w:rFonts w:ascii="宋体;SimSun" w:hAnsi="宋体;SimSun" w:cs="宋体;SimSun"/>
          <w:color w:val="000000"/>
        </w:rPr>
        <w:t>农具，用石头做成，圆柱形，用来轧谷物，平场地。</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color w:val="000000"/>
        </w:rPr>
        <w:t>结合全文看，作者为什么对“算黄算割”的鸟叫声那么难忘？</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color w:val="000000"/>
        </w:rPr>
        <w:t>有人评价陈忠实的散文“善于捕捉富有包蕴的生活细节和颇具内涵的心理活动”，请借助这个评价，赏析文中画线句子。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color w:val="000000"/>
        </w:rPr>
        <w:t>结合文章内容谈谈你对作者在文末发出的感慨“倒是宁可淡忘幼年搂麦穗拾麦穗的记忆，多欣赏画中所洋溢的诗性韵味，当会有一种解脱的轻松。”的理解。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w:t>
      </w:r>
      <w:r>
        <w:rPr>
          <w:rFonts w:ascii="宋体;SimSun" w:hAnsi="宋体;SimSun" w:cs="宋体;SimSun"/>
          <w:color w:val="000000"/>
        </w:rPr>
        <w:t>示例：①传递出农事经验，麦子黄时要及时收割。②报告麦子成熟的喜讯③意味着能够吃饱，满足饱腹的欲望。④让我明白粮食来之不易，要珍惜粮食的道理。</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ascii="宋体;SimSun" w:hAnsi="宋体;SimSun" w:cs="宋体;SimSun"/>
          <w:color w:val="000000"/>
        </w:rPr>
        <w:t>答案示例：作者抓住在太阳炙烤下搂拾麦穗的艰苦劳动细节，细腻刻画皮肤被炙烤、满脸满身汗水、喉咙的焦灼等感受，让读者眼前逼真再现庄稼人割麦的艰辛。更通过父亲的平静来表现农民的坚韧和对生活的美好渴盼，传达出生存是支撑农家人忍受灼热、辛勤劳作的精神支柱。</w:t>
      </w:r>
      <w:r>
        <w:rPr>
          <w:color w:val="000000"/>
        </w:rPr>
        <w:t xml:space="preserve">    </w:t>
      </w:r>
    </w:p>
    <w:p>
      <w:pPr>
        <w:pStyle w:val="Normal"/>
        <w:spacing w:lineRule="auto" w:line="360"/>
        <w:textAlignment w:val="center"/>
        <w:rPr/>
      </w:pPr>
      <w:r>
        <w:rPr>
          <w:color w:val="000000"/>
        </w:rPr>
        <w:t xml:space="preserve">19. </w:t>
      </w:r>
      <w:r>
        <w:rPr>
          <w:rFonts w:ascii="宋体;SimSun" w:hAnsi="宋体;SimSun" w:cs="宋体;SimSun"/>
          <w:color w:val="000000"/>
        </w:rPr>
        <w:t>农家人劳动的艰辛与痛苦让作者刻骨铭心，大可以借艺术的真实、诗性的浪漫、诗性的美来淡化对生活不堪的回忆，来解脱精神上的压力。（越是需要解脱的东西越是难忘，暗含对农民生活的同情）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考查筛选信息并整合信息的能力。在整体感知文章内容的基础上，审清题意，依据题目要求筛选有效信息，选取原文中词句作答或对其内容进行概括作答。本题作答要抓住“难忘”一词对文章内容进行梳理概括。可依据“这种鸟叫声提醒庄家人，麦子黄熟一点就要及时收割一点”“人们对‘算黄算割’的鸟鸣声和对这种鸟儿的亲切感，在于它传递的小麦即将成熟的喜讯”“‘算黄算割’的鸟叫声，既撩拨着他们急不可待的心，也搅动着他们亏欠太久的饱腹的欲望”“在能拖动那把搂拾麦穗的竹耙的幼年就知道了‘粒粒皆辛苦’的道理，是用流尽汗水再无汗水流出的切身感受获得的生存道理”等内容概括作答。</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color w:val="000000"/>
        </w:rPr>
        <w:t>理解细节描写的作用。细节描写：细节描写是指抓住生活中的细微而又具体的典型情节，加以生动细致的描绘。是刻画人物性格，揭示人物内心世界，表现人物细微复杂感情，点化人物关系，暗示人物身份、处境等最重要的方法。文章中画线的句子描绘了头顶火辣辣的太阳人们在捡拾麦穗的情形，通过叙写裸露的胳膊由红变黑再到脱下一层层白皮，满脸满身都流出汗水，喉咙有种着火焦灼的感觉，真切而细腻地写出了人们割麦的艰辛，让人产生身临其境的感受。语句又通过父亲“平静地说一句：这会儿你想一想白面锅盔就好办了”这一语言细节的描写，写出了父亲的坚韧和对美好生活的渴盼。并与“我”不堪忍受乃至气急败坏的情形作对比，突出了当时的农人在艰苦的条件下辛勤劳作的根本原因。据此理解作答。</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pPr>
      <w:r>
        <w:rPr>
          <w:rFonts w:ascii="宋体;SimSun" w:hAnsi="宋体;SimSun" w:cs="宋体;SimSun"/>
          <w:color w:val="000000"/>
        </w:rPr>
        <w:t>考查对重点语句的理解。这类试题，不要浮于语句的表面意思，如果简单地理解为词句的表层意思，就容易理解偏差，一般要重点进行片段研读和探究，结合语境，联系上下文，紧扣文章中心主题分析其深层意思。作者在文末发出</w:t>
      </w:r>
      <w:r>
        <w:rPr>
          <w:rFonts w:ascii="Times New Romance" w:hAnsi="Times New Romance" w:cs="Times New Romance" w:eastAsia="Times New Romance"/>
          <w:color w:val="000000"/>
        </w:rPr>
        <w:t xml:space="preserve"> </w:t>
      </w:r>
      <w:r>
        <w:rPr>
          <w:rFonts w:ascii="宋体;SimSun" w:hAnsi="宋体;SimSun" w:cs="宋体;SimSun"/>
          <w:color w:val="000000"/>
        </w:rPr>
        <w:t>“倒是宁可淡忘幼年搂麦穗拾麦穗的记忆，多欣赏画中所洋溢的诗性韵味，当会有一种解脱的轻松”的感慨，一方面是搂麦穗拾麦穗的生产劳作的艰辛给作者留下了深刻的印象，想要通过欣赏艺术的真实、浪漫和美好来“淡忘”那“浮现于脑际的图像却有点不堪”搂麦穗拾麦穗的场景。一方面，作者想“淡忘”过去，寻求心灵的“解脱”，越想“解脱”的事情，往往是最难忘却的，那些事给作者留下了印象难以抹去，含蓄地表达了对农民艰辛生活的深切同情，从而深化了文章的主旨。据此理解分析作答。</w:t>
      </w:r>
    </w:p>
    <w:p>
      <w:pPr>
        <w:pStyle w:val="Heading1"/>
      </w:pPr>
      <w:r>
        <w:t>2020-2021学年</w:t>
      </w:r>
    </w:p>
    <w:p>
      <w:pPr>
        <w:pStyle w:val="Heading2"/>
      </w:pPr>
      <w:r>
        <w:t>月考</w:t>
      </w:r>
    </w:p>
    <w:p>
      <w:pPr>
        <w:pStyle w:val="Heading3"/>
      </w:pPr>
      <w:r>
        <w:t>昌平区第二中学（10月月考）</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w:t>
      </w:r>
      <w:r>
        <w:rPr>
          <w:rFonts w:ascii="Times New Roman" w:eastAsia="Times New Roman" w:hAnsi="Times New Roman" w:cs="Times New Roman"/>
          <w:b/>
          <w:color w:val="000000"/>
          <w:sz w:val="24"/>
        </w:rPr>
        <w:t>24</w:t>
      </w:r>
      <w:r>
        <w:rPr>
          <w:rFonts w:ascii="宋体" w:eastAsia="宋体" w:hAnsi="宋体" w:cs="宋体"/>
          <w:b/>
          <w:color w:val="000000"/>
          <w:sz w:val="24"/>
        </w:rPr>
        <w:t>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w:t>
      </w:r>
      <w:r>
        <w:rPr>
          <w:rFonts w:ascii="Times New Roman" w:eastAsia="Times New Roman" w:hAnsi="Times New Roman" w:cs="Times New Roman"/>
          <w:b/>
          <w:color w:val="000000"/>
          <w:sz w:val="24"/>
        </w:rPr>
        <w:t>13</w:t>
      </w:r>
      <w:r>
        <w:rPr>
          <w:rFonts w:ascii="宋体" w:eastAsia="宋体" w:hAnsi="宋体" w:cs="宋体"/>
          <w:b/>
          <w:color w:val="000000"/>
          <w:sz w:val="24"/>
        </w:rPr>
        <w:t>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阅读下面选文，完成下面小题。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恋秋阳</w:t>
      </w:r>
    </w:p>
    <w:p>
      <w:pPr>
        <w:spacing w:line="360" w:lineRule="auto"/>
        <w:jc w:val="center"/>
        <w:textAlignment w:val="center"/>
        <w:rPr>
          <w:rFonts w:ascii="楷体" w:eastAsia="楷体" w:hAnsi="楷体" w:cs="楷体"/>
          <w:color w:val="000000"/>
        </w:rPr>
      </w:pPr>
      <w:r>
        <w:rPr>
          <w:rFonts w:ascii="楷体" w:eastAsia="楷体" w:hAnsi="楷体" w:cs="楷体"/>
          <w:color w:val="000000"/>
        </w:rPr>
        <w:t>尚书华</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①在北方，秋天的阳光是</w:t>
      </w:r>
      <w:r>
        <w:rPr>
          <w:rFonts w:ascii="楷体" w:eastAsia="楷体" w:hAnsi="楷体" w:cs="楷体"/>
          <w:color w:val="000000"/>
          <w:u w:val="single"/>
        </w:rPr>
        <w:t xml:space="preserve">     A     </w:t>
      </w:r>
      <w:r>
        <w:rPr>
          <w:rFonts w:ascii="楷体" w:eastAsia="楷体" w:hAnsi="楷体" w:cs="楷体"/>
          <w:color w:val="000000"/>
        </w:rPr>
        <w:t>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②秋分一过，雨水明显减少。大地与天空似乎陡然拉开了距离，天高云淡。阳光不再夏日那般暴烈，变得大方，日渐温柔和暖。人们不再躲避阳光，万物竞相亲近阳光。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广袤的田野里，那些籽粒尚未成熟的庄稼，婴儿吮乳般贪婪地吸收着阳光，期望在秋霜来临之前，能成为一颗来年可以延续生命的种子。所有的生命都渴望繁衍，即使是路边一棵无名荒草，同样渴望结出一颗饱满的籽实。</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④秋阳是热情的画家，携着色彩，不经意间，把大地涂抹得美艳神奇。</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⑤秋阳是</w:t>
      </w:r>
      <w:r>
        <w:rPr>
          <w:rFonts w:ascii="楷体" w:eastAsia="楷体" w:hAnsi="楷体" w:cs="楷体"/>
          <w:color w:val="000000"/>
          <w:u w:val="single"/>
        </w:rPr>
        <w:t xml:space="preserve">    B    </w:t>
      </w:r>
      <w:r>
        <w:rPr>
          <w:rFonts w:ascii="楷体" w:eastAsia="楷体" w:hAnsi="楷体" w:cs="楷体"/>
          <w:color w:val="000000"/>
        </w:rPr>
        <w:t>的。不分物种大小、强弱，不管高贵卑微，她都一视同仁，把自己的光热均匀地洒给大地，让一切需要她爱抚的生命尽情接受。她把所有的生命都视为自己的儿女，在寒冬来临之前，为他们蓄存更多可以抵御寒冷的热量。于是，有了红脸的高粱，低头的谷穗，橙黄的玉米，金色的稻田；有了江河的清澈碧透，云落湖泽；有了层林尽染，万山斑斓。秋阳里，准备南迁的乳燕在蓝天中自由飞翔，晒硬了远行的翅膀；所有的昆虫都在匆匆相互告别，用阵阵柔弱的歌声，向给了它们最后快乐时光的秋阳辞行。田埂上，一片片返青的苜蓿、芝麻草、蒲公英，用比春天更娇艳的姿容由衷答谢着秋阳的恩惠。</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⑥秋阳是</w:t>
      </w:r>
      <w:r>
        <w:rPr>
          <w:rFonts w:ascii="楷体" w:eastAsia="楷体" w:hAnsi="楷体" w:cs="楷体"/>
          <w:color w:val="000000"/>
          <w:u w:val="single"/>
        </w:rPr>
        <w:t xml:space="preserve">     C    </w:t>
      </w:r>
      <w:r>
        <w:rPr>
          <w:rFonts w:ascii="楷体" w:eastAsia="楷体" w:hAnsi="楷体" w:cs="楷体"/>
          <w:color w:val="000000"/>
        </w:rPr>
        <w:t>的。她清楚，自己多辛劳一天一时，会给大地上的万物带来什么。她用尽心智，极力摆脱掉雨雾的纠缠，尽量让光照的日子更加久长。为的是让所有的植物都能留下一身枯萎前的灿烂；让所有准备越冬的动物做好更充足的储备；让劳累一年的农人把用汗水换来的粮食每一粒都归进仓里。她竭力抵抗着时时逼近的霜雪，想让漫长的寒冬来得晚一些、更晚一些。在她努力现身的日子里，苍旻深邃，辽阔湛蓝，大地如金，万物生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自然规律没有任何力量可以与之抗衡，风景随着时令在日趋走向凋敝，变得愈来愈苍凉。当第一场冬雪来临之际，所有的生物似乎在同一时间齐刷刷探出了长长的手臂，一起伸向苍穹，企图扯住秋阳的衣襟，让温暖的照耀滞留下来，为来春积蓄蓬勃的冲力。</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⑧秋天注定是生命的一道坡坎。枯荣的季节可能会让一些生命就此了结一生。可对于更多的生命，秋天只是一个驿站，一个歇脚的地方。秋阳隐去，冬雪迎来，春草萌发。周而复始，时光流长。</w:t>
      </w:r>
    </w:p>
    <w:p>
      <w:pPr>
        <w:spacing w:line="360" w:lineRule="auto"/>
        <w:ind w:firstLine="420"/>
        <w:jc w:val="right"/>
        <w:textAlignment w:val="center"/>
        <w:rPr>
          <w:rFonts w:ascii="楷体" w:eastAsia="楷体" w:hAnsi="楷体" w:cs="楷体"/>
          <w:color w:val="000000"/>
        </w:rPr>
      </w:pPr>
      <w:r>
        <w:rPr>
          <w:rFonts w:ascii="楷体" w:eastAsia="楷体" w:hAnsi="楷体" w:cs="楷体"/>
          <w:color w:val="000000"/>
        </w:rPr>
        <w:t>（选自《人民日报》，2018年9月，有删改）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通读全文可知，秋阳具有三个特点。把下列词语分别填入文中A、B、C三处，依次是:</w:t>
      </w:r>
    </w:p>
    <w:p>
      <w:pPr>
        <w:spacing w:line="360" w:lineRule="auto"/>
        <w:jc w:val="left"/>
        <w:textAlignment w:val="center"/>
        <w:rPr>
          <w:rFonts w:ascii="宋体" w:eastAsia="宋体" w:hAnsi="宋体" w:cs="宋体"/>
          <w:color w:val="000000"/>
        </w:rPr>
      </w:pPr>
      <w:r>
        <w:rPr>
          <w:rFonts w:ascii="宋体" w:eastAsia="宋体" w:hAnsi="宋体" w:cs="宋体"/>
          <w:color w:val="000000"/>
        </w:rPr>
        <w:t>包容        善良         金贵</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A</w:t>
      </w:r>
      <w:r>
        <w:rPr>
          <w:rFonts w:ascii="宋体" w:eastAsia="宋体" w:hAnsi="宋体" w:cs="宋体"/>
          <w:color w:val="000000"/>
          <w:u w:val="single"/>
        </w:rPr>
        <w:t xml:space="preserve">                </w:t>
      </w:r>
      <w:r>
        <w:rPr>
          <w:rFonts w:ascii="宋体" w:eastAsia="宋体" w:hAnsi="宋体" w:cs="宋体"/>
          <w:color w:val="000000"/>
        </w:rPr>
        <w:t>B</w:t>
      </w:r>
      <w:r>
        <w:rPr>
          <w:rFonts w:ascii="宋体" w:eastAsia="宋体" w:hAnsi="宋体" w:cs="宋体"/>
          <w:color w:val="000000"/>
          <w:u w:val="single"/>
        </w:rPr>
        <w:t xml:space="preserve">             </w:t>
      </w:r>
      <w:r>
        <w:rPr>
          <w:rFonts w:ascii="宋体" w:eastAsia="宋体" w:hAnsi="宋体" w:cs="宋体"/>
          <w:color w:val="000000"/>
        </w:rPr>
        <w:t xml:space="preserve">C </w:t>
      </w:r>
      <w:r>
        <w:rPr>
          <w:rFonts w:ascii="宋体" w:eastAsia="宋体" w:hAnsi="宋体" w:cs="宋体"/>
          <w:color w:val="000000"/>
          <w:u w:val="single"/>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结合语境，从</w:t>
      </w:r>
      <w:r>
        <w:rPr>
          <w:rFonts w:ascii="宋体" w:eastAsia="宋体" w:hAnsi="宋体" w:cs="宋体"/>
          <w:color w:val="000000"/>
          <w:em w:val="dot"/>
        </w:rPr>
        <w:t>修辞</w:t>
      </w:r>
      <w:r>
        <w:rPr>
          <w:rFonts w:ascii="宋体" w:eastAsia="宋体" w:hAnsi="宋体" w:cs="宋体"/>
          <w:color w:val="000000"/>
        </w:rPr>
        <w:t>角度赏析句子。</w:t>
      </w:r>
    </w:p>
    <w:p>
      <w:pPr>
        <w:spacing w:line="360" w:lineRule="auto"/>
        <w:jc w:val="left"/>
        <w:textAlignment w:val="center"/>
        <w:rPr>
          <w:rFonts w:ascii="宋体" w:eastAsia="宋体" w:hAnsi="宋体" w:cs="宋体"/>
          <w:color w:val="000000"/>
        </w:rPr>
      </w:pPr>
      <w:r>
        <w:rPr>
          <w:rFonts w:ascii="宋体" w:eastAsia="宋体" w:hAnsi="宋体" w:cs="宋体"/>
          <w:color w:val="000000"/>
        </w:rPr>
        <w:t>广袤的田野里，那些籽粒尚未成熟的庄稼，婴儿吮乳般贪婪地吸收着阳光，期望在秋霜来临之前，能成为一颗来年可以延续生命的种子。</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 xml:space="preserve">仿照下列句子，结合选文内容，续写一个句意连贯的句子。  </w:t>
      </w:r>
    </w:p>
    <w:p>
      <w:pPr>
        <w:spacing w:line="360" w:lineRule="auto"/>
        <w:jc w:val="left"/>
        <w:textAlignment w:val="center"/>
        <w:rPr>
          <w:rFonts w:ascii="宋体" w:eastAsia="宋体" w:hAnsi="宋体" w:cs="宋体"/>
          <w:color w:val="000000"/>
        </w:rPr>
      </w:pPr>
      <w:r>
        <w:rPr>
          <w:rFonts w:ascii="宋体" w:eastAsia="宋体" w:hAnsi="宋体" w:cs="宋体"/>
          <w:color w:val="000000"/>
        </w:rPr>
        <w:t>秋阳是热情的画家，携着色彩，不经意间，把大地涂抹得美艳神奇。</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仿句：</w:t>
      </w:r>
      <w:r>
        <w:rPr>
          <w:rFonts w:ascii="宋体" w:eastAsia="宋体" w:hAnsi="宋体" w:cs="宋体"/>
          <w:color w:val="000000"/>
          <w:u w:val="single"/>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请结合全文，说说你对“秋天只是一个驿站，一个歇脚的地方”这句话的理解。</w:t>
      </w:r>
    </w:p>
    <w:p>
      <w:pPr>
        <w:spacing w:line="360" w:lineRule="auto"/>
        <w:textAlignment w:val="center"/>
        <w:rPr>
          <w:rFonts w:ascii="宋体" w:eastAsia="宋体" w:hAnsi="宋体" w:cs="宋体"/>
          <w:color w:val="000000"/>
        </w:rPr>
      </w:pPr>
      <w:r>
        <w:rPr>
          <w:color w:val="2E75B6"/>
        </w:rPr>
        <w:t>【答案】</w:t>
      </w:r>
      <w:r>
        <w:rPr>
          <w:color w:val="000000"/>
        </w:rPr>
        <w:t xml:space="preserve">14. </w:t>
      </w:r>
      <w:r>
        <w:rPr>
          <w:rFonts w:ascii="宋体" w:eastAsia="宋体" w:hAnsi="宋体" w:cs="宋体"/>
          <w:color w:val="000000"/>
        </w:rPr>
        <w:t>A金贵 B 包容  C 善良</w:t>
      </w:r>
      <w:r>
        <w:rPr>
          <w:color w:val="000000"/>
        </w:rPr>
        <w:t xml:space="preserve">    </w:t>
      </w:r>
    </w:p>
    <w:p>
      <w:pPr>
        <w:spacing w:line="360" w:lineRule="auto"/>
        <w:textAlignment w:val="center"/>
        <w:rPr>
          <w:rFonts w:ascii="宋体" w:eastAsia="宋体" w:hAnsi="宋体" w:cs="宋体"/>
          <w:color w:val="000000"/>
        </w:rPr>
      </w:pPr>
      <w:r>
        <w:rPr>
          <w:color w:val="000000"/>
        </w:rPr>
        <w:t xml:space="preserve">15. </w:t>
      </w:r>
      <w:r>
        <w:rPr>
          <w:rFonts w:ascii="宋体" w:eastAsia="宋体" w:hAnsi="宋体" w:cs="宋体"/>
          <w:color w:val="000000"/>
        </w:rPr>
        <w:t>本句运用拟人手法，把庄稼拟为婴儿，赋予庄稼以人的情感，生动形象地表现了庄稼在秋阳的照耀下努力茁壮生长，结出果实为来年育种，表达了作者对秋阳大方温暖的喜爱和赞美</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例：秋天是慈爱的母亲，带着柔情，默默无声地，把万物照顾得无微不至。</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秋天是一个能让生命蓄存抵御寒冷的力量的季节，是一个为来春积蓄蓬勃冲力的季节。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textAlignment w:val="center"/>
        <w:rPr>
          <w:rFonts w:ascii="宋体" w:eastAsia="宋体" w:hAnsi="宋体" w:cs="宋体"/>
          <w:color w:val="000000"/>
        </w:rPr>
      </w:pPr>
      <w:r>
        <w:rPr>
          <w:rFonts w:ascii="宋体" w:eastAsia="宋体" w:hAnsi="宋体" w:cs="宋体"/>
          <w:color w:val="000000"/>
        </w:rPr>
        <w:t>试题分析：本题考查分析概括能力。</w:t>
      </w:r>
    </w:p>
    <w:p>
      <w:pPr>
        <w:spacing w:line="360" w:lineRule="auto"/>
        <w:jc w:val="left"/>
        <w:textAlignment w:val="center"/>
        <w:rPr>
          <w:rFonts w:ascii="宋体" w:eastAsia="宋体" w:hAnsi="宋体" w:cs="宋体"/>
          <w:color w:val="000000"/>
        </w:rPr>
      </w:pPr>
      <w:r>
        <w:rPr>
          <w:rFonts w:ascii="宋体" w:eastAsia="宋体" w:hAnsi="宋体" w:cs="宋体"/>
          <w:color w:val="000000"/>
        </w:rPr>
        <w:t>第②段写“人们不再躲避阳光，万物竞相亲近阳光”，第③写“所有的生命都渴望繁衍，即使是路边一棵无名荒草，同样渴望结出一颗饱满的籽实”，表现秋阳的金贵；第⑤段写秋阳“不分物种大小、强弱，不管高贵卑微，她都一视同仁，把自己的光热均匀地洒给大地，让一切需要她爱抚的生命尽情接受。她把所有的生命都视为自己的儿女，在寒冬来临之前，为他们蓄存更多可以抵御寒冷的热量”，表现其包容；第⑥段写秋阳“她清楚，自己多辛劳一天一时，会给大地上的万物带来什么。她用尽心智，极力摆脱掉雨雾的纠缠，尽量让光照的日子更加久长”，展现其善良。</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试题分析：本题考查拟人修辞的作用。这句话，把“那些籽粒尚未成熟的庄稼”吸收阳光，比作“婴儿吮乳”，生动形象地表现出庄稼期在秋霜来临之前，积极生长的生命状态，表达出作者对秋阳包容万物、无私给予大地温暖的赞美之情。</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试题分析：本题考查仿句能力。第一句“秋阳是热情的画家”，是个比喻句，把秋阳比作画家，后三句，表现秋阳（画家）的奉献“携着色彩，不经意间，把大地涂抹得美艳神奇”。仿写时一是要有比喻，二是要写出其对世界的贡献或者改变。</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试题分析：本题考查综合分析能力。结合第③段，“广袤的田野里，那些籽粒尚未成熟的庄稼，婴儿吮乳般贪婪地吸收着阳光，期望在秋霜来临之前，能成为一颗来年可以延续生命的种子”和第⑤段“她把所有的生命都视为自己的儿女，在寒冬来临之前，为他们蓄存更多可以抵御寒冷的热量”等内容分析，这句话表明，秋天虽然有生命的荣枯，但是秋天也是蕴蓄力量的季节，也是为了更美好的明天磨砺成长的季节。</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w:t>
      </w:r>
      <w:r>
        <w:rPr>
          <w:rFonts w:ascii="Times New Roman" w:eastAsia="Times New Roman" w:hAnsi="Times New Roman" w:cs="Times New Roman"/>
          <w:b/>
          <w:color w:val="000000"/>
          <w:sz w:val="24"/>
        </w:rPr>
        <w:t>11</w:t>
      </w:r>
      <w:r>
        <w:rPr>
          <w:rFonts w:ascii="宋体" w:eastAsia="宋体" w:hAnsi="宋体" w:cs="宋体"/>
          <w:b/>
          <w:color w:val="000000"/>
          <w:sz w:val="24"/>
        </w:rPr>
        <w:t>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阅读《深水中的父亲》，完成题。</w:t>
      </w:r>
    </w:p>
    <w:p>
      <w:pPr>
        <w:spacing w:line="360" w:lineRule="auto"/>
        <w:jc w:val="center"/>
        <w:textAlignment w:val="center"/>
        <w:rPr>
          <w:rFonts w:ascii="楷体" w:eastAsia="楷体" w:hAnsi="楷体" w:cs="楷体"/>
          <w:color w:val="000000"/>
        </w:rPr>
      </w:pPr>
      <w:r>
        <w:rPr>
          <w:rFonts w:ascii="楷体" w:eastAsia="楷体" w:hAnsi="楷体" w:cs="楷体"/>
          <w:color w:val="000000"/>
        </w:rPr>
        <w:t>深水中的父亲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①如果不是母亲生病，无法协助父亲，转而让回来取生活费的我顶替帮忙的话，我很难知道父亲是怎么在水下工作的。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②父亲是西江流域红水河上的一名水下采石工，要将埋在河里的一块块天然胚玉石采捞上来，再拿到玉石市场上去卖。采石季很短，父亲要等到</w:t>
      </w:r>
      <w:r>
        <w:rPr>
          <w:rFonts w:ascii="Times New Roman" w:eastAsia="Times New Roman" w:hAnsi="Times New Roman" w:cs="Times New Roman"/>
          <w:color w:val="000000"/>
        </w:rPr>
        <w:t>12</w:t>
      </w:r>
      <w:r>
        <w:rPr>
          <w:rFonts w:ascii="楷体" w:eastAsia="楷体" w:hAnsi="楷体" w:cs="楷体"/>
          <w:color w:val="000000"/>
        </w:rPr>
        <w:t>月中旬，此时红水河才会变清，我才能看清胚玉石，然后赶紧下水采捞，因为来年的春雨又会将它们搅浑浊。</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③红水河狭小，弯道多而水流湍急，是西江上最凶险的水域之一。但父亲似乎一点儿也不害怕，他全神贯注地驾驶着小船，朝最深的河心驶去。到达河心后，父亲把船停了下来，换上</w:t>
      </w:r>
      <w:r>
        <w:rPr>
          <w:rFonts w:ascii="楷体" w:eastAsia="楷体" w:hAnsi="楷体" w:cs="楷体"/>
          <w:color w:val="000000"/>
          <w:em w:val="dot"/>
        </w:rPr>
        <w:t>单薄</w:t>
      </w:r>
      <w:r>
        <w:rPr>
          <w:rFonts w:ascii="楷体" w:eastAsia="楷体" w:hAnsi="楷体" w:cs="楷体"/>
          <w:color w:val="000000"/>
        </w:rPr>
        <w:t>的泳衣，随后将一根长长的软塑料管接到一台简易空气压缩机上，再将另一端先在身上栓好，最后再将端口接到潜水面罩上。</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④原来，那既是一根朝水底供氧的</w:t>
      </w:r>
      <w:r>
        <w:rPr>
          <w:rFonts w:ascii="宋体" w:eastAsia="宋体" w:hAnsi="宋体" w:cs="宋体"/>
          <w:color w:val="000000"/>
        </w:rPr>
        <w:t>“</w:t>
      </w:r>
      <w:r>
        <w:rPr>
          <w:rFonts w:ascii="楷体" w:eastAsia="楷体" w:hAnsi="楷体" w:cs="楷体"/>
          <w:color w:val="000000"/>
        </w:rPr>
        <w:t>氧管</w:t>
      </w:r>
      <w:r>
        <w:rPr>
          <w:rFonts w:ascii="宋体" w:eastAsia="宋体" w:hAnsi="宋体" w:cs="宋体"/>
          <w:color w:val="000000"/>
        </w:rPr>
        <w:t>”</w:t>
      </w:r>
      <w:r>
        <w:rPr>
          <w:rFonts w:ascii="楷体" w:eastAsia="楷体" w:hAnsi="楷体" w:cs="楷体"/>
          <w:color w:val="000000"/>
        </w:rPr>
        <w:t>，又是一根救命的</w:t>
      </w:r>
      <w:r>
        <w:rPr>
          <w:rFonts w:ascii="宋体" w:eastAsia="宋体" w:hAnsi="宋体" w:cs="宋体"/>
          <w:color w:val="000000"/>
        </w:rPr>
        <w:t>“</w:t>
      </w:r>
      <w:r>
        <w:rPr>
          <w:rFonts w:ascii="楷体" w:eastAsia="楷体" w:hAnsi="楷体" w:cs="楷体"/>
          <w:color w:val="000000"/>
        </w:rPr>
        <w:t>安全绳</w:t>
      </w:r>
      <w:r>
        <w:rPr>
          <w:rFonts w:ascii="宋体" w:eastAsia="宋体" w:hAnsi="宋体" w:cs="宋体"/>
          <w:color w:val="000000"/>
        </w:rPr>
        <w:t>”</w:t>
      </w:r>
      <w:r>
        <w:rPr>
          <w:rFonts w:ascii="楷体" w:eastAsia="楷体" w:hAnsi="楷体" w:cs="楷体"/>
          <w:color w:val="000000"/>
        </w:rPr>
        <w:t>。</w:t>
      </w:r>
      <w:r>
        <w:rPr>
          <w:rFonts w:ascii="宋体" w:eastAsia="宋体" w:hAnsi="宋体" w:cs="宋体"/>
          <w:color w:val="000000"/>
        </w:rPr>
        <w:t>“</w:t>
      </w:r>
      <w:r>
        <w:rPr>
          <w:rFonts w:ascii="楷体" w:eastAsia="楷体" w:hAnsi="楷体" w:cs="楷体"/>
          <w:color w:val="000000"/>
        </w:rPr>
        <w:t>如果我连续拉动管子四次，你就要立即把我拉上来，越快越好。</w:t>
      </w:r>
      <w:r>
        <w:rPr>
          <w:rFonts w:ascii="宋体" w:eastAsia="宋体" w:hAnsi="宋体" w:cs="宋体"/>
          <w:color w:val="000000"/>
        </w:rPr>
        <w:t>”</w:t>
      </w:r>
      <w:r>
        <w:rPr>
          <w:rFonts w:ascii="楷体" w:eastAsia="楷体" w:hAnsi="楷体" w:cs="楷体"/>
          <w:color w:val="000000"/>
        </w:rPr>
        <w:t>父亲对我交待道，</w:t>
      </w:r>
      <w:r>
        <w:rPr>
          <w:rFonts w:ascii="宋体" w:eastAsia="宋体" w:hAnsi="宋体" w:cs="宋体"/>
          <w:color w:val="000000"/>
        </w:rPr>
        <w:t>“</w:t>
      </w:r>
      <w:r>
        <w:rPr>
          <w:rFonts w:ascii="楷体" w:eastAsia="楷体" w:hAnsi="楷体" w:cs="楷体"/>
          <w:color w:val="000000"/>
        </w:rPr>
        <w:t>这是求救暗号，表明我在水下出事了，必须得紧急出水。</w:t>
      </w:r>
      <w:r>
        <w:rPr>
          <w:rFonts w:ascii="宋体" w:eastAsia="宋体" w:hAnsi="宋体" w:cs="宋体"/>
          <w:color w:val="000000"/>
        </w:rPr>
        <w:t>”</w:t>
      </w:r>
      <w:r>
        <w:rPr>
          <w:rFonts w:ascii="楷体" w:eastAsia="楷体" w:hAnsi="楷体" w:cs="楷体"/>
          <w:color w:val="000000"/>
        </w:rPr>
        <w:t>说完，父亲便拿起一把铁铲，一头扎进水中。</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⑤河面上的风很大、很冷，即使是穿着厚厚的羽绒服，我依然冷得瑟瑟发抖。</w:t>
      </w:r>
      <w:r>
        <w:rPr>
          <w:rFonts w:ascii="楷体" w:eastAsia="楷体" w:hAnsi="楷体" w:cs="楷体"/>
          <w:color w:val="000000"/>
          <w:u w:val="single"/>
        </w:rPr>
        <w:t>我用双手牢牢地握住氧管，双眼紧紧盯着水面</w:t>
      </w:r>
      <w:r>
        <w:rPr>
          <w:rFonts w:ascii="楷体" w:eastAsia="楷体" w:hAnsi="楷体" w:cs="楷体"/>
          <w:color w:val="000000"/>
        </w:rPr>
        <w:t>。在一旁的母亲看出了我的担心，强打起精神对我说：</w:t>
      </w:r>
      <w:r>
        <w:rPr>
          <w:rFonts w:ascii="宋体" w:eastAsia="宋体" w:hAnsi="宋体" w:cs="宋体"/>
          <w:color w:val="000000"/>
        </w:rPr>
        <w:t>“</w:t>
      </w:r>
      <w:r>
        <w:rPr>
          <w:rFonts w:ascii="楷体" w:eastAsia="楷体" w:hAnsi="楷体" w:cs="楷体"/>
          <w:color w:val="000000"/>
        </w:rPr>
        <w:t>水下的胚玉石特别难采，不少都是零星地被压在许多乱石的下面，你爸要一块块地撬开乱石翻找，不会那么快就出水的。</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⑥不知过了多久，氧管突然动了一下，我的心一下子悬了起来，紧接着，又动了第二下、第三下、第四下。</w:t>
      </w:r>
      <w:r>
        <w:rPr>
          <w:rFonts w:ascii="宋体" w:eastAsia="宋体" w:hAnsi="宋体" w:cs="宋体"/>
          <w:color w:val="000000"/>
        </w:rPr>
        <w:t>“</w:t>
      </w:r>
      <w:r>
        <w:rPr>
          <w:rFonts w:ascii="楷体" w:eastAsia="楷体" w:hAnsi="楷体" w:cs="楷体"/>
          <w:color w:val="000000"/>
        </w:rPr>
        <w:t>快，快点把你爸拉上来！</w:t>
      </w:r>
      <w:r>
        <w:rPr>
          <w:rFonts w:ascii="宋体" w:eastAsia="宋体" w:hAnsi="宋体" w:cs="宋体"/>
          <w:color w:val="000000"/>
        </w:rPr>
        <w:t>”</w:t>
      </w:r>
      <w:r>
        <w:rPr>
          <w:rFonts w:ascii="楷体" w:eastAsia="楷体" w:hAnsi="楷体" w:cs="楷体"/>
          <w:color w:val="000000"/>
        </w:rPr>
        <w:t>母亲大声说。我使出浑身的劲，拼了命地朝上拉氧管。拴着父亲的氧管很沉，而且不断被一股股强有力的反向水流凶猛地搅动、羁绊着，这让我拉起来十分吃力。</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⑦一分多钟后，父亲终于露出了水面，我长出了一口气，但随后，我便看到了父亲身旁的水域涌出了一滩红水，是血！父亲受伤了</w:t>
      </w:r>
      <w:r>
        <w:rPr>
          <w:rFonts w:ascii="Times New Roman" w:eastAsia="Times New Roman" w:hAnsi="Times New Roman" w:cs="Times New Roman"/>
          <w:color w:val="000000"/>
        </w:rPr>
        <w:t>——</w:t>
      </w:r>
      <w:r>
        <w:rPr>
          <w:rFonts w:ascii="楷体" w:eastAsia="楷体" w:hAnsi="楷体" w:cs="楷体"/>
          <w:color w:val="000000"/>
        </w:rPr>
        <w:t>腿上被划出了一个大口子。</w:t>
      </w:r>
      <w:r>
        <w:rPr>
          <w:rFonts w:ascii="宋体" w:eastAsia="宋体" w:hAnsi="宋体" w:cs="宋体"/>
          <w:color w:val="000000"/>
        </w:rPr>
        <w:t>“</w:t>
      </w:r>
      <w:r>
        <w:rPr>
          <w:rFonts w:ascii="楷体" w:eastAsia="楷体" w:hAnsi="楷体" w:cs="楷体"/>
          <w:color w:val="000000"/>
        </w:rPr>
        <w:t>把纱布扔给我。</w:t>
      </w:r>
      <w:r>
        <w:rPr>
          <w:rFonts w:ascii="宋体" w:eastAsia="宋体" w:hAnsi="宋体" w:cs="宋体"/>
          <w:color w:val="000000"/>
        </w:rPr>
        <w:t>”</w:t>
      </w:r>
      <w:r>
        <w:rPr>
          <w:rFonts w:ascii="楷体" w:eastAsia="楷体" w:hAnsi="楷体" w:cs="楷体"/>
          <w:color w:val="000000"/>
        </w:rPr>
        <w:t>父亲说。母亲</w:t>
      </w:r>
      <w:r>
        <w:rPr>
          <w:rFonts w:ascii="楷体" w:eastAsia="楷体" w:hAnsi="楷体" w:cs="楷体"/>
          <w:color w:val="000000"/>
          <w:em w:val="dot"/>
        </w:rPr>
        <w:t>熟练</w:t>
      </w:r>
      <w:r>
        <w:rPr>
          <w:rFonts w:ascii="楷体" w:eastAsia="楷体" w:hAnsi="楷体" w:cs="楷体"/>
          <w:color w:val="000000"/>
        </w:rPr>
        <w:t>地从船底找出一卷纱布，父亲接到后，快速地将它绑在伤口上。</w:t>
      </w:r>
      <w:r>
        <w:rPr>
          <w:rFonts w:ascii="宋体" w:eastAsia="宋体" w:hAnsi="宋体" w:cs="宋体"/>
          <w:color w:val="000000"/>
        </w:rPr>
        <w:t>“</w:t>
      </w:r>
      <w:r>
        <w:rPr>
          <w:rFonts w:ascii="楷体" w:eastAsia="楷体" w:hAnsi="楷体" w:cs="楷体"/>
          <w:color w:val="000000"/>
        </w:rPr>
        <w:t>儿子，你的力气比你妈大多了。</w:t>
      </w:r>
      <w:r>
        <w:rPr>
          <w:rFonts w:ascii="宋体" w:eastAsia="宋体" w:hAnsi="宋体" w:cs="宋体"/>
          <w:color w:val="000000"/>
        </w:rPr>
        <w:t>”</w:t>
      </w:r>
      <w:r>
        <w:rPr>
          <w:rFonts w:ascii="楷体" w:eastAsia="楷体" w:hAnsi="楷体" w:cs="楷体"/>
          <w:color w:val="000000"/>
        </w:rPr>
        <w:t>父亲边绑伤口边对我说，</w:t>
      </w:r>
      <w:r>
        <w:rPr>
          <w:rFonts w:ascii="宋体" w:eastAsia="宋体" w:hAnsi="宋体" w:cs="宋体"/>
          <w:color w:val="000000"/>
        </w:rPr>
        <w:t>“</w:t>
      </w:r>
      <w:r>
        <w:rPr>
          <w:rFonts w:ascii="楷体" w:eastAsia="楷体" w:hAnsi="楷体" w:cs="楷体"/>
          <w:color w:val="000000"/>
        </w:rPr>
        <w:t>这次爸能安全出水，多亏了你。</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w:t>
      </w:r>
      <w:r>
        <w:rPr>
          <w:rFonts w:ascii="宋体" w:eastAsia="宋体" w:hAnsi="宋体" w:cs="宋体"/>
          <w:color w:val="000000"/>
        </w:rPr>
        <w:t>“</w:t>
      </w:r>
      <w:r>
        <w:rPr>
          <w:rFonts w:ascii="楷体" w:eastAsia="楷体" w:hAnsi="楷体" w:cs="楷体"/>
          <w:color w:val="000000"/>
        </w:rPr>
        <w:t>爸，您上船休息会吧。</w:t>
      </w:r>
      <w:r>
        <w:rPr>
          <w:rFonts w:ascii="宋体" w:eastAsia="宋体" w:hAnsi="宋体" w:cs="宋体"/>
          <w:color w:val="000000"/>
        </w:rPr>
        <w:t>”</w:t>
      </w:r>
      <w:r>
        <w:rPr>
          <w:rFonts w:ascii="楷体" w:eastAsia="楷体" w:hAnsi="楷体" w:cs="楷体"/>
          <w:color w:val="000000"/>
        </w:rPr>
        <w:t>我带着哭腔对父亲大声说。</w:t>
      </w:r>
      <w:r>
        <w:rPr>
          <w:rFonts w:ascii="宋体" w:eastAsia="宋体" w:hAnsi="宋体" w:cs="宋体"/>
          <w:color w:val="000000"/>
        </w:rPr>
        <w:t>“</w:t>
      </w:r>
      <w:r>
        <w:rPr>
          <w:rFonts w:ascii="楷体" w:eastAsia="楷体" w:hAnsi="楷体" w:cs="楷体"/>
          <w:color w:val="000000"/>
        </w:rPr>
        <w:t>没事，儿子，我得在天黑之前，多采上来几块。</w:t>
      </w:r>
      <w:r>
        <w:rPr>
          <w:rFonts w:ascii="宋体" w:eastAsia="宋体" w:hAnsi="宋体" w:cs="宋体"/>
          <w:color w:val="000000"/>
        </w:rPr>
        <w:t>”</w:t>
      </w:r>
      <w:r>
        <w:rPr>
          <w:rFonts w:ascii="楷体" w:eastAsia="楷体" w:hAnsi="楷体" w:cs="楷体"/>
          <w:color w:val="000000"/>
        </w:rPr>
        <w:t>说完，父亲朝我挤出一丝笑容，然后又潜入水中，消失在我眼前。</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 xml:space="preserve">⑨ </w:t>
      </w:r>
      <w:r>
        <w:rPr>
          <w:rFonts w:ascii="宋体" w:eastAsia="宋体" w:hAnsi="宋体" w:cs="宋体"/>
          <w:color w:val="000000"/>
        </w:rPr>
        <w:t>“</w:t>
      </w:r>
      <w:r>
        <w:rPr>
          <w:rFonts w:ascii="楷体" w:eastAsia="楷体" w:hAnsi="楷体" w:cs="楷体"/>
          <w:color w:val="000000"/>
        </w:rPr>
        <w:t>像这样的险情，你爸碰上过多次。</w:t>
      </w:r>
      <w:r>
        <w:rPr>
          <w:rFonts w:ascii="宋体" w:eastAsia="宋体" w:hAnsi="宋体" w:cs="宋体"/>
          <w:color w:val="000000"/>
        </w:rPr>
        <w:t>”</w:t>
      </w:r>
      <w:r>
        <w:rPr>
          <w:rFonts w:ascii="楷体" w:eastAsia="楷体" w:hAnsi="楷体" w:cs="楷体"/>
          <w:color w:val="000000"/>
        </w:rPr>
        <w:t>母亲安慰我不要担心，</w:t>
      </w:r>
      <w:r>
        <w:rPr>
          <w:rFonts w:ascii="宋体" w:eastAsia="宋体" w:hAnsi="宋体" w:cs="宋体"/>
          <w:color w:val="000000"/>
        </w:rPr>
        <w:t>“</w:t>
      </w:r>
      <w:r>
        <w:rPr>
          <w:rFonts w:ascii="楷体" w:eastAsia="楷体" w:hAnsi="楷体" w:cs="楷体"/>
          <w:color w:val="000000"/>
        </w:rPr>
        <w:t>有时，氧管会被石头压住，有时，压缩机会突然坏掉，有时湍急的水下漩涡会猛地卷来……每次都是命悬一线，像在鬼门关口走了一圈。</w:t>
      </w:r>
      <w:r>
        <w:rPr>
          <w:rFonts w:ascii="宋体" w:eastAsia="宋体" w:hAnsi="宋体" w:cs="宋体"/>
          <w:color w:val="000000"/>
        </w:rPr>
        <w:t>”</w:t>
      </w:r>
      <w:r>
        <w:rPr>
          <w:rFonts w:ascii="楷体" w:eastAsia="楷体" w:hAnsi="楷体" w:cs="楷体"/>
          <w:color w:val="000000"/>
        </w:rPr>
        <w:t>听着母亲的话，我觉得有万根钢针扎着自己的喉管。</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⑩那天，父亲总共才采上来了三块小胚玉石，但他却很高兴：</w:t>
      </w:r>
      <w:r>
        <w:rPr>
          <w:rFonts w:ascii="宋体" w:eastAsia="宋体" w:hAnsi="宋体" w:cs="宋体"/>
          <w:color w:val="000000"/>
        </w:rPr>
        <w:t>“</w:t>
      </w:r>
      <w:r>
        <w:rPr>
          <w:rFonts w:ascii="楷体" w:eastAsia="楷体" w:hAnsi="楷体" w:cs="楷体"/>
          <w:color w:val="000000"/>
        </w:rPr>
        <w:t>能卖三百多元，你半个月的生活费有着落了。</w:t>
      </w:r>
      <w:r>
        <w:rPr>
          <w:rFonts w:ascii="宋体" w:eastAsia="宋体" w:hAnsi="宋体" w:cs="宋体"/>
          <w:color w:val="000000"/>
        </w:rPr>
        <w:t>”</w:t>
      </w:r>
      <w:r>
        <w:rPr>
          <w:rFonts w:ascii="楷体" w:eastAsia="楷体" w:hAnsi="楷体" w:cs="楷体"/>
          <w:color w:val="000000"/>
        </w:rPr>
        <w:t>眼泪开始在我的眼眶里打转，我赶紧转过身去，不想给父亲看见。</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⑪返回时，河面上的风更大了，水流也更加湍急。我暗暗发誓，回校后一定要好好努力学习，要让父亲早点远离那些湍急、冰冷的深水流，远离一旦入水，生死全系在一根氧管上的高危环境。</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阅读文章，将下面的表格补充完整。</w:t>
      </w:r>
    </w:p>
    <w:tbl>
      <w:tblPr>
        <w:tblStyle w:val="TableNormal"/>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65"/>
        <w:gridCol w:w="865"/>
        <w:gridCol w:w="3812"/>
        <w:gridCol w:w="865"/>
        <w:gridCol w:w="3323"/>
      </w:tblGrid>
      <w:tr>
        <w:tblPrEx>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450"/>
        </w:trPr>
        <w:tc>
          <w:tcPr>
            <w:tcW w:w="10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段落</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第③④段</w:t>
            </w:r>
          </w:p>
        </w:tc>
        <w:tc>
          <w:tcPr>
            <w:tcW w:w="16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第⑤段</w:t>
            </w:r>
          </w:p>
        </w:tc>
        <w:tc>
          <w:tcPr>
            <w:tcW w:w="18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第⑥⑦段</w:t>
            </w:r>
          </w:p>
        </w:tc>
        <w:tc>
          <w:tcPr>
            <w:tcW w:w="19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第⑧⑨段</w:t>
            </w:r>
          </w:p>
        </w:tc>
      </w:tr>
      <w:tr>
        <w:tblPrEx>
          <w:tblW w:w="8265" w:type="dxa"/>
          <w:tblCellMar>
            <w:top w:w="120" w:type="dxa"/>
            <w:left w:w="120" w:type="dxa"/>
            <w:bottom w:w="120" w:type="dxa"/>
            <w:right w:w="120" w:type="dxa"/>
          </w:tblCellMar>
        </w:tblPrEx>
        <w:trPr>
          <w:cantSplit w:val="0"/>
          <w:trHeight w:val="1530"/>
        </w:trPr>
        <w:tc>
          <w:tcPr>
            <w:tcW w:w="10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情节概括</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①</w:t>
            </w:r>
          </w:p>
        </w:tc>
        <w:tc>
          <w:tcPr>
            <w:tcW w:w="16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父亲下水后，母亲看出“我”的担心，安慰“我”</w:t>
            </w:r>
          </w:p>
        </w:tc>
        <w:tc>
          <w:tcPr>
            <w:tcW w:w="18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②</w:t>
            </w:r>
          </w:p>
        </w:tc>
        <w:tc>
          <w:tcPr>
            <w:tcW w:w="19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父亲出水后再次下水，母亲再次安慰“我”</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选文第⑤段画线句子运用了哪些人物描写方法？有什么作用？</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结合语境，分析第③段和第⑦段中加点词语的表达效果。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21. </w:t>
      </w:r>
      <w:r>
        <w:rPr>
          <w:rFonts w:ascii="宋体" w:eastAsia="宋体" w:hAnsi="宋体" w:cs="宋体"/>
          <w:color w:val="000000"/>
        </w:rPr>
        <w:t>阅读全文，结合文章内容分析父亲的形象特点。</w:t>
      </w:r>
    </w:p>
    <w:p>
      <w:pPr>
        <w:spacing w:line="360" w:lineRule="auto"/>
        <w:textAlignment w:val="center"/>
        <w:rPr>
          <w:rFonts w:ascii="宋体" w:eastAsia="宋体" w:hAnsi="宋体" w:cs="宋体"/>
          <w:color w:val="000000"/>
        </w:rPr>
      </w:pPr>
      <w:r>
        <w:rPr>
          <w:color w:val="2E75B6"/>
        </w:rPr>
        <w:t>【答案】</w:t>
      </w:r>
      <w:r>
        <w:rPr>
          <w:color w:val="000000"/>
        </w:rPr>
        <w:t xml:space="preserve">18. </w:t>
      </w:r>
      <w:r>
        <w:rPr>
          <w:rFonts w:ascii="宋体" w:eastAsia="宋体" w:hAnsi="宋体" w:cs="宋体"/>
          <w:color w:val="000000"/>
        </w:rPr>
        <w:t>①父亲为下水采石做准备，叮嘱“我”注意求救暗号</w:t>
      </w:r>
    </w:p>
    <w:p>
      <w:pPr>
        <w:spacing w:line="360" w:lineRule="auto"/>
        <w:jc w:val="left"/>
        <w:textAlignment w:val="center"/>
        <w:rPr>
          <w:rFonts w:ascii="宋体" w:eastAsia="宋体" w:hAnsi="宋体" w:cs="宋体"/>
          <w:color w:val="000000"/>
        </w:rPr>
      </w:pPr>
      <w:r>
        <w:rPr>
          <w:rFonts w:ascii="宋体" w:eastAsia="宋体" w:hAnsi="宋体" w:cs="宋体"/>
          <w:color w:val="000000"/>
        </w:rPr>
        <w:t>②父亲在水下受伤，“我”拉父亲出水</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19. </w:t>
      </w:r>
      <w:r>
        <w:rPr>
          <w:rFonts w:ascii="宋体" w:eastAsia="宋体" w:hAnsi="宋体" w:cs="宋体"/>
          <w:color w:val="000000"/>
        </w:rPr>
        <w:t>运用了动作描写和神态描写，生动形象地写出了“我”担心父亲安危的紧张心理，表现了“我”对父亲的爱。</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20. </w:t>
      </w:r>
      <w:r>
        <w:rPr>
          <w:rFonts w:ascii="宋体" w:eastAsia="宋体" w:hAnsi="宋体" w:cs="宋体"/>
          <w:color w:val="000000"/>
        </w:rPr>
        <w:t>“单薄”写出父亲衣着的特点，表明父亲下水采石的条件非常艰苦；“熟练”写出母亲帮父亲处理伤口时动作的娴熟，表明父亲下水采石时经常受伤。</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21. </w:t>
      </w:r>
      <w:r>
        <w:rPr>
          <w:rFonts w:ascii="宋体" w:eastAsia="宋体" w:hAnsi="宋体" w:cs="宋体"/>
          <w:color w:val="000000"/>
        </w:rPr>
        <w:t>父亲疼爱儿子，为儿子不惜从事采石这一高危工作；工作专注认真；勇敢坚强。</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color w:val="000000"/>
        </w:rPr>
        <w:t>本题考查段落内容的概括。</w:t>
      </w:r>
    </w:p>
    <w:p>
      <w:pPr>
        <w:spacing w:line="360" w:lineRule="auto"/>
        <w:jc w:val="left"/>
        <w:textAlignment w:val="center"/>
        <w:rPr>
          <w:rFonts w:ascii="宋体" w:eastAsia="宋体" w:hAnsi="宋体" w:cs="宋体"/>
          <w:color w:val="000000"/>
        </w:rPr>
      </w:pPr>
      <w:r>
        <w:rPr>
          <w:color w:val="000000"/>
        </w:rPr>
        <w:t>第一空。结合第③</w:t>
      </w:r>
      <w:r>
        <w:rPr>
          <w:rFonts w:ascii="宋体" w:eastAsia="宋体" w:hAnsi="宋体" w:cs="宋体"/>
          <w:color w:val="000000"/>
        </w:rPr>
        <w:t>段中“到达河心后，父亲把船停了下来，换上单薄的泳衣，随后将一根长长的软塑料管接到一台简易空气压缩机上，再将另一端先在身上栓好，最后再将端口接到潜水面罩上”和第④段中“父亲对我交待道，‘这是求救暗号，表明我在水下出事了，必须得紧急出水’”，可概括为：父亲为下水采石做准备，叮嘱“我”注意求救暗号；</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第二空。结合第⑥段中“我使出浑身的劲，拼了命地朝上拉氧管”，第⑦段中“父亲终于露出了水面……父亲受伤了</w:t>
      </w:r>
      <w:r>
        <w:rPr>
          <w:rFonts w:ascii="Times New Roman" w:eastAsia="Times New Roman" w:hAnsi="Times New Roman" w:cs="Times New Roman"/>
          <w:color w:val="000000"/>
        </w:rPr>
        <w:t>——</w:t>
      </w:r>
      <w:r>
        <w:rPr>
          <w:rFonts w:ascii="宋体" w:eastAsia="宋体" w:hAnsi="宋体" w:cs="宋体"/>
          <w:color w:val="000000"/>
        </w:rPr>
        <w:t>腿上被划出了一个大口子”，可概括为：父亲在水下受伤，“我”拉父亲出水。</w:t>
      </w:r>
    </w:p>
    <w:p>
      <w:pPr>
        <w:spacing w:line="360" w:lineRule="auto"/>
        <w:jc w:val="left"/>
        <w:textAlignment w:val="center"/>
        <w:rPr>
          <w:color w:val="000000"/>
        </w:rPr>
      </w:pPr>
      <w:r>
        <w:rPr>
          <w:color w:val="000000"/>
        </w:rPr>
        <w:t>【19题详解】</w:t>
      </w:r>
    </w:p>
    <w:p>
      <w:pPr>
        <w:spacing w:line="360" w:lineRule="auto"/>
        <w:jc w:val="left"/>
        <w:textAlignment w:val="center"/>
        <w:rPr>
          <w:rFonts w:ascii="宋体" w:eastAsia="宋体" w:hAnsi="宋体" w:cs="宋体"/>
          <w:color w:val="000000"/>
        </w:rPr>
      </w:pPr>
      <w:r>
        <w:rPr>
          <w:color w:val="000000"/>
        </w:rPr>
        <w:t>本题考查人物描写方法的</w:t>
      </w:r>
      <w:r>
        <w:rPr>
          <w:rFonts w:ascii="宋体" w:eastAsia="宋体" w:hAnsi="宋体" w:cs="宋体"/>
          <w:color w:val="000000"/>
        </w:rPr>
        <w:t>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第⑤段中，“我用双手牢牢地握住氧管”是动作描写，“双眼紧紧盯着水面”是神态描写。结合上段中“父亲对我交待道，‘这是求救暗号，表明我在水下出事了，必须得紧急出水’”，可知“我”如此紧张是因为担心父亲在水下遇到危险，随时准备把父亲拉上水面来，表现了“我”对父亲的关心和爱。</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本题考查词语表达效果的分析。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第③段中，“到达河心后，父亲把船停了下来，换上单薄的泳衣”，是父亲下水时的衣着。结合第⑤段中“河面上的风很大、很冷，即使是穿着厚厚的羽绒服，我依然冷得瑟瑟发抖”，可知父亲在如此寒冷的天气里下水，穿的却是“单薄”的泳衣，可见采石的过程是非常艰苦的。</w:t>
      </w:r>
    </w:p>
    <w:p>
      <w:pPr>
        <w:spacing w:line="360" w:lineRule="auto"/>
        <w:jc w:val="left"/>
        <w:textAlignment w:val="center"/>
        <w:rPr>
          <w:rFonts w:ascii="宋体" w:eastAsia="宋体" w:hAnsi="宋体" w:cs="宋体"/>
          <w:color w:val="000000"/>
        </w:rPr>
      </w:pPr>
      <w:r>
        <w:rPr>
          <w:rFonts w:ascii="宋体" w:eastAsia="宋体" w:hAnsi="宋体" w:cs="宋体"/>
          <w:color w:val="000000"/>
        </w:rPr>
        <w:t>第⑦段中，“母亲熟练地从船底找出一卷纱布，父亲接到后，快速地将它绑在伤口上”，是母亲拿出纱布、父亲缠裹伤口的过程。结合第⑨段中“‘像这样的险情，你爸碰上过多次。’母亲安慰我不要担心”，可知父亲下水采石经常会受伤，因此母亲拿出纱布帮父亲处理伤口的动作已非常“熟练”。“熟练”一词从侧面表现了父亲下水采石的危险性是很大的。</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本题考查人物形象的分析。</w:t>
      </w:r>
    </w:p>
    <w:p>
      <w:pPr>
        <w:spacing w:line="360" w:lineRule="auto"/>
        <w:jc w:val="left"/>
        <w:textAlignment w:val="center"/>
        <w:rPr>
          <w:rFonts w:ascii="宋体" w:eastAsia="宋体" w:hAnsi="宋体" w:cs="宋体"/>
          <w:color w:val="000000"/>
        </w:rPr>
      </w:pPr>
      <w:r>
        <w:rPr>
          <w:color w:val="000000"/>
        </w:rPr>
        <w:t>结合第③段</w:t>
      </w:r>
      <w:r>
        <w:rPr>
          <w:rFonts w:ascii="宋体" w:eastAsia="宋体" w:hAnsi="宋体" w:cs="宋体"/>
          <w:color w:val="000000"/>
        </w:rPr>
        <w:t>中“红水河狭小，弯道多而水流湍急，是西江上最凶险的水域之一。但父亲似乎一点儿也不害怕，他全神贯注地驾驶着小船，朝最深的河心驶去。到达河心后，父亲把船停了下来，换上单薄的泳衣，随后将一根长长的软塑料管接到一台简易空气压缩机上，再将另一端先在身上栓好，最后再将端口接到潜水面罩上”，可知父亲工作专注认真；</w:t>
      </w:r>
    </w:p>
    <w:p>
      <w:pPr>
        <w:spacing w:line="360" w:lineRule="auto"/>
        <w:jc w:val="left"/>
        <w:textAlignment w:val="center"/>
        <w:rPr>
          <w:rFonts w:ascii="宋体" w:eastAsia="宋体" w:hAnsi="宋体" w:cs="宋体"/>
          <w:color w:val="000000"/>
        </w:rPr>
      </w:pPr>
      <w:r>
        <w:rPr>
          <w:rFonts w:ascii="宋体" w:eastAsia="宋体" w:hAnsi="宋体" w:cs="宋体"/>
          <w:color w:val="000000"/>
        </w:rPr>
        <w:t>结合第⑧段中“‘没事，儿子，我得在天黑之前，多采上来几块。’说完，父亲朝我挤出一丝笑容，然后又潜入水中，消失在我眼前”、第⑨段中“有时，氧管会被石头压住，有时，压缩机会突然坏掉，有时湍急的水下漩涡会猛地卷来……每次都是命悬一线，像在鬼门关口走了一圈”，可知父亲勇敢坚强；</w:t>
      </w:r>
    </w:p>
    <w:p>
      <w:pPr>
        <w:spacing w:line="360" w:lineRule="auto"/>
        <w:jc w:val="left"/>
        <w:textAlignment w:val="center"/>
        <w:rPr>
          <w:color w:val="000000"/>
        </w:rPr>
      </w:pPr>
      <w:r>
        <w:rPr>
          <w:rFonts w:ascii="宋体" w:eastAsia="宋体" w:hAnsi="宋体" w:cs="宋体"/>
          <w:color w:val="000000"/>
        </w:rPr>
        <w:t>结合第⑩段中“那天，父亲总共才采上来了三块小胚玉石，但他却很高兴：‘能卖三百多元，你半个月的生活费有着落了’”，可知</w:t>
      </w:r>
      <w:r>
        <w:rPr>
          <w:color w:val="000000"/>
        </w:rPr>
        <w:t>父亲疼爱儿子，为儿子不惜从事采石这一高危工作。</w:t>
      </w:r>
    </w:p>
    <w:p>
      <w:pPr>
        <w:pStyle w:val="Heading3"/>
      </w:pPr>
      <w:r>
        <w:t>首都师范大学附属中学（第一次月考）</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四、现代文阅读</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阅读下面的文章，完成问题。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父亲的肖像</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迟子建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记忆中最寒冷的冬日，是</w:t>
      </w:r>
      <w:r>
        <w:rPr>
          <w:rFonts w:eastAsia="楷体" w:cs="楷体" w:ascii="楷体" w:hAnsi="楷体"/>
          <w:color w:val="000000"/>
        </w:rPr>
        <w:t>1986</w:t>
      </w:r>
      <w:r>
        <w:rPr>
          <w:rFonts w:ascii="楷体" w:hAnsi="楷体" w:cs="楷体" w:eastAsia="楷体"/>
          <w:color w:val="000000"/>
        </w:rPr>
        <w:t>年腊月，年仅</w:t>
      </w:r>
      <w:r>
        <w:rPr>
          <w:rFonts w:eastAsia="楷体" w:cs="楷体" w:ascii="楷体" w:hAnsi="楷体"/>
          <w:color w:val="000000"/>
        </w:rPr>
        <w:t>49</w:t>
      </w:r>
      <w:r>
        <w:rPr>
          <w:rFonts w:ascii="楷体" w:hAnsi="楷体" w:cs="楷体" w:eastAsia="楷体"/>
          <w:color w:val="000000"/>
        </w:rPr>
        <w:t>岁的父亲突发疾病，我甚至想父亲是不是在跟我们捉个生命的迷藏，冬眠了呢？而次年春天山林中的一切都苏醒了，他却还沉沉地睡着。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父亲的墓在故乡的山下，离他工作一生的山镇学校很近。无论冬夏，四周森林里鸟语不绝，总有回音。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父亲走了三十二年，他的影子从未从我们梦里消失。他盛年离世，留给我们的形象，永是那样儒雅潇洒，从无老态。父亲过世后，我来哈尔滨工作，去探望曾抚养过父亲几年的四爷爷。他一见我，也不顾我是女孩家，扯着一条白毛巾，失望地擦着泪：“你不随你爸啊，你爸小时长得那个好看！你爸找的你妈，是一般人啊！”四爷爷记忆中的父亲一直停留在不到二十岁的模样，那年父亲自愿报名去建设大兴安岭，再也没回过哈尔滨。我将这话转给母亲，她听了直撇嘴，要知她年轻时算是美人呢，而姐姐弟弟则调侃说：“咱家还数你好看呢，四爷爷要是见了我们，不得哭晕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但不久前我突然接到故乡一封来信，说明父亲在别人眼里是其貌不扬的。写信者是父亲的生前同事，说是见到了父亲的几位学生，很有意义，就整理给我。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其中一位回忆说，他</w:t>
      </w:r>
      <w:r>
        <w:rPr>
          <w:rFonts w:eastAsia="楷体" w:cs="楷体" w:ascii="楷体" w:hAnsi="楷体"/>
          <w:color w:val="000000"/>
        </w:rPr>
        <w:t>10</w:t>
      </w:r>
      <w:r>
        <w:rPr>
          <w:rFonts w:ascii="楷体" w:hAnsi="楷体" w:cs="楷体" w:eastAsia="楷体"/>
          <w:color w:val="000000"/>
        </w:rPr>
        <w:t>岁随家人来大兴安岭永安时，这里还没学校。</w:t>
      </w:r>
      <w:r>
        <w:rPr>
          <w:rFonts w:eastAsia="楷体" w:cs="楷体" w:ascii="楷体" w:hAnsi="楷体"/>
          <w:color w:val="000000"/>
        </w:rPr>
        <w:t>1966</w:t>
      </w:r>
      <w:r>
        <w:rPr>
          <w:rFonts w:ascii="楷体" w:hAnsi="楷体" w:cs="楷体" w:eastAsia="楷体"/>
          <w:color w:val="000000"/>
        </w:rPr>
        <w:t>年新学校开建，他满心欢喜，每天都跑去看。领着工人建校的校长姓迟，</w:t>
      </w:r>
      <w:r>
        <w:rPr>
          <w:rFonts w:ascii="楷体" w:hAnsi="楷体" w:cs="楷体" w:eastAsia="楷体"/>
          <w:color w:val="000000"/>
          <w:u w:val="single"/>
        </w:rPr>
        <w:t>一个瘦弱的小伙子，个不高，面貌寻常，举着土坯垒墙，满脸流汗，灰头土脸</w:t>
      </w:r>
      <w:r>
        <w:rPr>
          <w:rFonts w:ascii="楷体" w:hAnsi="楷体" w:cs="楷体" w:eastAsia="楷体"/>
          <w:color w:val="000000"/>
        </w:rPr>
        <w:t>。而最终落成的茅草苫顶的土教室，课桌也是土坯垒的，粗糙不堪，椅子则是用原木锯成的木墩。那时没有本子，每人发块石板，用粉笔写字。身为校长的父亲，一人教好几门课。</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母亲证实的确如此。父亲从哈尔滨高中毕业，是当年大兴安岭的人才了，所以一个人得兼多门课。建校时我才两岁，记忆还没发芽呢。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还有一位回忆到，一次父亲带学生去扫墓，忽然间天昏地暗，人被狂风吹得站不稳，父亲连忙让学生趴倒在地，父亲吓坏了，一会儿看看这个的脸，生怕被暴风雪伤着了。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这个事情虽然感人，但老实说，我对此毫无记忆。一看年份，已被母亲从永安送到漠河乡的姥姥家，自然不知。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能和记忆重叠上的是信尾一件事，说是第一届小学生毕业时，父亲从家里端了一盆新蒸的土豆和新炒的黄豆，嚼着黄豆，开着毕业式。这确实是父亲的风格。父亲喜欢把家中吃食拿给别人，她参加工作后，有一天突然回家，灶台前却蹲着三个陌生的小家伙，一人捧一个饭碗，灶台上是一盘炒鸡蛋，是我们平素都舍不得吃的。父亲这是看三个新来的孩子肚里没油水，我和弟弟跑出去疯玩，在家偷着做给他们吃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父亲的善心和慷慨，本是人性的阳光，但投射回来的，有时却是阴霾。他欣赏人才，有一年从教育局要来一位大学毕业生，因为还没建宿舍，就让这位新教师携着家眷，在我们家一住两年，吃一锅饭却分文不要。其后学校规模扩大，大学毕业来当老师的不止一个了，有一次，这位老师刚涨过工资，父亲就把仅有的一个调资指标给了另一位大学毕业的老师，他就去找父亲大闹，之前的恩义一笔勾销了。父亲自此很难过，常说有的知识分子真难交，你对他一百个好，只要一次不顺他意，你就成了他的敌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父亲做了二十年山镇学校的校长，直到辞世。我在永安学校读的小学和初中，也在大兴安岭师范毕业后，那时土教室早被红砖瓦教室取代了。我最初学写小说的时候，悄悄告诉给他</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我记得父亲最沮丧的是，有户人家多子多女，父母只派两三个去上学。父亲几次三番上门劝，有几个识数认字的就够了。父亲许诺减免学杂费，他们依然不允。以致后来看见父亲远远过来了，曾想让能来上学的回家教兄弟姐妹，可他们没一个好成绩的。父亲每每说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我很感激这封故乡的来信，唤醒我对往事的一些回忆，帮我勾勒了父亲肖像的另一侧面。如今永安学校不复存在，但校址还在，我们家半塌的老宅还在。我很担心父亲的灵魂出游时，对着空荡荡的校舍会伤感，怎么不闻读书声了呢？看见我家荒草萋萋的老院也会伤感，家里的烟囱咋不冒烟了呢？</w:t>
      </w:r>
    </w:p>
    <w:p>
      <w:pPr>
        <w:pStyle w:val="Normal"/>
        <w:spacing w:lineRule="auto" w:line="360"/>
        <w:ind w:firstLine="420" w:end="0"/>
        <w:jc w:val="start"/>
        <w:textAlignment w:val="center"/>
        <w:rPr>
          <w:rFonts w:ascii="楷体" w:hAnsi="楷体" w:eastAsia="楷体" w:cs="楷体"/>
          <w:color w:val="000000"/>
          <w:u w:val="single"/>
        </w:rPr>
      </w:pPr>
      <w:r>
        <w:rPr>
          <w:rFonts w:eastAsia="楷体" w:cs="楷体" w:ascii="楷体" w:hAnsi="楷体"/>
          <w:color w:val="000000"/>
          <w:u w:val="single"/>
        </w:rPr>
        <w:t>⑭</w:t>
      </w:r>
      <w:r>
        <w:rPr>
          <w:rFonts w:ascii="楷体" w:hAnsi="楷体" w:cs="楷体" w:eastAsia="楷体"/>
          <w:color w:val="000000"/>
          <w:u w:val="single"/>
        </w:rPr>
        <w:t>父亲的春天已经远逝，他不再醒来。</w:t>
      </w:r>
    </w:p>
    <w:p>
      <w:pPr>
        <w:pStyle w:val="Normal"/>
        <w:spacing w:lineRule="auto" w:line="360"/>
        <w:jc w:val="end"/>
        <w:textAlignment w:val="center"/>
        <w:rPr>
          <w:rFonts w:ascii="宋体;SimSun" w:hAnsi="宋体;SimSun" w:eastAsia="宋体;SimSun" w:cs="宋体;SimSun"/>
          <w:color w:val="000000"/>
        </w:rPr>
      </w:pPr>
      <w:r>
        <w:rPr>
          <w:rFonts w:ascii="宋体;SimSun" w:hAnsi="宋体;SimSun" w:cs="宋体;SimSun" w:eastAsia="宋体;SimSun"/>
          <w:color w:val="000000"/>
        </w:rPr>
        <w:t>（选自</w:t>
      </w:r>
      <w:r>
        <w:rPr>
          <w:rFonts w:eastAsia="宋体;SimSun" w:cs="宋体;SimSun" w:ascii="宋体;SimSun" w:hAnsi="宋体;SimSun"/>
          <w:color w:val="000000"/>
        </w:rPr>
        <w:t>2018</w:t>
      </w:r>
      <w:r>
        <w:rPr>
          <w:rFonts w:ascii="宋体;SimSun" w:hAnsi="宋体;SimSun" w:cs="宋体;SimSun" w:eastAsia="宋体;SimSun"/>
          <w:color w:val="000000"/>
        </w:rPr>
        <w:t>年</w:t>
      </w:r>
      <w:r>
        <w:rPr>
          <w:rFonts w:eastAsia="宋体;SimSun" w:cs="宋体;SimSun" w:ascii="宋体;SimSun" w:hAnsi="宋体;SimSun"/>
          <w:color w:val="000000"/>
        </w:rPr>
        <w:t>10</w:t>
      </w:r>
      <w:r>
        <w:rPr>
          <w:rFonts w:ascii="宋体;SimSun" w:hAnsi="宋体;SimSun" w:cs="宋体;SimSun" w:eastAsia="宋体;SimSun"/>
          <w:color w:val="000000"/>
        </w:rPr>
        <w:t>月</w:t>
      </w:r>
      <w:r>
        <w:rPr>
          <w:rFonts w:eastAsia="宋体;SimSun" w:cs="宋体;SimSun" w:ascii="宋体;SimSun" w:hAnsi="宋体;SimSun"/>
          <w:color w:val="000000"/>
        </w:rPr>
        <w:t>9</w:t>
      </w:r>
      <w:r>
        <w:rPr>
          <w:rFonts w:ascii="宋体;SimSun" w:hAnsi="宋体;SimSun" w:cs="宋体;SimSun" w:eastAsia="宋体;SimSun"/>
          <w:color w:val="000000"/>
        </w:rPr>
        <w:t>日《新民晚报》，有删改）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12. </w:t>
      </w:r>
      <w:r>
        <w:rPr>
          <w:rFonts w:ascii="宋体;SimSun" w:hAnsi="宋体;SimSun" w:cs="宋体;SimSun" w:eastAsia="宋体;SimSun"/>
          <w:color w:val="000000"/>
        </w:rPr>
        <w:t>阅读文章，梳理故乡来信中学生的回忆，概括父亲的形象特点。</w:t>
      </w:r>
    </w:p>
    <w:tbl>
      <w:tblPr>
        <w:tblW w:w="8515" w:type="dxa"/>
        <w:jc w:val="start"/>
        <w:tblInd w:w="0" w:type="dxa"/>
        <w:tblLayout w:type="fixed"/>
        <w:tblCellMar>
          <w:top w:w="75" w:type="dxa"/>
          <w:start w:w="120" w:type="dxa"/>
          <w:bottom w:w="75" w:type="dxa"/>
          <w:end w:w="120" w:type="dxa"/>
        </w:tblCellMar>
      </w:tblPr>
      <w:tblGrid>
        <w:gridCol w:w="6024"/>
        <w:gridCol w:w="2491"/>
      </w:tblGrid>
      <w:tr>
        <w:trPr>
          <w:trHeight w:val="330" w:hRule="atLeast"/>
        </w:trPr>
        <w:tc>
          <w:tcPr>
            <w:tcW w:w="60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eastAsia="宋体;SimSun"/>
                <w:color w:val="000000"/>
                <w:kern w:val="2"/>
                <w:sz w:val="21"/>
                <w:szCs w:val="24"/>
                <w:lang w:bidi="ar-SA"/>
              </w:rPr>
              <w:t>学生回忆</w:t>
            </w:r>
          </w:p>
        </w:tc>
        <w:tc>
          <w:tcPr>
            <w:tcW w:w="249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eastAsia="宋体;SimSun"/>
                <w:color w:val="000000"/>
                <w:kern w:val="2"/>
                <w:sz w:val="21"/>
                <w:szCs w:val="24"/>
                <w:lang w:bidi="ar-SA"/>
              </w:rPr>
              <w:t>父亲形象</w:t>
            </w:r>
          </w:p>
        </w:tc>
      </w:tr>
      <w:tr>
        <w:trPr>
          <w:trHeight w:val="330" w:hRule="atLeast"/>
        </w:trPr>
        <w:tc>
          <w:tcPr>
            <w:tcW w:w="60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_________________</w:t>
            </w:r>
            <w:r>
              <w:rPr>
                <w:rFonts w:ascii="宋体;SimSun" w:hAnsi="宋体;SimSun" w:cs="宋体;SimSun" w:eastAsia="宋体;SimSun"/>
                <w:color w:val="000000"/>
                <w:kern w:val="2"/>
                <w:sz w:val="21"/>
                <w:szCs w:val="24"/>
                <w:lang w:bidi="ar-SA"/>
              </w:rPr>
              <w:t>。</w:t>
            </w:r>
          </w:p>
        </w:tc>
        <w:tc>
          <w:tcPr>
            <w:tcW w:w="249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eastAsia="宋体;SimSun"/>
                <w:color w:val="000000"/>
                <w:kern w:val="2"/>
                <w:sz w:val="21"/>
                <w:szCs w:val="24"/>
                <w:lang w:bidi="ar-SA"/>
              </w:rPr>
              <w:t>不辞辛苦</w:t>
            </w:r>
          </w:p>
        </w:tc>
      </w:tr>
      <w:tr>
        <w:trPr>
          <w:trHeight w:val="330" w:hRule="atLeast"/>
        </w:trPr>
        <w:tc>
          <w:tcPr>
            <w:tcW w:w="60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eastAsia="宋体;SimSun"/>
                <w:color w:val="000000"/>
                <w:kern w:val="2"/>
                <w:sz w:val="21"/>
                <w:szCs w:val="24"/>
                <w:lang w:bidi="ar-SA"/>
              </w:rPr>
              <w:t>身为校长的父亲，一个人教好几门课。</w:t>
            </w:r>
          </w:p>
        </w:tc>
        <w:tc>
          <w:tcPr>
            <w:tcW w:w="249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___________</w:t>
            </w:r>
            <w:r>
              <w:rPr>
                <w:rFonts w:ascii="宋体;SimSun" w:hAnsi="宋体;SimSun" w:cs="宋体;SimSun" w:eastAsia="宋体;SimSun"/>
                <w:color w:val="000000"/>
                <w:kern w:val="2"/>
                <w:sz w:val="21"/>
                <w:szCs w:val="24"/>
                <w:lang w:bidi="ar-SA"/>
              </w:rPr>
              <w:t>。</w:t>
            </w:r>
          </w:p>
        </w:tc>
      </w:tr>
      <w:tr>
        <w:trPr>
          <w:trHeight w:val="330" w:hRule="atLeast"/>
        </w:trPr>
        <w:tc>
          <w:tcPr>
            <w:tcW w:w="60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________________</w:t>
            </w:r>
            <w:r>
              <w:rPr>
                <w:rFonts w:ascii="宋体;SimSun" w:hAnsi="宋体;SimSun" w:cs="宋体;SimSun" w:eastAsia="宋体;SimSun"/>
                <w:color w:val="000000"/>
                <w:kern w:val="2"/>
                <w:sz w:val="21"/>
                <w:szCs w:val="24"/>
                <w:lang w:bidi="ar-SA"/>
              </w:rPr>
              <w:t>。</w:t>
            </w:r>
          </w:p>
        </w:tc>
        <w:tc>
          <w:tcPr>
            <w:tcW w:w="249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eastAsia="宋体;SimSun"/>
                <w:color w:val="000000"/>
                <w:kern w:val="2"/>
                <w:sz w:val="21"/>
                <w:szCs w:val="24"/>
                <w:lang w:bidi="ar-SA"/>
              </w:rPr>
              <w:t>关爱学生</w:t>
            </w:r>
          </w:p>
        </w:tc>
      </w:tr>
      <w:tr>
        <w:trPr>
          <w:trHeight w:val="330" w:hRule="atLeast"/>
        </w:trPr>
        <w:tc>
          <w:tcPr>
            <w:tcW w:w="602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eastAsia="宋体;SimSun"/>
                <w:color w:val="000000"/>
                <w:kern w:val="2"/>
                <w:sz w:val="21"/>
                <w:szCs w:val="24"/>
                <w:lang w:bidi="ar-SA"/>
              </w:rPr>
              <w:t>父亲从家里端了土豆和黄豆，师生们吃着开着毕业式。</w:t>
            </w:r>
          </w:p>
        </w:tc>
        <w:tc>
          <w:tcPr>
            <w:tcW w:w="2491"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Style w:val="DefaultParagraphFont"/>
                <w:rFonts w:ascii="宋体;SimSun" w:hAnsi="宋体;SimSun" w:eastAsia="宋体;SimSun" w:cs="宋体;SimSun"/>
                <w:color w:val="000000"/>
                <w:kern w:val="2"/>
                <w:sz w:val="21"/>
                <w:szCs w:val="24"/>
                <w:lang w:bidi="ar-SA"/>
              </w:rPr>
            </w:pPr>
            <w:r>
              <w:rPr>
                <w:rFonts w:eastAsia="宋体;SimSun" w:cs="宋体;SimSun" w:ascii="宋体;SimSun" w:hAnsi="宋体;SimSun"/>
                <w:color w:val="000000"/>
                <w:kern w:val="2"/>
                <w:sz w:val="21"/>
                <w:szCs w:val="24"/>
                <w:lang w:bidi="ar-SA"/>
              </w:rPr>
              <w:t>___________</w:t>
            </w:r>
            <w:r>
              <w:rPr>
                <w:rFonts w:ascii="宋体;SimSun" w:hAnsi="宋体;SimSun" w:cs="宋体;SimSun" w:eastAsia="宋体;SimSun"/>
                <w:color w:val="000000"/>
                <w:kern w:val="2"/>
                <w:sz w:val="21"/>
                <w:szCs w:val="24"/>
                <w:lang w:bidi="ar-SA"/>
              </w:rPr>
              <w:t>。</w:t>
            </w:r>
          </w:p>
        </w:tc>
      </w:tr>
    </w:tbl>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13. </w:t>
      </w:r>
      <w:r>
        <w:rPr>
          <w:rFonts w:ascii="宋体;SimSun" w:hAnsi="宋体;SimSun" w:cs="宋体;SimSun" w:eastAsia="宋体;SimSun"/>
          <w:color w:val="000000"/>
        </w:rPr>
        <w:t>请从下面①②小题中任选一题，按要求作答。</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eastAsia="宋体;SimSun"/>
          <w:color w:val="000000"/>
        </w:rPr>
        <w:t>从</w:t>
      </w:r>
      <w:r>
        <w:rPr>
          <w:rFonts w:ascii="宋体;SimSun" w:hAnsi="宋体;SimSun" w:cs="宋体;SimSun" w:eastAsia="宋体;SimSun"/>
          <w:color w:val="000000"/>
          <w:em w:val="underDot"/>
        </w:rPr>
        <w:t>人物描写方法</w:t>
      </w:r>
      <w:r>
        <w:rPr>
          <w:rFonts w:ascii="宋体;SimSun" w:hAnsi="宋体;SimSun" w:cs="宋体;SimSun" w:eastAsia="宋体;SimSun"/>
          <w:color w:val="000000"/>
        </w:rPr>
        <w:t>的角度，赏析第⑤段画线句。</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一个瘦弱的小伙子，个子不高，面貌寻常，满脸流汗，灰头土脸的。</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eastAsia="宋体;SimSun"/>
          <w:color w:val="000000"/>
        </w:rPr>
        <w:t>结合语境，赏析第⑩段中加点词语。</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父亲的善心和慷慨，本是人性的阳光，但投射回来的，有时却是</w:t>
      </w:r>
      <w:r>
        <w:rPr>
          <w:rFonts w:ascii="宋体;SimSun" w:hAnsi="宋体;SimSun" w:cs="宋体;SimSun" w:eastAsia="宋体;SimSun"/>
          <w:color w:val="000000"/>
          <w:em w:val="underDot"/>
        </w:rPr>
        <w:t>阴霾</w: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14. </w:t>
      </w:r>
      <w:r>
        <w:rPr>
          <w:rFonts w:ascii="宋体;SimSun" w:hAnsi="宋体;SimSun" w:cs="宋体;SimSun" w:eastAsia="宋体;SimSun"/>
          <w:color w:val="000000"/>
        </w:rPr>
        <w:t>请结合文章内容，谈谈你对第⑭段画线句“父亲的春天已经远逝，他不再醒来”的理解。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12.     ①. </w:t>
      </w:r>
      <w:r>
        <w:rPr>
          <w:rFonts w:ascii="宋体;SimSun" w:hAnsi="宋体;SimSun" w:cs="宋体;SimSun" w:eastAsia="宋体;SimSun"/>
          <w:color w:val="000000"/>
        </w:rPr>
        <w:t>父亲领着工人建校，和工人一起举着土坯垒墙</w:t>
      </w:r>
      <w:r>
        <w:rPr>
          <w:color w:val="000000"/>
        </w:rPr>
        <w:t xml:space="preserve">    ②</w:t>
      </w:r>
      <w:r>
        <w:rPr>
          <w:color w:val="000000"/>
        </w:rPr>
        <w:t xml:space="preserve">. </w:t>
      </w:r>
      <w:r>
        <w:rPr>
          <w:rFonts w:ascii="宋体;SimSun" w:hAnsi="宋体;SimSun" w:cs="宋体;SimSun" w:eastAsia="宋体;SimSun"/>
          <w:color w:val="000000"/>
        </w:rPr>
        <w:t>才能出众</w:t>
      </w:r>
      <w:r>
        <w:rPr>
          <w:rFonts w:eastAsia="宋体;SimSun" w:cs="宋体;SimSun" w:ascii="宋体;SimSun" w:hAnsi="宋体;SimSun"/>
          <w:color w:val="000000"/>
        </w:rPr>
        <w:t>(</w:t>
      </w:r>
      <w:r>
        <w:rPr>
          <w:rFonts w:ascii="宋体;SimSun" w:hAnsi="宋体;SimSun" w:cs="宋体;SimSun" w:eastAsia="宋体;SimSun"/>
          <w:color w:val="000000"/>
        </w:rPr>
        <w:t>多才多艺</w:t>
      </w:r>
      <w:r>
        <w:rPr>
          <w:rFonts w:eastAsia="宋体;SimSun" w:cs="宋体;SimSun" w:ascii="宋体;SimSun" w:hAnsi="宋体;SimSun"/>
          <w:color w:val="000000"/>
        </w:rPr>
        <w:t>)</w:t>
      </w:r>
      <w:r>
        <w:rPr>
          <w:color w:val="000000"/>
        </w:rPr>
        <w:t xml:space="preserve">    ③. </w:t>
      </w:r>
      <w:r>
        <w:rPr>
          <w:rFonts w:ascii="宋体;SimSun" w:hAnsi="宋体;SimSun" w:cs="宋体;SimSun" w:eastAsia="宋体;SimSun"/>
          <w:color w:val="000000"/>
        </w:rPr>
        <w:t>父亲尽力保护学生安全</w:t>
      </w:r>
      <w:r>
        <w:rPr>
          <w:color w:val="000000"/>
        </w:rPr>
        <w:t xml:space="preserve">    ④</w:t>
      </w:r>
      <w:r>
        <w:rPr>
          <w:color w:val="000000"/>
        </w:rPr>
        <w:t xml:space="preserve">. </w:t>
      </w:r>
      <w:r>
        <w:rPr>
          <w:rFonts w:ascii="宋体;SimSun" w:hAnsi="宋体;SimSun" w:cs="宋体;SimSun" w:eastAsia="宋体;SimSun"/>
          <w:color w:val="000000"/>
        </w:rPr>
        <w:t>爱学生</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13. </w:t>
      </w:r>
      <w:r>
        <w:rPr>
          <w:rFonts w:ascii="宋体;SimSun" w:hAnsi="宋体;SimSun" w:cs="宋体;SimSun" w:eastAsia="宋体;SimSun"/>
          <w:color w:val="000000"/>
        </w:rPr>
        <w:t>示例：①这是人物的外貌（神态）描写。通过对父亲的“瘦弱”、“面貌寻常”、“满脸流汗”，生动形象地表现了父亲一心建校，证实了“父亲在别人眼里是其貌不扬的”。②阴霾，天气阴晦，这里指心灵上的阴影，因没满足调资要求而反目成仇。“阴霾”一词生动写出了这件事对父亲的影响。</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14. </w:t>
      </w:r>
      <w:r>
        <w:rPr>
          <w:rFonts w:ascii="宋体;SimSun" w:hAnsi="宋体;SimSun" w:cs="宋体;SimSun" w:eastAsia="宋体;SimSun"/>
          <w:color w:val="000000"/>
        </w:rPr>
        <w:t>父亲已经去世多年，他为之付出一生心血，如他生命</w:t>
      </w:r>
      <w:r>
        <w:rPr>
          <w:rFonts w:ascii="宋体;SimSun" w:hAnsi="宋体;SimSun" w:cs="宋体;SimSun" w:eastAsia="宋体;SimSun"/>
          <w:color w:val="000000"/>
        </w:rPr>
        <w:drawing>
          <wp:inline distT="0" distB="0" distL="0" distR="0">
            <wp:extent cx="133350" cy="177800"/>
            <wp:effectExtent l="0" t="0" r="0" b="0"/>
            <wp:docPr id="1425" name="Image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Image155"/>
                    <pic:cNvPicPr>
                      <a:picLocks noChangeAspect="1" noChangeArrowheads="1"/>
                    </pic:cNvPicPr>
                  </pic:nvPicPr>
                  <pic:blipFill>
                    <a:blip r:embed="rId57"/>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eastAsia="宋体;SimSun"/>
          <w:color w:val="000000"/>
        </w:rPr>
        <w:t>春天一般逝去。作者不愿父亲看到这令人伤感的一幕，表达了对学校被废弃的惋惜和对父亲的深切怀念。</w:t>
      </w:r>
    </w:p>
    <w:p>
      <w:pPr>
        <w:pStyle w:val="Normal"/>
        <w:spacing w:lineRule="auto" w:line="360"/>
        <w:textAlignment w:val="center"/>
        <w:rPr>
          <w:color w:val="000000"/>
        </w:rPr>
      </w:pPr>
      <w:r>
        <w:rPr>
          <w:color w:val="2E75B6"/>
        </w:rPr>
        <w:t>【解析】</w:t>
      </w:r>
    </w:p>
    <w:p>
      <w:pPr>
        <w:pStyle w:val="Normal"/>
        <w:spacing w:lineRule="auto" w:line="360"/>
        <w:textAlignment w:val="center"/>
        <w:rPr>
          <w:rFonts w:ascii="宋体;SimSun" w:hAnsi="宋体;SimSun" w:eastAsia="宋体;SimSun" w:cs="宋体;SimSun"/>
          <w:color w:val="000000"/>
        </w:rPr>
      </w:pPr>
      <w:r>
        <w:rPr>
          <w:color w:val="000000"/>
        </w:rPr>
        <w:t>【详解】</w:t>
      </w:r>
      <w:r>
        <w:rPr>
          <w:rFonts w:eastAsia="Times New Roman" w:cs="Times New Roman"/>
          <w:color w:val="000000"/>
        </w:rPr>
        <w:t>1.</w:t>
      </w:r>
      <w:r>
        <w:rPr>
          <w:rFonts w:ascii="宋体;SimSun" w:hAnsi="宋体;SimSun" w:cs="宋体;SimSun" w:eastAsia="宋体;SimSun"/>
          <w:color w:val="000000"/>
        </w:rPr>
        <w:t>本题考查对文本內容的概括。</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第①空：根据第⑤段中的“领着工人建校的校长姓迟，一个瘦弱的小伙子，个不高，面貌寻常，和工人一起光着膀子举着土坯垒墙，满脸流汗，灰头土的”可概括为：父亲领着工人建校，和工人一起举着土坯垒墙。</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第②空：根据第六段中的“父亲从哈尔滨高中毕业，是当年大兴安岭的人才了，所以一个人得兼多门课”可得：才能出众</w:t>
      </w:r>
      <w:r>
        <w:rPr>
          <w:rFonts w:eastAsia="宋体;SimSun" w:cs="宋体;SimSun" w:ascii="宋体;SimSun" w:hAnsi="宋体;SimSun"/>
          <w:color w:val="000000"/>
        </w:rPr>
        <w:t>(</w:t>
      </w:r>
      <w:r>
        <w:rPr>
          <w:rFonts w:ascii="宋体;SimSun" w:hAnsi="宋体;SimSun" w:cs="宋体;SimSun" w:eastAsia="宋体;SimSun"/>
          <w:color w:val="000000"/>
        </w:rPr>
        <w:t>多才多艺</w:t>
      </w:r>
      <w:r>
        <w:rPr>
          <w:rFonts w:eastAsia="宋体;SimSun" w:cs="宋体;SimSun" w:ascii="宋体;SimSun" w:hAnsi="宋体;SimSun"/>
          <w:color w:val="000000"/>
        </w:rPr>
        <w:t>)</w: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第③空：根据第七段中的“一次父亲带学生去扫墓，忽然间天昏地暗，暴雪袭来，人被狂风吹得站不稳，父亲连忙让学生趴倒在地，再将他们一个个拖到桥洞。待暴风雪止息，父亲吓坏了，一会儿看看这个的脸，一会儿摸摸那个的头，生怕被暴风雪伤着了”可概括为：扫墓途中遇到暴风雪，父亲尽力保护学生安全。</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第④空：根据第九段中的“这确实是父亲的风格。父亲喜欢把家中吃食拿给别人，也常把他喜欢的孩子带到我们家吃饭”可得：爱学生、慷慨无私、平易近人。意近即可。</w:t>
      </w:r>
    </w:p>
    <w:p>
      <w:pPr>
        <w:pStyle w:val="Normal"/>
        <w:spacing w:lineRule="auto" w:line="360"/>
        <w:jc w:val="start"/>
        <w:textAlignment w:val="center"/>
        <w:rPr>
          <w:rFonts w:ascii="宋体;SimSun" w:hAnsi="宋体;SimSun" w:eastAsia="宋体;SimSun" w:cs="宋体;SimSun"/>
          <w:color w:val="000000"/>
        </w:rPr>
      </w:pPr>
      <w:r>
        <w:rPr>
          <w:rFonts w:eastAsia="Times New Roman" w:cs="Times New Roman"/>
          <w:color w:val="000000"/>
        </w:rPr>
        <w:t>2.</w:t>
      </w:r>
      <w:r>
        <w:rPr>
          <w:rFonts w:ascii="宋体;SimSun" w:hAnsi="宋体;SimSun" w:cs="宋体;SimSun" w:eastAsia="宋体;SimSun"/>
          <w:color w:val="000000"/>
        </w:rPr>
        <w:t>本题考查句子赏析。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eastAsia="宋体;SimSun"/>
          <w:color w:val="000000"/>
        </w:rPr>
        <w:t>从人物描写的角度赏析句子。分析人物形象时，我们可以抓住人物的外貌、动作、心理、神态、语言等，然后分析其在文中的表达效果。句中通过“瘦弱”“个子不高”“面貌寻常”“光着膀子”“满脸流汗”“灰头土脸”等外貌（神态）描写，能够表现父亲一心建校、不辞辛苦的特点，证实了“父亲在别人眼里是其貌不扬的”。</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eastAsia="宋体;SimSun"/>
          <w:color w:val="000000"/>
        </w:rPr>
        <w:t>结合语境赏析词语。“阴霾”的本义是天气阴晦、昏暗，这里指心灵上的阴影。根据第⑩段，我们可以找到曾携着家眷在我家白吃白住两年的老师，因没满足调资要求而反目成仇，“之前的恩义一笔勾销了”，“父亲自此很难过”。作者运用“阴霾”这个词可以写出这件事对父亲的影响，从而表现了父亲的善良以及操持校务的艰难。注意分析词语含义题时要分析词语表现出人物特点。</w:t>
      </w:r>
    </w:p>
    <w:p>
      <w:pPr>
        <w:pStyle w:val="Normal"/>
        <w:spacing w:lineRule="auto" w:line="360"/>
        <w:jc w:val="start"/>
        <w:textAlignment w:val="center"/>
        <w:rPr>
          <w:rFonts w:ascii="宋体;SimSun" w:hAnsi="宋体;SimSun" w:eastAsia="宋体;SimSun" w:cs="宋体;SimSun"/>
          <w:color w:val="000000"/>
        </w:rPr>
      </w:pPr>
      <w:r>
        <w:rPr>
          <w:rFonts w:eastAsia="Times New Roman" w:cs="Times New Roman"/>
          <w:color w:val="000000"/>
        </w:rPr>
        <w:t>3.</w:t>
      </w:r>
      <w:r>
        <w:rPr>
          <w:rFonts w:ascii="宋体;SimSun" w:hAnsi="宋体;SimSun" w:cs="宋体;SimSun" w:eastAsia="宋体;SimSun"/>
          <w:color w:val="000000"/>
        </w:rPr>
        <w:t>本题考查句子含义的理解分析。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结合第⑬段“如今永安学校不复存在，但校址还在，我们家半塌的老宅还在。我很担心父亲的灵魂出游时，对着空荡荡的校舍会伤感，怎么不闻读书声了呢？看见我家荒草萋萋的老院也会伤感，家里的烟囱咋不冒烟了呢”，我们可以总结，父亲已经去世多年，他为之付出一生心血、灌注了全部青春与梦想的学校也被废弃，如他生命的春天一般逝去，无法再回来。作者不愿父亲看到这令人伤感的一幕，惟愿他在地下安息，表达了对学校被废弃的惋惜和对父亲的深切怀念。分析句子注意结合关键词，注意语言表达。</w:t>
      </w:r>
    </w:p>
    <w:p>
      <w:pPr>
        <w:pStyle w:val="Heading2"/>
      </w:pPr>
      <w:r>
        <w:t>期中</w:t>
      </w:r>
    </w:p>
    <w:p>
      <w:pPr>
        <w:pStyle w:val="Heading3"/>
      </w:pPr>
      <w:r>
        <w:t>师范大学附属实验中学</w:t>
      </w:r>
    </w:p>
    <w:p>
      <w:pPr>
        <w:spacing w:line="360" w:lineRule="auto"/>
        <w:jc w:val="left"/>
        <w:textAlignment w:val="center"/>
        <w:rPr>
          <w:color w:val="000000"/>
        </w:rPr>
      </w:pPr>
      <w:r>
        <w:rPr>
          <w:rFonts w:ascii="宋体" w:eastAsia="宋体" w:hAnsi="宋体" w:cs="宋体"/>
          <w:b/>
          <w:color w:val="000000"/>
          <w:sz w:val="24"/>
        </w:rPr>
        <w:t>四、现代文阅读。</w:t>
      </w:r>
    </w:p>
    <w:p>
      <w:pPr>
        <w:spacing w:line="360" w:lineRule="auto"/>
        <w:jc w:val="left"/>
        <w:textAlignment w:val="center"/>
        <w:rPr>
          <w:color w:val="000000"/>
        </w:rPr>
      </w:pPr>
      <w:r>
        <w:rPr>
          <w:color w:val="000000"/>
        </w:rPr>
        <w:t xml:space="preserve">15. </w:t>
      </w:r>
      <w:r>
        <w:rPr>
          <w:rFonts w:ascii="宋体" w:eastAsia="宋体" w:hAnsi="宋体" w:cs="宋体"/>
          <w:color w:val="000000"/>
        </w:rPr>
        <w:t>阅读下面的文章，完成问题。</w:t>
      </w:r>
    </w:p>
    <w:p>
      <w:pPr>
        <w:spacing w:line="360" w:lineRule="auto"/>
        <w:jc w:val="center"/>
        <w:textAlignment w:val="center"/>
        <w:rPr>
          <w:color w:val="000000"/>
        </w:rPr>
      </w:pPr>
      <w:r>
        <w:rPr>
          <w:rFonts w:ascii="楷体" w:eastAsia="楷体" w:hAnsi="楷体" w:cs="楷体"/>
          <w:color w:val="000000"/>
        </w:rPr>
        <w:t>悬崖边的树</w:t>
      </w:r>
    </w:p>
    <w:p>
      <w:pPr>
        <w:spacing w:line="360" w:lineRule="auto"/>
        <w:jc w:val="center"/>
        <w:textAlignment w:val="center"/>
        <w:rPr>
          <w:color w:val="000000"/>
        </w:rPr>
      </w:pPr>
      <w:r>
        <w:rPr>
          <w:rFonts w:ascii="楷体" w:eastAsia="楷体" w:hAnsi="楷体" w:cs="楷体"/>
          <w:color w:val="000000"/>
        </w:rPr>
        <w:t>林清玄</w:t>
      </w:r>
    </w:p>
    <w:p>
      <w:pPr>
        <w:spacing w:line="360" w:lineRule="auto"/>
        <w:ind w:firstLine="420"/>
        <w:jc w:val="left"/>
        <w:textAlignment w:val="center"/>
        <w:rPr>
          <w:color w:val="000000"/>
        </w:rPr>
      </w:pPr>
      <w:r>
        <w:rPr>
          <w:rFonts w:ascii="楷体" w:eastAsia="楷体" w:hAnsi="楷体" w:cs="楷体"/>
          <w:color w:val="000000"/>
        </w:rPr>
        <w:t>①我读初中的时候，成绩不好。由于对课外书及美术的热爱，我的初中生活一直过得（甲）（风风光光 迷迷糊糊），好像一转眼就升上初三了。</w:t>
      </w:r>
    </w:p>
    <w:p>
      <w:pPr>
        <w:spacing w:line="360" w:lineRule="auto"/>
        <w:ind w:firstLine="420"/>
        <w:jc w:val="left"/>
        <w:textAlignment w:val="center"/>
        <w:rPr>
          <w:color w:val="000000"/>
        </w:rPr>
      </w:pPr>
      <w:r>
        <w:rPr>
          <w:rFonts w:ascii="楷体" w:eastAsia="楷体" w:hAnsi="楷体" w:cs="楷体"/>
          <w:color w:val="000000"/>
        </w:rPr>
        <w:t>②就在初三刚开始不久，父亲把我叫去，说：“像你这样的成绩，你去台南考。”我当场怔在那里，因为在我居住的乡镇，去台南考试，无异就是放逐，我自己一个人跑到台南去考高中，放榜的时候发现考上了一个从未听说过的高中——私立瀛海高中。</w:t>
      </w:r>
    </w:p>
    <w:p>
      <w:pPr>
        <w:spacing w:line="360" w:lineRule="auto"/>
        <w:ind w:firstLine="420"/>
        <w:jc w:val="left"/>
        <w:textAlignment w:val="center"/>
        <w:rPr>
          <w:color w:val="000000"/>
        </w:rPr>
      </w:pPr>
      <w:r>
        <w:rPr>
          <w:rFonts w:ascii="楷体" w:eastAsia="楷体" w:hAnsi="楷体" w:cs="楷体"/>
          <w:color w:val="000000"/>
        </w:rPr>
        <w:t>③瀛海高中刚成立不久，是超迷你的学校，每一年级只有三个班，几乎可以用“寸草不生”来形容。土地因为盐分过高，一片灰白色。学校独立于郊野，他看到那么简陋的校舍和荒凉的景色，大吃一惊。</w:t>
      </w:r>
    </w:p>
    <w:p>
      <w:pPr>
        <w:spacing w:line="360" w:lineRule="auto"/>
        <w:ind w:firstLine="420"/>
        <w:jc w:val="left"/>
        <w:textAlignment w:val="center"/>
        <w:rPr>
          <w:color w:val="000000"/>
        </w:rPr>
      </w:pPr>
      <w:r>
        <w:rPr>
          <w:rFonts w:ascii="楷体" w:eastAsia="楷体" w:hAnsi="楷体" w:cs="楷体"/>
          <w:color w:val="000000"/>
        </w:rPr>
        <w:t>④由于学生很少，大部分的学生都住校，我也开始了离家的生活。住在学校时认识了许多死党，我的心就像鸟飞出笼子一样，几乎把所有的时间都用来读课外书，我就跑到台南市去看电影、逛书店。我的高中生活大致是快乐的，除了功课以外。学校的功课日渐令我厌烦，到高一结束时，有一大半的功课都是补考才通过的。这时，当我把这想法告诉爸爸，他气得好几天不和我说话。有一天，真的不行，再转回来吧！”</w:t>
      </w:r>
    </w:p>
    <w:p>
      <w:pPr>
        <w:spacing w:line="360" w:lineRule="auto"/>
        <w:ind w:firstLine="420"/>
        <w:jc w:val="left"/>
        <w:textAlignment w:val="center"/>
        <w:rPr>
          <w:color w:val="000000"/>
        </w:rPr>
      </w:pPr>
      <w:r>
        <w:rPr>
          <w:rFonts w:ascii="楷体" w:eastAsia="楷体" w:hAnsi="楷体" w:cs="楷体"/>
          <w:color w:val="000000"/>
        </w:rPr>
        <w:t>⑤升入高二，我们换了导师，是一位七十岁的老头，因为在省中退休，转到私校来教。他就是后来彻底改造我的王雨苍老师。</w:t>
      </w:r>
    </w:p>
    <w:p>
      <w:pPr>
        <w:spacing w:line="360" w:lineRule="auto"/>
        <w:ind w:firstLine="420"/>
        <w:jc w:val="left"/>
        <w:textAlignment w:val="center"/>
        <w:rPr>
          <w:color w:val="000000"/>
        </w:rPr>
      </w:pPr>
      <w:r>
        <w:rPr>
          <w:rFonts w:ascii="楷体" w:eastAsia="楷体" w:hAnsi="楷体" w:cs="楷体"/>
          <w:color w:val="000000"/>
        </w:rPr>
        <w:t>⑥开学不久，他叫我去他家包饺子，然后告诉我：“你在报纸上的文章我看过，以前的老师都以为只是同名同姓的人。然后，王老师告诉我，学生的素质他差不多一眼就可以看出来。他之所以退而不休，转到私立学校教书，也是为了寻找沧海遗珠。吃完师母的饺子，告辞的时候，随时可以来找老师谈谈。林清玄，你不要自暴自弃呀！”我从未被老师如此感性地对待，当场就红了眼睛。</w:t>
      </w:r>
    </w:p>
    <w:p>
      <w:pPr>
        <w:spacing w:line="360" w:lineRule="auto"/>
        <w:ind w:firstLine="420"/>
        <w:jc w:val="left"/>
        <w:textAlignment w:val="center"/>
        <w:rPr>
          <w:color w:val="000000"/>
        </w:rPr>
      </w:pPr>
      <w:r>
        <w:rPr>
          <w:rFonts w:ascii="楷体" w:eastAsia="楷体" w:hAnsi="楷体" w:cs="楷体"/>
          <w:color w:val="000000"/>
        </w:rPr>
        <w:t>⑦接下来就像变魔术一样，我把一部分的心力用在课业上，功课虽然不好，也还在及格边缘。由于王老师的鼓励，我把大部分心力用在写作上，不仅作品陆续发表在报纸杂志上，还连续两次得到全台南市中学作文比赛的第一名。这使我加强了对自己的信心，也更坚定了日后的写作之路。不管是写作文还是周记，或是发表在报上的文章，王雨苍老师总是仔细斟酌、修改，与我热心讨论，使我在升学至上的压力中还有喘息的空间。渴望成为作家的梦想，在我的高中生活中，犹如大海里的浮木，使我不致没顶。[A]</w:t>
      </w:r>
      <w:r>
        <w:rPr>
          <w:rFonts w:ascii="楷体" w:eastAsia="楷体" w:hAnsi="楷体" w:cs="楷体"/>
          <w:color w:val="000000"/>
          <w:u w:val="single"/>
        </w:rPr>
        <w:t>王老师则是和我一起坐在浮木上的人，并且帮我调整了浮木的方向</w:t>
      </w:r>
      <w:r>
        <w:rPr>
          <w:rFonts w:ascii="楷体" w:eastAsia="楷体" w:hAnsi="楷体" w:cs="楷体"/>
          <w:color w:val="000000"/>
        </w:rPr>
        <w:t>。在我高中毕业的时候，我不再对前途畏惧了，虽然大学的考试一直不顺利，我的写作不会再被动摇了。</w:t>
      </w:r>
    </w:p>
    <w:p>
      <w:pPr>
        <w:spacing w:line="360" w:lineRule="auto"/>
        <w:ind w:firstLine="420"/>
        <w:jc w:val="left"/>
        <w:textAlignment w:val="center"/>
        <w:rPr>
          <w:color w:val="000000"/>
        </w:rPr>
      </w:pPr>
      <w:r>
        <w:rPr>
          <w:rFonts w:ascii="楷体" w:eastAsia="楷体" w:hAnsi="楷体" w:cs="楷体"/>
          <w:color w:val="000000"/>
        </w:rPr>
        <w:t>⑧一直到现在，我只要想起中学生活，王雨苍老师那高大的身影、红润的双颊就会在眼前浮现，不要（乙）_______（自暴自弃 自高自大），但我知道好老师正如同悬崖边的树，能挡住那些失足坠落的学生。</w:t>
      </w:r>
    </w:p>
    <w:p>
      <w:pPr>
        <w:spacing w:line="360" w:lineRule="auto"/>
        <w:ind w:firstLine="420"/>
        <w:jc w:val="left"/>
        <w:textAlignment w:val="center"/>
        <w:rPr>
          <w:color w:val="000000"/>
        </w:rPr>
      </w:pPr>
      <w:r>
        <w:rPr>
          <w:rFonts w:ascii="楷体" w:eastAsia="楷体" w:hAnsi="楷体" w:cs="楷体"/>
          <w:color w:val="000000"/>
        </w:rPr>
        <w:t>⑨[B]</w:t>
      </w:r>
      <w:r>
        <w:rPr>
          <w:rFonts w:ascii="楷体" w:eastAsia="楷体" w:hAnsi="楷体" w:cs="楷体"/>
          <w:color w:val="000000"/>
          <w:u w:val="single"/>
        </w:rPr>
        <w:t>现在时空遥隔了，老师的魂魄已远，但我仿佛看到在最陡峭的悬崖边</w:t>
      </w:r>
      <w:r>
        <w:rPr>
          <w:rFonts w:ascii="楷体" w:eastAsia="楷体" w:hAnsi="楷体" w:cs="楷体"/>
          <w:color w:val="000000"/>
        </w:rPr>
        <w:t>。</w:t>
      </w:r>
    </w:p>
    <w:p>
      <w:pPr>
        <w:spacing w:line="360" w:lineRule="auto"/>
        <w:jc w:val="right"/>
        <w:textAlignment w:val="center"/>
        <w:rPr>
          <w:color w:val="000000"/>
        </w:rPr>
      </w:pPr>
      <w:r>
        <w:rPr>
          <w:rFonts w:ascii="宋体" w:eastAsia="宋体" w:hAnsi="宋体" w:cs="宋体"/>
          <w:color w:val="000000"/>
        </w:rPr>
        <w:t>（选文有改动）</w:t>
      </w:r>
    </w:p>
    <w:p>
      <w:pPr>
        <w:spacing w:line="360" w:lineRule="auto"/>
        <w:jc w:val="left"/>
        <w:textAlignment w:val="center"/>
        <w:rPr>
          <w:color w:val="000000"/>
        </w:rPr>
      </w:pPr>
      <w:r>
        <w:rPr>
          <w:color w:val="000000"/>
        </w:rPr>
        <w:t>（1）</w:t>
      </w:r>
      <w:r>
        <w:rPr>
          <w:rFonts w:ascii="宋体" w:eastAsia="宋体" w:hAnsi="宋体" w:cs="宋体"/>
          <w:color w:val="000000"/>
        </w:rPr>
        <w:t>文中说王雨苍老师“彻底改造我”，请阅读文章⑥—⑦段，填写表格。</w:t>
      </w:r>
    </w:p>
    <w:tbl>
      <w:tblPr>
        <w:tblStyle w:val="TableNormal"/>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859"/>
        <w:gridCol w:w="4131"/>
      </w:tblGrid>
      <w:tr>
        <w:tblPrEx>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4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王老师的做法</w:t>
            </w:r>
          </w:p>
        </w:tc>
        <w:tc>
          <w:tcPr>
            <w:tcW w:w="4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我的感受</w:t>
            </w:r>
          </w:p>
        </w:tc>
      </w:tr>
      <w:tr>
        <w:tblPrEx>
          <w:tblW w:w="8010" w:type="dxa"/>
          <w:tblCellMar>
            <w:top w:w="120" w:type="dxa"/>
            <w:left w:w="120" w:type="dxa"/>
            <w:bottom w:w="120" w:type="dxa"/>
            <w:right w:w="120" w:type="dxa"/>
          </w:tblCellMar>
        </w:tblPrEx>
        <w:trPr>
          <w:cantSplit w:val="0"/>
          <w:trHeight w:val="330"/>
        </w:trPr>
        <w:tc>
          <w:tcPr>
            <w:tcW w:w="4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邀请我到他家包饺子</w:t>
            </w:r>
          </w:p>
        </w:tc>
        <w:tc>
          <w:tcPr>
            <w:tcW w:w="4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r>
      <w:tr>
        <w:tblPrEx>
          <w:tblW w:w="8010" w:type="dxa"/>
          <w:tblCellMar>
            <w:top w:w="120" w:type="dxa"/>
            <w:left w:w="120" w:type="dxa"/>
            <w:bottom w:w="120" w:type="dxa"/>
            <w:right w:w="120" w:type="dxa"/>
          </w:tblCellMar>
        </w:tblPrEx>
        <w:trPr>
          <w:cantSplit w:val="0"/>
          <w:trHeight w:val="330"/>
        </w:trPr>
        <w:tc>
          <w:tcPr>
            <w:tcW w:w="4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c>
          <w:tcPr>
            <w:tcW w:w="40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我在升学至上的压力中有喘息的空间</w:t>
            </w:r>
          </w:p>
        </w:tc>
      </w:tr>
    </w:tbl>
    <w:p>
      <w:pPr>
        <w:spacing w:line="360" w:lineRule="auto"/>
        <w:jc w:val="left"/>
        <w:textAlignment w:val="center"/>
        <w:rPr>
          <w:color w:val="000000"/>
        </w:rPr>
      </w:pPr>
      <w:r>
        <w:rPr>
          <w:color w:val="000000"/>
        </w:rPr>
        <w:t>（2）</w:t>
      </w:r>
      <w:r>
        <w:rPr>
          <w:rFonts w:ascii="宋体" w:eastAsia="宋体" w:hAnsi="宋体" w:cs="宋体"/>
          <w:color w:val="000000"/>
        </w:rPr>
        <w:t>根据语境，给文章（甲）（乙）两处选择恰当的词语。</w:t>
      </w:r>
    </w:p>
    <w:p>
      <w:pPr>
        <w:spacing w:line="360" w:lineRule="auto"/>
        <w:jc w:val="left"/>
        <w:textAlignment w:val="center"/>
        <w:rPr>
          <w:color w:val="000000"/>
        </w:rPr>
      </w:pPr>
      <w:r>
        <w:rPr>
          <w:color w:val="000000"/>
        </w:rPr>
        <w:t>（3）</w:t>
      </w:r>
      <w:r>
        <w:rPr>
          <w:rFonts w:ascii="宋体" w:eastAsia="宋体" w:hAnsi="宋体" w:cs="宋体"/>
          <w:color w:val="000000"/>
        </w:rPr>
        <w:t>下列对文章的理解有误的一项是（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文章以“悬崖边的树”比喻王老师，表达了作者对王老师的赞美、感激和怀念之情。</w:t>
      </w:r>
    </w:p>
    <w:p>
      <w:pPr>
        <w:spacing w:line="360" w:lineRule="auto"/>
        <w:jc w:val="left"/>
        <w:textAlignment w:val="center"/>
        <w:rPr>
          <w:color w:val="000000"/>
        </w:rPr>
      </w:pPr>
      <w:r>
        <w:rPr>
          <w:color w:val="000000"/>
        </w:rPr>
        <w:t xml:space="preserve">B. </w:t>
      </w:r>
      <w:r>
        <w:rPr>
          <w:rFonts w:ascii="宋体" w:eastAsia="宋体" w:hAnsi="宋体" w:cs="宋体"/>
          <w:color w:val="000000"/>
        </w:rPr>
        <w:t>“像你这样的成绩，我的脸都被你丢尽了。”父亲的做法与王老师对“我”的鼓励、肯定形成鲜明对比，表现了王老师对“我”的成长起的作用之大。</w:t>
      </w:r>
    </w:p>
    <w:p>
      <w:pPr>
        <w:spacing w:line="360" w:lineRule="auto"/>
        <w:jc w:val="left"/>
        <w:textAlignment w:val="center"/>
        <w:rPr>
          <w:color w:val="000000"/>
        </w:rPr>
      </w:pPr>
      <w:r>
        <w:rPr>
          <w:color w:val="000000"/>
        </w:rPr>
        <w:t xml:space="preserve">C. </w:t>
      </w:r>
      <w:r>
        <w:rPr>
          <w:rFonts w:ascii="宋体" w:eastAsia="宋体" w:hAnsi="宋体" w:cs="宋体"/>
          <w:color w:val="000000"/>
        </w:rPr>
        <w:t>作者就是王老师口中所说的“沧海遗珠”，因为他上学期间虽然成绩不好，但非常自由快乐。</w:t>
      </w:r>
    </w:p>
    <w:p>
      <w:pPr>
        <w:spacing w:line="360" w:lineRule="auto"/>
        <w:jc w:val="left"/>
        <w:textAlignment w:val="center"/>
        <w:rPr>
          <w:color w:val="000000"/>
        </w:rPr>
      </w:pPr>
      <w:r>
        <w:rPr>
          <w:color w:val="000000"/>
        </w:rPr>
        <w:t>（4）</w:t>
      </w:r>
      <w:r>
        <w:rPr>
          <w:rFonts w:ascii="宋体" w:eastAsia="宋体" w:hAnsi="宋体" w:cs="宋体"/>
          <w:color w:val="000000"/>
        </w:rPr>
        <w:t>请从[A][B]两处划线句中选取一处，说说作者使用了什么修辞方法，写出了王老师对自己产生了什么影响。</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①我从未被老师如此感性地对待，当场就红了眼睛。</w:t>
      </w:r>
      <w:r>
        <w:rPr>
          <w:rFonts w:ascii="宋体" w:eastAsia="宋体" w:hAnsi="宋体" w:cs="宋体"/>
          <w:color w:val="000000"/>
        </w:rPr>
        <w:br/>
      </w:r>
      <w:r>
        <w:rPr>
          <w:rFonts w:ascii="宋体" w:eastAsia="宋体" w:hAnsi="宋体" w:cs="宋体"/>
          <w:color w:val="000000"/>
        </w:rPr>
        <w:t>②王老师仔细斟酌、修改，与“我”讨论文章。</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迷迷糊糊  自暴自弃</w:t>
      </w:r>
      <w:r>
        <w:rPr>
          <w:color w:val="000000"/>
        </w:rPr>
        <w:t xml:space="preserve">    </w:t>
      </w:r>
      <w:r>
        <w:rPr>
          <w:color w:val="000000"/>
        </w:rPr>
        <w:t>（3）</w:t>
      </w:r>
      <w:r>
        <w:rPr>
          <w:color w:val="000000"/>
        </w:rPr>
        <w:t>C</w:t>
      </w:r>
      <w:r>
        <w:rPr>
          <w:color w:val="000000"/>
        </w:rPr>
        <w:t xml:space="preserve">    </w:t>
      </w:r>
    </w:p>
    <w:p>
      <w:pPr>
        <w:spacing w:line="360" w:lineRule="auto"/>
        <w:textAlignment w:val="center"/>
        <w:rPr>
          <w:color w:val="000000"/>
        </w:rPr>
      </w:pPr>
      <w:r>
        <w:rPr>
          <w:color w:val="000000"/>
        </w:rPr>
        <w:t>（4）</w:t>
      </w:r>
      <w:r>
        <w:rPr>
          <w:rFonts w:ascii="宋体" w:eastAsia="宋体" w:hAnsi="宋体" w:cs="宋体"/>
          <w:color w:val="000000"/>
        </w:rPr>
        <w:t>示例：A处运用比喻的修辞手法，生动形象地写出了“我”渴望成为作家的梦想，在王老师的帮助和指导下，这个梦想在一点点实现。</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考查对文章内容的理解概括能力。</w:t>
      </w:r>
    </w:p>
    <w:p>
      <w:pPr>
        <w:spacing w:line="360" w:lineRule="auto"/>
        <w:jc w:val="left"/>
        <w:textAlignment w:val="center"/>
        <w:rPr>
          <w:color w:val="000000"/>
        </w:rPr>
      </w:pPr>
      <w:r>
        <w:rPr>
          <w:rFonts w:ascii="宋体" w:eastAsia="宋体" w:hAnsi="宋体" w:cs="宋体"/>
          <w:color w:val="000000"/>
        </w:rPr>
        <w:t>第一空，由第⑥段中“开学不久，他叫我去他家包饺子，然后告诉我：“你在报纸上的文章我看过，以前的老师都以为只是同名同姓的人。然后，王老师告诉我，学生的素质他差不多一眼就可以看出来。他之所以退而不休，转到私立学校教书，也是为了寻找沧海遗珠。吃完师母的饺子，告辞的时候，随时可以来找老师谈谈。林清玄，你不要自暴自弃呀！”我从未被老师如此感性地对待，当场就红了眼睛”的内容可知，王老师邀“我”到他家包饺子，肯定、鼓励“我”，我的感受是“我从未被老师如此感性地对待，当场就红了眼睛”；</w:t>
      </w:r>
    </w:p>
    <w:p>
      <w:pPr>
        <w:spacing w:line="360" w:lineRule="auto"/>
        <w:jc w:val="left"/>
        <w:textAlignment w:val="center"/>
        <w:rPr>
          <w:color w:val="000000"/>
        </w:rPr>
      </w:pPr>
      <w:r>
        <w:rPr>
          <w:rFonts w:ascii="宋体" w:eastAsia="宋体" w:hAnsi="宋体" w:cs="宋体"/>
          <w:color w:val="000000"/>
        </w:rPr>
        <w:t>第二空，由第⑦段中“接下来就像变魔术一样，我把一部分的心力用在课业上，功课虽然不好，也还在及格边缘。由于王老师的鼓励，我把大部分心力用在写作上，不仅作品陆续发表在报纸杂志上，还连续两次得到全台南市中学作文比赛的第一名。这使我加强了对自己的信心，也更坚定了日后的写作之路。不管是写作文还是周记，或是发表在报上的文章，王雨苍老师总是仔细斟酌、修改，与我热心讨论，使我在升学至上的压力中还有喘息的空间”的内容，可概括为：对“我”的文章，王老师仔细斟酌、修改，与“我”讨论，使“我”坚定了走写作之路。</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考查对词语的选择。</w:t>
      </w:r>
    </w:p>
    <w:p>
      <w:pPr>
        <w:spacing w:line="360" w:lineRule="auto"/>
        <w:jc w:val="left"/>
        <w:textAlignment w:val="center"/>
        <w:rPr>
          <w:color w:val="000000"/>
        </w:rPr>
      </w:pPr>
      <w:r>
        <w:rPr>
          <w:rFonts w:ascii="宋体" w:eastAsia="宋体" w:hAnsi="宋体" w:cs="宋体"/>
          <w:color w:val="000000"/>
        </w:rPr>
        <w:t>“迷迷糊糊”的意思是使迷惑不清，把弄得模糊不清；“风风光光”的意思是原指像风一样跑得快、远，像光一样明亮、耀眼，现指有讲排场、摆阔气。联系上下文，“我读初中的时候，成绩不好”“好像一转眼就升上初三了”可知这里应填写“迷迷糊糊”；</w:t>
      </w:r>
    </w:p>
    <w:p>
      <w:pPr>
        <w:spacing w:line="360" w:lineRule="auto"/>
        <w:jc w:val="left"/>
        <w:textAlignment w:val="center"/>
        <w:rPr>
          <w:color w:val="000000"/>
        </w:rPr>
      </w:pPr>
      <w:r>
        <w:rPr>
          <w:rFonts w:ascii="宋体" w:eastAsia="宋体" w:hAnsi="宋体" w:cs="宋体"/>
          <w:color w:val="000000"/>
        </w:rPr>
        <w:t>“自暴自弃”的意思是自己甘心落后，不求上进；“自高自大”的意思是自以为了不起，看不起别人。联系上下文“你一定会成功的”可知，这里应该填写“自暴自弃”。</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考查对文章内容的理解和辨析。</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作者就是王老师口中所说的“沧海遗珠”，因为他上学期间虽然成绩不好，但非常自由快乐”表述有误，从“我不知道自己是不是王老师寻找的沧海遗珠，但我知道好老师正如同悬崖边的树”可知，我不确定自己是不是王老师寻找的沧海遗珠，从“学校的功课日渐令我厌烦”可知作者上学时并不快乐；</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 xml:space="preserve">C </w:t>
      </w:r>
      <w:r>
        <w:rPr>
          <w:rFonts w:ascii="宋体" w:eastAsia="宋体" w:hAnsi="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考查对句子</w:t>
      </w:r>
      <w:r>
        <w:rPr>
          <w:rFonts w:ascii="宋体" w:eastAsia="宋体" w:hAnsi="宋体" w:cs="宋体"/>
          <w:color w:val="000000"/>
          <w:position w:val="0"/>
        </w:rPr>
        <w:drawing>
          <wp:inline>
            <wp:extent cx="133350" cy="177800"/>
            <wp:docPr id="14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
                    <pic:cNvPicPr>
                      <a:picLocks noChangeAspect="1"/>
                    </pic:cNvPicPr>
                  </pic:nvPicPr>
                  <pic:blipFill>
                    <a:blip r:embed="rId5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赏析。</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 xml:space="preserve">A </w:t>
      </w:r>
      <w:r>
        <w:rPr>
          <w:rFonts w:ascii="宋体" w:eastAsia="宋体" w:hAnsi="宋体" w:cs="宋体"/>
          <w:color w:val="000000"/>
        </w:rPr>
        <w:t>句中，“王老师则是和我一起坐在浮木上的人，并且帮我调整了浮木的方向”，把“我的梦想”比喻成“大海中的浮木”，“在我的高中生活中，使我不至沉没”，写出了在我的高中生活中，在王老师的帮助和指导下，我的梦想在一点点的实现，没有破灭；</w:t>
      </w:r>
    </w:p>
    <w:p>
      <w:pPr>
        <w:spacing w:line="360" w:lineRule="auto"/>
        <w:jc w:val="left"/>
        <w:textAlignment w:val="center"/>
        <w:rPr>
          <w:color w:val="000000"/>
        </w:rPr>
      </w:pPr>
      <w:r>
        <w:rPr>
          <w:rFonts w:ascii="Times New Roman" w:eastAsia="Times New Roman" w:hAnsi="Times New Roman" w:cs="Times New Roman"/>
          <w:color w:val="000000"/>
        </w:rPr>
        <w:t xml:space="preserve">B </w:t>
      </w:r>
      <w:r>
        <w:rPr>
          <w:rFonts w:ascii="宋体" w:eastAsia="宋体" w:hAnsi="宋体" w:cs="宋体"/>
          <w:color w:val="000000"/>
        </w:rPr>
        <w:t>句中“现在时空遥隔了，老师的魂魄已远，但我仿佛看到在最陡峭的悬崖边，还长着翠绿的大树”说明王老师虽然不在了，但是他对我的影响非常大，拯救了差点绝望的自己，也体现了对王老师的怀念；</w:t>
      </w:r>
    </w:p>
    <w:p>
      <w:pPr>
        <w:spacing w:line="360" w:lineRule="auto"/>
        <w:jc w:val="left"/>
        <w:textAlignment w:val="center"/>
        <w:rPr>
          <w:color w:val="000000"/>
        </w:rPr>
      </w:pPr>
      <w:r>
        <w:rPr>
          <w:rFonts w:ascii="宋体" w:eastAsia="宋体" w:hAnsi="宋体" w:cs="宋体"/>
          <w:color w:val="000000"/>
        </w:rPr>
        <w:t>据此总结作答即可。</w:t>
      </w:r>
    </w:p>
    <w:p>
      <w:pPr>
        <w:pStyle w:val="Heading3"/>
      </w:pPr>
      <w:r>
        <w:t>延庆区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四、现代文阅读（共</w:t>
      </w:r>
      <w:r>
        <w:rPr>
          <w:rFonts w:eastAsia="宋体;SimSun" w:cs="宋体;SimSun" w:ascii="宋体;SimSun" w:hAnsi="宋体;SimSun"/>
          <w:b/>
          <w:color w:val="000000"/>
          <w:sz w:val="24"/>
        </w:rPr>
        <w:t>17</w:t>
      </w:r>
      <w:r>
        <w:rPr>
          <w:rFonts w:ascii="宋体;SimSun" w:hAnsi="宋体;SimSun" w:cs="宋体;SimSun" w:eastAsia="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（一）（共</w:t>
      </w:r>
      <w:r>
        <w:rPr>
          <w:rFonts w:eastAsia="宋体;SimSun" w:cs="宋体;SimSun" w:ascii="宋体;SimSun" w:hAnsi="宋体;SimSun"/>
          <w:b/>
          <w:color w:val="000000"/>
          <w:sz w:val="24"/>
        </w:rPr>
        <w:t>8</w:t>
      </w:r>
      <w:r>
        <w:rPr>
          <w:rFonts w:ascii="宋体;SimSun" w:hAnsi="宋体;SimSun" w:cs="宋体;SimSun" w:eastAsia="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阅读下面材料，回答问题。</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北京</w:t>
      </w:r>
      <w:r>
        <w:rPr>
          <w:rFonts w:eastAsia="楷体" w:cs="楷体" w:ascii="楷体" w:hAnsi="楷体"/>
          <w:color w:val="000000"/>
        </w:rPr>
        <w:t>2022</w:t>
      </w:r>
      <w:r>
        <w:rPr>
          <w:rFonts w:ascii="楷体" w:hAnsi="楷体" w:cs="楷体" w:eastAsia="楷体"/>
          <w:color w:val="000000"/>
        </w:rPr>
        <w:t>年冬奥会，是第</w:t>
      </w:r>
      <w:r>
        <w:rPr>
          <w:rFonts w:eastAsia="楷体" w:cs="楷体" w:ascii="楷体" w:hAnsi="楷体"/>
          <w:color w:val="000000"/>
        </w:rPr>
        <w:t>24</w:t>
      </w:r>
      <w:r>
        <w:rPr>
          <w:rFonts w:ascii="楷体" w:hAnsi="楷体" w:cs="楷体" w:eastAsia="楷体"/>
          <w:color w:val="000000"/>
        </w:rPr>
        <w:t>届冬季奥林匹克运动会，将于</w:t>
      </w:r>
      <w:r>
        <w:rPr>
          <w:rFonts w:eastAsia="楷体" w:cs="楷体" w:ascii="楷体" w:hAnsi="楷体"/>
          <w:color w:val="000000"/>
        </w:rPr>
        <w:t>2022</w:t>
      </w:r>
      <w:r>
        <w:rPr>
          <w:rFonts w:ascii="楷体" w:hAnsi="楷体" w:cs="楷体" w:eastAsia="楷体"/>
          <w:color w:val="000000"/>
        </w:rPr>
        <w:t>年</w:t>
      </w:r>
      <w:r>
        <w:rPr>
          <w:rFonts w:eastAsia="楷体" w:cs="楷体" w:ascii="楷体" w:hAnsi="楷体"/>
          <w:color w:val="000000"/>
        </w:rPr>
        <w:t>2</w:t>
      </w:r>
      <w:r>
        <w:rPr>
          <w:rFonts w:ascii="楷体" w:hAnsi="楷体" w:cs="楷体" w:eastAsia="楷体"/>
          <w:color w:val="000000"/>
        </w:rPr>
        <w:t>月</w:t>
      </w:r>
      <w:r>
        <w:rPr>
          <w:rFonts w:eastAsia="楷体" w:cs="楷体" w:ascii="楷体" w:hAnsi="楷体"/>
          <w:color w:val="000000"/>
        </w:rPr>
        <w:t>4</w:t>
      </w:r>
      <w:r>
        <w:rPr>
          <w:rFonts w:ascii="楷体" w:hAnsi="楷体" w:cs="楷体" w:eastAsia="楷体"/>
          <w:color w:val="000000"/>
        </w:rPr>
        <w:t>日～</w:t>
      </w:r>
      <w:r>
        <w:rPr>
          <w:rFonts w:eastAsia="楷体" w:cs="楷体" w:ascii="楷体" w:hAnsi="楷体"/>
          <w:color w:val="000000"/>
        </w:rPr>
        <w:t>2</w:t>
      </w:r>
      <w:r>
        <w:rPr>
          <w:rFonts w:ascii="楷体" w:hAnsi="楷体" w:cs="楷体" w:eastAsia="楷体"/>
          <w:color w:val="000000"/>
        </w:rPr>
        <w:t>月</w:t>
      </w:r>
      <w:r>
        <w:rPr>
          <w:rFonts w:eastAsia="楷体" w:cs="楷体" w:ascii="楷体" w:hAnsi="楷体"/>
          <w:color w:val="000000"/>
        </w:rPr>
        <w:t>20</w:t>
      </w:r>
      <w:r>
        <w:rPr>
          <w:rFonts w:ascii="楷体" w:hAnsi="楷体" w:cs="楷体" w:eastAsia="楷体"/>
          <w:color w:val="000000"/>
        </w:rPr>
        <w:t>日由中国首都北京和河北省张家口市联合举行。这是中国历史上第一次举办冬季奥运会，也是继北京奥运会、南京青奥会后，中国又一次举办的奥运赛事。</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【材料二】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2017</w:t>
      </w:r>
      <w:r>
        <w:rPr>
          <w:rFonts w:ascii="楷体" w:hAnsi="楷体" w:cs="楷体" w:eastAsia="楷体"/>
          <w:color w:val="000000"/>
        </w:rPr>
        <w:t>年</w:t>
      </w:r>
      <w:r>
        <w:rPr>
          <w:rFonts w:eastAsia="楷体" w:cs="楷体" w:ascii="楷体" w:hAnsi="楷体"/>
          <w:color w:val="000000"/>
        </w:rPr>
        <w:t>12</w:t>
      </w:r>
      <w:r>
        <w:rPr>
          <w:rFonts w:ascii="楷体" w:hAnsi="楷体" w:cs="楷体" w:eastAsia="楷体"/>
          <w:color w:val="000000"/>
        </w:rPr>
        <w:t>月</w:t>
      </w:r>
      <w:r>
        <w:rPr>
          <w:rFonts w:eastAsia="楷体" w:cs="楷体" w:ascii="楷体" w:hAnsi="楷体"/>
          <w:color w:val="000000"/>
        </w:rPr>
        <w:t>15</w:t>
      </w:r>
      <w:r>
        <w:rPr>
          <w:rFonts w:ascii="楷体" w:hAnsi="楷体" w:cs="楷体" w:eastAsia="楷体"/>
          <w:color w:val="000000"/>
        </w:rPr>
        <w:t>日，北京</w:t>
      </w:r>
      <w:r>
        <w:rPr>
          <w:rFonts w:eastAsia="楷体" w:cs="楷体" w:ascii="楷体" w:hAnsi="楷体"/>
          <w:color w:val="000000"/>
        </w:rPr>
        <w:t>2022</w:t>
      </w:r>
      <w:r>
        <w:rPr>
          <w:rFonts w:ascii="楷体" w:hAnsi="楷体" w:cs="楷体" w:eastAsia="楷体"/>
          <w:color w:val="000000"/>
        </w:rPr>
        <w:t>年冬奥会会徽发布仪式在北京举行，会上公布</w:t>
      </w:r>
      <w:r>
        <w:rPr>
          <w:rFonts w:eastAsia="楷体" w:cs="楷体" w:ascii="楷体" w:hAnsi="楷体"/>
          <w:color w:val="000000"/>
        </w:rPr>
        <w:t>2022</w:t>
      </w:r>
      <w:r>
        <w:rPr>
          <w:rFonts w:ascii="楷体" w:hAnsi="楷体" w:cs="楷体" w:eastAsia="楷体"/>
          <w:color w:val="000000"/>
        </w:rPr>
        <w:t>年北京冬奥会会徽为“冬梦”。会徽以汉字“冬”为灵感来源，上半部分为滑冰运动员形象，下半部分表现滑雪运动员的英姿。中间舞动的线条，代表冰雪赛场和飘舞的丝带。会徽运用中国书法的艺术形态，将厚重的东方文化底蕴与国际化的现代风格融为一体。</w:t>
      </w:r>
    </w:p>
    <w:p>
      <w:pPr>
        <w:pStyle w:val="Normal"/>
        <w:spacing w:lineRule="auto" w:line="360"/>
        <w:jc w:val="center"/>
        <w:textAlignment w:val="center"/>
        <w:rPr>
          <w:color w:val="000000"/>
        </w:rPr>
      </w:pPr>
      <w:r>
        <w:rPr>
          <w:rFonts w:eastAsia="宋体;SimSun" w:cs="宋体;SimSun" w:ascii="宋体;SimSun" w:hAnsi="宋体;SimSun"/>
          <w:color w:val="000000"/>
        </w:rPr>
        <w:drawing>
          <wp:inline distT="0" distB="0" distL="0" distR="0">
            <wp:extent cx="3352800" cy="2057400"/>
            <wp:effectExtent l="0" t="0" r="0" b="0"/>
            <wp:docPr id="142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Image9"/>
                    <pic:cNvPicPr>
                      <a:picLocks noChangeAspect="1" noChangeArrowheads="1"/>
                    </pic:cNvPicPr>
                  </pic:nvPicPr>
                  <pic:blipFill>
                    <a:blip r:embed="rId59"/>
                    <a:srcRect l="-4" t="-7" r="-4" b="-7"/>
                    <a:stretch>
                      <a:fillRect/>
                    </a:stretch>
                  </pic:blipFill>
                  <pic:spPr bwMode="auto">
                    <a:xfrm>
                      <a:off x="0" y="0"/>
                      <a:ext cx="3352800" cy="2057400"/>
                    </a:xfrm>
                    <a:prstGeom prst="rect">
                      <a:avLst/>
                    </a:prstGeom>
                    <a:noFill/>
                  </pic:spPr>
                </pic:pic>
              </a:graphicData>
            </a:graphic>
          </wp:inline>
        </w:drawing>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【材料三】</w:t>
      </w:r>
    </w:p>
    <w:p>
      <w:pPr>
        <w:pStyle w:val="Normal"/>
        <w:spacing w:lineRule="auto" w:line="360"/>
        <w:jc w:val="center"/>
        <w:textAlignment w:val="center"/>
        <w:rPr>
          <w:color w:val="000000"/>
        </w:rPr>
      </w:pPr>
      <w:r>
        <w:rPr>
          <w:rFonts w:eastAsia="宋体;SimSun" w:cs="宋体;SimSun" w:ascii="宋体;SimSun" w:hAnsi="宋体;SimSun"/>
          <w:color w:val="000000"/>
        </w:rPr>
        <w:drawing>
          <wp:inline distT="0" distB="0" distL="0" distR="0">
            <wp:extent cx="1143000" cy="1143000"/>
            <wp:effectExtent l="0" t="0" r="0" b="0"/>
            <wp:docPr id="143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Image10"/>
                    <pic:cNvPicPr>
                      <a:picLocks noChangeAspect="1" noChangeArrowheads="1"/>
                    </pic:cNvPicPr>
                  </pic:nvPicPr>
                  <pic:blipFill>
                    <a:blip r:embed="rId60"/>
                    <a:srcRect l="-14" t="-14" r="-14" b="-14"/>
                    <a:stretch>
                      <a:fillRect/>
                    </a:stretch>
                  </pic:blipFill>
                  <pic:spPr bwMode="auto">
                    <a:xfrm>
                      <a:off x="0" y="0"/>
                      <a:ext cx="1143000" cy="1143000"/>
                    </a:xfrm>
                    <a:prstGeom prst="rect">
                      <a:avLst/>
                    </a:prstGeom>
                    <a:noFill/>
                  </pic:spPr>
                </pic:pic>
              </a:graphicData>
            </a:graphic>
          </wp:inline>
        </w:drawing>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吉祥物以其富有活力的独特形象，体现了奥林匹克精神，为人们所喜爱。</w:t>
      </w:r>
      <w:r>
        <w:rPr>
          <w:rFonts w:eastAsia="楷体" w:cs="楷体" w:ascii="楷体" w:hAnsi="楷体"/>
          <w:color w:val="000000"/>
        </w:rPr>
        <w:t>2019</w:t>
      </w:r>
      <w:r>
        <w:rPr>
          <w:rFonts w:ascii="楷体" w:hAnsi="楷体" w:cs="楷体" w:eastAsia="楷体"/>
          <w:color w:val="000000"/>
        </w:rPr>
        <w:t>年</w:t>
      </w:r>
      <w:r>
        <w:rPr>
          <w:rFonts w:eastAsia="楷体" w:cs="楷体" w:ascii="楷体" w:hAnsi="楷体"/>
          <w:color w:val="000000"/>
        </w:rPr>
        <w:t>9</w:t>
      </w:r>
      <w:r>
        <w:rPr>
          <w:rFonts w:ascii="楷体" w:hAnsi="楷体" w:cs="楷体" w:eastAsia="楷体"/>
          <w:color w:val="000000"/>
        </w:rPr>
        <w:t>月</w:t>
      </w:r>
      <w:r>
        <w:rPr>
          <w:rFonts w:eastAsia="楷体" w:cs="楷体" w:ascii="楷体" w:hAnsi="楷体"/>
          <w:color w:val="000000"/>
        </w:rPr>
        <w:t>17</w:t>
      </w:r>
      <w:r>
        <w:rPr>
          <w:rFonts w:ascii="楷体" w:hAnsi="楷体" w:cs="楷体" w:eastAsia="楷体"/>
          <w:color w:val="000000"/>
        </w:rPr>
        <w:t>日，北京</w:t>
      </w:r>
      <w:r>
        <w:rPr>
          <w:rFonts w:eastAsia="楷体" w:cs="楷体" w:ascii="楷体" w:hAnsi="楷体"/>
          <w:color w:val="000000"/>
        </w:rPr>
        <w:t>2022</w:t>
      </w:r>
      <w:r>
        <w:rPr>
          <w:rFonts w:ascii="楷体" w:hAnsi="楷体" w:cs="楷体" w:eastAsia="楷体"/>
          <w:color w:val="000000"/>
        </w:rPr>
        <w:t>年冬奥会吉祥物“冰墩墩”精彩亮相。吉祥物“冰墩墩”以熊猫为原型进行设计创作。熊猫，是世界公认的中国国宝，形象友好可爱、憨态可掬，深受各国人民喜爱。冰，象征纯洁、坚强，是冬奥会的特点。墩墩，意喻敦厚、健康、活泼、可爱，契合熊猫的整体形象，象征着冬奥会运动员强壮的身体、坚韧的意志和鼓舞人心的奥林匹克精神。整体形象酷似航天员，寓意创造非凡、探索未来，体现了追求卓越、引领时代，以及面向未来的无限可能。</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eastAsia="宋体;SimSun"/>
          <w:color w:val="000000"/>
        </w:rPr>
        <w:t>上面材料都围绕北京冬奥会的话题展开，这三个材料分别是从冬奥会举办的时间及意义、</w:t>
      </w:r>
      <w:r>
        <w:rPr>
          <w:rFonts w:eastAsia="宋体;SimSun" w:cs="宋体;SimSun" w:ascii="宋体;SimSun" w:hAnsi="宋体;SimSun"/>
          <w:color w:val="000000"/>
        </w:rPr>
        <w:t>_______</w:t>
      </w:r>
      <w:r>
        <w:rPr>
          <w:rFonts w:ascii="宋体;SimSun" w:hAnsi="宋体;SimSun" w:cs="宋体;SimSun" w:eastAsia="宋体;SimSun"/>
          <w:color w:val="000000"/>
        </w:rPr>
        <w:t>和</w:t>
      </w:r>
      <w:r>
        <w:rPr>
          <w:rFonts w:eastAsia="宋体;SimSun" w:cs="宋体;SimSun" w:ascii="宋体;SimSun" w:hAnsi="宋体;SimSun"/>
          <w:color w:val="000000"/>
        </w:rPr>
        <w:t>________</w:t>
      </w:r>
      <w:r>
        <w:rPr>
          <w:rFonts w:ascii="宋体;SimSun" w:hAnsi="宋体;SimSun" w:cs="宋体;SimSun" w:eastAsia="宋体;SimSun"/>
          <w:color w:val="000000"/>
        </w:rPr>
        <w:t>三个方面具体介绍的。</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eastAsia="宋体;SimSun"/>
          <w:color w:val="000000"/>
        </w:rPr>
        <w:t>请你结合【材料二】说一说“冬梦”的设计都融入了哪些“厚重的东方文化底蕴”？写出两点即可。</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21. “</w:t>
      </w:r>
      <w:r>
        <w:rPr>
          <w:rFonts w:ascii="宋体;SimSun" w:hAnsi="宋体;SimSun" w:cs="宋体;SimSun" w:eastAsia="宋体;SimSun"/>
          <w:color w:val="000000"/>
        </w:rPr>
        <w:t>冰墩墩”是北京冬奥会的吉祥物，你觉得这个设计新颖独特在哪里？（至少写出两点）</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eastAsia="宋体;SimSun"/>
          <w:color w:val="000000"/>
        </w:rPr>
        <w:t>作为主办城市的市民，为了北京冬奥会的成功举办，你准备做些什么呢？（至少写出两点）</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19.     (1). </w:t>
      </w:r>
      <w:r>
        <w:rPr>
          <w:rFonts w:ascii="宋体;SimSun" w:hAnsi="宋体;SimSun" w:cs="宋体;SimSun" w:eastAsia="宋体;SimSun"/>
          <w:color w:val="000000"/>
        </w:rPr>
        <w:t>冬奥会会徽（或会徽）</w:t>
      </w:r>
      <w:r>
        <w:rPr>
          <w:color w:val="000000"/>
        </w:rPr>
        <w:t xml:space="preserve">    </w:t>
      </w:r>
      <w:r>
        <w:rPr>
          <w:color w:val="000000"/>
        </w:rPr>
        <w:t xml:space="preserve">(2). </w:t>
      </w:r>
      <w:r>
        <w:rPr>
          <w:rFonts w:ascii="宋体;SimSun" w:hAnsi="宋体;SimSun" w:cs="宋体;SimSun" w:eastAsia="宋体;SimSun"/>
          <w:color w:val="000000"/>
        </w:rPr>
        <w:t>冬奥会吉祥物（或吉祥物）</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20. </w:t>
      </w:r>
      <w:r>
        <w:rPr>
          <w:rFonts w:ascii="宋体;SimSun" w:hAnsi="宋体;SimSun" w:cs="宋体;SimSun" w:eastAsia="宋体;SimSun"/>
          <w:color w:val="000000"/>
        </w:rPr>
        <w:t>要点举例：①会徽以汉字“冬”为灵感来源；②</w:t>
      </w:r>
      <w:r>
        <w:rPr>
          <w:rFonts w:eastAsia="宋体;SimSun" w:cs="宋体;SimSun" w:ascii="宋体;SimSun" w:hAnsi="宋体;SimSun"/>
          <w:color w:val="000000"/>
        </w:rPr>
        <w:t xml:space="preserve">Beijing 2022 </w:t>
      </w:r>
      <w:r>
        <w:rPr>
          <w:rFonts w:ascii="宋体;SimSun" w:hAnsi="宋体;SimSun" w:cs="宋体;SimSun" w:eastAsia="宋体;SimSun"/>
          <w:color w:val="000000"/>
        </w:rPr>
        <w:t>采用剪纸艺术；③彩色丝带象征比赛时正值春节</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21. </w:t>
      </w:r>
      <w:r>
        <w:rPr>
          <w:rFonts w:ascii="宋体;SimSun" w:hAnsi="宋体;SimSun" w:cs="宋体;SimSun" w:eastAsia="宋体;SimSun"/>
          <w:color w:val="000000"/>
        </w:rPr>
        <w:t>要点举例：①熊猫造型憨态可掬，活泼可爱；②冰，象征…… 意喻……；③墩墩，象征…… 意喻…；④整体形象酷似航天员，寓意……</w:t>
      </w:r>
      <w:r>
        <w:rPr>
          <w:color w:val="000000"/>
        </w:rPr>
        <w:t xml:space="preserve">    </w:t>
      </w:r>
    </w:p>
    <w:p>
      <w:pPr>
        <w:pStyle w:val="Normal"/>
        <w:spacing w:lineRule="auto" w:line="360"/>
        <w:textAlignment w:val="center"/>
        <w:rPr/>
      </w:pPr>
      <w:r>
        <w:rPr>
          <w:color w:val="000000"/>
        </w:rPr>
        <w:t xml:space="preserve">22. </w:t>
      </w:r>
      <w:r>
        <w:rPr>
          <w:rFonts w:ascii="宋体;SimSun" w:hAnsi="宋体;SimSun" w:cs="宋体;SimSun" w:eastAsia="宋体;SimSun"/>
          <w:color w:val="000000"/>
        </w:rPr>
        <w:t>要点举例：①做一名冬奥会的宣传员，宣传冬奥会的理念、主题和意义。②做一名文明礼貌的传播者，自觉遵纪守法，学礼仪，讲文明。③做一名身体力行的环保人，爱惜公共设施，不乱扔垃圾。④做一名冰雪运动的参与者，积极投身到冬季冰雪运动中，参加冬季体育锻炼。……</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本题考查内容概括。</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）结合材料二“会徽以汉字‘冬’为灵感来源，上半部分为滑冰运动员形象”等内容可知，材料二介绍了冬奥会会徽（或会徽）。</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）结合材料三“吉祥物以其富有活力的独特形象，体现了奥林匹克精神，为人们所喜爱”等内容可知，材料三介绍了冬奥会吉祥物（或吉祥物）。</w:t>
      </w:r>
    </w:p>
    <w:p>
      <w:pPr>
        <w:pStyle w:val="Normal"/>
        <w:spacing w:lineRule="auto" w:line="360"/>
        <w:jc w:val="start"/>
        <w:textAlignment w:val="center"/>
        <w:rPr>
          <w:color w:val="000000"/>
        </w:rPr>
      </w:pPr>
      <w:r>
        <w:rPr>
          <w:color w:val="000000"/>
        </w:rPr>
        <w:t>【</w:t>
      </w:r>
      <w:r>
        <w:rPr>
          <w:color w:val="000000"/>
        </w:rPr>
        <w:t>20</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本题考查内容分析。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）结合“会徽以汉字‘冬’为灵感来源”可知，徽以汉字“冬”为灵感来源，汉字是中国特有的文字符号，体现了“厚重的东方文化底蕴”。</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）结合“‘冬梦’素材示意图”可知，</w:t>
      </w:r>
      <w:r>
        <w:rPr>
          <w:rFonts w:eastAsia="宋体;SimSun" w:cs="宋体;SimSun" w:ascii="宋体;SimSun" w:hAnsi="宋体;SimSun"/>
          <w:color w:val="000000"/>
        </w:rPr>
        <w:t xml:space="preserve">Beijing 2022 </w:t>
      </w:r>
      <w:r>
        <w:rPr>
          <w:rFonts w:ascii="宋体;SimSun" w:hAnsi="宋体;SimSun" w:cs="宋体;SimSun" w:eastAsia="宋体;SimSun"/>
          <w:color w:val="000000"/>
        </w:rPr>
        <w:t>采用剪纸艺术，剪纸艺术也是中国特色文化，体现了“厚重的东方文化底蕴”。</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）结合“中间舞动的线条，代表冰雪赛场和飘舞的丝带”可知，彩色丝带象征比赛时正值春节，体现中国的节日文化，体现了“厚重的东方文化底蕴”。</w:t>
      </w:r>
    </w:p>
    <w:p>
      <w:pPr>
        <w:pStyle w:val="Normal"/>
        <w:spacing w:lineRule="auto" w:line="360"/>
        <w:jc w:val="start"/>
        <w:textAlignment w:val="center"/>
        <w:rPr>
          <w:color w:val="000000"/>
        </w:rPr>
      </w:pPr>
      <w:r>
        <w:rPr>
          <w:color w:val="000000"/>
        </w:rPr>
        <w:t>【</w:t>
      </w:r>
      <w:r>
        <w:rPr>
          <w:color w:val="000000"/>
        </w:rPr>
        <w:t>21</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本题考查内容分析。答题要点：结合吉祥物的形象、组成要素进行分析。</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结合“吉祥物‘冰墩墩’以熊猫为原型进行设计创作。熊猫，是世界公认的中国国宝，形象友好可爱、憨态可掬，深受各国人民喜爱”可知，熊猫造型憨态可掬，活泼可爱；是中国的国宝，为世界人民喜爱，以它为原型设计，体现中国的文化特色，呈现出新颖性。</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 xml:space="preserve">）结合“冰，象征纯洁、坚强，是冬奥会的特点”可知，熊猫的外面裹着一层冰，“冰”元素既扣住了冬奥会的季节、项目特点，同时冰象征了坚强、纯洁，具有深邃的精神寓意，呈现新颖性。 </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结合“墩墩，意喻敦厚、健康、活泼、可爱，契合熊猫的整体形象，象征着冬奥会运动员强壮的身体、坚韧的意志和鼓舞人心的奥林匹克精神”可知，“墩墩”这个名字，读上去可爱、朴实，同时意喻敦厚、健康、活泼、可爱，契合熊猫的整体形象，象征着冬奥会运动员强壮的身体、坚韧的意志和鼓舞人心的奥林匹克精神，呈现新颖性。</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4</w:t>
      </w:r>
      <w:r>
        <w:rPr>
          <w:rFonts w:ascii="宋体;SimSun" w:hAnsi="宋体;SimSun" w:cs="宋体;SimSun" w:eastAsia="宋体;SimSun"/>
          <w:color w:val="000000"/>
        </w:rPr>
        <w:t>）结合“整体形象酷似航天员，寓意创造非凡、探索未来，体现了追求卓越、引领时代，以及面向未来的无限可能”可知，吉祥物整体看上去酷似航天员，寓意创造非凡、探索未来，体现了追求卓越、引领时代，以及面向未来的无限可能，呈现新颖性。</w:t>
      </w:r>
    </w:p>
    <w:p>
      <w:pPr>
        <w:pStyle w:val="Normal"/>
        <w:spacing w:lineRule="auto" w:line="360"/>
        <w:jc w:val="start"/>
        <w:textAlignment w:val="center"/>
        <w:rPr>
          <w:color w:val="000000"/>
        </w:rPr>
      </w:pPr>
      <w:r>
        <w:rPr>
          <w:color w:val="000000"/>
        </w:rPr>
        <w:t>【</w:t>
      </w:r>
      <w:r>
        <w:rPr>
          <w:color w:val="000000"/>
        </w:rPr>
        <w:t>22</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本题考查语言表达。答题要点：身份是冬奥会主办城市的市民，为冬奥会的成功举办做一些力所能及的事情，至少两点。示例：参与到社区冬奥会宣传活动中去，在社区里向居民宣传冬奥会的自身的意义和对北京、国家的意义，让大家都支持冬奥会的举办。作为一名冬奥会举办城市的市民，严格要求自己，提升自己的素质，在冬奥会举办时，能够为来自世界各地的冬奥会运动员、观众提供自己的服务。</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（二）（共</w:t>
      </w:r>
      <w:r>
        <w:rPr>
          <w:rFonts w:eastAsia="宋体;SimSun" w:cs="宋体;SimSun" w:ascii="宋体;SimSun" w:hAnsi="宋体;SimSun"/>
          <w:b/>
          <w:color w:val="000000"/>
          <w:sz w:val="24"/>
        </w:rPr>
        <w:t>9</w:t>
      </w:r>
      <w:r>
        <w:rPr>
          <w:rFonts w:ascii="宋体;SimSun" w:hAnsi="宋体;SimSun" w:cs="宋体;SimSun" w:eastAsia="宋体;SimSun"/>
          <w:b/>
          <w:color w:val="000000"/>
          <w:sz w:val="24"/>
        </w:rPr>
        <w:t>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阅读文章，回答问题。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在那颗星子下</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舒婷</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母校的门口是一条笔直的柏油马路，两旁凤凰木夹荫。夏天，海风捋下许多花瓣，让人不忍一步步踩下。我的中学时代就是笼在这一片红殷殷的花雨梦中。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我哭过、恼过，在学校的合唱队领唱过，在恶作剧之后笑得喘不过气来。等我进入中年回想这种种，却有一些小事，像一只只小铃，轻轻然而分外清晰地在记忆中摇响。</w:t>
      </w:r>
    </w:p>
    <w:p>
      <w:pPr>
        <w:pStyle w:val="Normal"/>
        <w:spacing w:lineRule="auto" w:line="360"/>
        <w:ind w:firstLine="420" w:end="0"/>
        <w:jc w:val="start"/>
        <w:textAlignment w:val="center"/>
        <w:rPr/>
      </w:pPr>
      <w:r>
        <w:rPr>
          <w:rFonts w:eastAsia="Times New Roman" w:cs="Times New Roman" w:ascii="Times New Roman" w:hAnsi="Times New Roman"/>
          <w:color w:val="000000"/>
        </w:rPr>
        <w:t>③</w:t>
      </w:r>
      <w:r>
        <w:rPr>
          <w:rFonts w:ascii="楷体" w:hAnsi="楷体" w:cs="楷体" w:eastAsia="楷体"/>
          <w:color w:val="000000"/>
        </w:rPr>
        <w:t>初一年级，我们有那么多学科，只要把功课表上所有的课程加起来就够吓人的，有</w:t>
      </w:r>
      <w:r>
        <w:rPr>
          <w:rFonts w:eastAsia="Times New Roman" w:cs="Times New Roman" w:ascii="Times New Roman" w:hAnsi="Times New Roman"/>
          <w:color w:val="000000"/>
        </w:rPr>
        <w:t>11</w:t>
      </w:r>
      <w:r>
        <w:rPr>
          <w:rFonts w:ascii="楷体" w:hAnsi="楷体" w:cs="楷体" w:eastAsia="楷体"/>
          <w:color w:val="000000"/>
        </w:rPr>
        <w:t>门课。当然，包括体育和周会。仅那个崩开线的大书包，就把我们勒得跟登山运动员那样善于负重。我私下又加了</w:t>
      </w:r>
      <w:r>
        <w:rPr>
          <w:rFonts w:eastAsia="Times New Roman" w:cs="Times New Roman" w:ascii="Times New Roman" w:hAnsi="Times New Roman"/>
          <w:color w:val="000000"/>
        </w:rPr>
        <w:t>10</w:t>
      </w:r>
      <w:r>
        <w:rPr>
          <w:rFonts w:ascii="楷体" w:hAnsi="楷体" w:cs="楷体" w:eastAsia="楷体"/>
          <w:color w:val="000000"/>
        </w:rPr>
        <w:t>门课：看电影、读小说、钓鱼、上树……我自己也不知道，究竟是把读书当玩了，还是把玩当作了读书。</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学校规定，除了周末晚上，学生们不许看电影。老师们要以身作则，所以我每次大摇大摆触犯校规，都没有被当场逮住。</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英语学期考试前夕，是星期天晚上，我串上另外三个女同学去看当时极轰动的《五朵金花》。我们咂着冰棍儿东张西望，一望望见了我们的英语老师和她的男朋友。他们在找座位。我努力想推测她看见了我们没有，因为她的脸那么红，红得那么好看，她身后的那位男老师（毫无根据地，我认定他也教英语）比我们的班主任辜老师长得还神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电影还没散场，我身边的三个座位一个接一个空了。我的三个“同谋犯”或者由于考试的威胁，或者受到良心的谴责，把决心坚持到底的我撂在一片惴惴然的黑暗之中。</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在出口处，我和林老师悄悄对望了一眼。我撮起嘴唇，学吹一支电影里的小曲（其实我根本不会吹口哨，多少年苦练终是无用）。在那一瞬间，我觉得她一定觉得歉疚。为了寻找一条理由，她挽起他的手，走入人流中。</w:t>
      </w:r>
    </w:p>
    <w:p>
      <w:pPr>
        <w:pStyle w:val="Normal"/>
        <w:spacing w:lineRule="auto" w:line="360"/>
        <w:ind w:firstLine="420" w:end="0"/>
        <w:jc w:val="start"/>
        <w:textAlignment w:val="center"/>
        <w:rPr/>
      </w:pPr>
      <w:r>
        <w:rPr>
          <w:rFonts w:eastAsia="Times New Roman" w:cs="Times New Roman" w:ascii="Times New Roman" w:hAnsi="Times New Roman"/>
          <w:color w:val="000000"/>
        </w:rPr>
        <w:t>⑧</w:t>
      </w:r>
      <w:r>
        <w:rPr>
          <w:rFonts w:ascii="楷体" w:hAnsi="楷体" w:cs="楷体" w:eastAsia="楷体"/>
          <w:color w:val="000000"/>
        </w:rPr>
        <w:t>第二天我一觉醒来，天已大亮。老外婆舍不得开电灯。守着一盏捻小了的灯打瞌睡，却不忍叫醒我起来早读。我跌足大呼，只好一路长跑，幸好离上课时间还有</w:t>
      </w:r>
      <w:r>
        <w:rPr>
          <w:rFonts w:eastAsia="Times New Roman" w:cs="Times New Roman" w:ascii="Times New Roman" w:hAnsi="Times New Roman"/>
          <w:color w:val="000000"/>
        </w:rPr>
        <w:t>10</w:t>
      </w:r>
      <w:r>
        <w:rPr>
          <w:rFonts w:ascii="楷体" w:hAnsi="楷体" w:cs="楷体" w:eastAsia="楷体"/>
          <w:color w:val="000000"/>
        </w:rPr>
        <w:t>分钟。</w:t>
      </w:r>
    </w:p>
    <w:p>
      <w:pPr>
        <w:pStyle w:val="Normal"/>
        <w:spacing w:lineRule="auto" w:line="360"/>
        <w:ind w:firstLine="420" w:end="0"/>
        <w:jc w:val="start"/>
        <w:textAlignment w:val="center"/>
        <w:rPr/>
      </w:pPr>
      <w:r>
        <w:rPr>
          <w:rFonts w:eastAsia="楷体" w:cs="楷体" w:ascii="楷体" w:hAnsi="楷体"/>
          <w:color w:val="000000"/>
        </w:rPr>
        <w:t>⑨</w:t>
      </w:r>
      <w:r>
        <w:rPr>
          <w:rFonts w:ascii="楷体" w:hAnsi="楷体" w:cs="楷体" w:eastAsia="楷体"/>
          <w:color w:val="000000"/>
        </w:rPr>
        <w:t>翻开书，眼前像骑自行车在最拥挤的中山路，脑子立即做出判断，哪儿人多，哪儿有空档可以穿行，自然而然有了选择。我先复习状语、定语、谓语这些最枯燥的难点，然后是背单词。上课铃响了，</w:t>
      </w:r>
      <w:r>
        <w:rPr>
          <w:rFonts w:eastAsia="Times New Roman" w:cs="Times New Roman" w:ascii="Times New Roman" w:hAnsi="Times New Roman"/>
          <w:color w:val="000000"/>
        </w:rPr>
        <w:t>b-e-a-u-t-i-f-u-l</w:t>
      </w:r>
      <w:r>
        <w:rPr>
          <w:rFonts w:ascii="楷体" w:hAnsi="楷体" w:cs="楷体" w:eastAsia="楷体"/>
          <w:color w:val="000000"/>
        </w:rPr>
        <w:t>，</w:t>
      </w:r>
      <w:r>
        <w:rPr>
          <w:rFonts w:eastAsia="Times New Roman" w:cs="Times New Roman" w:ascii="Times New Roman" w:hAnsi="Times New Roman"/>
          <w:color w:val="000000"/>
        </w:rPr>
        <w:t>beautiful</w:t>
      </w:r>
      <w:r>
        <w:rPr>
          <w:rFonts w:ascii="楷体" w:hAnsi="楷体" w:cs="楷体" w:eastAsia="楷体"/>
          <w:color w:val="000000"/>
        </w:rPr>
        <w:t>，美丽的。“起立！”“坐下。”赶快，再背一个。老师讲话都没听见，全班至少有一半人嘴里像我一样咕噜咕噜。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考卷发下来，我发疯似地赶着写，趁刚才从书上复印到脑子的字母还新鲜，把它们像活泼的鸭群全撵到纸上去。这期间，林老师在我身旁走动的次数比往常多，停留的时间似乎格外长。以致我和她，说不准谁先扛不住，就那样背过气去。</w:t>
      </w:r>
    </w:p>
    <w:p>
      <w:pPr>
        <w:pStyle w:val="Normal"/>
        <w:spacing w:lineRule="auto" w:line="360"/>
        <w:ind w:firstLine="420" w:end="0"/>
        <w:jc w:val="start"/>
        <w:textAlignment w:val="center"/>
        <w:rPr/>
      </w:pPr>
      <w:r>
        <w:rPr>
          <w:rFonts w:eastAsia="Times New Roman" w:cs="Times New Roman" w:ascii="Times New Roman" w:hAnsi="Times New Roman"/>
          <w:color w:val="000000"/>
        </w:rPr>
        <w:t>⑪</w:t>
      </w:r>
      <w:r>
        <w:rPr>
          <w:rFonts w:ascii="楷体" w:hAnsi="楷体" w:cs="楷体" w:eastAsia="楷体"/>
          <w:color w:val="000000"/>
        </w:rPr>
        <w:t>成绩发下来，你猜多少分？</w:t>
      </w:r>
      <w:r>
        <w:rPr>
          <w:rFonts w:eastAsia="Times New Roman" w:cs="Times New Roman" w:ascii="Times New Roman" w:hAnsi="Times New Roman"/>
          <w:color w:val="000000"/>
        </w:rPr>
        <w:t>113</w:t>
      </w:r>
      <w:r>
        <w:rPr>
          <w:rFonts w:ascii="楷体" w:hAnsi="楷体" w:cs="楷体" w:eastAsia="楷体"/>
          <w:color w:val="000000"/>
        </w:rPr>
        <w:t>分！真的，附加两题，每题</w:t>
      </w:r>
      <w:r>
        <w:rPr>
          <w:rFonts w:eastAsia="Times New Roman" w:cs="Times New Roman" w:ascii="Times New Roman" w:hAnsi="Times New Roman"/>
          <w:color w:val="000000"/>
        </w:rPr>
        <w:t>10</w:t>
      </w:r>
      <w:r>
        <w:rPr>
          <w:rFonts w:ascii="楷体" w:hAnsi="楷体" w:cs="楷体" w:eastAsia="楷体"/>
          <w:color w:val="000000"/>
        </w:rPr>
        <w:t>分，我全做出来了。虽然</w:t>
      </w:r>
      <w:r>
        <w:rPr>
          <w:rFonts w:ascii="Times New Roman" w:hAnsi="Times New Roman" w:cs="Times New Roman"/>
          <w:color w:val="000000"/>
        </w:rPr>
        <w:t xml:space="preserve"> </w:t>
      </w:r>
      <w:r>
        <w:rPr>
          <w:rFonts w:eastAsia="Times New Roman" w:cs="Times New Roman" w:ascii="Times New Roman" w:hAnsi="Times New Roman"/>
          <w:color w:val="000000"/>
        </w:rPr>
        <w:t xml:space="preserve">beautiful </w:t>
      </w:r>
      <w:r>
        <w:rPr>
          <w:rFonts w:ascii="楷体" w:hAnsi="楷体" w:cs="楷体" w:eastAsia="楷体"/>
          <w:color w:val="000000"/>
        </w:rPr>
        <w:t>这个单词还是错了，被狠狠扣了七分，但从此我也把这个叛逃的单词狠狠地揪住了。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那一天，别提走路时我的膝盖抬得有多高。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慢！</w:t>
      </w:r>
    </w:p>
    <w:p>
      <w:pPr>
        <w:pStyle w:val="Normal"/>
        <w:spacing w:lineRule="auto" w:line="360"/>
        <w:ind w:firstLine="420" w:end="0"/>
        <w:jc w:val="start"/>
        <w:textAlignment w:val="center"/>
        <w:rPr/>
      </w:pPr>
      <w:r>
        <w:rPr>
          <w:rFonts w:eastAsia="Times New Roman" w:cs="Times New Roman" w:ascii="Times New Roman" w:hAnsi="Times New Roman"/>
          <w:color w:val="000000"/>
        </w:rPr>
        <w:t>⑭</w:t>
      </w:r>
      <w:r>
        <w:rPr>
          <w:rFonts w:ascii="楷体" w:hAnsi="楷体" w:cs="楷体" w:eastAsia="楷体"/>
          <w:color w:val="000000"/>
        </w:rPr>
        <w:t>过几天是考后评卷，我那林老师先把我一通夸，然后要我到黑板示范，只答一题，我便像根木桩戳在讲台边不动了。她微笑着，惊讶地，仿佛真不明白似的，在</w:t>
      </w:r>
      <w:r>
        <w:rPr>
          <w:rFonts w:eastAsia="Times New Roman" w:cs="Times New Roman" w:ascii="Times New Roman" w:hAnsi="Times New Roman"/>
          <w:color w:val="000000"/>
        </w:rPr>
        <w:t>50</w:t>
      </w:r>
      <w:r>
        <w:rPr>
          <w:rFonts w:ascii="楷体" w:hAnsi="楷体" w:cs="楷体" w:eastAsia="楷体"/>
          <w:color w:val="000000"/>
        </w:rPr>
        <w:t>双眼睛前面，把我刚刚得了全班第一名的考卷，重新逐条考过。你猜，重打的分数是多少？</w:t>
      </w:r>
      <w:r>
        <w:rPr>
          <w:rFonts w:eastAsia="Times New Roman" w:cs="Times New Roman" w:ascii="Times New Roman" w:hAnsi="Times New Roman"/>
          <w:color w:val="000000"/>
        </w:rPr>
        <w:t>47</w:t>
      </w:r>
      <w:r>
        <w:rPr>
          <w:rFonts w:ascii="楷体" w:hAnsi="楷体" w:cs="楷体" w:eastAsia="楷体"/>
          <w:color w:val="000000"/>
        </w:rPr>
        <w:t>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⑮</w:t>
      </w:r>
      <w:r>
        <w:rPr>
          <w:rFonts w:ascii="楷体" w:hAnsi="楷体" w:cs="楷体" w:eastAsia="楷体"/>
          <w:color w:val="000000"/>
        </w:rPr>
        <w:t>课后，林老师来教室门口等我，递给我成绩单，英语一栏上，仍然是叫人不敢正视的“优”。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⑯</w:t>
      </w:r>
      <w:r>
        <w:rPr>
          <w:rFonts w:ascii="楷体" w:hAnsi="楷体" w:cs="楷体" w:eastAsia="楷体"/>
          <w:color w:val="000000"/>
        </w:rPr>
        <w:t>她先说：“你的强记能力，连我也自叹不如。以前，我在这一方面也是受我的老师称赞的。”沉默了一会儿，只听见一群相思鸟在教室外的老榕树上幸灾乐祸地鸣叫。她又说：“要是你总是这么糟蹋它，有一天，它也会疲累的。那时，你的脑子里还剩了些什么？”</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⑰</w:t>
      </w:r>
      <w:r>
        <w:rPr>
          <w:rFonts w:ascii="楷体" w:hAnsi="楷体" w:cs="楷体" w:eastAsia="楷体"/>
          <w:color w:val="000000"/>
        </w:rPr>
        <w:t>还是那条林荫道，老师纤细的手沉甸甸地搁在我瘦小的肩上。她送我到公园那个拐弯处，我不禁回头深深望了她一眼。星子正从她的身后川流成为夜空，最后她自己也成为一颗最亮的星星，永远闪烁在我记忆的银河中。哦，我的林老师。</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23. </w:t>
      </w:r>
      <w:r>
        <w:rPr>
          <w:rFonts w:ascii="宋体;SimSun" w:hAnsi="宋体;SimSun" w:cs="宋体;SimSun" w:eastAsia="宋体;SimSun"/>
          <w:color w:val="000000"/>
        </w:rPr>
        <w:t>文章开头写到“等我进入中年回想这种种，却有一些小事，像一只只小铃，轻轻然而分外清晰地在记忆中摇响”，继续阅读文章，请概括作者写了哪些“小事”。</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eastAsia="宋体;SimSun"/>
          <w:color w:val="000000"/>
        </w:rPr>
        <w:t>英语学期考试前夕，</w:t>
      </w:r>
      <w:r>
        <w:rPr>
          <w:rFonts w:eastAsia="宋体;SimSun" w:cs="宋体;SimSun" w:ascii="宋体;SimSun" w:hAnsi="宋体;SimSun"/>
          <w:color w:val="000000"/>
        </w:rPr>
        <w:t>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eastAsia="宋体;SimSun"/>
          <w:color w:val="000000"/>
        </w:rPr>
        <w:t>第二天，　</w:t>
      </w:r>
      <w:r>
        <w:rPr>
          <w:rFonts w:eastAsia="宋体;SimSun" w:cs="宋体;SimSun" w:ascii="宋体;SimSun" w:hAnsi="宋体;SimSun"/>
          <w:color w:val="000000"/>
        </w:rPr>
        <w:t>_____________________________________________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③</w:t>
      </w:r>
      <w:r>
        <w:rPr>
          <w:rFonts w:ascii="宋体;SimSun" w:hAnsi="宋体;SimSun" w:cs="宋体;SimSun" w:eastAsia="宋体;SimSun"/>
          <w:color w:val="000000"/>
        </w:rPr>
        <w:t>考后评卷那天，</w:t>
      </w:r>
      <w:r>
        <w:rPr>
          <w:rFonts w:eastAsia="宋体;SimSun" w:cs="宋体;SimSun" w:ascii="宋体;SimSun" w:hAnsi="宋体;SimSun"/>
          <w:color w:val="000000"/>
        </w:rPr>
        <w:t>__________________________________________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④</w:t>
      </w:r>
      <w:r>
        <w:rPr>
          <w:rFonts w:ascii="宋体;SimSun" w:hAnsi="宋体;SimSun" w:cs="宋体;SimSun" w:eastAsia="宋体;SimSun"/>
          <w:color w:val="000000"/>
        </w:rPr>
        <w:t>课后，</w:t>
      </w:r>
      <w:r>
        <w:rPr>
          <w:rFonts w:eastAsia="宋体;SimSun" w:cs="宋体;SimSun" w:ascii="宋体;SimSun" w:hAnsi="宋体;SimSun"/>
          <w:color w:val="000000"/>
        </w:rPr>
        <w:t>______________________________________________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24. </w:t>
      </w:r>
      <w:r>
        <w:rPr>
          <w:rFonts w:ascii="宋体;SimSun" w:hAnsi="宋体;SimSun" w:cs="宋体;SimSun" w:eastAsia="宋体;SimSun"/>
          <w:color w:val="000000"/>
        </w:rPr>
        <w:t>请从文中选出一个比喻句或比拟句抄写下来，并说说这句话有什么表达效果。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25. </w:t>
      </w:r>
      <w:r>
        <w:rPr>
          <w:rFonts w:ascii="宋体;SimSun" w:hAnsi="宋体;SimSun" w:cs="宋体;SimSun" w:eastAsia="宋体;SimSun"/>
          <w:color w:val="000000"/>
        </w:rPr>
        <w:t>请你就本文的题目提一个问题，并结合文章内容尝试回答。</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23.     (1). </w:t>
      </w:r>
      <w:r>
        <w:rPr>
          <w:rFonts w:eastAsia="宋体;SimSun" w:cs="宋体;SimSun" w:ascii="宋体;SimSun" w:hAnsi="宋体;SimSun"/>
          <w:color w:val="000000"/>
        </w:rPr>
        <w:t>“</w:t>
      </w:r>
      <w:r>
        <w:rPr>
          <w:rFonts w:ascii="宋体;SimSun" w:hAnsi="宋体;SimSun" w:cs="宋体;SimSun" w:eastAsia="宋体;SimSun"/>
          <w:color w:val="000000"/>
        </w:rPr>
        <w:t>我”在电影院遇到林老师。</w:t>
      </w:r>
      <w:r>
        <w:rPr>
          <w:color w:val="000000"/>
        </w:rPr>
        <w:t xml:space="preserve">    </w:t>
      </w:r>
      <w:r>
        <w:rPr>
          <w:color w:val="000000"/>
        </w:rPr>
        <w:t xml:space="preserve">(2). </w:t>
      </w:r>
      <w:r>
        <w:rPr>
          <w:rFonts w:eastAsia="宋体;SimSun" w:cs="宋体;SimSun" w:ascii="宋体;SimSun" w:hAnsi="宋体;SimSun"/>
          <w:color w:val="000000"/>
        </w:rPr>
        <w:t>“</w:t>
      </w:r>
      <w:r>
        <w:rPr>
          <w:rFonts w:ascii="宋体;SimSun" w:hAnsi="宋体;SimSun" w:cs="宋体;SimSun" w:eastAsia="宋体;SimSun"/>
          <w:color w:val="000000"/>
        </w:rPr>
        <w:t>我”靠临时强记，英语考了</w:t>
      </w:r>
      <w:r>
        <w:rPr>
          <w:rFonts w:eastAsia="Times New Roman" w:cs="Times New Roman" w:ascii="Times New Roman" w:hAnsi="Times New Roman"/>
          <w:color w:val="000000"/>
        </w:rPr>
        <w:t>113</w:t>
      </w:r>
      <w:r>
        <w:rPr>
          <w:rFonts w:ascii="宋体;SimSun" w:hAnsi="宋体;SimSun" w:cs="宋体;SimSun" w:eastAsia="宋体;SimSun"/>
          <w:color w:val="000000"/>
        </w:rPr>
        <w:t>分。</w:t>
      </w:r>
      <w:r>
        <w:rPr>
          <w:color w:val="000000"/>
        </w:rPr>
        <w:t xml:space="preserve">    </w:t>
      </w:r>
      <w:r>
        <w:rPr>
          <w:color w:val="000000"/>
        </w:rPr>
        <w:t xml:space="preserve">(3). </w:t>
      </w:r>
      <w:r>
        <w:rPr>
          <w:rFonts w:eastAsia="宋体;SimSun" w:cs="宋体;SimSun" w:ascii="宋体;SimSun" w:hAnsi="宋体;SimSun"/>
          <w:color w:val="000000"/>
        </w:rPr>
        <w:t>“</w:t>
      </w:r>
      <w:r>
        <w:rPr>
          <w:rFonts w:ascii="宋体;SimSun" w:hAnsi="宋体;SimSun" w:cs="宋体;SimSun" w:eastAsia="宋体;SimSun"/>
          <w:color w:val="000000"/>
        </w:rPr>
        <w:t>我”在黑板上示范，只得了</w:t>
      </w:r>
      <w:r>
        <w:rPr>
          <w:rFonts w:eastAsia="Times New Roman" w:cs="Times New Roman" w:ascii="Times New Roman" w:hAnsi="Times New Roman"/>
          <w:color w:val="000000"/>
        </w:rPr>
        <w:t>47</w:t>
      </w:r>
      <w:r>
        <w:rPr>
          <w:rFonts w:ascii="宋体;SimSun" w:hAnsi="宋体;SimSun" w:cs="宋体;SimSun" w:eastAsia="宋体;SimSun"/>
          <w:color w:val="000000"/>
        </w:rPr>
        <w:t>分。</w:t>
      </w:r>
      <w:r>
        <w:rPr>
          <w:color w:val="000000"/>
        </w:rPr>
        <w:t xml:space="preserve">    </w:t>
      </w:r>
      <w:r>
        <w:rPr>
          <w:color w:val="000000"/>
        </w:rPr>
        <w:t xml:space="preserve">(4). </w:t>
      </w:r>
      <w:r>
        <w:rPr>
          <w:rFonts w:ascii="宋体;SimSun" w:hAnsi="宋体;SimSun" w:cs="宋体;SimSun" w:eastAsia="宋体;SimSun"/>
          <w:color w:val="000000"/>
        </w:rPr>
        <w:t>林老师不但给了“我”“优”，还苦心地教育了“我”。</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24. </w:t>
      </w:r>
      <w:r>
        <w:rPr>
          <w:rFonts w:ascii="宋体;SimSun" w:hAnsi="宋体;SimSun" w:cs="宋体;SimSun" w:eastAsia="宋体;SimSun"/>
          <w:color w:val="000000"/>
        </w:rPr>
        <w:t>示例：①“她自己也成为一颗最亮的星星”，把林老师比喻成最亮的星星。因为林老师的话让“我”明白了要珍惜自己的天赋的道理，她为“我”指明了前行方向，令“我”印象深刻，受益终生。②“海风捋下许多花瓣”写出了海风吹落的花瓣很多很美。</w:t>
      </w:r>
      <w:r>
        <w:rPr>
          <w:color w:val="000000"/>
        </w:rPr>
        <w:t xml:space="preserve">    </w:t>
      </w:r>
    </w:p>
    <w:p>
      <w:pPr>
        <w:pStyle w:val="Normal"/>
        <w:spacing w:lineRule="auto" w:line="360"/>
        <w:textAlignment w:val="center"/>
        <w:rPr/>
      </w:pPr>
      <w:r>
        <w:rPr>
          <w:color w:val="000000"/>
        </w:rPr>
        <w:t xml:space="preserve">25. </w:t>
      </w:r>
      <w:r>
        <w:rPr>
          <w:rFonts w:ascii="宋体;SimSun" w:hAnsi="宋体;SimSun" w:cs="宋体;SimSun" w:eastAsia="宋体;SimSun"/>
          <w:color w:val="000000"/>
        </w:rPr>
        <w:t>示例：文章题目的含义是什么？把林老师喻为一颗璀璨的明星</w:t>
      </w:r>
      <w:r>
        <w:rPr>
          <w:rFonts w:eastAsia="宋体;SimSun" w:cs="宋体;SimSun" w:ascii="宋体;SimSun" w:hAnsi="宋体;SimSun"/>
          <w:color w:val="000000"/>
        </w:rPr>
        <w:t>,</w:t>
      </w:r>
      <w:r>
        <w:rPr>
          <w:rFonts w:ascii="宋体;SimSun" w:hAnsi="宋体;SimSun" w:cs="宋体;SimSun" w:eastAsia="宋体;SimSun"/>
          <w:color w:val="000000"/>
        </w:rPr>
        <w:t>永远留在“我”“记忆的银河”中。她的话让“我”明白了要珍惜自己的天赋，她像星星一样为“我”指明了前行方向，写出了林老师对我的影响之深、教育之大。</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pPr>
      <w:r>
        <w:rPr>
          <w:rFonts w:ascii="宋体;SimSun" w:hAnsi="宋体;SimSun" w:cs="宋体;SimSun" w:eastAsia="宋体;SimSun"/>
          <w:color w:val="000000"/>
        </w:rPr>
        <w:t>考查梳理概括情节。首先通读全文，划分结构层次，梳理情节。概括情节可用“人</w:t>
      </w:r>
      <w:r>
        <w:rPr>
          <w:rFonts w:eastAsia="Times New Roman" w:cs="Times New Roman" w:ascii="Times New Roman" w:hAnsi="Times New Roman"/>
          <w:color w:val="000000"/>
        </w:rPr>
        <w:t>+</w:t>
      </w:r>
      <w:r>
        <w:rPr>
          <w:rFonts w:ascii="宋体;SimSun" w:hAnsi="宋体;SimSun" w:cs="宋体;SimSun" w:eastAsia="宋体;SimSun"/>
          <w:color w:val="000000"/>
        </w:rPr>
        <w:t>事”的形式，语言要简洁。第⑤到⑦段写“英语学期考试前夕，是星期天晚上，我串上另外三个女同学去看当时极轰动的《五朵金花》。”“望见了我们的英语老师和她的男朋友。”第⑧到</w:t>
      </w:r>
      <w:r>
        <w:rPr>
          <w:rFonts w:ascii="Cambria Math" w:hAnsi="Cambria Math" w:cs="Cambria Math" w:eastAsia="Cambria Math"/>
          <w:color w:val="000000"/>
        </w:rPr>
        <w:t>⑬</w:t>
      </w:r>
      <w:r>
        <w:rPr>
          <w:rFonts w:ascii="宋体;SimSun" w:hAnsi="宋体;SimSun" w:cs="宋体;SimSun" w:eastAsia="宋体;SimSun"/>
          <w:color w:val="000000"/>
        </w:rPr>
        <w:t>段写“离上课时间还有</w:t>
      </w:r>
      <w:r>
        <w:rPr>
          <w:rFonts w:eastAsia="Times New Roman" w:cs="Times New Roman" w:ascii="Times New Roman" w:hAnsi="Times New Roman"/>
          <w:color w:val="000000"/>
        </w:rPr>
        <w:t>10</w:t>
      </w:r>
      <w:r>
        <w:rPr>
          <w:rFonts w:ascii="宋体;SimSun" w:hAnsi="宋体;SimSun" w:cs="宋体;SimSun" w:eastAsia="宋体;SimSun"/>
          <w:color w:val="000000"/>
        </w:rPr>
        <w:t>分钟”，我紧急复习，“发疯似地赶着写”“从书上复印到脑子的字母”，居然得了</w:t>
      </w:r>
      <w:r>
        <w:rPr>
          <w:rFonts w:eastAsia="Times New Roman" w:cs="Times New Roman" w:ascii="Times New Roman" w:hAnsi="Times New Roman"/>
          <w:color w:val="000000"/>
        </w:rPr>
        <w:t>113</w:t>
      </w:r>
      <w:r>
        <w:rPr>
          <w:rFonts w:ascii="宋体;SimSun" w:hAnsi="宋体;SimSun" w:cs="宋体;SimSun" w:eastAsia="宋体;SimSun"/>
          <w:color w:val="000000"/>
        </w:rPr>
        <w:t>分。第</w:t>
      </w:r>
      <w:r>
        <w:rPr>
          <w:rFonts w:ascii="Cambria Math" w:hAnsi="Cambria Math" w:cs="Cambria Math" w:eastAsia="Cambria Math"/>
          <w:color w:val="000000"/>
        </w:rPr>
        <w:t>⑭</w:t>
      </w:r>
      <w:r>
        <w:rPr>
          <w:rFonts w:ascii="宋体;SimSun" w:hAnsi="宋体;SimSun" w:cs="宋体;SimSun" w:eastAsia="宋体;SimSun"/>
          <w:color w:val="000000"/>
        </w:rPr>
        <w:t>段写“考后评卷，我那林老师先把我一通夸，然后要我到黑板示范”，“重新逐条考过”后，我得了</w:t>
      </w:r>
      <w:r>
        <w:rPr>
          <w:rFonts w:eastAsia="Cambria Math" w:cs="Cambria Math" w:ascii="Cambria Math" w:hAnsi="Cambria Math"/>
          <w:color w:val="000000"/>
        </w:rPr>
        <w:t>47</w:t>
      </w:r>
      <w:r>
        <w:rPr>
          <w:rFonts w:ascii="宋体;SimSun" w:hAnsi="宋体;SimSun" w:cs="宋体;SimSun" w:eastAsia="宋体;SimSun"/>
          <w:color w:val="000000"/>
        </w:rPr>
        <w:t>分。第</w:t>
      </w:r>
      <w:r>
        <w:rPr>
          <w:rFonts w:ascii="Cambria Math" w:hAnsi="Cambria Math" w:cs="Cambria Math" w:eastAsia="Cambria Math"/>
          <w:color w:val="000000"/>
        </w:rPr>
        <w:t>⑮</w:t>
      </w:r>
      <w:r>
        <w:rPr>
          <w:rFonts w:ascii="宋体;SimSun" w:hAnsi="宋体;SimSun" w:cs="宋体;SimSun" w:eastAsia="宋体;SimSun"/>
          <w:color w:val="000000"/>
        </w:rPr>
        <w:t>到</w:t>
      </w:r>
      <w:r>
        <w:rPr>
          <w:rFonts w:ascii="Cambria Math" w:hAnsi="Cambria Math" w:cs="Cambria Math" w:eastAsia="Cambria Math"/>
          <w:color w:val="000000"/>
        </w:rPr>
        <w:t>⑰</w:t>
      </w:r>
      <w:r>
        <w:rPr>
          <w:rFonts w:ascii="宋体;SimSun" w:hAnsi="宋体;SimSun" w:cs="宋体;SimSun" w:eastAsia="宋体;SimSun"/>
          <w:color w:val="000000"/>
        </w:rPr>
        <w:t>段写成绩单的英语一栏上，“仍然是叫人不敢正视的‘优’”，林老师叫我善用“强记能力”。整理即可。</w:t>
      </w:r>
    </w:p>
    <w:p>
      <w:pPr>
        <w:pStyle w:val="Normal"/>
        <w:spacing w:lineRule="auto" w:line="360"/>
        <w:textAlignment w:val="center"/>
        <w:rPr>
          <w:color w:val="000000"/>
        </w:rPr>
      </w:pPr>
      <w:r>
        <w:rPr>
          <w:color w:val="000000"/>
        </w:rPr>
        <w:t>【</w:t>
      </w:r>
      <w:r>
        <w:rPr>
          <w:color w:val="000000"/>
        </w:rPr>
        <w:t>24</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比喻和比拟的判断。比喻就是用浅显、具体、生动的事物来代替抽象、难理解的事物，把陌生的东西变为熟悉的东西，把深奥的道理浅显化，把抽象的事理具体化、形象化。比拟就是把物当成人来写，或把人当成物来写，或把甲物当成乙物来写，可以将事物描写得具体、生动、形象，使人感到亲切，容易受到感染。示例：</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①“</w:t>
      </w:r>
      <w:r>
        <w:rPr>
          <w:rFonts w:ascii="宋体;SimSun" w:hAnsi="宋体;SimSun" w:cs="宋体;SimSun" w:eastAsia="宋体;SimSun"/>
          <w:color w:val="000000"/>
        </w:rPr>
        <w:t>等我进入中年回想这种种，却有一些小事，像一只只小铃，轻轻然而分外清晰地在记忆中摇响。”运用了比喻，把记忆中的小事比作“一只只小铃”，生动地写出这些小事给我警示，对我影响深远。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eastAsia="宋体;SimSun"/>
          <w:color w:val="000000"/>
        </w:rPr>
        <w:t>沉默了一会儿，只听见一群相思鸟在教室外的老榕树上幸灾乐祸地鸣叫。”运用了比拟，生动形象地写出“我”仗着强记能力考高分，却被老师逼出原形的尴尬、不知所措。</w:t>
      </w:r>
    </w:p>
    <w:p>
      <w:pPr>
        <w:pStyle w:val="Normal"/>
        <w:spacing w:lineRule="auto" w:line="360"/>
        <w:jc w:val="start"/>
        <w:textAlignment w:val="center"/>
        <w:rPr>
          <w:color w:val="000000"/>
        </w:rPr>
      </w:pPr>
      <w:r>
        <w:rPr>
          <w:color w:val="000000"/>
        </w:rPr>
        <w:t>【</w:t>
      </w:r>
      <w:r>
        <w:rPr>
          <w:color w:val="000000"/>
        </w:rPr>
        <w:t>25</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考查对题目的分析能力。通常从题目的含义和作用两方面来分析。参考答案即从题目含义方面来拟题，再在把握文章的内容基础上，结合作者的思想感情进行分析，理解其表层含义与深层含义，“在那颗星子下”写出林老师像星子一样影响了我，指导着我，表达了我对林老师的赞叹感激之情。也可以从题目作用方面来拟题目，再从作用方面作答：交代写作对象，概括主要事件，关联全文作线索，是作者感情的触发点，概括或暗示文章的主旨，语带双关，具有象征意义，激发读者阅读兴趣（制造悬念、新颖的形式、巧妙的修辞）等。</w:t>
      </w:r>
    </w:p>
    <w:p>
      <w:pPr>
        <w:pStyle w:val="Normal"/>
        <w:spacing w:lineRule="auto" w:line="360"/>
        <w:jc w:val="start"/>
        <w:textAlignment w:val="center"/>
        <w:rPr/>
      </w:pPr>
      <w:r>
        <w:rPr>
          <w:rFonts w:ascii="宋体;SimSun" w:hAnsi="宋体;SimSun" w:cs="宋体;SimSun" w:eastAsia="宋体;SimSun"/>
          <w:color w:val="000000"/>
        </w:rPr>
        <w:t>示例：文章题目</w:t>
      </w:r>
      <w:r>
        <w:rPr>
          <w:rFonts w:ascii="宋体;SimSun" w:hAnsi="宋体;SimSun" w:cs="宋体;SimSun" w:eastAsia="宋体;SimSun"/>
          <w:color w:val="000000"/>
        </w:rPr>
        <w:drawing>
          <wp:inline distT="0" distB="0" distL="0" distR="0">
            <wp:extent cx="133350" cy="177800"/>
            <wp:effectExtent l="0" t="0" r="0" b="0"/>
            <wp:docPr id="1433"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Image11"/>
                    <pic:cNvPicPr>
                      <a:picLocks noChangeAspect="1" noChangeArrowheads="1"/>
                    </pic:cNvPicPr>
                  </pic:nvPicPr>
                  <pic:blipFill>
                    <a:blip r:embed="rId6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eastAsia="宋体;SimSun"/>
          <w:color w:val="000000"/>
        </w:rPr>
        <w:t>作用是什么？结合“星子正从她的身后川流成为夜空，最后她自己也成为一颗最亮的星星，永远闪烁在我记忆的银河中”可以看出，林老师的话深深触动了我，她在我心中像星星一样明亮，引导着我，促我成长，“星子”既指真正的星，也指起了指导作用的林老师，语带双关。“在那颗星子下”暗示了文章主旨：表达了我对林老师的敬爱与感激之情。同时“在那颗星子下”作标题比较新颖，激发读者的阅读兴趣。</w:t>
      </w:r>
    </w:p>
    <w:p>
      <w:pPr>
        <w:pStyle w:val="Heading3"/>
      </w:pPr>
      <w:r>
        <w:t>昌平区第一中学</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w:t>
      </w:r>
      <w:r>
        <w:rPr>
          <w:rFonts w:cs="宋体;SimSun" w:ascii="宋体;SimSun" w:hAnsi="宋体;SimSun"/>
          <w:b/>
          <w:color w:val="000000"/>
          <w:sz w:val="24"/>
        </w:rPr>
        <w:t>24</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color w:val="000000"/>
        </w:rPr>
      </w:pPr>
      <w:r>
        <w:rPr>
          <w:color w:val="000000"/>
        </w:rPr>
        <w:t xml:space="preserve">12. </w:t>
      </w:r>
      <w:r>
        <w:rPr>
          <w:rFonts w:ascii="宋体;SimSun" w:hAnsi="宋体;SimSun" w:cs="宋体;SimSun"/>
          <w:color w:val="000000"/>
        </w:rPr>
        <w:t>阅读下面材料，回答以下各题。</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二十四节气，反映了太阳对地球产生的影响，属太阳历范畴，农耕生产与大自然息息相关。二十四节气在上古时代已订立，到汉代吸收入《太初历》作为指导农事的补充历法。二十四节气既是历代官府颁布的时间准绳，日常生活中人们预知冷暖雪雨的指南针。它是中华民族悠久历史文化的重要组成部分，凝聚着中华文明的历史文化精华。在国际气象界，二十四节气被誉为“中国的第五大发明”。</w:t>
      </w:r>
      <w:r>
        <w:rPr>
          <w:rFonts w:eastAsia="Times New Roman" w:cs="Times New Roman"/>
          <w:color w:val="000000"/>
        </w:rPr>
        <w:t>2016</w:t>
      </w:r>
      <w:r>
        <w:rPr>
          <w:rFonts w:ascii="楷体" w:hAnsi="楷体" w:cs="楷体" w:eastAsia="楷体"/>
          <w:color w:val="000000"/>
        </w:rPr>
        <w:t>年</w:t>
      </w:r>
      <w:r>
        <w:rPr>
          <w:rFonts w:eastAsia="Times New Roman" w:cs="Times New Roman"/>
          <w:color w:val="000000"/>
        </w:rPr>
        <w:t>11</w:t>
      </w:r>
      <w:r>
        <w:rPr>
          <w:rFonts w:ascii="楷体" w:hAnsi="楷体" w:cs="楷体" w:eastAsia="楷体"/>
          <w:color w:val="000000"/>
        </w:rPr>
        <w:t>月</w:t>
      </w:r>
      <w:r>
        <w:rPr>
          <w:rFonts w:eastAsia="Times New Roman" w:cs="Times New Roman"/>
          <w:color w:val="000000"/>
        </w:rPr>
        <w:t>30</w:t>
      </w:r>
      <w:r>
        <w:rPr>
          <w:rFonts w:ascii="楷体" w:hAnsi="楷体" w:cs="楷体" w:eastAsia="楷体"/>
          <w:color w:val="000000"/>
        </w:rPr>
        <w:t>日，二十四节气被正式列入联合国教科文组织人类非物质文化遗产代表作名录。</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【材料二】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霜降是秋季的最后一个节气，在每年的</w:t>
      </w:r>
      <w:r>
        <w:rPr>
          <w:rFonts w:eastAsia="Times New Roman" w:cs="Times New Roman"/>
          <w:color w:val="000000"/>
        </w:rPr>
        <w:t>10</w:t>
      </w:r>
      <w:r>
        <w:rPr>
          <w:rFonts w:ascii="楷体" w:hAnsi="楷体" w:cs="楷体" w:eastAsia="楷体"/>
          <w:color w:val="000000"/>
        </w:rPr>
        <w:t>月</w:t>
      </w:r>
      <w:r>
        <w:rPr>
          <w:rFonts w:eastAsia="Times New Roman" w:cs="Times New Roman"/>
          <w:color w:val="000000"/>
        </w:rPr>
        <w:t>23</w:t>
      </w:r>
      <w:r>
        <w:rPr>
          <w:rFonts w:ascii="楷体" w:hAnsi="楷体" w:cs="楷体" w:eastAsia="楷体"/>
          <w:color w:val="000000"/>
        </w:rPr>
        <w:t>号左右。《月令七十二候集解》关于霜降说：“九月中，气肃而凝，人们将霜降分为三候：一候豺乃祭兽，二候草木黄落，各地有不同的习俗：打霜降、吃柿子、登高、赏菊、赏红叶等。民间有谚语“一年补透透，不如补霜降”</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）写出下列诗句中描述的节气。</w:t>
      </w:r>
    </w:p>
    <w:p>
      <w:pPr>
        <w:pStyle w:val="Normal"/>
        <w:spacing w:lineRule="auto" w:line="360"/>
        <w:jc w:val="start"/>
        <w:textAlignment w:val="center"/>
        <w:rPr>
          <w:rFonts w:ascii="宋体;SimSun" w:hAnsi="宋体;SimSun" w:cs="宋体;SimSun"/>
          <w:color w:val="000000"/>
        </w:rPr>
      </w:pPr>
      <w:r>
        <w:rPr>
          <w:rFonts w:eastAsia="Times New Roman" w:cs="Times New Roman"/>
          <w:color w:val="000000"/>
        </w:rPr>
        <w:t>①</w:t>
      </w:r>
      <w:r>
        <w:rPr>
          <w:rFonts w:ascii="宋体;SimSun" w:hAnsi="宋体;SimSun" w:cs="宋体;SimSun"/>
          <w:color w:val="000000"/>
        </w:rPr>
        <w:t>露从今夜白，月是故乡明。</w:t>
      </w:r>
    </w:p>
    <w:p>
      <w:pPr>
        <w:pStyle w:val="Normal"/>
        <w:spacing w:lineRule="auto" w:line="360"/>
        <w:jc w:val="start"/>
        <w:textAlignment w:val="center"/>
        <w:rPr>
          <w:rFonts w:ascii="宋体;SimSun" w:hAnsi="宋体;SimSun" w:cs="宋体;SimSun"/>
          <w:color w:val="000000"/>
        </w:rPr>
      </w:pPr>
      <w:r>
        <w:rPr>
          <w:rFonts w:eastAsia="Times New Roman" w:cs="Times New Roman"/>
          <w:color w:val="000000"/>
        </w:rPr>
        <w:t>②</w:t>
      </w:r>
      <w:r>
        <w:rPr>
          <w:rFonts w:ascii="宋体;SimSun" w:hAnsi="宋体;SimSun" w:cs="宋体;SimSun"/>
          <w:color w:val="000000"/>
        </w:rPr>
        <w:t>邯郸驿里逢冬至，拘膝灯前影伴身。</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）结合材料二，说一说“霜降”节气有哪些习俗？</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3</w:t>
      </w:r>
      <w:r>
        <w:rPr>
          <w:rFonts w:ascii="宋体;SimSun" w:hAnsi="宋体;SimSun" w:cs="宋体;SimSun"/>
          <w:color w:val="000000"/>
        </w:rPr>
        <w:t>）学校向同学们发出“学习二十四节气”的倡议。请你结合材料内容，梳理两条二十四节气在当今社会仍有意义的理由。</w:t>
      </w:r>
    </w:p>
    <w:p>
      <w:pPr>
        <w:pStyle w:val="Normal"/>
        <w:spacing w:lineRule="auto" w:line="360"/>
        <w:textAlignment w:val="center"/>
        <w:rPr>
          <w:rFonts w:ascii="宋体;SimSun" w:hAnsi="宋体;SimSun" w:cs="宋体;SimSun"/>
          <w:color w:val="000000"/>
        </w:rPr>
      </w:pPr>
      <w:r>
        <w:rPr>
          <w:color w:val="2E75B6"/>
        </w:rPr>
        <w:t>【答案】</w:t>
      </w:r>
      <w:r>
        <w:rPr>
          <w:color w:val="000000"/>
        </w:rPr>
        <w:t>（</w:t>
      </w:r>
      <w:r>
        <w:rPr>
          <w:color w:val="000000"/>
        </w:rPr>
        <w:t>1</w:t>
      </w:r>
      <w:r>
        <w:rPr>
          <w:color w:val="000000"/>
        </w:rPr>
        <w:t>）</w:t>
      </w:r>
      <w:r>
        <w:rPr>
          <w:rFonts w:cs="Times New Roman"/>
          <w:color w:val="000000"/>
        </w:rPr>
        <w:t>①</w:t>
      </w:r>
      <w:r>
        <w:rPr>
          <w:rFonts w:ascii="宋体;SimSun" w:hAnsi="宋体;SimSun" w:cs="宋体;SimSun"/>
          <w:color w:val="000000"/>
        </w:rPr>
        <w:t xml:space="preserve">白露  </w:t>
      </w:r>
      <w:r>
        <w:rPr>
          <w:rFonts w:cs="Times New Roman"/>
          <w:color w:val="000000"/>
        </w:rPr>
        <w:t>②</w:t>
      </w:r>
      <w:r>
        <w:rPr>
          <w:rFonts w:ascii="宋体;SimSun" w:hAnsi="宋体;SimSun" w:cs="宋体;SimSun"/>
          <w:color w:val="000000"/>
        </w:rPr>
        <w:t>冬至</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2</w:t>
      </w:r>
      <w:r>
        <w:rPr>
          <w:color w:val="000000"/>
        </w:rPr>
        <w:t>）</w:t>
      </w:r>
      <w:r>
        <w:rPr>
          <w:rFonts w:ascii="宋体;SimSun" w:hAnsi="宋体;SimSun" w:cs="宋体;SimSun"/>
          <w:color w:val="000000"/>
        </w:rPr>
        <w:t>示例：打霜降、吃柿子、赏菊。</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3</w:t>
      </w:r>
      <w:r>
        <w:rPr>
          <w:color w:val="000000"/>
        </w:rPr>
        <w:t>）</w:t>
      </w:r>
      <w:r>
        <w:rPr>
          <w:rFonts w:cs="Times New Roman"/>
          <w:color w:val="000000"/>
        </w:rPr>
        <w:t>①</w:t>
      </w:r>
      <w:r>
        <w:rPr>
          <w:rFonts w:ascii="宋体;SimSun" w:hAnsi="宋体;SimSun" w:cs="宋体;SimSun"/>
          <w:color w:val="000000"/>
        </w:rPr>
        <w:t>有利于指导农业生产；</w:t>
      </w:r>
      <w:r>
        <w:rPr>
          <w:rFonts w:cs="Times New Roman"/>
          <w:color w:val="000000"/>
        </w:rPr>
        <w:t>②</w:t>
      </w:r>
      <w:r>
        <w:rPr>
          <w:rFonts w:ascii="宋体;SimSun" w:hAnsi="宋体;SimSun" w:cs="宋体;SimSun"/>
          <w:color w:val="000000"/>
        </w:rPr>
        <w:t>中国第五大发明。</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cs="宋体;SimSun"/>
          <w:color w:val="000000"/>
        </w:rPr>
      </w:pPr>
      <w:r>
        <w:rPr>
          <w:color w:val="000000"/>
        </w:rPr>
        <w:t>本题考查对节气的理解。根据关于</w:t>
      </w:r>
      <w:r>
        <w:rPr>
          <w:rFonts w:ascii="宋体;SimSun" w:hAnsi="宋体;SimSun" w:cs="宋体;SimSun"/>
          <w:color w:val="000000"/>
        </w:rPr>
        <w:t>“二十四节气”</w:t>
      </w:r>
      <w:r>
        <w:rPr>
          <w:color w:val="000000"/>
        </w:rPr>
        <w:t>有关知识的积累作答。根据</w:t>
      </w:r>
      <w:r>
        <w:rPr>
          <w:rFonts w:ascii="宋体;SimSun" w:hAnsi="宋体;SimSun" w:cs="宋体;SimSun"/>
          <w:color w:val="000000"/>
        </w:rPr>
        <w:t>“露从今夜白”中的“露”和“冬至白”可知作者将“白露”倒装分写，指在气节“白露”的一个夜晚，可知节气是“白露”。</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根据“邯郸驿里逢冬至”中的“冬至”，可知节气是冬至。</w:t>
      </w:r>
    </w:p>
    <w:p>
      <w:pPr>
        <w:pStyle w:val="Normal"/>
        <w:spacing w:lineRule="auto" w:line="360"/>
        <w:jc w:val="start"/>
        <w:textAlignment w:val="center"/>
        <w:rPr>
          <w:color w:val="000000"/>
        </w:rPr>
      </w:pPr>
      <w:r>
        <w:rPr>
          <w:color w:val="000000"/>
        </w:rPr>
        <w:t>【小问</w:t>
      </w:r>
      <w:r>
        <w:rPr>
          <w:color w:val="000000"/>
        </w:rPr>
        <w:t>2</w:t>
      </w:r>
      <w:r>
        <w:rPr>
          <w:color w:val="000000"/>
        </w:rPr>
        <w:t>详解】</w:t>
      </w:r>
    </w:p>
    <w:p>
      <w:pPr>
        <w:pStyle w:val="Normal"/>
        <w:spacing w:lineRule="auto" w:line="360"/>
        <w:jc w:val="start"/>
        <w:textAlignment w:val="center"/>
        <w:rPr>
          <w:color w:val="000000"/>
        </w:rPr>
      </w:pPr>
      <w:r>
        <w:rPr>
          <w:color w:val="000000"/>
        </w:rPr>
        <w:t>本题考查信息提炼。中国地大物博，霜降节气风俗各异。根据材料二</w:t>
      </w:r>
      <w:r>
        <w:rPr>
          <w:rFonts w:ascii="宋体;SimSun" w:hAnsi="宋体;SimSun" w:cs="宋体;SimSun"/>
          <w:color w:val="000000"/>
        </w:rPr>
        <w:t>“各地有不同的习俗：打霜降、吃柿子、登高、赏菊、赏红叶等”</w:t>
      </w:r>
      <w:r>
        <w:rPr>
          <w:color w:val="000000"/>
        </w:rPr>
        <w:t>内容可知，霜降这天的习俗有：打霜降、吃柿子、登高、赏菊、赏红叶等。</w:t>
      </w:r>
    </w:p>
    <w:p>
      <w:pPr>
        <w:pStyle w:val="Normal"/>
        <w:spacing w:lineRule="auto" w:line="360"/>
        <w:jc w:val="start"/>
        <w:textAlignment w:val="center"/>
        <w:rPr>
          <w:color w:val="000000"/>
        </w:rPr>
      </w:pPr>
      <w:r>
        <w:rPr>
          <w:color w:val="000000"/>
        </w:rPr>
        <w:t>【小问</w:t>
      </w:r>
      <w:r>
        <w:rPr>
          <w:color w:val="000000"/>
        </w:rPr>
        <w:t>3</w:t>
      </w:r>
      <w:r>
        <w:rPr>
          <w:color w:val="000000"/>
        </w:rPr>
        <w:t>详解】</w:t>
      </w:r>
    </w:p>
    <w:p>
      <w:pPr>
        <w:pStyle w:val="Normal"/>
        <w:spacing w:lineRule="auto" w:line="360"/>
        <w:jc w:val="start"/>
        <w:textAlignment w:val="center"/>
        <w:rPr>
          <w:color w:val="000000"/>
        </w:rPr>
      </w:pPr>
      <w:r>
        <w:rPr>
          <w:color w:val="000000"/>
        </w:rPr>
        <w:t>本题考查探究发现。</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根据【材料一】“二十四节气既是历代官府颁布的时间准绳，也是指导农业生产的指南针，日常生活中人们预知冷暖雪雨的指南针”可知，二十四节气有利于“指导农业生产”；</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根据【材料一】“它是中华民族悠久历史文化</w:t>
      </w:r>
      <w:r>
        <w:rPr>
          <w:rFonts w:ascii="宋体;SimSun" w:hAnsi="宋体;SimSun" w:cs="宋体;SimSun"/>
          <w:color w:val="000000"/>
        </w:rPr>
        <w:drawing>
          <wp:inline distT="0" distB="0" distL="0" distR="0">
            <wp:extent cx="133350" cy="177800"/>
            <wp:effectExtent l="0" t="0" r="0" b="0"/>
            <wp:docPr id="1435"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图片 100009"/>
                    <pic:cNvPicPr>
                      <a:picLocks noChangeAspect="1" noChangeArrowheads="1"/>
                    </pic:cNvPicPr>
                  </pic:nvPicPr>
                  <pic:blipFill>
                    <a:blip r:embed="rId62"/>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重要组成部分，凝聚着中华文明的历史文化精华。在国际气象界，二十四节气被誉为‘中国的第五大发明’”和“</w:t>
      </w:r>
      <w:r>
        <w:rPr>
          <w:rFonts w:eastAsia="Times New Roman" w:cs="Times New Roman"/>
          <w:color w:val="000000"/>
        </w:rPr>
        <w:t>2016</w:t>
      </w:r>
      <w:r>
        <w:rPr>
          <w:rFonts w:ascii="宋体;SimSun" w:hAnsi="宋体;SimSun" w:cs="宋体;SimSun"/>
          <w:color w:val="000000"/>
        </w:rPr>
        <w:t>年</w:t>
      </w:r>
      <w:r>
        <w:rPr>
          <w:rFonts w:eastAsia="Times New Roman" w:cs="Times New Roman"/>
          <w:color w:val="000000"/>
        </w:rPr>
        <w:t>11</w:t>
      </w:r>
      <w:r>
        <w:rPr>
          <w:rFonts w:ascii="宋体;SimSun" w:hAnsi="宋体;SimSun" w:cs="宋体;SimSun"/>
          <w:color w:val="000000"/>
        </w:rPr>
        <w:t>月</w:t>
      </w:r>
      <w:r>
        <w:rPr>
          <w:rFonts w:eastAsia="Times New Roman" w:cs="Times New Roman"/>
          <w:color w:val="000000"/>
        </w:rPr>
        <w:t>30</w:t>
      </w:r>
      <w:r>
        <w:rPr>
          <w:rFonts w:ascii="宋体;SimSun" w:hAnsi="宋体;SimSun" w:cs="宋体;SimSun"/>
          <w:color w:val="000000"/>
        </w:rPr>
        <w:t>日，二十四节气被正式列入联合国教科文组织人类非物质文化遗产代表作名录”可知，二十四节气是中国第五大发明，“被正式列入联合国教科文组织人类非物质文化遗产代表作名录”。</w:t>
      </w:r>
    </w:p>
    <w:p>
      <w:pPr>
        <w:pStyle w:val="Normal"/>
        <w:spacing w:lineRule="auto" w:line="360"/>
        <w:jc w:val="start"/>
        <w:textAlignment w:val="center"/>
        <w:rPr>
          <w:rFonts w:ascii="宋体;SimSun" w:hAnsi="宋体;SimSun" w:cs="宋体;SimSun"/>
          <w:color w:val="000000"/>
        </w:rPr>
      </w:pPr>
      <w:r>
        <w:rPr>
          <w:color w:val="000000"/>
        </w:rPr>
        <w:t xml:space="preserve">13. </w:t>
      </w:r>
      <w:r>
        <w:rPr>
          <w:rFonts w:ascii="宋体;SimSun" w:hAnsi="宋体;SimSun" w:cs="宋体;SimSun"/>
          <w:color w:val="000000"/>
        </w:rPr>
        <w:t>阅读下面文章，回答以下各题。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你得下去站个桩</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明前茶</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①</w:t>
      </w:r>
      <w:r>
        <w:rPr>
          <w:rFonts w:ascii="楷体" w:hAnsi="楷体" w:cs="楷体" w:eastAsia="楷体"/>
          <w:color w:val="000000"/>
        </w:rPr>
        <w:t>在贾平凹老师的新作《山本》的发布会上，有读者当场这样评说：“您的新作很棒。然而，当年您写的《商州三录》似乎给我留下了更深的印象。”平凹老师听了，他那张兵马俑般不怒自威的脸上似乎隐现出一丝笑意。他淡淡地说：“不光你这么觉得，我也很喜欢《商州三录》。”</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②</w:t>
      </w:r>
      <w:r>
        <w:rPr>
          <w:rFonts w:ascii="楷体" w:hAnsi="楷体" w:cs="楷体" w:eastAsia="楷体"/>
          <w:color w:val="000000"/>
        </w:rPr>
        <w:t>那位读者继续问：“您当年是怎么想起来要写《商州三录》的？某一天，故乡在梦里召唤你，或者是受了沈从文先生《边城》的影响？”</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③</w:t>
      </w:r>
      <w:r>
        <w:rPr>
          <w:rFonts w:ascii="楷体" w:hAnsi="楷体" w:cs="楷体" w:eastAsia="楷体"/>
          <w:color w:val="000000"/>
        </w:rPr>
        <w:t>发布会上的主持人刚要制止这种“偏题”的提问，贾平凹微微抬手阻止了她。他以带着深重关中口音的普通话回应道：“其实让我下决心要回到商州的，是我师傅。有一天，我与少时习武的师傅坐在台阶上唠嗑。师傅说，平娃，我看了你写的东西，那些花架子有些不管用啊。你看，不管干哪一行，败得最快的，都是那些急于求成、研究了很多拳脚招式的。你得让气息沉下去，两脚像树的根一样，紧攥着泥土。一句话，你得下去站个桩。”</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④</w:t>
      </w:r>
      <w:r>
        <w:rPr>
          <w:rFonts w:ascii="楷体" w:hAnsi="楷体" w:cs="楷体" w:eastAsia="楷体"/>
          <w:color w:val="000000"/>
        </w:rPr>
        <w:t>一个外行的建议，促成了贾平凹的商州之行。按照师傅的建议，他“站桩”去了。光是为了写《商州三录》的第一部分《商州初录》，他没让当地文化界的朋友陪同，因为“站桩”是独自的体验，他得把一切繁华声色都从头脑中赶走。</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⑤</w:t>
      </w:r>
      <w:r>
        <w:rPr>
          <w:rFonts w:ascii="楷体" w:hAnsi="楷体" w:cs="楷体" w:eastAsia="楷体"/>
          <w:color w:val="000000"/>
        </w:rPr>
        <w:t>贾平凹给我们讲述了他当年的采风经历：他都是坐破旧的乡下公交，或者搭乘家用拖拉机赶去偏远乡镇。他带着一个布挎包，挎包里除了两叠沾染烟叶的稿纸、两身换洗衣衫，就是三五个干馒头、一瓶酱豆腐。</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⑥</w:t>
      </w:r>
      <w:r>
        <w:rPr>
          <w:rFonts w:ascii="楷体" w:hAnsi="楷体" w:cs="楷体" w:eastAsia="楷体"/>
          <w:color w:val="000000"/>
        </w:rPr>
        <w:t>那是相当艰辛的旅程？倒也不见得。春天，好好地走在路上就会赶上北方的沙尘天气，从内蒙古利来的黄尘，每个人的眉手与眼睫手都被染黄了。然而，彼时彼刻，数千株粉桃“开得夭夭的”，就像无数无忧无虑的女娃娃发出笑声，她们似乎并不在乎扑面而来的沙尘。因为她们知道，每次沙尘过后，就会有清凉的春雨来清洗大地。</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⑦</w:t>
      </w:r>
      <w:r>
        <w:rPr>
          <w:rFonts w:ascii="楷体" w:hAnsi="楷体" w:cs="楷体" w:eastAsia="楷体"/>
          <w:color w:val="000000"/>
        </w:rPr>
        <w:t>平凹老师说，那一刻，他感受到了生命的顽强与幽默，他触摸到了乡亲的精神内核。这一路上，他遇见过铁匠、瓦匠、采药人、打豆腐的、撑船的，遇见过藏了一肚子故事的面店小老板，遇见过会给野狼接骨的乡村医生……他目睹了这片厚重的土地上倔强又活泼的精神，以及看似拙朴粗率，实则细腻贴心的审美境界。</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⑧</w:t>
      </w:r>
      <w:r>
        <w:rPr>
          <w:rFonts w:ascii="楷体" w:hAnsi="楷体" w:cs="楷体" w:eastAsia="楷体"/>
          <w:color w:val="000000"/>
        </w:rPr>
        <w:t>不过，说起“站桩”的收获，平凹老师最得意的，是他写完书后再回故乡，猛地发现，原来一直滞销的老太太做的手工布老虎和虎头鞋，因为他在书中精准、传神的描绘，一下子成了香饽饽。能做这些手工布艺的老太太，收入涨了至少五倍。”这样，去市集上吃他们最爱的油发扯面了。</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）请概括作者“站桩”的收获。</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）综观全文，如何理解下面这段话的含义。</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师傅说，平娃，我看了你写的东西，那些花架子有些不管用啊。你看，不管干哪一行，败得最快的，都是那些急于求成、研究了很多拳脚招式的。你得让气息沉下去，两脚像树的根一样，紧攥着泥土。一句话，你得下去站个桩。</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3</w:t>
      </w:r>
      <w:r>
        <w:rPr>
          <w:rFonts w:ascii="宋体;SimSun" w:hAnsi="宋体;SimSun" w:cs="宋体;SimSun"/>
          <w:color w:val="000000"/>
        </w:rPr>
        <w:t>）文末“能做这些手工布艺的老太太，收入涨了至少五倍”，文章这样结尾有什么好处？</w:t>
      </w:r>
    </w:p>
    <w:p>
      <w:pPr>
        <w:pStyle w:val="Normal"/>
        <w:spacing w:lineRule="auto" w:line="360"/>
        <w:textAlignment w:val="center"/>
        <w:rPr>
          <w:rFonts w:ascii="宋体;SimSun" w:hAnsi="宋体;SimSun" w:cs="宋体;SimSun"/>
          <w:color w:val="000000"/>
        </w:rPr>
      </w:pPr>
      <w:r>
        <w:rPr>
          <w:color w:val="2E75B6"/>
        </w:rPr>
        <w:t>【答案】</w:t>
      </w:r>
      <w:r>
        <w:rPr>
          <w:color w:val="000000"/>
        </w:rPr>
        <w:t>（</w:t>
      </w:r>
      <w:r>
        <w:rPr>
          <w:color w:val="000000"/>
        </w:rPr>
        <w:t>1</w:t>
      </w:r>
      <w:r>
        <w:rPr>
          <w:color w:val="000000"/>
        </w:rPr>
        <w:t>）</w:t>
      </w:r>
      <w:r>
        <w:rPr>
          <w:rFonts w:ascii="宋体;SimSun" w:hAnsi="宋体;SimSun" w:cs="宋体;SimSun"/>
          <w:color w:val="000000"/>
        </w:rPr>
        <w:t>他感受到商州这片厚重的土地上人们倔强又活泼的精神，以及看似拙朴，实则细腻；他写出了《商州三录》，使其由滞销变为畅销。</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2</w:t>
      </w:r>
      <w:r>
        <w:rPr>
          <w:color w:val="000000"/>
        </w:rPr>
        <w:t>）</w:t>
      </w:r>
      <w:r>
        <w:rPr>
          <w:rFonts w:ascii="宋体;SimSun" w:hAnsi="宋体;SimSun" w:cs="宋体;SimSun"/>
          <w:color w:val="000000"/>
        </w:rPr>
        <w:t>师傅说，平娃写的东西质量不高。告诉贾平凹不要急于求成，贴近生活，脚踏实地。</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3</w:t>
      </w:r>
      <w:r>
        <w:rPr>
          <w:color w:val="000000"/>
        </w:rPr>
        <w:t>）</w:t>
      </w:r>
      <w:r>
        <w:rPr>
          <w:rFonts w:ascii="宋体;SimSun" w:hAnsi="宋体;SimSun" w:cs="宋体;SimSun"/>
          <w:color w:val="000000"/>
        </w:rPr>
        <w:t>表现出贾平凹作品成功，影响深远、收束全文。</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cs="宋体;SimSun"/>
          <w:color w:val="000000"/>
        </w:rPr>
      </w:pPr>
      <w:r>
        <w:rPr>
          <w:color w:val="000000"/>
        </w:rPr>
        <w:t>本题考查文章信息筛选。</w:t>
      </w:r>
      <w:r>
        <w:rPr>
          <w:rFonts w:ascii="宋体;SimSun" w:hAnsi="宋体;SimSun" w:cs="宋体;SimSun"/>
          <w:color w:val="000000"/>
        </w:rPr>
        <w:t>“站桩”一词出现在</w:t>
      </w:r>
      <w:r>
        <w:rPr>
          <w:rFonts w:cs="Times New Roman"/>
          <w:color w:val="000000"/>
        </w:rPr>
        <w:t>④</w:t>
      </w:r>
      <w:r>
        <w:rPr>
          <w:rFonts w:ascii="宋体;SimSun" w:hAnsi="宋体;SimSun" w:cs="宋体;SimSun"/>
          <w:color w:val="000000"/>
        </w:rPr>
        <w:t>段，因此，应从</w:t>
      </w:r>
      <w:r>
        <w:rPr>
          <w:rFonts w:cs="Times New Roman"/>
          <w:color w:val="000000"/>
        </w:rPr>
        <w:t>④</w:t>
      </w:r>
      <w:r>
        <w:rPr>
          <w:rFonts w:ascii="宋体;SimSun" w:hAnsi="宋体;SimSun" w:cs="宋体;SimSun"/>
          <w:color w:val="000000"/>
        </w:rPr>
        <w:t>段后面的段落中，抓住关键语句筛选相关信息。</w:t>
      </w:r>
    </w:p>
    <w:p>
      <w:pPr>
        <w:pStyle w:val="Normal"/>
        <w:spacing w:lineRule="auto" w:line="360"/>
        <w:jc w:val="start"/>
        <w:textAlignment w:val="center"/>
        <w:rPr>
          <w:rFonts w:ascii="宋体;SimSun" w:hAnsi="宋体;SimSun" w:cs="宋体;SimSun"/>
          <w:color w:val="000000"/>
        </w:rPr>
      </w:pPr>
      <w:r>
        <w:rPr>
          <w:color w:val="000000"/>
        </w:rPr>
        <w:t>从</w:t>
      </w:r>
      <w:r>
        <w:rPr>
          <w:rFonts w:cs="Times New Roman"/>
          <w:color w:val="000000"/>
        </w:rPr>
        <w:t>⑦</w:t>
      </w:r>
      <w:r>
        <w:rPr>
          <w:color w:val="000000"/>
        </w:rPr>
        <w:t>段</w:t>
      </w:r>
      <w:r>
        <w:rPr>
          <w:rFonts w:ascii="宋体;SimSun" w:hAnsi="宋体;SimSun" w:cs="宋体;SimSun"/>
          <w:color w:val="000000"/>
        </w:rPr>
        <w:t>“那一刻，他感受到了生命的顽强与幽默，他触摸到了乡亲的精神内核”和“他目睹了这片厚重的土地上倔强又活泼的精神，实则细腻贴心的审美境界”可知，他的收获是感受到商州人“顽强与幽默”“倔强又活泼”的性格和“细腻贴心的审美境界”；</w:t>
      </w:r>
    </w:p>
    <w:p>
      <w:pPr>
        <w:pStyle w:val="Normal"/>
        <w:spacing w:lineRule="auto" w:line="360"/>
        <w:jc w:val="start"/>
        <w:textAlignment w:val="center"/>
        <w:rPr>
          <w:rFonts w:ascii="宋体;SimSun" w:hAnsi="宋体;SimSun" w:cs="宋体;SimSun"/>
          <w:color w:val="000000"/>
        </w:rPr>
      </w:pPr>
      <w:r>
        <w:rPr>
          <w:color w:val="000000"/>
        </w:rPr>
        <w:t>从</w:t>
      </w:r>
      <w:r>
        <w:rPr>
          <w:rFonts w:cs="Times New Roman"/>
          <w:color w:val="000000"/>
        </w:rPr>
        <w:t>⑧</w:t>
      </w:r>
      <w:r>
        <w:rPr>
          <w:color w:val="000000"/>
        </w:rPr>
        <w:t>段</w:t>
      </w:r>
      <w:r>
        <w:rPr>
          <w:rFonts w:ascii="宋体;SimSun" w:hAnsi="宋体;SimSun" w:cs="宋体;SimSun"/>
          <w:color w:val="000000"/>
        </w:rPr>
        <w:t>“猛地发现，原来一直滞销的老太太做的手工布老虎和虎头鞋，因为他在书中精准、传神的描绘，一下子成了香饽饽。能做这些手工布艺的老太太，收入涨了至少五倍”可知，他写出的《商州三录》，使“能做这些手工布艺的老太太”的产品由滞销变为畅销，促进了当地经济的发展。</w:t>
      </w:r>
    </w:p>
    <w:p>
      <w:pPr>
        <w:pStyle w:val="Normal"/>
        <w:spacing w:lineRule="auto" w:line="360"/>
        <w:jc w:val="start"/>
        <w:textAlignment w:val="center"/>
        <w:rPr>
          <w:color w:val="000000"/>
        </w:rPr>
      </w:pPr>
      <w:r>
        <w:rPr>
          <w:color w:val="000000"/>
        </w:rPr>
        <w:t>【小问</w:t>
      </w:r>
      <w:r>
        <w:rPr>
          <w:color w:val="000000"/>
        </w:rPr>
        <w:t>2</w:t>
      </w:r>
      <w:r>
        <w:rPr>
          <w:color w:val="000000"/>
        </w:rPr>
        <w:t>详解】</w:t>
      </w:r>
    </w:p>
    <w:p>
      <w:pPr>
        <w:pStyle w:val="Normal"/>
        <w:spacing w:lineRule="auto" w:line="360"/>
        <w:jc w:val="start"/>
        <w:textAlignment w:val="center"/>
        <w:rPr>
          <w:color w:val="000000"/>
        </w:rPr>
      </w:pPr>
      <w:r>
        <w:rPr>
          <w:color w:val="000000"/>
        </w:rPr>
        <w:t>本题考查语句含义。</w:t>
      </w:r>
    </w:p>
    <w:p>
      <w:pPr>
        <w:pStyle w:val="Normal"/>
        <w:spacing w:lineRule="auto" w:line="360"/>
        <w:jc w:val="start"/>
        <w:textAlignment w:val="center"/>
        <w:rPr>
          <w:rFonts w:ascii="宋体;SimSun" w:hAnsi="宋体;SimSun" w:cs="宋体;SimSun"/>
          <w:color w:val="000000"/>
        </w:rPr>
      </w:pPr>
      <w:r>
        <w:rPr>
          <w:color w:val="000000"/>
        </w:rPr>
        <w:t>这句话里的关键是站桩，</w:t>
      </w:r>
      <w:r>
        <w:rPr>
          <w:rFonts w:ascii="宋体;SimSun" w:hAnsi="宋体;SimSun" w:cs="宋体;SimSun"/>
          <w:color w:val="000000"/>
        </w:rPr>
        <w:t>根据</w:t>
      </w:r>
      <w:r>
        <w:rPr>
          <w:rFonts w:cs="Times New Roman"/>
          <w:color w:val="000000"/>
        </w:rPr>
        <w:t>③</w:t>
      </w:r>
      <w:r>
        <w:rPr>
          <w:rFonts w:ascii="宋体;SimSun" w:hAnsi="宋体;SimSun" w:cs="宋体;SimSun"/>
          <w:color w:val="000000"/>
        </w:rPr>
        <w:t>段“少时习武的师傅”得知，站桩是习武的行话，结合“你得让气息沉下去，两脚像树的根一样，紧攥着泥土”可知，这里的“站个桩”比喻深入生活中，深入老百姓中，去体验老百姓的生活，感受他们的精神和性情。用文艺人的话就是深入生活，叫采风。</w:t>
      </w:r>
    </w:p>
    <w:p>
      <w:pPr>
        <w:pStyle w:val="Normal"/>
        <w:spacing w:lineRule="auto" w:line="360"/>
        <w:jc w:val="start"/>
        <w:textAlignment w:val="center"/>
        <w:rPr>
          <w:rFonts w:ascii="宋体;SimSun" w:hAnsi="宋体;SimSun" w:cs="宋体;SimSun"/>
          <w:color w:val="000000"/>
        </w:rPr>
      </w:pPr>
      <w:r>
        <w:rPr>
          <w:color w:val="000000"/>
        </w:rPr>
        <w:t>根据</w:t>
      </w:r>
      <w:r>
        <w:rPr>
          <w:rFonts w:cs="Times New Roman"/>
          <w:color w:val="000000"/>
        </w:rPr>
        <w:t>⑤</w:t>
      </w:r>
      <w:r>
        <w:rPr>
          <w:rFonts w:ascii="宋体;SimSun" w:hAnsi="宋体;SimSun" w:cs="宋体;SimSun"/>
          <w:color w:val="000000"/>
        </w:rPr>
        <w:t>段段后他讲述的“当年的采风经历”，</w:t>
      </w:r>
      <w:r>
        <w:rPr>
          <w:rFonts w:cs="Times New Roman"/>
          <w:color w:val="000000"/>
        </w:rPr>
        <w:t>⑦</w:t>
      </w:r>
      <w:r>
        <w:rPr>
          <w:rFonts w:ascii="宋体;SimSun" w:hAnsi="宋体;SimSun" w:cs="宋体;SimSun"/>
          <w:color w:val="000000"/>
        </w:rPr>
        <w:t>段的感受“目睹了这片厚重的土地上倔强又活泼的精神，以及看似拙朴粗率，实则细腻贴心的审美境界”和</w:t>
      </w:r>
      <w:r>
        <w:rPr>
          <w:rFonts w:cs="Times New Roman"/>
          <w:color w:val="000000"/>
        </w:rPr>
        <w:t>⑧</w:t>
      </w:r>
      <w:r>
        <w:rPr>
          <w:rFonts w:ascii="宋体;SimSun" w:hAnsi="宋体;SimSun" w:cs="宋体;SimSun"/>
          <w:color w:val="000000"/>
        </w:rPr>
        <w:t>段的成效“因为他在书中精准、传神的描绘，一下子成了香饽饽。能做这些手工布艺的老太太，收入涨了至少五倍”可知，通过采风贾平凹的收获有：他感受到商州这片厚重的土地上人们倔强又活泼的精神，以及看似拙朴、粗率，实则细腻、贴心的审美境界；他写出了《商州三录》；他写的书宣传了故乡的手工艺品，使其由滞销变为畅销，促进了当地经济发展。</w:t>
      </w:r>
      <w:r>
        <w:rPr>
          <w:color w:val="000000"/>
        </w:rPr>
        <w:br/>
      </w:r>
    </w:p>
    <w:p>
      <w:pPr>
        <w:pStyle w:val="Normal"/>
        <w:spacing w:lineRule="auto" w:line="360"/>
        <w:jc w:val="start"/>
        <w:textAlignment w:val="center"/>
        <w:rPr>
          <w:color w:val="000000"/>
        </w:rPr>
      </w:pPr>
      <w:r>
        <w:rPr>
          <w:color w:val="000000"/>
        </w:rPr>
        <w:t>【小问</w:t>
      </w:r>
      <w:r>
        <w:rPr>
          <w:color w:val="000000"/>
        </w:rPr>
        <w:t>3</w:t>
      </w:r>
      <w:r>
        <w:rPr>
          <w:color w:val="000000"/>
        </w:rPr>
        <w:t>详解】</w:t>
      </w:r>
    </w:p>
    <w:p>
      <w:pPr>
        <w:pStyle w:val="Normal"/>
        <w:spacing w:lineRule="auto" w:line="360"/>
        <w:jc w:val="start"/>
        <w:textAlignment w:val="center"/>
        <w:rPr>
          <w:color w:val="000000"/>
        </w:rPr>
      </w:pPr>
      <w:r>
        <w:rPr>
          <w:color w:val="000000"/>
        </w:rPr>
        <w:t>本题考查语句作用。</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这一句，表面写的是当地老太太收入提高，好像与贾平凹无关，也与</w:t>
      </w:r>
      <w:r>
        <w:rPr>
          <w:rFonts w:cs="Times New Roman"/>
          <w:color w:val="000000"/>
        </w:rPr>
        <w:t>②</w:t>
      </w:r>
      <w:r>
        <w:rPr>
          <w:rFonts w:ascii="宋体;SimSun" w:hAnsi="宋体;SimSun" w:cs="宋体;SimSun"/>
          <w:color w:val="000000"/>
        </w:rPr>
        <w:t>段“您当年是怎么想起来要写《商州三录》的”提问不搭。其实不然，从</w:t>
      </w:r>
      <w:r>
        <w:rPr>
          <w:rFonts w:cs="Times New Roman"/>
          <w:color w:val="000000"/>
        </w:rPr>
        <w:t>⑧</w:t>
      </w:r>
      <w:r>
        <w:rPr>
          <w:rFonts w:ascii="宋体;SimSun" w:hAnsi="宋体;SimSun" w:cs="宋体;SimSun"/>
          <w:color w:val="000000"/>
        </w:rPr>
        <w:t>段“原来一直滞销的老太太做的手工布老虎和虎头鞋，因为他在书中精准、传神的描绘，一下子成了香饽饽”可见，他写的《商州三录》，不仅给读者“留下了更深的印象”（</w:t>
      </w:r>
      <w:r>
        <w:rPr>
          <w:rFonts w:cs="Times New Roman"/>
          <w:color w:val="000000"/>
        </w:rPr>
        <w:t>①</w:t>
      </w:r>
      <w:r>
        <w:rPr>
          <w:rFonts w:ascii="宋体;SimSun" w:hAnsi="宋体;SimSun" w:cs="宋体;SimSun"/>
          <w:color w:val="000000"/>
        </w:rPr>
        <w:t>段），也促进了当地经济的繁荣，表现了其作品影响深远影响。这句话，处于结尾部分，形象地回答了站桩的结果，解除了读者的疑问，有收束全文的作用。</w:t>
      </w:r>
    </w:p>
    <w:p>
      <w:pPr>
        <w:pStyle w:val="Normal"/>
        <w:spacing w:lineRule="auto" w:line="360"/>
        <w:jc w:val="start"/>
        <w:textAlignment w:val="center"/>
        <w:rPr>
          <w:rFonts w:ascii="宋体;SimSun" w:hAnsi="宋体;SimSun" w:cs="宋体;SimSun"/>
          <w:color w:val="000000"/>
        </w:rPr>
      </w:pPr>
      <w:r>
        <w:rPr>
          <w:color w:val="000000"/>
        </w:rPr>
        <w:t xml:space="preserve">14. </w:t>
      </w:r>
      <w:r>
        <w:rPr>
          <w:rFonts w:ascii="宋体;SimSun" w:hAnsi="宋体;SimSun" w:cs="宋体;SimSun"/>
          <w:color w:val="000000"/>
        </w:rPr>
        <w:t>阅读下面文章，回答以下各题。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江南的春天</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陈荣力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持续的阴雨，让江南的春天有点姗姗来迟。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其实，人们对每个春天的感受都是不一样的。记得第一次强烈感到春天扑面而来的，是四十余年前的那个三月。那时我上班途中要穿过一大片江南的田野。许是囿于匆忙，往日，对乡村的景致我多是熟视无睹。而那天早上当我一踏上穿越田野的土路时，一阵近乎沸腾的蛙鸣声如波涛一般向我卷来。</w:t>
      </w:r>
      <w:r>
        <w:rPr>
          <w:rFonts w:ascii="楷体" w:hAnsi="楷体" w:cs="楷体" w:eastAsia="楷体"/>
          <w:color w:val="000000"/>
          <w:u w:val="single"/>
        </w:rPr>
        <w:t>咯咯咯，咕咕咕，咯咕咯咕……正是仲春稻秧鹅黄半绿的时机，蛙鸣如暴雨骤落、万锅齐沸</w:t>
      </w:r>
      <w:r>
        <w:rPr>
          <w:rFonts w:ascii="楷体" w:hAnsi="楷体" w:cs="楷体" w:eastAsia="楷体"/>
          <w:color w:val="000000"/>
        </w:rPr>
        <w:t>，几乎来自</w:t>
      </w:r>
      <w:r>
        <w:rPr>
          <w:rFonts w:ascii="楷体" w:hAnsi="楷体" w:cs="楷体" w:eastAsia="楷体"/>
          <w:color w:val="000000"/>
          <w:em w:val="underDot"/>
        </w:rPr>
        <w:t>每一寸</w:t>
      </w:r>
      <w:r>
        <w:rPr>
          <w:rFonts w:ascii="楷体" w:hAnsi="楷体" w:cs="楷体" w:eastAsia="楷体"/>
          <w:color w:val="000000"/>
        </w:rPr>
        <w:t>水田、</w:t>
      </w:r>
      <w:r>
        <w:rPr>
          <w:rFonts w:ascii="楷体" w:hAnsi="楷体" w:cs="楷体" w:eastAsia="楷体"/>
          <w:color w:val="000000"/>
          <w:em w:val="underDot"/>
        </w:rPr>
        <w:t>每一截</w:t>
      </w:r>
      <w:r>
        <w:rPr>
          <w:rFonts w:ascii="楷体" w:hAnsi="楷体" w:cs="楷体" w:eastAsia="楷体"/>
          <w:color w:val="000000"/>
        </w:rPr>
        <w:t>沟渠、</w:t>
      </w:r>
      <w:r>
        <w:rPr>
          <w:rFonts w:ascii="楷体" w:hAnsi="楷体" w:cs="楷体" w:eastAsia="楷体"/>
          <w:color w:val="000000"/>
          <w:em w:val="underDot"/>
        </w:rPr>
        <w:t>每一滩</w:t>
      </w:r>
      <w:r>
        <w:rPr>
          <w:rFonts w:ascii="楷体" w:hAnsi="楷体" w:cs="楷体" w:eastAsia="楷体"/>
          <w:color w:val="000000"/>
        </w:rPr>
        <w:t>泥洼，甚至</w:t>
      </w:r>
      <w:r>
        <w:rPr>
          <w:rFonts w:ascii="楷体" w:hAnsi="楷体" w:cs="楷体" w:eastAsia="楷体"/>
          <w:color w:val="000000"/>
          <w:em w:val="underDot"/>
        </w:rPr>
        <w:t>每一缕</w:t>
      </w:r>
      <w:r>
        <w:rPr>
          <w:rFonts w:ascii="楷体" w:hAnsi="楷体" w:cs="楷体" w:eastAsia="楷体"/>
          <w:color w:val="000000"/>
        </w:rPr>
        <w:t>目光和呼吸。虽然脚步近处蛙声稍淡，但未及抬步，身前身后早被密密匝匝的蛙声层层裹挟。迭迭淹没。清晨的阳光照在秧苗上，连着那铺天盖地的蛙鸣，整个田野都恍如一层嫩绿的薄毯绒绒起伏、软软沉浮。</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阳光、蛙鸣、绿毯……春天第一次在我十八岁的生命里烙下华美的印记，定格成湿漉漉的底片。而那铺天盖地的蛙鸣声，如春天的歌唱和宣言，是如此的鲜亮、如此的蓬勃。声音——春天的声音，也成为我真切认知春天的第一个关键词。</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又一次为春天所震撼的是几年后的一个下午，我骑车到一个海涂农场送货。从上世纪六十年代后期起，经过二十多年肩挑车推，那时我老家已围起了近三十万亩的涂地。春种油菜，秋收棉花，堪称浙东的“北大仓”。那天当我吃力地将车蹬上海塘，不经意抬起头，我被深深地震慑了。那是一幅怎样宏伟、浩大的画卷啊</w:t>
      </w:r>
      <w:r>
        <w:rPr>
          <w:rFonts w:eastAsia="楷体" w:cs="楷体" w:ascii="楷体" w:hAnsi="楷体"/>
          <w:color w:val="000000"/>
        </w:rPr>
        <w:t>!</w:t>
      </w:r>
      <w:r>
        <w:rPr>
          <w:rFonts w:ascii="楷体" w:hAnsi="楷体" w:cs="楷体" w:eastAsia="楷体"/>
          <w:color w:val="000000"/>
        </w:rPr>
        <w:t>但见海塘外几万亩的油菜花如金黄的海洋向天的尽头无穷连绵，田畴之上、天地之间，有的只这一片广袤得连天接云、浓烈得让人窒息的金黄。风从海边吹过来，天际尽头一缕金黄缓缓起伏、慢慢滚动。那金黄的起伏滚动愈来愈大、愈来愈浓，很快凝成道、连成块、涌成云，转眼间那金黄就卷成金色的波涛、掀起金色的骇浪了……</w:t>
      </w:r>
      <w:r>
        <w:rPr>
          <w:rFonts w:ascii="楷体" w:hAnsi="楷体" w:cs="楷体" w:eastAsia="楷体"/>
          <w:color w:val="000000"/>
          <w:u w:val="single"/>
        </w:rPr>
        <w:t>我的大脑一片空白，心脏剧跳，甚至都不会呼吸</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都说江南的春天秀丽和精致，倘若你也看到过江南的田野上几万亩油菜花连天接云、大气怒放，那么我相信你肯定会为这种说法</w:t>
      </w:r>
      <w:r>
        <w:rPr>
          <w:rFonts w:ascii="楷体" w:hAnsi="楷体" w:cs="楷体" w:eastAsia="楷体"/>
          <w:color w:val="000000"/>
          <w:em w:val="underDot"/>
        </w:rPr>
        <w:t>感到羞愧</w:t>
      </w:r>
      <w:r>
        <w:rPr>
          <w:rFonts w:ascii="楷体" w:hAnsi="楷体" w:cs="楷体" w:eastAsia="楷体"/>
          <w:color w:val="000000"/>
        </w:rPr>
        <w:t>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色彩作为我感知江南春天的第二个关键词，让我对江南春天的瑰丽和雄奇有了身心俱澄的敬仰和膜拜。它也使我明白了一个道理；华丽、完美的春天，不只是自然界单方面的杰作。气象、物候的驱使加上人类的劳作，两者的和谐、互动、美美与共，才构筑成春天瑰丽雄奇的面图，而且永葆天人合一的生机和蓬勃。</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春天是缤纷烂漫的代名词。然而这缤纷烂漫，又何止是自然界万紫千红、美不胜收的春天的摄录和写真？三年前，映山红开满山岗，我到山区的一所小学看望“结对”几年的女孩。内向和不善言辞是那里孩子常有的特征。那天当我正要告别时，刚才还站在身边的女孩忽然不见了。老师让同学寻找未果，我只得怏怏离开。不料我刚走到校门口，女孩气喘吁吁地从后面追了上来。她递上一</w:t>
      </w:r>
      <w:r>
        <w:rPr>
          <w:rFonts w:ascii="楷体" w:hAnsi="楷体" w:cs="楷体" w:eastAsia="楷体"/>
          <w:color w:val="000000"/>
          <w:em w:val="underDot"/>
        </w:rPr>
        <w:t>捧</w:t>
      </w:r>
      <w:r>
        <w:rPr>
          <w:rFonts w:ascii="楷体" w:hAnsi="楷体" w:cs="楷体" w:eastAsia="楷体"/>
          <w:color w:val="000000"/>
        </w:rPr>
        <w:t>开得正旺的映山红，“我刚到后山上采来的，送给叔叔。”她一脸通红，就像做了一件错事。刹那间，我的眼眶有点潮湿。一路上我特别小心地捧着那捧映山红，因为我知道——每个春天都各不相同，但我捧着的分明就是</w:t>
      </w:r>
      <w:r>
        <w:rPr>
          <w:rFonts w:ascii="楷体" w:hAnsi="楷体" w:cs="楷体" w:eastAsia="楷体"/>
          <w:color w:val="000000"/>
          <w:em w:val="underDot"/>
        </w:rPr>
        <w:t>最美的春光</w:t>
      </w:r>
      <w:r>
        <w:rPr>
          <w:rFonts w:eastAsia="楷体" w:cs="楷体" w:ascii="楷体" w:hAnsi="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此刻，久违的太阳正洒下一地金光，窗外的紫薇也绽起浅浅的嫩芽。虽然持续阴雨让江南的春天有点姗姗来迟，但我相信你已看见江南的春天了，说不定你看到的这个春天，还会带来更多的惊喜呢</w:t>
      </w:r>
      <w:r>
        <w:rPr>
          <w:rFonts w:eastAsia="楷体" w:cs="楷体" w:ascii="楷体" w:hAnsi="楷体"/>
          <w:color w:val="000000"/>
        </w:rPr>
        <w:t>!</w:t>
      </w:r>
    </w:p>
    <w:p>
      <w:pPr>
        <w:pStyle w:val="Normal"/>
        <w:spacing w:lineRule="auto" w:line="360"/>
        <w:jc w:val="end"/>
        <w:textAlignment w:val="center"/>
        <w:rPr>
          <w:rFonts w:ascii="宋体;SimSun" w:hAnsi="宋体;SimSun" w:cs="宋体;SimSun"/>
          <w:color w:val="000000"/>
        </w:rPr>
      </w:pPr>
      <w:r>
        <w:rPr>
          <w:rFonts w:ascii="宋体;SimSun" w:hAnsi="宋体;SimSun" w:cs="宋体;SimSun"/>
          <w:color w:val="000000"/>
        </w:rPr>
        <w:t>（选自《人民日报》</w:t>
      </w:r>
      <w:r>
        <w:rPr>
          <w:rFonts w:cs="宋体;SimSun" w:ascii="宋体;SimSun" w:hAnsi="宋体;SimSun"/>
          <w:color w:val="000000"/>
        </w:rPr>
        <w:t>2019.3.27</w:t>
      </w:r>
      <w:r>
        <w:rPr>
          <w:rFonts w:ascii="宋体;SimSun" w:hAnsi="宋体;SimSun" w:cs="宋体;SimSun"/>
          <w:color w:val="000000"/>
        </w:rPr>
        <w:t>，有删改）</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）下列对文章的理解和分析不正确的一项是（   ）</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A. </w:t>
      </w:r>
      <w:r>
        <w:rPr>
          <w:rFonts w:ascii="宋体;SimSun" w:hAnsi="宋体;SimSun" w:cs="宋体;SimSun"/>
          <w:color w:val="000000"/>
        </w:rPr>
        <w:t>文中描写细腻，语言优美，那风景、那人物无不洋溢着动人的光彩。</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B. </w:t>
      </w:r>
      <w:r>
        <w:rPr>
          <w:rFonts w:ascii="宋体;SimSun" w:hAnsi="宋体;SimSun" w:cs="宋体;SimSun"/>
          <w:color w:val="000000"/>
        </w:rPr>
        <w:t>第⑤段“感到羞愧”的原因是人们沉醉于秀丽而精致的江南的春天。</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C. </w:t>
      </w:r>
      <w:r>
        <w:rPr>
          <w:rFonts w:ascii="宋体;SimSun" w:hAnsi="宋体;SimSun" w:cs="宋体;SimSun"/>
          <w:color w:val="000000"/>
        </w:rPr>
        <w:t>第⑦段加点词“捧”写出动作之小心，表现“我”对映山红的珍视。</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D. </w:t>
      </w:r>
      <w:r>
        <w:rPr>
          <w:rFonts w:ascii="宋体;SimSun" w:hAnsi="宋体;SimSun" w:cs="宋体;SimSun"/>
          <w:color w:val="000000"/>
        </w:rPr>
        <w:t>文章以赞美江南的春天作为线索，思路很清晰，抒情色彩十分浓厚。</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）结合语境，从划线句和加点词语中任选其一，从修辞或者词语进行赏析。</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u w:val="single"/>
        </w:rPr>
        <w:t>咯咯咯，咕咕咕，咯咕咯咕……正是仲春稻秧鹅黄半绿的时机，蛙鸣如暴雨骤落、万锅齐沸</w:t>
      </w:r>
      <w:r>
        <w:rPr>
          <w:rFonts w:ascii="宋体;SimSun" w:hAnsi="宋体;SimSun" w:cs="宋体;SimSun"/>
          <w:color w:val="000000"/>
        </w:rPr>
        <w:t>，几乎来自</w:t>
      </w:r>
      <w:r>
        <w:rPr>
          <w:rFonts w:ascii="宋体;SimSun" w:hAnsi="宋体;SimSun" w:cs="宋体;SimSun"/>
          <w:color w:val="000000"/>
          <w:em w:val="underDot"/>
        </w:rPr>
        <w:t>每一寸</w:t>
      </w:r>
      <w:r>
        <w:rPr>
          <w:rFonts w:ascii="宋体;SimSun" w:hAnsi="宋体;SimSun" w:cs="宋体;SimSun"/>
          <w:color w:val="000000"/>
        </w:rPr>
        <w:t>水田、</w:t>
      </w:r>
      <w:r>
        <w:rPr>
          <w:rFonts w:ascii="宋体;SimSun" w:hAnsi="宋体;SimSun" w:cs="宋体;SimSun"/>
          <w:color w:val="000000"/>
          <w:em w:val="underDot"/>
        </w:rPr>
        <w:t>每一截</w:t>
      </w:r>
      <w:r>
        <w:rPr>
          <w:rFonts w:ascii="宋体;SimSun" w:hAnsi="宋体;SimSun" w:cs="宋体;SimSun"/>
          <w:color w:val="000000"/>
        </w:rPr>
        <w:t>沟渠、</w:t>
      </w:r>
      <w:r>
        <w:rPr>
          <w:rFonts w:ascii="宋体;SimSun" w:hAnsi="宋体;SimSun" w:cs="宋体;SimSun"/>
          <w:color w:val="000000"/>
          <w:em w:val="underDot"/>
        </w:rPr>
        <w:t>每一滩</w:t>
      </w:r>
      <w:r>
        <w:rPr>
          <w:rFonts w:ascii="宋体;SimSun" w:hAnsi="宋体;SimSun" w:cs="宋体;SimSun"/>
          <w:color w:val="000000"/>
        </w:rPr>
        <w:t>泥洼，甚至</w:t>
      </w:r>
      <w:r>
        <w:rPr>
          <w:rFonts w:ascii="宋体;SimSun" w:hAnsi="宋体;SimSun" w:cs="宋体;SimSun"/>
          <w:color w:val="000000"/>
          <w:em w:val="underDot"/>
        </w:rPr>
        <w:t>每一缕</w:t>
      </w:r>
      <w:r>
        <w:rPr>
          <w:rFonts w:ascii="宋体;SimSun" w:hAnsi="宋体;SimSun" w:cs="宋体;SimSun"/>
          <w:color w:val="000000"/>
        </w:rPr>
        <w:t>目光和呼吸。</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3</w:t>
      </w:r>
      <w:r>
        <w:rPr>
          <w:rFonts w:ascii="宋体;SimSun" w:hAnsi="宋体;SimSun" w:cs="宋体;SimSun"/>
          <w:color w:val="000000"/>
        </w:rPr>
        <w:t>）第④段画线句写“我”的感受，有什么用意？请简要分析。</w:t>
      </w:r>
    </w:p>
    <w:p>
      <w:pPr>
        <w:pStyle w:val="Normal"/>
        <w:spacing w:lineRule="auto" w:line="360"/>
        <w:textAlignment w:val="center"/>
        <w:rPr>
          <w:rFonts w:ascii="宋体;SimSun" w:hAnsi="宋体;SimSun" w:cs="宋体;SimSun"/>
          <w:color w:val="000000"/>
        </w:rPr>
      </w:pPr>
      <w:r>
        <w:rPr>
          <w:color w:val="2E75B6"/>
        </w:rPr>
        <w:t>【答案】</w:t>
      </w:r>
      <w:r>
        <w:rPr>
          <w:color w:val="000000"/>
        </w:rPr>
        <w:t>（</w:t>
      </w:r>
      <w:r>
        <w:rPr>
          <w:color w:val="000000"/>
        </w:rPr>
        <w:t>1</w:t>
      </w:r>
      <w:r>
        <w:rPr>
          <w:color w:val="000000"/>
        </w:rPr>
        <w:t>）</w:t>
      </w:r>
      <w:r>
        <w:rPr>
          <w:color w:val="000000"/>
        </w:rPr>
        <w:t xml:space="preserve">B    </w:t>
      </w:r>
      <w:r>
        <w:rPr>
          <w:color w:val="000000"/>
        </w:rPr>
        <w:t>（</w:t>
      </w:r>
      <w:r>
        <w:rPr>
          <w:color w:val="000000"/>
        </w:rPr>
        <w:t>2</w:t>
      </w:r>
      <w:r>
        <w:rPr>
          <w:color w:val="000000"/>
        </w:rPr>
        <w:t>）</w:t>
      </w:r>
      <w:r>
        <w:rPr>
          <w:rFonts w:ascii="宋体;SimSun" w:hAnsi="宋体;SimSun" w:cs="宋体;SimSun"/>
          <w:color w:val="000000"/>
        </w:rPr>
        <w:t>运用比喻的修辞手法，将各种各样的蛙鸣声比作“暴雨骤落”“万锅齐沸”、形象生动地表现了声音的急促、热烈和洪亮；连用“每一寸”“每一截”“每一滩”“每一缕”四个短语，形象地描绘了密密匝匝的蛙鸣声，展示蓬勃的春意。</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3</w:t>
      </w:r>
      <w:r>
        <w:rPr>
          <w:color w:val="000000"/>
        </w:rPr>
        <w:t>）</w:t>
      </w:r>
      <w:r>
        <w:rPr>
          <w:rFonts w:ascii="宋体;SimSun" w:hAnsi="宋体;SimSun" w:cs="宋体;SimSun"/>
          <w:color w:val="000000"/>
        </w:rPr>
        <w:t>写“我”面对油菜花田时内心的震撼，衬托油菜花田的宏伟、浩大。</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本题考查文章内容的理解与分析。</w:t>
      </w:r>
      <w:r>
        <w:rPr>
          <w:rFonts w:eastAsia="Times New Roman" w:cs="Times New Roman"/>
          <w:color w:val="000000"/>
        </w:rPr>
        <w:t>B</w:t>
      </w:r>
      <w:r>
        <w:rPr>
          <w:rFonts w:cs="宋体;SimSun" w:ascii="宋体;SimSun" w:hAnsi="宋体;SimSun"/>
          <w:color w:val="000000"/>
        </w:rPr>
        <w:t>.</w:t>
      </w:r>
      <w:r>
        <w:rPr>
          <w:rFonts w:ascii="宋体;SimSun" w:hAnsi="宋体;SimSun" w:cs="宋体;SimSun"/>
          <w:color w:val="000000"/>
        </w:rPr>
        <w:t>根据第⑤段内容“都说江南的春天秀丽和精致，倘若你也看到过江南的田野上几万亩油菜花连天接云、大气怒放，那么我相信你肯定会为这种说法感到羞愧的”可知，“感到羞愧”的原因是人们对江南春天的认识只限于秀丽而精致，没有看到“江南的田野上几万亩油菜花连天接云、大气怒放”的气势庞大的一面。故选</w:t>
      </w:r>
      <w:r>
        <w:rPr>
          <w:rFonts w:eastAsia="Times New Roman" w:cs="Times New Roman"/>
          <w:color w:val="000000"/>
        </w:rPr>
        <w:t>B</w:t>
      </w:r>
      <w:r>
        <w:rPr>
          <w:rFonts w:ascii="宋体;SimSun" w:hAnsi="宋体;SimSun" w:cs="宋体;SimSun"/>
          <w:color w:val="000000"/>
        </w:rPr>
        <w:t>。</w:t>
      </w:r>
    </w:p>
    <w:p>
      <w:pPr>
        <w:pStyle w:val="Normal"/>
        <w:spacing w:lineRule="auto" w:line="360"/>
        <w:textAlignment w:val="center"/>
        <w:rPr>
          <w:color w:val="000000"/>
        </w:rPr>
      </w:pPr>
      <w:r>
        <w:rPr>
          <w:color w:val="000000"/>
        </w:rPr>
        <w:t>【小问</w:t>
      </w:r>
      <w:r>
        <w:rPr>
          <w:color w:val="000000"/>
        </w:rPr>
        <w:t>2</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词句的赏析。划线句：根据句中“蛙鸣如暴雨骤落、万锅齐沸”可知，此处运用比喻的修辞手法。将蛙鸣声比作“暴雨骤落”“万锅齐沸”，照应上文的“一阵近乎沸腾的蛙鸣声如波涛一般向我卷来”，形象地写出蛙鸣声大而热烈，显示出春天的声音，表现作者对春天的热爱。加点词语：“每一寸”“每一截”“每一滩”“每一缕”连用，结构整齐，读来朗朗上口，而且与前句的“暴雨骤落”“万锅齐沸”相连接，表现了蛙鸣声铺天盖地、无处不在，突出春天的蓬勃生机。</w:t>
      </w:r>
    </w:p>
    <w:p>
      <w:pPr>
        <w:pStyle w:val="Normal"/>
        <w:spacing w:lineRule="auto" w:line="360"/>
        <w:textAlignment w:val="center"/>
        <w:rPr>
          <w:color w:val="000000"/>
        </w:rPr>
      </w:pPr>
      <w:r>
        <w:rPr>
          <w:color w:val="000000"/>
        </w:rPr>
        <w:t>【小问</w:t>
      </w:r>
      <w:r>
        <w:rPr>
          <w:color w:val="000000"/>
        </w:rPr>
        <w:t>3</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文章内容理解。第④段画线句子写的是“我”看到色彩浓烈、如大海般翻涌滚动的油菜花田时的表现，“大一片空白”“心脏剧跳”“不会呼吸”，可以看出“我”当时震惊的程度，是前文中“转眼间那金黄就卷成金色的波涛、掀起金色的骇浪了……”使“我”感到惊叹，从侧面表现出大片油菜花开放时的无穷连绵，突出其气势之雄伟。</w:t>
      </w:r>
    </w:p>
    <w:p>
      <w:pPr>
        <w:pStyle w:val="Heading3"/>
      </w:pPr>
      <w:r>
        <w:t>海淀区</w:t>
      </w:r>
    </w:p>
    <w:p>
      <w:pPr>
        <w:spacing w:line="360" w:lineRule="auto"/>
        <w:jc w:val="left"/>
        <w:textAlignment w:val="center"/>
        <w:rPr>
          <w:color w:val="000000"/>
        </w:rPr>
      </w:pPr>
      <w:r>
        <w:rPr>
          <w:rFonts w:ascii="宋体" w:eastAsia="宋体" w:hAnsi="宋体" w:cs="宋体"/>
          <w:b/>
          <w:color w:val="000000"/>
          <w:sz w:val="24"/>
        </w:rPr>
        <w:t>四、现代文阅读(共20分)</w:t>
      </w:r>
    </w:p>
    <w:p>
      <w:pPr>
        <w:spacing w:line="360" w:lineRule="auto"/>
        <w:jc w:val="left"/>
        <w:textAlignment w:val="center"/>
        <w:rPr>
          <w:color w:val="000000"/>
        </w:rPr>
      </w:pPr>
      <w:r>
        <w:rPr>
          <w:rFonts w:ascii="宋体" w:eastAsia="宋体" w:hAnsi="宋体" w:cs="宋体"/>
          <w:b/>
          <w:color w:val="000000"/>
          <w:sz w:val="24"/>
        </w:rPr>
        <w:t>(一)</w:t>
      </w:r>
    </w:p>
    <w:p>
      <w:pPr>
        <w:spacing w:line="360" w:lineRule="auto"/>
        <w:jc w:val="left"/>
        <w:textAlignment w:val="center"/>
        <w:rPr>
          <w:color w:val="000000"/>
        </w:rPr>
      </w:pPr>
      <w:r>
        <w:rPr>
          <w:rFonts w:ascii="宋体" w:eastAsia="宋体" w:hAnsi="宋体" w:cs="宋体"/>
          <w:color w:val="000000"/>
        </w:rPr>
        <w:t>阅读下面材料，完成小题。</w:t>
      </w:r>
    </w:p>
    <w:p>
      <w:pPr>
        <w:spacing w:line="360" w:lineRule="auto"/>
        <w:ind w:firstLine="420"/>
        <w:jc w:val="left"/>
        <w:textAlignment w:val="center"/>
        <w:rPr>
          <w:color w:val="000000"/>
        </w:rPr>
      </w:pPr>
      <w:r>
        <w:rPr>
          <w:rFonts w:ascii="宋体" w:eastAsia="宋体" w:hAnsi="宋体" w:cs="宋体"/>
          <w:color w:val="000000"/>
        </w:rPr>
        <w:t>【材料一】</w:t>
      </w:r>
    </w:p>
    <w:p>
      <w:pPr>
        <w:spacing w:line="360" w:lineRule="auto"/>
        <w:ind w:firstLine="420"/>
        <w:jc w:val="left"/>
        <w:textAlignment w:val="center"/>
        <w:rPr>
          <w:color w:val="000000"/>
        </w:rPr>
      </w:pPr>
      <w:r>
        <w:rPr>
          <w:rFonts w:ascii="楷体" w:eastAsia="楷体" w:hAnsi="楷体" w:cs="楷体"/>
          <w:color w:val="000000"/>
        </w:rPr>
        <w:t>近日，习近平总书记对制止餐饮浪费行为作出重要指示，强调“尽管我国粮食生产连年丰收，对粮食安全还是始终要有危机意识，今年全球新冠肺炎疫情所带来的影响更是给我们敲响了警钟”。居安思危，确保国家粮食安全是一个重要的话题。越是丰收越不能忽视粮食的重要性，要绷紧粮食安全这根弦。从中长期来讲，我国的粮食产需仍将保持紧平衡态势。尤其新冠肺炎疫情全球蔓延，增加了粮食国外进口的不确定性，中国人的饭碗不能指望靠进口来装满。发改委等11个部门采取一揽子举措，筑牢粮食能源安全防线；亿万农民辛勤耕种，确保了我国98%以上口粮的供应。把中国人的饭碗牢牢端在自己手里，①____，同样需要我们每一个人勤俭持家，珍惜一箪食、一瓢饮。</w:t>
      </w:r>
    </w:p>
    <w:p>
      <w:pPr>
        <w:spacing w:line="360" w:lineRule="auto"/>
        <w:ind w:firstLine="420"/>
        <w:jc w:val="left"/>
        <w:textAlignment w:val="center"/>
        <w:rPr>
          <w:color w:val="000000"/>
        </w:rPr>
      </w:pPr>
      <w:r>
        <w:rPr>
          <w:rFonts w:ascii="宋体" w:eastAsia="宋体" w:hAnsi="宋体" w:cs="宋体"/>
          <w:color w:val="000000"/>
        </w:rPr>
        <w:t>【材料二】</w:t>
      </w:r>
    </w:p>
    <w:p>
      <w:pPr>
        <w:spacing w:line="360" w:lineRule="auto"/>
        <w:ind w:firstLine="420"/>
        <w:jc w:val="left"/>
        <w:textAlignment w:val="center"/>
        <w:rPr>
          <w:color w:val="000000"/>
        </w:rPr>
      </w:pPr>
      <w:r>
        <w:rPr>
          <w:color w:val="000000"/>
        </w:rPr>
        <w:drawing>
          <wp:inline>
            <wp:extent cx="2857500" cy="1971675"/>
            <wp:docPr id="14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
                    <pic:cNvPicPr>
                      <a:picLocks noChangeAspect="1"/>
                    </pic:cNvPicPr>
                  </pic:nvPicPr>
                  <pic:blipFill>
                    <a:blip r:embed="rId63"/>
                    <a:stretch>
                      <a:fillRect/>
                    </a:stretch>
                  </pic:blipFill>
                  <pic:spPr>
                    <a:xfrm>
                      <a:off x="0" y="0"/>
                      <a:ext cx="2857500" cy="1971675"/>
                    </a:xfrm>
                    <a:prstGeom prst="rect">
                      <a:avLst/>
                    </a:prstGeom>
                  </pic:spPr>
                </pic:pic>
              </a:graphicData>
            </a:graphic>
          </wp:inline>
        </w:drawing>
      </w:r>
    </w:p>
    <w:p>
      <w:pPr>
        <w:spacing w:line="360" w:lineRule="auto"/>
        <w:ind w:firstLine="420"/>
        <w:jc w:val="left"/>
        <w:textAlignment w:val="center"/>
        <w:rPr>
          <w:color w:val="000000"/>
        </w:rPr>
      </w:pPr>
      <w:r>
        <w:rPr>
          <w:rFonts w:ascii="楷体" w:eastAsia="楷体" w:hAnsi="楷体" w:cs="楷体"/>
          <w:color w:val="000000"/>
        </w:rPr>
        <w:t>2018年3月，《中国城市餐饮食物浪费报告》公布了项目组历经两年对北京、上海、成都和拉萨四个代表性城市366家餐馆进行的实地调研结果。调研发现，餐饮业人均食物浪费量为93克/人/餐，浪费率为11.7%，城市餐饮浪费人均浪费量不容乐观，总量惊人。初步测算，2015年我国城市餐饮业仅餐桌上食物浪费量就高达1700至1800万吨，相当于3000至5000万人一年的食物量。</w:t>
      </w:r>
    </w:p>
    <w:p>
      <w:pPr>
        <w:spacing w:line="360" w:lineRule="auto"/>
        <w:ind w:firstLine="420"/>
        <w:jc w:val="left"/>
        <w:textAlignment w:val="center"/>
        <w:rPr>
          <w:color w:val="000000"/>
        </w:rPr>
      </w:pPr>
      <w:r>
        <w:rPr>
          <w:rFonts w:ascii="楷体" w:eastAsia="楷体" w:hAnsi="楷体" w:cs="楷体"/>
          <w:color w:val="000000"/>
        </w:rPr>
        <w:t>节约粮食，不仅是避免经济浪费的需要，也是保护环境的需要。世界自然基金会中国首席代表卢思骋在谈及食物浪费对环境的影响时说，全球现有农业生产使用了70%的淡水资源、33%的土地和30%的能源，排放了20%的温室气体。我们用这样的环境代价生产出来的食物，却在餐桌上大量地浪费掉了。也就是说，食物浪费还意味着生产这些食物所投入的水、土地、能源和其他生产资料的无效②___，以及由此导致的环境污染。</w:t>
      </w:r>
    </w:p>
    <w:p>
      <w:pPr>
        <w:spacing w:line="360" w:lineRule="auto"/>
        <w:ind w:firstLine="420"/>
        <w:jc w:val="left"/>
        <w:textAlignment w:val="center"/>
        <w:rPr>
          <w:color w:val="000000"/>
        </w:rPr>
      </w:pPr>
      <w:r>
        <w:rPr>
          <w:rFonts w:ascii="宋体" w:eastAsia="宋体" w:hAnsi="宋体" w:cs="宋体"/>
          <w:color w:val="000000"/>
        </w:rPr>
        <w:t>【材料三】</w:t>
      </w:r>
    </w:p>
    <w:p>
      <w:pPr>
        <w:spacing w:line="360" w:lineRule="auto"/>
        <w:ind w:firstLine="420"/>
        <w:jc w:val="left"/>
        <w:textAlignment w:val="center"/>
        <w:rPr>
          <w:color w:val="000000"/>
        </w:rPr>
      </w:pPr>
      <w:r>
        <w:rPr>
          <w:color w:val="000000"/>
        </w:rPr>
        <w:drawing>
          <wp:inline>
            <wp:extent cx="3648075" cy="2876550"/>
            <wp:docPr id="14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
                    <pic:cNvPicPr>
                      <a:picLocks noChangeAspect="1"/>
                    </pic:cNvPicPr>
                  </pic:nvPicPr>
                  <pic:blipFill>
                    <a:blip r:embed="rId64"/>
                    <a:stretch>
                      <a:fillRect/>
                    </a:stretch>
                  </pic:blipFill>
                  <pic:spPr>
                    <a:xfrm>
                      <a:off x="0" y="0"/>
                      <a:ext cx="3648075" cy="2876550"/>
                    </a:xfrm>
                    <a:prstGeom prst="rect">
                      <a:avLst/>
                    </a:prstGeom>
                  </pic:spPr>
                </pic:pic>
              </a:graphicData>
            </a:graphic>
          </wp:inline>
        </w:drawing>
      </w:r>
    </w:p>
    <w:p>
      <w:pPr>
        <w:spacing w:line="360" w:lineRule="auto"/>
        <w:ind w:firstLine="420"/>
        <w:jc w:val="left"/>
        <w:textAlignment w:val="center"/>
        <w:rPr>
          <w:color w:val="000000"/>
        </w:rPr>
      </w:pPr>
      <w:r>
        <w:rPr>
          <w:rFonts w:ascii="楷体" w:eastAsia="楷体" w:hAnsi="楷体" w:cs="楷体"/>
          <w:color w:val="000000"/>
        </w:rPr>
        <w:t>“一粥一饭当思来之不易，半丝半缕恒念物力维艰"，为了传承勤俭节约的传统美德，北京市各学校把“节约粮食”作为开学第一课乃至日常品德教育的重要内容。学校用形式多样、内涵丰富的课程，让孩子们树立起节约粮食的观念，引导他们从小做文明实践的传播者和示范者，在校园内掀起了“光盘行动”的文明之风。与此同时，商圈、餐饮企业积极响应政府号召，纷纷推出“半份菜”“小份菜”“打包剩余食品”等节粮小妙招，杜绝浪费。</w:t>
      </w:r>
    </w:p>
    <w:p>
      <w:pPr>
        <w:spacing w:line="360" w:lineRule="auto"/>
        <w:jc w:val="left"/>
        <w:textAlignment w:val="center"/>
        <w:rPr>
          <w:color w:val="000000"/>
        </w:rPr>
      </w:pPr>
      <w:r>
        <w:rPr>
          <w:color w:val="000000"/>
        </w:rPr>
        <w:t xml:space="preserve">11. </w:t>
      </w:r>
      <w:r>
        <w:rPr>
          <w:rFonts w:ascii="宋体" w:eastAsia="宋体" w:hAnsi="宋体" w:cs="宋体"/>
          <w:color w:val="000000"/>
        </w:rPr>
        <w:t>综合以上三则材料，我们认识到，节约粮食，是</w:t>
      </w:r>
      <w:r>
        <w:rPr>
          <w:color w:val="000000"/>
        </w:rPr>
        <w:t>_______________</w:t>
      </w:r>
      <w:r>
        <w:rPr>
          <w:rFonts w:ascii="宋体" w:eastAsia="宋体" w:hAnsi="宋体" w:cs="宋体"/>
          <w:color w:val="000000"/>
          <w:position w:val="0"/>
        </w:rPr>
        <w:drawing>
          <wp:inline>
            <wp:extent cx="133350" cy="177800"/>
            <wp:docPr id="14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
                    <pic:cNvPicPr>
                      <a:picLocks noChangeAspect="1"/>
                    </pic:cNvPicPr>
                  </pic:nvPicPr>
                  <pic:blipFill>
                    <a:blip r:embed="rId6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需要，</w:t>
      </w:r>
      <w:r>
        <w:rPr>
          <w:color w:val="000000"/>
        </w:rPr>
        <w:t>____________</w:t>
      </w:r>
      <w:r>
        <w:rPr>
          <w:rFonts w:ascii="宋体" w:eastAsia="宋体" w:hAnsi="宋体" w:cs="宋体"/>
          <w:color w:val="000000"/>
        </w:rPr>
        <w:t>的需要，</w:t>
      </w:r>
      <w:r>
        <w:rPr>
          <w:color w:val="000000"/>
        </w:rPr>
        <w:t>___________</w:t>
      </w:r>
      <w:r>
        <w:rPr>
          <w:rFonts w:ascii="宋体" w:eastAsia="宋体" w:hAnsi="宋体" w:cs="宋体"/>
          <w:color w:val="000000"/>
        </w:rPr>
        <w:t>的需要，发扬传统美德的需要。</w:t>
      </w:r>
    </w:p>
    <w:p>
      <w:pPr>
        <w:spacing w:line="360" w:lineRule="auto"/>
        <w:jc w:val="left"/>
        <w:textAlignment w:val="center"/>
        <w:rPr>
          <w:color w:val="000000"/>
        </w:rPr>
      </w:pPr>
      <w:r>
        <w:rPr>
          <w:color w:val="000000"/>
        </w:rPr>
        <w:t xml:space="preserve">12. </w:t>
      </w:r>
      <w:r>
        <w:rPr>
          <w:rFonts w:ascii="宋体" w:eastAsia="宋体" w:hAnsi="宋体" w:cs="宋体"/>
          <w:color w:val="000000"/>
        </w:rPr>
        <w:t>依据上下文，在【材料一】和【材料二】的横线处依次填入词句，最恰当的一项是（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①需要有关部门齐心协力，需要亿万农民辛勤耕耘    ②消费</w:t>
      </w:r>
    </w:p>
    <w:p>
      <w:pPr>
        <w:spacing w:line="360" w:lineRule="auto"/>
        <w:jc w:val="left"/>
        <w:textAlignment w:val="center"/>
        <w:rPr>
          <w:color w:val="000000"/>
        </w:rPr>
      </w:pPr>
      <w:r>
        <w:rPr>
          <w:color w:val="000000"/>
        </w:rPr>
        <w:t xml:space="preserve">B. </w:t>
      </w:r>
      <w:r>
        <w:rPr>
          <w:rFonts w:ascii="宋体" w:eastAsia="宋体" w:hAnsi="宋体" w:cs="宋体"/>
          <w:color w:val="000000"/>
        </w:rPr>
        <w:t>①需要有关部门齐心协力，需要亿万农民辛勤耕耘    ②消耗</w:t>
      </w:r>
    </w:p>
    <w:p>
      <w:pPr>
        <w:spacing w:line="360" w:lineRule="auto"/>
        <w:jc w:val="left"/>
        <w:textAlignment w:val="center"/>
        <w:rPr>
          <w:color w:val="000000"/>
        </w:rPr>
      </w:pPr>
      <w:r>
        <w:rPr>
          <w:color w:val="000000"/>
        </w:rPr>
        <w:t xml:space="preserve">C. </w:t>
      </w:r>
      <w:r>
        <w:rPr>
          <w:rFonts w:ascii="宋体" w:eastAsia="宋体" w:hAnsi="宋体" w:cs="宋体"/>
          <w:color w:val="000000"/>
        </w:rPr>
        <w:t>①需要亿万农民辛勤耕耘，需要有关部门齐心协力    ②消费</w:t>
      </w:r>
    </w:p>
    <w:p>
      <w:pPr>
        <w:spacing w:line="360" w:lineRule="auto"/>
        <w:jc w:val="left"/>
        <w:textAlignment w:val="center"/>
        <w:rPr>
          <w:color w:val="000000"/>
        </w:rPr>
      </w:pPr>
      <w:r>
        <w:rPr>
          <w:color w:val="000000"/>
        </w:rPr>
        <w:t xml:space="preserve">D. </w:t>
      </w:r>
      <w:r>
        <w:rPr>
          <w:rFonts w:ascii="宋体" w:eastAsia="宋体" w:hAnsi="宋体" w:cs="宋体"/>
          <w:color w:val="000000"/>
        </w:rPr>
        <w:t>①需要亿万农民辛勤耕耘，需要有关部门齐心协力    ②消耗</w:t>
      </w:r>
    </w:p>
    <w:p>
      <w:pPr>
        <w:spacing w:line="360" w:lineRule="auto"/>
        <w:jc w:val="left"/>
        <w:textAlignment w:val="center"/>
        <w:rPr>
          <w:color w:val="000000"/>
        </w:rPr>
      </w:pPr>
      <w:r>
        <w:rPr>
          <w:color w:val="000000"/>
        </w:rPr>
        <w:t xml:space="preserve">13. </w:t>
      </w:r>
      <w:r>
        <w:rPr>
          <w:rFonts w:ascii="宋体" w:eastAsia="宋体" w:hAnsi="宋体" w:cs="宋体"/>
          <w:color w:val="000000"/>
        </w:rPr>
        <w:t>根据【材料三】的内容，联系现实生活，针对漫画二里人物的错误表现提出改正建议，不少于两条。</w:t>
      </w:r>
    </w:p>
    <w:p>
      <w:pPr>
        <w:spacing w:line="360" w:lineRule="auto"/>
        <w:textAlignment w:val="center"/>
        <w:rPr>
          <w:color w:val="000000"/>
        </w:rPr>
      </w:pPr>
      <w:r>
        <w:rPr>
          <w:color w:val="2E75B6"/>
        </w:rPr>
        <w:t>【答案】</w:t>
      </w:r>
      <w:r>
        <w:rPr>
          <w:color w:val="000000"/>
        </w:rPr>
        <w:t xml:space="preserve">11. </w:t>
      </w:r>
      <w:r>
        <w:rPr>
          <w:color w:val="000000"/>
        </w:rPr>
        <w:t xml:space="preserve">    ①. </w:t>
      </w:r>
      <w:r>
        <w:rPr>
          <w:rFonts w:ascii="宋体" w:eastAsia="宋体" w:hAnsi="宋体" w:cs="宋体"/>
          <w:color w:val="000000"/>
        </w:rPr>
        <w:t>示例：①确保国家粮食安全（或“国家安全”）</w:t>
      </w:r>
      <w:r>
        <w:rPr>
          <w:color w:val="000000"/>
        </w:rPr>
        <w:t xml:space="preserve">    ②. </w:t>
      </w:r>
      <w:r>
        <w:rPr>
          <w:rFonts w:ascii="宋体" w:eastAsia="宋体" w:hAnsi="宋体" w:cs="宋体"/>
          <w:color w:val="000000"/>
        </w:rPr>
        <w:t>②避免经济浪费</w:t>
      </w:r>
      <w:r>
        <w:rPr>
          <w:color w:val="000000"/>
        </w:rPr>
        <w:t xml:space="preserve">    ③. </w:t>
      </w:r>
      <w:r>
        <w:rPr>
          <w:rFonts w:ascii="宋体" w:eastAsia="宋体" w:hAnsi="宋体" w:cs="宋体"/>
          <w:color w:val="000000"/>
        </w:rPr>
        <w:t>③保护环境</w:t>
      </w:r>
      <w:r>
        <w:rPr>
          <w:color w:val="000000"/>
        </w:rPr>
        <w:t xml:space="preserve">    </w:t>
      </w:r>
      <w:r>
        <w:rPr>
          <w:color w:val="000000"/>
        </w:rPr>
        <w:t xml:space="preserve">12. </w:t>
      </w:r>
      <w:r>
        <w:rPr>
          <w:color w:val="000000"/>
        </w:rPr>
        <w:t>B</w:t>
      </w:r>
      <w:r>
        <w:rPr>
          <w:color w:val="000000"/>
        </w:rPr>
        <w:t xml:space="preserve">    </w:t>
      </w:r>
    </w:p>
    <w:p>
      <w:pPr>
        <w:spacing w:line="360" w:lineRule="auto"/>
        <w:textAlignment w:val="center"/>
        <w:rPr>
          <w:color w:val="000000"/>
        </w:rPr>
      </w:pPr>
      <w:r>
        <w:rPr>
          <w:color w:val="000000"/>
        </w:rPr>
        <w:t xml:space="preserve">13. </w:t>
      </w:r>
      <w:r>
        <w:rPr>
          <w:rFonts w:ascii="宋体" w:eastAsia="宋体" w:hAnsi="宋体" w:cs="宋体"/>
          <w:color w:val="000000"/>
        </w:rPr>
        <w:t>要点：①以后外出吃饭要少点菜或点小份菜②饭后将吃不完的饭菜打包带走③不要讲排场讲面子，勤俭节约才是传统美德</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rFonts w:ascii="宋体" w:eastAsia="宋体" w:hAnsi="宋体" w:cs="宋体"/>
          <w:color w:val="000000"/>
        </w:rPr>
        <w:t>本题考查内容提炼。根据材料一“尽管我国粮食生产连年丰收，对粮食安全还是始终要有危机意识”概括“确保粮食安全”；根据材料二第二段“节约粮食，不仅是避免经济浪费的需要，也是保护环境的需要”提炼“避免经济浪费”“</w:t>
      </w:r>
      <w:r>
        <w:rPr>
          <w:rFonts w:ascii="Times New Roman" w:eastAsia="Times New Roman" w:hAnsi="Times New Roman" w:cs="Times New Roman"/>
          <w:color w:val="000000"/>
        </w:rPr>
        <w:t xml:space="preserve"> </w:t>
      </w:r>
      <w:r>
        <w:rPr>
          <w:rFonts w:ascii="宋体" w:eastAsia="宋体" w:hAnsi="宋体" w:cs="宋体"/>
          <w:color w:val="000000"/>
        </w:rPr>
        <w:t>保护环境”。</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eastAsia="宋体" w:hAnsi="宋体" w:cs="宋体"/>
          <w:color w:val="000000"/>
        </w:rPr>
        <w:t>本题考查选择词句。作答此题，要联系上下文语境。</w:t>
      </w:r>
    </w:p>
    <w:p>
      <w:pPr>
        <w:spacing w:line="360" w:lineRule="auto"/>
        <w:jc w:val="left"/>
        <w:textAlignment w:val="center"/>
        <w:rPr>
          <w:color w:val="000000"/>
        </w:rPr>
      </w:pPr>
      <w:r>
        <w:rPr>
          <w:rFonts w:ascii="宋体" w:eastAsia="宋体" w:hAnsi="宋体" w:cs="宋体"/>
          <w:color w:val="000000"/>
        </w:rPr>
        <w:t>①处：根据上文“发改委等11个部门采取一揽子举措，筑牢粮食能源安全防线；亿万农民辛勤耕种，确保了我国98%以上口粮的供应”，先说发改委等部门，再说亿万农民辛勤耕种，与此顺序相照应，应选择“需要有关部门齐心协力，需要亿万农民辛勤耕耘”。</w:t>
      </w:r>
      <w:r>
        <w:rPr>
          <w:color w:val="000000"/>
        </w:rPr>
        <w:t xml:space="preserve">    </w:t>
      </w:r>
    </w:p>
    <w:p>
      <w:pPr>
        <w:spacing w:line="360" w:lineRule="auto"/>
        <w:jc w:val="left"/>
        <w:textAlignment w:val="center"/>
        <w:rPr>
          <w:color w:val="000000"/>
        </w:rPr>
      </w:pPr>
      <w:r>
        <w:rPr>
          <w:rFonts w:ascii="宋体" w:eastAsia="宋体" w:hAnsi="宋体" w:cs="宋体"/>
          <w:color w:val="000000"/>
        </w:rPr>
        <w:t>②处：消费，为了满足生产和生活的需求而消耗物质财富；消耗，多指因使用或受损失而逐渐减少。句中指水、土地、能源和其他生产资料的无效损失减少，故选择“消耗”。</w:t>
      </w:r>
    </w:p>
    <w:p>
      <w:pPr>
        <w:spacing w:line="360" w:lineRule="auto"/>
        <w:jc w:val="left"/>
        <w:textAlignment w:val="center"/>
        <w:rPr>
          <w:color w:val="000000"/>
        </w:rPr>
      </w:pPr>
      <w:r>
        <w:rPr>
          <w:rFonts w:ascii="宋体" w:eastAsia="宋体" w:hAnsi="宋体" w:cs="宋体"/>
          <w:color w:val="000000"/>
        </w:rPr>
        <w:t>综合分析，故选B。</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eastAsia="宋体" w:hAnsi="宋体" w:cs="宋体"/>
          <w:color w:val="000000"/>
        </w:rPr>
        <w:t>本题考查图文转换及语言表达。观察漫画，三个人点了一桌菜，其中一个人认为：这才有面子，吃不完就剩下。此人表现错误在于过于看重面子，缺少勤俭节约的美德。对此提出以下建议：1. 不要讲排场讲面子，要勤俭节约；2.点餐时尽量点小份菜，少点菜，利于光盘；3.如果吃不完，要将剩菜打包带走；4.节约粮食，是一种美德，要大力提倡并践行。</w:t>
      </w:r>
    </w:p>
    <w:p>
      <w:pPr>
        <w:spacing w:line="360" w:lineRule="auto"/>
        <w:jc w:val="left"/>
        <w:textAlignment w:val="center"/>
        <w:rPr>
          <w:color w:val="000000"/>
        </w:rPr>
      </w:pPr>
      <w:r>
        <w:rPr>
          <w:rFonts w:ascii="宋体" w:eastAsia="宋体" w:hAnsi="宋体" w:cs="宋体"/>
          <w:b/>
          <w:color w:val="000000"/>
          <w:sz w:val="24"/>
        </w:rPr>
        <w:t>(二)</w:t>
      </w:r>
    </w:p>
    <w:p>
      <w:pPr>
        <w:spacing w:line="360" w:lineRule="auto"/>
        <w:jc w:val="left"/>
        <w:textAlignment w:val="center"/>
        <w:rPr>
          <w:color w:val="000000"/>
        </w:rPr>
      </w:pPr>
      <w:r>
        <w:rPr>
          <w:rFonts w:ascii="宋体" w:eastAsia="宋体" w:hAnsi="宋体" w:cs="宋体"/>
          <w:color w:val="000000"/>
        </w:rPr>
        <w:t>阅读《窗里窗外》，完成小题。</w:t>
      </w:r>
    </w:p>
    <w:p>
      <w:pPr>
        <w:spacing w:line="360" w:lineRule="auto"/>
        <w:ind w:firstLine="420"/>
        <w:jc w:val="center"/>
        <w:textAlignment w:val="center"/>
        <w:rPr>
          <w:color w:val="000000"/>
        </w:rPr>
      </w:pPr>
      <w:r>
        <w:rPr>
          <w:rFonts w:ascii="楷体" w:eastAsia="楷体" w:hAnsi="楷体" w:cs="楷体"/>
          <w:color w:val="000000"/>
        </w:rPr>
        <w:t>窗里窗外</w:t>
      </w:r>
    </w:p>
    <w:p>
      <w:pPr>
        <w:spacing w:line="360" w:lineRule="auto"/>
        <w:ind w:firstLine="420"/>
        <w:jc w:val="center"/>
        <w:textAlignment w:val="center"/>
        <w:rPr>
          <w:color w:val="000000"/>
        </w:rPr>
      </w:pPr>
      <w:r>
        <w:rPr>
          <w:rFonts w:ascii="楷体" w:eastAsia="楷体" w:hAnsi="楷体" w:cs="楷体"/>
          <w:color w:val="000000"/>
        </w:rPr>
        <w:t>栗志</w:t>
      </w:r>
    </w:p>
    <w:p>
      <w:pPr>
        <w:spacing w:line="360" w:lineRule="auto"/>
        <w:ind w:firstLine="420"/>
        <w:jc w:val="left"/>
        <w:textAlignment w:val="center"/>
        <w:rPr>
          <w:color w:val="000000"/>
        </w:rPr>
      </w:pPr>
      <w:r>
        <w:rPr>
          <w:rFonts w:ascii="楷体" w:eastAsia="楷体" w:hAnsi="楷体" w:cs="楷体"/>
          <w:color w:val="000000"/>
        </w:rPr>
        <w:t>①我在窗里坐着，它在窗外卧着。</w:t>
      </w:r>
    </w:p>
    <w:p>
      <w:pPr>
        <w:spacing w:line="360" w:lineRule="auto"/>
        <w:ind w:firstLine="420"/>
        <w:jc w:val="left"/>
        <w:textAlignment w:val="center"/>
        <w:rPr>
          <w:color w:val="000000"/>
        </w:rPr>
      </w:pPr>
      <w:r>
        <w:rPr>
          <w:rFonts w:ascii="楷体" w:eastAsia="楷体" w:hAnsi="楷体" w:cs="楷体"/>
          <w:color w:val="000000"/>
        </w:rPr>
        <w:t>②那个斑鸠窝还是我帮它们搭起来的。几年前的春天，两只斑鸠天天在这个地方来来回回地衔树枝搭窝。无奈钢管太滑，树枝固定不了，刚把树枝挂放在那里就滑掉了，它们折腾了半个多月，也没有搭成自己幸福的小窝。我就用一个纸盒子绑在钢管上，给它们做了一个家。它们一直住到现在，每年都在这里抚育下一代。</w:t>
      </w:r>
    </w:p>
    <w:p>
      <w:pPr>
        <w:spacing w:line="360" w:lineRule="auto"/>
        <w:ind w:firstLine="420"/>
        <w:jc w:val="left"/>
        <w:textAlignment w:val="center"/>
        <w:rPr>
          <w:color w:val="000000"/>
        </w:rPr>
      </w:pPr>
      <w:r>
        <w:rPr>
          <w:rFonts w:ascii="楷体" w:eastAsia="楷体" w:hAnsi="楷体" w:cs="楷体"/>
          <w:color w:val="000000"/>
        </w:rPr>
        <w:t>③又是春天了，这几日总有一只斑鸠卧在那里，应该在孵卵了吧。自从停课不停学、线上教学开始那天，它就享受了我的免费“胎教”!</w:t>
      </w:r>
    </w:p>
    <w:p>
      <w:pPr>
        <w:spacing w:line="360" w:lineRule="auto"/>
        <w:ind w:firstLine="420"/>
        <w:jc w:val="left"/>
        <w:textAlignment w:val="center"/>
        <w:rPr>
          <w:color w:val="000000"/>
        </w:rPr>
      </w:pPr>
      <w:r>
        <w:rPr>
          <w:rFonts w:ascii="楷体" w:eastAsia="楷体" w:hAnsi="楷体" w:cs="楷体"/>
          <w:color w:val="000000"/>
        </w:rPr>
        <w:t>④这两只斑鸠应该是珠颈斑鸠，它们脖子上部是灰色的毛，下面部位满是黑白点的块斑，好像无数珍珠一样。它们的尾巴比较长，飞起来和落下的时候好像都要向下翘一下。它的叫声轻柔悦耳，“咕咕——咕咕——咕!”重章复沓，最后一个音符又特意突出，好像要告诉我什么似的。它们的歌唱给居家的日子平添了许多情趣。</w:t>
      </w:r>
    </w:p>
    <w:p>
      <w:pPr>
        <w:spacing w:line="360" w:lineRule="auto"/>
        <w:ind w:firstLine="420"/>
        <w:jc w:val="left"/>
        <w:textAlignment w:val="center"/>
        <w:rPr>
          <w:color w:val="000000"/>
        </w:rPr>
      </w:pPr>
      <w:r>
        <w:rPr>
          <w:rFonts w:ascii="楷体" w:eastAsia="楷体" w:hAnsi="楷体" w:cs="楷体"/>
          <w:color w:val="000000"/>
        </w:rPr>
        <w:t>⑤【甲】</w:t>
      </w:r>
      <w:r>
        <w:rPr>
          <w:rFonts w:ascii="楷体" w:eastAsia="楷体" w:hAnsi="楷体" w:cs="楷体"/>
          <w:color w:val="000000"/>
          <w:u w:val="single"/>
        </w:rPr>
        <w:t>它每天就卧在那里，很认真地听我讲课，从开始上网课那天起就是这样</w:t>
      </w:r>
      <w:r>
        <w:rPr>
          <w:rFonts w:ascii="楷体" w:eastAsia="楷体" w:hAnsi="楷体" w:cs="楷体"/>
          <w:color w:val="000000"/>
        </w:rPr>
        <w:t>!还不时叫两声，“咕咕——咕咕——咕!”像在回答问题。它的叫声顺着网络传到那头学生的耳朵里，不知道学生能不能听得懂它的回答。有时候它在叫，我会对学生们说，大家听到斑鸠的叫声了吗?它就在我的窗外。学生们会通过线上聊天区回复，听到了，很好听!我开玩笑说，有老师讲课好听吗?他们说，都好听!</w:t>
      </w:r>
    </w:p>
    <w:p>
      <w:pPr>
        <w:spacing w:line="360" w:lineRule="auto"/>
        <w:ind w:firstLine="420"/>
        <w:jc w:val="left"/>
        <w:textAlignment w:val="center"/>
        <w:rPr>
          <w:color w:val="000000"/>
        </w:rPr>
      </w:pPr>
      <w:r>
        <w:rPr>
          <w:rFonts w:ascii="楷体" w:eastAsia="楷体" w:hAnsi="楷体" w:cs="楷体"/>
          <w:color w:val="000000"/>
        </w:rPr>
        <w:t>⑥斑鸠们在那里很安心，一点儿也不怕人。在晾衣服的时候我跟它的距离也就十几厘米，伸开胳膊就能触到它。【乙】</w:t>
      </w:r>
      <w:r>
        <w:rPr>
          <w:rFonts w:ascii="楷体" w:eastAsia="楷体" w:hAnsi="楷体" w:cs="楷体"/>
          <w:color w:val="000000"/>
          <w:u w:val="single"/>
        </w:rPr>
        <w:t>我看看它，它也看看我，就像个小精灵，一会儿又把头扭到另一个方向，背对着我，安安静静地卧着</w:t>
      </w:r>
      <w:r>
        <w:rPr>
          <w:rFonts w:ascii="楷体" w:eastAsia="楷体" w:hAnsi="楷体" w:cs="楷体"/>
          <w:color w:val="000000"/>
        </w:rPr>
        <w:t>。我就想，一个斑鸠对一个人能信任到什么程度，竟然把它自己的后背暴出来都不担心。这信任当然是天长日久时时相处得来的。其实，人可以跟大自然非常和谐地相处，就像我跟斑鸠这样。</w:t>
      </w:r>
    </w:p>
    <w:p>
      <w:pPr>
        <w:spacing w:line="360" w:lineRule="auto"/>
        <w:ind w:firstLine="420"/>
        <w:jc w:val="left"/>
        <w:textAlignment w:val="center"/>
        <w:rPr>
          <w:color w:val="000000"/>
        </w:rPr>
      </w:pPr>
      <w:r>
        <w:rPr>
          <w:rFonts w:ascii="楷体" w:eastAsia="楷体" w:hAnsi="楷体" w:cs="楷体"/>
          <w:color w:val="000000"/>
        </w:rPr>
        <w:t>⑦其实，我家的窗外不止这一个斑鸠窝，儿子卧室窗外也有一个，在那里也有好几年了，这段日子、那一对儿斑鸠也天天听儿子上课。儿子读大一，我教初三，他那一对儿斑鸠的学历一定比我这一对儿的要高吧；儿子要上好几门功课，我只上一门语文，他那一对儿的知识面应该比我这一对儿的要广吧。</w:t>
      </w:r>
    </w:p>
    <w:p>
      <w:pPr>
        <w:spacing w:line="360" w:lineRule="auto"/>
        <w:ind w:firstLine="420"/>
        <w:jc w:val="left"/>
        <w:textAlignment w:val="center"/>
        <w:rPr>
          <w:color w:val="000000"/>
        </w:rPr>
      </w:pPr>
      <w:r>
        <w:rPr>
          <w:rFonts w:ascii="楷体" w:eastAsia="楷体" w:hAnsi="楷体" w:cs="楷体"/>
          <w:color w:val="000000"/>
        </w:rPr>
        <w:t>⑧【丙】</w:t>
      </w:r>
      <w:r>
        <w:rPr>
          <w:rFonts w:ascii="楷体" w:eastAsia="楷体" w:hAnsi="楷体" w:cs="楷体"/>
          <w:color w:val="000000"/>
          <w:u w:val="single"/>
        </w:rPr>
        <w:t>我们在窗里坐着，斑鸠在窗外卧着；我们在窗里上课，斑鸠在窗外也像在上课</w:t>
      </w:r>
      <w:r>
        <w:rPr>
          <w:rFonts w:ascii="楷体" w:eastAsia="楷体" w:hAnsi="楷体" w:cs="楷体"/>
          <w:color w:val="000000"/>
        </w:rPr>
        <w:t>。真好!</w:t>
      </w:r>
    </w:p>
    <w:p>
      <w:pPr>
        <w:spacing w:line="360" w:lineRule="auto"/>
        <w:jc w:val="right"/>
        <w:textAlignment w:val="center"/>
        <w:rPr>
          <w:color w:val="000000"/>
        </w:rPr>
      </w:pPr>
      <w:r>
        <w:rPr>
          <w:rFonts w:ascii="宋体" w:eastAsia="宋体" w:hAnsi="宋体" w:cs="宋体"/>
          <w:color w:val="000000"/>
        </w:rPr>
        <w:t>(有删改)</w:t>
      </w:r>
    </w:p>
    <w:p>
      <w:pPr>
        <w:spacing w:line="360" w:lineRule="auto"/>
        <w:jc w:val="left"/>
        <w:textAlignment w:val="center"/>
        <w:rPr>
          <w:color w:val="000000"/>
        </w:rPr>
      </w:pPr>
      <w:r>
        <w:rPr>
          <w:color w:val="000000"/>
        </w:rPr>
        <w:t xml:space="preserve">14. </w:t>
      </w:r>
      <w:r>
        <w:rPr>
          <w:rFonts w:ascii="宋体" w:eastAsia="宋体" w:hAnsi="宋体" w:cs="宋体"/>
          <w:color w:val="000000"/>
        </w:rPr>
        <w:t>文章④-⑥段描述了“我”和斑鸠相处的几个片段，根据文意，将下列空白处补充完整</w:t>
      </w:r>
    </w:p>
    <w:p>
      <w:pPr>
        <w:spacing w:line="360" w:lineRule="auto"/>
        <w:jc w:val="left"/>
        <w:textAlignment w:val="center"/>
        <w:rPr>
          <w:color w:val="000000"/>
        </w:rPr>
      </w:pPr>
      <w:r>
        <w:rPr>
          <w:rFonts w:ascii="宋体" w:eastAsia="宋体" w:hAnsi="宋体" w:cs="宋体"/>
          <w:color w:val="000000"/>
        </w:rPr>
        <w:t>①斑鸠让我快乐，</w:t>
      </w:r>
      <w:r>
        <w:rPr>
          <w:color w:val="000000"/>
        </w:rPr>
        <w:t>__________________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②斑鸠给我陪伴，</w:t>
      </w:r>
      <w:r>
        <w:rPr>
          <w:color w:val="000000"/>
        </w:rPr>
        <w:t>__________________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③斑鸠对我</w:t>
      </w:r>
      <w:r>
        <w:rPr>
          <w:color w:val="000000"/>
        </w:rPr>
        <w:t>_______________</w:t>
      </w:r>
      <w:r>
        <w:rPr>
          <w:rFonts w:ascii="宋体" w:eastAsia="宋体" w:hAnsi="宋体" w:cs="宋体"/>
          <w:color w:val="000000"/>
        </w:rPr>
        <w:t>，</w:t>
      </w:r>
      <w:r>
        <w:rPr>
          <w:rFonts w:ascii="宋体" w:eastAsia="宋体" w:hAnsi="宋体" w:cs="宋体"/>
          <w:color w:val="000000"/>
          <w:position w:val="-1"/>
        </w:rPr>
        <w:drawing>
          <wp:inline>
            <wp:extent cx="139700" cy="190500"/>
            <wp:docPr id="14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
                    <pic:cNvPicPr>
                      <a:picLocks noChangeAspect="1"/>
                    </pic:cNvPicPr>
                  </pic:nvPicPr>
                  <pic:blipFill>
                    <a:blip r:embed="rId66"/>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我晾衣服时并不飞走。</w:t>
      </w:r>
    </w:p>
    <w:p>
      <w:pPr>
        <w:spacing w:line="360" w:lineRule="auto"/>
        <w:jc w:val="left"/>
        <w:textAlignment w:val="center"/>
        <w:rPr>
          <w:color w:val="000000"/>
        </w:rPr>
      </w:pPr>
      <w:r>
        <w:rPr>
          <w:color w:val="000000"/>
        </w:rPr>
        <w:t xml:space="preserve">15. </w:t>
      </w:r>
      <w:r>
        <w:rPr>
          <w:rFonts w:ascii="宋体" w:eastAsia="宋体" w:hAnsi="宋体" w:cs="宋体"/>
          <w:color w:val="000000"/>
        </w:rPr>
        <w:t>对文中的画线句进行赏析，正确的一项是（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【甲】句中“认真地听我讲课”，将斑鸠人格化，写出了斑鸠听课认真的样子，表达了作者希望学生们向它学习的愿望。</w:t>
      </w:r>
    </w:p>
    <w:p>
      <w:pPr>
        <w:spacing w:line="360" w:lineRule="auto"/>
        <w:jc w:val="left"/>
        <w:textAlignment w:val="center"/>
        <w:rPr>
          <w:color w:val="000000"/>
        </w:rPr>
      </w:pPr>
      <w:r>
        <w:rPr>
          <w:color w:val="000000"/>
        </w:rPr>
        <w:t xml:space="preserve">B. </w:t>
      </w:r>
      <w:r>
        <w:rPr>
          <w:rFonts w:ascii="宋体" w:eastAsia="宋体" w:hAnsi="宋体" w:cs="宋体"/>
          <w:color w:val="000000"/>
        </w:rPr>
        <w:t>【乙】句中将斑鸠比喻成“小精灵"，写出斑鸠在“我”晾衣服时和“我”对视的灵动，表达了“我”对斑鸠的喜爱。</w:t>
      </w:r>
    </w:p>
    <w:p>
      <w:pPr>
        <w:spacing w:line="360" w:lineRule="auto"/>
        <w:jc w:val="left"/>
        <w:textAlignment w:val="center"/>
        <w:rPr>
          <w:color w:val="000000"/>
        </w:rPr>
      </w:pPr>
      <w:r>
        <w:rPr>
          <w:color w:val="000000"/>
        </w:rPr>
        <w:t xml:space="preserve">C. </w:t>
      </w:r>
      <w:r>
        <w:rPr>
          <w:rFonts w:ascii="宋体" w:eastAsia="宋体" w:hAnsi="宋体" w:cs="宋体"/>
          <w:color w:val="000000"/>
        </w:rPr>
        <w:t>【丙】句运用两组相同句式，使得形式整齐和谐，内容表现充分，强调了认真学习的重要性。</w:t>
      </w:r>
    </w:p>
    <w:p>
      <w:pPr>
        <w:spacing w:line="360" w:lineRule="auto"/>
        <w:jc w:val="left"/>
        <w:textAlignment w:val="center"/>
        <w:rPr>
          <w:color w:val="000000"/>
        </w:rPr>
      </w:pPr>
      <w:r>
        <w:rPr>
          <w:color w:val="000000"/>
        </w:rPr>
        <w:t xml:space="preserve">16. </w:t>
      </w:r>
      <w:r>
        <w:rPr>
          <w:rFonts w:ascii="宋体" w:eastAsia="宋体" w:hAnsi="宋体" w:cs="宋体"/>
          <w:color w:val="000000"/>
        </w:rPr>
        <w:t>对本文主旨的理解，有下列两种说法，你赞同哪一种?请结合文章内容说说你的观点和理由。</w:t>
      </w:r>
    </w:p>
    <w:p>
      <w:pPr>
        <w:spacing w:line="360" w:lineRule="auto"/>
        <w:jc w:val="left"/>
        <w:textAlignment w:val="center"/>
        <w:rPr>
          <w:color w:val="000000"/>
        </w:rPr>
      </w:pPr>
      <w:r>
        <w:rPr>
          <w:rFonts w:ascii="宋体" w:eastAsia="宋体" w:hAnsi="宋体" w:cs="宋体"/>
          <w:color w:val="000000"/>
        </w:rPr>
        <w:t>说法一：我们要关爱动物，人与动物要互相信任，和谐相处。</w:t>
      </w:r>
    </w:p>
    <w:p>
      <w:pPr>
        <w:spacing w:line="360" w:lineRule="auto"/>
        <w:jc w:val="left"/>
        <w:textAlignment w:val="center"/>
        <w:rPr>
          <w:color w:val="000000"/>
        </w:rPr>
      </w:pPr>
      <w:r>
        <w:rPr>
          <w:rFonts w:ascii="宋体" w:eastAsia="宋体" w:hAnsi="宋体" w:cs="宋体"/>
          <w:color w:val="000000"/>
        </w:rPr>
        <w:t>说法二：拥有善于发现的眼睛，就能体会单调生活中的乐趣。</w:t>
      </w:r>
    </w:p>
    <w:p>
      <w:pPr>
        <w:spacing w:line="360" w:lineRule="auto"/>
        <w:textAlignment w:val="center"/>
        <w:rPr>
          <w:color w:val="000000"/>
        </w:rPr>
      </w:pPr>
      <w:r>
        <w:rPr>
          <w:color w:val="2E75B6"/>
        </w:rPr>
        <w:t>【答案】</w:t>
      </w:r>
      <w:r>
        <w:rPr>
          <w:color w:val="000000"/>
        </w:rPr>
        <w:t xml:space="preserve">14. </w:t>
      </w:r>
      <w:r>
        <w:rPr>
          <w:color w:val="000000"/>
        </w:rPr>
        <w:t xml:space="preserve">    ①. </w:t>
      </w:r>
      <w:r>
        <w:rPr>
          <w:rFonts w:ascii="宋体" w:eastAsia="宋体" w:hAnsi="宋体" w:cs="宋体"/>
          <w:color w:val="000000"/>
        </w:rPr>
        <w:t>示例：①在我居家时为我唱歌</w:t>
      </w:r>
      <w:r>
        <w:rPr>
          <w:color w:val="000000"/>
        </w:rPr>
        <w:t xml:space="preserve">    ②. </w:t>
      </w:r>
      <w:r>
        <w:rPr>
          <w:rFonts w:ascii="宋体" w:eastAsia="宋体" w:hAnsi="宋体" w:cs="宋体"/>
          <w:color w:val="000000"/>
        </w:rPr>
        <w:t>②在我上网课时认真听课</w:t>
      </w:r>
      <w:r>
        <w:rPr>
          <w:color w:val="000000"/>
        </w:rPr>
        <w:t xml:space="preserve">    ③. </w:t>
      </w:r>
      <w:r>
        <w:rPr>
          <w:rFonts w:ascii="宋体" w:eastAsia="宋体" w:hAnsi="宋体" w:cs="宋体"/>
          <w:color w:val="000000"/>
        </w:rPr>
        <w:t>③信任</w:t>
      </w:r>
      <w:r>
        <w:rPr>
          <w:color w:val="000000"/>
        </w:rPr>
        <w:t xml:space="preserve">    </w:t>
      </w:r>
      <w:r>
        <w:rPr>
          <w:color w:val="000000"/>
        </w:rPr>
        <w:t xml:space="preserve">15. </w:t>
      </w:r>
      <w:r>
        <w:rPr>
          <w:color w:val="000000"/>
        </w:rPr>
        <w:t>B</w:t>
      </w:r>
      <w:r>
        <w:rPr>
          <w:color w:val="000000"/>
        </w:rPr>
        <w:t xml:space="preserve">    </w:t>
      </w:r>
    </w:p>
    <w:p>
      <w:pPr>
        <w:spacing w:line="360" w:lineRule="auto"/>
        <w:textAlignment w:val="center"/>
        <w:rPr>
          <w:color w:val="000000"/>
        </w:rPr>
      </w:pPr>
      <w:r>
        <w:rPr>
          <w:color w:val="000000"/>
        </w:rPr>
        <w:t xml:space="preserve">16. </w:t>
      </w:r>
      <w:r>
        <w:rPr>
          <w:rFonts w:ascii="宋体" w:eastAsia="宋体" w:hAnsi="宋体" w:cs="宋体"/>
          <w:color w:val="000000"/>
        </w:rPr>
        <w:t>示例1：我赞同第一种说法。“我”主动关爱它们，帮它们搭窝，不伤害斑鸠由此得到了斑鸠的信任，它们几年来都在“我”家窗外抚育下一代。“我”每天在家讲课，常常能听斑鸠叫，欣赏斑鸠信任我的样子，感受斑鸠和儿子一起听课的美好。所以我认为，文章的主旨是“我们要关爱动物，人与动物要互相信任，和谐相处”。</w:t>
      </w:r>
    </w:p>
    <w:p>
      <w:pPr>
        <w:spacing w:line="360" w:lineRule="auto"/>
        <w:jc w:val="left"/>
        <w:textAlignment w:val="center"/>
        <w:rPr>
          <w:color w:val="000000"/>
        </w:rPr>
      </w:pPr>
      <w:r>
        <w:rPr>
          <w:rFonts w:ascii="宋体" w:eastAsia="宋体" w:hAnsi="宋体" w:cs="宋体"/>
          <w:color w:val="000000"/>
        </w:rPr>
        <w:t>示例2：我赞同第二种说法。居家线上学习的特殊时期，不管是讲课的老师和学生，都面临着生活、学习的单调。但“我”发现了斑鸠叫声的悦耳、和“我”对视的快乐、听“我”讲课、陪儿子上课的和谐，还想象着斑鸠不同的学习情况，情趣盎然。所以我认为，文章的主旨是“拥有善于发现的眼睛，就能体会单调生活中的乐趣”。</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这道题考查提炼概括信息的能力。由第4段“它的叫声轻柔悦耳，‘咕咕——咕咕——咕!’重章复沓，最后一个音符又特意突出，好像要告诉我什么似的。它们的歌唱给居家的日子平添了许多情趣”得知，空①可概括为“在我居家时为我唱歌”；由第5段“它每天就卧在那里，很认真地听我讲课，从开始上网课那天起就是这样!”得知，空②可概括为“在我上网课时认真听课”；由第6段“斑鸠们在那里很安心，一点儿也不怕人。在晾衣服的时候我跟它的距离也就十几厘米，伸开胳膊就能触到它”“我就想，一个斑鸠对一个人能信任到什么程度，竟然把它自己的后背暴出来都不担心”得知，空③处可概括出“信任”。</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这道题考查赏析句子的能力。</w:t>
      </w:r>
    </w:p>
    <w:p>
      <w:pPr>
        <w:spacing w:line="360" w:lineRule="auto"/>
        <w:jc w:val="left"/>
        <w:textAlignment w:val="center"/>
        <w:rPr>
          <w:color w:val="000000"/>
        </w:rPr>
      </w:pPr>
      <w:r>
        <w:rPr>
          <w:rFonts w:ascii="宋体" w:eastAsia="宋体" w:hAnsi="宋体" w:cs="宋体"/>
          <w:color w:val="000000"/>
        </w:rPr>
        <w:t>A．“表达作者希望学生们向它学习的愿望”表述有误，应该是表达斑鸠陪伴自己的一种愉悦的心情以及对斑鸠的喜爱之情；</w:t>
      </w:r>
    </w:p>
    <w:p>
      <w:pPr>
        <w:spacing w:line="360" w:lineRule="auto"/>
        <w:jc w:val="left"/>
        <w:textAlignment w:val="center"/>
        <w:rPr>
          <w:color w:val="000000"/>
        </w:rPr>
      </w:pPr>
      <w:r>
        <w:rPr>
          <w:rFonts w:ascii="宋体" w:eastAsia="宋体" w:hAnsi="宋体" w:cs="宋体"/>
          <w:color w:val="000000"/>
        </w:rPr>
        <w:t>C．“强调了认真学习的重要性”表述有误。应该是表达了人与自然和谐相处、互相信任的思想情感；</w:t>
      </w:r>
    </w:p>
    <w:p>
      <w:pPr>
        <w:spacing w:line="360" w:lineRule="auto"/>
        <w:jc w:val="left"/>
        <w:textAlignment w:val="center"/>
        <w:rPr>
          <w:color w:val="000000"/>
        </w:rPr>
      </w:pPr>
      <w:r>
        <w:rPr>
          <w:rFonts w:ascii="宋体" w:eastAsia="宋体" w:hAnsi="宋体" w:cs="宋体"/>
          <w:color w:val="000000"/>
        </w:rPr>
        <w:t>故选B。</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这道题考查对文章主题的理解。根据文章内容进行具体分析。如果赞同“我们要关爱动物，人与动物要互相信任，和谐相处”的主题，主要根据第②段“我为斑鸠搭窝”，第⑥段“我和斑鸠尽管距离很久，但我从不伤害它们，取得了斑鸠的信任”等事情，结合“其实，人可以跟大自然非常和谐地相处，就像我跟斑鸠这样”等语句回答。如果赞同“拥有善于发现的眼睛，就能体会单调生活中的乐趣”的主题，主要根据第④段“我发现斑鸠悦耳的叫声”，第⑤段“和斑鸠对视”，第⑦段“听‘我’讲课、陪儿子上课”等事情，结合“它们的歌唱给居家的日子平添了许多情趣”等语句作答。</w:t>
      </w:r>
    </w:p>
    <w:p>
      <w:pPr>
        <w:pStyle w:val="Heading3"/>
      </w:pPr>
      <w:r>
        <w:t>第三十五中学</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四、现代文阅读（共</w:t>
      </w:r>
      <w:r>
        <w:rPr>
          <w:rFonts w:eastAsia="宋体;SimSun" w:cs="宋体;SimSun" w:ascii="宋体;SimSun" w:hAnsi="宋体;SimSun"/>
          <w:b/>
          <w:color w:val="000000"/>
          <w:sz w:val="24"/>
        </w:rPr>
        <w:t>17</w:t>
      </w:r>
      <w:r>
        <w:rPr>
          <w:rFonts w:ascii="宋体;SimSun" w:hAnsi="宋体;SimSun" w:cs="宋体;SimSun" w:eastAsia="宋体;SimSun"/>
          <w:b/>
          <w:color w:val="000000"/>
          <w:sz w:val="24"/>
        </w:rPr>
        <w:t>分）</w:t>
      </w:r>
    </w:p>
    <w:p>
      <w:pPr>
        <w:pStyle w:val="Normal"/>
        <w:spacing w:lineRule="auto" w:line="360"/>
        <w:jc w:val="start"/>
        <w:textAlignment w:val="center"/>
        <w:rPr/>
      </w:pPr>
      <w:r>
        <w:rPr>
          <w:color w:val="000000"/>
        </w:rPr>
        <w:t xml:space="preserve">11. </w:t>
      </w:r>
      <w:r>
        <w:rPr>
          <w:rFonts w:ascii="宋体;SimSun" w:hAnsi="宋体;SimSun" w:cs="宋体;SimSun" w:eastAsia="宋体;SimSun"/>
          <w:color w:val="000000"/>
        </w:rPr>
        <w:t>阅读《从百草园到三味书屋》选段，完成各小题。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我家的后面有一个很大的园，相传叫作百草园。现在是早已并屋子一起卖给朱文公的子孙了，连那最末次的相见也已经隔了七八年，其中似乎确凿只有一些野草；但那时却是我的乐园。</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rPr>
        <w:t>不必说碧绿的菜畦，光滑的石井栏，高大的皂荚树，紫红的桑葚；也不必说鸣蝉在树叶里长吟，肥胖的黄蜂伏在菜花上，轻捷的叫天子（云雀）忽然从草间直窜向云霄里去了。单是周围的短短的泥墙根一带，就有无限趣味。</w:t>
      </w:r>
      <w:r>
        <w:rPr>
          <w:rFonts w:eastAsia="楷体" w:cs="楷体" w:ascii="楷体" w:hAnsi="楷体"/>
          <w:color w:val="000000"/>
        </w:rPr>
        <w:t>[A]</w:t>
      </w:r>
      <w:r>
        <w:rPr>
          <w:rFonts w:ascii="楷体" w:hAnsi="楷体" w:cs="楷体" w:eastAsia="楷体"/>
          <w:color w:val="000000"/>
          <w:u w:val="single"/>
        </w:rPr>
        <w:t>油蛉在这里低唱，蟋蟀们在这里弹琴。</w:t>
      </w:r>
      <w:r>
        <w:rPr>
          <w:rFonts w:ascii="楷体" w:hAnsi="楷体" w:cs="楷体" w:eastAsia="楷体"/>
          <w:color w:val="000000"/>
        </w:rPr>
        <w:t>翻开断砖来，有时会遇见蜈蚣；还有斑蝥，倘若用手指按住它的脊梁，便会啪的一声，从后窍喷出一阵烟雾。何首乌藤和木莲藤缠络着，木莲有莲房一般的果实，何首乌有臃肿的根。有人说，何首乌根是有像人形的，吃了便可以成仙，我于是常常拔它起来，牵连不断地拔起来，也曾因此弄坏了泥墙，却从来没有见过有一块根像人样。</w:t>
      </w:r>
      <w:r>
        <w:rPr>
          <w:rFonts w:eastAsia="楷体" w:cs="楷体" w:ascii="楷体" w:hAnsi="楷体"/>
          <w:color w:val="000000"/>
        </w:rPr>
        <w:t>[B]</w:t>
      </w:r>
      <w:r>
        <w:rPr>
          <w:rFonts w:ascii="楷体" w:hAnsi="楷体" w:cs="楷体" w:eastAsia="楷体"/>
          <w:color w:val="000000"/>
          <w:u w:val="single"/>
        </w:rPr>
        <w:t>如果不怕刺，还可以摘到覆盆子，像小珊瑚珠攒成的小球，又酸又甜，色味都比桑椹要好得远。</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）请概括选段②的主要内容。</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）在短短的泥墙根一带，“我”做了哪些有趣的事情？</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）从</w:t>
      </w:r>
      <w:r>
        <w:rPr>
          <w:rFonts w:eastAsia="宋体;SimSun" w:cs="宋体;SimSun" w:ascii="宋体;SimSun" w:hAnsi="宋体;SimSun"/>
          <w:color w:val="000000"/>
        </w:rPr>
        <w:t>[A][B]</w:t>
      </w:r>
      <w:r>
        <w:rPr>
          <w:rFonts w:ascii="宋体;SimSun" w:hAnsi="宋体;SimSun" w:cs="宋体;SimSun" w:eastAsia="宋体;SimSun"/>
          <w:color w:val="000000"/>
        </w:rPr>
        <w:t>两个划线句子中任选一个你喜欢的句子，并从修辞的角度分析它的表达效果。</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w:t>
      </w:r>
      <w:r>
        <w:rPr>
          <w:color w:val="000000"/>
        </w:rPr>
        <w:t>1</w:t>
      </w:r>
      <w:r>
        <w:rPr>
          <w:color w:val="000000"/>
        </w:rPr>
        <w:t>）</w:t>
      </w:r>
      <w:r>
        <w:rPr>
          <w:rFonts w:ascii="宋体;SimSun" w:hAnsi="宋体;SimSun" w:cs="宋体;SimSun" w:eastAsia="宋体;SimSun"/>
          <w:color w:val="000000"/>
        </w:rPr>
        <w:t>“我”在百草园泥墙根一带所做的趣事。</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w:t>
      </w:r>
      <w:r>
        <w:rPr>
          <w:color w:val="000000"/>
        </w:rPr>
        <w:t>2</w:t>
      </w:r>
      <w:r>
        <w:rPr>
          <w:color w:val="000000"/>
        </w:rPr>
        <w:t>）</w:t>
      </w:r>
      <w:r>
        <w:rPr>
          <w:rFonts w:ascii="宋体;SimSun" w:hAnsi="宋体;SimSun" w:cs="宋体;SimSun" w:eastAsia="宋体;SimSun"/>
          <w:color w:val="000000"/>
        </w:rPr>
        <w:t>捉蜈蚣；按斑蝥；拔何首乌；摘覆盆子。</w:t>
      </w:r>
      <w:r>
        <w:rPr>
          <w:color w:val="000000"/>
        </w:rPr>
        <w:t xml:space="preserve">    </w:t>
      </w:r>
    </w:p>
    <w:p>
      <w:pPr>
        <w:pStyle w:val="Normal"/>
        <w:spacing w:lineRule="auto" w:line="360"/>
        <w:textAlignment w:val="center"/>
        <w:rPr/>
      </w:pPr>
      <w:r>
        <w:rPr>
          <w:color w:val="000000"/>
        </w:rPr>
        <w:t>（</w:t>
      </w:r>
      <w:r>
        <w:rPr>
          <w:color w:val="000000"/>
        </w:rPr>
        <w:t>3</w:t>
      </w:r>
      <w:r>
        <w:rPr>
          <w:color w:val="000000"/>
        </w:rPr>
        <w:t>）</w:t>
      </w:r>
      <w:r>
        <w:rPr>
          <w:rFonts w:eastAsia="宋体;SimSun" w:cs="宋体;SimSun" w:ascii="宋体;SimSun" w:hAnsi="宋体;SimSun"/>
          <w:color w:val="000000"/>
        </w:rPr>
        <w:t>[A]</w:t>
      </w:r>
      <w:r>
        <w:rPr>
          <w:rFonts w:ascii="宋体;SimSun" w:hAnsi="宋体;SimSun" w:cs="宋体;SimSun" w:eastAsia="宋体;SimSun"/>
          <w:color w:val="000000"/>
        </w:rPr>
        <w:t>句使用拟人的修辞手法，将蟋蟀和油蛉人格化，表达了作者对百草园的喜爱和怀念之情。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[B]</w:t>
      </w:r>
      <w:r>
        <w:rPr>
          <w:rFonts w:ascii="宋体;SimSun" w:hAnsi="宋体;SimSun" w:cs="宋体;SimSun" w:eastAsia="宋体;SimSun"/>
          <w:color w:val="000000"/>
        </w:rPr>
        <w:t>句使用了比喻（或对比）的手法，生动形象地写出了覆盆子的形状和颜色，味道好，表达了作者对覆盆子的喜爱之情。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概括语段内容。第二段前两句由百草园的自然环境引出有限趣味的泥墙根一带，起到总领全文的作用。然后回忆了自己在泥墙根一带做的趣事。会听到各种昆虫的歌唱，因为拔何首乌而弄坏了泥墙，摘覆盆子吃。故可概括为：“我”在百草园泥墙根一带所做的趣事。</w:t>
      </w:r>
    </w:p>
    <w:p>
      <w:pPr>
        <w:pStyle w:val="Normal"/>
        <w:spacing w:lineRule="auto" w:line="360"/>
        <w:textAlignment w:val="center"/>
        <w:rPr>
          <w:color w:val="000000"/>
        </w:rPr>
      </w:pPr>
      <w:r>
        <w:rPr>
          <w:color w:val="000000"/>
        </w:rPr>
        <w:t>【小问</w:t>
      </w:r>
      <w:r>
        <w:rPr>
          <w:color w:val="000000"/>
        </w:rPr>
        <w:t>2</w:t>
      </w:r>
      <w:r>
        <w:rPr>
          <w:color w:val="000000"/>
        </w:rPr>
        <w:t>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考查筛选信息。</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根据第二段中的“翻开断砖来，有时会遇见蜈蚣；还有斑蝥，倘若用手指按住它的脊梁，便会啪的一声，从后窍喷出一阵烟雾”可得：捉蜈蚣和按斑蝥。</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根据“有人说，何首乌根是有像人形的，吃了便可以成仙，我于是常常拔它起来，牵连不断地拔起来”可得：拔何首乌。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根据“如果不怕刺，还可以摘到覆盆子，像小珊瑚珠攒成的小球，又酸又甜，色味都比桑椹要好得远”可得：摘覆盆子。</w:t>
      </w:r>
    </w:p>
    <w:p>
      <w:pPr>
        <w:pStyle w:val="Normal"/>
        <w:spacing w:lineRule="auto" w:line="360"/>
        <w:jc w:val="start"/>
        <w:textAlignment w:val="center"/>
        <w:rPr>
          <w:color w:val="000000"/>
        </w:rPr>
      </w:pPr>
      <w:r>
        <w:rPr>
          <w:color w:val="000000"/>
        </w:rPr>
        <w:t>【小问</w:t>
      </w:r>
      <w:r>
        <w:rPr>
          <w:color w:val="000000"/>
        </w:rPr>
        <w:t>3</w:t>
      </w:r>
      <w:r>
        <w:rPr>
          <w:color w:val="000000"/>
        </w:rPr>
        <w:t>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考查赏析句子。</w:t>
      </w:r>
    </w:p>
    <w:p>
      <w:pPr>
        <w:pStyle w:val="Normal"/>
        <w:spacing w:lineRule="auto" w:line="360"/>
        <w:jc w:val="start"/>
        <w:textAlignment w:val="center"/>
        <w:rPr/>
      </w:pPr>
      <w:r>
        <w:rPr>
          <w:rFonts w:eastAsia="Times New Roman" w:cs="Times New Roman"/>
          <w:color w:val="000000"/>
        </w:rPr>
        <w:t>A.</w:t>
      </w:r>
      <w:r>
        <w:rPr>
          <w:rFonts w:eastAsia="宋体;SimSun" w:cs="宋体;SimSun" w:ascii="宋体;SimSun" w:hAnsi="宋体;SimSun"/>
          <w:color w:val="000000"/>
        </w:rPr>
        <w:t>“</w:t>
      </w:r>
      <w:r>
        <w:rPr>
          <w:rFonts w:ascii="宋体;SimSun" w:hAnsi="宋体;SimSun" w:cs="宋体;SimSun" w:eastAsia="宋体;SimSun"/>
          <w:color w:val="000000"/>
        </w:rPr>
        <w:t>低唱”与“弹琴”把油蛉与蟋蟀人格化，这是拟人的修辞。作者把油蛉与蟋蟀的鸣叫说成是低唱与弹琴，表现了它们鸣声的悦耳，多年以后，作者的记忆依然如此深刻，表现了他对百草园的喜爱与怀念之情。</w:t>
      </w:r>
    </w:p>
    <w:p>
      <w:pPr>
        <w:pStyle w:val="Normal"/>
        <w:spacing w:lineRule="auto" w:line="360"/>
        <w:jc w:val="start"/>
        <w:textAlignment w:val="center"/>
        <w:rPr/>
      </w:pPr>
      <w:r>
        <w:rPr>
          <w:rFonts w:eastAsia="Times New Roman" w:cs="Times New Roman"/>
          <w:color w:val="000000"/>
        </w:rPr>
        <w:t>B.</w:t>
      </w:r>
      <w:r>
        <w:rPr>
          <w:rFonts w:eastAsia="宋体;SimSun" w:cs="宋体;SimSun" w:ascii="宋体;SimSun" w:hAnsi="宋体;SimSun"/>
          <w:color w:val="000000"/>
        </w:rPr>
        <w:t>“</w:t>
      </w:r>
      <w:r>
        <w:rPr>
          <w:rFonts w:ascii="宋体;SimSun" w:hAnsi="宋体;SimSun" w:cs="宋体;SimSun" w:eastAsia="宋体;SimSun"/>
          <w:color w:val="000000"/>
        </w:rPr>
        <w:t>像小珊瑚珠攒成的小球”运用比喻，把覆盆子比作小珊瑚珠攒成的小球，“小珊瑚珠”五彩斑斓，且形状极小，再结合“攒成”一词分析，可知此处比喻生动形象地表现了覆盆子的形状和颜色，联系“色味都比桑椹要好得远”可知，此处比喻表现了作者对覆盆子的喜爱之情。</w:t>
      </w:r>
    </w:p>
    <w:p>
      <w:pPr>
        <w:pStyle w:val="Normal"/>
        <w:spacing w:lineRule="auto" w:line="360"/>
        <w:jc w:val="start"/>
        <w:textAlignment w:val="center"/>
        <w:rPr/>
      </w:pPr>
      <w:r>
        <w:rPr>
          <w:color w:val="000000"/>
        </w:rPr>
        <w:t xml:space="preserve">12. </w:t>
      </w:r>
      <w:r>
        <w:rPr>
          <w:rFonts w:ascii="宋体;SimSun" w:hAnsi="宋体;SimSun" w:cs="宋体;SimSun" w:eastAsia="宋体;SimSun"/>
          <w:color w:val="000000"/>
        </w:rPr>
        <w:t>阅读下面材料，完成下列各题。</w:t>
      </w:r>
    </w:p>
    <w:p>
      <w:pPr>
        <w:pStyle w:val="Normal"/>
        <w:spacing w:lineRule="auto" w:line="360"/>
        <w:ind w:firstLine="420" w:end="0"/>
        <w:jc w:val="start"/>
        <w:textAlignment w:val="center"/>
        <w:rPr/>
      </w:pPr>
      <w:r>
        <w:rPr>
          <w:rFonts w:ascii="宋体;SimSun" w:hAnsi="宋体;SimSun" w:cs="宋体;SimSun" w:eastAsia="宋体;SimSun"/>
          <w:color w:val="000000"/>
        </w:rPr>
        <w:t>【材料一】</w:t>
      </w:r>
      <w:r>
        <w:rPr>
          <w:rFonts w:eastAsia="宋体;SimSun" w:cs="宋体;SimSun" w:ascii="宋体;SimSun" w:hAnsi="宋体;SimSun"/>
          <w:color w:val="000000"/>
        </w:rPr>
        <w:t>2</w:t>
      </w:r>
      <w:r>
        <w:rPr>
          <w:rFonts w:eastAsia="楷体" w:cs="楷体" w:ascii="楷体" w:hAnsi="楷体"/>
          <w:color w:val="000000"/>
        </w:rPr>
        <w:t>015</w:t>
      </w:r>
      <w:r>
        <w:rPr>
          <w:rFonts w:ascii="楷体" w:hAnsi="楷体" w:cs="楷体" w:eastAsia="楷体"/>
          <w:color w:val="000000"/>
        </w:rPr>
        <w:t>年中国青少年研究中心进行了第四次“中国少年儿童发展状况”调查，该调查在北京、广东等</w:t>
      </w:r>
      <w:r>
        <w:rPr>
          <w:rFonts w:eastAsia="楷体" w:cs="楷体" w:ascii="楷体" w:hAnsi="楷体"/>
          <w:color w:val="000000"/>
        </w:rPr>
        <w:t>10</w:t>
      </w:r>
      <w:r>
        <w:rPr>
          <w:rFonts w:ascii="楷体" w:hAnsi="楷体" w:cs="楷体" w:eastAsia="楷体"/>
          <w:color w:val="000000"/>
        </w:rPr>
        <w:t>个省（市）</w:t>
      </w:r>
      <w:r>
        <w:rPr>
          <w:rFonts w:eastAsia="楷体" w:cs="楷体" w:ascii="楷体" w:hAnsi="楷体"/>
          <w:color w:val="000000"/>
        </w:rPr>
        <w:t>42</w:t>
      </w:r>
      <w:r>
        <w:rPr>
          <w:rFonts w:ascii="楷体" w:hAnsi="楷体" w:cs="楷体" w:eastAsia="楷体"/>
          <w:color w:val="000000"/>
        </w:rPr>
        <w:t>个区县</w:t>
      </w:r>
      <w:r>
        <w:rPr>
          <w:rFonts w:eastAsia="楷体" w:cs="楷体" w:ascii="楷体" w:hAnsi="楷体"/>
          <w:color w:val="000000"/>
        </w:rPr>
        <w:t>162</w:t>
      </w:r>
      <w:r>
        <w:rPr>
          <w:rFonts w:ascii="楷体" w:hAnsi="楷体" w:cs="楷体" w:eastAsia="楷体"/>
          <w:color w:val="000000"/>
        </w:rPr>
        <w:t>所中小学的小学四年级至初中三年级进行，其中男生</w:t>
      </w:r>
      <w:r>
        <w:rPr>
          <w:rFonts w:eastAsia="楷体" w:cs="楷体" w:ascii="楷体" w:hAnsi="楷体"/>
          <w:color w:val="000000"/>
        </w:rPr>
        <w:t>47.6%</w:t>
      </w:r>
      <w:r>
        <w:rPr>
          <w:rFonts w:ascii="楷体" w:hAnsi="楷体" w:cs="楷体" w:eastAsia="楷体"/>
          <w:color w:val="000000"/>
        </w:rPr>
        <w:t>，女生</w:t>
      </w:r>
      <w:r>
        <w:rPr>
          <w:rFonts w:eastAsia="楷体" w:cs="楷体" w:ascii="楷体" w:hAnsi="楷体"/>
          <w:color w:val="000000"/>
        </w:rPr>
        <w:t>52.4%</w:t>
      </w:r>
      <w:r>
        <w:rPr>
          <w:rFonts w:ascii="楷体" w:hAnsi="楷体" w:cs="楷体" w:eastAsia="楷体"/>
          <w:color w:val="000000"/>
        </w:rPr>
        <w:t>，中学生</w:t>
      </w:r>
      <w:r>
        <w:rPr>
          <w:rFonts w:eastAsia="楷体" w:cs="楷体" w:ascii="楷体" w:hAnsi="楷体"/>
          <w:color w:val="000000"/>
        </w:rPr>
        <w:t>46.9%</w:t>
      </w:r>
      <w:r>
        <w:rPr>
          <w:rFonts w:ascii="楷体" w:hAnsi="楷体" w:cs="楷体" w:eastAsia="楷体"/>
          <w:color w:val="000000"/>
        </w:rPr>
        <w:t>；城乡样本各半。</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今天上午，由中国青少年研究中心、中国青少年研究会、中国青年政治学院和共青团四川省委共同主办的“第十二届中国青少年发展论坛”在成都开幕，中国青少年研究中心在论坛上发布了这项研究成果。</w:t>
      </w:r>
    </w:p>
    <w:p>
      <w:pPr>
        <w:pStyle w:val="Normal"/>
        <w:spacing w:lineRule="auto" w:line="360"/>
        <w:ind w:firstLine="420" w:end="0"/>
        <w:jc w:val="start"/>
        <w:textAlignment w:val="center"/>
        <w:rPr/>
      </w:pPr>
      <w:r>
        <w:rPr>
          <w:rFonts w:ascii="宋体;SimSun" w:hAnsi="宋体;SimSun" w:cs="宋体;SimSun" w:eastAsia="宋体;SimSun"/>
          <w:color w:val="000000"/>
        </w:rPr>
        <w:t>【材料二】</w:t>
      </w:r>
      <w:r>
        <w:rPr>
          <w:rFonts w:ascii="楷体" w:hAnsi="楷体" w:cs="楷体" w:eastAsia="楷体"/>
          <w:color w:val="000000"/>
        </w:rPr>
        <w:t>本次调查数据显示，“</w:t>
      </w:r>
      <w:r>
        <w:rPr>
          <w:rFonts w:eastAsia="楷体" w:cs="楷体" w:ascii="楷体" w:hAnsi="楷体"/>
          <w:color w:val="000000"/>
        </w:rPr>
        <w:t>00</w:t>
      </w:r>
      <w:r>
        <w:rPr>
          <w:rFonts w:ascii="楷体" w:hAnsi="楷体" w:cs="楷体" w:eastAsia="楷体"/>
          <w:color w:val="000000"/>
        </w:rPr>
        <w:t>后”小学生在校时间平均为</w:t>
      </w:r>
      <w:r>
        <w:rPr>
          <w:rFonts w:eastAsia="楷体" w:cs="楷体" w:ascii="楷体" w:hAnsi="楷体"/>
          <w:color w:val="000000"/>
        </w:rPr>
        <w:t>8.1</w:t>
      </w:r>
      <w:r>
        <w:rPr>
          <w:rFonts w:ascii="楷体" w:hAnsi="楷体" w:cs="楷体" w:eastAsia="楷体"/>
          <w:color w:val="000000"/>
        </w:rPr>
        <w:t xml:space="preserve">小时，初中生平均为 </w:t>
      </w:r>
      <w:r>
        <w:rPr>
          <w:rFonts w:eastAsia="楷体" w:cs="楷体" w:ascii="楷体" w:hAnsi="楷体"/>
          <w:color w:val="000000"/>
        </w:rPr>
        <w:t>11.0</w:t>
      </w:r>
      <w:r>
        <w:rPr>
          <w:rFonts w:ascii="楷体" w:hAnsi="楷体" w:cs="楷体" w:eastAsia="楷体"/>
          <w:color w:val="000000"/>
        </w:rPr>
        <w:t>小时，休息日睡眠不足</w:t>
      </w:r>
      <w:r>
        <w:rPr>
          <w:rFonts w:eastAsia="楷体" w:cs="楷体" w:ascii="楷体" w:hAnsi="楷体"/>
          <w:color w:val="000000"/>
        </w:rPr>
        <w:t>9</w:t>
      </w:r>
      <w:r>
        <w:rPr>
          <w:rFonts w:ascii="楷体" w:hAnsi="楷体" w:cs="楷体" w:eastAsia="楷体"/>
          <w:color w:val="000000"/>
        </w:rPr>
        <w:t>小时的也有</w:t>
      </w:r>
      <w:r>
        <w:rPr>
          <w:rFonts w:eastAsia="楷体" w:cs="楷体" w:ascii="楷体" w:hAnsi="楷体"/>
          <w:color w:val="000000"/>
        </w:rPr>
        <w:t>34.5%</w:t>
      </w:r>
      <w:r>
        <w:rPr>
          <w:rFonts w:ascii="楷体" w:hAnsi="楷体" w:cs="楷体" w:eastAsia="楷体"/>
          <w:color w:val="000000"/>
        </w:rPr>
        <w:t xml:space="preserve">；学习日有 </w:t>
      </w:r>
      <w:r>
        <w:rPr>
          <w:rFonts w:eastAsia="楷体" w:cs="楷体" w:ascii="楷体" w:hAnsi="楷体"/>
          <w:color w:val="000000"/>
        </w:rPr>
        <w:t>66.4%</w:t>
      </w:r>
      <w:r>
        <w:rPr>
          <w:rFonts w:ascii="楷体" w:hAnsi="楷体" w:cs="楷体" w:eastAsia="楷体"/>
          <w:color w:val="000000"/>
        </w:rPr>
        <w:t xml:space="preserve">的小学生花 </w:t>
      </w:r>
      <w:r>
        <w:rPr>
          <w:rFonts w:eastAsia="楷体" w:cs="楷体" w:ascii="楷体" w:hAnsi="楷体"/>
          <w:color w:val="000000"/>
        </w:rPr>
        <w:t>1.7</w:t>
      </w:r>
      <w:r>
        <w:rPr>
          <w:rFonts w:ascii="楷体" w:hAnsi="楷体" w:cs="楷体" w:eastAsia="楷体"/>
          <w:color w:val="000000"/>
        </w:rPr>
        <w:t>小时做家庭作业；休息日有</w:t>
      </w:r>
      <w:r>
        <w:rPr>
          <w:rFonts w:eastAsia="楷体" w:cs="楷体" w:ascii="楷体" w:hAnsi="楷体"/>
          <w:color w:val="000000"/>
        </w:rPr>
        <w:t>81.1%</w:t>
      </w:r>
      <w:r>
        <w:rPr>
          <w:rFonts w:ascii="楷体" w:hAnsi="楷体" w:cs="楷体" w:eastAsia="楷体"/>
          <w:color w:val="000000"/>
        </w:rPr>
        <w:t>的小学生花</w:t>
      </w:r>
      <w:r>
        <w:rPr>
          <w:rFonts w:eastAsia="楷体" w:cs="楷体" w:ascii="楷体" w:hAnsi="楷体"/>
          <w:color w:val="000000"/>
        </w:rPr>
        <w:t>2.8</w:t>
      </w:r>
      <w:r>
        <w:rPr>
          <w:rFonts w:ascii="楷体" w:hAnsi="楷体" w:cs="楷体" w:eastAsia="楷体"/>
          <w:color w:val="000000"/>
        </w:rPr>
        <w:t>小时做家庭作业，＝</w:t>
      </w:r>
      <w:r>
        <w:rPr>
          <w:rFonts w:eastAsia="楷体" w:cs="楷体" w:ascii="楷体" w:hAnsi="楷体"/>
          <w:color w:val="000000"/>
        </w:rPr>
        <w:t>87.1%</w:t>
      </w:r>
      <w:r>
        <w:rPr>
          <w:rFonts w:ascii="楷体" w:hAnsi="楷体" w:cs="楷体" w:eastAsia="楷体"/>
          <w:color w:val="000000"/>
        </w:rPr>
        <w:t>的初中生花</w:t>
      </w:r>
      <w:r>
        <w:rPr>
          <w:rFonts w:eastAsia="楷体" w:cs="楷体" w:ascii="楷体" w:hAnsi="楷体"/>
          <w:color w:val="000000"/>
        </w:rPr>
        <w:t>4.3</w:t>
      </w:r>
      <w:r>
        <w:rPr>
          <w:rFonts w:ascii="楷体" w:hAnsi="楷体" w:cs="楷体" w:eastAsia="楷体"/>
          <w:color w:val="000000"/>
        </w:rPr>
        <w:t>小时。</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在休闲生活方面，课外阅读仍是最受欢迎的休闲方式，但近七成（</w:t>
      </w:r>
      <w:r>
        <w:rPr>
          <w:rFonts w:eastAsia="楷体" w:cs="楷体" w:ascii="楷体" w:hAnsi="楷体"/>
          <w:color w:val="000000"/>
        </w:rPr>
        <w:t>67.9%</w:t>
      </w:r>
      <w:r>
        <w:rPr>
          <w:rFonts w:ascii="楷体" w:hAnsi="楷体" w:cs="楷体" w:eastAsia="楷体"/>
          <w:color w:val="000000"/>
        </w:rPr>
        <w:t>），上网的吸引力大幅上升，喜欢看电视的减少“</w:t>
      </w:r>
      <w:r>
        <w:rPr>
          <w:rFonts w:eastAsia="楷体" w:cs="楷体" w:ascii="楷体" w:hAnsi="楷体"/>
          <w:color w:val="000000"/>
        </w:rPr>
        <w:t>00</w:t>
      </w:r>
      <w:r>
        <w:rPr>
          <w:rFonts w:ascii="楷体" w:hAnsi="楷体" w:cs="楷体" w:eastAsia="楷体"/>
          <w:color w:val="000000"/>
        </w:rPr>
        <w:t>后”学习日闲暇时间超过了“</w:t>
      </w:r>
      <w:r>
        <w:rPr>
          <w:rFonts w:eastAsia="楷体" w:cs="楷体" w:ascii="楷体" w:hAnsi="楷体"/>
          <w:color w:val="000000"/>
        </w:rPr>
        <w:t>90</w:t>
      </w:r>
      <w:r>
        <w:rPr>
          <w:rFonts w:ascii="楷体" w:hAnsi="楷体" w:cs="楷体" w:eastAsia="楷体"/>
          <w:color w:val="000000"/>
        </w:rPr>
        <w:t>后”，但是仅</w:t>
      </w:r>
      <w:r>
        <w:rPr>
          <w:rFonts w:eastAsia="楷体" w:cs="楷体" w:ascii="楷体" w:hAnsi="楷体"/>
          <w:color w:val="000000"/>
        </w:rPr>
        <w:t>50.0%</w:t>
      </w:r>
      <w:r>
        <w:rPr>
          <w:rFonts w:ascii="楷体" w:hAnsi="楷体" w:cs="楷体" w:eastAsia="楷体"/>
          <w:color w:val="000000"/>
        </w:rPr>
        <w:t>休闲时间达到</w:t>
      </w:r>
      <w:r>
        <w:rPr>
          <w:rFonts w:eastAsia="楷体" w:cs="楷体" w:ascii="楷体" w:hAnsi="楷体"/>
          <w:color w:val="000000"/>
        </w:rPr>
        <w:t>1</w:t>
      </w:r>
      <w:r>
        <w:rPr>
          <w:rFonts w:ascii="楷体" w:hAnsi="楷体" w:cs="楷体" w:eastAsia="楷体"/>
          <w:color w:val="000000"/>
        </w:rPr>
        <w:t>小时，＝</w:t>
      </w:r>
      <w:r>
        <w:rPr>
          <w:rFonts w:eastAsia="楷体" w:cs="楷体" w:ascii="楷体" w:hAnsi="楷体"/>
          <w:color w:val="000000"/>
        </w:rPr>
        <w:t>15.4%</w:t>
      </w:r>
      <w:r>
        <w:rPr>
          <w:rFonts w:ascii="楷体" w:hAnsi="楷体" w:cs="楷体" w:eastAsia="楷体"/>
          <w:color w:val="000000"/>
        </w:rPr>
        <w:t>不足半小时，说明仍有相当数量的少年儿童仍难以享受休闲时光。</w:t>
      </w:r>
      <w:r>
        <w:rPr>
          <w:rFonts w:eastAsia="楷体" w:cs="楷体" w:ascii="楷体" w:hAnsi="楷体"/>
          <w:color w:val="000000"/>
        </w:rPr>
        <w:t>37.7%</w:t>
      </w:r>
      <w:r>
        <w:rPr>
          <w:rFonts w:ascii="楷体" w:hAnsi="楷体" w:cs="楷体" w:eastAsia="楷体"/>
          <w:color w:val="000000"/>
        </w:rPr>
        <w:t>的“</w:t>
      </w:r>
      <w:r>
        <w:rPr>
          <w:rFonts w:eastAsia="楷体" w:cs="楷体" w:ascii="楷体" w:hAnsi="楷体"/>
          <w:color w:val="000000"/>
        </w:rPr>
        <w:t>00</w:t>
      </w:r>
      <w:r>
        <w:rPr>
          <w:rFonts w:ascii="楷体" w:hAnsi="楷体" w:cs="楷体" w:eastAsia="楷体"/>
          <w:color w:val="000000"/>
        </w:rPr>
        <w:t>后”课余时间最喜欢做的事情是运动，但休息日运动时间不超过</w:t>
      </w:r>
      <w:r>
        <w:rPr>
          <w:rFonts w:eastAsia="楷体" w:cs="楷体" w:ascii="楷体" w:hAnsi="楷体"/>
          <w:color w:val="000000"/>
        </w:rPr>
        <w:t>1</w:t>
      </w:r>
      <w:r>
        <w:rPr>
          <w:rFonts w:ascii="楷体" w:hAnsi="楷体" w:cs="楷体" w:eastAsia="楷体"/>
          <w:color w:val="000000"/>
        </w:rPr>
        <w:t>小时的高达</w:t>
      </w:r>
      <w:r>
        <w:rPr>
          <w:rFonts w:eastAsia="楷体" w:cs="楷体" w:ascii="楷体" w:hAnsi="楷体"/>
          <w:color w:val="000000"/>
        </w:rPr>
        <w:t>46.3%</w:t>
      </w:r>
      <w:r>
        <w:rPr>
          <w:rFonts w:ascii="楷体" w:hAnsi="楷体" w:cs="楷体" w:eastAsia="楷体"/>
          <w:color w:val="000000"/>
        </w:rPr>
        <w:t>、学习日运动时间不超过</w:t>
      </w:r>
      <w:r>
        <w:rPr>
          <w:rFonts w:eastAsia="楷体" w:cs="楷体" w:ascii="楷体" w:hAnsi="楷体"/>
          <w:color w:val="000000"/>
        </w:rPr>
        <w:t>1</w:t>
      </w:r>
      <w:r>
        <w:rPr>
          <w:rFonts w:ascii="楷体" w:hAnsi="楷体" w:cs="楷体" w:eastAsia="楷体"/>
          <w:color w:val="000000"/>
        </w:rPr>
        <w:t>小时的高达</w:t>
      </w:r>
      <w:r>
        <w:rPr>
          <w:rFonts w:eastAsia="楷体" w:cs="楷体" w:ascii="楷体" w:hAnsi="楷体"/>
          <w:color w:val="000000"/>
        </w:rPr>
        <w:t>66.3%</w:t>
      </w:r>
      <w:r>
        <w:rPr>
          <w:rFonts w:ascii="楷体" w:hAnsi="楷体" w:cs="楷体" w:eastAsia="楷体"/>
          <w:color w:val="000000"/>
        </w:rPr>
        <w:t>，</w:t>
      </w:r>
      <w:r>
        <w:rPr>
          <w:rFonts w:eastAsia="楷体" w:cs="楷体" w:ascii="楷体" w:hAnsi="楷体"/>
          <w:color w:val="000000"/>
        </w:rPr>
        <w:t>8.3%</w:t>
      </w:r>
      <w:r>
        <w:rPr>
          <w:rFonts w:ascii="楷体" w:hAnsi="楷体" w:cs="楷体" w:eastAsia="楷体"/>
          <w:color w:val="000000"/>
        </w:rPr>
        <w:t>在休息日基本没有运动，可见运动量不足的情况仍普遍存在。</w:t>
      </w:r>
    </w:p>
    <w:p>
      <w:pPr>
        <w:pStyle w:val="Normal"/>
        <w:spacing w:lineRule="auto" w:line="360"/>
        <w:ind w:firstLine="420" w:end="0"/>
        <w:jc w:val="start"/>
        <w:textAlignment w:val="center"/>
        <w:rPr/>
      </w:pPr>
      <w:r>
        <w:rPr>
          <w:rFonts w:ascii="宋体;SimSun" w:hAnsi="宋体;SimSun" w:cs="宋体;SimSun" w:eastAsia="宋体;SimSun"/>
          <w:color w:val="000000"/>
        </w:rPr>
        <w:t>【材料三】</w:t>
      </w:r>
      <w:r>
        <w:rPr>
          <w:rFonts w:ascii="楷体" w:hAnsi="楷体" w:cs="楷体" w:eastAsia="楷体"/>
          <w:color w:val="000000"/>
        </w:rPr>
        <w:t>“</w:t>
      </w:r>
      <w:r>
        <w:rPr>
          <w:rFonts w:eastAsia="楷体" w:cs="楷体" w:ascii="楷体" w:hAnsi="楷体"/>
          <w:color w:val="000000"/>
        </w:rPr>
        <w:t>00</w:t>
      </w:r>
      <w:r>
        <w:rPr>
          <w:rFonts w:ascii="楷体" w:hAnsi="楷体" w:cs="楷体" w:eastAsia="楷体"/>
          <w:color w:val="000000"/>
        </w:rPr>
        <w:t>后”的休闲偏好染上了日渐浓烈的信息化色彩，</w:t>
      </w:r>
      <w:r>
        <w:rPr>
          <w:rFonts w:eastAsia="楷体" w:cs="楷体" w:ascii="楷体" w:hAnsi="楷体"/>
          <w:color w:val="000000"/>
        </w:rPr>
        <w:t>33.4%</w:t>
      </w:r>
      <w:r>
        <w:rPr>
          <w:rFonts w:ascii="楷体" w:hAnsi="楷体" w:cs="楷体" w:eastAsia="楷体"/>
          <w:color w:val="000000"/>
        </w:rPr>
        <w:t>最喜欢的是上网，比“</w:t>
      </w:r>
      <w:r>
        <w:rPr>
          <w:rFonts w:eastAsia="楷体" w:cs="楷体" w:ascii="楷体" w:hAnsi="楷体"/>
          <w:color w:val="000000"/>
        </w:rPr>
        <w:t>90</w:t>
      </w:r>
      <w:r>
        <w:rPr>
          <w:rFonts w:ascii="楷体" w:hAnsi="楷体" w:cs="楷体" w:eastAsia="楷体"/>
          <w:color w:val="000000"/>
        </w:rPr>
        <w:t>后”几乎增长了两倍，纸质书阅读量较“</w:t>
      </w:r>
      <w:r>
        <w:rPr>
          <w:rFonts w:eastAsia="楷体" w:cs="楷体" w:ascii="楷体" w:hAnsi="楷体"/>
          <w:color w:val="000000"/>
        </w:rPr>
        <w:t>90</w:t>
      </w:r>
      <w:r>
        <w:rPr>
          <w:rFonts w:ascii="楷体" w:hAnsi="楷体" w:cs="楷体" w:eastAsia="楷体"/>
          <w:color w:val="000000"/>
        </w:rPr>
        <w:t>后”减少，仅</w:t>
      </w:r>
      <w:r>
        <w:rPr>
          <w:rFonts w:eastAsia="楷体" w:cs="楷体" w:ascii="楷体" w:hAnsi="楷体"/>
          <w:color w:val="000000"/>
        </w:rPr>
        <w:t>26.9%</w:t>
      </w:r>
      <w:r>
        <w:rPr>
          <w:rFonts w:ascii="楷体" w:hAnsi="楷体" w:cs="楷体" w:eastAsia="楷体"/>
          <w:color w:val="000000"/>
        </w:rPr>
        <w:t>一年能阅读</w:t>
      </w:r>
      <w:r>
        <w:rPr>
          <w:rFonts w:eastAsia="楷体" w:cs="楷体" w:ascii="楷体" w:hAnsi="楷体"/>
          <w:color w:val="000000"/>
        </w:rPr>
        <w:t>20</w:t>
      </w:r>
      <w:r>
        <w:rPr>
          <w:rFonts w:ascii="楷体" w:hAnsi="楷体" w:cs="楷体" w:eastAsia="楷体"/>
          <w:color w:val="000000"/>
        </w:rPr>
        <w:t>～</w:t>
      </w:r>
      <w:r>
        <w:rPr>
          <w:rFonts w:eastAsia="楷体" w:cs="楷体" w:ascii="楷体" w:hAnsi="楷体"/>
          <w:color w:val="000000"/>
        </w:rPr>
        <w:t>99</w:t>
      </w:r>
      <w:r>
        <w:rPr>
          <w:rFonts w:ascii="楷体" w:hAnsi="楷体" w:cs="楷体" w:eastAsia="楷体"/>
          <w:color w:val="000000"/>
        </w:rPr>
        <w:t>本书。在休息日（</w:t>
      </w:r>
      <w:r>
        <w:rPr>
          <w:rFonts w:eastAsia="楷体" w:cs="楷体" w:ascii="楷体" w:hAnsi="楷体"/>
          <w:color w:val="000000"/>
        </w:rPr>
        <w:t>60.0%</w:t>
      </w:r>
      <w:r>
        <w:rPr>
          <w:rFonts w:ascii="楷体" w:hAnsi="楷体" w:cs="楷体" w:eastAsia="楷体"/>
          <w:color w:val="000000"/>
        </w:rPr>
        <w:t>），而看电视、电影超过</w:t>
      </w:r>
      <w:r>
        <w:rPr>
          <w:rFonts w:eastAsia="楷体" w:cs="楷体" w:ascii="楷体" w:hAnsi="楷体"/>
          <w:color w:val="000000"/>
        </w:rPr>
        <w:t>1</w:t>
      </w:r>
      <w:r>
        <w:rPr>
          <w:rFonts w:ascii="楷体" w:hAnsi="楷体" w:cs="楷体" w:eastAsia="楷体"/>
          <w:color w:val="000000"/>
        </w:rPr>
        <w:t>小时的近七成＝（</w:t>
      </w:r>
      <w:r>
        <w:rPr>
          <w:rFonts w:eastAsia="楷体" w:cs="楷体" w:ascii="楷体" w:hAnsi="楷体"/>
          <w:color w:val="000000"/>
        </w:rPr>
        <w:t>69.7%</w:t>
      </w:r>
      <w:r>
        <w:rPr>
          <w:rFonts w:ascii="楷体" w:hAnsi="楷体" w:cs="楷体" w:eastAsia="楷体"/>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）根据以上材料，下列说法</w:t>
      </w:r>
      <w:r>
        <w:rPr>
          <w:rFonts w:ascii="宋体;SimSun" w:hAnsi="宋体;SimSun" w:cs="宋体;SimSun" w:eastAsia="宋体;SimSun"/>
          <w:color w:val="000000"/>
          <w:em w:val="underDot"/>
        </w:rPr>
        <w:t>不正确</w:t>
      </w:r>
      <w:r>
        <w:rPr>
          <w:rFonts w:ascii="宋体;SimSun" w:hAnsi="宋体;SimSun" w:cs="宋体;SimSun" w:eastAsia="宋体;SimSun"/>
          <w:color w:val="000000"/>
        </w:rPr>
        <w:t>的一项是（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A. “</w:t>
      </w:r>
      <w:r>
        <w:rPr>
          <w:rFonts w:ascii="宋体;SimSun" w:hAnsi="宋体;SimSun" w:cs="宋体;SimSun" w:eastAsia="宋体;SimSun"/>
          <w:color w:val="000000"/>
        </w:rPr>
        <w:t>中国少年儿童发展状况”调查的样本主要以城市和农村为主，两者各半。</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B. </w:t>
      </w:r>
      <w:r>
        <w:rPr>
          <w:rFonts w:ascii="宋体;SimSun" w:hAnsi="宋体;SimSun" w:cs="宋体;SimSun" w:eastAsia="宋体;SimSun"/>
          <w:color w:val="000000"/>
        </w:rPr>
        <w:t>在休闲生活中，大部分的学生不喜爱以阅读的方式来休闲，最喜欢做的事情是运动</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C. “00</w:t>
      </w:r>
      <w:r>
        <w:rPr>
          <w:rFonts w:ascii="宋体;SimSun" w:hAnsi="宋体;SimSun" w:cs="宋体;SimSun" w:eastAsia="宋体;SimSun"/>
          <w:color w:val="000000"/>
        </w:rPr>
        <w:t>后”比“</w:t>
      </w:r>
      <w:r>
        <w:rPr>
          <w:rFonts w:eastAsia="宋体;SimSun" w:cs="宋体;SimSun" w:ascii="宋体;SimSun" w:hAnsi="宋体;SimSun"/>
          <w:color w:val="000000"/>
        </w:rPr>
        <w:t>90</w:t>
      </w:r>
      <w:r>
        <w:rPr>
          <w:rFonts w:ascii="宋体;SimSun" w:hAnsi="宋体;SimSun" w:cs="宋体;SimSun" w:eastAsia="宋体;SimSun"/>
          <w:color w:val="000000"/>
        </w:rPr>
        <w:t>后”更多的喜欢有信息化色彩的休闲方式。</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D. “00</w:t>
      </w:r>
      <w:r>
        <w:rPr>
          <w:rFonts w:ascii="宋体;SimSun" w:hAnsi="宋体;SimSun" w:cs="宋体;SimSun" w:eastAsia="宋体;SimSun"/>
          <w:color w:val="000000"/>
        </w:rPr>
        <w:t>后”的学生大部分睡眠时间不足，应当引起重视。</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）从材料二可以看出，“三少学生”指哪三少？</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）请根据以上文字材料，分析影响学生阅读的原因。</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w:t>
      </w:r>
      <w:r>
        <w:rPr>
          <w:color w:val="000000"/>
        </w:rPr>
        <w:t>1</w:t>
      </w:r>
      <w:r>
        <w:rPr>
          <w:color w:val="000000"/>
        </w:rPr>
        <w:t>）</w:t>
      </w:r>
      <w:r>
        <w:rPr>
          <w:color w:val="000000"/>
        </w:rPr>
        <w:t xml:space="preserve">B    </w:t>
      </w:r>
      <w:r>
        <w:rPr>
          <w:color w:val="000000"/>
        </w:rPr>
        <w:t>（</w:t>
      </w:r>
      <w:r>
        <w:rPr>
          <w:color w:val="000000"/>
        </w:rPr>
        <w:t>2</w:t>
      </w:r>
      <w:r>
        <w:rPr>
          <w:color w:val="000000"/>
        </w:rPr>
        <w:t>）</w:t>
      </w:r>
      <w:r>
        <w:rPr>
          <w:rFonts w:ascii="宋体;SimSun" w:hAnsi="宋体;SimSun" w:cs="宋体;SimSun" w:eastAsia="宋体;SimSun"/>
          <w:color w:val="000000"/>
        </w:rPr>
        <w:t>睡眠少、运动少、休闲时间少。</w:t>
      </w:r>
      <w:r>
        <w:rPr>
          <w:color w:val="000000"/>
        </w:rPr>
        <w:t xml:space="preserve">    </w:t>
      </w:r>
    </w:p>
    <w:p>
      <w:pPr>
        <w:pStyle w:val="Normal"/>
        <w:spacing w:lineRule="auto" w:line="360"/>
        <w:textAlignment w:val="center"/>
        <w:rPr/>
      </w:pPr>
      <w:r>
        <w:rPr>
          <w:color w:val="000000"/>
        </w:rPr>
        <w:t>（</w:t>
      </w:r>
      <w:r>
        <w:rPr>
          <w:color w:val="000000"/>
        </w:rPr>
        <w:t>3</w:t>
      </w:r>
      <w:r>
        <w:rPr>
          <w:color w:val="000000"/>
        </w:rPr>
        <w:t>）</w:t>
      </w:r>
      <w:r>
        <w:rPr>
          <w:rFonts w:ascii="宋体;SimSun" w:hAnsi="宋体;SimSun" w:cs="宋体;SimSun" w:eastAsia="宋体;SimSun"/>
          <w:color w:val="000000"/>
        </w:rPr>
        <w:t>学生需要花费较多时间来上课和做作业；学生在休闲时间更多是选择上网。</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本题考查对材料内容的掌握能力。</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B.</w:t>
      </w:r>
      <w:r>
        <w:rPr>
          <w:rFonts w:ascii="宋体;SimSun" w:hAnsi="宋体;SimSun" w:cs="宋体;SimSun" w:eastAsia="宋体;SimSun"/>
          <w:color w:val="000000"/>
        </w:rPr>
        <w:t>根据材料二中“在休闲生活方面，课外阅读仍是最受欢迎的休闲方式”可知，选项表述错误；</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故选</w:t>
      </w:r>
      <w:r>
        <w:rPr>
          <w:rFonts w:eastAsia="宋体;SimSun" w:cs="宋体;SimSun" w:ascii="宋体;SimSun" w:hAnsi="宋体;SimSun"/>
          <w:color w:val="000000"/>
        </w:rPr>
        <w:t>B</w:t>
      </w:r>
      <w:r>
        <w:rPr>
          <w:rFonts w:ascii="宋体;SimSun" w:hAnsi="宋体;SimSun" w:cs="宋体;SimSun" w:eastAsia="宋体;SimSun"/>
          <w:color w:val="000000"/>
        </w:rPr>
        <w:t>。</w:t>
      </w:r>
    </w:p>
    <w:p>
      <w:pPr>
        <w:pStyle w:val="Normal"/>
        <w:spacing w:lineRule="auto" w:line="360"/>
        <w:jc w:val="start"/>
        <w:textAlignment w:val="center"/>
        <w:rPr>
          <w:color w:val="000000"/>
        </w:rPr>
      </w:pPr>
      <w:r>
        <w:rPr>
          <w:color w:val="000000"/>
        </w:rPr>
        <w:t>【小问</w:t>
      </w:r>
      <w:r>
        <w:rPr>
          <w:color w:val="000000"/>
        </w:rPr>
        <w:t>2</w:t>
      </w:r>
      <w:r>
        <w:rPr>
          <w:color w:val="000000"/>
        </w:rPr>
        <w:t>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本题考查对材料信息的筛选和整合能力。此题根据题干要求，从</w:t>
      </w:r>
      <w:r>
        <w:rPr>
          <w:rFonts w:eastAsia="宋体;SimSun" w:cs="宋体;SimSun" w:ascii="宋体;SimSun" w:hAnsi="宋体;SimSun"/>
          <w:color w:val="000000"/>
        </w:rPr>
        <w:t>[</w:t>
      </w:r>
      <w:r>
        <w:rPr>
          <w:rFonts w:ascii="宋体;SimSun" w:hAnsi="宋体;SimSun" w:cs="宋体;SimSun" w:eastAsia="宋体;SimSun"/>
          <w:color w:val="000000"/>
        </w:rPr>
        <w:t>材料二</w:t>
      </w:r>
      <w:r>
        <w:rPr>
          <w:rFonts w:eastAsia="宋体;SimSun" w:cs="宋体;SimSun" w:ascii="宋体;SimSun" w:hAnsi="宋体;SimSun"/>
          <w:color w:val="000000"/>
        </w:rPr>
        <w:t>]</w:t>
      </w:r>
      <w:r>
        <w:rPr>
          <w:rFonts w:ascii="宋体;SimSun" w:hAnsi="宋体;SimSun" w:cs="宋体;SimSun" w:eastAsia="宋体;SimSun"/>
          <w:color w:val="000000"/>
        </w:rPr>
        <w:t>寻找答案。根据“休息日睡眠不足</w:t>
      </w:r>
      <w:r>
        <w:rPr>
          <w:rFonts w:eastAsia="宋体;SimSun" w:cs="宋体;SimSun" w:ascii="宋体;SimSun" w:hAnsi="宋体;SimSun"/>
          <w:color w:val="000000"/>
        </w:rPr>
        <w:t>9</w:t>
      </w:r>
      <w:r>
        <w:rPr>
          <w:rFonts w:ascii="宋体;SimSun" w:hAnsi="宋体;SimSun" w:cs="宋体;SimSun" w:eastAsia="宋体;SimSun"/>
          <w:color w:val="000000"/>
        </w:rPr>
        <w:t>小时的也有</w:t>
      </w:r>
      <w:r>
        <w:rPr>
          <w:rFonts w:eastAsia="宋体;SimSun" w:cs="宋体;SimSun" w:ascii="宋体;SimSun" w:hAnsi="宋体;SimSun"/>
          <w:color w:val="000000"/>
        </w:rPr>
        <w:t>34.5%”</w:t>
      </w:r>
      <w:r>
        <w:rPr>
          <w:rFonts w:ascii="宋体;SimSun" w:hAnsi="宋体;SimSun" w:cs="宋体;SimSun" w:eastAsia="宋体;SimSun"/>
          <w:color w:val="000000"/>
        </w:rPr>
        <w:t>可知，学生“睡眠少”；根据“但休息日运动时间不超过</w:t>
      </w:r>
      <w:r>
        <w:rPr>
          <w:rFonts w:eastAsia="宋体;SimSun" w:cs="宋体;SimSun" w:ascii="宋体;SimSun" w:hAnsi="宋体;SimSun"/>
          <w:color w:val="000000"/>
        </w:rPr>
        <w:t>1</w:t>
      </w:r>
      <w:r>
        <w:rPr>
          <w:rFonts w:ascii="宋体;SimSun" w:hAnsi="宋体;SimSun" w:cs="宋体;SimSun" w:eastAsia="宋体;SimSun"/>
          <w:color w:val="000000"/>
        </w:rPr>
        <w:t>小时的高达</w:t>
      </w:r>
      <w:r>
        <w:rPr>
          <w:rFonts w:eastAsia="宋体;SimSun" w:cs="宋体;SimSun" w:ascii="宋体;SimSun" w:hAnsi="宋体;SimSun"/>
          <w:color w:val="000000"/>
        </w:rPr>
        <w:t>46.3%</w:t>
      </w:r>
      <w:r>
        <w:rPr>
          <w:rFonts w:ascii="宋体;SimSun" w:hAnsi="宋体;SimSun" w:cs="宋体;SimSun" w:eastAsia="宋体;SimSun"/>
          <w:color w:val="000000"/>
        </w:rPr>
        <w:t>、学习日运动时间不超过</w:t>
      </w:r>
      <w:r>
        <w:rPr>
          <w:rFonts w:eastAsia="宋体;SimSun" w:cs="宋体;SimSun" w:ascii="宋体;SimSun" w:hAnsi="宋体;SimSun"/>
          <w:color w:val="000000"/>
        </w:rPr>
        <w:t>1</w:t>
      </w:r>
      <w:r>
        <w:rPr>
          <w:rFonts w:ascii="宋体;SimSun" w:hAnsi="宋体;SimSun" w:cs="宋体;SimSun" w:eastAsia="宋体;SimSun"/>
          <w:color w:val="000000"/>
        </w:rPr>
        <w:t>小时的高达</w:t>
      </w:r>
      <w:r>
        <w:rPr>
          <w:rFonts w:eastAsia="宋体;SimSun" w:cs="宋体;SimSun" w:ascii="宋体;SimSun" w:hAnsi="宋体;SimSun"/>
          <w:color w:val="000000"/>
        </w:rPr>
        <w:t>66.3%</w:t>
      </w:r>
      <w:r>
        <w:rPr>
          <w:rFonts w:ascii="宋体;SimSun" w:hAnsi="宋体;SimSun" w:cs="宋体;SimSun" w:eastAsia="宋体;SimSun"/>
          <w:color w:val="000000"/>
        </w:rPr>
        <w:t>，</w:t>
      </w:r>
      <w:r>
        <w:rPr>
          <w:rFonts w:eastAsia="宋体;SimSun" w:cs="宋体;SimSun" w:ascii="宋体;SimSun" w:hAnsi="宋体;SimSun"/>
          <w:color w:val="000000"/>
        </w:rPr>
        <w:t>8.3%</w:t>
      </w:r>
      <w:r>
        <w:rPr>
          <w:rFonts w:ascii="宋体;SimSun" w:hAnsi="宋体;SimSun" w:cs="宋体;SimSun" w:eastAsia="宋体;SimSun"/>
          <w:color w:val="000000"/>
        </w:rPr>
        <w:t>在休息日基本没有运动，可见运动量不足的情况仍普遍存在”可知，学生“运动少”。根据“但是仅</w:t>
      </w:r>
      <w:r>
        <w:rPr>
          <w:rFonts w:eastAsia="宋体;SimSun" w:cs="宋体;SimSun" w:ascii="宋体;SimSun" w:hAnsi="宋体;SimSun"/>
          <w:color w:val="000000"/>
        </w:rPr>
        <w:t>50.0%</w:t>
      </w:r>
      <w:r>
        <w:rPr>
          <w:rFonts w:ascii="宋体;SimSun" w:hAnsi="宋体;SimSun" w:cs="宋体;SimSun" w:eastAsia="宋体;SimSun"/>
          <w:color w:val="000000"/>
        </w:rPr>
        <w:t>休闲时间达到</w:t>
      </w:r>
      <w:r>
        <w:rPr>
          <w:rFonts w:eastAsia="宋体;SimSun" w:cs="宋体;SimSun" w:ascii="宋体;SimSun" w:hAnsi="宋体;SimSun"/>
          <w:color w:val="000000"/>
        </w:rPr>
        <w:t>1</w:t>
      </w:r>
      <w:r>
        <w:rPr>
          <w:rFonts w:ascii="宋体;SimSun" w:hAnsi="宋体;SimSun" w:cs="宋体;SimSun" w:eastAsia="宋体;SimSun"/>
          <w:color w:val="000000"/>
        </w:rPr>
        <w:t>小时，</w:t>
      </w:r>
      <w:r>
        <w:rPr>
          <w:rFonts w:eastAsia="宋体;SimSun" w:cs="宋体;SimSun" w:ascii="宋体;SimSun" w:hAnsi="宋体;SimSun"/>
          <w:color w:val="000000"/>
        </w:rPr>
        <w:t>15.4%</w:t>
      </w:r>
      <w:r>
        <w:rPr>
          <w:rFonts w:ascii="宋体;SimSun" w:hAnsi="宋体;SimSun" w:cs="宋体;SimSun" w:eastAsia="宋体;SimSun"/>
          <w:color w:val="000000"/>
        </w:rPr>
        <w:t>不足半小时，说明仍有相当数量的少年儿童仍难以享受休闲时光”可知，学生“休闲时间少”。</w:t>
      </w:r>
    </w:p>
    <w:p>
      <w:pPr>
        <w:pStyle w:val="Normal"/>
        <w:spacing w:lineRule="auto" w:line="360"/>
        <w:jc w:val="start"/>
        <w:textAlignment w:val="center"/>
        <w:rPr>
          <w:color w:val="000000"/>
        </w:rPr>
      </w:pPr>
      <w:r>
        <w:rPr>
          <w:color w:val="000000"/>
        </w:rPr>
        <w:t>【小问</w:t>
      </w:r>
      <w:r>
        <w:rPr>
          <w:color w:val="000000"/>
        </w:rPr>
        <w:t>3</w:t>
      </w:r>
      <w:r>
        <w:rPr>
          <w:color w:val="000000"/>
        </w:rPr>
        <w:t>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本题考查对材料的理解分析能力。</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根据材料二“学习日有</w:t>
      </w:r>
      <w:r>
        <w:rPr>
          <w:rFonts w:eastAsia="宋体;SimSun" w:cs="宋体;SimSun" w:ascii="宋体;SimSun" w:hAnsi="宋体;SimSun"/>
          <w:color w:val="000000"/>
        </w:rPr>
        <w:t>66.4%</w:t>
      </w:r>
      <w:r>
        <w:rPr>
          <w:rFonts w:ascii="宋体;SimSun" w:hAnsi="宋体;SimSun" w:cs="宋体;SimSun" w:eastAsia="宋体;SimSun"/>
          <w:color w:val="000000"/>
        </w:rPr>
        <w:t>的小学生花</w:t>
      </w:r>
      <w:r>
        <w:rPr>
          <w:rFonts w:eastAsia="宋体;SimSun" w:cs="宋体;SimSun" w:ascii="宋体;SimSun" w:hAnsi="宋体;SimSun"/>
          <w:color w:val="000000"/>
        </w:rPr>
        <w:t>1.7</w:t>
      </w:r>
      <w:r>
        <w:rPr>
          <w:rFonts w:ascii="宋体;SimSun" w:hAnsi="宋体;SimSun" w:cs="宋体;SimSun" w:eastAsia="宋体;SimSun"/>
          <w:color w:val="000000"/>
        </w:rPr>
        <w:t>小时做家庭作业，</w:t>
      </w:r>
      <w:r>
        <w:rPr>
          <w:rFonts w:eastAsia="宋体;SimSun" w:cs="宋体;SimSun" w:ascii="宋体;SimSun" w:hAnsi="宋体;SimSun"/>
          <w:color w:val="000000"/>
        </w:rPr>
        <w:t>78. 5%</w:t>
      </w:r>
      <w:r>
        <w:rPr>
          <w:rFonts w:ascii="宋体;SimSun" w:hAnsi="宋体;SimSun" w:cs="宋体;SimSun" w:eastAsia="宋体;SimSun"/>
          <w:color w:val="000000"/>
        </w:rPr>
        <w:t>的初中生花</w:t>
      </w:r>
      <w:r>
        <w:rPr>
          <w:rFonts w:eastAsia="宋体;SimSun" w:cs="宋体;SimSun" w:ascii="宋体;SimSun" w:hAnsi="宋体;SimSun"/>
          <w:color w:val="000000"/>
        </w:rPr>
        <w:t>3</w:t>
      </w:r>
      <w:r>
        <w:rPr>
          <w:rFonts w:ascii="宋体;SimSun" w:hAnsi="宋体;SimSun" w:cs="宋体;SimSun" w:eastAsia="宋体;SimSun"/>
          <w:color w:val="000000"/>
        </w:rPr>
        <w:t>小时</w:t>
      </w:r>
      <w:r>
        <w:rPr>
          <w:rFonts w:eastAsia="宋体;SimSun" w:cs="宋体;SimSun" w:ascii="宋体;SimSun" w:hAnsi="宋体;SimSun"/>
          <w:color w:val="000000"/>
        </w:rPr>
        <w:t>;</w:t>
      </w:r>
      <w:r>
        <w:rPr>
          <w:rFonts w:ascii="宋体;SimSun" w:hAnsi="宋体;SimSun" w:cs="宋体;SimSun" w:eastAsia="宋体;SimSun"/>
          <w:color w:val="000000"/>
        </w:rPr>
        <w:t>休息日有</w:t>
      </w:r>
      <w:r>
        <w:rPr>
          <w:rFonts w:eastAsia="宋体;SimSun" w:cs="宋体;SimSun" w:ascii="宋体;SimSun" w:hAnsi="宋体;SimSun"/>
          <w:color w:val="000000"/>
        </w:rPr>
        <w:t>81.1%</w:t>
      </w:r>
      <w:r>
        <w:rPr>
          <w:rFonts w:ascii="宋体;SimSun" w:hAnsi="宋体;SimSun" w:cs="宋体;SimSun" w:eastAsia="宋体;SimSun"/>
          <w:color w:val="000000"/>
        </w:rPr>
        <w:t>的小学生花</w:t>
      </w:r>
      <w:r>
        <w:rPr>
          <w:rFonts w:eastAsia="宋体;SimSun" w:cs="宋体;SimSun" w:ascii="宋体;SimSun" w:hAnsi="宋体;SimSun"/>
          <w:color w:val="000000"/>
        </w:rPr>
        <w:t>2.8</w:t>
      </w:r>
      <w:r>
        <w:rPr>
          <w:rFonts w:ascii="宋体;SimSun" w:hAnsi="宋体;SimSun" w:cs="宋体;SimSun" w:eastAsia="宋体;SimSun"/>
          <w:color w:val="000000"/>
        </w:rPr>
        <w:t>小时做家庭作业，</w:t>
      </w:r>
      <w:r>
        <w:rPr>
          <w:rFonts w:eastAsia="宋体;SimSun" w:cs="宋体;SimSun" w:ascii="宋体;SimSun" w:hAnsi="宋体;SimSun"/>
          <w:color w:val="000000"/>
        </w:rPr>
        <w:t>87.1%</w:t>
      </w:r>
      <w:r>
        <w:rPr>
          <w:rFonts w:ascii="宋体;SimSun" w:hAnsi="宋体;SimSun" w:cs="宋体;SimSun" w:eastAsia="宋体;SimSun"/>
          <w:color w:val="000000"/>
        </w:rPr>
        <w:t>的初中生花</w:t>
      </w:r>
      <w:r>
        <w:rPr>
          <w:rFonts w:eastAsia="宋体;SimSun" w:cs="宋体;SimSun" w:ascii="宋体;SimSun" w:hAnsi="宋体;SimSun"/>
          <w:color w:val="000000"/>
        </w:rPr>
        <w:t>4.3</w:t>
      </w:r>
      <w:r>
        <w:rPr>
          <w:rFonts w:ascii="宋体;SimSun" w:hAnsi="宋体;SimSun" w:cs="宋体;SimSun" w:eastAsia="宋体;SimSun"/>
          <w:color w:val="000000"/>
        </w:rPr>
        <w:t>小时”可知，家庭作业占据了学生大量的时间，导致阅读时间减少。根据材料二“但近七成（</w:t>
      </w:r>
      <w:r>
        <w:rPr>
          <w:rFonts w:eastAsia="宋体;SimSun" w:cs="宋体;SimSun" w:ascii="宋体;SimSun" w:hAnsi="宋体;SimSun"/>
          <w:color w:val="000000"/>
        </w:rPr>
        <w:t>67.9%</w:t>
      </w:r>
      <w:r>
        <w:rPr>
          <w:rFonts w:ascii="宋体;SimSun" w:hAnsi="宋体;SimSun" w:cs="宋体;SimSun" w:eastAsia="宋体;SimSun"/>
          <w:color w:val="000000"/>
        </w:rPr>
        <w:t>），上网的吸引力大幅上升”材料三“‘</w:t>
      </w:r>
      <w:r>
        <w:rPr>
          <w:rFonts w:eastAsia="宋体;SimSun" w:cs="宋体;SimSun" w:ascii="宋体;SimSun" w:hAnsi="宋体;SimSun"/>
          <w:color w:val="000000"/>
        </w:rPr>
        <w:t>00</w:t>
      </w:r>
      <w:r>
        <w:rPr>
          <w:rFonts w:ascii="宋体;SimSun" w:hAnsi="宋体;SimSun" w:cs="宋体;SimSun" w:eastAsia="宋体;SimSun"/>
          <w:color w:val="000000"/>
        </w:rPr>
        <w:t>后’的休闲偏好染上了日渐浓烈的信息化色彩，</w:t>
      </w:r>
      <w:r>
        <w:rPr>
          <w:rFonts w:eastAsia="宋体;SimSun" w:cs="宋体;SimSun" w:ascii="宋体;SimSun" w:hAnsi="宋体;SimSun"/>
          <w:color w:val="000000"/>
        </w:rPr>
        <w:t>33.4%</w:t>
      </w:r>
      <w:r>
        <w:rPr>
          <w:rFonts w:ascii="宋体;SimSun" w:hAnsi="宋体;SimSun" w:cs="宋体;SimSun" w:eastAsia="宋体;SimSun"/>
          <w:color w:val="000000"/>
        </w:rPr>
        <w:t>最喜欢的是上网”等语句可知，学生选择上网，导致阅读时间减少。可据此概括作答。</w:t>
      </w:r>
    </w:p>
    <w:p>
      <w:pPr>
        <w:pStyle w:val="Heading3"/>
      </w:pPr>
      <w:r>
        <w:t>第四中学</w:t>
      </w:r>
    </w:p>
    <w:p>
      <w:r>
        <w:t>【未能自动提取，请查看原卷：精品解析：北京市第四中学2020-2021学年七年级上学期期中语文试题（原卷版）.doc】</w:t>
      </w:r>
    </w:p>
    <w:p>
      <w:pPr>
        <w:pStyle w:val="Heading2"/>
      </w:pPr>
      <w:r>
        <w:t>期末</w:t>
      </w:r>
    </w:p>
    <w:p>
      <w:pPr>
        <w:pStyle w:val="Heading3"/>
      </w:pPr>
      <w:r>
        <w:t>101中学</w:t>
      </w:r>
    </w:p>
    <w:p w:rsidR="00E83EA7">
      <w:pPr>
        <w:spacing w:line="360" w:lineRule="auto"/>
        <w:jc w:val="left"/>
        <w:textAlignment w:val="center"/>
        <w:rPr>
          <w:rFonts w:ascii="宋体" w:hAnsi="宋体"/>
          <w:b/>
          <w:color w:val="000000"/>
          <w:sz w:val="24"/>
        </w:rPr>
      </w:pPr>
      <w:r w:rsidR="00377A0A">
        <w:rPr>
          <w:rFonts w:ascii="宋体" w:hAnsi="宋体"/>
          <w:b/>
          <w:color w:val="000000"/>
          <w:sz w:val="24"/>
        </w:rPr>
        <w:t>四、现代文阅读（共18分）</w:t>
      </w:r>
    </w:p>
    <w:p w:rsidR="00E83EA7">
      <w:pPr>
        <w:spacing w:line="360" w:lineRule="auto"/>
        <w:jc w:val="left"/>
        <w:textAlignment w:val="center"/>
        <w:rPr>
          <w:rFonts w:ascii="宋体" w:hAnsi="宋体"/>
          <w:b/>
          <w:color w:val="000000"/>
          <w:sz w:val="24"/>
        </w:rPr>
      </w:pPr>
      <w:r w:rsidR="00377A0A">
        <w:rPr>
          <w:rFonts w:ascii="宋体" w:hAnsi="宋体"/>
          <w:b/>
          <w:color w:val="000000"/>
          <w:sz w:val="24"/>
        </w:rPr>
        <w:t>（一）</w:t>
      </w:r>
    </w:p>
    <w:p w:rsidR="00E83EA7">
      <w:pPr>
        <w:spacing w:line="360" w:lineRule="auto"/>
        <w:jc w:val="left"/>
        <w:textAlignment w:val="center"/>
        <w:rPr>
          <w:rFonts w:ascii="宋体" w:hAnsi="宋体"/>
          <w:color w:val="000000"/>
        </w:rPr>
      </w:pPr>
      <w:r w:rsidR="00377A0A">
        <w:rPr>
          <w:rFonts w:ascii="宋体" w:hAnsi="宋体"/>
          <w:color w:val="000000"/>
        </w:rPr>
        <w:t>阅读下面材料，完成下面小题。</w:t>
      </w:r>
    </w:p>
    <w:p w:rsidR="00E83EA7">
      <w:pPr>
        <w:spacing w:line="360" w:lineRule="auto"/>
        <w:jc w:val="left"/>
        <w:textAlignment w:val="center"/>
        <w:rPr>
          <w:rFonts w:ascii="宋体" w:hAnsi="宋体"/>
          <w:color w:val="000000"/>
        </w:rPr>
      </w:pPr>
      <w:r w:rsidR="00377A0A">
        <w:rPr>
          <w:rFonts w:ascii="宋体" w:hAnsi="宋体"/>
          <w:color w:val="000000"/>
        </w:rPr>
        <w:t>【材料一】</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重返月球，开发月球资源，建立月球基地已成为世界航天活动的必然趋势和竞争热点。开展月球探测工作是我国迈出航天深空探测第一步的重大举措。实现月球探测将是我国航天深空探测零的突破。中国探月工程是我国自主对月球的探索和观察，又叫做嫦娥工程。经过10年的酝酿，最终确定中国整个探月工程分为三步。</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第一步为</w:t>
      </w:r>
      <w:r w:rsidR="00377A0A">
        <w:rPr>
          <w:rFonts w:ascii="楷体" w:eastAsia="楷体" w:hAnsi="楷体" w:cs="楷体"/>
          <w:color w:val="000000"/>
          <w:u w:val="single"/>
        </w:rPr>
        <w:t xml:space="preserve">  ①   </w:t>
      </w:r>
      <w:r w:rsidR="00377A0A">
        <w:rPr>
          <w:rFonts w:ascii="楷体" w:eastAsia="楷体" w:hAnsi="楷体" w:cs="楷体"/>
          <w:color w:val="000000"/>
        </w:rPr>
        <w:t>，即发射我国第一颗月球探测卫星，突破至地外天体的飞行技术，实现月球探测卫星绕月飞行，获取月球表面三维影像，探测月球表面有用元素含量和物质类型，月壤特性，地月空间环境。</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第二步为</w:t>
      </w:r>
      <w:r w:rsidR="00377A0A">
        <w:rPr>
          <w:rFonts w:ascii="楷体" w:eastAsia="楷体" w:hAnsi="楷体" w:cs="楷体"/>
          <w:color w:val="000000"/>
          <w:u w:val="single"/>
        </w:rPr>
        <w:t xml:space="preserve">   ②  </w:t>
      </w:r>
      <w:r w:rsidR="00377A0A">
        <w:rPr>
          <w:rFonts w:ascii="楷体" w:eastAsia="楷体" w:hAnsi="楷体" w:cs="楷体"/>
          <w:color w:val="000000"/>
        </w:rPr>
        <w:t>，时间为2013年下半年。即发射月球软着陆器，突破地外天体的着陆技术，并携带月球巡视勘察器，进行月球软着陆和自动巡视勘测，探测着陆区的地形地貌、地质构造、岩石的化学与矿物成分和月表的环境，进行月岩的现场探测和采样分析，进行日-地-月空间环境监测与月基天文观测。</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第三步为</w:t>
      </w:r>
      <w:r w:rsidR="00377A0A">
        <w:rPr>
          <w:rFonts w:ascii="楷体" w:eastAsia="楷体" w:hAnsi="楷体" w:cs="楷体"/>
          <w:color w:val="000000"/>
          <w:u w:val="single"/>
        </w:rPr>
        <w:t xml:space="preserve">   ③  </w:t>
      </w:r>
      <w:r w:rsidR="00377A0A">
        <w:rPr>
          <w:rFonts w:ascii="楷体" w:eastAsia="楷体" w:hAnsi="楷体" w:cs="楷体"/>
          <w:color w:val="000000"/>
        </w:rPr>
        <w:t>，时间在在2014至2020年之间。即发射月球软着陆器，突破自地外天体返回地球的技术，进行月球样品自动取样并返回地球。</w:t>
      </w:r>
    </w:p>
    <w:p w:rsidR="00E83EA7">
      <w:pPr>
        <w:spacing w:line="360" w:lineRule="auto"/>
        <w:jc w:val="left"/>
        <w:textAlignment w:val="center"/>
        <w:rPr>
          <w:rFonts w:ascii="宋体" w:hAnsi="宋体"/>
          <w:color w:val="000000"/>
        </w:rPr>
      </w:pPr>
      <w:r w:rsidR="00377A0A">
        <w:rPr>
          <w:rFonts w:ascii="宋体" w:hAnsi="宋体"/>
          <w:color w:val="000000"/>
        </w:rPr>
        <w:t>【材料二】</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嫦娥5号是中国探月工程三期发射的月球探测器，也是中国首个实施无人月面取样返回的月球探测器，为中国探月工程的收官之战。</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2020年11月24日，中国用长征五号遥五运载火箭成功发射嫦娥5号探测器，并将其送入预定轨道。进行两次轨道修正后，嫦娥5号进入环月轨道飞行，随后，在月球正面预选着陆区着陆。12月2日，嫦娥5号着陆器和上升器组合体完成了月球钻取采样及封装。12月17日凌晨，嫦娥5号返回器携带月球样品着陆地球。</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嫦娥5号任务是</w:t>
      </w:r>
      <w:r w:rsidR="00377A0A">
        <w:rPr>
          <w:rFonts w:ascii="宋体" w:hAnsi="宋体"/>
          <w:color w:val="000000"/>
        </w:rPr>
        <w:t>“</w:t>
      </w:r>
      <w:r w:rsidR="00377A0A">
        <w:rPr>
          <w:rFonts w:ascii="楷体" w:eastAsia="楷体" w:hAnsi="楷体" w:cs="楷体"/>
          <w:color w:val="000000"/>
        </w:rPr>
        <w:t>探月工程</w:t>
      </w:r>
      <w:r w:rsidR="00377A0A">
        <w:rPr>
          <w:rFonts w:ascii="宋体" w:hAnsi="宋体"/>
          <w:color w:val="000000"/>
        </w:rPr>
        <w:t>”</w:t>
      </w:r>
      <w:r w:rsidR="00377A0A">
        <w:rPr>
          <w:rFonts w:ascii="楷体" w:eastAsia="楷体" w:hAnsi="楷体" w:cs="楷体"/>
          <w:color w:val="000000"/>
        </w:rPr>
        <w:t>的第六次任务，也是截至2020年12月中国航天最复杂、难度最大的任务之一，和前几次探月任务相比，嫦娥5号任务最重要的目标就是</w:t>
      </w:r>
      <w:r w:rsidR="00377A0A">
        <w:rPr>
          <w:rFonts w:ascii="宋体" w:hAnsi="宋体"/>
          <w:color w:val="000000"/>
        </w:rPr>
        <w:t>“</w:t>
      </w:r>
      <w:r w:rsidR="00377A0A">
        <w:rPr>
          <w:rFonts w:ascii="楷体" w:eastAsia="楷体" w:hAnsi="楷体" w:cs="楷体"/>
          <w:color w:val="000000"/>
        </w:rPr>
        <w:t>采样返回</w:t>
      </w:r>
      <w:r w:rsidR="00377A0A">
        <w:rPr>
          <w:rFonts w:ascii="宋体" w:hAnsi="宋体"/>
          <w:color w:val="000000"/>
        </w:rPr>
        <w:t>”</w:t>
      </w:r>
      <w:r w:rsidR="00377A0A">
        <w:rPr>
          <w:rFonts w:ascii="楷体" w:eastAsia="楷体" w:hAnsi="楷体" w:cs="楷体"/>
          <w:color w:val="000000"/>
        </w:rPr>
        <w:t>。这也是中国</w:t>
      </w:r>
      <w:r w:rsidR="00377A0A">
        <w:rPr>
          <w:rFonts w:ascii="宋体" w:hAnsi="宋体"/>
          <w:color w:val="000000"/>
        </w:rPr>
        <w:t>“</w:t>
      </w:r>
      <w:r w:rsidR="00377A0A">
        <w:rPr>
          <w:rFonts w:ascii="楷体" w:eastAsia="楷体" w:hAnsi="楷体" w:cs="楷体"/>
          <w:color w:val="000000"/>
        </w:rPr>
        <w:t>探月工程</w:t>
      </w:r>
      <w:r w:rsidR="00377A0A">
        <w:rPr>
          <w:rFonts w:ascii="宋体" w:hAnsi="宋体"/>
          <w:color w:val="000000"/>
        </w:rPr>
        <w:t>”</w:t>
      </w:r>
      <w:r w:rsidR="00377A0A">
        <w:rPr>
          <w:rFonts w:ascii="楷体" w:eastAsia="楷体" w:hAnsi="楷体" w:cs="楷体"/>
          <w:color w:val="000000"/>
        </w:rPr>
        <w:t>规划中的第三步。具体的工程目标是三个方面：一是突破跟采样返回相关的一些关键技术。二是实现地外天体的自动采样返回。三是进一步完善探月工程体系，为载人登月和深空探测奠定一定的人才、技术和物质基础。</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嫦娥5号执行此次任务有着非常重要的意义。23天的探月之旅中，嫦娥5号连续实现了我国航天史上首次月面采样、月面起飞、带样返回等多个重大突破！</w:t>
      </w:r>
    </w:p>
    <w:p w:rsidR="00E83EA7">
      <w:pPr>
        <w:spacing w:line="360" w:lineRule="auto"/>
        <w:jc w:val="left"/>
        <w:textAlignment w:val="center"/>
        <w:rPr>
          <w:rFonts w:ascii="宋体" w:hAnsi="宋体"/>
          <w:color w:val="000000"/>
        </w:rPr>
      </w:pPr>
      <w:r w:rsidR="00377A0A">
        <w:rPr>
          <w:rFonts w:ascii="宋体" w:hAnsi="宋体"/>
          <w:color w:val="000000"/>
        </w:rPr>
        <w:t>【材料三】</w:t>
      </w:r>
    </w:p>
    <w:p w:rsidR="00E83EA7">
      <w:pPr>
        <w:spacing w:line="360" w:lineRule="auto"/>
        <w:jc w:val="center"/>
        <w:textAlignment w:val="center"/>
        <w:rPr>
          <w:color w:val="000000"/>
        </w:rPr>
      </w:pPr>
      <w:r>
        <w:rPr>
          <w:rFonts w:ascii="宋体" w:hAnsi="宋体"/>
          <w:noProof/>
          <w:color w:val="000000"/>
        </w:rPr>
        <w:pict>
          <v:shape id="图片 100006" o:spid="_x0000_i1032" type="#_x0000_t75" alt="学科网(www.zxxk.com)--教育资源门户，提供试卷、教案、课件、论文、素材以及各类教学资源下载，还有大量而丰富的教学相关资讯！" style="width:412.53pt;height:226.97pt;visibility:visible" filled="f" stroked="f">
            <v:imagedata r:id="rId67" o:title="学科网(www"/>
            <o:lock v:ext="edit" aspectratio="t"/>
          </v:shape>
        </w:pict>
      </w:r>
    </w:p>
    <w:p w:rsidR="00E83EA7">
      <w:pPr>
        <w:spacing w:line="360" w:lineRule="auto"/>
        <w:jc w:val="left"/>
        <w:textAlignment w:val="center"/>
        <w:rPr>
          <w:rFonts w:ascii="宋体" w:hAnsi="宋体"/>
          <w:color w:val="000000"/>
        </w:rPr>
      </w:pPr>
      <w:r w:rsidR="00377A0A">
        <w:rPr>
          <w:rFonts w:ascii="宋体" w:hAnsi="宋体"/>
          <w:color w:val="000000"/>
        </w:rPr>
        <w:t>11. 阅读【材料一】，根据选文内容在文中①②③横线处分别填入文字，正确的一项是（   ）</w:t>
      </w:r>
    </w:p>
    <w:p w:rsidR="00E83EA7">
      <w:pPr>
        <w:tabs>
          <w:tab w:val="left" w:pos="4873"/>
        </w:tabs>
        <w:spacing w:line="360" w:lineRule="auto"/>
        <w:jc w:val="left"/>
        <w:textAlignment w:val="center"/>
        <w:rPr>
          <w:rFonts w:ascii="宋体" w:hAnsi="宋体"/>
          <w:color w:val="000000"/>
        </w:rPr>
      </w:pPr>
      <w:r w:rsidR="00377A0A">
        <w:rPr>
          <w:rFonts w:ascii="宋体" w:hAnsi="宋体"/>
          <w:color w:val="000000"/>
        </w:rPr>
        <w:t>A. “落” “绕” “回”</w:t>
        <w:tab/>
        <w:t>B. “绕” “落” “回”</w:t>
      </w:r>
    </w:p>
    <w:p w:rsidR="00E83EA7">
      <w:pPr>
        <w:tabs>
          <w:tab w:val="left" w:pos="4873"/>
        </w:tabs>
        <w:spacing w:line="360" w:lineRule="auto"/>
        <w:jc w:val="left"/>
        <w:textAlignment w:val="center"/>
        <w:rPr>
          <w:rFonts w:ascii="宋体" w:hAnsi="宋体"/>
          <w:color w:val="000000"/>
        </w:rPr>
      </w:pPr>
      <w:r w:rsidR="00377A0A">
        <w:rPr>
          <w:rFonts w:ascii="宋体" w:hAnsi="宋体"/>
          <w:color w:val="000000"/>
        </w:rPr>
        <w:t>C. “绕” “回” “落”</w:t>
        <w:tab/>
        <w:t>D. “落” “回” “绕”</w:t>
      </w:r>
    </w:p>
    <w:p w:rsidR="00E83EA7">
      <w:pPr>
        <w:spacing w:line="360" w:lineRule="auto"/>
        <w:jc w:val="left"/>
        <w:textAlignment w:val="center"/>
        <w:rPr>
          <w:rFonts w:ascii="宋体" w:hAnsi="宋体"/>
          <w:color w:val="000000"/>
        </w:rPr>
      </w:pPr>
      <w:r w:rsidR="00377A0A">
        <w:rPr>
          <w:rFonts w:ascii="宋体" w:hAnsi="宋体"/>
          <w:color w:val="000000"/>
        </w:rPr>
        <w:t>12. 阅读【材料二】，说说你对嫦娥5号的总体情况有哪些认识。</w:t>
      </w:r>
    </w:p>
    <w:p w:rsidR="00E83EA7">
      <w:pPr>
        <w:spacing w:line="360" w:lineRule="auto"/>
        <w:jc w:val="left"/>
        <w:textAlignment w:val="center"/>
        <w:rPr>
          <w:rFonts w:ascii="宋体" w:hAnsi="宋体"/>
          <w:color w:val="000000"/>
        </w:rPr>
      </w:pPr>
      <w:r w:rsidR="00377A0A">
        <w:rPr>
          <w:rFonts w:ascii="宋体" w:hAnsi="宋体"/>
          <w:color w:val="000000"/>
        </w:rPr>
        <w:t>13. 结合材料【材料一】【材料二】的内容，请你用简洁的文字解说一下，【材料三】中“嫦娥5号”任务徽标的设计意图。</w:t>
      </w:r>
    </w:p>
    <w:p w:rsidR="00E83EA7">
      <w:pPr>
        <w:spacing w:line="360" w:lineRule="auto"/>
        <w:textAlignment w:val="center"/>
        <w:rPr>
          <w:rFonts w:ascii="宋体" w:hAnsi="宋体"/>
          <w:color w:val="000000"/>
        </w:rPr>
      </w:pPr>
      <w:r w:rsidR="00377A0A">
        <w:rPr>
          <w:color w:val="2E75B6"/>
        </w:rPr>
        <w:t>【答案】</w:t>
      </w:r>
      <w:r w:rsidR="00377A0A">
        <w:rPr>
          <w:color w:val="000000"/>
        </w:rPr>
        <w:t xml:space="preserve">11. B    12. </w:t>
      </w:r>
      <w:r w:rsidR="00377A0A">
        <w:rPr>
          <w:rFonts w:ascii="宋体" w:hAnsi="宋体"/>
          <w:color w:val="000000"/>
        </w:rPr>
        <w:t>嫦娥五号是中国探月工程三期发射的月球探测器，也是中国首个实施无人月面取样返回的月球探测器；嫦娥五号连续实现了我国航天史上首次月面采样、月面起飞、带样返回等多个重大突破！ 嫦娥五号任务最重要的目标就是“采样返回”。这也是中国“探月工程”规划中的第三步。</w:t>
      </w:r>
      <w:r w:rsidR="00377A0A">
        <w:rPr>
          <w:color w:val="000000"/>
        </w:rPr>
        <w:t xml:space="preserve">    </w:t>
      </w:r>
    </w:p>
    <w:p w:rsidR="00E83EA7">
      <w:pPr>
        <w:spacing w:line="360" w:lineRule="auto"/>
        <w:textAlignment w:val="center"/>
        <w:rPr>
          <w:rFonts w:ascii="宋体" w:hAnsi="宋体"/>
          <w:color w:val="000000"/>
        </w:rPr>
      </w:pPr>
      <w:r w:rsidR="00377A0A">
        <w:rPr>
          <w:color w:val="000000"/>
        </w:rPr>
        <w:t xml:space="preserve">13. </w:t>
      </w:r>
      <w:r w:rsidR="00377A0A">
        <w:rPr>
          <w:rFonts w:ascii="宋体" w:hAnsi="宋体"/>
          <w:color w:val="000000"/>
        </w:rPr>
        <w:t>中心为月球图案；数字5代表编号嫦娥5号；月球中心为嫦娥5号探测器的剪影；外侧的三条轨道与星星代表“绕、落、回”三期探月任务；设计上多采用圆形结构，嫦娥5号的任务将首次实现无人月面采样返回，代表圆满与回归之意；徽标素净典雅，配合篆文“嫦娥”二字，更显传统文化的韵味。</w:t>
      </w:r>
    </w:p>
    <w:p w:rsidR="00E83EA7">
      <w:pPr>
        <w:spacing w:line="360" w:lineRule="auto"/>
        <w:textAlignment w:val="center"/>
        <w:rPr>
          <w:color w:val="000000"/>
        </w:rPr>
      </w:pPr>
      <w:r w:rsidR="00377A0A">
        <w:rPr>
          <w:color w:val="2E75B6"/>
        </w:rPr>
        <w:t>【解析】</w:t>
      </w:r>
    </w:p>
    <w:p w:rsidR="00E83EA7">
      <w:pPr>
        <w:spacing w:line="360" w:lineRule="auto"/>
        <w:textAlignment w:val="center"/>
        <w:rPr>
          <w:color w:val="000000"/>
        </w:rPr>
      </w:pPr>
      <w:r w:rsidR="00377A0A">
        <w:rPr>
          <w:color w:val="000000"/>
        </w:rPr>
        <w:t>【分析】</w:t>
      </w:r>
    </w:p>
    <w:p w:rsidR="00E83EA7">
      <w:pPr>
        <w:spacing w:line="360" w:lineRule="auto"/>
        <w:textAlignment w:val="center"/>
        <w:rPr>
          <w:color w:val="000000"/>
        </w:rPr>
      </w:pPr>
      <w:r w:rsidR="00377A0A">
        <w:rPr>
          <w:color w:val="000000"/>
        </w:rPr>
        <w:t>【11题详解】</w:t>
      </w:r>
    </w:p>
    <w:p w:rsidR="00E83EA7">
      <w:pPr>
        <w:spacing w:line="360" w:lineRule="auto"/>
        <w:textAlignment w:val="center"/>
        <w:rPr>
          <w:rFonts w:ascii="宋体" w:hAnsi="宋体"/>
          <w:color w:val="000000"/>
        </w:rPr>
      </w:pPr>
      <w:r w:rsidR="00377A0A">
        <w:rPr>
          <w:rFonts w:ascii="宋体" w:hAnsi="宋体"/>
          <w:color w:val="000000"/>
        </w:rPr>
        <w:t>本题考查选词填空的能力。选题填空，一定要结合具体的语境。文中第一步中有“绕月飞行”等关键词，第二步文中有“软着陆器”等关键词，第三步文中有“返回地球”等关键词。根据关键词可以判断出①②③横线处分别填入文字应是：“绕”</w:t>
      </w:r>
      <w:r w:rsidR="00377A0A">
        <w:rPr>
          <w:rFonts w:eastAsia="Times New Roman" w:cs="Times New Roman"/>
          <w:color w:val="000000"/>
        </w:rPr>
        <w:t xml:space="preserve"> </w:t>
      </w:r>
      <w:r w:rsidR="00377A0A">
        <w:rPr>
          <w:rFonts w:ascii="宋体" w:hAnsi="宋体"/>
          <w:color w:val="000000"/>
        </w:rPr>
        <w:t>“落”</w:t>
      </w:r>
      <w:r w:rsidR="00377A0A">
        <w:rPr>
          <w:rFonts w:eastAsia="Times New Roman" w:cs="Times New Roman"/>
          <w:color w:val="000000"/>
        </w:rPr>
        <w:t xml:space="preserve"> </w:t>
      </w:r>
      <w:r w:rsidR="00377A0A">
        <w:rPr>
          <w:rFonts w:ascii="宋体" w:hAnsi="宋体"/>
          <w:color w:val="000000"/>
        </w:rPr>
        <w:t>“回”；</w:t>
      </w:r>
    </w:p>
    <w:p w:rsidR="00E83EA7">
      <w:pPr>
        <w:spacing w:line="360" w:lineRule="auto"/>
        <w:jc w:val="left"/>
        <w:textAlignment w:val="center"/>
        <w:rPr>
          <w:rFonts w:ascii="宋体" w:hAnsi="宋体"/>
          <w:color w:val="000000"/>
        </w:rPr>
      </w:pPr>
      <w:r w:rsidR="00377A0A">
        <w:rPr>
          <w:rFonts w:ascii="宋体" w:hAnsi="宋体"/>
          <w:color w:val="000000"/>
        </w:rPr>
        <w:t>故选</w:t>
      </w:r>
      <w:r w:rsidR="00377A0A">
        <w:rPr>
          <w:rFonts w:eastAsia="Times New Roman" w:cs="Times New Roman"/>
          <w:color w:val="000000"/>
        </w:rPr>
        <w:t>B</w:t>
      </w:r>
      <w:r w:rsidR="00377A0A">
        <w:rPr>
          <w:rFonts w:ascii="宋体" w:hAnsi="宋体"/>
          <w:color w:val="000000"/>
        </w:rPr>
        <w:t>。</w:t>
      </w:r>
    </w:p>
    <w:p w:rsidR="00E83EA7">
      <w:pPr>
        <w:spacing w:line="360" w:lineRule="auto"/>
        <w:jc w:val="left"/>
        <w:textAlignment w:val="center"/>
        <w:rPr>
          <w:color w:val="000000"/>
        </w:rPr>
      </w:pPr>
      <w:r w:rsidR="00377A0A">
        <w:rPr>
          <w:color w:val="000000"/>
        </w:rPr>
        <w:t>【12题详解】</w:t>
      </w:r>
    </w:p>
    <w:p w:rsidR="00E83EA7">
      <w:pPr>
        <w:spacing w:line="360" w:lineRule="auto"/>
        <w:jc w:val="left"/>
        <w:textAlignment w:val="center"/>
        <w:rPr>
          <w:rFonts w:ascii="宋体" w:hAnsi="宋体"/>
          <w:color w:val="000000"/>
        </w:rPr>
      </w:pPr>
      <w:r w:rsidR="00377A0A">
        <w:rPr>
          <w:rFonts w:ascii="宋体" w:hAnsi="宋体"/>
          <w:color w:val="000000"/>
        </w:rPr>
        <w:t>本题考查筛选并提取信息的能力。要浏览全文，了解内容，梳理思路，结合语境，抓住关键句提取概括。结合材料二中“嫦娥</w:t>
      </w:r>
      <w:r w:rsidR="00377A0A">
        <w:rPr>
          <w:rFonts w:eastAsia="Times New Roman" w:cs="Times New Roman"/>
          <w:color w:val="000000"/>
        </w:rPr>
        <w:t>5</w:t>
      </w:r>
      <w:r w:rsidR="00377A0A">
        <w:rPr>
          <w:rFonts w:ascii="宋体" w:hAnsi="宋体"/>
          <w:color w:val="000000"/>
        </w:rPr>
        <w:t>号是中国探月工程三期发射的月球探测器，也是中国首个实施无人月面取样返回的月球探测器，为中国探月工程的收官之战”“嫦娥</w:t>
      </w:r>
      <w:r w:rsidR="00377A0A">
        <w:rPr>
          <w:rFonts w:eastAsia="Times New Roman" w:cs="Times New Roman"/>
          <w:color w:val="000000"/>
        </w:rPr>
        <w:t>5</w:t>
      </w:r>
      <w:r w:rsidR="00377A0A">
        <w:rPr>
          <w:rFonts w:ascii="宋体" w:hAnsi="宋体"/>
          <w:color w:val="000000"/>
        </w:rPr>
        <w:t>号任务最重要的目标就是‘采样返回’。这也是中国‘探月工程’规划中的第三步”“嫦娥</w:t>
      </w:r>
      <w:r w:rsidR="00377A0A">
        <w:rPr>
          <w:rFonts w:eastAsia="Times New Roman" w:cs="Times New Roman"/>
          <w:color w:val="000000"/>
        </w:rPr>
        <w:t>5</w:t>
      </w:r>
      <w:r w:rsidR="00377A0A">
        <w:rPr>
          <w:rFonts w:ascii="宋体" w:hAnsi="宋体"/>
          <w:color w:val="000000"/>
        </w:rPr>
        <w:t>号连续实现了我国航天史上首次月面采样、月面起飞、带样返回等多个重大突破”这些句子进行提炼概括即可。</w:t>
      </w:r>
    </w:p>
    <w:p w:rsidR="00E83EA7">
      <w:pPr>
        <w:spacing w:line="360" w:lineRule="auto"/>
        <w:jc w:val="left"/>
        <w:textAlignment w:val="center"/>
        <w:rPr>
          <w:color w:val="000000"/>
        </w:rPr>
      </w:pPr>
      <w:r w:rsidR="00377A0A">
        <w:rPr>
          <w:color w:val="000000"/>
        </w:rPr>
        <w:t>【13题详解】</w:t>
      </w:r>
    </w:p>
    <w:p w:rsidR="00E83EA7">
      <w:pPr>
        <w:spacing w:line="360" w:lineRule="auto"/>
        <w:jc w:val="left"/>
        <w:textAlignment w:val="center"/>
        <w:rPr>
          <w:rFonts w:ascii="宋体" w:hAnsi="宋体"/>
          <w:color w:val="000000"/>
        </w:rPr>
      </w:pPr>
      <w:r w:rsidR="00377A0A">
        <w:rPr>
          <w:rFonts w:ascii="宋体" w:hAnsi="宋体"/>
          <w:color w:val="000000"/>
        </w:rPr>
        <w:t>本题考查解说徽标</w:t>
      </w:r>
      <w:r>
        <w:rPr>
          <w:rFonts w:ascii="宋体" w:hAnsi="宋体"/>
          <w:noProof/>
          <w:color w:val="000000"/>
        </w:rPr>
        <w:pict>
          <v:shape id="图片 100011" o:spid="_x0000_i1033" type="#_x0000_t75" style="width:10.5pt;height:14pt;visibility:visible" filled="f" stroked="f">
            <v:imagedata r:id="rId68" o:title=""/>
            <o:lock v:ext="edit" aspectratio="t"/>
          </v:shape>
        </w:pict>
      </w:r>
      <w:r w:rsidR="00377A0A">
        <w:rPr>
          <w:rFonts w:ascii="宋体" w:hAnsi="宋体"/>
          <w:color w:val="000000"/>
        </w:rPr>
        <w:t>能力。结合材料一中“重返月球，开发月球资源，建立月球基地”可知“中心为月球图案”；材料二“嫦娥</w:t>
      </w:r>
      <w:r w:rsidR="00377A0A">
        <w:rPr>
          <w:rFonts w:eastAsia="Times New Roman" w:cs="Times New Roman"/>
          <w:color w:val="000000"/>
        </w:rPr>
        <w:t>5</w:t>
      </w:r>
      <w:r w:rsidR="00377A0A">
        <w:rPr>
          <w:rFonts w:ascii="宋体" w:hAnsi="宋体"/>
          <w:color w:val="000000"/>
        </w:rPr>
        <w:t>号是中国探月工程三期发射的月球探测器”可知“数字</w:t>
      </w:r>
      <w:r w:rsidR="00377A0A">
        <w:rPr>
          <w:rFonts w:eastAsia="Times New Roman" w:cs="Times New Roman"/>
          <w:color w:val="000000"/>
        </w:rPr>
        <w:t>5</w:t>
      </w:r>
      <w:r w:rsidR="00377A0A">
        <w:rPr>
          <w:rFonts w:ascii="宋体" w:hAnsi="宋体"/>
          <w:color w:val="000000"/>
        </w:rPr>
        <w:t>代表编号嫦娥</w:t>
      </w:r>
      <w:r w:rsidR="00377A0A">
        <w:rPr>
          <w:rFonts w:eastAsia="Times New Roman" w:cs="Times New Roman"/>
          <w:color w:val="000000"/>
        </w:rPr>
        <w:t>5</w:t>
      </w:r>
      <w:r w:rsidR="00377A0A">
        <w:rPr>
          <w:rFonts w:ascii="宋体" w:hAnsi="宋体"/>
          <w:color w:val="000000"/>
        </w:rPr>
        <w:t>号”“月球中心为嫦娥</w:t>
      </w:r>
      <w:r w:rsidR="00377A0A">
        <w:rPr>
          <w:rFonts w:eastAsia="Times New Roman" w:cs="Times New Roman"/>
          <w:color w:val="000000"/>
        </w:rPr>
        <w:t>5</w:t>
      </w:r>
      <w:r w:rsidR="00377A0A">
        <w:rPr>
          <w:rFonts w:ascii="宋体" w:hAnsi="宋体"/>
          <w:color w:val="000000"/>
        </w:rPr>
        <w:t>号探测器的剪影”；材料一“中国整个探月工程分为三步，分别为绕、落、回”可知“外侧的三条轨道与星星代表‘绕、落、回’三期探月任务”；材料三“嫦娥</w:t>
      </w:r>
      <w:r w:rsidR="00377A0A">
        <w:rPr>
          <w:rFonts w:eastAsia="Times New Roman" w:cs="Times New Roman"/>
          <w:color w:val="000000"/>
        </w:rPr>
        <w:t>5</w:t>
      </w:r>
      <w:r w:rsidR="00377A0A">
        <w:rPr>
          <w:rFonts w:ascii="宋体" w:hAnsi="宋体"/>
          <w:color w:val="000000"/>
        </w:rPr>
        <w:t>号连续实现了我国航天史上首次月面采样、月面起飞、带样返回等多个重大突破”代表圆满与回归，所以设计上多采用圆形结构，徽标整体素净、典雅，再配上篆文“嫦娥”二字，更彰显了中国传统文化的韵味。</w:t>
      </w:r>
    </w:p>
    <w:p w:rsidR="00E83EA7">
      <w:pPr>
        <w:spacing w:line="360" w:lineRule="auto"/>
        <w:jc w:val="left"/>
        <w:textAlignment w:val="center"/>
        <w:rPr>
          <w:rFonts w:ascii="宋体" w:hAnsi="宋体"/>
          <w:b/>
          <w:color w:val="000000"/>
          <w:sz w:val="24"/>
        </w:rPr>
      </w:pPr>
      <w:r w:rsidR="00377A0A">
        <w:rPr>
          <w:rFonts w:ascii="宋体" w:hAnsi="宋体"/>
          <w:b/>
          <w:color w:val="000000"/>
          <w:sz w:val="24"/>
        </w:rPr>
        <w:t>（二）</w:t>
      </w:r>
    </w:p>
    <w:p w:rsidR="00E83EA7">
      <w:pPr>
        <w:spacing w:line="360" w:lineRule="auto"/>
        <w:jc w:val="left"/>
        <w:textAlignment w:val="center"/>
        <w:rPr>
          <w:rFonts w:ascii="宋体" w:hAnsi="宋体"/>
          <w:color w:val="000000"/>
        </w:rPr>
      </w:pPr>
      <w:r w:rsidR="00377A0A">
        <w:rPr>
          <w:rFonts w:ascii="宋体" w:hAnsi="宋体"/>
          <w:color w:val="000000"/>
        </w:rPr>
        <w:t>阅读下面文章，完成下面小题。</w:t>
      </w:r>
    </w:p>
    <w:p w:rsidR="00E83EA7">
      <w:pPr>
        <w:spacing w:line="360" w:lineRule="auto"/>
        <w:ind w:firstLine="420"/>
        <w:jc w:val="center"/>
        <w:textAlignment w:val="center"/>
        <w:rPr>
          <w:rFonts w:ascii="楷体" w:eastAsia="楷体" w:hAnsi="楷体" w:cs="楷体"/>
          <w:color w:val="000000"/>
        </w:rPr>
      </w:pPr>
      <w:r w:rsidR="00377A0A">
        <w:rPr>
          <w:rFonts w:ascii="楷体" w:eastAsia="楷体" w:hAnsi="楷体" w:cs="楷体"/>
          <w:color w:val="000000"/>
        </w:rPr>
        <w:t>大象、小象和人</w:t>
      </w:r>
    </w:p>
    <w:p w:rsidR="00E83EA7">
      <w:pPr>
        <w:spacing w:line="360" w:lineRule="auto"/>
        <w:ind w:firstLine="420"/>
        <w:jc w:val="center"/>
        <w:textAlignment w:val="center"/>
        <w:rPr>
          <w:rFonts w:ascii="楷体" w:eastAsia="楷体" w:hAnsi="楷体" w:cs="楷体"/>
          <w:color w:val="000000"/>
        </w:rPr>
      </w:pPr>
      <w:r w:rsidR="00377A0A">
        <w:rPr>
          <w:rFonts w:ascii="楷体" w:eastAsia="楷体" w:hAnsi="楷体" w:cs="楷体"/>
          <w:color w:val="000000"/>
        </w:rPr>
        <w:t>梁晓声</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①我的朋友两年前亡于车祸。那一天是他的忌日，我到他家里去看望他的妻子和儿子。我和那做母亲的低声聊着，她的儿子背对着我们，在全神贯注地看电视。里面正在播着电视片《神秘的地球》——</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②阴霾的天空压迫着整个非洲大草原，连绵的秋雨使它处处形成沼泽。而河水已经泛滥，像镀银的章鱼朝四面八方伸出曲长的手臂。狮子们蜷卧在树丛，被淋得无精打采，一筹莫展，眼神里呈现着少有的迷惘……</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③象群缓缓地走过来了，大约二十几头。它们的首领，自然是一头母象，躯体巨大而且气质雍容，似乎有能力摆平发生在非洲大草原上的一切大事件。</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④的确有事件发生了。一头小象追随着这一象群，企图加入它们的集体。那小象看去还不到一岁，严格地说是一头幼象。象群中也是有小象的，被大象们前后左右地保护在集体的中央。那一头疲惫不堪的小象，脚步蹒跚而又执拗地追随着象群，巴望着寻找一个机会钻入大象们的保护圈，混入到小象中去。但每当它太接近那一象群，就会受到驱赶。那些大象们显然不欢迎它，冷漠地排斥它的加入。它的追随使那一象群感到了被纠缠的嫌恶。大象们一次次用鼻子挑开它，或用脚蹬开它。疲惫而又饥饿的那一头小象，已经站不太稳了。大象们的鼻子只轻轻一挑它，它就横着倒下了；大象的脚只轻轻一蹬它，它也就横着倒下了；而且半天没力气爬起来。</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⑤那男孩说：“小象真可怜。”</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⑥天黑了，小象的眼睛里，流露着对黑夜和孤独的恐惧……它望着象群，发呆片刻，继而又追随奔去……然而小象在遭到同样的驱赶后，又一次横着倒下，一动不动了……</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⑦男孩自言自语：“可怜的小象死了。”</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⑧我听到他抽了一下鼻子。我知道那男孩在流泪了。</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⑨然而那小象并没死，它终于还是挣扎着站了起来。象群已经走得很远，远得它再也不可能追上了。</w:t>
      </w:r>
      <w:r w:rsidR="00377A0A">
        <w:rPr>
          <w:rFonts w:ascii="楷体" w:eastAsia="楷体" w:hAnsi="楷体" w:cs="楷体"/>
          <w:color w:val="000000"/>
          <w:u w:val="single"/>
        </w:rPr>
        <w:t>小象沮丧地掉转头，茫然而又盲目地往回走。有几只土狼开始进攻它，它却颠颠地只管往前走，一副完全听凭命运摆布的样子。</w:t>
      </w:r>
      <w:r w:rsidR="00377A0A">
        <w:rPr>
          <w:rFonts w:ascii="楷体" w:eastAsia="楷体" w:hAnsi="楷体" w:cs="楷体"/>
          <w:color w:val="000000"/>
        </w:rPr>
        <w:t>一只土狼从后面扑抱住了它，咬它，而它仍毫无反应地往前走。小象走，那一只扑抱住它不放的土狼也用两条后腿跟着走，不罢不休地仍张口咬它。另几只土狼，围着小象前蹿后蹿。忽然，那小象扬起鼻子悲鸣了一声。</w:t>
      </w:r>
    </w:p>
    <w:p w:rsidR="00E83EA7">
      <w:pPr>
        <w:spacing w:line="360" w:lineRule="auto"/>
        <w:ind w:firstLine="420"/>
        <w:jc w:val="left"/>
        <w:textAlignment w:val="center"/>
        <w:rPr>
          <w:rFonts w:ascii="楷体" w:eastAsia="楷体" w:hAnsi="楷体" w:cs="楷体"/>
          <w:color w:val="000000"/>
        </w:rPr>
      </w:pPr>
      <w:r w:rsidR="00377A0A">
        <w:rPr>
          <w:rFonts w:ascii="楷体" w:eastAsia="楷体" w:hAnsi="楷体" w:cs="楷体"/>
          <w:color w:val="000000"/>
        </w:rPr>
        <w:t>⑩远处的象群站住了。为首的母象的耳朵挺了起来。又一声悲鸣……母象如同听到了什么权威的号令似的，一掉头就循声奔回来。那象群也跟随着母象奔回来。它们寻找到了那一头小象……土狼们四散而逃……大象们用鼻子抚慰着小象，满怀怜爱地收容了一个流浪儿。</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⑪</w:t>
      </w:r>
      <w:r w:rsidR="00377A0A">
        <w:rPr>
          <w:rFonts w:ascii="楷体" w:eastAsia="楷体" w:hAnsi="楷体" w:cs="楷体"/>
          <w:color w:val="000000"/>
        </w:rPr>
        <w:t>男孩悬着的心终于放了下来，他很小声地喊道：“妈……”。于是他母亲移身过去，坐在他身后，将他搂在怀里，用纸巾替他擦泪。</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⑫</w:t>
      </w:r>
      <w:r w:rsidR="00377A0A">
        <w:rPr>
          <w:rFonts w:ascii="楷体" w:eastAsia="楷体" w:hAnsi="楷体" w:cs="楷体"/>
          <w:color w:val="000000"/>
        </w:rPr>
        <w:t>被象群收容了的小象，不慎滑入了一片沼泽，大象们开始营救它。它们纷纷朝它伸长鼻子，然而小象已经疲惫得不能用自己的鼻子勾住大象的鼻子。它绝望地放弃了努力，任由自己渐渐下沉。大象们却不放弃它们的努力，它们都试图用自己的长鼻子卷住小象的身体将它拖上来，无奈它们的鼻子没有那么长。这时，有几头大象走向了沼泽。一头，两头，三头……它们用自己的身体组成了一道防线，挡住了小象使它不至于再向沼泽的深处沉陷下去。同时，它们将长鼻子插入泥泞，从下边齐心协力地托起小象的身体。那一头作为首领的母象，此刻迅速做出了超常之举--这个庞然大物的两条前腿，缓缓地跪下了。对于一头没受过训练的野象，那无疑是很难为它的一种姿势……它以那样一种姿势救起了小象。大象们纷纷用鼻子吸了水替小象洗去身上的泥浆。</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⑬</w:t>
      </w:r>
      <w:r w:rsidR="00377A0A">
        <w:rPr>
          <w:rFonts w:ascii="楷体" w:eastAsia="楷体" w:hAnsi="楷体" w:cs="楷体"/>
          <w:color w:val="000000"/>
        </w:rPr>
        <w:t>男孩此刻悄悄地说：“大象真好！”他的母亲也悄悄说：“是啊，大象真好，大象是值得人类尊敬的动物。”</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⑭</w:t>
      </w:r>
      <w:r w:rsidR="00377A0A">
        <w:rPr>
          <w:rFonts w:ascii="楷体" w:eastAsia="楷体" w:hAnsi="楷体" w:cs="楷体"/>
          <w:color w:val="000000"/>
        </w:rPr>
        <w:t>不料男孩又说：“可是人不好，人坏。”良久，母亲低声问“儿子，你怎么那么说？”男孩回答：“我爸爸出车祸的时候，没有一辆车肯送他去医院，怕爸爸身上的血弄脏了他们的车座！”</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⑮</w:t>
      </w:r>
      <w:r w:rsidR="00377A0A">
        <w:rPr>
          <w:rFonts w:ascii="楷体" w:eastAsia="楷体" w:hAnsi="楷体" w:cs="楷体"/>
          <w:color w:val="000000"/>
        </w:rPr>
        <w:t>良久，母亲娓娓地说：“儿子啊，你的想法是不对的。确实，大象啊，天鹅啊，雁啊，总之某些动物和禽类，在许多情况下常常表现得令我们人类感到羞愧。但在我们的地球上，人类是最有觉悟力的。尽管人类做了不少危害自己也危害地球的坏事，比如战争，比如浪费资源，环境污染。可是人类毕竟是懂得反省的啊！古代人做错了，现代人替他们反省；上一代人做错了，下一代人替他们反省；这一些人做错了，那一些人替他们反省，自己始终不愿反省的人，就有善于反省的人教育他们反省，影响他们反省。靠了反省的能力，人类绝不会越变越坏，一定会越变越好的。儿子啊，你要相信妈妈的话……”</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⑯</w:t>
      </w:r>
      <w:r w:rsidR="00377A0A">
        <w:rPr>
          <w:rFonts w:ascii="楷体" w:eastAsia="楷体" w:hAnsi="楷体" w:cs="楷体"/>
          <w:color w:val="000000"/>
        </w:rPr>
        <w:t>我没有料到那个母亲，会用那么一大段话回答她的儿子。因为两年来，一想到她丈夫的不幸，她仍对当时袖手旁观见死不救的那些人耿耿于怀。</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⑰</w:t>
      </w:r>
      <w:r w:rsidR="00377A0A">
        <w:rPr>
          <w:rFonts w:ascii="楷体" w:eastAsia="楷体" w:hAnsi="楷体" w:cs="楷体"/>
          <w:color w:val="000000"/>
        </w:rPr>
        <w:t>刹那间我的眼眶湿了。我联想到这样一句话——民族和民族的竞赛，也往往是母亲们的竞赛。</w:t>
      </w:r>
    </w:p>
    <w:p w:rsidR="00E83EA7">
      <w:pPr>
        <w:spacing w:line="360" w:lineRule="auto"/>
        <w:ind w:firstLine="420"/>
        <w:jc w:val="left"/>
        <w:textAlignment w:val="center"/>
        <w:rPr>
          <w:rFonts w:ascii="楷体" w:eastAsia="楷体" w:hAnsi="楷体" w:cs="楷体"/>
          <w:color w:val="000000"/>
        </w:rPr>
      </w:pPr>
      <w:r w:rsidR="00377A0A">
        <w:rPr>
          <w:rFonts w:ascii="Cambria Math" w:eastAsia="Cambria Math" w:hAnsi="Cambria Math" w:cs="Cambria Math"/>
          <w:color w:val="000000"/>
        </w:rPr>
        <w:t>⑱</w:t>
      </w:r>
      <w:r w:rsidR="00377A0A">
        <w:rPr>
          <w:rFonts w:ascii="楷体" w:eastAsia="楷体" w:hAnsi="楷体" w:cs="楷体"/>
          <w:color w:val="000000"/>
        </w:rPr>
        <w:t>我顿觉一种温暖的欣慰，替非洲大草原上那一头小象，替我罹难的朋友，替我们这个民族……</w:t>
      </w:r>
    </w:p>
    <w:p w:rsidR="00E83EA7">
      <w:pPr>
        <w:spacing w:line="360" w:lineRule="auto"/>
        <w:jc w:val="right"/>
        <w:textAlignment w:val="center"/>
        <w:rPr>
          <w:rFonts w:ascii="宋体" w:hAnsi="宋体"/>
          <w:color w:val="000000"/>
        </w:rPr>
      </w:pPr>
      <w:r w:rsidR="00377A0A">
        <w:rPr>
          <w:rFonts w:ascii="宋体" w:hAnsi="宋体"/>
          <w:color w:val="000000"/>
        </w:rPr>
        <w:t>（有删改）</w:t>
      </w:r>
    </w:p>
    <w:p w:rsidR="00E83EA7">
      <w:pPr>
        <w:spacing w:line="360" w:lineRule="auto"/>
        <w:jc w:val="left"/>
        <w:textAlignment w:val="center"/>
        <w:rPr>
          <w:rFonts w:ascii="宋体" w:hAnsi="宋体"/>
          <w:color w:val="000000"/>
        </w:rPr>
      </w:pPr>
      <w:r w:rsidR="00377A0A">
        <w:rPr>
          <w:rFonts w:ascii="宋体" w:hAnsi="宋体"/>
          <w:color w:val="000000"/>
        </w:rPr>
        <w:t>14. 男孩的心情随着小象的命运一波三折，起起落落。请你依据文章内容，填写下列表格。</w:t>
      </w:r>
    </w:p>
    <w:tbl>
      <w:tblPr>
        <w:tblStyle w:val="TableNormal"/>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4428"/>
        <w:gridCol w:w="4102"/>
      </w:tblGrid>
      <w:tr>
        <w:tblPrEx>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小象的命运</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男孩的心理</w:t>
            </w:r>
          </w:p>
        </w:tc>
      </w:tr>
      <w:tr>
        <w:tblPrEx>
          <w:tblW w:w="8550" w:type="dxa"/>
          <w:tblCellMar>
            <w:top w:w="120" w:type="dxa"/>
            <w:left w:w="120" w:type="dxa"/>
            <w:bottom w:w="120" w:type="dxa"/>
            <w:right w:w="120" w:type="dxa"/>
          </w:tblCellMar>
          <w:tblLook w:val="04A0"/>
        </w:tblPrEx>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孤独的小象遭到陌生象群的拒绝和驱赶</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（1）</w:t>
            </w:r>
          </w:p>
        </w:tc>
      </w:tr>
      <w:tr>
        <w:tblPrEx>
          <w:tblW w:w="8550" w:type="dxa"/>
          <w:tblCellMar>
            <w:top w:w="120" w:type="dxa"/>
            <w:left w:w="120" w:type="dxa"/>
            <w:bottom w:w="120" w:type="dxa"/>
            <w:right w:w="120" w:type="dxa"/>
          </w:tblCellMar>
          <w:tblLook w:val="04A0"/>
        </w:tblPrEx>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（2）</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放心</w:t>
            </w:r>
          </w:p>
        </w:tc>
      </w:tr>
      <w:tr>
        <w:tblPrEx>
          <w:tblW w:w="8550" w:type="dxa"/>
          <w:tblCellMar>
            <w:top w:w="120" w:type="dxa"/>
            <w:left w:w="120" w:type="dxa"/>
            <w:bottom w:w="120" w:type="dxa"/>
            <w:right w:w="120" w:type="dxa"/>
          </w:tblCellMar>
          <w:tblLook w:val="04A0"/>
        </w:tblPrEx>
        <w:trPr>
          <w:trHeight w:val="330"/>
        </w:trPr>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（3）</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3EA7">
            <w:pPr>
              <w:spacing w:line="360" w:lineRule="auto"/>
              <w:jc w:val="left"/>
              <w:textAlignment w:val="center"/>
              <w:rPr>
                <w:rFonts w:ascii="宋体" w:hAnsi="宋体"/>
                <w:color w:val="000000"/>
              </w:rPr>
            </w:pPr>
            <w:r w:rsidR="00377A0A">
              <w:rPr>
                <w:rFonts w:ascii="宋体" w:hAnsi="宋体"/>
                <w:color w:val="000000"/>
              </w:rPr>
              <w:t>（4）</w:t>
            </w:r>
          </w:p>
        </w:tc>
      </w:tr>
    </w:tbl>
    <w:p w:rsidR="00E83EA7">
      <w:pPr>
        <w:spacing w:line="360" w:lineRule="auto"/>
        <w:jc w:val="left"/>
        <w:textAlignment w:val="center"/>
        <w:rPr>
          <w:rFonts w:ascii="宋体" w:hAnsi="宋体"/>
          <w:color w:val="000000"/>
        </w:rPr>
      </w:pPr>
      <w:r w:rsidR="00377A0A">
        <w:rPr>
          <w:rFonts w:ascii="宋体" w:hAnsi="宋体"/>
          <w:color w:val="000000"/>
        </w:rPr>
        <w:t>15. 请赏析第⑨段划线的句子（可从用词、描写方法等角度）。</w:t>
      </w:r>
    </w:p>
    <w:p w:rsidR="00E83EA7">
      <w:pPr>
        <w:spacing w:line="360" w:lineRule="auto"/>
        <w:jc w:val="left"/>
        <w:textAlignment w:val="center"/>
        <w:rPr>
          <w:rFonts w:ascii="宋体" w:hAnsi="宋体"/>
          <w:color w:val="000000"/>
        </w:rPr>
      </w:pPr>
      <w:r w:rsidR="00377A0A">
        <w:rPr>
          <w:rFonts w:ascii="宋体" w:hAnsi="宋体"/>
          <w:color w:val="000000"/>
        </w:rPr>
        <w:t>16. 结合全文，说说第</w:t>
      </w:r>
      <w:r w:rsidR="00377A0A">
        <w:rPr>
          <w:rFonts w:ascii="Cambria Math" w:eastAsia="Cambria Math" w:hAnsi="Cambria Math" w:cs="Cambria Math"/>
          <w:color w:val="000000"/>
        </w:rPr>
        <w:t>⑱</w:t>
      </w:r>
      <w:r w:rsidR="00377A0A">
        <w:rPr>
          <w:rFonts w:ascii="宋体" w:hAnsi="宋体"/>
          <w:color w:val="000000"/>
        </w:rPr>
        <w:t>段中作者为什么“顿觉一种温暖的欣慰”？</w:t>
      </w:r>
    </w:p>
    <w:p w:rsidR="00E83EA7">
      <w:pPr>
        <w:spacing w:line="360" w:lineRule="auto"/>
        <w:textAlignment w:val="center"/>
        <w:rPr>
          <w:rFonts w:ascii="宋体" w:hAnsi="宋体"/>
          <w:color w:val="000000"/>
        </w:rPr>
      </w:pPr>
      <w:r w:rsidR="00377A0A">
        <w:rPr>
          <w:color w:val="2E75B6"/>
        </w:rPr>
        <w:t>【答案】</w:t>
      </w:r>
      <w:r w:rsidR="00377A0A">
        <w:rPr>
          <w:color w:val="000000"/>
        </w:rPr>
        <w:t xml:space="preserve">14. </w:t>
      </w:r>
      <w:r w:rsidR="00377A0A">
        <w:rPr>
          <w:rFonts w:ascii="宋体" w:hAnsi="宋体"/>
          <w:color w:val="000000"/>
        </w:rPr>
        <w:t>①可怜、揪心、悲伤、绝望……②象群救下并收容了这头流浪的小象③深陷沼泽的小象获得大象的全力营救④感动、敬佩、伤心……</w:t>
      </w:r>
      <w:r w:rsidR="00377A0A">
        <w:rPr>
          <w:color w:val="000000"/>
        </w:rPr>
        <w:t xml:space="preserve">    </w:t>
      </w:r>
    </w:p>
    <w:p w:rsidR="00E83EA7">
      <w:pPr>
        <w:spacing w:line="360" w:lineRule="auto"/>
        <w:textAlignment w:val="center"/>
        <w:rPr>
          <w:rFonts w:ascii="宋体" w:hAnsi="宋体"/>
          <w:color w:val="000000"/>
        </w:rPr>
      </w:pPr>
      <w:r w:rsidR="00377A0A">
        <w:rPr>
          <w:color w:val="000000"/>
        </w:rPr>
        <w:t xml:space="preserve">15. </w:t>
      </w:r>
      <w:r w:rsidR="00377A0A">
        <w:rPr>
          <w:rFonts w:ascii="宋体" w:hAnsi="宋体"/>
          <w:color w:val="000000"/>
        </w:rPr>
        <w:t>通过运用神态描写或形容词，如“沮丧地”“茫然地”“盲目地”“听凭命运摆布的样子”等，（通过运用动作描写或动词，如：“掉转头”、“往回走”“颠颠地”“只管往前走”等）表现了小象被屡次拒绝之后灰心丧气、孤独绝望的状态。</w:t>
      </w:r>
      <w:r w:rsidR="00377A0A">
        <w:rPr>
          <w:color w:val="000000"/>
        </w:rPr>
        <w:t xml:space="preserve">    </w:t>
      </w:r>
    </w:p>
    <w:p w:rsidR="00E83EA7">
      <w:pPr>
        <w:spacing w:line="360" w:lineRule="auto"/>
        <w:textAlignment w:val="center"/>
        <w:rPr>
          <w:rFonts w:ascii="宋体" w:hAnsi="宋体"/>
          <w:color w:val="000000"/>
        </w:rPr>
      </w:pPr>
      <w:r w:rsidR="00377A0A">
        <w:rPr>
          <w:color w:val="000000"/>
        </w:rPr>
        <w:t xml:space="preserve">16. </w:t>
      </w:r>
      <w:r w:rsidR="00377A0A">
        <w:rPr>
          <w:rFonts w:ascii="宋体" w:hAnsi="宋体"/>
          <w:color w:val="000000"/>
        </w:rPr>
        <w:t>我顿觉一种温暖的欣慰，原因是：非洲大草原上一头无家可归的小象被象群收容并拯救，不再流浪；我的朋友虽然罹难，但是世上还有怀念他的妻儿，还有生活态度积极，颇有智慧的妻子来抚育懂事的儿子；我们的民族，因为有了像朋友妻子这样优秀母亲，一定会培养出优秀的后来人，我们的民族定会日益强大。</w:t>
      </w:r>
    </w:p>
    <w:p w:rsidR="00E83EA7">
      <w:pPr>
        <w:spacing w:line="360" w:lineRule="auto"/>
        <w:textAlignment w:val="center"/>
        <w:rPr>
          <w:color w:val="000000"/>
        </w:rPr>
      </w:pPr>
      <w:r w:rsidR="00377A0A">
        <w:rPr>
          <w:color w:val="2E75B6"/>
        </w:rPr>
        <w:t>【解析】</w:t>
      </w:r>
    </w:p>
    <w:p w:rsidR="00E83EA7">
      <w:pPr>
        <w:spacing w:line="360" w:lineRule="auto"/>
        <w:textAlignment w:val="center"/>
        <w:rPr>
          <w:color w:val="000000"/>
        </w:rPr>
      </w:pPr>
      <w:r w:rsidR="00377A0A">
        <w:rPr>
          <w:color w:val="000000"/>
        </w:rPr>
        <w:t>【14题详解】</w:t>
      </w:r>
    </w:p>
    <w:p w:rsidR="00E83EA7">
      <w:pPr>
        <w:spacing w:line="360" w:lineRule="auto"/>
        <w:textAlignment w:val="center"/>
        <w:rPr>
          <w:rFonts w:ascii="宋体" w:hAnsi="宋体"/>
          <w:color w:val="000000"/>
        </w:rPr>
      </w:pPr>
      <w:r w:rsidR="00377A0A">
        <w:rPr>
          <w:rFonts w:ascii="宋体" w:hAnsi="宋体"/>
          <w:color w:val="000000"/>
        </w:rPr>
        <w:t>本题考查梳理情感脉络的能力。</w:t>
      </w:r>
    </w:p>
    <w:p w:rsidR="00E83EA7">
      <w:pPr>
        <w:spacing w:line="360" w:lineRule="auto"/>
        <w:jc w:val="left"/>
        <w:textAlignment w:val="center"/>
        <w:rPr>
          <w:rFonts w:ascii="宋体" w:hAnsi="宋体"/>
          <w:color w:val="000000"/>
        </w:rPr>
      </w:pPr>
      <w:r w:rsidR="00377A0A">
        <w:rPr>
          <w:rFonts w:ascii="宋体" w:hAnsi="宋体"/>
          <w:color w:val="000000"/>
        </w:rPr>
        <w:t>第</w:t>
      </w:r>
      <w:r w:rsidR="00377A0A">
        <w:rPr>
          <w:rFonts w:eastAsia="Times New Roman" w:cs="Times New Roman"/>
          <w:color w:val="000000"/>
        </w:rPr>
        <w:t>①</w:t>
      </w:r>
      <w:r w:rsidR="00377A0A">
        <w:rPr>
          <w:rFonts w:ascii="宋体" w:hAnsi="宋体"/>
          <w:color w:val="000000"/>
        </w:rPr>
        <w:t>空：由第</w:t>
      </w:r>
      <w:r w:rsidR="00377A0A">
        <w:rPr>
          <w:rFonts w:eastAsia="Times New Roman" w:cs="Times New Roman"/>
          <w:color w:val="000000"/>
        </w:rPr>
        <w:t>⑤</w:t>
      </w:r>
      <w:r w:rsidR="00377A0A">
        <w:rPr>
          <w:rFonts w:ascii="宋体" w:hAnsi="宋体"/>
          <w:color w:val="000000"/>
        </w:rPr>
        <w:t>段“那男孩说：‘小象真可怜’”、第</w:t>
      </w:r>
      <w:r w:rsidR="00377A0A">
        <w:rPr>
          <w:rFonts w:eastAsia="Times New Roman" w:cs="Times New Roman"/>
          <w:color w:val="000000"/>
        </w:rPr>
        <w:t>⑦</w:t>
      </w:r>
      <w:r w:rsidR="00377A0A">
        <w:rPr>
          <w:rFonts w:ascii="宋体" w:hAnsi="宋体"/>
          <w:color w:val="000000"/>
        </w:rPr>
        <w:t>段“可怜的小象死了”等语句得出答案：可怜；</w:t>
      </w:r>
    </w:p>
    <w:p w:rsidR="00E83EA7">
      <w:pPr>
        <w:spacing w:line="360" w:lineRule="auto"/>
        <w:jc w:val="left"/>
        <w:textAlignment w:val="center"/>
        <w:rPr>
          <w:rFonts w:ascii="宋体" w:hAnsi="宋体"/>
          <w:color w:val="000000"/>
        </w:rPr>
      </w:pPr>
      <w:r w:rsidR="00377A0A">
        <w:rPr>
          <w:rFonts w:ascii="宋体" w:hAnsi="宋体"/>
          <w:color w:val="000000"/>
        </w:rPr>
        <w:t>第</w:t>
      </w:r>
      <w:r w:rsidR="00377A0A">
        <w:rPr>
          <w:rFonts w:eastAsia="Times New Roman" w:cs="Times New Roman"/>
          <w:color w:val="000000"/>
        </w:rPr>
        <w:t>②</w:t>
      </w:r>
      <w:r w:rsidR="00377A0A">
        <w:rPr>
          <w:rFonts w:ascii="宋体" w:hAnsi="宋体"/>
          <w:color w:val="000000"/>
        </w:rPr>
        <w:t>空：因为“放心”对应第</w:t>
      </w:r>
      <w:r w:rsidR="00377A0A">
        <w:rPr>
          <w:rFonts w:eastAsia="Times New Roman" w:cs="Times New Roman"/>
          <w:color w:val="000000"/>
        </w:rPr>
        <w:t>⑪</w:t>
      </w:r>
      <w:r w:rsidR="00377A0A">
        <w:rPr>
          <w:rFonts w:ascii="宋体" w:hAnsi="宋体"/>
          <w:color w:val="000000"/>
        </w:rPr>
        <w:t>段“男孩悬着的心终于放了下来”，所以可由第</w:t>
      </w:r>
      <w:r w:rsidR="00377A0A">
        <w:rPr>
          <w:rFonts w:eastAsia="Times New Roman" w:cs="Times New Roman"/>
          <w:color w:val="000000"/>
        </w:rPr>
        <w:t>⑩</w:t>
      </w:r>
      <w:r w:rsidR="00377A0A">
        <w:rPr>
          <w:rFonts w:ascii="宋体" w:hAnsi="宋体"/>
          <w:color w:val="000000"/>
        </w:rPr>
        <w:t>段“它们寻找到了那一头小象……土狼们四散而逃……大象们用鼻子抚慰着小象，满怀怜爱地收容了一个流浪儿”概括为：象群救下并收容了这头流浪的小象；</w:t>
      </w:r>
    </w:p>
    <w:p w:rsidR="00E83EA7">
      <w:pPr>
        <w:spacing w:line="360" w:lineRule="auto"/>
        <w:jc w:val="left"/>
        <w:textAlignment w:val="center"/>
        <w:rPr>
          <w:rFonts w:ascii="宋体" w:hAnsi="宋体"/>
          <w:color w:val="000000"/>
        </w:rPr>
      </w:pPr>
      <w:r w:rsidR="00377A0A">
        <w:rPr>
          <w:rFonts w:ascii="宋体" w:hAnsi="宋体"/>
          <w:color w:val="000000"/>
        </w:rPr>
        <w:t>第</w:t>
      </w:r>
      <w:r w:rsidR="00377A0A">
        <w:rPr>
          <w:rFonts w:eastAsia="Times New Roman" w:cs="Times New Roman"/>
          <w:color w:val="000000"/>
        </w:rPr>
        <w:t>③</w:t>
      </w:r>
      <w:r w:rsidR="00377A0A">
        <w:rPr>
          <w:rFonts w:ascii="宋体" w:hAnsi="宋体"/>
          <w:color w:val="000000"/>
        </w:rPr>
        <w:t>空：可由第⑫段“被象群收容了的小象，不慎滑入了一片沼泽，大象们开始营救它”“它以那样一种姿势救起了小象”概括为：深陷沼泽的小象获得大象的全力营救；第</w:t>
      </w:r>
      <w:r w:rsidR="00377A0A">
        <w:rPr>
          <w:rFonts w:eastAsia="Times New Roman" w:cs="Times New Roman"/>
          <w:color w:val="000000"/>
        </w:rPr>
        <w:t>④</w:t>
      </w:r>
      <w:r w:rsidR="00377A0A">
        <w:rPr>
          <w:rFonts w:ascii="宋体" w:hAnsi="宋体"/>
          <w:color w:val="000000"/>
        </w:rPr>
        <w:t>空：由第</w:t>
      </w:r>
      <w:r w:rsidR="00377A0A">
        <w:rPr>
          <w:rFonts w:eastAsia="Times New Roman" w:cs="Times New Roman"/>
          <w:color w:val="000000"/>
        </w:rPr>
        <w:t>⑬</w:t>
      </w:r>
      <w:r w:rsidR="00377A0A">
        <w:rPr>
          <w:rFonts w:ascii="宋体" w:hAnsi="宋体"/>
          <w:color w:val="000000"/>
        </w:rPr>
        <w:t>段“男孩此刻悄悄地说：‘大象真好’”可概括为：感动、敬佩。</w:t>
      </w:r>
    </w:p>
    <w:p w:rsidR="00E83EA7">
      <w:pPr>
        <w:spacing w:line="360" w:lineRule="auto"/>
        <w:jc w:val="left"/>
        <w:textAlignment w:val="center"/>
        <w:rPr>
          <w:color w:val="000000"/>
        </w:rPr>
      </w:pPr>
      <w:r w:rsidR="00377A0A">
        <w:rPr>
          <w:color w:val="000000"/>
        </w:rPr>
        <w:t>【15题详解】</w:t>
      </w:r>
    </w:p>
    <w:p w:rsidR="00E83EA7">
      <w:pPr>
        <w:spacing w:line="360" w:lineRule="auto"/>
        <w:jc w:val="left"/>
        <w:textAlignment w:val="center"/>
        <w:rPr>
          <w:rFonts w:ascii="宋体" w:hAnsi="宋体"/>
          <w:color w:val="000000"/>
        </w:rPr>
      </w:pPr>
      <w:r w:rsidR="00377A0A">
        <w:rPr>
          <w:rFonts w:ascii="宋体" w:hAnsi="宋体"/>
          <w:color w:val="000000"/>
        </w:rPr>
        <w:t>本题考查语句赏析能力。</w:t>
      </w:r>
    </w:p>
    <w:p w:rsidR="00E83EA7">
      <w:pPr>
        <w:spacing w:line="360" w:lineRule="auto"/>
        <w:jc w:val="left"/>
        <w:textAlignment w:val="center"/>
        <w:rPr>
          <w:rFonts w:ascii="宋体" w:hAnsi="宋体"/>
          <w:color w:val="000000"/>
        </w:rPr>
      </w:pPr>
      <w:r w:rsidR="00377A0A">
        <w:rPr>
          <w:rFonts w:ascii="宋体" w:hAnsi="宋体"/>
          <w:color w:val="000000"/>
        </w:rPr>
        <w:t>如从用词角度着手,可从该句富有表现力的形容词或动词着手，如“沮丧”“往回走”等，分析小象此时的状态和心理活动。如从描写方法角度着手，“沮丧地掉转头，茫然而又盲目地往回走”“颠颠地只管往前走，一副完全听凭命运摆布的样子”运用的是神态和动作描写，结合第</w:t>
      </w:r>
      <w:r w:rsidR="00377A0A">
        <w:rPr>
          <w:rFonts w:eastAsia="Times New Roman" w:cs="Times New Roman"/>
          <w:color w:val="000000"/>
        </w:rPr>
        <w:t>⑥</w:t>
      </w:r>
      <w:r w:rsidR="00377A0A">
        <w:rPr>
          <w:rFonts w:ascii="宋体" w:hAnsi="宋体"/>
          <w:color w:val="000000"/>
        </w:rPr>
        <w:t>段“它望着象群，发呆片刻，继而又追随奔去……然而小象在遭到同样的驱赶后，又一次横着倒下，一动不动了……”和第</w:t>
      </w:r>
      <w:r w:rsidR="00377A0A">
        <w:rPr>
          <w:rFonts w:eastAsia="Times New Roman" w:cs="Times New Roman"/>
          <w:color w:val="000000"/>
        </w:rPr>
        <w:t>⑨</w:t>
      </w:r>
      <w:r w:rsidR="00377A0A">
        <w:rPr>
          <w:rFonts w:ascii="宋体" w:hAnsi="宋体"/>
          <w:color w:val="000000"/>
        </w:rPr>
        <w:t>段“然而那小象并没死，它终于还是挣扎着站了起来。象群已经走得很远，远得它再也不可能追上了”，可知表现的是小象被屡次拒绝之后灰心丧气、孤独绝望的状态。</w:t>
      </w:r>
    </w:p>
    <w:p w:rsidR="00E83EA7">
      <w:pPr>
        <w:spacing w:line="360" w:lineRule="auto"/>
        <w:jc w:val="left"/>
        <w:textAlignment w:val="center"/>
        <w:rPr>
          <w:color w:val="000000"/>
        </w:rPr>
      </w:pPr>
      <w:r w:rsidR="00377A0A">
        <w:rPr>
          <w:color w:val="000000"/>
        </w:rPr>
        <w:t>【16题详解】</w:t>
      </w:r>
    </w:p>
    <w:p w:rsidR="00E83EA7">
      <w:pPr>
        <w:spacing w:line="360" w:lineRule="auto"/>
        <w:jc w:val="left"/>
        <w:textAlignment w:val="center"/>
        <w:rPr>
          <w:rFonts w:ascii="宋体" w:hAnsi="宋体"/>
          <w:color w:val="000000"/>
        </w:rPr>
      </w:pPr>
      <w:r w:rsidR="00377A0A">
        <w:rPr>
          <w:rFonts w:ascii="宋体" w:hAnsi="宋体"/>
          <w:color w:val="000000"/>
        </w:rPr>
        <w:t>本题考查对文章的理解分析能力。</w:t>
      </w:r>
    </w:p>
    <w:p w:rsidR="00E83EA7">
      <w:pPr>
        <w:spacing w:line="360" w:lineRule="auto"/>
        <w:jc w:val="left"/>
        <w:textAlignment w:val="center"/>
        <w:rPr>
          <w:rFonts w:ascii="宋体" w:hAnsi="宋体"/>
          <w:color w:val="000000"/>
        </w:rPr>
      </w:pPr>
      <w:r w:rsidR="00377A0A">
        <w:rPr>
          <w:rFonts w:ascii="宋体" w:hAnsi="宋体"/>
          <w:color w:val="000000"/>
        </w:rPr>
        <w:t>由“我顿觉一种温暖的欣慰，替非洲大草原上那一头小象，替我罹难的朋友，替我们这个民族”可见，此题可结合全文内容，从小象、朋友、民族三个角度分别解析。结合第</w:t>
      </w:r>
      <w:r w:rsidR="00377A0A">
        <w:rPr>
          <w:rFonts w:eastAsia="Times New Roman" w:cs="Times New Roman"/>
          <w:color w:val="000000"/>
        </w:rPr>
        <w:t>⑫</w:t>
      </w:r>
      <w:r w:rsidR="00377A0A">
        <w:rPr>
          <w:rFonts w:ascii="宋体" w:hAnsi="宋体"/>
          <w:color w:val="000000"/>
        </w:rPr>
        <w:t>段“它以那样一种姿势救起了小象”，可知小象得救了，美好的结局让“我”欣慰；结合第</w:t>
      </w:r>
      <w:r w:rsidR="00377A0A">
        <w:rPr>
          <w:rFonts w:eastAsia="Times New Roman" w:cs="Times New Roman"/>
          <w:color w:val="000000"/>
        </w:rPr>
        <w:t>⑭</w:t>
      </w:r>
      <w:r w:rsidR="00377A0A">
        <w:rPr>
          <w:rFonts w:ascii="宋体" w:hAnsi="宋体"/>
          <w:color w:val="000000"/>
        </w:rPr>
        <w:t>段“我爸爸出车祸的时候，没有一辆车肯送他去医院，怕爸爸身上的血弄脏了他们的车座”以及第</w:t>
      </w:r>
      <w:r w:rsidR="00377A0A">
        <w:rPr>
          <w:rFonts w:eastAsia="Times New Roman" w:cs="Times New Roman"/>
          <w:color w:val="000000"/>
        </w:rPr>
        <w:t>⑮</w:t>
      </w:r>
      <w:r w:rsidR="00377A0A">
        <w:rPr>
          <w:rFonts w:ascii="宋体" w:hAnsi="宋体"/>
          <w:color w:val="000000"/>
        </w:rPr>
        <w:t>段“人类绝不会越变越坏，一定会越变越好的。儿子啊，你要相信妈妈的话……”，可知朋友虽然去世，但有怀念他的亲人，还有生活态度积极，颇有智慧的妻子来抚育懂事的儿子，令“我”欣慰；由第</w:t>
      </w:r>
      <w:r w:rsidR="00377A0A">
        <w:rPr>
          <w:rFonts w:eastAsia="Times New Roman" w:cs="Times New Roman"/>
          <w:color w:val="000000"/>
        </w:rPr>
        <w:t>⑰</w:t>
      </w:r>
      <w:r w:rsidR="00377A0A">
        <w:rPr>
          <w:rFonts w:ascii="宋体" w:hAnsi="宋体"/>
          <w:color w:val="000000"/>
        </w:rPr>
        <w:t>段“我联想到这样一句话--民族和民族的竞赛，也往往是母亲们的竞赛”，可知“我”被朋友妻子的一番话所感动，看到民族的希望，感动欣慰。可据此作答。</w:t>
      </w:r>
    </w:p>
    <w:p>
      <w:pPr>
        <w:pStyle w:val="Heading3"/>
      </w:pPr>
      <w:r>
        <w:t>北师大二附中海淀学校</w:t>
      </w:r>
    </w:p>
    <w:p w:rsidR="00D53BEB">
      <w:pPr>
        <w:spacing w:line="360" w:lineRule="auto"/>
        <w:jc w:val="left"/>
        <w:textAlignment w:val="center"/>
        <w:rPr>
          <w:rFonts w:ascii="宋体" w:hAnsi="宋体"/>
          <w:b/>
          <w:color w:val="000000"/>
          <w:sz w:val="24"/>
        </w:rPr>
      </w:pPr>
      <w:r w:rsidR="002B7827">
        <w:rPr>
          <w:rFonts w:ascii="宋体" w:hAnsi="宋体"/>
          <w:b/>
          <w:color w:val="000000"/>
          <w:sz w:val="24"/>
        </w:rPr>
        <w:t>六、现代文阅读。（共17分）</w:t>
      </w:r>
    </w:p>
    <w:p w:rsidR="00D53BEB">
      <w:pPr>
        <w:spacing w:line="360" w:lineRule="auto"/>
        <w:jc w:val="left"/>
        <w:textAlignment w:val="center"/>
        <w:rPr>
          <w:rFonts w:ascii="宋体" w:hAnsi="宋体"/>
          <w:color w:val="000000"/>
        </w:rPr>
      </w:pPr>
      <w:r w:rsidR="002B7827">
        <w:rPr>
          <w:rFonts w:ascii="宋体" w:hAnsi="宋体"/>
          <w:color w:val="000000"/>
        </w:rPr>
        <w:t>2020年6月23日，第四届世界智能大会在天津开幕。人工智能、大数据等数字技术的新成果在“云”上集中展示，让人大开眼界。某班将开展以“人工智能与我们的生活”为主题的综合性学习活动，一位同学为活动搜集了四则材料。请按照要求，完成下面小题。</w:t>
      </w:r>
    </w:p>
    <w:p w:rsidR="00D53BEB">
      <w:pPr>
        <w:spacing w:line="360" w:lineRule="auto"/>
        <w:jc w:val="left"/>
        <w:textAlignment w:val="center"/>
        <w:rPr>
          <w:rFonts w:ascii="宋体" w:hAnsi="宋体"/>
          <w:color w:val="000000"/>
        </w:rPr>
      </w:pPr>
      <w:r w:rsidR="002B7827">
        <w:rPr>
          <w:rFonts w:ascii="宋体" w:hAnsi="宋体"/>
          <w:color w:val="000000"/>
        </w:rPr>
        <w:t>【材料一】</w:t>
      </w:r>
    </w:p>
    <w:p w:rsidR="00D53BEB">
      <w:pPr>
        <w:spacing w:line="360" w:lineRule="auto"/>
        <w:jc w:val="center"/>
        <w:textAlignment w:val="center"/>
        <w:rPr>
          <w:color w:val="000000"/>
        </w:rPr>
      </w:pPr>
      <w:r>
        <w:rPr>
          <w:noProof/>
          <w:color w:val="000000"/>
        </w:rPr>
        <w:pict>
          <v:shape id="图片 100003" o:spid="_x0000_i1028" type="#_x0000_t75" alt="学科网(www.zxxk.com)--教育资源门户，提供试卷、教案、课件、论文、素材以及各类教学资源下载，还有大量而丰富的教学相关资讯！" style="width:327.14pt;height:143.25pt;visibility:visible" filled="f" stroked="f">
            <v:imagedata r:id="rId69" o:title="学科网(www"/>
            <o:lock v:ext="edit" aspectratio="t"/>
          </v:shape>
        </w:pict>
      </w:r>
    </w:p>
    <w:p w:rsidR="00D53BEB">
      <w:pPr>
        <w:spacing w:line="360" w:lineRule="auto"/>
        <w:jc w:val="left"/>
        <w:textAlignment w:val="center"/>
        <w:rPr>
          <w:rFonts w:ascii="宋体" w:hAnsi="宋体"/>
          <w:color w:val="000000"/>
        </w:rPr>
      </w:pPr>
      <w:r w:rsidR="002B7827">
        <w:rPr>
          <w:rFonts w:ascii="宋体" w:hAnsi="宋体"/>
          <w:color w:val="000000"/>
        </w:rPr>
        <w:t>【材料二】</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在疫情防控和复工生产中，天津全面推广应用了“健康码”。小小的“健康码”看似简单，背后的技术支撑系统却十分庞大。每天百万级数量的“亮码”，均基于人工智能科技手段的支撑。有了“健康码”，精准分类防控得以实现，城市得以科学有序运转起来。</w:t>
      </w:r>
    </w:p>
    <w:p w:rsidR="00D53BEB">
      <w:pPr>
        <w:spacing w:line="360" w:lineRule="auto"/>
        <w:jc w:val="left"/>
        <w:textAlignment w:val="center"/>
        <w:rPr>
          <w:rFonts w:ascii="宋体" w:hAnsi="宋体"/>
          <w:color w:val="000000"/>
        </w:rPr>
      </w:pPr>
      <w:r w:rsidR="002B7827">
        <w:rPr>
          <w:rFonts w:ascii="宋体" w:hAnsi="宋体"/>
          <w:color w:val="000000"/>
        </w:rPr>
        <w:t>【材料三】</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现在越来越多的人，已经习惯观看手机中的天气预测。在天气预测中，人工智能专家系统通过手机的GPRS系统，定位到用户所处的位置，再利用科学算法，对覆盖全国的雷达图进行数据分析来预测天气。这样，人们可以随时随地查询自己所在地的天气走势，收到的天气预报能精准到分钟和所在街道。</w:t>
      </w:r>
    </w:p>
    <w:p w:rsidR="00D53BEB">
      <w:pPr>
        <w:spacing w:line="360" w:lineRule="auto"/>
        <w:jc w:val="left"/>
        <w:textAlignment w:val="center"/>
        <w:rPr>
          <w:rFonts w:ascii="宋体" w:hAnsi="宋体"/>
          <w:color w:val="000000"/>
        </w:rPr>
      </w:pPr>
      <w:r w:rsidR="002B7827">
        <w:rPr>
          <w:rFonts w:ascii="宋体" w:hAnsi="宋体"/>
          <w:color w:val="000000"/>
        </w:rPr>
        <w:t>【材料四】</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人工智能在车联网的运用将提高人们的出行效率。比如，外出购物时，车主启动汽车后，将同步开启车载智能系统，车主只需要告知系统所需要购买的商品或者服务，汽车的智能系统将根据出行路线、交通路况、目的地的评价情况，自动推荐最合适的消费场所。</w:t>
      </w:r>
    </w:p>
    <w:p w:rsidR="00D53BEB">
      <w:pPr>
        <w:spacing w:line="360" w:lineRule="auto"/>
        <w:jc w:val="left"/>
        <w:textAlignment w:val="center"/>
        <w:rPr>
          <w:rFonts w:ascii="宋体" w:hAnsi="宋体"/>
          <w:color w:val="000000"/>
        </w:rPr>
      </w:pPr>
      <w:r w:rsidR="002B7827">
        <w:rPr>
          <w:color w:val="000000"/>
        </w:rPr>
        <w:t xml:space="preserve">14. </w:t>
      </w:r>
      <w:r w:rsidR="002B7827">
        <w:rPr>
          <w:rFonts w:ascii="宋体" w:hAnsi="宋体"/>
          <w:color w:val="000000"/>
        </w:rPr>
        <w:t>请用简洁的语言概括【材料一】的主要内容。</w:t>
      </w:r>
    </w:p>
    <w:p w:rsidR="00D53BEB">
      <w:pPr>
        <w:spacing w:line="360" w:lineRule="auto"/>
        <w:jc w:val="left"/>
        <w:textAlignment w:val="center"/>
        <w:rPr>
          <w:rFonts w:ascii="宋体" w:hAnsi="宋体"/>
          <w:color w:val="000000"/>
        </w:rPr>
      </w:pPr>
      <w:r w:rsidR="002B7827">
        <w:rPr>
          <w:color w:val="000000"/>
        </w:rPr>
        <w:t xml:space="preserve">15. </w:t>
      </w:r>
      <w:r w:rsidR="002B7827">
        <w:rPr>
          <w:rFonts w:ascii="宋体" w:hAnsi="宋体"/>
          <w:color w:val="000000"/>
        </w:rPr>
        <w:t>请结合以上相关材料，探究人工智能可在哪些方面改变我们的生活。</w:t>
      </w:r>
    </w:p>
    <w:p w:rsidR="00D53BEB">
      <w:pPr>
        <w:spacing w:line="360" w:lineRule="auto"/>
        <w:textAlignment w:val="center"/>
        <w:rPr>
          <w:rFonts w:ascii="宋体" w:hAnsi="宋体"/>
          <w:color w:val="000000"/>
        </w:rPr>
      </w:pPr>
      <w:r w:rsidR="002B7827">
        <w:rPr>
          <w:color w:val="2E75B6"/>
        </w:rPr>
        <w:t>【答案】</w:t>
      </w:r>
      <w:r w:rsidR="002B7827">
        <w:rPr>
          <w:color w:val="000000"/>
        </w:rPr>
        <w:t xml:space="preserve">14. </w:t>
      </w:r>
      <w:r w:rsidR="002B7827">
        <w:rPr>
          <w:rFonts w:ascii="宋体" w:hAnsi="宋体"/>
          <w:color w:val="000000"/>
        </w:rPr>
        <w:t>未来几年，我国人工智能市场规模将不断扩大。</w:t>
      </w:r>
      <w:r w:rsidR="002B7827">
        <w:rPr>
          <w:color w:val="000000"/>
        </w:rPr>
        <w:t xml:space="preserve">    </w:t>
      </w:r>
    </w:p>
    <w:p w:rsidR="00D53BEB">
      <w:pPr>
        <w:spacing w:line="360" w:lineRule="auto"/>
        <w:textAlignment w:val="center"/>
        <w:rPr>
          <w:rFonts w:ascii="宋体" w:hAnsi="宋体"/>
          <w:color w:val="000000"/>
        </w:rPr>
      </w:pPr>
      <w:r w:rsidR="002B7827">
        <w:rPr>
          <w:color w:val="000000"/>
        </w:rPr>
        <w:t xml:space="preserve">15. </w:t>
      </w:r>
      <w:r w:rsidR="002B7827">
        <w:rPr>
          <w:rFonts w:ascii="宋体" w:hAnsi="宋体"/>
          <w:color w:val="000000"/>
        </w:rPr>
        <w:t>人工智能可在疫情防控和城市管理、天气预测、交通出行等方面改变我们的生活。</w:t>
      </w:r>
    </w:p>
    <w:p w:rsidR="00D53BEB">
      <w:pPr>
        <w:spacing w:line="360" w:lineRule="auto"/>
        <w:textAlignment w:val="center"/>
        <w:rPr>
          <w:color w:val="000000"/>
        </w:rPr>
      </w:pPr>
      <w:r w:rsidR="002B7827">
        <w:rPr>
          <w:color w:val="2E75B6"/>
        </w:rPr>
        <w:t>【解析】</w:t>
      </w:r>
    </w:p>
    <w:p w:rsidR="00D53BEB">
      <w:pPr>
        <w:spacing w:line="360" w:lineRule="auto"/>
        <w:textAlignment w:val="center"/>
        <w:rPr>
          <w:color w:val="000000"/>
        </w:rPr>
      </w:pPr>
      <w:r w:rsidR="002B7827">
        <w:rPr>
          <w:color w:val="000000"/>
        </w:rPr>
        <w:t>【14题详解】</w:t>
      </w:r>
    </w:p>
    <w:p w:rsidR="00D53BEB">
      <w:pPr>
        <w:spacing w:line="360" w:lineRule="auto"/>
        <w:textAlignment w:val="center"/>
        <w:rPr>
          <w:rFonts w:ascii="宋体" w:hAnsi="宋体"/>
          <w:color w:val="000000"/>
        </w:rPr>
      </w:pPr>
      <w:r w:rsidR="002B7827">
        <w:rPr>
          <w:rFonts w:ascii="宋体" w:hAnsi="宋体"/>
          <w:color w:val="000000"/>
        </w:rPr>
        <w:t>本题考查图表转化文字能力。图表主要内容是“我国人工智能市场规模前瞻”，从图表可以看出，从2020年开始，每往后一年的规模都比前一年大得多，因此，可以概括出图表的主要内容：未来几年，我国人工智能市场规模会不断扩大。</w:t>
      </w:r>
    </w:p>
    <w:p w:rsidR="00D53BEB">
      <w:pPr>
        <w:spacing w:line="360" w:lineRule="auto"/>
        <w:textAlignment w:val="center"/>
        <w:rPr>
          <w:color w:val="000000"/>
        </w:rPr>
      </w:pPr>
      <w:r w:rsidR="002B7827">
        <w:rPr>
          <w:color w:val="000000"/>
        </w:rPr>
        <w:t>【15题详解】</w:t>
      </w:r>
    </w:p>
    <w:p w:rsidR="00D53BEB">
      <w:pPr>
        <w:spacing w:line="360" w:lineRule="auto"/>
        <w:textAlignment w:val="center"/>
        <w:rPr>
          <w:rFonts w:ascii="宋体" w:hAnsi="宋体"/>
          <w:color w:val="000000"/>
        </w:rPr>
      </w:pPr>
      <w:r w:rsidR="002B7827">
        <w:rPr>
          <w:rFonts w:ascii="宋体" w:hAnsi="宋体"/>
          <w:color w:val="000000"/>
        </w:rPr>
        <w:t>本题考查材料内容概括。</w:t>
      </w:r>
    </w:p>
    <w:p w:rsidR="00D53BEB">
      <w:pPr>
        <w:spacing w:line="360" w:lineRule="auto"/>
        <w:jc w:val="left"/>
        <w:textAlignment w:val="center"/>
        <w:rPr>
          <w:rFonts w:ascii="宋体" w:hAnsi="宋体"/>
          <w:color w:val="000000"/>
        </w:rPr>
      </w:pPr>
      <w:r w:rsidR="002B7827">
        <w:rPr>
          <w:rFonts w:ascii="宋体" w:hAnsi="宋体"/>
          <w:color w:val="000000"/>
        </w:rPr>
        <w:t>从材料二“天津全面推广应用了‘健康码’”“有了健康码，精准分类防控得以实现，城市得以科学有序运转起来”可看出，人工智能可以改变的方面是：疫情防控、城市运转；</w:t>
      </w:r>
    </w:p>
    <w:p w:rsidR="00D53BEB">
      <w:pPr>
        <w:spacing w:line="360" w:lineRule="auto"/>
        <w:jc w:val="left"/>
        <w:textAlignment w:val="center"/>
        <w:rPr>
          <w:rFonts w:ascii="宋体" w:hAnsi="宋体"/>
          <w:color w:val="000000"/>
        </w:rPr>
      </w:pPr>
      <w:r w:rsidR="002B7827">
        <w:rPr>
          <w:rFonts w:ascii="宋体" w:hAnsi="宋体"/>
          <w:color w:val="000000"/>
        </w:rPr>
        <w:t>从材料三“人们可以随时随地查询自己所在地的天气走势，收到的天气预报能精准到分钟和所在街道”，可以看出改变的方面是：天气预测；</w:t>
      </w:r>
    </w:p>
    <w:p w:rsidR="00D53BEB">
      <w:pPr>
        <w:spacing w:line="360" w:lineRule="auto"/>
        <w:jc w:val="left"/>
        <w:textAlignment w:val="center"/>
        <w:rPr>
          <w:rFonts w:ascii="宋体" w:hAnsi="宋体"/>
          <w:color w:val="000000"/>
        </w:rPr>
      </w:pPr>
      <w:r w:rsidR="002B7827">
        <w:rPr>
          <w:rFonts w:ascii="宋体" w:hAnsi="宋体"/>
          <w:color w:val="000000"/>
        </w:rPr>
        <w:t>从材料四“人工智能在车联网的运用将提高人们的出行效率”，可以看出改变的方面是：交通出行。</w:t>
      </w:r>
    </w:p>
    <w:p w:rsidR="00D53BEB">
      <w:pPr>
        <w:spacing w:line="360" w:lineRule="auto"/>
        <w:jc w:val="left"/>
        <w:textAlignment w:val="center"/>
        <w:rPr>
          <w:rFonts w:ascii="宋体" w:hAnsi="宋体"/>
          <w:color w:val="000000"/>
        </w:rPr>
      </w:pPr>
      <w:r w:rsidR="002B7827">
        <w:rPr>
          <w:rFonts w:ascii="宋体" w:hAnsi="宋体"/>
          <w:color w:val="000000"/>
        </w:rPr>
        <w:t>阅读下面</w:t>
      </w:r>
      <w:r>
        <w:rPr>
          <w:rFonts w:ascii="宋体" w:hAnsi="宋体"/>
          <w:noProof/>
          <w:color w:val="000000"/>
        </w:rPr>
        <w:pict>
          <v:shape id="图片 100008" o:spid="_x0000_i1029" type="#_x0000_t75" style="width:10.5pt;height:14pt;visibility:visible" filled="f" stroked="f">
            <v:imagedata r:id="rId70" o:title=""/>
            <o:lock v:ext="edit" aspectratio="t"/>
          </v:shape>
        </w:pict>
      </w:r>
      <w:r w:rsidR="002B7827">
        <w:rPr>
          <w:rFonts w:ascii="宋体" w:hAnsi="宋体"/>
          <w:color w:val="000000"/>
        </w:rPr>
        <w:t>文章，完成下面小题。</w:t>
      </w:r>
    </w:p>
    <w:p w:rsidR="00D53BEB">
      <w:pPr>
        <w:spacing w:line="360" w:lineRule="auto"/>
        <w:jc w:val="center"/>
        <w:textAlignment w:val="center"/>
        <w:rPr>
          <w:rFonts w:ascii="宋体" w:hAnsi="宋体"/>
          <w:color w:val="000000"/>
        </w:rPr>
      </w:pPr>
      <w:r w:rsidR="002B7827">
        <w:rPr>
          <w:rFonts w:ascii="宋体" w:hAnsi="宋体"/>
          <w:color w:val="000000"/>
        </w:rPr>
        <w:t>_________</w:t>
      </w:r>
    </w:p>
    <w:p w:rsidR="00D53BEB">
      <w:pPr>
        <w:spacing w:line="360" w:lineRule="auto"/>
        <w:jc w:val="center"/>
        <w:textAlignment w:val="center"/>
        <w:rPr>
          <w:rFonts w:ascii="楷体" w:eastAsia="楷体" w:hAnsi="楷体" w:cs="楷体"/>
          <w:color w:val="000000"/>
        </w:rPr>
      </w:pPr>
      <w:r w:rsidR="002B7827">
        <w:rPr>
          <w:rFonts w:ascii="楷体" w:eastAsia="楷体" w:hAnsi="楷体" w:cs="楷体"/>
          <w:color w:val="000000"/>
        </w:rPr>
        <w:t>尚书华</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①认识老梁是四十多年前的事。</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②那时他在林业局文工团当美工，人长得其貌不扬，个矮、罗圈腿，走起路来左摇右晃。当年他不过四十多岁，但说六十岁有人信。</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③我到文工团报到的第一天，留下印象最深的就是他。见面时一怔，心想：文工团不都是俊男靓女待的地方吗？怎么长这模样的也能进来？随之又一想，莫非这人有大本事？</w:t>
      </w:r>
    </w:p>
    <w:p w:rsidR="00D53BEB">
      <w:pPr>
        <w:spacing w:line="360" w:lineRule="auto"/>
        <w:ind w:firstLine="420"/>
        <w:jc w:val="left"/>
        <w:textAlignment w:val="center"/>
        <w:rPr>
          <w:rFonts w:ascii="楷体" w:eastAsia="楷体" w:hAnsi="楷体" w:cs="楷体"/>
          <w:color w:val="000000"/>
          <w:u w:val="single"/>
        </w:rPr>
      </w:pPr>
      <w:r w:rsidR="002B7827">
        <w:rPr>
          <w:rFonts w:ascii="楷体" w:eastAsia="楷体" w:hAnsi="楷体" w:cs="楷体"/>
          <w:color w:val="000000"/>
        </w:rPr>
        <w:t>④后面的想法，很快得到了证实，此人的确不可小觑。有人告诉我，老梁是“特招”进文工团的。起初，他只是山里林场一个普通木匠，属后勤服务，干些杂活。加之形象不佳，很被人瞧不起，常遭到别人的不屑。一次，同寝的一个年轻人，趁他不在，把他的工具箱扔到了外面，斧头、刨子、锯散丢一地，供大家取乐。老梁回来了，呆愣愣瞅半天，默默地把东西拾回了屋。谁也不知他心里是怎么想的，大家能看见的，就是他不愿说话，不愿接触人，没事总愿一个人憋在木匠房里鼓捣。但是，活倒是越干越好。渐渐的，戏耍他的人少了，有人还当面夸他两句。（甲）</w:t>
      </w:r>
      <w:r w:rsidR="002B7827">
        <w:rPr>
          <w:rFonts w:ascii="楷体" w:eastAsia="楷体" w:hAnsi="楷体" w:cs="楷体"/>
          <w:color w:val="000000"/>
          <w:u w:val="single"/>
        </w:rPr>
        <w:t>他听了都不以为然，顶多用鼻子“哼”一声，宠辱不惊。</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⑤那年，文工团排了一台大型话剧，布景难度很大，当时的美工完成不了，急得局工会主席在全局职工中广泛纳贤。有人推荐老梁去试试，老梁去了。工会主席见了面，打量他半天，问：你行吗？老梁听了，二话没说，扭头就走。工会主席求贤若渴，连忙一把拽住说：试试，试试。（乙）</w:t>
      </w:r>
      <w:r w:rsidR="002B7827">
        <w:rPr>
          <w:rFonts w:ascii="楷体" w:eastAsia="楷体" w:hAnsi="楷体" w:cs="楷体"/>
          <w:color w:val="000000"/>
          <w:u w:val="single"/>
        </w:rPr>
        <w:t>老梁“哼”一声，勉强留了下来</w:t>
      </w:r>
      <w:r w:rsidR="002B7827">
        <w:rPr>
          <w:rFonts w:ascii="楷体" w:eastAsia="楷体" w:hAnsi="楷体" w:cs="楷体"/>
          <w:color w:val="000000"/>
        </w:rPr>
        <w:t>。</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⑥老梁到了文工团，原来那个美工成了他的助手，给他打下手，一百个不服气。于是，工作上极不配合，时不时还故意制造点麻烦。老梁似乎早有精神准备，对这些麻烦根本不在意。他吩咐助手干的活，助手完成后他看不上，但他什么也不说，闷不声咣咣几斧子，砸了，自己动手重来，那意思谁都明白，是打个样儿给你看看。A</w:t>
      </w:r>
      <w:r w:rsidR="002B7827">
        <w:rPr>
          <w:rFonts w:ascii="楷体" w:eastAsia="楷体" w:hAnsi="楷体" w:cs="楷体"/>
          <w:color w:val="000000"/>
          <w:u w:val="wave"/>
        </w:rPr>
        <w:t>几次下来，助手服了，夹着尾巴乖乖地当起了徒弟。</w:t>
      </w:r>
      <w:r w:rsidR="002B7827">
        <w:rPr>
          <w:rFonts w:ascii="楷体" w:eastAsia="楷体" w:hAnsi="楷体" w:cs="楷体"/>
          <w:color w:val="000000"/>
        </w:rPr>
        <w:t>就这样，老梁有条不紊地利用十几天时间把全场布景赶了出来。全团员工都感到神速，导演更是满意，直夸老梁。工会主席乐得眉飞色舞，彩排那天把局党委书记请到了俱乐部，看完演出后，把老梁拽了过来，对书记说：这可是个大能人，是从林场挖来的大山参，宝贝呐！调文工团吧！书记意味深长地打量了一眼老梁，对工会主席说：就按你意见办。就这样，老梁调进了文工团。</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⑦最让我佩服的是老梁先后给文工团做了两把低音大提琴。这实在让我感到惊讶，直到今天都觉得神奇！当时是计划经济年代，全国也没有几家乐器厂。林业局文工团属企业业余文艺团体，根本不在计划之中，有钱买不着货。乐队低音部力量薄弱，团长做梦都想有把低音大提琴。这事不知啥时装进了老梁心里。他把自己反锁进俱乐部三楼的布景制作室，一天天不出来，连下班吃饭时间也很少看见他。大家都知道他脾气倔，谁也不敢问他在干什么。直到两个多月后的一天，老梁将两把崭新的低音大提琴交到团长、指导员面前时，两个人顿时蒙了，以为是老梁有路子，托人买回了这个家什。团长问：多少钱？（丙）</w:t>
      </w:r>
      <w:r w:rsidR="002B7827">
        <w:rPr>
          <w:rFonts w:ascii="楷体" w:eastAsia="楷体" w:hAnsi="楷体" w:cs="楷体"/>
          <w:color w:val="000000"/>
          <w:u w:val="single"/>
        </w:rPr>
        <w:t>老梁“哼”了一声，扔出俩字：做的。</w:t>
      </w:r>
      <w:r w:rsidR="002B7827">
        <w:rPr>
          <w:rFonts w:ascii="楷体" w:eastAsia="楷体" w:hAnsi="楷体" w:cs="楷体"/>
          <w:color w:val="000000"/>
        </w:rPr>
        <w:t>做的？谁做的？团长、指导员更懵了。老梁没再回答，转身走了。团长、指导员瞅着他晃晃走远的背影，猛然醒过来。好你个老梁啊，可真有你的！</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⑧老梁渐渐有了名气，在意他的人越来越多，连局机关的干部都对他刮目相看。而老梁还是老梁，处人待物跟先前没有任何两样。</w:t>
      </w:r>
    </w:p>
    <w:p w:rsidR="00D53BEB">
      <w:pPr>
        <w:spacing w:line="360" w:lineRule="auto"/>
        <w:ind w:firstLine="420"/>
        <w:jc w:val="left"/>
        <w:textAlignment w:val="center"/>
        <w:rPr>
          <w:rFonts w:ascii="楷体" w:eastAsia="楷体" w:hAnsi="楷体" w:cs="楷体"/>
          <w:color w:val="000000"/>
          <w:u w:val="single"/>
        </w:rPr>
      </w:pPr>
      <w:r w:rsidR="002B7827">
        <w:rPr>
          <w:rFonts w:ascii="楷体" w:eastAsia="楷体" w:hAnsi="楷体" w:cs="楷体"/>
          <w:color w:val="000000"/>
        </w:rPr>
        <w:t>⑨上世纪七十年代末，全国上下各行各业大搞技术比武。省林业厅也下达文件，要在全省林业企业中举办一次“新兴林场沙盘模型设计”比赛。地点在省城，要求所属林业局各派一名能工巧匠参赛。老梁自然被选中。临行前，局工会主席把他请到办公室，就这次比赛的意义、名次、影响等，好一番叮嘱。（丁）</w:t>
      </w:r>
      <w:r w:rsidR="002B7827">
        <w:rPr>
          <w:rFonts w:ascii="楷体" w:eastAsia="楷体" w:hAnsi="楷体" w:cs="楷体"/>
          <w:color w:val="000000"/>
          <w:u w:val="single"/>
        </w:rPr>
        <w:t>老梁听到最后，习惯地用鼻子“哼”一声，连句话也没有。</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⑩没曾想，刚一报到就惹得老梁不高兴。别人签上名就领了钥匙进房间休息了，他却被负责报到的人问来查去好长时间，跟审特务一样。老梁一气之下，真想打道回府。可一想到工会主席那番话，只好强压怒火留了下来。</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⑪比赛共十天时间，前七天筹备，后三天安装，展厅就设在厅招待所会议室。前来参赛的人都想得个好名次，所以前七天大家都各自憋着劲闷在房间里鼓捣。待到后三天，才按组委会分好的选手区段，在展厅里忙活起来。只有老梁这边，剩下最后一天了，还仍是一片空白。于是，闲话出来了：这几天除了在食堂能见到他，再就不着面，没准是来混饭吃的……</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⑫然而，就在比赛的前一天晚上，老梁开始从房间往展厅一趟趟折腾东西，随之忙活起来。他干活有个习惯，不愿让别人看，似乎是怕别人偷着学去。老梁一直忙到天亮，整个晚上眼都没眨。</w:t>
      </w:r>
    </w:p>
    <w:p w:rsidR="00D53BEB">
      <w:pPr>
        <w:spacing w:line="360" w:lineRule="auto"/>
        <w:ind w:firstLine="420"/>
        <w:jc w:val="left"/>
        <w:textAlignment w:val="center"/>
        <w:rPr>
          <w:rFonts w:ascii="楷体" w:eastAsia="楷体" w:hAnsi="楷体" w:cs="楷体"/>
          <w:color w:val="000000"/>
          <w:u w:val="wave"/>
        </w:rPr>
      </w:pPr>
      <w:r w:rsidR="002B7827">
        <w:rPr>
          <w:rFonts w:ascii="楷体" w:eastAsia="楷体" w:hAnsi="楷体" w:cs="楷体"/>
          <w:color w:val="000000"/>
        </w:rPr>
        <w:t>⑬比赛正式开始了。在老梁的展区，一夜之间魔幻般地呈现出一座漂亮的林场模型。B</w:t>
      </w:r>
      <w:r w:rsidR="002B7827">
        <w:rPr>
          <w:rFonts w:ascii="楷体" w:eastAsia="楷体" w:hAnsi="楷体" w:cs="楷体"/>
          <w:color w:val="000000"/>
          <w:u w:val="wave"/>
        </w:rPr>
        <w:t>厅长参观时更是乐得合不拢嘴，说想不到咱林区还真有能人，瞧瞧，除了小点，跟真的一样，以后的林场就按这个样子建。</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⑭面对荣誉和赞美之声，老梁依旧习惯性地用鼻子“哼”一声。那“哼”声里蕴涵着酸甜苦辣、喜怒哀乐、人间况味的万般内容。</w:t>
      </w:r>
    </w:p>
    <w:p w:rsidR="00D53BEB">
      <w:pPr>
        <w:spacing w:line="360" w:lineRule="auto"/>
        <w:ind w:firstLine="420"/>
        <w:jc w:val="left"/>
        <w:textAlignment w:val="center"/>
        <w:rPr>
          <w:rFonts w:ascii="楷体" w:eastAsia="楷体" w:hAnsi="楷体" w:cs="楷体"/>
          <w:color w:val="000000"/>
        </w:rPr>
      </w:pPr>
      <w:r w:rsidR="002B7827">
        <w:rPr>
          <w:rFonts w:ascii="楷体" w:eastAsia="楷体" w:hAnsi="楷体" w:cs="楷体"/>
          <w:color w:val="000000"/>
        </w:rPr>
        <w:t>⑮如今，老梁已故去十几年了，但有关他的故事仍在林区流传，且愈传愈神奇，愈传版本愈多。人们总会说，一个相貌不佳的人，靠过人的本事，赢得了别人的尊重，捍卫了自己的尊严。</w:t>
      </w:r>
    </w:p>
    <w:p w:rsidR="00D53BEB">
      <w:pPr>
        <w:spacing w:line="360" w:lineRule="auto"/>
        <w:jc w:val="right"/>
        <w:textAlignment w:val="center"/>
        <w:rPr>
          <w:rFonts w:ascii="宋体" w:hAnsi="宋体"/>
          <w:color w:val="000000"/>
        </w:rPr>
      </w:pPr>
      <w:r w:rsidR="002B7827">
        <w:rPr>
          <w:rFonts w:ascii="宋体" w:hAnsi="宋体"/>
          <w:color w:val="000000"/>
        </w:rPr>
        <w:t>(2017年03月21日 来源：人民网</w:t>
      </w:r>
      <w:r w:rsidR="002B7827">
        <w:rPr>
          <w:rFonts w:eastAsia="Times New Roman" w:cs="Times New Roman"/>
          <w:color w:val="000000"/>
        </w:rPr>
        <w:t>-</w:t>
      </w:r>
      <w:r w:rsidR="002B7827">
        <w:rPr>
          <w:rFonts w:ascii="宋体" w:hAnsi="宋体"/>
          <w:color w:val="000000"/>
        </w:rPr>
        <w:t>人民日报)</w:t>
      </w:r>
    </w:p>
    <w:p w:rsidR="00D53BEB">
      <w:pPr>
        <w:spacing w:line="360" w:lineRule="auto"/>
        <w:jc w:val="left"/>
        <w:textAlignment w:val="center"/>
        <w:rPr>
          <w:rFonts w:ascii="宋体" w:hAnsi="宋体"/>
          <w:color w:val="000000"/>
        </w:rPr>
      </w:pPr>
      <w:r w:rsidR="002B7827">
        <w:rPr>
          <w:rFonts w:ascii="宋体" w:hAnsi="宋体"/>
          <w:color w:val="000000"/>
        </w:rPr>
        <w:t>16. 文章讲述了普通木匠老梁凭着自己的本事赢得了别人尊重的故事，请阅读全文，补齐下面的情节。</w:t>
      </w:r>
    </w:p>
    <w:p w:rsidR="00D53BEB">
      <w:pPr>
        <w:spacing w:line="360" w:lineRule="auto"/>
        <w:jc w:val="left"/>
        <w:textAlignment w:val="center"/>
        <w:rPr>
          <w:rFonts w:ascii="宋体" w:hAnsi="宋体"/>
          <w:color w:val="000000"/>
        </w:rPr>
      </w:pPr>
      <w:r w:rsidR="002B7827">
        <w:rPr>
          <w:rFonts w:ascii="宋体" w:hAnsi="宋体"/>
          <w:color w:val="000000"/>
        </w:rPr>
        <w:t>（1）老梁面对别人的轻视，沉默寡言，活却越干越好，赢得别人的夸奖。</w:t>
      </w:r>
    </w:p>
    <w:p w:rsidR="00D53BEB">
      <w:pPr>
        <w:spacing w:line="360" w:lineRule="auto"/>
        <w:jc w:val="left"/>
        <w:textAlignment w:val="center"/>
        <w:rPr>
          <w:rFonts w:ascii="宋体" w:hAnsi="宋体"/>
          <w:color w:val="000000"/>
        </w:rPr>
      </w:pPr>
      <w:r w:rsidR="002B7827">
        <w:rPr>
          <w:rFonts w:ascii="宋体" w:hAnsi="宋体"/>
          <w:color w:val="000000"/>
        </w:rPr>
        <w:t>（2）</w:t>
      </w:r>
    </w:p>
    <w:p w:rsidR="00D53BEB">
      <w:pPr>
        <w:spacing w:line="360" w:lineRule="auto"/>
        <w:jc w:val="left"/>
        <w:textAlignment w:val="center"/>
        <w:rPr>
          <w:rFonts w:ascii="宋体" w:hAnsi="宋体"/>
          <w:color w:val="000000"/>
        </w:rPr>
      </w:pPr>
      <w:r w:rsidR="002B7827">
        <w:rPr>
          <w:rFonts w:ascii="宋体" w:hAnsi="宋体"/>
          <w:color w:val="000000"/>
        </w:rPr>
        <w:t>（3）老梁经过两个月努力，做出两把团长梦寐以求的大提琴，渐渐有了名气。</w:t>
      </w:r>
    </w:p>
    <w:p w:rsidR="00D53BEB">
      <w:pPr>
        <w:spacing w:line="360" w:lineRule="auto"/>
        <w:jc w:val="left"/>
        <w:textAlignment w:val="center"/>
        <w:rPr>
          <w:rFonts w:ascii="宋体" w:hAnsi="宋体"/>
          <w:color w:val="000000"/>
        </w:rPr>
      </w:pPr>
      <w:r w:rsidR="002B7827">
        <w:rPr>
          <w:rFonts w:ascii="宋体" w:hAnsi="宋体"/>
          <w:color w:val="000000"/>
        </w:rPr>
        <w:t>（4）</w:t>
      </w:r>
    </w:p>
    <w:p w:rsidR="00D53BEB">
      <w:pPr>
        <w:spacing w:line="360" w:lineRule="auto"/>
        <w:jc w:val="left"/>
        <w:textAlignment w:val="center"/>
        <w:rPr>
          <w:rFonts w:ascii="宋体" w:hAnsi="宋体"/>
          <w:color w:val="000000"/>
        </w:rPr>
      </w:pPr>
      <w:r w:rsidR="002B7827">
        <w:rPr>
          <w:rFonts w:ascii="宋体" w:hAnsi="宋体"/>
          <w:color w:val="000000"/>
        </w:rPr>
        <w:t>17. 请从文中AB两处选择一处加以分析，说说这样写的好处。</w:t>
      </w:r>
    </w:p>
    <w:p w:rsidR="00D53BEB">
      <w:pPr>
        <w:spacing w:line="360" w:lineRule="auto"/>
        <w:jc w:val="left"/>
        <w:textAlignment w:val="center"/>
        <w:rPr>
          <w:rFonts w:ascii="宋体" w:hAnsi="宋体"/>
          <w:color w:val="000000"/>
        </w:rPr>
      </w:pPr>
      <w:r w:rsidR="002B7827">
        <w:rPr>
          <w:rFonts w:ascii="宋体" w:hAnsi="宋体"/>
          <w:color w:val="000000"/>
        </w:rPr>
        <w:t>我选</w:t>
      </w:r>
      <w:r w:rsidR="002B7827">
        <w:rPr>
          <w:rFonts w:ascii="宋体" w:hAnsi="宋体"/>
          <w:color w:val="000000"/>
          <w:u w:val="single"/>
        </w:rPr>
        <w:t xml:space="preserve">        </w:t>
      </w:r>
      <w:r w:rsidR="002B7827">
        <w:rPr>
          <w:rFonts w:ascii="宋体" w:hAnsi="宋体"/>
          <w:color w:val="000000"/>
        </w:rPr>
        <w:t>，好处是</w:t>
      </w:r>
      <w:r w:rsidR="002B7827">
        <w:rPr>
          <w:rFonts w:eastAsia="Times New Roman" w:cs="Times New Roman"/>
          <w:color w:val="000000"/>
        </w:rPr>
        <w:t>__________________________________</w:t>
      </w:r>
      <w:r w:rsidR="002B7827">
        <w:rPr>
          <w:rFonts w:ascii="宋体" w:hAnsi="宋体"/>
          <w:color w:val="000000"/>
        </w:rPr>
        <w:t>。</w:t>
        <w:br/>
      </w:r>
    </w:p>
    <w:p w:rsidR="00D53BEB">
      <w:pPr>
        <w:spacing w:line="360" w:lineRule="auto"/>
        <w:jc w:val="left"/>
        <w:textAlignment w:val="center"/>
        <w:rPr>
          <w:rFonts w:ascii="宋体" w:hAnsi="宋体"/>
          <w:color w:val="000000"/>
        </w:rPr>
      </w:pPr>
      <w:r w:rsidR="002B7827">
        <w:rPr>
          <w:rFonts w:ascii="宋体" w:hAnsi="宋体"/>
          <w:color w:val="000000"/>
        </w:rPr>
        <w:t>18. 下列选项中对划线句子理解错误的一项是（   ）：</w:t>
      </w:r>
    </w:p>
    <w:p w:rsidR="00D53BEB">
      <w:pPr>
        <w:spacing w:line="360" w:lineRule="auto"/>
        <w:jc w:val="left"/>
        <w:textAlignment w:val="center"/>
        <w:rPr>
          <w:rFonts w:ascii="宋体" w:hAnsi="宋体"/>
          <w:color w:val="000000"/>
        </w:rPr>
      </w:pPr>
      <w:r w:rsidR="002B7827">
        <w:rPr>
          <w:rFonts w:ascii="宋体" w:hAnsi="宋体"/>
          <w:color w:val="000000"/>
        </w:rPr>
        <w:t>A. 甲句写出了老梁潜心研究，对别人的不屑和夸奖宠辱不惊的心态。</w:t>
      </w:r>
    </w:p>
    <w:p w:rsidR="00D53BEB">
      <w:pPr>
        <w:spacing w:line="360" w:lineRule="auto"/>
        <w:jc w:val="left"/>
        <w:textAlignment w:val="center"/>
        <w:rPr>
          <w:rFonts w:ascii="宋体" w:hAnsi="宋体"/>
          <w:color w:val="000000"/>
        </w:rPr>
      </w:pPr>
      <w:r w:rsidR="002B7827">
        <w:rPr>
          <w:rFonts w:ascii="宋体" w:hAnsi="宋体"/>
          <w:color w:val="000000"/>
        </w:rPr>
        <w:t>B. 乙句表现了老梁面对工会主席让他试试的请求，信心十足，跃跃欲试的样子。</w:t>
      </w:r>
    </w:p>
    <w:p w:rsidR="00D53BEB">
      <w:pPr>
        <w:spacing w:line="360" w:lineRule="auto"/>
        <w:jc w:val="left"/>
        <w:textAlignment w:val="center"/>
        <w:rPr>
          <w:rFonts w:ascii="宋体" w:hAnsi="宋体"/>
          <w:color w:val="000000"/>
        </w:rPr>
      </w:pPr>
      <w:r w:rsidR="002B7827">
        <w:rPr>
          <w:rFonts w:ascii="宋体" w:hAnsi="宋体"/>
          <w:color w:val="000000"/>
        </w:rPr>
        <w:t>C. 丙句写出了老梁对于团长认为大提琴是买来的说法不以为然。</w:t>
      </w:r>
    </w:p>
    <w:p w:rsidR="00D53BEB">
      <w:pPr>
        <w:spacing w:line="360" w:lineRule="auto"/>
        <w:jc w:val="left"/>
        <w:textAlignment w:val="center"/>
        <w:rPr>
          <w:rFonts w:ascii="宋体" w:hAnsi="宋体"/>
          <w:color w:val="000000"/>
        </w:rPr>
      </w:pPr>
      <w:r w:rsidR="002B7827">
        <w:rPr>
          <w:rFonts w:ascii="宋体" w:hAnsi="宋体"/>
          <w:color w:val="000000"/>
        </w:rPr>
        <w:t>D. 丁句表现了老梁接受参加全国行业比赛这个任务时成竹在胸的状态。</w:t>
      </w:r>
    </w:p>
    <w:p w:rsidR="00D53BEB">
      <w:pPr>
        <w:spacing w:line="360" w:lineRule="auto"/>
        <w:jc w:val="left"/>
        <w:textAlignment w:val="center"/>
        <w:rPr>
          <w:rFonts w:ascii="宋体" w:hAnsi="宋体"/>
          <w:color w:val="000000"/>
        </w:rPr>
      </w:pPr>
      <w:r w:rsidR="002B7827">
        <w:rPr>
          <w:rFonts w:ascii="宋体" w:hAnsi="宋体"/>
          <w:color w:val="000000"/>
        </w:rPr>
        <w:t>19. 请从下面选项中为本文选一个题目，并结合文章内容说说选择的理由。</w:t>
      </w:r>
    </w:p>
    <w:p w:rsidR="00D53BEB">
      <w:pPr>
        <w:spacing w:line="360" w:lineRule="auto"/>
        <w:jc w:val="left"/>
        <w:textAlignment w:val="center"/>
        <w:rPr>
          <w:rFonts w:ascii="宋体" w:hAnsi="宋体"/>
          <w:color w:val="000000"/>
        </w:rPr>
      </w:pPr>
      <w:r w:rsidR="002B7827">
        <w:rPr>
          <w:rFonts w:ascii="宋体" w:hAnsi="宋体"/>
          <w:color w:val="000000"/>
        </w:rPr>
        <w:t>A.哼匠老梁     B.文工团巧匠</w:t>
      </w:r>
    </w:p>
    <w:p w:rsidR="00D53BEB">
      <w:pPr>
        <w:spacing w:line="360" w:lineRule="auto"/>
        <w:jc w:val="left"/>
        <w:textAlignment w:val="center"/>
        <w:rPr>
          <w:rFonts w:ascii="宋体" w:hAnsi="宋体"/>
          <w:color w:val="000000"/>
        </w:rPr>
      </w:pPr>
      <w:r w:rsidR="002B7827">
        <w:rPr>
          <w:rFonts w:ascii="宋体" w:hAnsi="宋体"/>
          <w:color w:val="000000"/>
        </w:rPr>
        <w:t>我选</w:t>
      </w:r>
      <w:r w:rsidR="002B7827">
        <w:rPr>
          <w:rFonts w:ascii="宋体" w:hAnsi="宋体"/>
          <w:color w:val="000000"/>
          <w:u w:val="single"/>
        </w:rPr>
        <w:t xml:space="preserve">        </w:t>
      </w:r>
      <w:r w:rsidR="002B7827">
        <w:rPr>
          <w:rFonts w:ascii="宋体" w:hAnsi="宋体"/>
          <w:color w:val="000000"/>
        </w:rPr>
        <w:t>，选择理由</w:t>
      </w:r>
    </w:p>
    <w:p w:rsidR="00D53BEB">
      <w:pPr>
        <w:spacing w:line="360" w:lineRule="auto"/>
        <w:textAlignment w:val="center"/>
        <w:rPr>
          <w:rFonts w:ascii="宋体" w:hAnsi="宋体"/>
          <w:color w:val="000000"/>
        </w:rPr>
      </w:pPr>
      <w:r w:rsidR="002B7827">
        <w:rPr>
          <w:color w:val="2E75B6"/>
        </w:rPr>
        <w:t>【答案】</w:t>
      </w:r>
      <w:r w:rsidR="002B7827">
        <w:rPr>
          <w:color w:val="000000"/>
        </w:rPr>
        <w:t xml:space="preserve">16. </w:t>
      </w:r>
      <w:r w:rsidR="002B7827">
        <w:rPr>
          <w:rFonts w:ascii="宋体" w:hAnsi="宋体"/>
          <w:color w:val="000000"/>
        </w:rPr>
        <w:t>（1）老梁经人推荐给文工团做话剧布景，速度快，质量高，让助手服气，自己也因此被调进了文工团。</w:t>
      </w:r>
    </w:p>
    <w:p w:rsidR="00D53BEB">
      <w:pPr>
        <w:spacing w:line="360" w:lineRule="auto"/>
        <w:jc w:val="left"/>
        <w:textAlignment w:val="center"/>
        <w:rPr>
          <w:rFonts w:ascii="宋体" w:hAnsi="宋体"/>
          <w:color w:val="000000"/>
        </w:rPr>
      </w:pPr>
      <w:r w:rsidR="002B7827">
        <w:rPr>
          <w:rFonts w:ascii="宋体" w:hAnsi="宋体"/>
          <w:color w:val="000000"/>
        </w:rPr>
        <w:t>（2）老梁代表所属林业局参加“新兴林场沙盘模型设计”比赛，做出漂亮的林场模型，捍卫了自己的尊严。</w:t>
      </w:r>
      <w:r w:rsidR="002B7827">
        <w:rPr>
          <w:color w:val="000000"/>
        </w:rPr>
        <w:t xml:space="preserve">    </w:t>
      </w:r>
    </w:p>
    <w:p w:rsidR="00D53BEB">
      <w:pPr>
        <w:spacing w:line="360" w:lineRule="auto"/>
        <w:jc w:val="left"/>
        <w:textAlignment w:val="center"/>
        <w:rPr>
          <w:rFonts w:ascii="宋体" w:hAnsi="宋体"/>
          <w:color w:val="000000"/>
        </w:rPr>
      </w:pPr>
      <w:r w:rsidR="002B7827">
        <w:rPr>
          <w:color w:val="000000"/>
        </w:rPr>
        <w:t xml:space="preserve">17. </w:t>
      </w:r>
      <w:r w:rsidR="002B7827">
        <w:rPr>
          <w:rFonts w:ascii="宋体" w:hAnsi="宋体"/>
          <w:color w:val="000000"/>
        </w:rPr>
        <w:t>示例：</w:t>
      </w:r>
    </w:p>
    <w:p w:rsidR="00D53BEB">
      <w:pPr>
        <w:spacing w:line="360" w:lineRule="auto"/>
        <w:jc w:val="left"/>
        <w:textAlignment w:val="center"/>
        <w:rPr>
          <w:rFonts w:ascii="宋体" w:hAnsi="宋体"/>
          <w:color w:val="000000"/>
        </w:rPr>
      </w:pPr>
      <w:r w:rsidR="002B7827">
        <w:rPr>
          <w:rFonts w:ascii="宋体" w:hAnsi="宋体"/>
          <w:color w:val="000000"/>
        </w:rPr>
        <w:t>A几次下来，助手服了，夹着尾巴乖乖地当起了徒弟。</w:t>
      </w:r>
    </w:p>
    <w:p w:rsidR="00D53BEB">
      <w:pPr>
        <w:spacing w:line="360" w:lineRule="auto"/>
        <w:jc w:val="left"/>
        <w:textAlignment w:val="center"/>
        <w:rPr>
          <w:rFonts w:ascii="宋体" w:hAnsi="宋体"/>
          <w:color w:val="000000"/>
        </w:rPr>
      </w:pPr>
      <w:r w:rsidR="002B7827">
        <w:rPr>
          <w:rFonts w:ascii="宋体" w:hAnsi="宋体"/>
          <w:color w:val="000000"/>
        </w:rPr>
        <w:t>这句话写出了徒弟对老梁的手艺非常佩服，和上面徒弟不服气的状态形成对比，侧面衬托了老梁技艺高超。</w:t>
      </w:r>
    </w:p>
    <w:p w:rsidR="00D53BEB">
      <w:pPr>
        <w:spacing w:line="360" w:lineRule="auto"/>
        <w:jc w:val="left"/>
        <w:textAlignment w:val="center"/>
        <w:rPr>
          <w:rFonts w:ascii="宋体" w:hAnsi="宋体"/>
          <w:color w:val="000000"/>
        </w:rPr>
      </w:pPr>
      <w:r w:rsidR="002B7827">
        <w:rPr>
          <w:rFonts w:ascii="宋体" w:hAnsi="宋体"/>
          <w:color w:val="000000"/>
        </w:rPr>
        <w:t>B厅长参观时更是乐得合不拢嘴，说想不到咱林区还真有能人，瞧瞧，除了小点，跟真的一样，以后的林场就按这个样子建。</w:t>
      </w:r>
    </w:p>
    <w:p w:rsidR="00D53BEB">
      <w:pPr>
        <w:spacing w:line="360" w:lineRule="auto"/>
        <w:jc w:val="left"/>
        <w:textAlignment w:val="center"/>
        <w:rPr>
          <w:rFonts w:ascii="宋体" w:hAnsi="宋体"/>
          <w:color w:val="000000"/>
        </w:rPr>
      </w:pPr>
      <w:r w:rsidR="002B7827">
        <w:rPr>
          <w:rFonts w:ascii="宋体" w:hAnsi="宋体"/>
          <w:color w:val="000000"/>
        </w:rPr>
        <w:t>这句话是侧面描写，通过写厅长对老梁做出的模型非常满意，衬托出老梁技艺的高超。</w:t>
      </w:r>
      <w:r w:rsidR="002B7827">
        <w:rPr>
          <w:color w:val="000000"/>
        </w:rPr>
        <w:t xml:space="preserve">    18. B    </w:t>
      </w:r>
    </w:p>
    <w:p w:rsidR="00D53BEB">
      <w:pPr>
        <w:spacing w:line="360" w:lineRule="auto"/>
        <w:jc w:val="left"/>
        <w:textAlignment w:val="center"/>
        <w:rPr>
          <w:rFonts w:ascii="宋体" w:hAnsi="宋体"/>
          <w:color w:val="000000"/>
        </w:rPr>
      </w:pPr>
      <w:r w:rsidR="002B7827">
        <w:rPr>
          <w:color w:val="000000"/>
        </w:rPr>
        <w:t xml:space="preserve">19. </w:t>
      </w:r>
      <w:r w:rsidR="002B7827">
        <w:rPr>
          <w:rFonts w:ascii="宋体" w:hAnsi="宋体"/>
          <w:color w:val="000000"/>
        </w:rPr>
        <w:t>我选A，哼匠老梁交代了故事的主要人物是老梁，“哼”是老梁表达喜怒哀乐时最突出的习惯，也是他孤傲性格的一种外化，写出了老梁的性格特点。文章多处写到老梁的“哼”，这是贯穿文章的一条线索。以此为题，别致有趣，易于引起读者的阅读兴趣。</w:t>
      </w:r>
    </w:p>
    <w:p w:rsidR="00D53BEB">
      <w:pPr>
        <w:spacing w:line="360" w:lineRule="auto"/>
        <w:textAlignment w:val="center"/>
        <w:rPr>
          <w:color w:val="000000"/>
        </w:rPr>
      </w:pPr>
      <w:r w:rsidR="002B7827">
        <w:rPr>
          <w:color w:val="2E75B6"/>
        </w:rPr>
        <w:t>【解析】</w:t>
      </w:r>
    </w:p>
    <w:p w:rsidR="00D53BEB">
      <w:pPr>
        <w:spacing w:line="360" w:lineRule="auto"/>
        <w:textAlignment w:val="center"/>
        <w:rPr>
          <w:color w:val="000000"/>
        </w:rPr>
      </w:pPr>
      <w:r w:rsidR="002B7827">
        <w:rPr>
          <w:color w:val="000000"/>
        </w:rPr>
        <w:t>【16题详解】</w:t>
      </w:r>
    </w:p>
    <w:p w:rsidR="00D53BEB">
      <w:pPr>
        <w:spacing w:line="360" w:lineRule="auto"/>
        <w:textAlignment w:val="center"/>
        <w:rPr>
          <w:rFonts w:ascii="宋体" w:hAnsi="宋体"/>
          <w:color w:val="000000"/>
        </w:rPr>
      </w:pPr>
      <w:r w:rsidR="002B7827">
        <w:rPr>
          <w:rFonts w:ascii="宋体" w:hAnsi="宋体"/>
          <w:color w:val="000000"/>
        </w:rPr>
        <w:t>本题考查内容概括。</w:t>
      </w:r>
    </w:p>
    <w:p w:rsidR="00D53BEB">
      <w:pPr>
        <w:spacing w:line="360" w:lineRule="auto"/>
        <w:jc w:val="left"/>
        <w:textAlignment w:val="center"/>
        <w:rPr>
          <w:rFonts w:ascii="宋体" w:hAnsi="宋体"/>
          <w:color w:val="000000"/>
        </w:rPr>
      </w:pPr>
      <w:r w:rsidR="002B7827">
        <w:rPr>
          <w:rFonts w:ascii="宋体" w:hAnsi="宋体"/>
          <w:color w:val="000000"/>
        </w:rPr>
        <w:t>（1）结合第五、六段“那年，文工团排了一台大型话剧，布景难度很大，当时的美工完成不了，急得局工会主席在全局职工中广泛纳贤。有人推荐老梁去试试，老梁去了”“就这样，老梁有条不紊地利用十几天时间把全场布景赶了出来。全团员工都感到神速，导演更是满意，直夸老梁”可概括：老梁经人推荐给文工团做话剧布景，速度快，质量高，让助手服气，自己也因此被调进了文工团。</w:t>
      </w:r>
    </w:p>
    <w:p w:rsidR="00D53BEB">
      <w:pPr>
        <w:spacing w:line="360" w:lineRule="auto"/>
        <w:jc w:val="left"/>
        <w:textAlignment w:val="center"/>
        <w:rPr>
          <w:rFonts w:ascii="宋体" w:hAnsi="宋体"/>
          <w:color w:val="000000"/>
        </w:rPr>
      </w:pPr>
      <w:r w:rsidR="002B7827">
        <w:rPr>
          <w:rFonts w:ascii="宋体" w:hAnsi="宋体"/>
          <w:color w:val="000000"/>
        </w:rPr>
        <w:t>（2）结合第九到第十三段“省林业厅也下达文件，要在全省林业企业中举办一次‘新兴林场沙盘模型设计’比赛。地点在省城，要求所属林业局各派一名能工巧匠参赛。老梁自然被选中”“在老梁的展区，一夜之间魔幻般地呈现出一座漂亮的林场模型”可概括：老梁代表所属林业局参加“新兴林场沙盘模型设计”比赛，做出漂亮的林场模型，捍卫了自己的尊严。</w:t>
      </w:r>
    </w:p>
    <w:p w:rsidR="00D53BEB">
      <w:pPr>
        <w:spacing w:line="360" w:lineRule="auto"/>
        <w:jc w:val="left"/>
        <w:textAlignment w:val="center"/>
        <w:rPr>
          <w:color w:val="000000"/>
        </w:rPr>
      </w:pPr>
      <w:r w:rsidR="002B7827">
        <w:rPr>
          <w:color w:val="000000"/>
        </w:rPr>
        <w:t>【17题详解】</w:t>
      </w:r>
    </w:p>
    <w:p w:rsidR="00D53BEB">
      <w:pPr>
        <w:spacing w:line="360" w:lineRule="auto"/>
        <w:jc w:val="left"/>
        <w:textAlignment w:val="center"/>
        <w:rPr>
          <w:rFonts w:ascii="宋体" w:hAnsi="宋体"/>
          <w:color w:val="000000"/>
        </w:rPr>
      </w:pPr>
      <w:r w:rsidR="002B7827">
        <w:rPr>
          <w:rFonts w:ascii="宋体" w:hAnsi="宋体"/>
          <w:color w:val="000000"/>
        </w:rPr>
        <w:t>本题考查句子赏析。赏析思路：手法——效果——感情。</w:t>
      </w:r>
    </w:p>
    <w:p w:rsidR="00D53BEB">
      <w:pPr>
        <w:spacing w:line="360" w:lineRule="auto"/>
        <w:jc w:val="left"/>
        <w:textAlignment w:val="center"/>
        <w:rPr>
          <w:rFonts w:ascii="宋体" w:hAnsi="宋体"/>
          <w:color w:val="000000"/>
        </w:rPr>
      </w:pPr>
      <w:r w:rsidR="002B7827">
        <w:rPr>
          <w:rFonts w:ascii="宋体" w:hAnsi="宋体"/>
          <w:color w:val="000000"/>
        </w:rPr>
        <w:t>（1）A。结合第六段“原来那个美工成了他的助手，给他打下手，一百个不服气。于是，工作上极不配合，时不时还故意制造点麻烦”可知，美工的态度发生了变化，由不服气到服气，形成了对比，变化的原因是老梁高超的手艺折服了美工，一方面写出了徒弟对老梁的手艺非常佩服，另一方面从侧面突出了老梁技艺的高超。</w:t>
      </w:r>
    </w:p>
    <w:p w:rsidR="00D53BEB">
      <w:pPr>
        <w:spacing w:line="360" w:lineRule="auto"/>
        <w:jc w:val="left"/>
        <w:textAlignment w:val="center"/>
        <w:rPr>
          <w:rFonts w:ascii="宋体" w:hAnsi="宋体"/>
          <w:color w:val="000000"/>
        </w:rPr>
      </w:pPr>
      <w:r w:rsidR="002B7827">
        <w:rPr>
          <w:rFonts w:ascii="宋体" w:hAnsi="宋体"/>
          <w:color w:val="000000"/>
        </w:rPr>
        <w:t>（2）B。“乐得合不拢嘴”是神态描写，“说想不到咱林区还真有能人，瞧瞧，除了小点，跟真的一样，以后的林场就按这个样子建”是语言描写，通过神态和语言描写，突出了厅长的高兴，对老梁的赞赏，表现了厅长老梁做出的模型非常满意，运用侧面描写的方法，衬托出老梁技艺的高超。</w:t>
      </w:r>
    </w:p>
    <w:p w:rsidR="00D53BEB">
      <w:pPr>
        <w:spacing w:line="360" w:lineRule="auto"/>
        <w:jc w:val="left"/>
        <w:textAlignment w:val="center"/>
        <w:rPr>
          <w:color w:val="000000"/>
        </w:rPr>
      </w:pPr>
      <w:r w:rsidR="002B7827">
        <w:rPr>
          <w:color w:val="000000"/>
        </w:rPr>
        <w:t>【18题详解】</w:t>
      </w:r>
    </w:p>
    <w:p w:rsidR="00D53BEB">
      <w:pPr>
        <w:spacing w:line="360" w:lineRule="auto"/>
        <w:jc w:val="left"/>
        <w:textAlignment w:val="center"/>
        <w:rPr>
          <w:rFonts w:ascii="宋体" w:hAnsi="宋体"/>
          <w:color w:val="000000"/>
        </w:rPr>
      </w:pPr>
      <w:r w:rsidR="002B7827">
        <w:rPr>
          <w:rFonts w:ascii="宋体" w:hAnsi="宋体"/>
          <w:color w:val="000000"/>
        </w:rPr>
        <w:t>本题考查内容分析。结合“老梁‘哼’一声，勉强留了下来”可知，这里写出老梁面对工会主席的不信任的不高兴，并非是“信心十足，跃跃欲试的样子”，故B错误，选B。</w:t>
      </w:r>
    </w:p>
    <w:p w:rsidR="00D53BEB">
      <w:pPr>
        <w:spacing w:line="360" w:lineRule="auto"/>
        <w:jc w:val="left"/>
        <w:textAlignment w:val="center"/>
        <w:rPr>
          <w:color w:val="000000"/>
        </w:rPr>
      </w:pPr>
      <w:r w:rsidR="002B7827">
        <w:rPr>
          <w:color w:val="000000"/>
        </w:rPr>
        <w:t>【19题详解】</w:t>
      </w:r>
    </w:p>
    <w:p w:rsidR="00D53BEB">
      <w:pPr>
        <w:spacing w:line="360" w:lineRule="auto"/>
        <w:jc w:val="left"/>
        <w:textAlignment w:val="center"/>
        <w:rPr>
          <w:rFonts w:ascii="宋体" w:hAnsi="宋体"/>
          <w:color w:val="000000"/>
        </w:rPr>
      </w:pPr>
      <w:r w:rsidR="002B7827">
        <w:rPr>
          <w:rFonts w:ascii="宋体" w:hAnsi="宋体"/>
          <w:color w:val="000000"/>
        </w:rPr>
        <w:t>本题考查拟题。答题思路：可以从文章题目的效果、作用角度来选择。可以从悬念、文章写作对象、主题、人物形象、线索、读者阅读兴趣等角度思考。</w:t>
      </w:r>
    </w:p>
    <w:p w:rsidR="00D53BEB">
      <w:pPr>
        <w:spacing w:line="360" w:lineRule="auto"/>
        <w:jc w:val="left"/>
        <w:textAlignment w:val="center"/>
        <w:rPr>
          <w:rFonts w:ascii="宋体" w:hAnsi="宋体"/>
          <w:color w:val="000000"/>
        </w:rPr>
      </w:pPr>
      <w:r w:rsidR="002B7827">
        <w:rPr>
          <w:rFonts w:ascii="宋体" w:hAnsi="宋体"/>
          <w:color w:val="000000"/>
        </w:rPr>
        <w:t>（1）人物形象。“哼匠老梁”这个题目既点明了本文的写作对象是老梁，同时也点明了老梁这个人物的性格：孤傲。</w:t>
      </w:r>
    </w:p>
    <w:p w:rsidR="00D53BEB">
      <w:pPr>
        <w:spacing w:line="360" w:lineRule="auto"/>
        <w:jc w:val="left"/>
        <w:textAlignment w:val="center"/>
        <w:rPr>
          <w:rFonts w:ascii="宋体" w:hAnsi="宋体"/>
          <w:color w:val="000000"/>
        </w:rPr>
      </w:pPr>
      <w:r w:rsidR="002B7827">
        <w:rPr>
          <w:rFonts w:ascii="宋体" w:hAnsi="宋体"/>
          <w:color w:val="000000"/>
        </w:rPr>
        <w:t>（2）悬念。“哼匠老梁”设置了悬念，吸引了读者阅读兴趣。</w:t>
      </w:r>
    </w:p>
    <w:p w:rsidR="00D53BEB">
      <w:pPr>
        <w:spacing w:line="360" w:lineRule="auto"/>
        <w:jc w:val="left"/>
        <w:textAlignment w:val="center"/>
        <w:rPr>
          <w:rFonts w:ascii="宋体" w:hAnsi="宋体"/>
          <w:color w:val="000000"/>
        </w:rPr>
      </w:pPr>
      <w:r w:rsidR="002B7827">
        <w:rPr>
          <w:rFonts w:ascii="宋体" w:hAnsi="宋体"/>
          <w:color w:val="000000"/>
        </w:rPr>
        <w:t>（3）线索。文章几个事件中老梁的情感都是通过“哼”来展现的，“哼匠老梁”是文章线索，贯穿全文。</w:t>
      </w:r>
    </w:p>
    <w:p w:rsidR="00D53BEB">
      <w:pPr>
        <w:spacing w:line="360" w:lineRule="auto"/>
        <w:jc w:val="left"/>
        <w:textAlignment w:val="center"/>
        <w:rPr>
          <w:rFonts w:ascii="宋体" w:hAnsi="宋体"/>
          <w:color w:val="000000"/>
        </w:rPr>
      </w:pPr>
      <w:r w:rsidR="002B7827">
        <w:rPr>
          <w:rFonts w:ascii="宋体" w:hAnsi="宋体"/>
          <w:color w:val="000000"/>
        </w:rPr>
        <w:t>故选A，这个题目更有表现力。</w:t>
      </w:r>
    </w:p>
    <w:p>
      <w:pPr>
        <w:pStyle w:val="Heading3"/>
      </w:pPr>
      <w:r>
        <w:t>延庆区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四、现代文阅读（共</w:t>
      </w:r>
      <w:r>
        <w:rPr>
          <w:rFonts w:eastAsia="宋体;SimSun" w:cs="宋体;SimSun" w:ascii="宋体;SimSun" w:hAnsi="宋体;SimSun"/>
          <w:b/>
          <w:color w:val="000000"/>
          <w:sz w:val="24"/>
        </w:rPr>
        <w:t>18</w:t>
      </w:r>
      <w:r>
        <w:rPr>
          <w:rFonts w:ascii="宋体;SimSun" w:hAnsi="宋体;SimSun" w:cs="宋体;SimSun" w:eastAsia="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（一）</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阅读下面材料，完成小题。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如何增强科技自主创新能力</w:t>
      </w:r>
      <w:r>
        <w:rPr>
          <w:rFonts w:eastAsia="楷体" w:cs="楷体" w:ascii="楷体" w:hAnsi="楷体"/>
          <w:color w:val="000000"/>
        </w:rPr>
        <w:t>?</w:t>
      </w:r>
      <w:r>
        <w:rPr>
          <w:rFonts w:ascii="楷体" w:hAnsi="楷体" w:cs="楷体" w:eastAsia="楷体"/>
          <w:color w:val="000000"/>
        </w:rPr>
        <w:t>本报记者在国内外走访数十家企业和科研机构，展开深度调查。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2017</w:t>
      </w:r>
      <w:r>
        <w:rPr>
          <w:rFonts w:ascii="楷体" w:hAnsi="楷体" w:cs="楷体" w:eastAsia="楷体"/>
          <w:color w:val="000000"/>
        </w:rPr>
        <w:t>年，我国新能源整车、动力电池骨干企业研发投入占比达到</w:t>
      </w:r>
      <w:r>
        <w:rPr>
          <w:rFonts w:eastAsia="楷体" w:cs="楷体" w:ascii="楷体" w:hAnsi="楷体"/>
          <w:color w:val="000000"/>
        </w:rPr>
        <w:t>8%</w:t>
      </w:r>
      <w:r>
        <w:rPr>
          <w:rFonts w:ascii="楷体" w:hAnsi="楷体" w:cs="楷体" w:eastAsia="楷体"/>
          <w:color w:val="000000"/>
        </w:rPr>
        <w:t>以上，高于国际行业平均水平。“</w:t>
      </w:r>
      <w:r>
        <w:rPr>
          <w:rFonts w:eastAsia="楷体" w:cs="楷体" w:ascii="楷体" w:hAnsi="楷体"/>
          <w:color w:val="000000"/>
        </w:rPr>
        <w:t>20.35%</w:t>
      </w:r>
      <w:r>
        <w:rPr>
          <w:rFonts w:ascii="楷体" w:hAnsi="楷体" w:cs="楷体" w:eastAsia="楷体"/>
          <w:color w:val="000000"/>
        </w:rPr>
        <w:t>，则是北京新能源汽车公司</w:t>
      </w:r>
      <w:r>
        <w:rPr>
          <w:rFonts w:eastAsia="楷体" w:cs="楷体" w:ascii="楷体" w:hAnsi="楷体"/>
          <w:color w:val="000000"/>
        </w:rPr>
        <w:t>2013</w:t>
      </w:r>
      <w:r>
        <w:rPr>
          <w:rFonts w:ascii="楷体" w:hAnsi="楷体" w:cs="楷体" w:eastAsia="楷体"/>
          <w:color w:val="000000"/>
        </w:rPr>
        <w:t>年—</w:t>
      </w:r>
      <w:r>
        <w:rPr>
          <w:rFonts w:eastAsia="楷体" w:cs="楷体" w:ascii="楷体" w:hAnsi="楷体"/>
          <w:color w:val="000000"/>
        </w:rPr>
        <w:t>2017</w:t>
      </w:r>
      <w:r>
        <w:rPr>
          <w:rFonts w:ascii="楷体" w:hAnsi="楷体" w:cs="楷体" w:eastAsia="楷体"/>
          <w:color w:val="000000"/>
        </w:rPr>
        <w:t>年间研发经费占营业收入的平均比重，总金额更是超过</w:t>
      </w:r>
      <w:r>
        <w:rPr>
          <w:rFonts w:eastAsia="楷体" w:cs="楷体" w:ascii="楷体" w:hAnsi="楷体"/>
          <w:color w:val="000000"/>
        </w:rPr>
        <w:t>36</w:t>
      </w:r>
      <w:r>
        <w:rPr>
          <w:rFonts w:ascii="楷体" w:hAnsi="楷体" w:cs="楷体" w:eastAsia="楷体"/>
          <w:color w:val="000000"/>
        </w:rPr>
        <w:t>亿元”，北汽新能源工程研究院常务副院长李玉军说。公司现有研发团队</w:t>
      </w:r>
      <w:r>
        <w:rPr>
          <w:rFonts w:eastAsia="楷体" w:cs="楷体" w:ascii="楷体" w:hAnsi="楷体"/>
          <w:color w:val="000000"/>
        </w:rPr>
        <w:t>1200</w:t>
      </w:r>
      <w:r>
        <w:rPr>
          <w:rFonts w:ascii="楷体" w:hAnsi="楷体" w:cs="楷体" w:eastAsia="楷体"/>
          <w:color w:val="000000"/>
        </w:rPr>
        <w:t>余人，较</w:t>
      </w:r>
      <w:r>
        <w:rPr>
          <w:rFonts w:eastAsia="楷体" w:cs="楷体" w:ascii="楷体" w:hAnsi="楷体"/>
          <w:color w:val="000000"/>
        </w:rPr>
        <w:t>2013</w:t>
      </w:r>
      <w:r>
        <w:rPr>
          <w:rFonts w:ascii="楷体" w:hAnsi="楷体" w:cs="楷体" w:eastAsia="楷体"/>
          <w:color w:val="000000"/>
        </w:rPr>
        <w:t>年底翻了</w:t>
      </w:r>
      <w:r>
        <w:rPr>
          <w:rFonts w:eastAsia="楷体" w:cs="楷体" w:ascii="楷体" w:hAnsi="楷体"/>
          <w:color w:val="000000"/>
        </w:rPr>
        <w:t>4</w:t>
      </w:r>
      <w:r>
        <w:rPr>
          <w:rFonts w:ascii="楷体" w:hAnsi="楷体" w:cs="楷体" w:eastAsia="楷体"/>
          <w:color w:val="000000"/>
        </w:rPr>
        <w:t>倍。得益于大力的投入，北汽新能源掌握了新能源汽车控制系统开发、电驱动系统集成与开发、整车集成开发三大关键核心技术，构建了相对完整的研发业务。</w:t>
      </w:r>
    </w:p>
    <w:p>
      <w:pPr>
        <w:pStyle w:val="Normal"/>
        <w:spacing w:lineRule="auto" w:line="360"/>
        <w:ind w:firstLine="420" w:end="0"/>
        <w:jc w:val="start"/>
        <w:textAlignment w:val="center"/>
        <w:rPr/>
      </w:pPr>
      <w:r>
        <w:rPr>
          <w:rFonts w:eastAsia="楷体" w:cs="楷体" w:ascii="楷体" w:hAnsi="楷体"/>
          <w:color w:val="000000"/>
          <w:u w:val="single"/>
        </w:rPr>
        <w:t>①</w:t>
      </w:r>
      <w:r>
        <w:rPr>
          <w:color w:val="000000"/>
          <w:u w:val="single"/>
        </w:rPr>
        <w:t xml:space="preserve">    </w:t>
      </w:r>
      <w:r>
        <w:rPr>
          <w:rFonts w:ascii="楷体" w:hAnsi="楷体" w:cs="楷体" w:eastAsia="楷体"/>
          <w:color w:val="000000"/>
        </w:rPr>
        <w:t>。徐工集团董事长王民介绍，其工程机械主业跻身全球行业第六位。定位智能、节</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能、人性化等技术发展方向，徐工研发的轮式起重机产品关键性能指标达到国际先进水平。目前，在核心技术创新上的专利布局成效明显。国内专利申请</w:t>
      </w:r>
      <w:r>
        <w:rPr>
          <w:rFonts w:eastAsia="楷体" w:cs="楷体" w:ascii="楷体" w:hAnsi="楷体"/>
          <w:color w:val="000000"/>
        </w:rPr>
        <w:t>2278</w:t>
      </w:r>
      <w:r>
        <w:rPr>
          <w:rFonts w:ascii="楷体" w:hAnsi="楷体" w:cs="楷体" w:eastAsia="楷体"/>
          <w:color w:val="000000"/>
        </w:rPr>
        <w:t>件，授权</w:t>
      </w:r>
      <w:r>
        <w:rPr>
          <w:rFonts w:eastAsia="楷体" w:cs="楷体" w:ascii="楷体" w:hAnsi="楷体"/>
          <w:color w:val="000000"/>
        </w:rPr>
        <w:t>1119</w:t>
      </w:r>
      <w:r>
        <w:rPr>
          <w:rFonts w:ascii="楷体" w:hAnsi="楷体" w:cs="楷体" w:eastAsia="楷体"/>
          <w:color w:val="000000"/>
        </w:rPr>
        <w:t>件，其中，授权发明专利</w:t>
      </w:r>
      <w:r>
        <w:rPr>
          <w:rFonts w:eastAsia="楷体" w:cs="楷体" w:ascii="楷体" w:hAnsi="楷体"/>
          <w:color w:val="000000"/>
        </w:rPr>
        <w:t>462</w:t>
      </w:r>
      <w:r>
        <w:rPr>
          <w:rFonts w:ascii="楷体" w:hAnsi="楷体" w:cs="楷体" w:eastAsia="楷体"/>
          <w:color w:val="000000"/>
        </w:rPr>
        <w:t>件</w:t>
      </w:r>
      <w:r>
        <w:rPr>
          <w:rFonts w:eastAsia="楷体" w:cs="楷体" w:ascii="楷体" w:hAnsi="楷体"/>
          <w:color w:val="000000"/>
        </w:rPr>
        <w:t>;</w:t>
      </w:r>
      <w:r>
        <w:rPr>
          <w:rFonts w:ascii="楷体" w:hAnsi="楷体" w:cs="楷体" w:eastAsia="楷体"/>
          <w:color w:val="000000"/>
        </w:rPr>
        <w:t>在重点海外目标市场，也布局专利</w:t>
      </w:r>
      <w:r>
        <w:rPr>
          <w:rFonts w:eastAsia="楷体" w:cs="楷体" w:ascii="楷体" w:hAnsi="楷体"/>
          <w:color w:val="000000"/>
        </w:rPr>
        <w:t>44</w:t>
      </w:r>
      <w:r>
        <w:rPr>
          <w:rFonts w:ascii="楷体" w:hAnsi="楷体" w:cs="楷体" w:eastAsia="楷体"/>
          <w:color w:val="000000"/>
        </w:rPr>
        <w:t>项。</w:t>
      </w:r>
    </w:p>
    <w:p>
      <w:pPr>
        <w:pStyle w:val="Normal"/>
        <w:spacing w:lineRule="auto" w:line="360"/>
        <w:ind w:firstLine="420" w:end="0"/>
        <w:jc w:val="end"/>
        <w:textAlignment w:val="center"/>
        <w:rPr>
          <w:rFonts w:ascii="楷体" w:hAnsi="楷体" w:eastAsia="楷体" w:cs="楷体"/>
          <w:color w:val="000000"/>
        </w:rPr>
      </w:pPr>
      <w:r>
        <w:rPr>
          <w:rFonts w:ascii="楷体" w:hAnsi="楷体" w:cs="楷体" w:eastAsia="楷体"/>
          <w:color w:val="000000"/>
        </w:rPr>
        <w:t>（节选自</w:t>
      </w:r>
      <w:r>
        <w:rPr>
          <w:rFonts w:eastAsia="楷体" w:cs="楷体" w:ascii="楷体" w:hAnsi="楷体"/>
          <w:color w:val="000000"/>
        </w:rPr>
        <w:t>2018</w:t>
      </w:r>
      <w:r>
        <w:rPr>
          <w:rFonts w:ascii="楷体" w:hAnsi="楷体" w:cs="楷体" w:eastAsia="楷体"/>
          <w:color w:val="000000"/>
        </w:rPr>
        <w:t>年</w:t>
      </w:r>
      <w:r>
        <w:rPr>
          <w:rFonts w:eastAsia="楷体" w:cs="楷体" w:ascii="楷体" w:hAnsi="楷体"/>
          <w:color w:val="000000"/>
        </w:rPr>
        <w:t>7</w:t>
      </w:r>
      <w:r>
        <w:rPr>
          <w:rFonts w:ascii="楷体" w:hAnsi="楷体" w:cs="楷体" w:eastAsia="楷体"/>
          <w:color w:val="000000"/>
        </w:rPr>
        <w:t>月</w:t>
      </w:r>
      <w:r>
        <w:rPr>
          <w:rFonts w:eastAsia="楷体" w:cs="楷体" w:ascii="楷体" w:hAnsi="楷体"/>
          <w:color w:val="000000"/>
        </w:rPr>
        <w:t>30</w:t>
      </w:r>
      <w:r>
        <w:rPr>
          <w:rFonts w:ascii="楷体" w:hAnsi="楷体" w:cs="楷体" w:eastAsia="楷体"/>
          <w:color w:val="000000"/>
        </w:rPr>
        <w:t>日《 人民日报 》 ）</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【材料二】</w:t>
      </w:r>
    </w:p>
    <w:p>
      <w:pPr>
        <w:pStyle w:val="Normal"/>
        <w:spacing w:lineRule="auto" w:line="360"/>
        <w:ind w:firstLine="420" w:end="0"/>
        <w:jc w:val="start"/>
        <w:textAlignment w:val="center"/>
        <w:rPr>
          <w:color w:val="000000"/>
        </w:rPr>
      </w:pPr>
      <w:r>
        <w:rPr>
          <w:color w:val="000000"/>
        </w:rPr>
        <w:drawing>
          <wp:inline distT="0" distB="0" distL="0" distR="0">
            <wp:extent cx="4857750" cy="3562350"/>
            <wp:effectExtent l="0" t="0" r="0" b="0"/>
            <wp:docPr id="144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7"/>
                    <pic:cNvPicPr>
                      <a:picLocks noChangeAspect="1" noChangeArrowheads="1"/>
                    </pic:cNvPicPr>
                  </pic:nvPicPr>
                  <pic:blipFill>
                    <a:blip r:embed="rId71"/>
                    <a:srcRect l="-3" t="-4" r="-3" b="-4"/>
                    <a:stretch>
                      <a:fillRect/>
                    </a:stretch>
                  </pic:blipFill>
                  <pic:spPr bwMode="auto">
                    <a:xfrm>
                      <a:off x="0" y="0"/>
                      <a:ext cx="4857750" cy="3562350"/>
                    </a:xfrm>
                    <a:prstGeom prst="rect">
                      <a:avLst/>
                    </a:prstGeom>
                    <a:noFill/>
                  </pic:spPr>
                </pic:pic>
              </a:graphicData>
            </a:graphic>
          </wp:inline>
        </w:drawing>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【材料三】</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40</w:t>
      </w:r>
      <w:r>
        <w:rPr>
          <w:rFonts w:ascii="楷体" w:hAnsi="楷体" w:cs="楷体" w:eastAsia="楷体"/>
          <w:color w:val="000000"/>
        </w:rPr>
        <w:t>年来，我国科技事业不断探索和实践中国特色自主创新道路，取得了很多成功经验。</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一是加大经济投入，促进科技成果产出。</w:t>
      </w:r>
      <w:r>
        <w:rPr>
          <w:rFonts w:eastAsia="楷体" w:cs="楷体" w:ascii="楷体" w:hAnsi="楷体"/>
          <w:color w:val="000000"/>
        </w:rPr>
        <w:t>2017</w:t>
      </w:r>
      <w:r>
        <w:rPr>
          <w:rFonts w:ascii="楷体" w:hAnsi="楷体" w:cs="楷体" w:eastAsia="楷体"/>
          <w:color w:val="000000"/>
        </w:rPr>
        <w:t>年全社会研发经费支出达到</w:t>
      </w:r>
      <w:r>
        <w:rPr>
          <w:rFonts w:eastAsia="楷体" w:cs="楷体" w:ascii="楷体" w:hAnsi="楷体"/>
          <w:color w:val="000000"/>
        </w:rPr>
        <w:t>1.76</w:t>
      </w:r>
      <w:r>
        <w:rPr>
          <w:rFonts w:ascii="楷体" w:hAnsi="楷体" w:cs="楷体" w:eastAsia="楷体"/>
          <w:color w:val="000000"/>
        </w:rPr>
        <w:t>万亿元，占国内生产总值比重为</w:t>
      </w:r>
      <w:r>
        <w:rPr>
          <w:rFonts w:eastAsia="楷体" w:cs="楷体" w:ascii="楷体" w:hAnsi="楷体"/>
          <w:color w:val="000000"/>
        </w:rPr>
        <w:t>2.13%</w:t>
      </w:r>
      <w:r>
        <w:rPr>
          <w:rFonts w:ascii="楷体" w:hAnsi="楷体" w:cs="楷体" w:eastAsia="楷体"/>
          <w:color w:val="000000"/>
        </w:rPr>
        <w:t>，超过欧盟的平均水平。科技投入的产出质量和效率大幅提升，特别是基础研究和前沿技术领域实现多点突破、整体提升，在载人航天、探月工程、北斗导航、量子通信、深海探测、高速铁路等领域取得一批世界瞩目的重大成果。</w:t>
      </w:r>
    </w:p>
    <w:p>
      <w:pPr>
        <w:pStyle w:val="Normal"/>
        <w:spacing w:lineRule="auto" w:line="360"/>
        <w:ind w:firstLine="420" w:end="0"/>
        <w:jc w:val="start"/>
        <w:textAlignment w:val="center"/>
        <w:rPr/>
      </w:pPr>
      <w:r>
        <w:rPr>
          <w:rFonts w:ascii="楷体" w:hAnsi="楷体" w:cs="楷体" w:eastAsia="楷体"/>
          <w:color w:val="000000"/>
        </w:rPr>
        <w:t>二是</w:t>
      </w:r>
      <w:r>
        <w:rPr>
          <w:rFonts w:ascii="楷体" w:hAnsi="楷体" w:cs="楷体" w:eastAsia="楷体"/>
          <w:color w:val="000000"/>
          <w:u w:val="single"/>
        </w:rPr>
        <w:t xml:space="preserve">                      </w:t>
      </w:r>
      <w:r>
        <w:rPr>
          <w:rFonts w:ascii="楷体" w:hAnsi="楷体" w:cs="楷体" w:eastAsia="楷体"/>
          <w:color w:val="000000"/>
        </w:rPr>
        <w:t>。</w:t>
      </w:r>
      <w:r>
        <w:rPr>
          <w:rFonts w:eastAsia="楷体" w:cs="楷体" w:ascii="楷体" w:hAnsi="楷体"/>
          <w:color w:val="000000"/>
        </w:rPr>
        <w:t>16</w:t>
      </w:r>
      <w:r>
        <w:rPr>
          <w:rFonts w:ascii="楷体" w:hAnsi="楷体" w:cs="楷体" w:eastAsia="楷体"/>
          <w:color w:val="000000"/>
        </w:rPr>
        <w:t>个国家科技重大专项在若干战略必争领域取得一批重大战略性技术和产品。大数据、云计算、人工智能等领域的重大科技成果成功应用于数字经济、平台经济、共享经济发展。科技进步成为推动经济结构调整和产业转型升级的“顶梁柱”。</w:t>
      </w:r>
    </w:p>
    <w:p>
      <w:pPr>
        <w:pStyle w:val="Normal"/>
        <w:spacing w:lineRule="auto" w:line="360"/>
        <w:ind w:firstLine="420" w:end="0"/>
        <w:jc w:val="start"/>
        <w:textAlignment w:val="center"/>
        <w:rPr/>
      </w:pPr>
      <w:r>
        <w:rPr>
          <w:rFonts w:ascii="楷体" w:hAnsi="楷体" w:cs="楷体" w:eastAsia="楷体"/>
          <w:color w:val="000000"/>
        </w:rPr>
        <w:t>当前，以信息、生物、制造等为代表的新兴技术广泛</w:t>
      </w:r>
      <w:r>
        <w:rPr>
          <w:rFonts w:ascii="楷体" w:hAnsi="楷体" w:cs="楷体" w:eastAsia="楷体"/>
          <w:color w:val="000000"/>
          <w:u w:val="single"/>
        </w:rPr>
        <w:t xml:space="preserve">  ②  </w:t>
      </w:r>
      <w:r>
        <w:rPr>
          <w:rFonts w:ascii="楷体" w:hAnsi="楷体" w:cs="楷体" w:eastAsia="楷体"/>
          <w:color w:val="000000"/>
        </w:rPr>
        <w:t>（蔓延  渗透）到各个领域，带动以绿色、智能、泛在为特征的群体性重大技术突破，全球产业变革加速演进，正在</w:t>
      </w:r>
      <w:r>
        <w:rPr>
          <w:rFonts w:ascii="楷体" w:hAnsi="楷体" w:cs="楷体" w:eastAsia="楷体"/>
          <w:color w:val="000000"/>
          <w:u w:val="single"/>
        </w:rPr>
        <w:t xml:space="preserve">  ③</w:t>
      </w:r>
      <w:r>
        <w:rPr>
          <w:rFonts w:ascii="楷体" w:hAnsi="楷体" w:cs="楷体" w:eastAsia="楷体"/>
          <w:color w:val="000000"/>
        </w:rPr>
        <w:t xml:space="preserve"> （改造  重塑）全球创新格局。这是我国发展必须紧紧抓住的一个重大战略机遇</w:t>
      </w:r>
      <w:r>
        <w:rPr>
          <w:rFonts w:ascii="宋体;SimSun" w:hAnsi="宋体;SimSun" w:cs="宋体;SimSun" w:eastAsia="宋体;SimSun"/>
          <w:color w:val="000000"/>
        </w:rPr>
        <w:t>。</w:t>
      </w:r>
    </w:p>
    <w:p>
      <w:pPr>
        <w:pStyle w:val="Normal"/>
        <w:spacing w:lineRule="auto" w:line="360"/>
        <w:jc w:val="start"/>
        <w:textAlignment w:val="center"/>
        <w:rPr/>
      </w:pPr>
      <w:r>
        <w:rPr>
          <w:color w:val="000000"/>
        </w:rPr>
        <w:t xml:space="preserve">17. </w:t>
      </w:r>
      <w:r>
        <w:rPr>
          <w:rFonts w:ascii="宋体;SimSun" w:hAnsi="宋体;SimSun" w:cs="宋体;SimSun" w:eastAsia="宋体;SimSun"/>
          <w:color w:val="000000"/>
        </w:rPr>
        <w:t>依据上下文，【材料一】【材料三】横线①②③处依次填入的语句和词语都合适的一项是</w:t>
      </w:r>
      <w:r>
        <w:rPr>
          <w:rFonts w:ascii="宋体;SimSun" w:hAnsi="宋体;SimSun" w:cs="宋体;SimSun" w:eastAsia="宋体;SimSun"/>
          <w:color w:val="000000"/>
          <w:u w:val="single"/>
        </w:rPr>
        <w:t xml:space="preserve">                   </w:t>
      </w:r>
    </w:p>
    <w:p>
      <w:pPr>
        <w:pStyle w:val="Normal"/>
        <w:spacing w:lineRule="auto" w:line="360"/>
        <w:jc w:val="start"/>
        <w:textAlignment w:val="center"/>
        <w:rPr/>
      </w:pPr>
      <w:r>
        <w:rPr>
          <w:color w:val="000000"/>
        </w:rPr>
        <w:t xml:space="preserve">A. </w:t>
      </w:r>
      <w:r>
        <w:rPr>
          <w:rFonts w:eastAsia="宋体;SimSun" w:cs="宋体;SimSun" w:ascii="宋体;SimSun" w:hAnsi="宋体;SimSun"/>
          <w:color w:val="000000"/>
        </w:rPr>
        <w:t>①</w:t>
      </w:r>
      <w:r>
        <w:rPr>
          <w:rFonts w:ascii="宋体;SimSun" w:hAnsi="宋体;SimSun" w:cs="宋体;SimSun" w:eastAsia="宋体;SimSun"/>
          <w:color w:val="000000"/>
        </w:rPr>
        <w:t>研发重大原创成果的同时，也要提前布局专利，确保创新主动权、发展主动权牢牢掌握在自己手中             ②蔓延    ③重塑</w:t>
      </w:r>
    </w:p>
    <w:p>
      <w:pPr>
        <w:pStyle w:val="Normal"/>
        <w:spacing w:lineRule="auto" w:line="360"/>
        <w:jc w:val="start"/>
        <w:textAlignment w:val="center"/>
        <w:rPr/>
      </w:pPr>
      <w:r>
        <w:rPr>
          <w:color w:val="000000"/>
        </w:rPr>
        <w:t xml:space="preserve">B. </w:t>
      </w:r>
      <w:r>
        <w:rPr>
          <w:rFonts w:eastAsia="宋体;SimSun" w:cs="宋体;SimSun" w:ascii="宋体;SimSun" w:hAnsi="宋体;SimSun"/>
          <w:color w:val="000000"/>
        </w:rPr>
        <w:t>①</w:t>
      </w:r>
      <w:r>
        <w:rPr>
          <w:rFonts w:ascii="宋体;SimSun" w:hAnsi="宋体;SimSun" w:cs="宋体;SimSun" w:eastAsia="宋体;SimSun"/>
          <w:color w:val="000000"/>
        </w:rPr>
        <w:t>在提前布局专利的同时，确保创新主动权、发展主动权牢牢掌握在自己手中，更要研发重大原创成果           ②渗透    ③改造</w:t>
      </w:r>
    </w:p>
    <w:p>
      <w:pPr>
        <w:pStyle w:val="Normal"/>
        <w:spacing w:lineRule="auto" w:line="360"/>
        <w:jc w:val="start"/>
        <w:textAlignment w:val="center"/>
        <w:rPr/>
      </w:pPr>
      <w:r>
        <w:rPr>
          <w:color w:val="000000"/>
        </w:rPr>
        <w:t xml:space="preserve">C. </w:t>
      </w:r>
      <w:r>
        <w:rPr>
          <w:rFonts w:eastAsia="宋体;SimSun" w:cs="宋体;SimSun" w:ascii="宋体;SimSun" w:hAnsi="宋体;SimSun"/>
          <w:color w:val="000000"/>
        </w:rPr>
        <w:t>①</w:t>
      </w:r>
      <w:r>
        <w:rPr>
          <w:rFonts w:ascii="宋体;SimSun" w:hAnsi="宋体;SimSun" w:cs="宋体;SimSun" w:eastAsia="宋体;SimSun"/>
          <w:color w:val="000000"/>
        </w:rPr>
        <w:t>研发重大原创成果的同时，也要提前布局专利，确保创新主动权、发展主动权牢牢掌握在自己手中             ②渗透    ③重塑</w:t>
      </w:r>
    </w:p>
    <w:p>
      <w:pPr>
        <w:pStyle w:val="Normal"/>
        <w:spacing w:lineRule="auto" w:line="360"/>
        <w:jc w:val="start"/>
        <w:textAlignment w:val="center"/>
        <w:rPr/>
      </w:pPr>
      <w:r>
        <w:rPr>
          <w:color w:val="000000"/>
        </w:rPr>
        <w:t xml:space="preserve">D. </w:t>
      </w:r>
      <w:r>
        <w:rPr>
          <w:rFonts w:eastAsia="宋体;SimSun" w:cs="宋体;SimSun" w:ascii="宋体;SimSun" w:hAnsi="宋体;SimSun"/>
          <w:color w:val="000000"/>
        </w:rPr>
        <w:t>①</w:t>
      </w:r>
      <w:r>
        <w:rPr>
          <w:rFonts w:ascii="宋体;SimSun" w:hAnsi="宋体;SimSun" w:cs="宋体;SimSun" w:eastAsia="宋体;SimSun"/>
          <w:color w:val="000000"/>
        </w:rPr>
        <w:t>在提前布局专利的同时，确保创新主动权、发展主动权牢牢掌握在自己手中，更要研发重大原创成果           ②蔓延    ③改造</w:t>
      </w:r>
    </w:p>
    <w:p>
      <w:pPr>
        <w:pStyle w:val="Normal"/>
        <w:spacing w:lineRule="auto" w:line="360"/>
        <w:jc w:val="start"/>
        <w:textAlignment w:val="center"/>
        <w:rPr/>
      </w:pPr>
      <w:r>
        <w:rPr>
          <w:color w:val="000000"/>
        </w:rPr>
        <w:t xml:space="preserve">18. </w:t>
      </w:r>
      <w:r>
        <w:rPr>
          <w:rFonts w:ascii="宋体;SimSun" w:hAnsi="宋体;SimSun" w:cs="宋体;SimSun" w:eastAsia="宋体;SimSun"/>
          <w:color w:val="000000"/>
        </w:rPr>
        <w:t>依据【材料二】【材料三】所提供的信息，将【材料三】中的横线处内容补充完整。</w:t>
      </w:r>
    </w:p>
    <w:p>
      <w:pPr>
        <w:pStyle w:val="Normal"/>
        <w:spacing w:lineRule="auto" w:line="360"/>
        <w:jc w:val="start"/>
        <w:textAlignment w:val="center"/>
        <w:rPr/>
      </w:pPr>
      <w:r>
        <w:rPr>
          <w:color w:val="000000"/>
        </w:rPr>
        <w:t xml:space="preserve">19. </w:t>
      </w:r>
      <w:r>
        <w:rPr>
          <w:rFonts w:ascii="宋体;SimSun" w:hAnsi="宋体;SimSun" w:cs="宋体;SimSun" w:eastAsia="宋体;SimSun"/>
          <w:color w:val="000000"/>
        </w:rPr>
        <w:t>小到一家企业，大到一个国家，在科技创新的道路上有共同特点。结合三则材料，总结一下这些特点。</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C    18. </w:t>
      </w:r>
      <w:r>
        <w:rPr>
          <w:rFonts w:ascii="宋体;SimSun" w:hAnsi="宋体;SimSun" w:cs="宋体;SimSun" w:eastAsia="宋体;SimSun"/>
          <w:color w:val="000000"/>
        </w:rPr>
        <w:t>示例：加快科技应用，促进成果转化成生产力。（或：加快科技创新产业发展，带动社会经济发展。）</w:t>
      </w:r>
      <w:r>
        <w:rPr>
          <w:color w:val="000000"/>
        </w:rPr>
        <w:t xml:space="preserve">    </w:t>
      </w:r>
    </w:p>
    <w:p>
      <w:pPr>
        <w:pStyle w:val="Normal"/>
        <w:spacing w:lineRule="auto" w:line="360"/>
        <w:textAlignment w:val="center"/>
        <w:rPr/>
      </w:pPr>
      <w:r>
        <w:rPr>
          <w:color w:val="000000"/>
        </w:rPr>
        <w:t xml:space="preserve">19. </w:t>
      </w:r>
      <w:r>
        <w:rPr>
          <w:rFonts w:ascii="宋体;SimSun" w:hAnsi="宋体;SimSun" w:cs="宋体;SimSun" w:eastAsia="宋体;SimSun"/>
          <w:color w:val="000000"/>
        </w:rPr>
        <w:t>示例：加大财力、人力投入；重视核心技术和专利布局；带动经济增长。</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材料一第二段主要讲研发的大力的投入所带来的效果――北汽新能源掌握了新能源汽车控制系统开发、电驱动系统集成与开发、整车集成开发三大关键核心技术；第三段主要讲核心技术创新上的专利布局的成效，所以过渡句应为：“研发重大原创成果的同时，也要提前布局专利……”，据此，排除</w:t>
      </w:r>
      <w:r>
        <w:rPr>
          <w:rFonts w:eastAsia="宋体;SimSun" w:cs="宋体;SimSun" w:ascii="宋体;SimSun" w:hAnsi="宋体;SimSun"/>
          <w:color w:val="000000"/>
        </w:rPr>
        <w:t>BD</w:t>
      </w:r>
      <w:r>
        <w:rPr>
          <w:rFonts w:ascii="宋体;SimSun" w:hAnsi="宋体;SimSun" w:cs="宋体;SimSun" w:eastAsia="宋体;SimSun"/>
          <w:color w:val="000000"/>
        </w:rPr>
        <w:t>。蔓延：向四周扩展延伸。渗透：比喻某种事物或势力逐渐进入其他方面，据此，应选用“渗透”，排除</w:t>
      </w:r>
      <w:r>
        <w:rPr>
          <w:rFonts w:eastAsia="宋体;SimSun" w:cs="宋体;SimSun" w:ascii="宋体;SimSun" w:hAnsi="宋体;SimSun"/>
          <w:color w:val="000000"/>
        </w:rPr>
        <w:t>A</w:t>
      </w:r>
      <w:r>
        <w:rPr>
          <w:rFonts w:ascii="宋体;SimSun" w:hAnsi="宋体;SimSun" w:cs="宋体;SimSun" w:eastAsia="宋体;SimSun"/>
          <w:color w:val="000000"/>
        </w:rPr>
        <w:t>。“重塑”与“格局”搭配，故选</w:t>
      </w:r>
      <w:r>
        <w:rPr>
          <w:rFonts w:eastAsia="宋体;SimSun" w:cs="宋体;SimSun" w:ascii="宋体;SimSun" w:hAnsi="宋体;SimSun"/>
          <w:color w:val="000000"/>
        </w:rPr>
        <w:t>C</w:t>
      </w:r>
      <w:r>
        <w:rPr>
          <w:rFonts w:ascii="宋体;SimSun" w:hAnsi="宋体;SimSun" w:cs="宋体;SimSun" w:eastAsia="宋体;SimSun"/>
          <w:color w:val="000000"/>
        </w:rPr>
        <w:t>。</w:t>
      </w:r>
    </w:p>
    <w:p>
      <w:pPr>
        <w:pStyle w:val="Normal"/>
        <w:spacing w:lineRule="auto" w:line="360"/>
        <w:textAlignment w:val="center"/>
        <w:rPr/>
      </w:pPr>
      <w:r>
        <w:rPr>
          <w:color w:val="000000"/>
        </w:rPr>
        <w:drawing>
          <wp:inline distT="0" distB="0" distL="0" distR="0">
            <wp:extent cx="95250" cy="171450"/>
            <wp:effectExtent l="0" t="0" r="0" b="0"/>
            <wp:docPr id="144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8"/>
                    <pic:cNvPicPr>
                      <a:picLocks noChangeAspect="1" noChangeArrowheads="1"/>
                    </pic:cNvPicPr>
                  </pic:nvPicPr>
                  <pic:blipFill>
                    <a:blip r:embed="rId72"/>
                    <a:srcRect l="-355" t="-203" r="-355" b="-203"/>
                    <a:stretch>
                      <a:fillRect/>
                    </a:stretch>
                  </pic:blipFill>
                  <pic:spPr bwMode="auto">
                    <a:xfrm>
                      <a:off x="0" y="0"/>
                      <a:ext cx="95250" cy="171450"/>
                    </a:xfrm>
                    <a:prstGeom prst="rect">
                      <a:avLst/>
                    </a:prstGeom>
                    <a:noFill/>
                  </pic:spPr>
                </pic:pic>
              </a:graphicData>
            </a:graphic>
          </wp:inline>
        </w:drawing>
      </w:r>
      <w:r>
        <w:rPr>
          <w:color w:val="000000"/>
        </w:rPr>
        <w:t>18</w:t>
      </w:r>
      <w:r>
        <w:rPr>
          <w:color w:val="000000"/>
        </w:rPr>
        <w:t>题详解】</w:t>
      </w:r>
    </w:p>
    <w:p>
      <w:pPr>
        <w:pStyle w:val="Normal"/>
        <w:spacing w:lineRule="auto" w:line="360"/>
        <w:textAlignment w:val="center"/>
        <w:rPr/>
      </w:pPr>
      <w:r>
        <w:rPr>
          <w:rFonts w:ascii="宋体;SimSun" w:hAnsi="宋体;SimSun" w:cs="宋体;SimSun" w:eastAsia="宋体;SimSun"/>
          <w:color w:val="000000"/>
        </w:rPr>
        <w:t>根据材料二原文“</w:t>
      </w:r>
      <w:r>
        <w:rPr>
          <w:rFonts w:ascii="楷体" w:hAnsi="楷体" w:cs="楷体" w:eastAsia="楷体"/>
          <w:color w:val="000000"/>
        </w:rPr>
        <w:t>大数据、云计算、人工智能等领域的重大科技成果成功应用于数字经济、平台经济、共享经济发展</w:t>
      </w:r>
      <w:r>
        <w:rPr>
          <w:rFonts w:ascii="宋体;SimSun" w:hAnsi="宋体;SimSun" w:cs="宋体;SimSun" w:eastAsia="宋体;SimSun"/>
          <w:color w:val="000000"/>
        </w:rPr>
        <w:t>”可知，此段主要讲科技成果在各领域的应用，科技产品对经济发展、经济结构调整、产业转型等方面的影响，据此回答即可。</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三则材料的核心内容均围绕“科技”展开，科技自主创新能力的提升需要人力、财力的投入，在取得科技创新成果的同时，要注重知识产权、核心技术的保护，需要进行专利布局，同时需要将科技广泛运用到社会的各个领域，推动社会经济发展，据此回答即可。</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阅读文章，回答问题。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黄鹂</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孙犁</w:t>
      </w:r>
    </w:p>
    <w:p>
      <w:pPr>
        <w:pStyle w:val="Normal"/>
        <w:spacing w:lineRule="auto" w:line="360"/>
        <w:ind w:firstLine="420" w:end="0"/>
        <w:jc w:val="start"/>
        <w:textAlignment w:val="center"/>
        <w:rPr>
          <w:color w:val="000000"/>
        </w:rPr>
      </w:pPr>
      <w:r>
        <w:rPr>
          <w:rFonts w:eastAsia="宋体;SimSun" w:cs="宋体;SimSun" w:ascii="宋体;SimSun" w:hAnsi="宋体;SimSun"/>
          <w:color w:val="000000"/>
        </w:rPr>
        <w:drawing>
          <wp:inline distT="0" distB="0" distL="0" distR="0">
            <wp:extent cx="1257300" cy="1038225"/>
            <wp:effectExtent l="0" t="0" r="0" b="0"/>
            <wp:docPr id="144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Image9"/>
                    <pic:cNvPicPr>
                      <a:picLocks noChangeAspect="1" noChangeArrowheads="1"/>
                    </pic:cNvPicPr>
                  </pic:nvPicPr>
                  <pic:blipFill>
                    <a:blip r:embed="rId73"/>
                    <a:srcRect l="-18" t="-22" r="-18" b="-22"/>
                    <a:stretch>
                      <a:fillRect/>
                    </a:stretch>
                  </pic:blipFill>
                  <pic:spPr bwMode="auto">
                    <a:xfrm>
                      <a:off x="0" y="0"/>
                      <a:ext cx="1257300" cy="1038225"/>
                    </a:xfrm>
                    <a:prstGeom prst="rect">
                      <a:avLst/>
                    </a:prstGeom>
                    <a:noFill/>
                  </pic:spPr>
                </pic:pic>
              </a:graphicData>
            </a:graphic>
          </wp:inline>
        </w:drawing>
      </w:r>
    </w:p>
    <w:p>
      <w:pPr>
        <w:pStyle w:val="Normal"/>
        <w:spacing w:lineRule="auto" w:line="360"/>
        <w:ind w:firstLine="420" w:end="0"/>
        <w:jc w:val="start"/>
        <w:textAlignment w:val="center"/>
        <w:rPr/>
      </w:pPr>
      <w:r>
        <w:rPr>
          <w:rFonts w:eastAsia="楷体" w:cs="楷体" w:ascii="楷体" w:hAnsi="楷体"/>
          <w:color w:val="000000"/>
        </w:rPr>
        <w:t>①</w:t>
      </w:r>
      <w:r>
        <w:rPr>
          <w:rFonts w:ascii="楷体" w:hAnsi="楷体" w:cs="楷体" w:eastAsia="楷体"/>
          <w:color w:val="000000"/>
        </w:rPr>
        <w:t>这种鸟儿，在我的家乡好像很少见。童年时，我很迷恋过一阵捕捉鸟儿的勾当。但是，无论春末夏初在麦苗地或油菜地里追逐红靛儿</w:t>
      </w:r>
      <w:r>
        <w:rPr>
          <w:rFonts w:ascii="楷体" w:hAnsi="楷体" w:cs="楷体" w:eastAsia="楷体"/>
          <w:color w:val="000000"/>
          <w:vertAlign w:val="superscript"/>
        </w:rPr>
        <w:t>①</w:t>
      </w:r>
      <w:r>
        <w:rPr>
          <w:rFonts w:ascii="楷体" w:hAnsi="楷体" w:cs="楷体" w:eastAsia="楷体"/>
          <w:color w:val="000000"/>
        </w:rPr>
        <w:t>，或是天高气爽的秋季，奔跑在柳树下面网罗虎不拉儿的时候，都好像没有见过这种鸟儿。它既不在我那小小的村庄后边高大的白杨树上同黧鸡儿一同鸣叫，也不在村南边那片神秘的大苇塘里和苇咋儿一块筑窠。</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初次见到它，是在阜平县的山村。那是抗日战争期间，在不断的炮火洗礼中，有时清晨起来，在茅屋后面或是山脚下的丛林里，我听到了黄鹂的尖利的富有召唤性和启发性的啼叫。可是，它们飞起来，迅若流星，在密密的树枝树叶里忽隐忽现，常常是在我仰视的眼前一闪而过，金黄的羽毛上映照着阳光，美丽极了，想多看一眼都很困难。</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因为职业的关系，对于美的事物的追求，真是有些奇怪，有时简直近于一种狂热。在战争不暇的日子里，这种观察飞禽走兽的闲情逸致，不知对我的身心情感，起着什么性质的影响。</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前几年，我病了。为了疗养，来到了多年向往的青岛。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春天，我移居到离海边很近只隔着一片杨树林洼地的一幢小楼房里。有很长的一段时间，我一个人住在这里，清晨黄昏，我常常到那杨树林里散步。有一天，我发现有两只黄鹂飞来了。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这一次，它们好像喜爱这里的林木深密幽静，也好像是要在这里产卵孵雏，并不匆匆离开，大有在这里安家落户的意思。</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每天，天一发亮，我听到它们的叫声，就轻轻打开窗帘，从楼上可以看见它们互相追逐，互相逗闹，有时候看得淋漓尽致，对我来说，这真是饱享眼福了。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观赏黄鹂，竟成了我的一种日课。一听到黄鹂叫唤，心里就很高兴，视线也就转到杨树上，我很担心它们一旦要离此地远去。这里是很安静的，甚至有些近于荒凉，黄鹂也许会安心居住下去的。我在树林里徘徊着，仰望着，有时坐在小石凳上谛听着，但总找不到它们的窠巢所在，它们是怎样安排自己的住室和产房的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一天清晨，我又到树林里散步，和我患同一种病症的史同志手里拿着一支猎枪，正在瞄准树上。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打什么鸟儿？”我赶紧过去问。</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eastAsia="楷体" w:cs="楷体" w:ascii="楷体" w:hAnsi="楷体"/>
          <w:color w:val="000000"/>
        </w:rPr>
        <w:t>“</w:t>
      </w:r>
      <w:r>
        <w:rPr>
          <w:rFonts w:ascii="楷体" w:hAnsi="楷体" w:cs="楷体" w:eastAsia="楷体"/>
          <w:color w:val="000000"/>
        </w:rPr>
        <w:t>打黄鹂！”老史兴致勃勃地说，“你看看我的枪法。”</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这时候，我不想欣赏他的枪技，我但愿他的枪法不准。他瞄了一会儿，黄鹂发觉飞走了。乘此机会，我以老病友的资格，请他不要射击黄鹂，因为我很喜欢这种鸟儿。</w:t>
      </w:r>
    </w:p>
    <w:p>
      <w:pPr>
        <w:pStyle w:val="Normal"/>
        <w:spacing w:lineRule="auto" w:line="360"/>
        <w:ind w:firstLine="420" w:end="0"/>
        <w:jc w:val="start"/>
        <w:textAlignment w:val="center"/>
        <w:rPr/>
      </w:pPr>
      <w:r>
        <w:rPr>
          <w:rFonts w:eastAsia="Cambria Math" w:cs="Cambria Math" w:ascii="Cambria Math" w:hAnsi="Cambria Math"/>
          <w:color w:val="000000"/>
        </w:rPr>
        <w:t>⑬</w:t>
      </w:r>
      <w:r>
        <w:rPr>
          <w:rFonts w:ascii="楷体" w:hAnsi="楷体" w:cs="楷体" w:eastAsia="楷体"/>
          <w:color w:val="000000"/>
        </w:rPr>
        <w:t>我很感激老史同志对友谊的尊重。他立刻答应了我的要求，没有丝毫不平之气。并且说：“养病么，喜欢什么就多看看，多听听。”</w:t>
      </w:r>
    </w:p>
    <w:p>
      <w:pPr>
        <w:pStyle w:val="Normal"/>
        <w:spacing w:lineRule="auto" w:line="360"/>
        <w:ind w:firstLine="420" w:end="0"/>
        <w:jc w:val="start"/>
        <w:textAlignment w:val="center"/>
        <w:rPr/>
      </w:pPr>
      <w:r>
        <w:rPr>
          <w:rFonts w:eastAsia="Cambria Math" w:cs="Cambria Math" w:ascii="Cambria Math" w:hAnsi="Cambria Math"/>
          <w:color w:val="000000"/>
        </w:rPr>
        <w:t>⑭</w:t>
      </w:r>
      <w:r>
        <w:rPr>
          <w:rFonts w:ascii="楷体" w:hAnsi="楷体" w:cs="楷体" w:eastAsia="楷体"/>
          <w:color w:val="000000"/>
        </w:rPr>
        <w:t>【甲】</w:t>
      </w:r>
      <w:r>
        <w:rPr>
          <w:rFonts w:ascii="楷体" w:hAnsi="楷体" w:cs="楷体" w:eastAsia="楷体"/>
          <w:color w:val="000000"/>
          <w:u w:val="single"/>
        </w:rPr>
        <w:t>这是真诚的同病相怜</w:t>
      </w:r>
      <w:r>
        <w:rPr>
          <w:rFonts w:ascii="楷体" w:hAnsi="楷体" w:cs="楷体" w:eastAsia="楷体"/>
          <w:color w:val="000000"/>
        </w:rPr>
        <w:t>。他玩猎枪，也是为了养病，能在兴头儿上照顾旁人，这种品质不是很难得吗？有一次，在东海岸的长堤上，一位穿皮大衣戴皮帽的中年人，只是为了讨取身边女朋友的一笑，就开枪射死了一只回翔在天空的海鸥。一群海鸥受惊远飏，被射死的海鸥落在海面上，被怒涛拍击漂卷。胜利品无法取到，那位女人请在海面上操作的海带培养工人帮助打捞，工人们愤怒地掉头划船而去。这给我留下了深刻的印象。回到房子里，无可奈何地写了几句诗，也终于没有完成，因为契诃夫在好几种作品里写到了这种人。【乙】</w:t>
      </w:r>
      <w:r>
        <w:rPr>
          <w:rFonts w:ascii="楷体" w:hAnsi="楷体" w:cs="楷体" w:eastAsia="楷体"/>
          <w:color w:val="000000"/>
          <w:u w:val="single"/>
        </w:rPr>
        <w:t>我的笔墨又怎能更多地为他们的业绩生色？</w:t>
      </w:r>
    </w:p>
    <w:p>
      <w:pPr>
        <w:pStyle w:val="Normal"/>
        <w:spacing w:lineRule="auto" w:line="360"/>
        <w:ind w:firstLine="420" w:end="0"/>
        <w:jc w:val="start"/>
        <w:textAlignment w:val="center"/>
        <w:rPr/>
      </w:pPr>
      <w:r>
        <w:rPr>
          <w:rFonts w:eastAsia="Cambria Math" w:cs="Cambria Math" w:ascii="Cambria Math" w:hAnsi="Cambria Math"/>
          <w:color w:val="000000"/>
        </w:rPr>
        <w:t>⑮</w:t>
      </w:r>
      <w:r>
        <w:rPr>
          <w:rFonts w:ascii="楷体" w:hAnsi="楷体" w:cs="楷体" w:eastAsia="楷体"/>
          <w:color w:val="000000"/>
        </w:rPr>
        <w:t>在他们的房间里，只挂着契诃夫为他们写的褒词就够了。</w:t>
      </w:r>
    </w:p>
    <w:p>
      <w:pPr>
        <w:pStyle w:val="Normal"/>
        <w:spacing w:lineRule="auto" w:line="360"/>
        <w:ind w:firstLine="420" w:end="0"/>
        <w:jc w:val="start"/>
        <w:textAlignment w:val="center"/>
        <w:rPr/>
      </w:pPr>
      <w:r>
        <w:rPr>
          <w:rFonts w:eastAsia="Cambria Math" w:cs="Cambria Math" w:ascii="Cambria Math" w:hAnsi="Cambria Math"/>
          <w:color w:val="000000"/>
        </w:rPr>
        <w:t>⑯</w:t>
      </w:r>
      <w:r>
        <w:rPr>
          <w:rFonts w:ascii="楷体" w:hAnsi="楷体" w:cs="楷体" w:eastAsia="楷体"/>
          <w:color w:val="000000"/>
        </w:rPr>
        <w:t>惋惜的是，我的朋友的高尚情谊，不能得到这两只惊弓之鸟的理解，它们竟一去不返。从此，清晨起来，白杨萧萧，再也听不到那种清脆的叫声。夏天来了，我忙着到浴场去游泳，渐渐把它们忘掉了。</w:t>
      </w:r>
    </w:p>
    <w:p>
      <w:pPr>
        <w:pStyle w:val="Normal"/>
        <w:spacing w:lineRule="auto" w:line="360"/>
        <w:ind w:firstLine="420" w:end="0"/>
        <w:jc w:val="start"/>
        <w:textAlignment w:val="center"/>
        <w:rPr/>
      </w:pPr>
      <w:r>
        <w:rPr>
          <w:rFonts w:eastAsia="Cambria Math" w:cs="Cambria Math" w:ascii="Cambria Math" w:hAnsi="Cambria Math"/>
          <w:color w:val="000000"/>
        </w:rPr>
        <w:t>⑰</w:t>
      </w:r>
      <w:r>
        <w:rPr>
          <w:rFonts w:ascii="楷体" w:hAnsi="楷体" w:cs="楷体" w:eastAsia="楷体"/>
          <w:color w:val="000000"/>
        </w:rPr>
        <w:t>有一天我去逛鸟市。那地方卖鸟儿的很少了，现在生产第一，游闲事物相应减少是很自然的。在一处转角地方，有一个卖鸟笼的老头儿，坐在一条板凳上，手里玩弄着一只黄鹂。黄鹂系在一根木棍上，一会儿悬空吊着，一会儿被拉上来。我站住了，我望着黄鹂，忽然觉得它的焦黄的羽毛，它的嘴眼和爪子，都带有一种凄惨的神气。</w:t>
      </w:r>
    </w:p>
    <w:p>
      <w:pPr>
        <w:pStyle w:val="Normal"/>
        <w:spacing w:lineRule="auto" w:line="360"/>
        <w:ind w:firstLine="420" w:end="0"/>
        <w:jc w:val="start"/>
        <w:textAlignment w:val="center"/>
        <w:rPr/>
      </w:pPr>
      <w:r>
        <w:rPr>
          <w:rFonts w:eastAsia="Cambria Math" w:cs="Cambria Math" w:ascii="Cambria Math" w:hAnsi="Cambria Math"/>
          <w:color w:val="000000"/>
        </w:rPr>
        <w:t>⑱</w:t>
      </w:r>
      <w:r>
        <w:rPr>
          <w:rFonts w:eastAsia="楷体" w:cs="楷体" w:ascii="楷体" w:hAnsi="楷体"/>
          <w:color w:val="000000"/>
        </w:rPr>
        <w:t>“</w:t>
      </w:r>
      <w:r>
        <w:rPr>
          <w:rFonts w:ascii="楷体" w:hAnsi="楷体" w:cs="楷体" w:eastAsia="楷体"/>
          <w:color w:val="000000"/>
        </w:rPr>
        <w:t>你要吗？多好玩儿！”老头儿望望我问了。</w:t>
      </w:r>
    </w:p>
    <w:p>
      <w:pPr>
        <w:pStyle w:val="Normal"/>
        <w:spacing w:lineRule="auto" w:line="360"/>
        <w:ind w:firstLine="420" w:end="0"/>
        <w:jc w:val="start"/>
        <w:textAlignment w:val="center"/>
        <w:rPr/>
      </w:pPr>
      <w:r>
        <w:rPr>
          <w:rFonts w:eastAsia="Cambria Math" w:cs="Cambria Math" w:ascii="Cambria Math" w:hAnsi="Cambria Math"/>
          <w:color w:val="000000"/>
        </w:rPr>
        <w:t>⑲</w:t>
      </w:r>
      <w:r>
        <w:rPr>
          <w:rFonts w:eastAsia="楷体" w:cs="楷体" w:ascii="楷体" w:hAnsi="楷体"/>
          <w:color w:val="000000"/>
        </w:rPr>
        <w:t>“</w:t>
      </w:r>
      <w:r>
        <w:rPr>
          <w:rFonts w:ascii="楷体" w:hAnsi="楷体" w:cs="楷体" w:eastAsia="楷体"/>
          <w:color w:val="000000"/>
        </w:rPr>
        <w:t>我不要。”我转身走开了。</w:t>
      </w:r>
    </w:p>
    <w:p>
      <w:pPr>
        <w:pStyle w:val="Normal"/>
        <w:spacing w:lineRule="auto" w:line="360"/>
        <w:ind w:firstLine="420" w:end="0"/>
        <w:jc w:val="start"/>
        <w:textAlignment w:val="center"/>
        <w:rPr/>
      </w:pPr>
      <w:r>
        <w:rPr>
          <w:rFonts w:eastAsia="Cambria Math" w:cs="Cambria Math" w:ascii="Cambria Math" w:hAnsi="Cambria Math"/>
          <w:color w:val="000000"/>
        </w:rPr>
        <w:t>⑳</w:t>
      </w:r>
      <w:r>
        <w:rPr>
          <w:rFonts w:ascii="楷体" w:hAnsi="楷体" w:cs="楷体" w:eastAsia="楷体"/>
          <w:color w:val="000000"/>
        </w:rPr>
        <w:t>我想，这种鸟儿是不能饲养的，它不久会被折磨得死去。 这种鸟儿，即使在动物园里，也不能从容地生活下去吧，它需要的天地太宽阔了。从此，有很长一段时间，我不再想起黄鹂。</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㉑第二年春季，我到了太湖，在江南，我才理解了“杂花生树，群莺乱飞”这两句文章的好处。</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㉒是的，这里的湖光山色，密柳长堤；这里的茂林修竹，桑田苇泊；这里的乍雨乍晴的天气，使我看到了黄鹂的全部美丽，这是一种极致。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㉓是的，它们的啼叫，是要伴着春雨、宿露，它们的飞翔，是要伴着朝霞和彩虹的。这里才是它们真正的家乡，安居乐业的所在。</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㉔各种事物都有它的极致。虎啸深山，鱼游潭底，驼走大漠，雁排长空，这就是它们的极致。</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㉕在一定的环境里，才能发挥这种极致。这就是形色神态和环境的自然结合和相互发挥，这就是景物一体。典型环境中的典型性格，也可以从这个角度来理解吧。这正是在艺术上不容易遇到的一种境界。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【注释】①红靛儿：和下文的“虎不拉儿”“黧鸡儿”“苇咋儿”都是鸟名。</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20. </w:t>
      </w:r>
      <w:r>
        <w:rPr>
          <w:rFonts w:ascii="宋体;SimSun" w:hAnsi="宋体;SimSun" w:cs="宋体;SimSun" w:eastAsia="宋体;SimSun"/>
          <w:color w:val="000000"/>
        </w:rPr>
        <w:t>文章围绕“黄鹂”写了与之相关的一系列琐事，请根据文章内容，完成填空。</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童年时迷恋捕鸟，却没有见过黄鹂。——抗日中初见黄鹏，初闻其声，却没能看清它们。——（           ）——（           ）——在太湖的湖光山色中，看到了黄鹂的全部美丽。</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eastAsia="宋体;SimSun"/>
          <w:color w:val="000000"/>
        </w:rPr>
        <w:t>孙犁的散文从不以华丽繁复取胜，看似平淡朴实，却意味深长，如涓涓细流滋润读者的心田。请从文中【甲】【乙】两句话中选择一句，说说这句话有什么含义。</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选句：</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含义：</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eastAsia="宋体;SimSun"/>
          <w:color w:val="000000"/>
        </w:rPr>
        <w:t>根据具体内容，按要求答题。</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）第二年春季，我到了太湖，在江南，我才理解了“杂花生树，群莺乱飞”这两句文章的好处。</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eastAsia="宋体;SimSun"/>
          <w:color w:val="000000"/>
        </w:rPr>
        <w:t>杂花生树，群莺乱飞”究竟是怎样的一番景象呢？请展开想象加以描绘。</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）各种事物都有它的极致。虎啸深山，鱼游潭底，驼走大漠，雁排长空，这就是它们的极致。</w:t>
      </w:r>
    </w:p>
    <w:p>
      <w:pPr>
        <w:pStyle w:val="Normal"/>
        <w:spacing w:lineRule="auto" w:line="360"/>
        <w:jc w:val="start"/>
        <w:textAlignment w:val="center"/>
        <w:rPr/>
      </w:pPr>
      <w:r>
        <w:rPr>
          <w:rFonts w:ascii="宋体;SimSun" w:hAnsi="宋体;SimSun" w:cs="宋体;SimSun" w:eastAsia="宋体;SimSun"/>
          <w:color w:val="000000"/>
        </w:rPr>
        <w:t>在你</w:t>
      </w:r>
      <w:r>
        <w:rPr>
          <w:rFonts w:ascii="宋体;SimSun" w:hAnsi="宋体;SimSun" w:cs="宋体;SimSun" w:eastAsia="宋体;SimSun"/>
          <w:color w:val="000000"/>
        </w:rPr>
        <w:drawing>
          <wp:inline distT="0" distB="0" distL="0" distR="0">
            <wp:extent cx="133350" cy="177800"/>
            <wp:effectExtent l="0" t="0" r="0" b="0"/>
            <wp:docPr id="145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Image10"/>
                    <pic:cNvPicPr>
                      <a:picLocks noChangeAspect="1" noChangeArrowheads="1"/>
                    </pic:cNvPicPr>
                  </pic:nvPicPr>
                  <pic:blipFill>
                    <a:blip r:embed="rId74"/>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eastAsia="宋体;SimSun"/>
          <w:color w:val="000000"/>
        </w:rPr>
        <w:t>生活中，还有什么事物也具有这样的极致？请仿照着再写一句。</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虎啸深山，鱼游潭底，驼走大漠，雁排长空，</w:t>
      </w:r>
      <w:r>
        <w:rPr>
          <w:rFonts w:eastAsia="宋体;SimSun" w:cs="宋体;SimSun" w:ascii="宋体;SimSun" w:hAnsi="宋体;SimSun"/>
          <w:color w:val="000000"/>
        </w:rPr>
        <w:t>_________</w:t>
      </w:r>
      <w:r>
        <w:rPr>
          <w:rFonts w:ascii="宋体;SimSun" w:hAnsi="宋体;SimSun" w:cs="宋体;SimSun" w:eastAsia="宋体;SimSun"/>
          <w:color w:val="000000"/>
        </w:rPr>
        <w:t>，这就是它们的极致。</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23. </w:t>
      </w:r>
      <w:r>
        <w:rPr>
          <w:rFonts w:ascii="宋体;SimSun" w:hAnsi="宋体;SimSun" w:cs="宋体;SimSun" w:eastAsia="宋体;SimSun"/>
          <w:color w:val="000000"/>
        </w:rPr>
        <w:t>联系全文，体会黄鹂引发了作者的哪些情思？</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20.     (1). </w:t>
      </w:r>
      <w:r>
        <w:rPr>
          <w:rFonts w:ascii="宋体;SimSun" w:hAnsi="宋体;SimSun" w:cs="宋体;SimSun" w:eastAsia="宋体;SimSun"/>
          <w:color w:val="000000"/>
        </w:rPr>
        <w:t>疗养时再见黄鹂，被朋友的猎枪惊吓，一去不返。</w:t>
      </w:r>
      <w:r>
        <w:rPr>
          <w:color w:val="000000"/>
        </w:rPr>
        <w:t xml:space="preserve">    </w:t>
      </w:r>
      <w:r>
        <w:rPr>
          <w:color w:val="000000"/>
        </w:rPr>
        <w:t xml:space="preserve">(2). </w:t>
      </w:r>
      <w:r>
        <w:rPr>
          <w:rFonts w:ascii="宋体;SimSun" w:hAnsi="宋体;SimSun" w:cs="宋体;SimSun" w:eastAsia="宋体;SimSun"/>
          <w:color w:val="000000"/>
        </w:rPr>
        <w:t>在鸟市，看到了笼中黄鹂的凄惨神气，刺痛我心。</w:t>
      </w:r>
      <w:r>
        <w:rPr>
          <w:color w:val="000000"/>
        </w:rPr>
        <w:t xml:space="preserve">    </w:t>
      </w:r>
    </w:p>
    <w:p>
      <w:pPr>
        <w:pStyle w:val="Normal"/>
        <w:spacing w:lineRule="auto" w:line="360"/>
        <w:textAlignment w:val="center"/>
        <w:rPr/>
      </w:pPr>
      <w:r>
        <w:rPr>
          <w:color w:val="000000"/>
        </w:rPr>
        <w:t xml:space="preserve">21. </w:t>
      </w:r>
      <w:r>
        <w:rPr>
          <w:rFonts w:ascii="宋体;SimSun" w:hAnsi="宋体;SimSun" w:cs="宋体;SimSun" w:eastAsia="宋体;SimSun"/>
          <w:color w:val="000000"/>
        </w:rPr>
        <w:t>【甲】这是真诚的同病相怜。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eastAsia="宋体;SimSun"/>
          <w:color w:val="000000"/>
        </w:rPr>
        <w:t>示例</w:t>
      </w:r>
      <w:r>
        <w:rPr>
          <w:rFonts w:eastAsia="宋体;SimSun" w:cs="宋体;SimSun" w:ascii="宋体;SimSun" w:hAnsi="宋体;SimSun"/>
          <w:color w:val="000000"/>
        </w:rPr>
        <w:t>]</w:t>
      </w:r>
      <w:r>
        <w:rPr>
          <w:rFonts w:ascii="宋体;SimSun" w:hAnsi="宋体;SimSun" w:cs="宋体;SimSun" w:eastAsia="宋体;SimSun"/>
          <w:color w:val="000000"/>
        </w:rPr>
        <w:t>这句话写出了病友老史同志玩猎枪打鸟，其实也是为了愉悦身心，但是他为了满足我的愿望照顾我的情绪，放弃了打鸟。表达了作者对同病相怜的病友的善良、能理解别人的赞美之情。</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【乙】我的笔墨又怎能更多地为他们的业绩生色？</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eastAsia="宋体;SimSun"/>
          <w:color w:val="000000"/>
        </w:rPr>
        <w:t>示例</w:t>
      </w:r>
      <w:r>
        <w:rPr>
          <w:rFonts w:eastAsia="宋体;SimSun" w:cs="宋体;SimSun" w:ascii="宋体;SimSun" w:hAnsi="宋体;SimSun"/>
          <w:color w:val="000000"/>
        </w:rPr>
        <w:t>]</w:t>
      </w:r>
      <w:r>
        <w:rPr>
          <w:rFonts w:ascii="宋体;SimSun" w:hAnsi="宋体;SimSun" w:cs="宋体;SimSun" w:eastAsia="宋体;SimSun"/>
          <w:color w:val="000000"/>
        </w:rPr>
        <w:t>这句话用反问、反语的修辞方法，通过句式和“业绩生色”强烈表达了作者对于伤害海鸥的两个中年人的讽刺与气愤。</w:t>
      </w:r>
      <w:r>
        <w:rPr>
          <w:color w:val="000000"/>
        </w:rPr>
        <w:t xml:space="preserve">    </w:t>
      </w:r>
    </w:p>
    <w:p>
      <w:pPr>
        <w:pStyle w:val="Normal"/>
        <w:spacing w:lineRule="auto" w:line="360"/>
        <w:jc w:val="start"/>
        <w:textAlignment w:val="center"/>
        <w:rPr/>
      </w:pPr>
      <w:r>
        <w:rPr>
          <w:color w:val="000000"/>
        </w:rPr>
        <w:t xml:space="preserve">22. </w:t>
      </w: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）晚春三月的天气，江南的草木茂盛滋长，繁花开满枝头，处处群莺飞舞。</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）鹰击长空，马奔辽原，龙腾深渊，蝶戏花丛</w:t>
      </w:r>
      <w:r>
        <w:rPr>
          <w:color w:val="000000"/>
        </w:rPr>
        <w:t xml:space="preserve">    </w:t>
      </w:r>
    </w:p>
    <w:p>
      <w:pPr>
        <w:pStyle w:val="Normal"/>
        <w:spacing w:lineRule="auto" w:line="360"/>
        <w:jc w:val="start"/>
        <w:textAlignment w:val="center"/>
        <w:rPr/>
      </w:pPr>
      <w:r>
        <w:rPr>
          <w:color w:val="000000"/>
        </w:rPr>
        <w:t xml:space="preserve">23. </w:t>
      </w:r>
      <w:r>
        <w:rPr>
          <w:rFonts w:ascii="宋体;SimSun" w:hAnsi="宋体;SimSun" w:cs="宋体;SimSun" w:eastAsia="宋体;SimSun"/>
          <w:color w:val="000000"/>
        </w:rPr>
        <w:t>遗憾、怜惜、同情、慨叹、欢喜、赞美（出</w:t>
      </w:r>
      <w:r>
        <w:rPr>
          <w:rFonts w:eastAsia="宋体;SimSun" w:cs="宋体;SimSun" w:ascii="宋体;SimSun" w:hAnsi="宋体;SimSun"/>
          <w:color w:val="000000"/>
        </w:rPr>
        <w:t>2</w:t>
      </w:r>
      <w:r>
        <w:rPr>
          <w:rFonts w:ascii="宋体;SimSun" w:hAnsi="宋体;SimSun" w:cs="宋体;SimSun" w:eastAsia="宋体;SimSun"/>
          <w:color w:val="000000"/>
        </w:rPr>
        <w:t>个即可）</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对文本内容的理解。第四段到第十六段记叙的是我去青岛疗养，看到了两只黄鹂，我的好友史同志要用猎枪打鸟，我提出这是自己最爱的鸟，希望他不要打，他答应了我的请求，却不知那两只鸟许是受了惊吓吧，再也不见了。可概括为：疗养时再见黄鹂，被朋友的猎枪惊吓，一去不返。第十七段到第二十段记叙的是我去鸟市看到有卖黄鹂鸟的，看到笼中的鸟，我觉得有一种凄惨的神气，这让我心中刺痛，有很长一段时间不再想起黄鹂。可概括为：在鸟市，看到了笼中黄鹂的凄惨神气，刺痛我心。</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理解句子含义。甲句：联系语境可知，史同志与我患有同样的病，也是来疗养，他打鸟，是为了愉悦身心，“也是为了养病”，但是他“能在兴头儿上照顾旁人”，放弃了自己钟爱的打鸟。作者说他对我是“真诚”的同病相怜，表现了作者对史同志善良心境，善解人意的赞美之情。乙：将那个中年人与身边女朋友打鸟的行为说成是“业绩”，这是反语的修辞。同时，“又怎能”又是反问的修辞。作者是一个爱鸟之人，对于这种无端打鸟的行为自然是气愤无比。作者运用反问和反语的修辞手法，强调了自己对这两个人的讽刺与谴责之情。</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pPr>
      <w:r>
        <w:rPr>
          <w:rFonts w:eastAsia="Times New Roman" w:cs="Times New Roman" w:ascii="Times New Roman" w:hAnsi="Times New Roman"/>
          <w:color w:val="000000"/>
        </w:rPr>
        <w:t>(1)</w:t>
      </w:r>
      <w:r>
        <w:rPr>
          <w:rFonts w:eastAsia="宋体;SimSun" w:cs="宋体;SimSun" w:ascii="宋体;SimSun" w:hAnsi="宋体;SimSun"/>
          <w:color w:val="000000"/>
        </w:rPr>
        <w:t>“</w:t>
      </w:r>
      <w:r>
        <w:rPr>
          <w:rFonts w:ascii="宋体;SimSun" w:hAnsi="宋体;SimSun" w:cs="宋体;SimSun" w:eastAsia="宋体;SimSun"/>
          <w:color w:val="000000"/>
        </w:rPr>
        <w:t>杂花生树，群莺乱飞”出自南北朝时丘迟的《与陈伯之书》，是描写春天美景的名句，意为：各种各样的花朵竞相开放，一群一群的黄莺振翅翻飞。紧扣“暮春时节”“百花盛放”“飞鸟成群”的特点描写即可。</w:t>
      </w:r>
    </w:p>
    <w:p>
      <w:pPr>
        <w:pStyle w:val="Normal"/>
        <w:spacing w:lineRule="auto" w:line="360"/>
        <w:jc w:val="start"/>
        <w:textAlignment w:val="center"/>
        <w:rPr/>
      </w:pPr>
      <w:r>
        <w:rPr>
          <w:rFonts w:eastAsia="Times New Roman" w:cs="Times New Roman" w:ascii="Times New Roman" w:hAnsi="Times New Roman"/>
          <w:color w:val="000000"/>
        </w:rPr>
        <w:t>(2)</w:t>
      </w:r>
      <w:r>
        <w:rPr>
          <w:rFonts w:ascii="宋体;SimSun" w:hAnsi="宋体;SimSun" w:cs="宋体;SimSun" w:eastAsia="宋体;SimSun"/>
          <w:color w:val="000000"/>
        </w:rPr>
        <w:t>考查仿写。开放类试题，与例句格式相同，语义相关即可。如：蜂逐百花，鸟飞碧树，虫爬叶底，蝉鸣枝头。</w:t>
      </w:r>
    </w:p>
    <w:p>
      <w:pPr>
        <w:pStyle w:val="Normal"/>
        <w:spacing w:lineRule="auto" w:line="360"/>
        <w:jc w:val="start"/>
        <w:textAlignment w:val="center"/>
        <w:rPr>
          <w:color w:val="000000"/>
        </w:rPr>
      </w:pPr>
      <w:r>
        <w:rPr>
          <w:color w:val="000000"/>
        </w:rPr>
        <w:t>【</w:t>
      </w:r>
      <w:r>
        <w:rPr>
          <w:color w:val="000000"/>
        </w:rPr>
        <w:t>23</w:t>
      </w:r>
      <w:r>
        <w:rPr>
          <w:color w:val="000000"/>
        </w:rPr>
        <w:t>题详解】</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考查赏析作者感情。作者共记叙了自己四次见到黄鹂的经历，初次见到，是在抗日战争时期，只是听到黄鹂的叫声，想多看一眼都是困难的，表现了作者对黄鹂的喜欢和不能见到的遗憾之情。第二次见到黄鹂是在青岛疗养时，因为受到了惊吓，黄鹂飞走了，再也不回来，表现了作者见到黄鹂时的欢喜和不能再见的遗憾。第三次见到黄鹂是在鸟市，见到了笼中的黄鹂，看到有一种凄惨的神气，这让作者心生同情与怜惜。第四次见到黄鹂是在太湖，从黄鹂的身上，作者感受到：各种事物都有它的极致，只有在一定的环境里，才能发挥这种极致。表达了作者的慨叹。</w:t>
      </w:r>
    </w:p>
    <w:p>
      <w:pPr>
        <w:pStyle w:val="Heading3"/>
      </w:pPr>
      <w:r>
        <w:t>房山区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四、现代文阅读（共24分）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（一）（共7分）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阅读下面的材料，完成下面小题。</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最近发布的一份少年儿童网络使用状况调研报告显示，儿童“触网”出现明显的低龄化趋势。</w:t>
      </w:r>
    </w:p>
    <w:tbl>
      <w:tblPr>
        <w:tblStyle w:val="TableNormal"/>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48"/>
        <w:gridCol w:w="1669"/>
        <w:gridCol w:w="3333"/>
      </w:tblGrid>
      <w:tr>
        <w:tblPrEx>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270"/>
        </w:trPr>
        <w:tc>
          <w:tcPr>
            <w:tcW w:w="15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年  龄</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比  例</w:t>
            </w:r>
          </w:p>
        </w:tc>
        <w:tc>
          <w:tcPr>
            <w:tcW w:w="33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内     容</w:t>
            </w:r>
          </w:p>
        </w:tc>
      </w:tr>
      <w:tr>
        <w:tblPrEx>
          <w:tblW w:w="6570" w:type="dxa"/>
          <w:tblCellMar>
            <w:top w:w="120" w:type="dxa"/>
            <w:left w:w="120" w:type="dxa"/>
            <w:bottom w:w="120" w:type="dxa"/>
            <w:right w:w="120" w:type="dxa"/>
          </w:tblCellMar>
        </w:tblPrEx>
        <w:trPr>
          <w:cantSplit w:val="0"/>
          <w:trHeight w:val="330"/>
        </w:trPr>
        <w:tc>
          <w:tcPr>
            <w:tcW w:w="15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3-4岁</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23%</w:t>
            </w:r>
          </w:p>
        </w:tc>
        <w:tc>
          <w:tcPr>
            <w:tcW w:w="33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看动画片</w:t>
            </w:r>
          </w:p>
        </w:tc>
      </w:tr>
      <w:tr>
        <w:tblPrEx>
          <w:tblW w:w="6570" w:type="dxa"/>
          <w:tblCellMar>
            <w:top w:w="120" w:type="dxa"/>
            <w:left w:w="120" w:type="dxa"/>
            <w:bottom w:w="120" w:type="dxa"/>
            <w:right w:w="120" w:type="dxa"/>
          </w:tblCellMar>
        </w:tblPrEx>
        <w:trPr>
          <w:cantSplit w:val="0"/>
          <w:trHeight w:val="330"/>
        </w:trPr>
        <w:tc>
          <w:tcPr>
            <w:tcW w:w="15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5岁</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31</w:t>
            </w:r>
            <w:r>
              <w:rPr>
                <w:rFonts w:ascii="Times New Roman" w:eastAsia="Times New Roman" w:hAnsi="Times New Roman" w:cs="Times New Roman"/>
                <w:color w:val="000000"/>
              </w:rPr>
              <w:t>.</w:t>
            </w:r>
            <w:r>
              <w:rPr>
                <w:rFonts w:ascii="楷体" w:eastAsia="楷体" w:hAnsi="楷体" w:cs="楷体"/>
                <w:color w:val="000000"/>
              </w:rPr>
              <w:t>9%</w:t>
            </w:r>
          </w:p>
        </w:tc>
        <w:tc>
          <w:tcPr>
            <w:tcW w:w="33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使用QQ或微信</w:t>
            </w:r>
          </w:p>
        </w:tc>
      </w:tr>
      <w:tr>
        <w:tblPrEx>
          <w:tblW w:w="6570" w:type="dxa"/>
          <w:tblCellMar>
            <w:top w:w="120" w:type="dxa"/>
            <w:left w:w="120" w:type="dxa"/>
            <w:bottom w:w="120" w:type="dxa"/>
            <w:right w:w="120" w:type="dxa"/>
          </w:tblCellMar>
        </w:tblPrEx>
        <w:trPr>
          <w:cantSplit w:val="0"/>
          <w:trHeight w:val="330"/>
        </w:trPr>
        <w:tc>
          <w:tcPr>
            <w:tcW w:w="1545" w:type="dxa"/>
            <w:vMerge w:val="restart"/>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7岁</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8</w:t>
            </w:r>
            <w:r>
              <w:rPr>
                <w:rFonts w:ascii="Times New Roman" w:eastAsia="Times New Roman" w:hAnsi="Times New Roman" w:cs="Times New Roman"/>
                <w:color w:val="000000"/>
              </w:rPr>
              <w:t>.</w:t>
            </w:r>
            <w:r>
              <w:rPr>
                <w:rFonts w:ascii="楷体" w:eastAsia="楷体" w:hAnsi="楷体" w:cs="楷体"/>
                <w:color w:val="000000"/>
              </w:rPr>
              <w:t>5%</w:t>
            </w:r>
          </w:p>
        </w:tc>
        <w:tc>
          <w:tcPr>
            <w:tcW w:w="33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网购</w:t>
            </w:r>
          </w:p>
        </w:tc>
      </w:tr>
      <w:tr>
        <w:tblPrEx>
          <w:tblW w:w="6570" w:type="dxa"/>
          <w:tblCellMar>
            <w:top w:w="120" w:type="dxa"/>
            <w:left w:w="120" w:type="dxa"/>
            <w:bottom w:w="120" w:type="dxa"/>
            <w:right w:w="120" w:type="dxa"/>
          </w:tblCellMar>
        </w:tblPrEx>
        <w:trPr>
          <w:cantSplit w:val="0"/>
          <w:trHeight w:val="330"/>
        </w:trPr>
        <w:tc>
          <w:tcPr>
            <w:vMerge/>
            <w:tcBorders>
              <w:top w:val="single" w:sz="6" w:space="0" w:color="000000"/>
              <w:left w:val="single" w:sz="6" w:space="0" w:color="000000"/>
              <w:bottom w:val="single" w:sz="6" w:space="0" w:color="000000"/>
              <w:right w:val="single" w:sz="6" w:space="0" w:color="000000"/>
            </w:tcBorders>
          </w:tcPr>
          <w:p>
            <w:pPr>
              <w:spacing w:line="360" w:lineRule="auto"/>
              <w:ind w:firstLine="420"/>
              <w:jc w:val="left"/>
              <w:textAlignment w:val="center"/>
              <w:rPr>
                <w:rFonts w:ascii="宋体" w:eastAsia="宋体" w:hAnsi="宋体" w:cs="宋体"/>
                <w:color w:val="000000"/>
              </w:rPr>
            </w:pP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14</w:t>
            </w:r>
            <w:r>
              <w:rPr>
                <w:rFonts w:ascii="Times New Roman" w:eastAsia="Times New Roman" w:hAnsi="Times New Roman" w:cs="Times New Roman"/>
                <w:color w:val="000000"/>
              </w:rPr>
              <w:t>.</w:t>
            </w:r>
            <w:r>
              <w:rPr>
                <w:rFonts w:ascii="楷体" w:eastAsia="楷体" w:hAnsi="楷体" w:cs="楷体"/>
                <w:color w:val="000000"/>
              </w:rPr>
              <w:t>4%</w:t>
            </w:r>
          </w:p>
        </w:tc>
        <w:tc>
          <w:tcPr>
            <w:tcW w:w="333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楷体" w:eastAsia="楷体" w:hAnsi="楷体" w:cs="楷体"/>
                <w:color w:val="000000"/>
              </w:rPr>
            </w:pPr>
            <w:r>
              <w:rPr>
                <w:rFonts w:ascii="楷体" w:eastAsia="楷体" w:hAnsi="楷体" w:cs="楷体"/>
                <w:color w:val="000000"/>
              </w:rPr>
              <w:t>发布图片、视频或文字</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【材料二】</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在孩子成长的关键阶段，家长的教育一定不能缺位、错位。在监护儿童的网络行为，帮助儿童提高网络素养，防止儿童染上网瘾方面，家长负有不可推卸的责任。家长要加强对孩子健康用网的【甲】，让网络成为孩子们学习、工作与生活的工具，而非绑架生活的玩具。</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儿童“触网”已成不可避免的趋势，社会要做的就是打造好安全防护墙。相关部门应高度重视，让学校、家庭和社会共同承担起网络素养教育的重要责任。学校应尽快加入网络安全教育，同时要营造绿色健康的网络生态环境，加强网络秩序治理整顿，健全【乙】，给孩子打造一个让家长不再谈之色变的网络环境。</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12. </w:t>
      </w:r>
      <w:r>
        <w:rPr>
          <w:rFonts w:ascii="宋体" w:eastAsia="宋体" w:hAnsi="宋体" w:cs="宋体"/>
          <w:color w:val="000000"/>
        </w:rPr>
        <w:t>请用简洁的语言分别概括上述三则材料的主要内容。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13. </w:t>
      </w:r>
      <w:r>
        <w:rPr>
          <w:rFonts w:ascii="宋体" w:eastAsia="宋体" w:hAnsi="宋体" w:cs="宋体"/>
          <w:color w:val="000000"/>
        </w:rPr>
        <w:t>在【材料二】【材料三】中【甲】【乙】两处所填词句最恰当的一项是（   ）</w:t>
      </w:r>
    </w:p>
    <w:p>
      <w:pPr>
        <w:tabs>
          <w:tab w:val="left" w:pos="4873"/>
        </w:tabs>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引导    监管长效机制</w:t>
      </w:r>
      <w:r>
        <w:rPr>
          <w:rFonts w:ascii="宋体" w:eastAsia="宋体" w:hAnsi="宋体" w:cs="宋体"/>
          <w:color w:val="000000"/>
        </w:rPr>
        <w:tab/>
      </w:r>
      <w:r>
        <w:rPr>
          <w:rFonts w:ascii="宋体" w:eastAsia="宋体" w:hAnsi="宋体" w:cs="宋体"/>
          <w:color w:val="000000"/>
        </w:rPr>
        <w:t xml:space="preserve">B. </w:t>
      </w:r>
      <w:r>
        <w:rPr>
          <w:rFonts w:ascii="宋体" w:eastAsia="宋体" w:hAnsi="宋体" w:cs="宋体"/>
          <w:color w:val="000000"/>
        </w:rPr>
        <w:t>引导    长效监管机制</w:t>
      </w:r>
    </w:p>
    <w:p>
      <w:pPr>
        <w:tabs>
          <w:tab w:val="left" w:pos="4873"/>
        </w:tabs>
        <w:spacing w:line="360" w:lineRule="auto"/>
        <w:jc w:val="left"/>
        <w:textAlignment w:val="center"/>
        <w:rPr>
          <w:rFonts w:ascii="宋体" w:eastAsia="宋体" w:hAnsi="宋体" w:cs="宋体"/>
          <w:color w:val="000000"/>
        </w:rPr>
      </w:pPr>
      <w:r>
        <w:rPr>
          <w:rFonts w:ascii="宋体" w:eastAsia="宋体" w:hAnsi="宋体" w:cs="宋体"/>
          <w:color w:val="000000"/>
        </w:rPr>
        <w:t xml:space="preserve">C. </w:t>
      </w:r>
      <w:r>
        <w:rPr>
          <w:rFonts w:ascii="宋体" w:eastAsia="宋体" w:hAnsi="宋体" w:cs="宋体"/>
          <w:color w:val="000000"/>
        </w:rPr>
        <w:t>指导    长效监管机制</w:t>
      </w:r>
      <w:r>
        <w:rPr>
          <w:rFonts w:ascii="宋体" w:eastAsia="宋体" w:hAnsi="宋体" w:cs="宋体"/>
          <w:color w:val="000000"/>
        </w:rPr>
        <w:tab/>
      </w:r>
      <w:r>
        <w:rPr>
          <w:rFonts w:ascii="宋体" w:eastAsia="宋体" w:hAnsi="宋体" w:cs="宋体"/>
          <w:color w:val="000000"/>
        </w:rPr>
        <w:t xml:space="preserve">D. </w:t>
      </w:r>
      <w:r>
        <w:rPr>
          <w:rFonts w:ascii="宋体" w:eastAsia="宋体" w:hAnsi="宋体" w:cs="宋体"/>
          <w:color w:val="000000"/>
        </w:rPr>
        <w:t>指导    监管长效机制</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结合生活实际，针对儿童如何合理使用网络问题提出你的建议。（至少写出两条）</w:t>
      </w:r>
    </w:p>
    <w:p>
      <w:pPr>
        <w:spacing w:line="360" w:lineRule="auto"/>
        <w:textAlignment w:val="center"/>
        <w:rPr>
          <w:color w:val="2E75B6"/>
        </w:rPr>
      </w:pPr>
      <w:r>
        <w:rPr>
          <w:color w:val="2E75B6"/>
        </w:rPr>
        <w:t>【12~14题答案】</w:t>
      </w:r>
    </w:p>
    <w:p>
      <w:pPr>
        <w:spacing w:line="360" w:lineRule="auto"/>
        <w:textAlignment w:val="center"/>
        <w:rPr>
          <w:rFonts w:ascii="宋体" w:eastAsia="宋体" w:hAnsi="宋体" w:cs="宋体"/>
          <w:color w:val="000000"/>
        </w:rPr>
      </w:pPr>
      <w:r>
        <w:rPr>
          <w:color w:val="2E75B6"/>
        </w:rPr>
        <w:t>【答案】</w:t>
      </w:r>
      <w:r>
        <w:rPr>
          <w:color w:val="000000"/>
        </w:rPr>
        <w:t xml:space="preserve">12. </w:t>
      </w:r>
      <w:r>
        <w:rPr>
          <w:rFonts w:ascii="宋体" w:eastAsia="宋体" w:hAnsi="宋体" w:cs="宋体"/>
          <w:color w:val="000000"/>
        </w:rPr>
        <w:t>材料一：儿童“触网”低龄化；</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材料二：帮助儿童提高网络素养，防止儿童染上网瘾方面，家长负有不可推卸的责任；</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材料三：儿童“触网”已成不可避免的趋势，社会要打造好安全防护墙。</w:t>
      </w:r>
      <w:r>
        <w:rPr>
          <w:color w:val="000000"/>
        </w:rPr>
        <w:t xml:space="preserve">    </w:t>
      </w:r>
      <w:r>
        <w:rPr>
          <w:color w:val="000000"/>
        </w:rPr>
        <w:t xml:space="preserve">13. </w:t>
      </w:r>
      <w:r>
        <w:rPr>
          <w:color w:val="000000"/>
        </w:rPr>
        <w:t>B</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14. </w:t>
      </w:r>
      <w:r>
        <w:rPr>
          <w:rFonts w:ascii="宋体" w:eastAsia="宋体" w:hAnsi="宋体" w:cs="宋体"/>
          <w:color w:val="000000"/>
        </w:rPr>
        <w:t>①加强对儿童的引导，让网络成为他们学习、工作、生活的工具，而不是浪费时间的玩具。②学校应尽早开展网络安全教育，营造绿色健康的网络生态环境，加强网络秩序整顿，健全长效监管机制。③政府应及早建立“网络分级”制度，为儿童打造上网的安全防护墙。</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【12题详解】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从中筛选、概括最主要的信息的能力。从材料一“儿童“触网”出现明显的低龄化趋势”及图表数据分析可得：儿童“触网”出现明显的低龄化趋势；从材料二“家长要加强对孩子健康用网的引导，让网络成为孩子们学习、工作与生活的工具，而非绑架生活的玩具”这句话可以看出意在家庭在网络素养教育方面的责任；从材科三“儿童“触网”已成不可避免的趋势，社会要做的就是打造好安全防护墙。相关部门应高度重视，让学校、家庭和社会共同承担起网络素养教育的重要责任”知，其内容是：强调学校和社会应该引起重视防范儿童“触网”。</w:t>
      </w:r>
    </w:p>
    <w:p>
      <w:pPr>
        <w:spacing w:line="360" w:lineRule="auto"/>
        <w:textAlignment w:val="center"/>
        <w:rPr>
          <w:color w:val="000000"/>
        </w:rPr>
      </w:pPr>
      <w:r>
        <w:rPr>
          <w:color w:val="000000"/>
        </w:rPr>
        <w:t>【13题详解】</w:t>
      </w:r>
    </w:p>
    <w:p>
      <w:pPr>
        <w:spacing w:line="360" w:lineRule="auto"/>
        <w:textAlignment w:val="center"/>
        <w:rPr>
          <w:rFonts w:ascii="宋体" w:eastAsia="宋体" w:hAnsi="宋体" w:cs="宋体"/>
          <w:color w:val="000000"/>
        </w:rPr>
      </w:pPr>
      <w:r>
        <w:rPr>
          <w:rFonts w:ascii="宋体" w:eastAsia="宋体" w:hAnsi="宋体" w:cs="宋体"/>
          <w:color w:val="000000"/>
        </w:rPr>
        <w:t>【甲】处空格：指导是指示教导、指点引导之意；引导：带领、领路，使跟随。“指导”侧重于“教”，“引导”侧重于“引”，这里用“引导”表现的是家长对孩子健康用网的“引领”作用，让孩子跟随自己。所以“引导”更符合语境；</w:t>
      </w:r>
    </w:p>
    <w:p>
      <w:pPr>
        <w:spacing w:line="360" w:lineRule="auto"/>
        <w:jc w:val="left"/>
        <w:textAlignment w:val="center"/>
        <w:rPr>
          <w:rFonts w:ascii="宋体" w:eastAsia="宋体" w:hAnsi="宋体" w:cs="宋体"/>
          <w:color w:val="000000"/>
        </w:rPr>
      </w:pPr>
      <w:r>
        <w:rPr>
          <w:rFonts w:ascii="宋体" w:eastAsia="宋体" w:hAnsi="宋体" w:cs="宋体"/>
          <w:color w:val="000000"/>
        </w:rPr>
        <w:t>【乙】处空格：“监管长效机制”还是“长效监管机制”这涉及的定语修饰的排序。多项定语与中心语的正确次序-般是：①表领属性的或时间、处所的；②指称或数量的短语；</w:t>
      </w:r>
      <w:r>
        <w:rPr>
          <w:rFonts w:ascii="微软雅黑" w:eastAsia="微软雅黑" w:hAnsi="微软雅黑" w:cs="微软雅黑"/>
          <w:color w:val="000000"/>
        </w:rPr>
        <w:t xml:space="preserve"> ③</w:t>
      </w:r>
      <w:r>
        <w:rPr>
          <w:rFonts w:ascii="宋体" w:eastAsia="宋体" w:hAnsi="宋体" w:cs="宋体"/>
          <w:color w:val="000000"/>
        </w:rPr>
        <w:t>动词或动词短语；④形容词或形容词短语；⑤名词或名词短语。比如“我家（所属性定语）两只（数量定语）爱玩的（动词短语作定语）可爱的（形容词定语）小猫（中心语）”。“长效”是形容词表性质的定语，“监管”是动词性定语，所以就排序是“长效监管机制”。</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综上所述，故选B。</w:t>
      </w:r>
    </w:p>
    <w:p>
      <w:pPr>
        <w:spacing w:line="360" w:lineRule="auto"/>
        <w:jc w:val="left"/>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本题考查理解与运用能力。可概括材料进行有针对性的建议。</w:t>
      </w:r>
    </w:p>
    <w:p>
      <w:pPr>
        <w:spacing w:line="360" w:lineRule="auto"/>
        <w:jc w:val="left"/>
        <w:textAlignment w:val="center"/>
        <w:rPr>
          <w:rFonts w:ascii="宋体" w:eastAsia="宋体" w:hAnsi="宋体" w:cs="宋体"/>
          <w:color w:val="000000"/>
        </w:rPr>
      </w:pPr>
      <w:r>
        <w:rPr>
          <w:rFonts w:ascii="宋体" w:eastAsia="宋体" w:hAnsi="宋体" w:cs="宋体"/>
          <w:color w:val="000000"/>
        </w:rPr>
        <w:t>我们可从家长角度提建议，要让家长加强对儿童的引导，让网络成为他们学习、工作、生活的工具；可从学校角度提建议，应尽早开展网络安全教育，营造绿色健康的网络生态环境；可从社会角度提建议，要加强网络秩序整顿，健全长效监管机制；另外，三方还要配合起来，齐抓共管，及早建立“网络分级”制度，为儿童打造上网的安全防护墙。</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（二）（共8分）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阅读《红橘甜了》，完成各题。</w:t>
      </w:r>
    </w:p>
    <w:p>
      <w:pPr>
        <w:spacing w:line="360" w:lineRule="auto"/>
        <w:jc w:val="center"/>
        <w:textAlignment w:val="center"/>
        <w:rPr>
          <w:rFonts w:ascii="楷体" w:eastAsia="楷体" w:hAnsi="楷体" w:cs="楷体"/>
          <w:color w:val="000000"/>
        </w:rPr>
      </w:pPr>
      <w:r>
        <w:rPr>
          <w:rFonts w:ascii="楷体" w:eastAsia="楷体" w:hAnsi="楷体" w:cs="楷体"/>
          <w:color w:val="000000"/>
        </w:rPr>
        <w:t>红橘甜了</w:t>
      </w:r>
    </w:p>
    <w:p>
      <w:pPr>
        <w:spacing w:line="360" w:lineRule="auto"/>
        <w:jc w:val="center"/>
        <w:textAlignment w:val="center"/>
        <w:rPr>
          <w:rFonts w:ascii="楷体" w:eastAsia="楷体" w:hAnsi="楷体" w:cs="楷体"/>
          <w:color w:val="000000"/>
        </w:rPr>
      </w:pPr>
      <w:r>
        <w:rPr>
          <w:rFonts w:ascii="楷体" w:eastAsia="楷体" w:hAnsi="楷体" w:cs="楷体"/>
          <w:color w:val="000000"/>
        </w:rPr>
        <w:t>骆驼</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①放下电话细一思量，这已经是父亲第四次催我了。父亲说，这场大雪过后，红橘更甜了，硬是甜得入了心呢！说这话时，那声音挺富激情的。父亲的意思是要我快些回去，尝尝今年橘子的味道。</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父亲精心侍弄的那些红橘树，是十多年前我从外地弄回去的。那一年我刚参加工作，为了表示孝心，我特地买了十几株红橘苗，回家同父亲一起栽下。从此，父亲便精心侍弄那些树苗，似亲儿女般。浇水、施肥、修枝、杀虫，那严肃劲，不亚于教育我们。那些果树也很通人性，几年后便出落得挺拔而多姿。我记得第一年花开时节，父亲在电话里像孩子见到第一场雪那般激动地说：“白花花的满树枝啊，香气跑了好几里呢！”当乡亲们夸奖橘花的香气时，父亲又像孩子受了老师表扬那般露出羞涩的神色，说：“这树是我儿子从县城弄回来的优良品种呢！ ”就这样，父亲怀着兴奋和渴盼的心情，等待着橘子的成熟。那几个月，我们隔几天总接到父亲的电话。橘子有指头大了呢！橘子有乒乓球大了呢！橘子有鸡蛋大了呢！有些橘子有黄色了呢！有几个橘子全部黄了呢！父亲总是在说橘子。</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那一年，父亲将首先变黄的橘子采了下来，并打来电话，叫我快些回去尝尝。时至年末，我们哪能抽出时间啊！在苦苦等待后，父亲同母亲商定，第一批橘子一定要送来让我们尝尝。他们的理由很简单：树是儿子买的，也是儿子跟自己一同栽下的，儿子不吃第一个，谁吃？在那个飘着大雪的冬日的早晨，父亲从百里之外的故乡，带上十九个首先成熟的红橘，来到我的面前。看着我们一家三口甜甜地吃着甜甜的红橘，父亲长长地出了一口气。我们劝他也赶快尝尝。父亲说：“我早吃过了，一天好几个呢！”我的泪便涌上来，因为父亲出发后，母亲在电话里告诉我，父亲带来的第一批橘子是十九个。我强压泪水，挑了个最大的剥开后，双手递到父亲面前。父亲颤巍巍地接过橘子，拿一瓣放进嘴里，慢慢咀嚼。我再次从父亲脸上看到了我参加工作第一天父亲送我时的表情。</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就这样，每年第一场大雪后，父亲便会来给我们送红橘。他还会将红橘分一些给邻居，其余的便去市场上卖了。后来，妻子就说：“爹怕是糊涂了吧，橘子现在几角钱一斤，来回的车费就要几十元，该买多少橘子呀！再说了，红橘越来越没有市场了，味道越来越差了，哪能比得上如今的优良品种呀！”我没有正面回答，只是沉沉地回了一句话：“父亲哪里是为那几个橘子啊！ ”妻子思索一阵说：“也是，只要老人高兴，就由着他。”</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父亲越来越老了，雪后的山路上，他再也不能健步如飞了。妻子说，年前我们干脆抽两天时间回去看看吧！回去那天，父亲正坐在火塘边，望着树上的橘子发呆，看到我们，父亲一愣，随即便孩子般叫着母亲的名字。我看见父亲眼中的泪水滚落下来。父亲抹一把泪说：“</w:t>
      </w:r>
      <w:r>
        <w:rPr>
          <w:rFonts w:ascii="楷体" w:eastAsia="楷体" w:hAnsi="楷体" w:cs="楷体"/>
          <w:color w:val="000000"/>
          <w:u w:val="single"/>
        </w:rPr>
        <w:t>这屋里，烟太大了……</w:t>
      </w:r>
      <w:r>
        <w:rPr>
          <w:rFonts w:ascii="楷体" w:eastAsia="楷体" w:hAnsi="楷体" w:cs="楷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次日，我邀了儿时的两个好友，决定将剩下的红橘弄到市场上去卖，父亲自然是十分高兴。我将红橘分送给了我的故交，并嘱咐他们千万别告诉父亲。我掏出一百元钱，换成了零钞，将其中的九十六元八角送到了父亲手上，异常高兴地对父亲说：“今天碰到几个外地人，将果子抢购一空，价格比往年高出近一角钱呢！ ”</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⑦父亲脸上满是欣喜的神色，说：“太好了，明年，我要更细心地照顾它们！ ”听了父亲的话我别过脸去说：</w:t>
      </w:r>
      <w:r>
        <w:rPr>
          <w:rFonts w:ascii="宋体" w:eastAsia="宋体" w:hAnsi="宋体" w:cs="宋体"/>
          <w:color w:val="000000"/>
        </w:rPr>
        <w:t>“</w:t>
      </w:r>
      <w:r>
        <w:rPr>
          <w:rFonts w:ascii="楷体" w:eastAsia="楷体" w:hAnsi="楷体" w:cs="楷体"/>
          <w:color w:val="000000"/>
          <w:u w:val="single"/>
        </w:rPr>
        <w:t>这屋里，烟太大了……</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按照时间先后顺序梳理文章的主要内容。</w:t>
      </w:r>
    </w:p>
    <w:p>
      <w:pPr>
        <w:spacing w:line="360" w:lineRule="auto"/>
        <w:jc w:val="left"/>
        <w:textAlignment w:val="center"/>
        <w:rPr>
          <w:rFonts w:ascii="宋体" w:eastAsia="宋体" w:hAnsi="宋体" w:cs="宋体"/>
          <w:color w:val="000000"/>
        </w:rPr>
      </w:pPr>
      <w:r>
        <w:rPr>
          <w:rFonts w:ascii="宋体" w:eastAsia="宋体" w:hAnsi="宋体" w:cs="宋体"/>
          <w:color w:val="000000"/>
        </w:rPr>
        <w:t>①十多年前，父亲和我一起种下红橘苗；自此，父亲精心侍弄它们</w:t>
      </w:r>
      <w:r>
        <w:rPr>
          <w:rFonts w:ascii="宋体" w:eastAsia="宋体" w:hAnsi="宋体" w:cs="宋体"/>
          <w:color w:val="000000"/>
          <w:position w:val="-12"/>
        </w:rPr>
        <w:drawing>
          <wp:inline>
            <wp:extent cx="127000" cy="76200"/>
            <wp:docPr id="14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
                    <pic:cNvPicPr>
                      <a:picLocks noChangeAspect="1"/>
                    </pic:cNvPicPr>
                  </pic:nvPicPr>
                  <pic:blipFill>
                    <a:blip r:embed="rId75"/>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rPr>
          <w:rFonts w:ascii="宋体" w:eastAsia="宋体" w:hAnsi="宋体" w:cs="宋体"/>
          <w:color w:val="000000"/>
        </w:rPr>
        <w:t>_________________________________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③每年第一场大雪后，父亲便会来给我们送红橘。</w:t>
      </w:r>
    </w:p>
    <w:p>
      <w:pPr>
        <w:spacing w:line="360" w:lineRule="auto"/>
        <w:jc w:val="left"/>
        <w:textAlignment w:val="center"/>
        <w:rPr>
          <w:rFonts w:ascii="宋体" w:eastAsia="宋体" w:hAnsi="宋体" w:cs="宋体"/>
          <w:color w:val="000000"/>
        </w:rPr>
      </w:pPr>
      <w:r>
        <w:rPr>
          <w:rFonts w:ascii="宋体" w:eastAsia="宋体" w:hAnsi="宋体" w:cs="宋体"/>
          <w:color w:val="000000"/>
        </w:rPr>
        <w:t>④</w:t>
      </w:r>
      <w:r>
        <w:rPr>
          <w:rFonts w:ascii="宋体" w:eastAsia="宋体" w:hAnsi="宋体" w:cs="宋体"/>
          <w:color w:val="000000"/>
        </w:rPr>
        <w:t>________________________________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文中两处画线句是父子说</w:t>
      </w:r>
      <w:r>
        <w:rPr>
          <w:rFonts w:ascii="宋体" w:eastAsia="宋体" w:hAnsi="宋体" w:cs="宋体"/>
          <w:color w:val="000000"/>
          <w:position w:val="0"/>
        </w:rPr>
        <w:drawing>
          <wp:inline>
            <wp:extent cx="133350" cy="177800"/>
            <wp:docPr id="14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
                    <pic:cNvPicPr>
                      <a:picLocks noChangeAspect="1"/>
                    </pic:cNvPicPr>
                  </pic:nvPicPr>
                  <pic:blipFill>
                    <a:blip r:embed="rId7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同样的话。请结合文章内容说说这两处同样的话在表情达意上有什么异同。</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文章题目是“红橘甜了”，请结合文章具体内容，说说“甜”</w:t>
      </w:r>
      <w:r>
        <w:rPr>
          <w:rFonts w:ascii="宋体" w:eastAsia="宋体" w:hAnsi="宋体" w:cs="宋体"/>
          <w:color w:val="000000"/>
          <w:position w:val="0"/>
        </w:rPr>
        <w:drawing>
          <wp:inline>
            <wp:extent cx="133350" cy="177800"/>
            <wp:docPr id="14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
                    <pic:cNvPicPr>
                      <a:picLocks noChangeAspect="1"/>
                    </pic:cNvPicPr>
                  </pic:nvPicPr>
                  <pic:blipFill>
                    <a:blip r:embed="rId7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含义。</w:t>
      </w:r>
    </w:p>
    <w:p>
      <w:pPr>
        <w:spacing w:line="360" w:lineRule="auto"/>
        <w:textAlignment w:val="center"/>
        <w:rPr>
          <w:color w:val="2E75B6"/>
        </w:rPr>
      </w:pPr>
      <w:r>
        <w:rPr>
          <w:color w:val="2E75B6"/>
        </w:rPr>
        <w:t>【15~17题答案】</w:t>
      </w:r>
    </w:p>
    <w:p>
      <w:pPr>
        <w:spacing w:line="360" w:lineRule="auto"/>
        <w:textAlignment w:val="center"/>
        <w:rPr>
          <w:rFonts w:ascii="宋体" w:eastAsia="宋体" w:hAnsi="宋体" w:cs="宋体"/>
          <w:color w:val="000000"/>
        </w:rPr>
      </w:pPr>
      <w:r>
        <w:rPr>
          <w:color w:val="2E75B6"/>
        </w:rPr>
        <w:t>【答案】</w:t>
      </w:r>
      <w:r>
        <w:rPr>
          <w:color w:val="000000"/>
        </w:rPr>
        <w:t xml:space="preserve">15. </w:t>
      </w:r>
      <w:r>
        <w:rPr>
          <w:color w:val="000000"/>
        </w:rPr>
        <w:t xml:space="preserve">    ①. </w:t>
      </w:r>
      <w:r>
        <w:rPr>
          <w:rFonts w:ascii="宋体" w:eastAsia="宋体" w:hAnsi="宋体" w:cs="宋体"/>
          <w:color w:val="000000"/>
        </w:rPr>
        <w:t>那一年，父亲将第一批橘子送来让我们尝尝。</w:t>
      </w:r>
      <w:r>
        <w:rPr>
          <w:color w:val="000000"/>
        </w:rPr>
        <w:t xml:space="preserve">    ②. </w:t>
      </w:r>
      <w:r>
        <w:rPr>
          <w:rFonts w:ascii="宋体" w:eastAsia="宋体" w:hAnsi="宋体" w:cs="宋体"/>
          <w:color w:val="000000"/>
        </w:rPr>
        <w:t>今年，我回家看父亲并帮助父亲“卖橘子”。</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相同之处：都是为了掩饰自己落泪。</w:t>
      </w:r>
    </w:p>
    <w:p>
      <w:pPr>
        <w:spacing w:line="360" w:lineRule="auto"/>
        <w:jc w:val="left"/>
        <w:textAlignment w:val="center"/>
        <w:rPr>
          <w:rFonts w:ascii="宋体" w:eastAsia="宋体" w:hAnsi="宋体" w:cs="宋体"/>
          <w:color w:val="000000"/>
        </w:rPr>
      </w:pPr>
      <w:r>
        <w:rPr>
          <w:rFonts w:ascii="宋体" w:eastAsia="宋体" w:hAnsi="宋体" w:cs="宋体"/>
          <w:color w:val="000000"/>
        </w:rPr>
        <w:t>不同之处： 父亲见到儿子回家时流下了激动、惊喜的泪；儿子感受到了深沉的父爱流下了感动的泪（为父亲辛苦的付出流下了心疼的泪，为这么多年才理解父爱流下了愧疚的泪）。</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17. </w:t>
      </w:r>
      <w:r>
        <w:rPr>
          <w:rFonts w:ascii="宋体" w:eastAsia="宋体" w:hAnsi="宋体" w:cs="宋体"/>
          <w:color w:val="000000"/>
        </w:rPr>
        <w:t>①红橘树在父亲精心管理下结出的果实很甜。 ②儿子买红橘苗、“卖橘子”等做法，表现了儿子的孝心。③父亲种橘、送橘等行为，表现了深沉的父爱。（意思对即可）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【15题详解】</w:t>
      </w:r>
    </w:p>
    <w:p>
      <w:pPr>
        <w:spacing w:line="360" w:lineRule="auto"/>
        <w:textAlignment w:val="center"/>
        <w:rPr>
          <w:rFonts w:ascii="宋体" w:eastAsia="宋体" w:hAnsi="宋体" w:cs="宋体"/>
          <w:color w:val="000000"/>
        </w:rPr>
      </w:pPr>
      <w:r>
        <w:rPr>
          <w:rFonts w:ascii="宋体" w:eastAsia="宋体" w:hAnsi="宋体" w:cs="宋体"/>
          <w:color w:val="000000"/>
        </w:rPr>
        <w:t>考查概括事件。第一空：第三段记叙的是第一批果子成熟以后，父亲坚持要让我们先吃。于是我把第一批橘子共十九个给我们带来城里，让我尝尝。可概括为：那一年，父亲将第一批橘子送来让我们尝尝。第二空：第五段到第七段记叙的是我和妻子年前回家看望父亲，把剩下的橘子假装卖掉，父亲非常高兴，我很感动。可概括为：今年，我回家看父亲并帮助父亲“卖橘子”。</w:t>
      </w:r>
    </w:p>
    <w:p>
      <w:pPr>
        <w:spacing w:line="360" w:lineRule="auto"/>
        <w:textAlignment w:val="center"/>
        <w:rPr>
          <w:color w:val="000000"/>
        </w:rPr>
      </w:pPr>
      <w:r>
        <w:rPr>
          <w:color w:val="000000"/>
        </w:rPr>
        <w:t>【16题详解】</w:t>
      </w:r>
    </w:p>
    <w:p>
      <w:pPr>
        <w:spacing w:line="360" w:lineRule="auto"/>
        <w:textAlignment w:val="center"/>
        <w:rPr>
          <w:rFonts w:ascii="宋体" w:eastAsia="宋体" w:hAnsi="宋体" w:cs="宋体"/>
          <w:color w:val="000000"/>
        </w:rPr>
      </w:pPr>
      <w:r>
        <w:rPr>
          <w:rFonts w:ascii="宋体" w:eastAsia="宋体" w:hAnsi="宋体" w:cs="宋体"/>
          <w:color w:val="000000"/>
        </w:rPr>
        <w:t>考查对重点句子的理解。相同点：父亲看到我回来，激动的落泪，又不想让儿子看到，为了掩饰，说屋里烟太大。我看到父亲因为卖橘子得了不足一百块钱，就非常高兴，感觉到父亲多年以来的辛苦不易而落泪，为了掩饰，说屋里烟太大。两者的共同点是都是为了掩饰自己。不同点：父亲看到儿子回家看望自己，既有激动，又有惊喜，因而落泪。我把卖橘子的钱交给父亲，说果子卖的特别好，父亲非常高兴，说明年要更加细心的照顾他们。从父亲的语语里，我感受到父亲多年来的不易和对自己深沉的爱，这泪水里既有感动，又有心疼，还有愧疚。</w:t>
      </w:r>
    </w:p>
    <w:p>
      <w:pPr>
        <w:spacing w:line="360" w:lineRule="auto"/>
        <w:textAlignment w:val="center"/>
        <w:rPr>
          <w:color w:val="000000"/>
        </w:rPr>
      </w:pPr>
      <w:r>
        <w:rPr>
          <w:color w:val="000000"/>
        </w:rPr>
        <w:t>【17题详解】</w:t>
      </w:r>
    </w:p>
    <w:p>
      <w:pPr>
        <w:spacing w:line="360" w:lineRule="auto"/>
        <w:textAlignment w:val="center"/>
        <w:rPr>
          <w:rFonts w:ascii="宋体" w:eastAsia="宋体" w:hAnsi="宋体" w:cs="宋体"/>
          <w:color w:val="000000"/>
        </w:rPr>
      </w:pPr>
      <w:r>
        <w:rPr>
          <w:rFonts w:ascii="宋体" w:eastAsia="宋体" w:hAnsi="宋体" w:cs="宋体"/>
          <w:color w:val="000000"/>
        </w:rPr>
        <w:t>考查赏析题目的含义。联系文章内容可知，题目中“甜”的表面含义是指是在父亲的精心照顾下，橘树结果，结出的果子非常甜。联系文章主旨可知，我刚参加工作，为了表示孝心，买来橘树苗和父亲一起种下。过年以前，抽时间回到家里看望父亲，并假装把橘子卖掉，这些都是我孝顺父亲的表现。我的孝心是“甜”的。父亲精心照管橘树，因为这是和儿子一起种下的，又把第一批橘子给我们送到城里，从此以后每年都要给我们送橘子，这些都是父亲爱的表现。父亲对儿子的爱心是“甜”的。</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阅读《小溪流</w:t>
      </w:r>
      <w:r>
        <w:rPr>
          <w:rFonts w:ascii="宋体" w:eastAsia="宋体" w:hAnsi="宋体" w:cs="宋体"/>
          <w:color w:val="000000"/>
          <w:position w:val="0"/>
        </w:rPr>
        <w:drawing>
          <wp:inline>
            <wp:extent cx="133350" cy="177800"/>
            <wp:docPr id="14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
                    <pic:cNvPicPr>
                      <a:picLocks noChangeAspect="1"/>
                    </pic:cNvPicPr>
                  </pic:nvPicPr>
                  <pic:blipFill>
                    <a:blip r:embed="rId7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歌》，完成各题。</w:t>
      </w:r>
    </w:p>
    <w:p>
      <w:pPr>
        <w:spacing w:line="360" w:lineRule="auto"/>
        <w:jc w:val="center"/>
        <w:textAlignment w:val="center"/>
        <w:rPr>
          <w:rFonts w:ascii="楷体" w:eastAsia="楷体" w:hAnsi="楷体" w:cs="楷体"/>
          <w:color w:val="000000"/>
        </w:rPr>
      </w:pPr>
      <w:r>
        <w:rPr>
          <w:rFonts w:ascii="楷体" w:eastAsia="楷体" w:hAnsi="楷体" w:cs="楷体"/>
          <w:color w:val="000000"/>
        </w:rPr>
        <w:t>小溪流的歌</w:t>
      </w:r>
    </w:p>
    <w:p>
      <w:pPr>
        <w:spacing w:line="360" w:lineRule="auto"/>
        <w:jc w:val="center"/>
        <w:textAlignment w:val="center"/>
        <w:rPr>
          <w:rFonts w:ascii="楷体" w:eastAsia="楷体" w:hAnsi="楷体" w:cs="楷体"/>
          <w:color w:val="000000"/>
        </w:rPr>
      </w:pPr>
      <w:r>
        <w:rPr>
          <w:rFonts w:ascii="楷体" w:eastAsia="楷体" w:hAnsi="楷体" w:cs="楷体"/>
          <w:color w:val="000000"/>
        </w:rPr>
        <w:t>严文井</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①小溪流有一个歌，是永远唱不完的。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一条快活的小溪流哼哼唱唱，不分日夜地向前奔流。山谷里总是不断响着他歌唱的回声。太阳出来了，太阳向着他微笑。月亮出来了，月亮也向着他微笑。在他清亮的眼睛里，世界上所有的东西都像他自己一样新鲜、快乐。他不断向他所遇到的东西打招呼，对他们说：“你好，你好！”</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小溪流一边奔流，一边玩耍。他一会儿拍拍岸边五颜六色的卵石，一会儿摸摸沙地上才伸出脑袋来的小草。他一会儿让那些漂浮着的小树叶打个转儿，一会儿挠挠那些追赶他的小蝌蚪的痒痒。小树叶不害怕，轻轻转了两个圈儿，就又往前漂。小蝌蚪可有些怕痒，就赶快向岸边游；长了小腿的蝌蚪还学青蛙妈妈慌张地蹬开了腿。</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④小溪流笑着往前跑。有巨大的石块拦住他的去路，他就轻轻跳跃两下，一股劲儿冲了下去。什么也阻止不了他的奔流。他用清亮的嗓子歌唱，山谷里不断响着的回声也是清脆的，叫人听了就会忘记疲劳和忧愁。</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小溪流在狭长的山谷里奔流了很久，后来来到了一个拐弯的地方。那里有一截枯树桩，还有一小片枯黄的草。枯树桩年纪很老，枯黄的草也不年轻。他们天天守在一起，就是发牢骚。他们觉得什么都不合适，什么都没有意思。后来连牢骚也没有新的了，剩下来的只有叹气。他们看着活泼愉快的小溪流奔流过来，觉得很奇怪，就问他：</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⑥“喂，小溪流！这么高兴，到哪儿去呀？”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⑦小溪流回答：“到前面去，自然是到前面去呀！”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⑧枯树桩叹口气说：“唉，唉！忙什么呀，歇会儿吧！”</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⑨枯黄的草也叹口气说：“唉，唉！累坏了可不是玩儿的，就在这儿待下来吧。这儿虽然不太好，可也还不错。”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⑩小溪流看着他们笑了笑：“为什么呀？就不！不能够停留！”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⑪一转眼，小溪流就把他们丢在后面了，他又不住地往前奔流。前面出现了村庄。村庄里有水磨等着他去转动。</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⑫小溪流就这样不知疲倦地奔流，奔流，渐渐又有些旁的小溪流来同他汇合在一起，小溪流就长大了。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于是，由小溪流长成的一条小河，高声地歌唱着，不分早晚地向前奔流。他精神旺盛，精力饱满，向着两边广阔的原野欢呼。他翻腾起水底沉淀的泥沙，卷起漂浮的枯树枝，激烈地打着漩。他兴致勃勃地推送着木排，托起沉重的木船向前航行。什么也阻止不住他的前进。前面有石滩阻碍他，他就大声吼叫着冲过去。小河就这样奔流，不断向前奔流。</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⑭有一只孤独的乌鸦懒懒地跟着他飞行了一阵。乌鸦看见小河总是这样活跃，这样匆忙，觉得很奇怪，就忍不住问：“喂，小河！这么忙，到哪儿去呀？”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⑮小河回答：“到前面去呀。”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⑯乌鸦往下飞，贴近了他，恐吓他说：“嘿，别高兴！还是考虑考虑吧，前面没有好玩意儿。”</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⑰小河没忘记自己原来是小溪流，他笑了一笑：“为什么？才不听你的咧！就不能停留！”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⑱乌鸦生气了，一下说不出话来，就只叫：“呀！呀！呀！”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⑲小河很快就把乌鸦丢在后面，又不住地往前奔流。前面出现了水闸，等着他去推动发电机。小河高高兴兴地做了一切他该做的工作。在前面又出现了城市。</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⑳小河不知疲倦地奔流，奔流，就这样先先后后又有些旁的小河同他汇集在一起，小河就长大了。</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drawing>
          <wp:inline>
            <wp:extent cx="133350" cy="123825"/>
            <wp:docPr id="14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
                    <pic:cNvPicPr>
                      <a:picLocks noChangeAspect="1"/>
                    </pic:cNvPicPr>
                  </pic:nvPicPr>
                  <pic:blipFill>
                    <a:blip r:embed="rId79"/>
                    <a:stretch>
                      <a:fillRect/>
                    </a:stretch>
                  </pic:blipFill>
                  <pic:spPr>
                    <a:xfrm>
                      <a:off x="0" y="0"/>
                      <a:ext cx="133350" cy="123825"/>
                    </a:xfrm>
                    <a:prstGeom prst="rect">
                      <a:avLst/>
                    </a:prstGeom>
                  </pic:spPr>
                </pic:pic>
              </a:graphicData>
            </a:graphic>
          </wp:inline>
        </w:drawing>
      </w:r>
      <w:r>
        <w:rPr>
          <w:rFonts w:ascii="楷体" w:eastAsia="楷体" w:hAnsi="楷体" w:cs="楷体"/>
          <w:color w:val="000000"/>
        </w:rPr>
        <w:t>于是，一条大江低声吟唱着，不分时刻地向前奔流。他变得十分强壮，积蓄了巨大无比的力量。他眺望着远远隐在白云里的山峰，以洪亮而低沉的胸音向他们打招呼。他不费力就掀起一阵阵汹涌的波涛，他沉着地举起庞大的轮船，帮助他们迅速航行。他负担着许多，可他一点儿也不感到吃力。大江就这样奔流，不断向前奔流。</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drawing>
          <wp:inline>
            <wp:extent cx="133350" cy="123825"/>
            <wp:docPr id="14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
                    <pic:cNvPicPr>
                      <a:picLocks noChangeAspect="1"/>
                    </pic:cNvPicPr>
                  </pic:nvPicPr>
                  <pic:blipFill>
                    <a:blip r:embed="rId80"/>
                    <a:stretch>
                      <a:fillRect/>
                    </a:stretch>
                  </pic:blipFill>
                  <pic:spPr>
                    <a:xfrm>
                      <a:off x="0" y="0"/>
                      <a:ext cx="133350" cy="123825"/>
                    </a:xfrm>
                    <a:prstGeom prst="rect">
                      <a:avLst/>
                    </a:prstGeom>
                  </pic:spPr>
                </pic:pic>
              </a:graphicData>
            </a:graphic>
          </wp:inline>
        </w:drawing>
      </w:r>
      <w:r>
        <w:rPr>
          <w:rFonts w:ascii="楷体" w:eastAsia="楷体" w:hAnsi="楷体" w:cs="楷体"/>
          <w:color w:val="000000"/>
        </w:rPr>
        <w:t>那些被波浪卷起、跟随大江行进的泥沙却感到累了，问：“喂，大江！老这么跑，到底要往什么地方去呀？”</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drawing>
          <wp:inline>
            <wp:extent cx="133350" cy="123825"/>
            <wp:docPr id="14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
                    <pic:cNvPicPr>
                      <a:picLocks noChangeAspect="1"/>
                    </pic:cNvPicPr>
                  </pic:nvPicPr>
                  <pic:blipFill>
                    <a:blip r:embed="rId81"/>
                    <a:stretch>
                      <a:fillRect/>
                    </a:stretch>
                  </pic:blipFill>
                  <pic:spPr>
                    <a:xfrm>
                      <a:off x="0" y="0"/>
                      <a:ext cx="133350" cy="123825"/>
                    </a:xfrm>
                    <a:prstGeom prst="rect">
                      <a:avLst/>
                    </a:prstGeom>
                  </pic:spPr>
                </pic:pic>
              </a:graphicData>
            </a:graphic>
          </wp:inline>
        </w:drawing>
      </w:r>
      <w:r>
        <w:rPr>
          <w:rFonts w:ascii="楷体" w:eastAsia="楷体" w:hAnsi="楷体" w:cs="楷体"/>
          <w:color w:val="000000"/>
        </w:rPr>
        <w:t>大江回答：“还要到前面去呀。”</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drawing>
          <wp:inline>
            <wp:extent cx="133350" cy="123825"/>
            <wp:docPr id="14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
                    <pic:cNvPicPr>
                      <a:picLocks noChangeAspect="1"/>
                    </pic:cNvPicPr>
                  </pic:nvPicPr>
                  <pic:blipFill>
                    <a:blip r:embed="rId82"/>
                    <a:stretch>
                      <a:fillRect/>
                    </a:stretch>
                  </pic:blipFill>
                  <pic:spPr>
                    <a:xfrm>
                      <a:off x="0" y="0"/>
                      <a:ext cx="133350" cy="123825"/>
                    </a:xfrm>
                    <a:prstGeom prst="rect">
                      <a:avLst/>
                    </a:prstGeom>
                  </pic:spPr>
                </pic:pic>
              </a:graphicData>
            </a:graphic>
          </wp:inline>
        </w:drawing>
      </w:r>
      <w:r>
        <w:rPr>
          <w:rFonts w:ascii="楷体" w:eastAsia="楷体" w:hAnsi="楷体" w:cs="楷体"/>
          <w:color w:val="000000"/>
        </w:rPr>
        <w:t>疲乏得喘不过气的泥沙愤愤地说：“‘前面’，‘前面’！哪有那么多‘前面’！已经走得差不多了，还是歇口气吧！”</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㉕大江的记性很好，他没有忘记自己原来是小溪流，轻轻地笑了笑：“为什么？不行！不能停留！”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㉖泥沙带着怨恨，偷偷地沉下去了，可是大江还是不住地奔流。许多天就好像一天，许多月就好像一个月，他经过了无数繁荣的城市和无数富足的乡村，为人们做了无数事情，终于最后来到了入海口。</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㉗大江还是不知道疲倦是怎么一回事；他奔流着，奔流着，永远向着前方。</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㉘于是，无边无际的蓝色海洋在欢乐地动荡着，热烈地向着四方欢唱。他是这样复杂，又是这样单纯；是这样猛烈，又是这样柔和。他一秒钟也不停止自己的运动。</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㉙在海底，有一只爬满了贝壳、朽烂得只剩一层发锈的铁壳的沉船，早已不耐烦海洋这无休止的晃动了，悄悄地问：“可以休息了吧，可以休息了吧？”</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㉚海洋记得住一切，他用和小溪流同样清亮的嗓子回答：“休息？为什么？那可不成！”</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㉛……</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㉜巨大的海洋唱着小小的溪流的歌：“永远不休息，永远不休息！”</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㉝小溪流的歌就是这样无尽无止，他的歌是永远唱不完的。</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作者为我们描述了一条小溪流奔流不息，最终汇入大海的经过。请直接摘录或者自己概括相关内容，填写下表。</w:t>
      </w:r>
    </w:p>
    <w:tbl>
      <w:tblPr>
        <w:tblStyle w:val="TableNormal"/>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50"/>
        <w:gridCol w:w="1994"/>
        <w:gridCol w:w="2597"/>
        <w:gridCol w:w="2099"/>
      </w:tblGrid>
      <w:tr>
        <w:tblPrEx>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15"/>
        </w:trPr>
        <w:tc>
          <w:tcPr>
            <w:tcW w:w="11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发展过程</w:t>
            </w:r>
          </w:p>
        </w:tc>
        <w:tc>
          <w:tcPr>
            <w:tcW w:w="20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歌唱特点</w:t>
            </w:r>
          </w:p>
        </w:tc>
        <w:tc>
          <w:tcPr>
            <w:tcW w:w="24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性格特点</w:t>
            </w:r>
          </w:p>
        </w:tc>
        <w:tc>
          <w:tcPr>
            <w:tcW w:w="22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为人类做的事情</w:t>
            </w:r>
          </w:p>
        </w:tc>
      </w:tr>
      <w:tr>
        <w:tblPrEx>
          <w:tblW w:w="7860" w:type="dxa"/>
          <w:tblCellMar>
            <w:top w:w="120" w:type="dxa"/>
            <w:left w:w="120" w:type="dxa"/>
            <w:bottom w:w="120" w:type="dxa"/>
            <w:right w:w="120" w:type="dxa"/>
          </w:tblCellMar>
        </w:tblPrEx>
        <w:trPr>
          <w:cantSplit w:val="0"/>
          <w:trHeight w:val="315"/>
        </w:trPr>
        <w:tc>
          <w:tcPr>
            <w:tcW w:w="11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小溪流</w:t>
            </w:r>
          </w:p>
        </w:tc>
        <w:tc>
          <w:tcPr>
            <w:tcW w:w="20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用清亮的嗓子歌唱</w:t>
            </w:r>
          </w:p>
        </w:tc>
        <w:tc>
          <w:tcPr>
            <w:tcW w:w="24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①</w:t>
            </w:r>
          </w:p>
        </w:tc>
        <w:tc>
          <w:tcPr>
            <w:tcW w:w="22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转动石磨</w:t>
            </w:r>
          </w:p>
        </w:tc>
      </w:tr>
      <w:tr>
        <w:tblPrEx>
          <w:tblW w:w="7860" w:type="dxa"/>
          <w:tblCellMar>
            <w:top w:w="120" w:type="dxa"/>
            <w:left w:w="120" w:type="dxa"/>
            <w:bottom w:w="120" w:type="dxa"/>
            <w:right w:w="120" w:type="dxa"/>
          </w:tblCellMar>
        </w:tblPrEx>
        <w:trPr>
          <w:cantSplit w:val="0"/>
          <w:trHeight w:val="300"/>
        </w:trPr>
        <w:tc>
          <w:tcPr>
            <w:tcW w:w="11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小河</w:t>
            </w:r>
          </w:p>
        </w:tc>
        <w:tc>
          <w:tcPr>
            <w:tcW w:w="20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高声地歌唱着</w:t>
            </w:r>
          </w:p>
        </w:tc>
        <w:tc>
          <w:tcPr>
            <w:tcW w:w="24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精力饱满，精神旺盛</w:t>
            </w:r>
          </w:p>
        </w:tc>
        <w:tc>
          <w:tcPr>
            <w:tcW w:w="22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②</w:t>
            </w:r>
          </w:p>
        </w:tc>
      </w:tr>
      <w:tr>
        <w:tblPrEx>
          <w:tblW w:w="7860" w:type="dxa"/>
          <w:tblCellMar>
            <w:top w:w="120" w:type="dxa"/>
            <w:left w:w="120" w:type="dxa"/>
            <w:bottom w:w="120" w:type="dxa"/>
            <w:right w:w="120" w:type="dxa"/>
          </w:tblCellMar>
        </w:tblPrEx>
        <w:trPr>
          <w:cantSplit w:val="0"/>
          <w:trHeight w:val="315"/>
        </w:trPr>
        <w:tc>
          <w:tcPr>
            <w:tcW w:w="11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大江</w:t>
            </w:r>
          </w:p>
        </w:tc>
        <w:tc>
          <w:tcPr>
            <w:tcW w:w="20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低声吟唱</w:t>
            </w:r>
          </w:p>
        </w:tc>
        <w:tc>
          <w:tcPr>
            <w:tcW w:w="24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③</w:t>
            </w:r>
          </w:p>
        </w:tc>
        <w:tc>
          <w:tcPr>
            <w:tcW w:w="22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举起庞大的轮船</w:t>
            </w:r>
          </w:p>
        </w:tc>
      </w:tr>
      <w:tr>
        <w:tblPrEx>
          <w:tblW w:w="7860" w:type="dxa"/>
          <w:tblCellMar>
            <w:top w:w="120" w:type="dxa"/>
            <w:left w:w="120" w:type="dxa"/>
            <w:bottom w:w="120" w:type="dxa"/>
            <w:right w:w="120" w:type="dxa"/>
          </w:tblCellMar>
        </w:tblPrEx>
        <w:trPr>
          <w:cantSplit w:val="0"/>
          <w:trHeight w:val="390"/>
        </w:trPr>
        <w:tc>
          <w:tcPr>
            <w:tcW w:w="11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海洋</w:t>
            </w:r>
          </w:p>
        </w:tc>
        <w:tc>
          <w:tcPr>
            <w:tcW w:w="20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④</w:t>
            </w:r>
          </w:p>
        </w:tc>
        <w:tc>
          <w:tcPr>
            <w:tcW w:w="24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复杂又单纯，猛烈又柔和</w:t>
            </w:r>
          </w:p>
        </w:tc>
        <w:tc>
          <w:tcPr>
            <w:tcW w:w="22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drawing>
                <wp:inline>
                  <wp:extent cx="1123950" cy="200025"/>
                  <wp:docPr id="14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
                          <pic:cNvPicPr>
                            <a:picLocks noChangeAspect="1"/>
                          </pic:cNvPicPr>
                        </pic:nvPicPr>
                        <pic:blipFill>
                          <a:blip r:embed="rId83"/>
                          <a:stretch>
                            <a:fillRect/>
                          </a:stretch>
                        </pic:blipFill>
                        <pic:spPr>
                          <a:xfrm>
                            <a:off x="0" y="0"/>
                            <a:ext cx="1123950" cy="200025"/>
                          </a:xfrm>
                          <a:prstGeom prst="rect">
                            <a:avLst/>
                          </a:prstGeom>
                        </pic:spPr>
                      </pic:pic>
                    </a:graphicData>
                  </a:graphic>
                </wp:inline>
              </w:drawing>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小溪流在奔流的过程中，枯树桩、枯黄的草、乌鸦、泥沙和沉船都来阻止他。请你结合文章内容说说作者这样写的目的。</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第㉛段写了小溪流成为大海后的景象。请结合文章内容，展开想象把它写下来。（不少于80字）</w:t>
      </w:r>
    </w:p>
    <w:p>
      <w:pPr>
        <w:spacing w:line="360" w:lineRule="auto"/>
        <w:textAlignment w:val="center"/>
        <w:rPr>
          <w:color w:val="2E75B6"/>
        </w:rPr>
      </w:pPr>
      <w:r>
        <w:rPr>
          <w:color w:val="2E75B6"/>
        </w:rPr>
        <w:t>【18~20题答案】</w:t>
      </w:r>
    </w:p>
    <w:p>
      <w:pPr>
        <w:spacing w:line="360" w:lineRule="auto"/>
        <w:textAlignment w:val="center"/>
        <w:rPr>
          <w:rFonts w:ascii="宋体" w:eastAsia="宋体" w:hAnsi="宋体" w:cs="宋体"/>
          <w:color w:val="000000"/>
        </w:rPr>
      </w:pPr>
      <w:r>
        <w:rPr>
          <w:color w:val="2E75B6"/>
        </w:rPr>
        <w:t>【答案】</w:t>
      </w:r>
      <w:r>
        <w:rPr>
          <w:color w:val="000000"/>
        </w:rPr>
        <w:t xml:space="preserve">18. </w:t>
      </w:r>
      <w:r>
        <w:rPr>
          <w:rFonts w:ascii="宋体" w:eastAsia="宋体" w:hAnsi="宋体" w:cs="宋体"/>
          <w:color w:val="000000"/>
        </w:rPr>
        <w:t>①新鲜快乐，勇往直前②推动发电机③强壮有力，不知疲倦④热烈欢唱</w:t>
      </w:r>
      <w:r>
        <w:rPr>
          <w:color w:val="000000"/>
        </w:rPr>
        <w:t xml:space="preserve">    </w:t>
      </w:r>
    </w:p>
    <w:p>
      <w:pPr>
        <w:spacing w:line="360" w:lineRule="auto"/>
        <w:textAlignment w:val="center"/>
        <w:rPr>
          <w:rFonts w:ascii="宋体" w:eastAsia="宋体" w:hAnsi="宋体" w:cs="宋体"/>
          <w:color w:val="000000"/>
        </w:rPr>
      </w:pPr>
      <w:r>
        <w:rPr>
          <w:color w:val="000000"/>
        </w:rPr>
        <w:t xml:space="preserve">19. </w:t>
      </w:r>
      <w:r>
        <w:rPr>
          <w:rFonts w:ascii="宋体" w:eastAsia="宋体" w:hAnsi="宋体" w:cs="宋体"/>
          <w:color w:val="000000"/>
        </w:rPr>
        <w:t>运用对比手法，以枯树桩、枯黄的草、乌鸦、泥沙和沉船等事物的腐朽没落、不思进取、半途而废等思想，突出小溪流积极进取、勇往直前、乐观坚定的精神品质，有利于刻画小溪流的形象特点，从而表达文章主旨。</w:t>
      </w:r>
      <w:r>
        <w:rPr>
          <w:color w:val="000000"/>
        </w:rPr>
        <w:t xml:space="preserve">    </w:t>
      </w:r>
    </w:p>
    <w:p>
      <w:pPr>
        <w:spacing w:line="360" w:lineRule="auto"/>
        <w:textAlignment w:val="center"/>
        <w:rPr>
          <w:rFonts w:ascii="宋体" w:eastAsia="宋体" w:hAnsi="宋体" w:cs="宋体"/>
          <w:color w:val="000000"/>
        </w:rPr>
      </w:pPr>
      <w:r>
        <w:rPr>
          <w:color w:val="000000"/>
        </w:rPr>
        <w:t xml:space="preserve">20. </w:t>
      </w:r>
      <w:r>
        <w:rPr>
          <w:rFonts w:ascii="宋体" w:eastAsia="宋体" w:hAnsi="宋体" w:cs="宋体"/>
          <w:color w:val="000000"/>
        </w:rPr>
        <w:t>示例：小溪汇入大海后，他见到了各国航行的船只，见到了勤劳的渔民，还看到一些干旱的土地正在呻吟。他问周围的伙伴：“我们该怎样帮助这些干旱的土地呢？”“是啊，是啊，我们该做什么呢？”其他的水滴也在焦急地询问。忽然，他们听见一声来自天空的呼唤：“来吧，孩子们。”是太阳公公的声音。小溪流和众多小水滴随着太阳公公的手升上高空，又伴着风、云，跟随雨的大军洒落在干旱的土地上。小溪流虽然现在变得土模土样，但他高兴地笑了：“我要继续作贡献，永远不休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【18题详解】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对信息的筛选和整合能力。第①空可由“在他清亮的眼睛里，世界上所有的东西都像他自己一样新鲜、快乐”“有巨大的石块拦住他的去路，他就轻轻跳跃两下，一股劲儿冲了下去。什么也阻止不了他的奔流”等语句概括为：新鲜快乐，勇往直前。第②空，由“前面出现了水闸，等着他去推动发电机。小河高高兴兴地做了一切他该做的工作”得出答案：推动发电机。第③空，由“他变得十分强壮，积蓄了巨大无比的力量”“大江还是不知道疲倦是怎么一回事”等语句概括为：强壮有力，不知疲倦。第④空，由“无边无际的蓝色海洋在欢乐地动荡着，热烈地向着四方欢唱”得出答案：热烈欢唱。</w:t>
      </w:r>
    </w:p>
    <w:p>
      <w:pPr>
        <w:spacing w:line="360" w:lineRule="auto"/>
        <w:textAlignment w:val="center"/>
        <w:rPr>
          <w:color w:val="000000"/>
        </w:rPr>
      </w:pPr>
      <w:r>
        <w:rPr>
          <w:color w:val="000000"/>
        </w:rPr>
        <w:t>【19题详解】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对比手法及其作用。“枯树桩、枯黄的草、乌鸦、泥沙和沉船”等事物代表的是有腐朽没落、不思进取、半途而废等思想的群体，小溪流代表的是有积极进取、勇往直前、乐观坚定等精神品质的群体，腐朽落后的事物及思想与小溪流的精神品质形成鲜明的对比。可围绕对比手法及其作用回答此题。</w:t>
      </w:r>
    </w:p>
    <w:p>
      <w:pPr>
        <w:spacing w:line="360" w:lineRule="auto"/>
        <w:textAlignment w:val="center"/>
        <w:rPr>
          <w:color w:val="000000"/>
        </w:rPr>
      </w:pPr>
      <w:r>
        <w:rPr>
          <w:color w:val="000000"/>
        </w:rPr>
        <w:t>【20题详解】</w:t>
      </w:r>
    </w:p>
    <w:p>
      <w:pPr>
        <w:spacing w:line="360" w:lineRule="auto"/>
        <w:textAlignment w:val="center"/>
        <w:rPr>
          <w:rFonts w:ascii="宋体" w:eastAsia="宋体" w:hAnsi="宋体" w:cs="宋体"/>
          <w:color w:val="000000"/>
        </w:rPr>
      </w:pPr>
      <w:r>
        <w:rPr>
          <w:rFonts w:ascii="宋体" w:eastAsia="宋体" w:hAnsi="宋体" w:cs="宋体"/>
          <w:color w:val="000000"/>
        </w:rPr>
        <w:t>考查根据语境补充情节。要符合小溪流的性格特点，言之成理。如，小溪流成为大海以后，依然在不停地流淌，他会看到大陆上还有很多干旱的土地，于是在太阳的照射下，变成了水蒸汽，升腾到空中，变成雨水落下来，滋润了这些土地，给挨饿的人们带来希望。拟写时，注意字数的限制。</w:t>
      </w:r>
    </w:p>
    <w:p>
      <w:pPr>
        <w:pStyle w:val="Heading3"/>
      </w:pPr>
      <w:r>
        <w:t>昌平区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四、现代文阅读（共</w:t>
      </w:r>
      <w:r>
        <w:rPr>
          <w:rFonts w:eastAsia="宋体;SimSun" w:cs="宋体;SimSun" w:ascii="宋体;SimSun" w:hAnsi="宋体;SimSun"/>
          <w:b/>
          <w:color w:val="000000"/>
          <w:sz w:val="24"/>
        </w:rPr>
        <w:t>20</w:t>
      </w:r>
      <w:r>
        <w:rPr>
          <w:rFonts w:ascii="宋体;SimSun" w:hAnsi="宋体;SimSun" w:cs="宋体;SimSun" w:eastAsia="宋体;SimSun"/>
          <w:b/>
          <w:color w:val="000000"/>
          <w:sz w:val="24"/>
        </w:rPr>
        <w:t>分）</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（一）</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阅读《等鱼断气》，完成下面小题。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等鱼断气</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胡展奋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大概是</w:t>
      </w:r>
      <w:r>
        <w:rPr>
          <w:rFonts w:eastAsia="楷体" w:cs="楷体" w:ascii="楷体" w:hAnsi="楷体"/>
          <w:color w:val="000000"/>
        </w:rPr>
        <w:t>1969</w:t>
      </w:r>
      <w:r>
        <w:rPr>
          <w:rFonts w:ascii="楷体" w:hAnsi="楷体" w:cs="楷体" w:eastAsia="楷体"/>
          <w:color w:val="000000"/>
        </w:rPr>
        <w:t>年前后，母亲因肝病导致脸部浮肿。肝病，一向有“女怕脸肿，男怕脚肿”的说法，除此之外她还伴有黄疸、食欲减退、全身乏力、脾肿大等症状。当时医生交给父亲一消肿利水的奇方——鲫鱼汤。医生认为，患者急需补充优质蛋白。既是优质蛋白，又能消肿利水的，首推鲜活鲫鱼，且要三两以上，药效才好。</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这可难住了父亲，要知道在那个时候，物质高度匮乏，菜市场里绝对没有活鱼供应。他便去“黑市”，也就是地下自由市场购买，说是市场，其实就是鱼贩的流动摊位，间歇泉一般地时隐时现。更要命的是，以父亲当时的处境，常去地下自由市场是不合适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但为了母亲，他义无反顾地去黑市买鲫鱼。买回来后，他马上开始操作，先是为母亲“褪黄”，按每碗鱼汤一百克鱼计算，剖二百克鲜鱼熬约三十分钟，待骨肉分离时捞出骨渣，这时鱼汁呈白色，略注黄酒与蜂蜜，再熬十分钟，倒入两碗，早晚服用。十天后，母亲脸部的黄疸消退，再服十天，两眼黄疸大退，月余黄疸全消。他们即去医生处报捷，医生看了一眼说：“浮肿未退，继续。”父亲一听，傻了，医生这可是站着说话不腰疼啊。当时父亲的月收入才三十六块。虽说食堂里的红烧大排才一毛七一块，荷包蛋也才八分，但时值冬令，鲫鱼原本就少而贵，鲜活的、三两以上的更贵，每天一条，总得八毛钱左右，甚至一元，一个月下来，岂不是要把家里掏空了。而且医生还不知道，为了抢一条活鱼，父亲多少次和人在鱼摊前撕作一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父亲默不作声。医生继续说：“鲫鱼三四两，去肠留鳞，以商陆、赤小豆等分，填满扎定，水半锅，煮糜去鱼，食豆饮汁。忌盐、酱二十天。”“一定要活鱼吗？”父亲只问了一句。“当然！”医生顿了顿，又说，“刚咽气的也行。李时珍说过，杀取动物用其肉，骨子里是欠仁爱的，肉还不冷，灵性还在，所以现杀不能现吃，应候其肉冷再烹。忌与大蒜、砂糖、芥菜、猪肝、鸡肉同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父亲一回家就去了黑市，而且很久没回来，母亲不放心了：“怎么回事呢？阿二去看看！”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天已擦黑。路灯下，我远远地看见父亲正蹲在地上，两眼一眨不眨地盯着搪瓷盆子——那时卖鱼的都把鱼儿放在搪瓷盆里，以便稍有风吹草动就提盆走人。而鱼贩则尴尬地注视着父亲，两人之间似乎是一种对峙。此时的西北风像野兽一样咆哮着，父亲蜷缩着冻得簌簌发抖的身子，但仍然坚定地蹲着。见我在他身边蹲下，父亲转脸尴尬地对我笑笑，然后附着我耳朵悄悄地说：“我在等鱼断气。”</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我不解地看着他，没说话。为什么活鱼不买，要等到它咽气呢？后来我才知道，这是黑市规矩，鱼一死，就腰斩而沽，一条一元的鲫鱼就可能暴跌到四五毛。</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天越来越冷，也越来越暗，搪瓷盆里的鲫鱼，盖着水草，那腮帮还在一口气、一口气地翕动着，越来越缓，越来越缓，忽然它不动了。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父亲胜利似的叫了起来：“看！它不动了！”鱼贩恹恹地叹了口气，说：“好吧，拿去吧，算我输了！竟然蹲了两个钟头！”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然而父亲还没完，说时迟，那时快，只见他飞快地抽出一把剪刀，钱还没付，就一刀刺入鱼腹，剐出鱼肠，那鱼心还在一翕一张呢。</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eastAsia="楷体" w:cs="楷体" w:ascii="楷体" w:hAnsi="楷体"/>
          <w:color w:val="000000"/>
        </w:rPr>
        <w:t>“</w:t>
      </w:r>
      <w:r>
        <w:rPr>
          <w:rFonts w:ascii="楷体" w:hAnsi="楷体" w:cs="楷体" w:eastAsia="楷体"/>
          <w:color w:val="000000"/>
        </w:rPr>
        <w:t>马上放血，和活鱼有什么两样呢？”他得意地对我眨眨眼，那鱼贩见状，眼珠瞪得老大，傻了。</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这以后，父亲就成了“老蹲”，只要有耐心，就不怕等不到刚断气的鱼。刚死的鱼或处于弥留之际的鱼，尽管半价，价格还是高于久死之鱼。或许被父亲的举动所感动，或许觉得父亲“老举识货”，可以省却与人的反复解释，鱼贩到后来都会主动招呼他：“过来吧，老胡，这条鱼，快不行了！”</w:t>
      </w:r>
    </w:p>
    <w:p>
      <w:pPr>
        <w:pStyle w:val="Normal"/>
        <w:spacing w:lineRule="auto" w:line="360"/>
        <w:ind w:firstLine="420" w:end="0"/>
        <w:jc w:val="start"/>
        <w:textAlignment w:val="center"/>
        <w:rPr/>
      </w:pPr>
      <w:r>
        <w:rPr>
          <w:rFonts w:eastAsia="Cambria Math" w:cs="Cambria Math" w:ascii="Cambria Math" w:hAnsi="Cambria Math"/>
          <w:color w:val="000000"/>
        </w:rPr>
        <w:t>⑬</w:t>
      </w:r>
      <w:r>
        <w:rPr>
          <w:rFonts w:ascii="楷体" w:hAnsi="楷体" w:cs="楷体" w:eastAsia="楷体"/>
          <w:color w:val="000000"/>
        </w:rPr>
        <w:t>西北风还是没有饶过他，大概第一天蹲守时他就着了凉，以后他天天拖着清鼻涕去蹲守，撑了十天左右终于倒下了，发高烧到四十度。</w:t>
      </w:r>
    </w:p>
    <w:p>
      <w:pPr>
        <w:pStyle w:val="Normal"/>
        <w:spacing w:lineRule="auto" w:line="360"/>
        <w:ind w:firstLine="420" w:end="0"/>
        <w:jc w:val="start"/>
        <w:textAlignment w:val="center"/>
        <w:rPr/>
      </w:pPr>
      <w:r>
        <w:rPr>
          <w:rFonts w:eastAsia="Cambria Math" w:cs="Cambria Math" w:ascii="Cambria Math" w:hAnsi="Cambria Math"/>
          <w:color w:val="000000"/>
        </w:rPr>
        <w:t>⑭</w:t>
      </w:r>
      <w:r>
        <w:rPr>
          <w:rFonts w:ascii="楷体" w:hAnsi="楷体" w:cs="楷体" w:eastAsia="楷体"/>
          <w:color w:val="000000"/>
        </w:rPr>
        <w:t>眼见母亲的浮肿在慢慢消退，不能功亏一篑，父亲决定派我去蹲守。医生也听说了父亲的故事，急颁手谕：“不必死抠鲫鱼，其他利水消肿的河鱼也可以，比如鲤鱼、泥鳅（炖豆腐，专治湿热黄疸）、黑鱼、青鱼等，只要如前法炮制，均可。”</w:t>
      </w:r>
    </w:p>
    <w:p>
      <w:pPr>
        <w:pStyle w:val="Normal"/>
        <w:spacing w:lineRule="auto" w:line="360"/>
        <w:ind w:firstLine="420" w:end="0"/>
        <w:jc w:val="start"/>
        <w:textAlignment w:val="center"/>
        <w:rPr/>
      </w:pPr>
      <w:r>
        <w:rPr>
          <w:rFonts w:eastAsia="Cambria Math" w:cs="Cambria Math" w:ascii="Cambria Math" w:hAnsi="Cambria Math"/>
          <w:color w:val="000000"/>
        </w:rPr>
        <w:t>⑮</w:t>
      </w:r>
      <w:r>
        <w:rPr>
          <w:rFonts w:eastAsia="楷体" w:cs="楷体" w:ascii="楷体" w:hAnsi="楷体"/>
          <w:color w:val="000000"/>
        </w:rPr>
        <w:t>“</w:t>
      </w:r>
      <w:r>
        <w:rPr>
          <w:rFonts w:ascii="楷体" w:hAnsi="楷体" w:cs="楷体" w:eastAsia="楷体"/>
          <w:color w:val="000000"/>
        </w:rPr>
        <w:t>等断气”的范围扩大了。问题是青鱼太贵，且鱼身过大；鲤鱼固然消肿，但系著名的“发物”，忌；泥鳅口感太差；黑鱼，利水效果好，口感也好，无奈一口气总是断不了，你就是等它通宵，兴许它还在一翕一张呢。</w:t>
      </w:r>
    </w:p>
    <w:p>
      <w:pPr>
        <w:pStyle w:val="Normal"/>
        <w:spacing w:lineRule="auto" w:line="360"/>
        <w:ind w:firstLine="420" w:end="0"/>
        <w:jc w:val="start"/>
        <w:textAlignment w:val="center"/>
        <w:rPr/>
      </w:pPr>
      <w:r>
        <w:rPr>
          <w:rFonts w:eastAsia="Cambria Math" w:cs="Cambria Math" w:ascii="Cambria Math" w:hAnsi="Cambria Math"/>
          <w:color w:val="000000"/>
        </w:rPr>
        <w:t>⑯</w:t>
      </w:r>
      <w:r>
        <w:rPr>
          <w:rFonts w:ascii="楷体" w:hAnsi="楷体" w:cs="楷体" w:eastAsia="楷体"/>
          <w:color w:val="000000"/>
        </w:rPr>
        <w:t>我那时还小，天天蹲在寒风里发抖，鱼贩看了于心不忍，常常主动喊我去拿将死未死之鱼，有的甚至将刚死之鱼直接剖了，扔过来，也不收钱。长大后读书，每当读到“仗义每多屠狗辈”，便会想到他们。</w:t>
      </w:r>
    </w:p>
    <w:p>
      <w:pPr>
        <w:pStyle w:val="Normal"/>
        <w:spacing w:lineRule="auto" w:line="360"/>
        <w:ind w:firstLine="420" w:end="0"/>
        <w:jc w:val="start"/>
        <w:textAlignment w:val="center"/>
        <w:rPr/>
      </w:pPr>
      <w:r>
        <w:rPr>
          <w:rFonts w:eastAsia="Cambria Math" w:cs="Cambria Math" w:ascii="Cambria Math" w:hAnsi="Cambria Math"/>
          <w:color w:val="000000"/>
        </w:rPr>
        <w:t>⑰</w:t>
      </w:r>
      <w:r>
        <w:rPr>
          <w:rFonts w:ascii="楷体" w:hAnsi="楷体" w:cs="楷体" w:eastAsia="楷体"/>
          <w:color w:val="000000"/>
        </w:rPr>
        <w:t>大概一个月后，母亲的浮肿全然退去。</w:t>
      </w:r>
    </w:p>
    <w:p>
      <w:pPr>
        <w:pStyle w:val="Normal"/>
        <w:spacing w:lineRule="auto" w:line="360"/>
        <w:ind w:firstLine="420" w:end="0"/>
        <w:jc w:val="start"/>
        <w:textAlignment w:val="center"/>
        <w:rPr/>
      </w:pPr>
      <w:r>
        <w:rPr>
          <w:rFonts w:eastAsia="Cambria Math" w:cs="Cambria Math" w:ascii="Cambria Math" w:hAnsi="Cambria Math"/>
          <w:color w:val="000000"/>
        </w:rPr>
        <w:t>⑱</w:t>
      </w:r>
      <w:r>
        <w:rPr>
          <w:rFonts w:ascii="楷体" w:hAnsi="楷体" w:cs="楷体" w:eastAsia="楷体"/>
          <w:color w:val="000000"/>
        </w:rPr>
        <w:t>这是</w:t>
      </w:r>
      <w:r>
        <w:rPr>
          <w:rFonts w:eastAsia="楷体" w:cs="楷体" w:ascii="楷体" w:hAnsi="楷体"/>
          <w:color w:val="000000"/>
        </w:rPr>
        <w:t>1969</w:t>
      </w:r>
      <w:r>
        <w:rPr>
          <w:rFonts w:ascii="楷体" w:hAnsi="楷体" w:cs="楷体" w:eastAsia="楷体"/>
          <w:color w:val="000000"/>
        </w:rPr>
        <w:t>年上海的冬天。高天固然滚滚寒流急，大地却仍有微微暖气吹。</w:t>
      </w:r>
    </w:p>
    <w:p>
      <w:pPr>
        <w:pStyle w:val="Normal"/>
        <w:spacing w:lineRule="auto" w:line="360"/>
        <w:jc w:val="start"/>
        <w:textAlignment w:val="center"/>
        <w:rPr/>
      </w:pPr>
      <w:r>
        <w:rPr>
          <w:color w:val="000000"/>
        </w:rPr>
        <w:t xml:space="preserve">17. </w:t>
      </w:r>
      <w:r>
        <w:rPr>
          <w:rFonts w:ascii="宋体;SimSun" w:hAnsi="宋体;SimSun" w:cs="宋体;SimSun" w:eastAsia="宋体;SimSun"/>
          <w:color w:val="000000"/>
        </w:rPr>
        <w:t>阅读文章，请你说说家人在为母亲治病过程中遇到的困难以及解决的办法。</w:t>
      </w:r>
    </w:p>
    <w:p>
      <w:pPr>
        <w:pStyle w:val="Normal"/>
        <w:spacing w:lineRule="auto" w:line="360"/>
        <w:jc w:val="start"/>
        <w:textAlignment w:val="center"/>
        <w:rPr/>
      </w:pPr>
      <w:r>
        <w:rPr>
          <w:color w:val="000000"/>
        </w:rPr>
        <w:t xml:space="preserve">18. </w:t>
      </w:r>
      <w:r>
        <w:rPr>
          <w:rFonts w:ascii="宋体;SimSun" w:hAnsi="宋体;SimSun" w:cs="宋体;SimSun" w:eastAsia="宋体;SimSun"/>
          <w:color w:val="000000"/>
        </w:rPr>
        <w:t>文中父亲的品行令人感动，请你结合文章内容就感触最深的一点作简要分析。</w:t>
      </w:r>
    </w:p>
    <w:p>
      <w:pPr>
        <w:pStyle w:val="Normal"/>
        <w:spacing w:lineRule="auto" w:line="360"/>
        <w:jc w:val="start"/>
        <w:textAlignment w:val="center"/>
        <w:rPr/>
      </w:pPr>
      <w:r>
        <w:rPr>
          <w:color w:val="000000"/>
        </w:rPr>
        <w:t xml:space="preserve">19. </w:t>
      </w:r>
      <w:r>
        <w:rPr>
          <w:rFonts w:ascii="宋体;SimSun" w:hAnsi="宋体;SimSun" w:cs="宋体;SimSun" w:eastAsia="宋体;SimSun"/>
          <w:color w:val="000000"/>
        </w:rPr>
        <w:t>阅读文章，请你说说作者为什么在滚滚的寒流中能够感受到“大地微微暖气吹”。</w:t>
      </w:r>
    </w:p>
    <w:p>
      <w:pPr>
        <w:pStyle w:val="Normal"/>
        <w:spacing w:lineRule="auto" w:line="360"/>
        <w:textAlignment w:val="center"/>
        <w:rPr/>
      </w:pPr>
      <w:r>
        <w:rPr>
          <w:color w:val="2E75B6"/>
        </w:rPr>
        <w:t>【答案】</w:t>
      </w:r>
      <w:r>
        <w:rPr>
          <w:color w:val="000000"/>
        </w:rPr>
        <w:t xml:space="preserve">17. </w:t>
      </w:r>
      <w:r>
        <w:rPr>
          <w:rFonts w:eastAsia="宋体;SimSun" w:cs="宋体;SimSun" w:ascii="宋体;SimSun" w:hAnsi="宋体;SimSun"/>
          <w:color w:val="000000"/>
        </w:rPr>
        <w:t>①</w:t>
      </w:r>
      <w:r>
        <w:rPr>
          <w:rFonts w:ascii="宋体;SimSun" w:hAnsi="宋体;SimSun" w:cs="宋体;SimSun" w:eastAsia="宋体;SimSun"/>
          <w:color w:val="000000"/>
        </w:rPr>
        <w:t>物质匮乏，菜市场里没有活鲫鱼供应；父亲去黑市买鲫鱼。</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eastAsia="宋体;SimSun"/>
          <w:color w:val="000000"/>
        </w:rPr>
        <w:t>鲜活的鲫鱼少而贵，家里经济有限；父亲（我）蹲守鱼摊，买刚断气的鲫鱼。</w:t>
      </w:r>
      <w:r>
        <w:rPr>
          <w:color w:val="000000"/>
        </w:rPr>
        <w:t xml:space="preserve">    </w:t>
      </w:r>
    </w:p>
    <w:p>
      <w:pPr>
        <w:pStyle w:val="Normal"/>
        <w:spacing w:lineRule="auto" w:line="360"/>
        <w:jc w:val="start"/>
        <w:textAlignment w:val="center"/>
        <w:rPr/>
      </w:pPr>
      <w:r>
        <w:rPr>
          <w:color w:val="000000"/>
        </w:rPr>
        <w:t xml:space="preserve">18. </w:t>
      </w:r>
      <w:r>
        <w:rPr>
          <w:rFonts w:ascii="宋体;SimSun" w:hAnsi="宋体;SimSun" w:cs="宋体;SimSun" w:eastAsia="宋体;SimSun"/>
          <w:color w:val="000000"/>
        </w:rPr>
        <w:t>示例一：文中父亲的执着精神令我感动，文章第⑥段，父亲不顾天气寒冷，在野兽咆哮一样的西北风中，蜷缩着冻得簌簌发抖的身子，却能够集中精力等鱼断气，眼睛一眨不眨地盯着装着鱼的搪瓷盆，似乎和鱼贩形成对峙，父亲这种为了给母亲治病，坚定执着地等鱼断气的精神令人感动。</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示例二：父亲对母亲和家庭的责任感令我感动，文章中父亲从未放弃给母亲治病，当菜市场没有活鲫鱼时，父亲就去“黑市”为母亲买鱼，当没钱继续买活鱼时，父亲就不顾天寒地冻蹲守鱼摊等鱼断气，就为能够用有限的钱买到同等药效的鱼。父亲没有因为任何困难放弃给母亲治病，对母亲和家庭的责任感令人感动。</w:t>
      </w:r>
      <w:r>
        <w:rPr>
          <w:color w:val="000000"/>
        </w:rPr>
        <w:t xml:space="preserve">    </w:t>
      </w:r>
    </w:p>
    <w:p>
      <w:pPr>
        <w:pStyle w:val="Normal"/>
        <w:spacing w:lineRule="auto" w:line="360"/>
        <w:jc w:val="start"/>
        <w:textAlignment w:val="center"/>
        <w:rPr/>
      </w:pPr>
      <w:r>
        <w:rPr>
          <w:color w:val="000000"/>
        </w:rPr>
        <w:t xml:space="preserve">19. </w:t>
      </w:r>
      <w:r>
        <w:rPr>
          <w:rFonts w:ascii="宋体;SimSun" w:hAnsi="宋体;SimSun" w:cs="宋体;SimSun" w:eastAsia="宋体;SimSun"/>
          <w:color w:val="000000"/>
        </w:rPr>
        <w:t>因为父亲对母亲坚定执着的爱，医生根据病人家庭情况及时调整药方，小摊小贩对拮据顾客持续不断的照顾，母亲病情好转，这些都让作者感动，即使是冬天也让作者感到温暖，所以作者在滚滚的寒流中能够感受到“大地微微暖气吹”。</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对文本内容的理解。根据第二段中的“要知道在那个时候，物质高度匮乏，菜市场里绝对没有活鱼供应。他便去‘黑市’，也就是地下自由市场购买”可知遇到的第一个困难是物质匮乏，菜市场里没有活鲫鱼供应。父亲想到的办法是去黑市买鲫鱼。根据第三段中的“但时值冬令，鲫鱼原本就少而贵，鲜活的、三两以上的更贵，每天一条，总得八毛钱左右，甚至一元，一个月下来，岂不是要把家里掏空了”可知遇到的第二个问题是鲜活的鲫鱼少而贵，家里经济有限。根据第六段中的“我在他身边蹲下，父亲转脸尴尬地对我笑笑，然后附着我耳朵悄悄地说：‘我在等鱼断气。’”可知父亲想到的办法是是蹲守鱼摊，买刚断气的鲫鱼。</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对文本内容的理解。母亲生病，需要鲜活的鲫鱼给母亲治病，尽管家庭经济条件不好，父亲却从未放弃，甚至“为了抢一条活鱼，父亲多少次和人在鱼摊前撕作一团”，为了给母亲治病，父亲不惜时与人起争执。后来家里实在无法负担买活的鲫鱼，父亲想到买刚断气的鲫鱼的办法，“西北风像野兽一样咆哮着，父亲蜷缩着冻得簌簌发抖的身子，但仍然坚定地蹲着”，天气寒冷，父亲一直蹲守在鱼贩的摊位前，只是为了用更便宜的价钱买到刚断气的鱼给母亲治病。父亲从来没有放弃过给母亲治病的想法。他体现出来的对家庭的责任感，他的执着与坚定，都让人感动。</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对重点语句的理解。阅读文本可知，这里说的“暖气”说的并不是真得天地之间就吹来了温暖的气息，而是作者内心感受到的温暖。这份温暖来自父亲，父亲为了给母亲治病，不畏严寒，蹲守鱼摊。父亲的责任感与对母亲的爱让我觉得温暖。这份温暖还来自卖鱼的小贩，得知我家的情况，“鱼贩看了于心不忍，常常主动喊我去拿将死未死之鱼，有的甚至将刚死之鱼直接剖了，扔过来，也不收钱”，他们的善行让我觉得温暖。父亲的责任感、小贩的善良，都让我在这个寒冷的冬天里感受到“大地微微暖气吹”。</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阅读《爱是最暖的光》，完成下面小题。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爱是最暖的光</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崔修建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我从大西北回来，眼里含着泪，心里装满了暖。</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一望无际的戈壁滩，四季干旱，草活得苦，树活得苦，但浸在苦水里的生命，也能令人心生敬意。一阵风起，一个草团在不停地向前滚动。当地人告诉我，那是风滚草，也叫俄罗斯刺沙蓬，是戈壁滩上的一种生命力极强的植物。干寒难耐时，它会从沙土里拔出根，抱成一个圆团随风滚动，遇到适合的环境，会再次扎下根，冒出新芽，萌出新枝，开出玫红色或淡紫色的花。</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随“志愿者小分队”去宁夏固原一所希望小学，我见到刚刚三十出头的陈老师，竟苍老得那样令人心疼。我看过她毕业照上靓丽的身影，没想到仅仅十年的光景，便将秀气的她，磨砺得如此粗糙。面对我的诧异，她一脸淡然地告诉我：“学校曾打过三口井，但都没用多久，便再也打不出水来了，即便打出水，也苦涩无比，根本不能饮用，师生们的生活用水，要靠村民从三十多里远的村子运过来，金贵得很。”</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吃午饭时，学生们以课桌为餐桌，每个学生一碗米饭，只有炒萝卜干和白菜炖豆腐两样菜，每人一碗白开水。他们一个个吃得津津有味，脸上洋溢着知足的兴奋。</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陈老师吃的饭菜和学生们一模一样，她边吃边跟我聊天，她说现在伙食已经有很大改善了，每天能吃到青菜，每周有两天能吃到肉，有两天能吃到鸡蛋，前几年连青菜也无法保证，师生们经常吃咸菜，有时干脆就是米饭泡酱油。</w:t>
      </w:r>
    </w:p>
    <w:p>
      <w:pPr>
        <w:pStyle w:val="Normal"/>
        <w:spacing w:lineRule="auto" w:line="360"/>
        <w:ind w:firstLine="420" w:end="0"/>
        <w:jc w:val="start"/>
        <w:textAlignment w:val="center"/>
        <w:rPr/>
      </w:pPr>
      <w:r>
        <w:rPr>
          <w:rFonts w:eastAsia="楷体" w:cs="楷体" w:ascii="楷体" w:hAnsi="楷体"/>
          <w:color w:val="000000"/>
        </w:rPr>
        <w:t>⑥</w:t>
      </w:r>
      <w:r>
        <w:rPr>
          <w:rFonts w:ascii="楷体" w:hAnsi="楷体" w:cs="楷体" w:eastAsia="楷体"/>
          <w:color w:val="000000"/>
        </w:rPr>
        <w:t>我感叹这里条件太艰苦了，她却有些满足：“还有比这里更艰苦的学校呢，你看，我教的孩子多阳光啊，他们爱学习、爱劳动、淳朴又善良。”说起她的学生，陈老师满脸的自豪无以掩饰，她拿给我看学生们写的诗，我特别惊讶，眼前这些土里土气的孩子笔下竟流泻出那么多精美的诗句，</w:t>
      </w:r>
      <w:r>
        <w:rPr>
          <w:rFonts w:ascii="楷体" w:hAnsi="楷体" w:cs="楷体" w:eastAsia="楷体"/>
          <w:color w:val="000000"/>
          <w:u w:val="wave"/>
        </w:rPr>
        <w:t>宛若一朵朵艳丽的小花，犹似一片片灵动的彩云</w:t>
      </w:r>
      <w:r>
        <w:rPr>
          <w:rFonts w:ascii="楷体" w:hAnsi="楷体" w:cs="楷体" w:eastAsia="楷体"/>
          <w:color w:val="000000"/>
        </w:rPr>
        <w:t>，</w:t>
      </w:r>
      <w:r>
        <w:rPr>
          <w:rFonts w:eastAsia="楷体" w:cs="楷体" w:ascii="楷体" w:hAnsi="楷体"/>
          <w:color w:val="000000"/>
          <w:u w:val="single"/>
        </w:rPr>
        <w:t>_</w:t>
      </w:r>
      <w:r>
        <w:rPr>
          <w:rFonts w:eastAsia="楷体" w:cs="楷体" w:ascii="楷体" w:hAnsi="楷体"/>
          <w:color w:val="000000"/>
        </w:rPr>
        <w:t>_______</w:t>
      </w:r>
      <w:r>
        <w:rPr>
          <w:rFonts w:ascii="楷体" w:hAnsi="楷体" w:cs="楷体" w:eastAsia="楷体"/>
          <w:color w:val="000000"/>
        </w:rPr>
        <w:t>，那般的亲切而自然。</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那天下午，天空突然一片墨色，一场雷阵雨即将来临，几位老师和食堂做饭的师傅，领着学生们将所有的盆盆罐罐，全搬到教室前的操场上，然后全校师生一起仰首期盼雨滴赶紧降落。</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下雨啦！下雨啦！”几滴雨落到一个孩子伸出的小手上，欢呼声立刻响起来，等雨点密集起来，几个男孩子竟脱下上衣，嬉笑着跑进雨中，任雨水将自己浇成一只只快乐无比的“落汤鸡”，有两个小女孩接雨水搓洗着辫子，更多的孩子则畅快地用雨水洗脸、洗脚，仿佛那是百年一遇的甘霖，不倍加珍惜，便辜负了上苍的一番美意。</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十几分钟后，风停雨歇，干涸已久的大地将雨水很快全收走了，被雨水洗过的刺棘却精神了许多，师生们像打了一场大胜仗，说说笑笑着将那些瓶瓶罐罐里的水，倒进厨房的两口大缸里，准备用来洗菜或者洗脸。</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陈老师兴奋地告诉我：“这就是我们的生活实践课，听从老天的随机安排，等冬天下雪的时候，全校师生都会跑进漫天飞舞的雪花中，尽情地嬉戏，尽情地感受大自然的神奇变化，孩子们的不少诗篇和文章，都是在这样近距离的观察和体验中完成的。”</w:t>
      </w:r>
    </w:p>
    <w:p>
      <w:pPr>
        <w:pStyle w:val="Normal"/>
        <w:spacing w:lineRule="auto" w:line="360"/>
        <w:ind w:firstLine="420" w:end="0"/>
        <w:jc w:val="start"/>
        <w:textAlignment w:val="center"/>
        <w:rPr/>
      </w:pPr>
      <w:r>
        <w:rPr>
          <w:rFonts w:eastAsia="Cambria Math" w:cs="Cambria Math" w:ascii="Cambria Math" w:hAnsi="Cambria Math"/>
          <w:color w:val="000000"/>
        </w:rPr>
        <w:t>⑪</w:t>
      </w:r>
      <w:r>
        <w:rPr>
          <w:rFonts w:ascii="楷体" w:hAnsi="楷体" w:cs="楷体" w:eastAsia="楷体"/>
          <w:color w:val="000000"/>
        </w:rPr>
        <w:t>原来，很多好课不只是在教室里完成的，还可以走到广阔的天地中，与风霜雪雨一道完成。我不由得为陈老师和她的孩子们灵活的课程安排，由衷地举双手点赞。</w:t>
      </w:r>
    </w:p>
    <w:p>
      <w:pPr>
        <w:pStyle w:val="Normal"/>
        <w:spacing w:lineRule="auto" w:line="360"/>
        <w:ind w:firstLine="420" w:end="0"/>
        <w:jc w:val="start"/>
        <w:textAlignment w:val="center"/>
        <w:rPr/>
      </w:pPr>
      <w:r>
        <w:rPr>
          <w:rFonts w:eastAsia="Cambria Math" w:cs="Cambria Math" w:ascii="Cambria Math" w:hAnsi="Cambria Math"/>
          <w:color w:val="000000"/>
        </w:rPr>
        <w:t>⑫</w:t>
      </w:r>
      <w:r>
        <w:rPr>
          <w:rFonts w:ascii="楷体" w:hAnsi="楷体" w:cs="楷体" w:eastAsia="楷体"/>
          <w:color w:val="000000"/>
        </w:rPr>
        <w:t>我们送书时，孩子们特别喜欢。一个小女孩有些羞涩地悄悄问我：“叔叔，您这次没带王国维的《人间词话》吗？我以前在舅舅家见到过，很想读到。”</w:t>
      </w:r>
    </w:p>
    <w:p>
      <w:pPr>
        <w:pStyle w:val="Normal"/>
        <w:spacing w:lineRule="auto" w:line="360"/>
        <w:ind w:firstLine="420" w:end="0"/>
        <w:jc w:val="start"/>
        <w:textAlignment w:val="center"/>
        <w:rPr/>
      </w:pPr>
      <w:r>
        <w:rPr>
          <w:rFonts w:eastAsia="Cambria Math" w:cs="Cambria Math" w:ascii="Cambria Math" w:hAnsi="Cambria Math"/>
          <w:color w:val="000000"/>
        </w:rPr>
        <w:t>⑬</w:t>
      </w:r>
      <w:r>
        <w:rPr>
          <w:rFonts w:ascii="楷体" w:hAnsi="楷体" w:cs="楷体" w:eastAsia="楷体"/>
          <w:color w:val="000000"/>
        </w:rPr>
        <w:t>我惊讶地问她，能读得懂吗，她说不是很懂，但感觉那本书写得很美。我赞赏她的感觉，回去我会专门给她邮寄一本《人间词话》，再给其他同学邮寄一本。</w:t>
      </w:r>
    </w:p>
    <w:p>
      <w:pPr>
        <w:pStyle w:val="Normal"/>
        <w:spacing w:lineRule="auto" w:line="360"/>
        <w:ind w:firstLine="420" w:end="0"/>
        <w:jc w:val="start"/>
        <w:textAlignment w:val="center"/>
        <w:rPr/>
      </w:pPr>
      <w:r>
        <w:rPr>
          <w:rFonts w:eastAsia="Cambria Math" w:cs="Cambria Math" w:ascii="Cambria Math" w:hAnsi="Cambria Math"/>
          <w:color w:val="000000"/>
        </w:rPr>
        <w:t>⑭</w:t>
      </w:r>
      <w:r>
        <w:rPr>
          <w:rFonts w:ascii="楷体" w:hAnsi="楷体" w:cs="楷体" w:eastAsia="楷体"/>
          <w:color w:val="000000"/>
        </w:rPr>
        <w:t>不曾想到，这些小学生除了喜欢现当代儿童文学作品，居然还喜欢惠特曼的《草叶集》、艾略特的《荒原》、卡夫卡的《变形记》、莫泊桑的《羊脂球》这类经典名著。陈老师骄傲地告诉我，孩子们的心空无比阔大，他们能够装得下广袤的世界……</w:t>
      </w:r>
    </w:p>
    <w:p>
      <w:pPr>
        <w:pStyle w:val="Normal"/>
        <w:spacing w:lineRule="auto" w:line="360"/>
        <w:ind w:firstLine="420" w:end="0"/>
        <w:jc w:val="start"/>
        <w:textAlignment w:val="center"/>
        <w:rPr/>
      </w:pPr>
      <w:r>
        <w:rPr>
          <w:rFonts w:eastAsia="Cambria Math" w:cs="Cambria Math" w:ascii="Cambria Math" w:hAnsi="Cambria Math"/>
          <w:color w:val="000000"/>
        </w:rPr>
        <w:t>⑮</w:t>
      </w:r>
      <w:r>
        <w:rPr>
          <w:rFonts w:ascii="楷体" w:hAnsi="楷体" w:cs="楷体" w:eastAsia="楷体"/>
          <w:color w:val="000000"/>
        </w:rPr>
        <w:t>我知道，我面前的孩子们几乎全是留守儿童，他们的父母常年在外打工，他们不仅要认真读书，还要照顾家里的老人，每个孩子都更早地肩负起了家庭生活的一些担子，可从他们的言谈举止里，我看不到任何的悲戚和怨气，只看到了阳光一样的欢颜，看到了岁月静好。</w:t>
      </w:r>
    </w:p>
    <w:p>
      <w:pPr>
        <w:pStyle w:val="Normal"/>
        <w:spacing w:lineRule="auto" w:line="360"/>
        <w:ind w:firstLine="420" w:end="0"/>
        <w:jc w:val="start"/>
        <w:textAlignment w:val="center"/>
        <w:rPr/>
      </w:pPr>
      <w:r>
        <w:rPr>
          <w:rFonts w:eastAsia="Cambria Math" w:cs="Cambria Math" w:ascii="Cambria Math" w:hAnsi="Cambria Math"/>
          <w:color w:val="000000"/>
        </w:rPr>
        <w:t>⑯</w:t>
      </w:r>
      <w:r>
        <w:rPr>
          <w:rFonts w:ascii="楷体" w:hAnsi="楷体" w:cs="楷体" w:eastAsia="楷体"/>
          <w:color w:val="000000"/>
        </w:rPr>
        <w:t>同去的一位公司经理跟我感慨道：“哪里是我们来给他们送温暖，倒像是他们给我们送温暖，跟这里的老师和孩子们在一起，烦恼会被驱逐，愁苦会被抽走，抱怨会被打碎，只有感恩、热爱和勤勉，还有随时随地都能遇见的开心……”</w:t>
      </w:r>
    </w:p>
    <w:p>
      <w:pPr>
        <w:pStyle w:val="Normal"/>
        <w:spacing w:lineRule="auto" w:line="360"/>
        <w:ind w:firstLine="420" w:end="0"/>
        <w:jc w:val="start"/>
        <w:textAlignment w:val="center"/>
        <w:rPr/>
      </w:pPr>
      <w:r>
        <w:rPr>
          <w:rFonts w:eastAsia="Cambria Math" w:cs="Cambria Math" w:ascii="Cambria Math" w:hAnsi="Cambria Math"/>
          <w:color w:val="000000"/>
        </w:rPr>
        <w:t>⑰</w:t>
      </w:r>
      <w:r>
        <w:rPr>
          <w:rFonts w:ascii="楷体" w:hAnsi="楷体" w:cs="楷体" w:eastAsia="楷体"/>
          <w:color w:val="000000"/>
        </w:rPr>
        <w:t>的确如此！</w:t>
      </w:r>
    </w:p>
    <w:p>
      <w:pPr>
        <w:pStyle w:val="Normal"/>
        <w:spacing w:lineRule="auto" w:line="360"/>
        <w:ind w:firstLine="420" w:end="0"/>
        <w:jc w:val="start"/>
        <w:textAlignment w:val="center"/>
        <w:rPr/>
      </w:pPr>
      <w:r>
        <w:rPr>
          <w:rFonts w:eastAsia="Cambria Math" w:cs="Cambria Math" w:ascii="Cambria Math" w:hAnsi="Cambria Math"/>
          <w:color w:val="000000"/>
        </w:rPr>
        <w:t>⑱</w:t>
      </w:r>
      <w:r>
        <w:rPr>
          <w:rFonts w:ascii="楷体" w:hAnsi="楷体" w:cs="楷体" w:eastAsia="楷体"/>
          <w:color w:val="000000"/>
        </w:rPr>
        <w:t>我忽然想到了著名作家张丽钧的那篇美文《牡丹花水》，想到怀着开花的心情，为一壶沸腾的清水，起一个俏丽昵称的那位不知名的戈壁人；想到在漫天风沙中热烈地敲着腰鼓、激情澎湃地起舞的那些陕北汉子，还有把秦腔吼得特别响亮、把信天游唱得如痴如醉的那位民间艺人……那些善于从苦中嚼出甜的小人物，最懂得“天黑下来时，爱就是最暖的光”，爱意盈盈地行走人间，无论走到哪里，头顶都会有一片艳阳天。</w:t>
      </w:r>
    </w:p>
    <w:p>
      <w:pPr>
        <w:pStyle w:val="Normal"/>
        <w:spacing w:lineRule="auto" w:line="360"/>
        <w:ind w:firstLine="420" w:end="0"/>
        <w:jc w:val="start"/>
        <w:textAlignment w:val="center"/>
        <w:rPr/>
      </w:pPr>
      <w:r>
        <w:rPr>
          <w:rFonts w:eastAsia="Cambria Math" w:cs="Cambria Math" w:ascii="Cambria Math" w:hAnsi="Cambria Math"/>
          <w:color w:val="000000"/>
        </w:rPr>
        <w:t>⑲</w:t>
      </w:r>
      <w:r>
        <w:rPr>
          <w:rFonts w:ascii="楷体" w:hAnsi="楷体" w:cs="楷体" w:eastAsia="楷体"/>
          <w:color w:val="000000"/>
        </w:rPr>
        <w:t>其实，幸福的人生，就是携爱而行。</w:t>
      </w:r>
    </w:p>
    <w:p>
      <w:pPr>
        <w:pStyle w:val="Normal"/>
        <w:spacing w:lineRule="auto" w:line="360"/>
        <w:jc w:val="end"/>
        <w:textAlignment w:val="center"/>
        <w:rPr>
          <w:rFonts w:ascii="宋体;SimSun" w:hAnsi="宋体;SimSun" w:eastAsia="宋体;SimSun" w:cs="宋体;SimSun"/>
          <w:color w:val="000000"/>
        </w:rPr>
      </w:pPr>
      <w:r>
        <w:rPr>
          <w:rFonts w:ascii="宋体;SimSun" w:hAnsi="宋体;SimSun" w:cs="宋体;SimSun" w:eastAsia="宋体;SimSun"/>
          <w:color w:val="000000"/>
        </w:rPr>
        <w:t>（原文有改动）</w:t>
      </w:r>
    </w:p>
    <w:p>
      <w:pPr>
        <w:pStyle w:val="Normal"/>
        <w:spacing w:lineRule="auto" w:line="360"/>
        <w:jc w:val="start"/>
        <w:textAlignment w:val="center"/>
        <w:rPr/>
      </w:pPr>
      <w:r>
        <w:rPr>
          <w:rFonts w:eastAsia="宋体;SimSun" w:cs="宋体;SimSun" w:ascii="宋体;SimSun" w:hAnsi="宋体;SimSun"/>
          <w:color w:val="000000"/>
        </w:rPr>
        <w:t xml:space="preserve">20. </w:t>
      </w:r>
      <w:r>
        <w:rPr>
          <w:rFonts w:ascii="宋体;SimSun" w:hAnsi="宋体;SimSun" w:cs="宋体;SimSun" w:eastAsia="宋体;SimSun"/>
          <w:color w:val="000000"/>
        </w:rPr>
        <w:t>文章叙述了“我”西北之行的所见所闻所感。阅读文章③—</w:t>
      </w:r>
      <w:r>
        <w:rPr>
          <w:rFonts w:ascii="Cambria Math" w:hAnsi="Cambria Math" w:cs="Cambria Math" w:eastAsia="Cambria Math"/>
          <w:color w:val="000000"/>
        </w:rPr>
        <w:t>⑰</w:t>
      </w:r>
      <w:r>
        <w:rPr>
          <w:rFonts w:ascii="宋体;SimSun" w:hAnsi="宋体;SimSun" w:cs="宋体;SimSun" w:eastAsia="宋体;SimSun"/>
          <w:color w:val="000000"/>
        </w:rPr>
        <w:t>段，补写横线处的内容。</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w:t>
      </w:r>
      <w:r>
        <w:rPr>
          <w:rFonts w:ascii="宋体;SimSun" w:hAnsi="宋体;SimSun" w:cs="宋体;SimSun" w:eastAsia="宋体;SimSun"/>
          <w:color w:val="000000"/>
          <w:u w:val="single"/>
        </w:rPr>
        <w:t>①</w:t>
      </w:r>
      <w:r>
        <w:rPr>
          <w:rFonts w:eastAsia="宋体;SimSun" w:cs="宋体;SimSun" w:ascii="宋体;SimSun" w:hAnsi="宋体;SimSun"/>
          <w:color w:val="000000"/>
        </w:rPr>
        <w:t>________________</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）师生们吃着简单的饭菜，内心却十分满足，令我感叹。</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）孩子们写了很多亲切而自然的精美诗句，令我惊讶。</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eastAsia="宋体;SimSun"/>
          <w:color w:val="000000"/>
        </w:rPr>
        <w:t>（</w:t>
      </w:r>
      <w:r>
        <w:rPr>
          <w:rFonts w:eastAsia="宋体;SimSun" w:cs="宋体;SimSun" w:ascii="宋体;SimSun" w:hAnsi="宋体;SimSun"/>
          <w:color w:val="000000"/>
        </w:rPr>
        <w:t>4</w:t>
      </w:r>
      <w:r>
        <w:rPr>
          <w:rFonts w:ascii="宋体;SimSun" w:hAnsi="宋体;SimSun" w:cs="宋体;SimSun" w:eastAsia="宋体;SimSun"/>
          <w:color w:val="000000"/>
        </w:rPr>
        <w:t>）</w:t>
      </w:r>
      <w:r>
        <w:rPr>
          <w:rFonts w:ascii="宋体;SimSun" w:hAnsi="宋体;SimSun" w:cs="宋体;SimSun" w:eastAsia="宋体;SimSun"/>
          <w:color w:val="000000"/>
          <w:u w:val="single"/>
        </w:rPr>
        <w:t>②</w:t>
      </w:r>
      <w:r>
        <w:rPr>
          <w:rFonts w:eastAsia="宋体;SimSun" w:cs="宋体;SimSun" w:ascii="宋体;SimSun" w:hAnsi="宋体;SimSun"/>
          <w:color w:val="000000"/>
        </w:rPr>
        <w:t>________________</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5</w:t>
      </w:r>
      <w:r>
        <w:rPr>
          <w:rFonts w:ascii="宋体;SimSun" w:hAnsi="宋体;SimSun" w:cs="宋体;SimSun" w:eastAsia="宋体;SimSun"/>
          <w:color w:val="000000"/>
        </w:rPr>
        <w:t>）学生们喜欢阅读中外作品，涉猎广泛，令我惊讶。</w:t>
      </w:r>
    </w:p>
    <w:p>
      <w:pPr>
        <w:pStyle w:val="Normal"/>
        <w:spacing w:lineRule="auto" w:line="360"/>
        <w:jc w:val="start"/>
        <w:textAlignment w:val="center"/>
        <w:rPr>
          <w:rFonts w:ascii="宋体;SimSun" w:hAnsi="宋体;SimSun" w:eastAsia="宋体;SimSun" w:cs="宋体;SimSun"/>
          <w:color w:val="000000"/>
          <w:u w:val="single"/>
        </w:rPr>
      </w:pPr>
      <w:r>
        <w:rPr>
          <w:rFonts w:ascii="宋体;SimSun" w:hAnsi="宋体;SimSun" w:cs="宋体;SimSun" w:eastAsia="宋体;SimSun"/>
          <w:color w:val="000000"/>
        </w:rPr>
        <w:t>（</w:t>
      </w:r>
      <w:r>
        <w:rPr>
          <w:rFonts w:eastAsia="宋体;SimSun" w:cs="宋体;SimSun" w:ascii="宋体;SimSun" w:hAnsi="宋体;SimSun"/>
          <w:color w:val="000000"/>
        </w:rPr>
        <w:t>6</w:t>
      </w:r>
      <w:r>
        <w:rPr>
          <w:rFonts w:ascii="宋体;SimSun" w:hAnsi="宋体;SimSun" w:cs="宋体;SimSun" w:eastAsia="宋体;SimSun"/>
          <w:color w:val="000000"/>
        </w:rPr>
        <w:t>）</w:t>
      </w:r>
      <w:r>
        <w:rPr>
          <w:rFonts w:ascii="宋体;SimSun" w:hAnsi="宋体;SimSun" w:cs="宋体;SimSun" w:eastAsia="宋体;SimSun"/>
          <w:color w:val="000000"/>
          <w:u w:val="single"/>
        </w:rPr>
        <w:t>③</w:t>
      </w:r>
      <w:r>
        <w:rPr>
          <w:rFonts w:eastAsia="宋体;SimSun" w:cs="宋体;SimSun" w:ascii="宋体;SimSun" w:hAnsi="宋体;SimSun"/>
          <w:color w:val="000000"/>
        </w:rPr>
        <w:t>________________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eastAsia="宋体;SimSun"/>
          <w:color w:val="000000"/>
        </w:rPr>
        <w:t>阅读文章第⑥段，请你仿照画波浪线的句子在横线处补写一句话，并说明补写的理由。</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补写：</w:t>
      </w:r>
      <w:r>
        <w:rPr>
          <w:rFonts w:eastAsia="宋体;SimSun" w:cs="宋体;SimSun" w:ascii="宋体;SimSun" w:hAnsi="宋体;SimSun"/>
          <w:color w:val="000000"/>
        </w:rPr>
        <w:t>_______</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理由：</w:t>
      </w:r>
      <w:r>
        <w:rPr>
          <w:rFonts w:eastAsia="宋体;SimSun" w:cs="宋体;SimSun" w:ascii="宋体;SimSun" w:hAnsi="宋体;SimSun"/>
          <w:color w:val="000000"/>
        </w:rPr>
        <w:t>_______</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eastAsia="宋体;SimSun"/>
          <w:color w:val="000000"/>
        </w:rPr>
        <w:t>文中第②段内容可否删去，为什么？</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23. </w:t>
      </w:r>
      <w:r>
        <w:rPr>
          <w:rFonts w:ascii="宋体;SimSun" w:hAnsi="宋体;SimSun" w:cs="宋体;SimSun" w:eastAsia="宋体;SimSun"/>
          <w:color w:val="000000"/>
        </w:rPr>
        <w:t>阅读文章，谈谈你对题目“爱是最暖的光”的理解。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20.     (1). </w:t>
      </w:r>
      <w:r>
        <w:rPr>
          <w:rFonts w:eastAsia="宋体;SimSun" w:cs="宋体;SimSun" w:ascii="宋体;SimSun" w:hAnsi="宋体;SimSun"/>
          <w:color w:val="000000"/>
        </w:rPr>
        <w:t>①</w:t>
      </w:r>
      <w:r>
        <w:rPr>
          <w:rFonts w:ascii="宋体;SimSun" w:hAnsi="宋体;SimSun" w:cs="宋体;SimSun" w:eastAsia="宋体;SimSun"/>
          <w:color w:val="000000"/>
        </w:rPr>
        <w:t>陈老师刚刚三十出头，竟苍老得让人心疼，令我诧异。</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eastAsia="宋体;SimSun"/>
          <w:color w:val="000000"/>
        </w:rPr>
        <w:t>师生们随着天气变化，灵活安排实践课程，令我赞叹。</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eastAsia="宋体;SimSun"/>
          <w:color w:val="000000"/>
        </w:rPr>
        <w:t>学生们边读书边照顾老人，乐观生活，令我们感慨。</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21.     (1). </w:t>
      </w:r>
      <w:r>
        <w:rPr>
          <w:rFonts w:ascii="宋体;SimSun" w:hAnsi="宋体;SimSun" w:cs="宋体;SimSun" w:eastAsia="宋体;SimSun"/>
          <w:color w:val="000000"/>
        </w:rPr>
        <w:t>补写：俨然一缕缕清爽的晨风</w:t>
      </w:r>
      <w:r>
        <w:rPr>
          <w:color w:val="000000"/>
        </w:rPr>
        <w:t xml:space="preserve">    </w:t>
      </w:r>
      <w:r>
        <w:rPr>
          <w:color w:val="000000"/>
        </w:rPr>
        <w:t xml:space="preserve">(2). </w:t>
      </w:r>
      <w:r>
        <w:rPr>
          <w:rFonts w:ascii="宋体;SimSun" w:hAnsi="宋体;SimSun" w:cs="宋体;SimSun" w:eastAsia="宋体;SimSun"/>
          <w:color w:val="000000"/>
        </w:rPr>
        <w:t>理由：与画波浪线的句子的句式及修辞相同。把诗句比作晨风，写出了诗句的精美、亲切、自然。</w:t>
      </w:r>
      <w:r>
        <w:rPr>
          <w:color w:val="000000"/>
        </w:rPr>
        <w:t xml:space="preserve">    </w:t>
      </w:r>
    </w:p>
    <w:p>
      <w:pPr>
        <w:pStyle w:val="Normal"/>
        <w:spacing w:lineRule="auto" w:line="360"/>
        <w:textAlignment w:val="center"/>
        <w:rPr/>
      </w:pPr>
      <w:r>
        <w:rPr>
          <w:color w:val="000000"/>
        </w:rPr>
        <w:t xml:space="preserve">22. </w:t>
      </w:r>
      <w:r>
        <w:rPr>
          <w:rFonts w:ascii="宋体;SimSun" w:hAnsi="宋体;SimSun" w:cs="宋体;SimSun" w:eastAsia="宋体;SimSun"/>
          <w:color w:val="000000"/>
        </w:rPr>
        <w:t>示例一：不可以。因为第二段写出了西北环境的恶劣，风滚草生命力的顽强，引出下文对固原希望小学的师生们在艰苦的环境里不烦不怨、乐观向上，热爱生活、热爱学习的叙写，所以不能删除。</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示例二：可以。因为全文主要是围绕固原希望小学师生工作、学习、生活展开的，主要是为了彰显固原希望小学师生积极乐观的生活态度，以及带给我极大的触动。而这一段主要写的是荒漠中的风滚草，如果删除对内容的表达影响不大，所以可以删除。</w:t>
      </w:r>
      <w:r>
        <w:rPr>
          <w:color w:val="000000"/>
        </w:rPr>
        <w:t xml:space="preserve">    </w:t>
      </w:r>
    </w:p>
    <w:p>
      <w:pPr>
        <w:pStyle w:val="Normal"/>
        <w:spacing w:lineRule="auto" w:line="360"/>
        <w:jc w:val="start"/>
        <w:textAlignment w:val="center"/>
        <w:rPr/>
      </w:pPr>
      <w:r>
        <w:rPr>
          <w:color w:val="000000"/>
        </w:rPr>
        <w:t xml:space="preserve">23. </w:t>
      </w:r>
      <w:r>
        <w:rPr>
          <w:rFonts w:ascii="宋体;SimSun" w:hAnsi="宋体;SimSun" w:cs="宋体;SimSun" w:eastAsia="宋体;SimSun"/>
          <w:color w:val="000000"/>
        </w:rPr>
        <w:t>题目运用了比喻修辞，把“爱”比作“光”，写出了爱能带给人温暖和力量。宁夏固原希望小学的师生源于对学习、工作、亲人和生活的爱，使他们能够积极乐观地面对艰苦条件；他们热爱生活的态度如同黑夜里的光也驱逐了我们的烦恼和愁苦，带给我们温暖和感动。</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对文本内容的理解。第一空：第三段记叙的是我初次见到了“刚刚三十出头的陈老师，竟苍老得那样令人心疼”。第二空：第七段到第十一段记叙的是大雨将来时，师生们把盆盆罐罐全放到了操场上接雨水，大雨来了，孩子们在雨中快乐的嬉戏。陈老师告诉我，这是他们的生活实践课，全听老天的安排这让我赞叹。可概括为：师生们随着天气变化，灵活安排实践课程，令我赞叹。第三空：第十五段和第十六段记叙的是孩子们一边读书，一边照顾家里的老师，生活艰苦，但我却看不到“任何的悲戚和怨气”。让我们心生感慨，精神得到了升华。可概括为：学生们边读书边照顾老人，乐观生活，令我们感慨。</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仿写。开放类试题，与例句格式相同，语义相关即可。如：仿写为“仿佛一颗颗璀璨的星辰”。理由是与画线波浪线的句子同样运用比喻的修辞，句式相同。把孩子们的诗句比作星辰，表达了对这些诗句的喜爱和对这些孩子们的赞美，自然亲切，精美别致。</w:t>
      </w:r>
    </w:p>
    <w:p>
      <w:pPr>
        <w:pStyle w:val="Normal"/>
        <w:spacing w:lineRule="auto" w:line="360"/>
        <w:textAlignment w:val="center"/>
        <w:rPr/>
      </w:pPr>
      <w:r>
        <w:rPr>
          <w:color w:val="000000"/>
        </w:rPr>
        <w:drawing>
          <wp:inline distT="0" distB="0" distL="0" distR="0">
            <wp:extent cx="95250" cy="171450"/>
            <wp:effectExtent l="0" t="0" r="0" b="0"/>
            <wp:docPr id="147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Image8"/>
                    <pic:cNvPicPr>
                      <a:picLocks noChangeAspect="1" noChangeArrowheads="1"/>
                    </pic:cNvPicPr>
                  </pic:nvPicPr>
                  <pic:blipFill>
                    <a:blip r:embed="rId84"/>
                    <a:srcRect l="-355" t="-203" r="-355" b="-203"/>
                    <a:stretch>
                      <a:fillRect/>
                    </a:stretch>
                  </pic:blipFill>
                  <pic:spPr bwMode="auto">
                    <a:xfrm>
                      <a:off x="0" y="0"/>
                      <a:ext cx="95250" cy="171450"/>
                    </a:xfrm>
                    <a:prstGeom prst="rect">
                      <a:avLst/>
                    </a:prstGeom>
                    <a:noFill/>
                  </pic:spPr>
                </pic:pic>
              </a:graphicData>
            </a:graphic>
          </wp:inline>
        </w:drawing>
      </w:r>
      <w:r>
        <w:rPr>
          <w:color w:val="000000"/>
        </w:rPr>
        <w:t>22</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分析语段作用。开放类试题，言之成理即可。可以认为不能删去。理由：第二段表现了西北自然环境的艰苦恶劣，突出了风滚草生命力的旺盛与顽强。引出下文对希望小学师生们的描述，他们就像是风滚草一样，在恶劣的环境里乐观向上，积极开朗。所以不能删去。也可以认为能删去。理由：本文的主要内容是自己去西北一所希望小学的见闻，表现这所希望小学里的师生们积极乐观，阳光健康的生活态度，以及我们一行人对他们的敬佩与赞美之情。第二段写风滚草在大西北艰难的环境里顽强生长。删去后不会影响文章的叙事和主旨的表达，所以可以删去。</w:t>
      </w:r>
    </w:p>
    <w:p>
      <w:pPr>
        <w:pStyle w:val="Normal"/>
        <w:spacing w:lineRule="auto" w:line="360"/>
        <w:textAlignment w:val="center"/>
        <w:rPr>
          <w:color w:val="000000"/>
        </w:rPr>
      </w:pPr>
      <w:r>
        <w:rPr>
          <w:color w:val="000000"/>
        </w:rPr>
        <w:t>【</w:t>
      </w:r>
      <w:r>
        <w:rPr>
          <w:color w:val="000000"/>
        </w:rPr>
        <w:t>23</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考查对题目的理解。本文的题目“爱是最暖的光”运用比喻的修辞，把“爱”比作“光”，而且是最暖的光，强调了爱可以给带来温暖和力量。联系文本内容和主旨可知，我们走访的这所希望小学的师生们对于生活、工作、亲人的热爱就像是一道光一样，指引着他们勇敢向前，让他们即使面对艰难的环境，心中依然有诗和远方。联系第十六段的内容可知，他们的这种热爱，也像是一道光一样，让我们的精神得以净化和升华，我们的“烦恼会被驱逐，愁苦会被抽走，抱怨会被打碎，只有感恩、热爱和勤勉，还有随时随地都能遇见的开心”。</w:t>
      </w:r>
    </w:p>
    <w:p>
      <w:pPr>
        <w:pStyle w:val="Heading3"/>
      </w:pPr>
      <w:r>
        <w:t>朝阳区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三、现代文阅读（共25分）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阅读《春鸟喧哗》，完成下面小题。</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059"/>
        <w:gridCol w:w="1671"/>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正文</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旁批</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春鸟喧哗</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代蕊</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①在春天，叫醒我的，是鸟，是一只只藏在深山中的春鸟。</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早起，春山寂寂，躺在床上看青灰色的晨曦流进后窗，鸽群“呼啦啦”地从窗前飞过，随即一声声清脆的鸟鸣传人耳朵，顿时感觉清醒不少。突然想到曾读过一句话：“于清晨极静时，听到鸟鸣，令人不敢堕落。”</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于是披衣起床，站在走廊上长长久久地听着一声声的鸟叫。彼时横在眼前的山也在顷刻间醒来，墨绿色的山坡上已经长出了许多嫩绿色的新枝，就像一块块墨绿色的布中间拼接着一块块嫩绿色的布一般。比起山坡，田野的颜色拼接得就更为绚丽了。放眼望去，一大片一大片的油菜花发了疯似的“黄”，一大片一大片的麦苗发了疯似的“青”，一块儿黄连着一块儿青，一块儿青连着一块儿黄，让人眼里心里全是欢喜。</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④稍稍站定，吸一口饱含草木气息的空气，顿时神清气爽。而此时，鸟儿们也仿佛知道有人在侧耳倾听，此起彼伏的鸟鸣从山涧、树梢、屋顶上传来，似口哨，似溪声，似琴音，更似一曲天籁。</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晴日里听鸟叫与雨日里听大为不同，正所谓晴有晴的好，雨有雨的妙。倘若是晴天，春山空旷，一草一木都看得清晰，一声声的鸟叫从远天云外传来，让人只觉得更加空旷。年少时读王籍的《人若耶溪》，还不曾有过“鸟鸣山更幽”的感受，如今听得久了，越发觉得那一个“幽”是那样的动人，那意境“哗”的一下子就出来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若是雨日，就别有一番情趣了。清明前后，雨水颇多，窸窸窣窣的雨声里夹杂着一声声鸟鸣，这声音听着就不是空旷了，而是空灵。一声声的鸟鸣仿佛是抖落了雨水一般，清脆不已。此际，恰是鸟鸣最欢的时候，雨日里端坐屋内看书，竟感觉所有的雨声都挟裹了鸟鸣落到了书页间，顿生春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⑦《小窗幽记》里写春鸟：“清晨林鸟争鸣，唤醒一枕春梦。独黄鹂百舌，抑扬高下，最可人意。”山居听得的可不独独是黄鹂，亦有燕子、杜鹃、喜鹊、画眉、布谷这些“角儿”轮番登台，好不热闹！</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⑧不得不承认，这些山间的鸟儿确实比人更懂得“春光易逝”这个词。不信你听，此时山间群鸟正喧哗，而人间却又有几人在这大好晨光中醒来呢？</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eastAsia="宋体" w:hAnsi="宋体" w:cs="宋体"/>
                <w:color w:val="000000"/>
              </w:rPr>
            </w:pPr>
            <w:r>
              <w:rPr>
                <w:rFonts w:ascii="宋体" w:eastAsia="宋体" w:hAnsi="宋体" w:cs="宋体"/>
                <w:color w:val="000000"/>
              </w:rPr>
              <w:t>“流”字极妙，写出了</w:t>
            </w:r>
            <w:r>
              <w:rPr>
                <w:rFonts w:ascii="宋体" w:eastAsia="宋体" w:hAnsi="宋体" w:cs="宋体"/>
                <w:color w:val="000000"/>
                <w:u w:val="single"/>
              </w:rPr>
              <w:t xml:space="preserve">①      </w:t>
            </w:r>
            <w:r>
              <w:rPr>
                <w:rFonts w:ascii="宋体" w:eastAsia="宋体" w:hAnsi="宋体" w:cs="宋体"/>
                <w:color w:val="000000"/>
              </w:rPr>
              <w:t>。</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eastAsia="宋体" w:hAnsi="宋体" w:cs="宋体"/>
                <w:color w:val="000000"/>
              </w:rPr>
            </w:pPr>
            <w:r>
              <w:rPr>
                <w:rFonts w:ascii="宋体" w:eastAsia="宋体" w:hAnsi="宋体" w:cs="宋体"/>
                <w:color w:val="000000"/>
              </w:rPr>
              <w:t>连用四个比喻，“似口哨”写出鸟声响亮，“似溪声，似琴音”表现</w:t>
            </w:r>
            <w:r>
              <w:rPr>
                <w:rFonts w:ascii="宋体" w:eastAsia="宋体" w:hAnsi="宋体" w:cs="宋体"/>
                <w:color w:val="000000"/>
                <w:u w:val="single"/>
              </w:rPr>
              <w:t xml:space="preserve">②      </w:t>
            </w:r>
            <w:r>
              <w:rPr>
                <w:rFonts w:ascii="宋体" w:eastAsia="宋体" w:hAnsi="宋体" w:cs="宋体"/>
                <w:color w:val="000000"/>
              </w:rPr>
              <w:t>，“似一曲天籁”极言鸟声美妙。</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rFonts w:ascii="宋体" w:eastAsia="宋体" w:hAnsi="宋体" w:cs="宋体"/>
                <w:color w:val="000000"/>
              </w:rPr>
            </w:pPr>
            <w:r>
              <w:rPr>
                <w:rFonts w:ascii="宋体" w:eastAsia="宋体" w:hAnsi="宋体" w:cs="宋体"/>
                <w:color w:val="000000"/>
              </w:rPr>
              <w:t>此处用了拟人的手法，我能从中感受到</w:t>
            </w:r>
            <w:r>
              <w:rPr>
                <w:rFonts w:ascii="宋体" w:eastAsia="宋体" w:hAnsi="宋体" w:cs="宋体"/>
                <w:color w:val="000000"/>
                <w:u w:val="single"/>
              </w:rPr>
              <w:t xml:space="preserve">③      </w:t>
            </w:r>
            <w:r>
              <w:rPr>
                <w:rFonts w:ascii="宋体" w:eastAsia="宋体" w:hAnsi="宋体" w:cs="宋体"/>
                <w:color w:val="000000"/>
              </w:rPr>
              <w:t>。</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【注释】①[鸟鸣山更幽]语出王籍《入若耶溪》：“躲腔何泛泛，空水共悠悠。阴霞生远岫，阳景逐回流。</w:t>
      </w:r>
    </w:p>
    <w:p>
      <w:pPr>
        <w:spacing w:line="360" w:lineRule="auto"/>
        <w:jc w:val="left"/>
        <w:textAlignment w:val="center"/>
        <w:rPr>
          <w:rFonts w:ascii="宋体" w:eastAsia="宋体" w:hAnsi="宋体" w:cs="宋体"/>
          <w:color w:val="000000"/>
        </w:rPr>
      </w:pPr>
      <w:r>
        <w:rPr>
          <w:rFonts w:ascii="宋体" w:eastAsia="宋体" w:hAnsi="宋体" w:cs="宋体"/>
          <w:color w:val="000000"/>
        </w:rPr>
        <w:t>蝉噪林逾静，鸟鸣山更幽。此地动归念，长年恶倦游。”</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12. </w:t>
      </w:r>
      <w:r>
        <w:rPr>
          <w:rFonts w:ascii="宋体" w:eastAsia="宋体" w:hAnsi="宋体" w:cs="宋体"/>
          <w:color w:val="000000"/>
        </w:rPr>
        <w:t>阅读文章，按要求完成批注。</w:t>
      </w:r>
    </w:p>
    <w:p>
      <w:pPr>
        <w:spacing w:line="360" w:lineRule="auto"/>
        <w:jc w:val="left"/>
        <w:textAlignment w:val="center"/>
        <w:rPr>
          <w:rFonts w:ascii="宋体" w:eastAsia="宋体" w:hAnsi="宋体" w:cs="宋体"/>
          <w:color w:val="000000"/>
        </w:rPr>
      </w:pPr>
      <w:r>
        <w:rPr>
          <w:rFonts w:ascii="宋体" w:eastAsia="宋体" w:hAnsi="宋体" w:cs="宋体"/>
          <w:color w:val="000000"/>
        </w:rPr>
        <w:t>（1）从上文的旁批中</w:t>
      </w:r>
      <w:r>
        <w:rPr>
          <w:rFonts w:ascii="宋体" w:eastAsia="宋体" w:hAnsi="宋体" w:cs="宋体"/>
          <w:color w:val="000000"/>
          <w:em w:val="dot"/>
        </w:rPr>
        <w:t>任选两处</w:t>
      </w:r>
      <w:r>
        <w:rPr>
          <w:rFonts w:ascii="宋体" w:eastAsia="宋体" w:hAnsi="宋体" w:cs="宋体"/>
          <w:color w:val="000000"/>
        </w:rPr>
        <w:t>，将其内容补充完整。</w:t>
      </w:r>
    </w:p>
    <w:p>
      <w:pPr>
        <w:spacing w:line="360" w:lineRule="auto"/>
        <w:jc w:val="left"/>
        <w:textAlignment w:val="center"/>
        <w:rPr>
          <w:rFonts w:ascii="宋体" w:eastAsia="宋体" w:hAnsi="宋体" w:cs="宋体"/>
          <w:color w:val="000000"/>
        </w:rPr>
      </w:pPr>
      <w:r>
        <w:rPr>
          <w:rFonts w:ascii="宋体" w:eastAsia="宋体" w:hAnsi="宋体" w:cs="宋体"/>
          <w:color w:val="000000"/>
        </w:rPr>
        <w:t>①</w:t>
      </w:r>
      <w:r>
        <w:rPr>
          <w:rFonts w:ascii="宋体" w:eastAsia="宋体" w:hAnsi="宋体" w:cs="宋体"/>
          <w:color w:val="000000"/>
        </w:rPr>
        <w:t>__________</w:t>
      </w:r>
      <w:r>
        <w:rPr>
          <w:rFonts w:ascii="宋体" w:eastAsia="宋体" w:hAnsi="宋体" w:cs="宋体"/>
          <w:color w:val="000000"/>
        </w:rPr>
        <w:t>②</w:t>
      </w:r>
      <w:r>
        <w:rPr>
          <w:rFonts w:ascii="宋体" w:eastAsia="宋体" w:hAnsi="宋体" w:cs="宋体"/>
          <w:color w:val="000000"/>
        </w:rPr>
        <w:t>__________</w:t>
      </w:r>
      <w:r>
        <w:rPr>
          <w:rFonts w:ascii="宋体" w:eastAsia="宋体" w:hAnsi="宋体" w:cs="宋体"/>
          <w:color w:val="000000"/>
        </w:rPr>
        <w:t>③</w:t>
      </w:r>
      <w:r>
        <w:rPr>
          <w:rFonts w:ascii="宋体" w:eastAsia="宋体" w:hAnsi="宋体" w:cs="宋体"/>
          <w:color w:val="000000"/>
        </w:rPr>
        <w:t>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（2）摘录一处你阅读中有疑惑的地方，并做出批注。</w:t>
      </w:r>
    </w:p>
    <w:p>
      <w:pPr>
        <w:spacing w:line="360" w:lineRule="auto"/>
        <w:jc w:val="left"/>
        <w:textAlignment w:val="center"/>
        <w:rPr>
          <w:rFonts w:ascii="宋体" w:eastAsia="宋体" w:hAnsi="宋体" w:cs="宋体"/>
          <w:color w:val="000000"/>
        </w:rPr>
      </w:pPr>
      <w:r>
        <w:rPr>
          <w:rFonts w:ascii="宋体" w:eastAsia="宋体" w:hAnsi="宋体" w:cs="宋体"/>
          <w:color w:val="000000"/>
        </w:rPr>
        <w:t>摘录：</w:t>
      </w:r>
      <w:r>
        <w:rPr>
          <w:rFonts w:ascii="宋体" w:eastAsia="宋体" w:hAnsi="宋体" w:cs="宋体"/>
          <w:color w:val="000000"/>
        </w:rPr>
        <w:t>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批注：</w:t>
      </w:r>
      <w:r>
        <w:rPr>
          <w:rFonts w:ascii="宋体" w:eastAsia="宋体" w:hAnsi="宋体" w:cs="宋体"/>
          <w:color w:val="000000"/>
        </w:rPr>
        <w:t>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13. </w:t>
      </w:r>
      <w:r>
        <w:rPr>
          <w:rFonts w:ascii="宋体" w:eastAsia="宋体" w:hAnsi="宋体" w:cs="宋体"/>
          <w:color w:val="000000"/>
        </w:rPr>
        <w:t>第⑤段写晴日里听鸟鸣，触发了作者对“鸟鸣山更幽”的深切感受。请你写一段话，讲述自己在生活中对某句古诗突然顿悟的独特体验。</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作者借春鸟喧哗意在表达什么？</w:t>
      </w:r>
    </w:p>
    <w:p>
      <w:pPr>
        <w:spacing w:line="360" w:lineRule="auto"/>
        <w:textAlignment w:val="center"/>
        <w:rPr>
          <w:rFonts w:ascii="宋体" w:eastAsia="宋体" w:hAnsi="宋体" w:cs="宋体"/>
          <w:color w:val="000000"/>
        </w:rPr>
      </w:pPr>
      <w:r>
        <w:rPr>
          <w:color w:val="2E75B6"/>
        </w:rPr>
        <w:t>【答案】</w:t>
      </w:r>
      <w:r>
        <w:rPr>
          <w:color w:val="000000"/>
        </w:rPr>
        <w:t xml:space="preserve">12. </w:t>
      </w:r>
      <w:r>
        <w:rPr>
          <w:color w:val="000000"/>
        </w:rPr>
        <w:t xml:space="preserve">    ①. </w:t>
      </w:r>
      <w:r>
        <w:rPr>
          <w:rFonts w:ascii="宋体" w:eastAsia="宋体" w:hAnsi="宋体" w:cs="宋体"/>
          <w:color w:val="000000"/>
        </w:rPr>
        <w:t>（1）①晨光渐渐照进窗子的动态</w:t>
      </w:r>
      <w:r>
        <w:rPr>
          <w:color w:val="000000"/>
        </w:rPr>
        <w:t xml:space="preserve">    ②. </w:t>
      </w:r>
      <w:r>
        <w:rPr>
          <w:rFonts w:ascii="宋体" w:eastAsia="宋体" w:hAnsi="宋体" w:cs="宋体"/>
          <w:color w:val="000000"/>
        </w:rPr>
        <w:t>②鸟鸣声欢快悠扬</w:t>
      </w:r>
      <w:r>
        <w:rPr>
          <w:color w:val="000000"/>
        </w:rPr>
        <w:t xml:space="preserve">    ③. </w:t>
      </w:r>
      <w:r>
        <w:rPr>
          <w:rFonts w:ascii="宋体" w:eastAsia="宋体" w:hAnsi="宋体" w:cs="宋体"/>
          <w:color w:val="000000"/>
        </w:rPr>
        <w:t>③鸟鸣声此起彼伏，动听热闹</w:t>
      </w:r>
      <w:r>
        <w:rPr>
          <w:color w:val="000000"/>
        </w:rPr>
        <w:t xml:space="preserve">    ④. </w:t>
      </w:r>
      <w:r>
        <w:rPr>
          <w:rFonts w:ascii="宋体" w:eastAsia="宋体" w:hAnsi="宋体" w:cs="宋体"/>
          <w:color w:val="000000"/>
        </w:rPr>
        <w:t>（2）摘录：放眼望去，一大片一大片的油菜花发了疯似的“黄”，一大片一大片的麦苗发了疯似的“青”，一块儿黄连着一块儿青……</w:t>
      </w:r>
      <w:r>
        <w:rPr>
          <w:color w:val="000000"/>
        </w:rPr>
        <w:t xml:space="preserve">    ⑤. </w:t>
      </w:r>
      <w:r>
        <w:rPr>
          <w:rFonts w:ascii="宋体" w:eastAsia="宋体" w:hAnsi="宋体" w:cs="宋体"/>
          <w:color w:val="000000"/>
        </w:rPr>
        <w:t>批注：此处极力描写田野的色彩，与题目《春鸟喧哗》有什么关系？</w:t>
      </w:r>
      <w:r>
        <w:rPr>
          <w:color w:val="000000"/>
        </w:rPr>
        <w:t xml:space="preserve">    </w:t>
      </w:r>
    </w:p>
    <w:p>
      <w:pPr>
        <w:spacing w:line="360" w:lineRule="auto"/>
        <w:textAlignment w:val="center"/>
        <w:rPr>
          <w:rFonts w:ascii="宋体" w:eastAsia="宋体" w:hAnsi="宋体" w:cs="宋体"/>
          <w:color w:val="000000"/>
        </w:rPr>
      </w:pPr>
      <w:r>
        <w:rPr>
          <w:color w:val="000000"/>
        </w:rPr>
        <w:t xml:space="preserve">13. </w:t>
      </w:r>
      <w:r>
        <w:rPr>
          <w:rFonts w:ascii="宋体" w:eastAsia="宋体" w:hAnsi="宋体" w:cs="宋体"/>
          <w:color w:val="000000"/>
        </w:rPr>
        <w:t>示例：初读“海日生残夜”并没有特别的感受。直到最近，我在上学途中看到冉冉升起的太阳，耀眼的光芒刺破黑暗，让我突然从沮丧的疫情消息中摆脱出来，也明白这个诗句带给人们的力量与希望。</w:t>
      </w:r>
      <w:r>
        <w:rPr>
          <w:color w:val="000000"/>
        </w:rPr>
        <w:t xml:space="preserve">    </w:t>
      </w:r>
    </w:p>
    <w:p>
      <w:pPr>
        <w:spacing w:line="360" w:lineRule="auto"/>
        <w:textAlignment w:val="center"/>
        <w:rPr>
          <w:rFonts w:ascii="宋体" w:eastAsia="宋体" w:hAnsi="宋体" w:cs="宋体"/>
          <w:color w:val="000000"/>
        </w:rPr>
      </w:pPr>
      <w:r>
        <w:rPr>
          <w:color w:val="000000"/>
        </w:rPr>
        <w:t xml:space="preserve">14. </w:t>
      </w:r>
      <w:r>
        <w:rPr>
          <w:rFonts w:ascii="宋体" w:eastAsia="宋体" w:hAnsi="宋体" w:cs="宋体"/>
          <w:color w:val="000000"/>
        </w:rPr>
        <w:t>提醒人们要珍惜美好时光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1）本题考查赏析重点句子。结合原文第2段“早起，春山寂寂，躺在床上看青灰色的晨曦流进后窗”可见，时间是早上，清晨的阳光渐渐照上窗户。原文第4段“此起彼伏的鸟鸣从山涧、树梢、屋顶上传来，似口哨，似溪声，似琴音，更似一曲天籁”这一句把鸟声比作“口哨，溪声，琴音，天籁之曲”。“似口哨”写出鸟声响亮，溪声婉转，琴声悠扬，所以“似溪声，似琴音”表现鸟鸣声欢快悠扬。“似一曲天籁”极言鸟声美妙。结合原文“山居听得的可不独独是黄鹂，亦有燕子、杜鹃、喜鹊、画眉、布谷这些“‘角儿’轮番登台，好不热闹”，能从中感受到鸟鸣声此起彼伏，动听热闹。（2）本题考查内容理解。这样的试题答案宽泛，言之成理即可。但要注意摘录的内容和批注要产生内容上的联系，不能随意批注。示例：摘录：第2段“鸽群‘呼啦啦’地从窗前飞过，随即一声声清脆的鸟鸣传人耳朵，顿时感觉清醒不少”。批注：第2段写鸽群，和表现主题有什么关系？</w:t>
      </w:r>
    </w:p>
    <w:p>
      <w:pPr>
        <w:spacing w:line="360" w:lineRule="auto"/>
        <w:jc w:val="left"/>
        <w:textAlignment w:val="center"/>
        <w:rPr>
          <w:color w:val="000000"/>
        </w:rPr>
      </w:pPr>
      <w:r>
        <w:rPr>
          <w:color w:val="000000"/>
        </w:rPr>
        <w:t>【13题详解】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内容理解。本题意在考查学生结合生活谈诗歌意境，需要学生在了解诗词意思的基础上，选择合适的生活场景行文。示例：夜幕降临，凉风习习，闻着雨后空气中弥漫着的清新的泥土气息，看着青山翠谷越发显得静幽，突然感受到“空山新雨后，天气晚来秋”的明快舒朗、清新鲜洁。</w:t>
      </w:r>
    </w:p>
    <w:p>
      <w:pPr>
        <w:spacing w:line="360" w:lineRule="auto"/>
        <w:jc w:val="left"/>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对主题的分析理解。“春鸟喧哗”一方面交代了写作内容，另一方面以春鸟“喧哗”凸显了春日的生机勃勃，充满希望。结合第8段“不得不承认，这些山间的鸟儿确实比人更懂得‘春光易逝’这个词”提醒人们“珍惜时光”。</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阅读《“银河系”》，完成下面小题。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“银河系”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教我听懂树的语言，水的语言，鸟的语言的是“银河系”，我们家的金毛牧犬。他在一个“月亮像面小铜，星星像个小铃铛”的夜晚死了。十岁。他教了我十年。我这个不太笨的学生，在十年后懂了。我说的不是顿悟，也不是启蒙，是“懂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银河系”刚来的时候，三个星期。毛茸茸的，像个小绣球。鼻子一点黑，翘在腔上，像个小黑莓。一副标准狗崽的样子。因为它个子小，我们都希望它大，儿子就给它取了个其大无比的名字：银河系。没想到它居然就越长越大，大得像个小狮子。这么大的狗，应该做一点惊天动地的事才是。我希望哪天“银河系"能冲进火海，救出一个邻居的小孩；或跳进跳出，追拿一个毒犯，当一回狗中豪杰。可我们“银河系”十年里一件惊天动地的事也没干过。人家就是这么自得其乐地活了十年。认认真真地嗅每一泡其他狗尿在树根上的臭尿，再认认真真抬起后腿，在上面尿上一泡自己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有一天，“银河系”在野地里玩，突然来了两个陌生人，向我们家走来。“银河系”立刻狠起来，气呼呼地对着陌生人吼叫。其中一个陌生人，捡起地上一只皮球，一扔。“银河系”立刻欢天喜地，把球给抓回来，摇着尾巴，和人家成了“</w:t>
      </w:r>
      <w:r>
        <w:rPr>
          <w:rFonts w:ascii="楷体" w:eastAsia="楷体" w:hAnsi="楷体" w:cs="楷体"/>
          <w:color w:val="000000"/>
          <w:em w:val="dot"/>
        </w:rPr>
        <w:t>多年不见</w:t>
      </w:r>
      <w:r>
        <w:rPr>
          <w:rFonts w:ascii="楷体" w:eastAsia="楷体" w:hAnsi="楷体" w:cs="楷体"/>
          <w:color w:val="000000"/>
        </w:rPr>
        <w:t>”的老朋友。在它的天性里，没有仇恨的基因。所有的不满都可以一笑泯恩仇，全世界都是好人。</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银河系”七岁时，家里来了狗弟弟和狗妹妹。弟弟和妹妹是两个小绒球，“银河系”一开始并没有把它们当狗待，对它们爱理不理。这两个小东西却稀里糊涂地把“银河系”当作它们的爹，睡觉要睡在“银河系”的肚皮上。“银河系”以它的好性情，把肚皮给了两个小家伙。到弟弟妹妹的个子长到和“银河系”一样大了，它们依然要睡在“银河系”的肚皮上——只好轮流睡了。每到吃饭，各人一份。但只要有小家伙来“银河系”碗里蹭饭，“银河系”立刻就不吃了。趴在一边，笑眯眯地看，就像看儿女吃饭一样。</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狗是会笑的，信不信由你。有一次，我们四天没在家，除了有人每天来喂它们，弟弟妹妹就全交给了“银河系”。“银河系”凭着它对所有人的信任，耐耐心心地等待着。那四天，不知道它们是怎么过的。等我们回到家，“银河系”大嘴一张，笑得就像一朵金银花。弟弟脖子上弄了一团烂泥，我拿了毛巾给弟弟擦。“银河系”把我手一顶，要自己舔。然后，坐在一边看弟弟妹妹和我们亲热，一脸</w:t>
      </w:r>
      <w:r>
        <w:rPr>
          <w:rFonts w:ascii="楷体" w:eastAsia="楷体" w:hAnsi="楷体" w:cs="楷体"/>
          <w:color w:val="000000"/>
          <w:em w:val="dot"/>
        </w:rPr>
        <w:t>完璧归赵</w:t>
      </w:r>
      <w:r>
        <w:rPr>
          <w:rFonts w:ascii="楷体" w:eastAsia="楷体" w:hAnsi="楷体" w:cs="楷体"/>
          <w:color w:val="000000"/>
        </w:rPr>
        <w:t>的神气。</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弟弟妹妹对“银河系”也是热爱不已。它们可能比我们更早感觉到“银河系"病了。“银河系"住院的那一天，它们拒绝早饭。“银河系”回来了，它们高兴得欢天喜地。“银河系”病着，它们这个过来在它脸上舔一下，那个过来在它脸上舔一下，一个靠着它的肚皮，一个贴着它的屁股，企图用它们小小的动物魔术来救“银河系”。“银河系”是在车上死的。两个小家伙下了车就坐在车尾等着，等着车厢盖突然打开，“银河系”从里面蹦下来。“动物人道会”的人来拖走“银河系”的时候，它俩突然变成小疯子，又吼又叫，坚决不让。这三只狗，它们的语言简单，肚子里是什么情绪，脸上就表现出什么情绪。笑，伤感，发毛，都是真情。</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银河系”还是一个游泳健将。一到夏天，它能一连几个小时站在水里，只露出一个头，等有小船划过来，它就突然大叫，叫船上的人东找西找，也看不见一只狗，最后发现一只狗头，哈哈大笑着划远了。这是“银河系”百玩不厌的游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它还喜欢划船，有一次，不等我们准备好，它就自己跳上船去。那天风大，船就跑了，跑得还很快，顺流而下。我们先还笑，觉得一条狗自己就驾船走了，是件滑稽的事。等船漂远了，这才想起来“银河系”不会划船。赶快去拖另一只船下河去追，这才发现，所有的桨都在“银河系”那只船上。</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⑨那次，我们是把它追回来了，人家一脸泰然自若，不懂我们这些人慌什么。这次，它又一个人驾船到彼岸去了，到世界的彼岸去了。</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阅读文章，按要求填写表格的内容。</w:t>
      </w:r>
    </w:p>
    <w:tbl>
      <w:tblPr>
        <w:tblStyle w:val="TableNormal"/>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47"/>
        <w:gridCol w:w="3817"/>
        <w:gridCol w:w="2651"/>
      </w:tblGrid>
      <w:tr>
        <w:tblPrEx>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段落</w:t>
            </w:r>
          </w:p>
        </w:tc>
        <w:tc>
          <w:tcPr>
            <w:tcW w:w="3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主要事件</w:t>
            </w:r>
          </w:p>
        </w:tc>
        <w:tc>
          <w:tcPr>
            <w:tcW w:w="28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“银河系”的特点</w:t>
            </w:r>
          </w:p>
        </w:tc>
      </w:tr>
      <w:tr>
        <w:tblPrEx>
          <w:tblW w:w="7935" w:type="dxa"/>
          <w:tblCellMar>
            <w:top w:w="120" w:type="dxa"/>
            <w:left w:w="120" w:type="dxa"/>
            <w:bottom w:w="120" w:type="dxa"/>
            <w:right w:w="120" w:type="dxa"/>
          </w:tblCellMar>
        </w:tblPrEx>
        <w:trPr>
          <w:cantSplit w:val="0"/>
          <w:trHeight w:val="330"/>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第③段</w:t>
            </w:r>
          </w:p>
        </w:tc>
        <w:tc>
          <w:tcPr>
            <w:tcW w:w="3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“银河系”与示好的陌生人迅速熟悉</w:t>
            </w:r>
          </w:p>
        </w:tc>
        <w:tc>
          <w:tcPr>
            <w:tcW w:w="2835" w:type="dxa"/>
            <w:vMerge w:val="restart"/>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_____</w:t>
            </w:r>
          </w:p>
        </w:tc>
      </w:tr>
      <w:tr>
        <w:tblPrEx>
          <w:tblW w:w="7935" w:type="dxa"/>
          <w:tblCellMar>
            <w:top w:w="120" w:type="dxa"/>
            <w:left w:w="120" w:type="dxa"/>
            <w:bottom w:w="120" w:type="dxa"/>
            <w:right w:w="120" w:type="dxa"/>
          </w:tblCellMar>
        </w:tblPrEx>
        <w:trPr>
          <w:cantSplit w:val="0"/>
          <w:trHeight w:val="330"/>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第④⑤段</w:t>
            </w:r>
          </w:p>
        </w:tc>
        <w:tc>
          <w:tcPr>
            <w:tcW w:w="3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______</w:t>
            </w:r>
          </w:p>
        </w:tc>
        <w:tc>
          <w:tcPr>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rFonts w:ascii="宋体" w:eastAsia="宋体" w:hAnsi="宋体" w:cs="宋体"/>
                <w:color w:val="000000"/>
              </w:rPr>
            </w:pPr>
          </w:p>
        </w:tc>
      </w:tr>
      <w:tr>
        <w:tblPrEx>
          <w:tblW w:w="7935" w:type="dxa"/>
          <w:tblCellMar>
            <w:top w:w="120" w:type="dxa"/>
            <w:left w:w="120" w:type="dxa"/>
            <w:bottom w:w="120" w:type="dxa"/>
            <w:right w:w="120" w:type="dxa"/>
          </w:tblCellMar>
        </w:tblPrEx>
        <w:trPr>
          <w:cantSplit w:val="0"/>
          <w:trHeight w:val="330"/>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第⑦段</w:t>
            </w:r>
          </w:p>
        </w:tc>
        <w:tc>
          <w:tcPr>
            <w:tcW w:w="3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______</w:t>
            </w:r>
          </w:p>
        </w:tc>
        <w:tc>
          <w:tcPr>
            <w:tcW w:w="2835" w:type="dxa"/>
            <w:vMerge w:val="restart"/>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天真，没心没肺</w:t>
            </w:r>
          </w:p>
        </w:tc>
      </w:tr>
      <w:tr>
        <w:tblPrEx>
          <w:tblW w:w="7935" w:type="dxa"/>
          <w:tblCellMar>
            <w:top w:w="120" w:type="dxa"/>
            <w:left w:w="120" w:type="dxa"/>
            <w:bottom w:w="120" w:type="dxa"/>
            <w:right w:w="120" w:type="dxa"/>
          </w:tblCellMar>
        </w:tblPrEx>
        <w:trPr>
          <w:cantSplit w:val="0"/>
          <w:trHeight w:val="330"/>
        </w:trPr>
        <w:tc>
          <w:tcPr>
            <w:tcW w:w="14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第⑧段</w:t>
            </w:r>
          </w:p>
        </w:tc>
        <w:tc>
          <w:tcPr>
            <w:tcW w:w="36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（4）</w:t>
            </w:r>
            <w:r>
              <w:rPr>
                <w:rFonts w:ascii="宋体" w:eastAsia="宋体" w:hAnsi="宋体" w:cs="宋体"/>
                <w:color w:val="000000"/>
              </w:rPr>
              <w:t>______</w:t>
            </w:r>
          </w:p>
        </w:tc>
        <w:tc>
          <w:tcPr>
            <w:vMerge/>
            <w:tcBorders>
              <w:top w:val="single" w:sz="6" w:space="0" w:color="000000"/>
              <w:left w:val="single" w:sz="6" w:space="0" w:color="000000"/>
              <w:bottom w:val="single" w:sz="6" w:space="0" w:color="000000"/>
              <w:right w:val="single" w:sz="6" w:space="0" w:color="000000"/>
            </w:tcBorders>
          </w:tcPr>
          <w:p>
            <w:pPr>
              <w:spacing w:line="360" w:lineRule="auto"/>
              <w:jc w:val="left"/>
              <w:textAlignment w:val="center"/>
              <w:rPr>
                <w:rFonts w:ascii="宋体" w:eastAsia="宋体" w:hAnsi="宋体" w:cs="宋体"/>
                <w:color w:val="000000"/>
              </w:rPr>
            </w:pP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阅读第③段和第⑤段，回答问题。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（1）在不影响语意表达的前提下，“多年不见”可以哪个成语来替换？</w:t>
      </w:r>
    </w:p>
    <w:p>
      <w:pPr>
        <w:spacing w:line="360" w:lineRule="auto"/>
        <w:jc w:val="left"/>
        <w:textAlignment w:val="center"/>
        <w:rPr>
          <w:rFonts w:ascii="宋体" w:eastAsia="宋体" w:hAnsi="宋体" w:cs="宋体"/>
          <w:color w:val="000000"/>
        </w:rPr>
      </w:pPr>
      <w:r>
        <w:rPr>
          <w:rFonts w:ascii="宋体" w:eastAsia="宋体" w:hAnsi="宋体" w:cs="宋体"/>
          <w:color w:val="000000"/>
        </w:rPr>
        <w:t>（2）请用自己的话解释“完璧归赵”在语境中的具体意思。</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第⑥段在文中有什么作用？</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第②段写出了哪两种不同的生命状态？你更欣赏哪一种？简要说明理由。</w:t>
      </w:r>
    </w:p>
    <w:p>
      <w:pPr>
        <w:spacing w:line="360" w:lineRule="auto"/>
        <w:textAlignment w:val="center"/>
        <w:rPr>
          <w:rFonts w:ascii="宋体" w:eastAsia="宋体" w:hAnsi="宋体" w:cs="宋体"/>
          <w:color w:val="000000"/>
        </w:rPr>
      </w:pPr>
      <w:r>
        <w:rPr>
          <w:color w:val="2E75B6"/>
        </w:rPr>
        <w:t>【答案】</w:t>
      </w:r>
      <w:r>
        <w:rPr>
          <w:color w:val="000000"/>
        </w:rPr>
        <w:t xml:space="preserve">15. </w:t>
      </w:r>
      <w:r>
        <w:rPr>
          <w:color w:val="000000"/>
        </w:rPr>
        <w:t xml:space="preserve">    ①. </w:t>
      </w:r>
      <w:r>
        <w:rPr>
          <w:rFonts w:ascii="宋体" w:eastAsia="宋体" w:hAnsi="宋体" w:cs="宋体"/>
          <w:color w:val="000000"/>
        </w:rPr>
        <w:t>（1）“银河系”细心照料弟弟妹妹</w:t>
      </w:r>
      <w:r>
        <w:rPr>
          <w:color w:val="000000"/>
        </w:rPr>
        <w:t xml:space="preserve">    ②. </w:t>
      </w:r>
      <w:r>
        <w:rPr>
          <w:rFonts w:ascii="宋体" w:eastAsia="宋体" w:hAnsi="宋体" w:cs="宋体"/>
          <w:color w:val="000000"/>
        </w:rPr>
        <w:t>（2）善良</w:t>
      </w:r>
      <w:r>
        <w:rPr>
          <w:color w:val="000000"/>
        </w:rPr>
        <w:t xml:space="preserve">    ③. </w:t>
      </w:r>
      <w:r>
        <w:rPr>
          <w:rFonts w:ascii="宋体" w:eastAsia="宋体" w:hAnsi="宋体" w:cs="宋体"/>
          <w:color w:val="000000"/>
        </w:rPr>
        <w:t>（3）“银河系”和别人玩百玩不厌的游戏</w:t>
      </w:r>
      <w:r>
        <w:rPr>
          <w:color w:val="000000"/>
        </w:rPr>
        <w:t xml:space="preserve">    ④. </w:t>
      </w:r>
      <w:r>
        <w:rPr>
          <w:rFonts w:ascii="宋体" w:eastAsia="宋体" w:hAnsi="宋体" w:cs="宋体"/>
          <w:color w:val="000000"/>
        </w:rPr>
        <w:t>（4）“银河系”自己驾船漂走</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（1）久别重逢</w:t>
      </w:r>
    </w:p>
    <w:p>
      <w:pPr>
        <w:spacing w:line="360" w:lineRule="auto"/>
        <w:jc w:val="left"/>
        <w:textAlignment w:val="center"/>
        <w:rPr>
          <w:rFonts w:ascii="宋体" w:eastAsia="宋体" w:hAnsi="宋体" w:cs="宋体"/>
          <w:color w:val="000000"/>
        </w:rPr>
      </w:pPr>
      <w:r>
        <w:rPr>
          <w:rFonts w:ascii="宋体" w:eastAsia="宋体" w:hAnsi="宋体" w:cs="宋体"/>
          <w:color w:val="000000"/>
        </w:rPr>
        <w:t>（2）把干干净净的弟弟妹妹交还给主人</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17. </w:t>
      </w:r>
      <w:r>
        <w:rPr>
          <w:rFonts w:ascii="宋体" w:eastAsia="宋体" w:hAnsi="宋体" w:cs="宋体"/>
          <w:color w:val="000000"/>
        </w:rPr>
        <w:t>第⑥段写弟弟妹妹对“银河系”深厚的情感。这是“银河系”善待他人所得到的回报，表现出动物之间真挚的情意。</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示例：一种追求活得惊天动地，一种追求认真过好平常生活。</w:t>
      </w:r>
    </w:p>
    <w:p>
      <w:pPr>
        <w:spacing w:line="360" w:lineRule="auto"/>
        <w:jc w:val="left"/>
        <w:textAlignment w:val="center"/>
        <w:rPr>
          <w:rFonts w:ascii="宋体" w:eastAsia="宋体" w:hAnsi="宋体" w:cs="宋体"/>
          <w:color w:val="000000"/>
        </w:rPr>
      </w:pPr>
      <w:r>
        <w:rPr>
          <w:rFonts w:ascii="宋体" w:eastAsia="宋体" w:hAnsi="宋体" w:cs="宋体"/>
          <w:color w:val="000000"/>
        </w:rPr>
        <w:t>我更欣赏第一种生命状态。只有把人生目标定位在做出惊天动地的大事上，才有可能达到前人无法达到的高度，领略别人未曾触及的精彩。</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考查对文本内容的理解。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第一空：第四五段记叙的是“银河系”七岁时，家里来了狗弟弟和狗妹妹，吃饭睡觉，“银河系”都对它们细心照料。可概括为：“银河系”细心照料弟弟妹妹。</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第二空：“银河系”与示好的陌生人迅速熟悉，是因为在它的天性里没有仇恨的基因，全世界都是美好的。“银河系”与弟弟妹妹没有任何的血缘关系，却依然对它们细心照顾，这两件事体现了它善良的特点。</w:t>
      </w:r>
    </w:p>
    <w:p>
      <w:pPr>
        <w:spacing w:line="360" w:lineRule="auto"/>
        <w:jc w:val="left"/>
        <w:textAlignment w:val="center"/>
        <w:rPr>
          <w:rFonts w:ascii="宋体" w:eastAsia="宋体" w:hAnsi="宋体" w:cs="宋体"/>
          <w:color w:val="000000"/>
        </w:rPr>
      </w:pPr>
      <w:r>
        <w:rPr>
          <w:rFonts w:ascii="宋体" w:eastAsia="宋体" w:hAnsi="宋体" w:cs="宋体"/>
          <w:color w:val="000000"/>
        </w:rPr>
        <w:t>第三空：第七段介绍的是“银河系”在别人划船时钻到水里，等有小船划过时，就大叫，船上的人却找不到它，最后发现一个狗头，这是它百玩不厌的游戏。可概括为：“银河系”和别人玩百玩不厌的游戏。</w:t>
      </w:r>
    </w:p>
    <w:p>
      <w:pPr>
        <w:spacing w:line="360" w:lineRule="auto"/>
        <w:jc w:val="left"/>
        <w:textAlignment w:val="center"/>
        <w:rPr>
          <w:rFonts w:ascii="宋体" w:eastAsia="宋体" w:hAnsi="宋体" w:cs="宋体"/>
          <w:color w:val="000000"/>
        </w:rPr>
      </w:pPr>
      <w:r>
        <w:rPr>
          <w:rFonts w:ascii="宋体" w:eastAsia="宋体" w:hAnsi="宋体" w:cs="宋体"/>
          <w:color w:val="000000"/>
        </w:rPr>
        <w:t>第四空：第八段记叙的是“银河系”喜欢划船，曾经不等我们准备好，就把船开走了，顺便还带走了所有的桨。可概括为：“银河系”自己驾船漂走。</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考查成语积累，“多年不见”的意思是很多年没有见到。表达这一意思的成语有契阔相逢、阔别重逢、久别重逢等。</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完璧归赵：比喻把物品完好地归还给物品的主人。联系语境可知，我们四天没在家，“银河系”照顾弟弟妹妹，我们回来了，看到弟弟脖子上有一团泥，银河系不让我擦，自己舔干净了，然后看我们和弟弟妹妹亲热。所以这个成语的句中义是把干干净净的弟弟妹妹交还给主人。</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对重点语段的理解。第六段记叙的是弟弟妹妹对“银河系”的深情，它们在“银河系”住院的那一天，拒绝吃早饭，“银河系”生病了，它们企图用“动物魔术”来救“银河系”，当“‘动物人道会’的人来拖走‘银河系’的时候，它俩突然变成小疯子，又吼又叫，坚决不让”，这种种行为，既表现了它们对银河系的深情与依赖，也是“银河系”细心照顾它们，善待它们的回报。表现了动物之间真挚、纯洁、直白的情意。</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第一问：根据第二段中的“这么大的狗，应该做一点惊天动地的事才是”可知第一种生活态度：追求活得惊天动地。根据“十年里一件惊天动地的事也没干过。人家就是这么自得其乐地活了十年”可知第二种生活态度：追求过好平常生活，自得快乐就好。</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问：开放类试题，言之成理即可。如：我更欣赏第二种生活态度，生活中处处蕴藏着美好与快乐，并不是只有做大英雄才活得有价值，认真欣赏并享受生活，过好自己平凡的人生，平平淡淡同样也是一种精彩。</w:t>
      </w:r>
    </w:p>
    <w:p>
      <w:pPr>
        <w:pStyle w:val="Heading3"/>
      </w:pPr>
      <w:r>
        <w:t>西城区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四、现代文阅读（共19分）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阅读《秋天的怀念》，完成下面小题。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秋天的怀念</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史铁生</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①双腿瘫痪后，我的脾气变得暴怒无常。望着望着天上北归的雁阵，我会突然把面前的玻璃砸碎；听着听着李谷一甜美的歌声，我会猛地把手边的东西摔向四周的墙壁。【甲】</w:t>
      </w:r>
      <w:r>
        <w:rPr>
          <w:rFonts w:ascii="楷体" w:eastAsia="楷体" w:hAnsi="楷体" w:cs="楷体"/>
          <w:color w:val="000000"/>
          <w:u w:val="single"/>
        </w:rPr>
        <w:t>母亲就悄悄地躲出去，在我看不见的地方偷偷地听着我的动静。</w:t>
      </w:r>
      <w:r>
        <w:rPr>
          <w:rFonts w:ascii="楷体" w:eastAsia="楷体" w:hAnsi="楷体" w:cs="楷体"/>
          <w:color w:val="000000"/>
        </w:rPr>
        <w:t>当一切恢复沉寂，她又悄悄地进来，眼边儿红红的，看着我。“听说北海的花都开了，我推着你去走走。”她总是这么说。母亲喜欢花，可自从我的腿瘫痪后，她侍弄的那些花都死了。“不，我不去！”我狠命地捶打这两条可恨的腿，喊着，“我可活什么劲儿！”【乙】</w:t>
      </w:r>
      <w:r>
        <w:rPr>
          <w:rFonts w:ascii="楷体" w:eastAsia="楷体" w:hAnsi="楷体" w:cs="楷体"/>
          <w:color w:val="000000"/>
          <w:u w:val="single"/>
        </w:rPr>
        <w:t>母亲扑过来抓住我的手，忍住哭声说：</w:t>
      </w:r>
      <w:r>
        <w:rPr>
          <w:rFonts w:ascii="楷体" w:eastAsia="楷体" w:hAnsi="楷体" w:cs="楷体"/>
          <w:color w:val="000000"/>
        </w:rPr>
        <w:t>“咱娘儿俩在一块儿，好好儿活，好好儿活……”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②可我却一直都不知道，她的病已经到了那步田地。后来妹妹告诉我，她常常肝疼得整宿整宿翻来覆去地睡不了觉。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③那天我又独自坐在屋里，看着窗外的树叶“唰唰啦啦”地飘落。【丙】</w:t>
      </w:r>
      <w:r>
        <w:rPr>
          <w:rFonts w:ascii="楷体" w:eastAsia="楷体" w:hAnsi="楷体" w:cs="楷体"/>
          <w:color w:val="000000"/>
          <w:u w:val="single"/>
        </w:rPr>
        <w:t>母亲进来了，挡在窗前</w:t>
      </w:r>
      <w:r>
        <w:rPr>
          <w:rFonts w:ascii="楷体" w:eastAsia="楷体" w:hAnsi="楷体" w:cs="楷体"/>
          <w:color w:val="000000"/>
        </w:rPr>
        <w:t>：“北海的菊花开了，我推着你去看看吧。”她憔悴的脸上现出央求般的神色。“什么时候？”“你要是愿意，就明天？”她说。我的回答已经让她喜出望外了。“好吧，就明天。”我说。【丁】</w:t>
      </w:r>
      <w:r>
        <w:rPr>
          <w:rFonts w:ascii="楷体" w:eastAsia="楷体" w:hAnsi="楷体" w:cs="楷体"/>
          <w:color w:val="000000"/>
          <w:u w:val="single"/>
        </w:rPr>
        <w:t>她高兴得一会儿坐下，一会儿站起</w:t>
      </w:r>
      <w:r>
        <w:rPr>
          <w:rFonts w:ascii="楷体" w:eastAsia="楷体" w:hAnsi="楷体" w:cs="楷体"/>
          <w:color w:val="000000"/>
        </w:rPr>
        <w:t>：“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儿，她比我还敏感。她又悄悄地出去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④她出去了，就再也没回来。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⑤邻居们把她抬上车时，她还在大口大口地吐着鲜血。我没想到她已经病成那样。看着三轮车远去，也绝没有想到那竟是永远的诀别。</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⑥邻居的小伙子背着我去看她的时候，她正艰难地呼吸着，像她那一生艰难的生活。别人告诉我，她昏迷前的最后一句话是：“我那个有病的儿子和我那个还未成年的女儿……”</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⑦又是秋天，妹妹推我去北海看了菊花。黄色的花淡雅，白色的花高洁，紫红色的花热烈而深沉，泼泼洒洒，秋风中正开得烂漫。我懂得母亲没有说完的话。妹妹也懂。我俩在一块儿，要好好儿活……</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根据文章内容，完成下面朗读设计表格。</w:t>
      </w:r>
    </w:p>
    <w:tbl>
      <w:tblPr>
        <w:tblStyle w:val="TableNormal"/>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470"/>
        <w:gridCol w:w="1950"/>
        <w:gridCol w:w="2370"/>
      </w:tblGrid>
      <w:tr>
        <w:tblPrEx>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930"/>
        </w:trPr>
        <w:tc>
          <w:tcPr>
            <w:tcW w:w="22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场景片段</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情感基调</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rPr>
            </w:pPr>
            <w:r>
              <w:rPr>
                <w:rFonts w:ascii="宋体" w:eastAsia="宋体" w:hAnsi="宋体" w:cs="宋体"/>
                <w:color w:val="000000"/>
              </w:rPr>
              <w:t>重点句朗读设计</w:t>
            </w:r>
          </w:p>
          <w:p>
            <w:pPr>
              <w:spacing w:line="360" w:lineRule="auto"/>
              <w:jc w:val="center"/>
              <w:textAlignment w:val="center"/>
              <w:rPr>
                <w:rFonts w:ascii="宋体" w:eastAsia="宋体" w:hAnsi="宋体" w:cs="宋体"/>
                <w:color w:val="000000"/>
              </w:rPr>
            </w:pPr>
            <w:r>
              <w:rPr>
                <w:rFonts w:ascii="宋体" w:eastAsia="宋体" w:hAnsi="宋体" w:cs="宋体"/>
                <w:color w:val="000000"/>
              </w:rPr>
              <w:t>（朗读符号：重音· 连读︿ 停顿V）</w:t>
            </w:r>
          </w:p>
        </w:tc>
      </w:tr>
      <w:tr>
        <w:tblPrEx>
          <w:tblW w:w="8085" w:type="dxa"/>
          <w:tblCellMar>
            <w:top w:w="120" w:type="dxa"/>
            <w:left w:w="120" w:type="dxa"/>
            <w:bottom w:w="120" w:type="dxa"/>
            <w:right w:w="120" w:type="dxa"/>
          </w:tblCellMar>
        </w:tblPrEx>
        <w:trPr>
          <w:cantSplit w:val="0"/>
          <w:trHeight w:val="1410"/>
        </w:trPr>
        <w:tc>
          <w:tcPr>
            <w:tcW w:w="22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“我”因瘫痪发脾气，母亲小心安抚“我”。</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“我”：</w:t>
            </w:r>
            <w:r>
              <w:rPr>
                <w:rFonts w:ascii="宋体" w:eastAsia="宋体" w:hAnsi="宋体" w:cs="宋体"/>
                <w:color w:val="000000"/>
                <w:u w:val="single"/>
              </w:rPr>
              <w:t>①</w:t>
            </w:r>
          </w:p>
          <w:p>
            <w:pPr>
              <w:spacing w:line="360" w:lineRule="auto"/>
              <w:jc w:val="left"/>
              <w:textAlignment w:val="center"/>
              <w:rPr>
                <w:rFonts w:ascii="宋体" w:eastAsia="宋体" w:hAnsi="宋体" w:cs="宋体"/>
                <w:color w:val="000000"/>
              </w:rPr>
            </w:pPr>
            <w:r>
              <w:rPr>
                <w:rFonts w:ascii="宋体" w:eastAsia="宋体" w:hAnsi="宋体" w:cs="宋体"/>
                <w:color w:val="000000"/>
              </w:rPr>
              <w:t>母亲：担心、悲痛</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“我可</w:t>
            </w:r>
            <w:r>
              <w:rPr>
                <w:rFonts w:ascii="宋体" w:eastAsia="宋体" w:hAnsi="宋体" w:cs="宋体"/>
                <w:color w:val="000000"/>
                <w:em w:val="dot"/>
              </w:rPr>
              <w:t>活</w:t>
            </w:r>
            <w:r>
              <w:rPr>
                <w:rFonts w:ascii="宋体" w:eastAsia="宋体" w:hAnsi="宋体" w:cs="宋体"/>
                <w:color w:val="000000"/>
              </w:rPr>
              <w:t>什么</w:t>
            </w:r>
            <w:r>
              <w:rPr>
                <w:rFonts w:ascii="宋体" w:eastAsia="宋体" w:hAnsi="宋体" w:cs="宋体"/>
                <w:color w:val="000000"/>
                <w:em w:val="dot"/>
              </w:rPr>
              <w:t>劲</w:t>
            </w:r>
            <w:r>
              <w:rPr>
                <w:rFonts w:ascii="宋体" w:eastAsia="宋体" w:hAnsi="宋体" w:cs="宋体"/>
                <w:color w:val="000000"/>
              </w:rPr>
              <w:t>儿！”</w:t>
            </w:r>
          </w:p>
          <w:p>
            <w:pPr>
              <w:spacing w:line="360" w:lineRule="auto"/>
              <w:jc w:val="left"/>
              <w:textAlignment w:val="center"/>
              <w:rPr>
                <w:rFonts w:ascii="宋体" w:eastAsia="宋体" w:hAnsi="宋体" w:cs="宋体"/>
                <w:color w:val="000000"/>
              </w:rPr>
            </w:pPr>
            <w:r>
              <w:rPr>
                <w:rFonts w:ascii="宋体" w:eastAsia="宋体" w:hAnsi="宋体" w:cs="宋体"/>
                <w:color w:val="000000"/>
              </w:rPr>
              <w:t>“咱</w:t>
            </w:r>
            <w:r>
              <w:rPr>
                <w:rFonts w:ascii="宋体" w:eastAsia="宋体" w:hAnsi="宋体" w:cs="宋体"/>
                <w:color w:val="000000"/>
                <w:em w:val="dot"/>
              </w:rPr>
              <w:t>娘儿俩</w:t>
            </w:r>
            <w:r>
              <w:rPr>
                <w:rFonts w:ascii="宋体" w:eastAsia="宋体" w:hAnsi="宋体" w:cs="宋体"/>
                <w:color w:val="000000"/>
              </w:rPr>
              <w:t>在</w:t>
            </w:r>
            <w:r>
              <w:rPr>
                <w:rFonts w:ascii="宋体" w:eastAsia="宋体" w:hAnsi="宋体" w:cs="宋体"/>
                <w:color w:val="000000"/>
                <w:em w:val="dot"/>
              </w:rPr>
              <w:t>一块</w:t>
            </w:r>
            <w:r>
              <w:rPr>
                <w:rFonts w:ascii="宋体" w:eastAsia="宋体" w:hAnsi="宋体" w:cs="宋体"/>
                <w:color w:val="000000"/>
              </w:rPr>
              <w:t>儿，</w:t>
            </w:r>
            <w:r>
              <w:rPr>
                <w:rFonts w:ascii="宋体" w:eastAsia="宋体" w:hAnsi="宋体" w:cs="宋体"/>
                <w:color w:val="000000"/>
                <w:em w:val="dot"/>
              </w:rPr>
              <w:t>好好</w:t>
            </w:r>
            <w:r>
              <w:rPr>
                <w:rFonts w:ascii="宋体" w:eastAsia="宋体" w:hAnsi="宋体" w:cs="宋体"/>
                <w:color w:val="000000"/>
              </w:rPr>
              <w:t>儿</w:t>
            </w:r>
            <w:r>
              <w:rPr>
                <w:rFonts w:ascii="宋体" w:eastAsia="宋体" w:hAnsi="宋体" w:cs="宋体"/>
                <w:color w:val="000000"/>
                <w:em w:val="dot"/>
              </w:rPr>
              <w:t>活</w:t>
            </w:r>
            <w:r>
              <w:rPr>
                <w:rFonts w:ascii="宋体" w:eastAsia="宋体" w:hAnsi="宋体" w:cs="宋体"/>
                <w:color w:val="000000"/>
              </w:rPr>
              <w:t>，</w:t>
            </w:r>
            <w:r>
              <w:rPr>
                <w:rFonts w:ascii="宋体" w:eastAsia="宋体" w:hAnsi="宋体" w:cs="宋体"/>
                <w:color w:val="000000"/>
                <w:em w:val="dot"/>
              </w:rPr>
              <w:t>好好</w:t>
            </w:r>
            <w:r>
              <w:rPr>
                <w:rFonts w:ascii="宋体" w:eastAsia="宋体" w:hAnsi="宋体" w:cs="宋体"/>
                <w:color w:val="000000"/>
              </w:rPr>
              <w:t>儿</w:t>
            </w:r>
            <w:r>
              <w:rPr>
                <w:rFonts w:ascii="宋体" w:eastAsia="宋体" w:hAnsi="宋体" w:cs="宋体"/>
                <w:color w:val="000000"/>
                <w:em w:val="dot"/>
              </w:rPr>
              <w:t>活</w:t>
            </w:r>
            <w:r>
              <w:rPr>
                <w:rFonts w:ascii="宋体" w:eastAsia="宋体" w:hAnsi="宋体" w:cs="宋体"/>
                <w:color w:val="000000"/>
              </w:rPr>
              <w:t>……”</w:t>
            </w:r>
          </w:p>
        </w:tc>
      </w:tr>
      <w:tr>
        <w:tblPrEx>
          <w:tblW w:w="8085" w:type="dxa"/>
          <w:tblCellMar>
            <w:top w:w="120" w:type="dxa"/>
            <w:left w:w="120" w:type="dxa"/>
            <w:bottom w:w="120" w:type="dxa"/>
            <w:right w:w="120" w:type="dxa"/>
          </w:tblCellMar>
        </w:tblPrEx>
        <w:trPr>
          <w:cantSplit w:val="0"/>
          <w:trHeight w:val="1140"/>
        </w:trPr>
        <w:tc>
          <w:tcPr>
            <w:tcW w:w="22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当时“我”不知道母亲隐瞒了病情</w:t>
            </w:r>
            <w:r>
              <w:rPr>
                <w:rFonts w:ascii="宋体" w:eastAsia="宋体" w:hAnsi="宋体" w:cs="宋体"/>
                <w:color w:val="000000"/>
                <w:position w:val="-12"/>
              </w:rPr>
              <w:drawing>
                <wp:inline>
                  <wp:extent cx="127000" cy="76200"/>
                  <wp:docPr id="147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
                          <pic:cNvPicPr>
                            <a:picLocks noChangeAspect="1"/>
                          </pic:cNvPicPr>
                        </pic:nvPicPr>
                        <pic:blipFill>
                          <a:blip r:embed="rId85"/>
                          <a:stretch>
                            <a:fillRect/>
                          </a:stretch>
                        </pic:blipFill>
                        <pic:spPr>
                          <a:xfrm>
                            <a:off x="0" y="0"/>
                            <a:ext cx="127000" cy="76200"/>
                          </a:xfrm>
                          <a:prstGeom prst="rect">
                            <a:avLst/>
                          </a:prstGeom>
                        </pic:spPr>
                      </pic:pic>
                    </a:graphicData>
                  </a:graphic>
                </wp:inline>
              </w:drawing>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“我”：</w:t>
            </w:r>
            <w:r>
              <w:rPr>
                <w:rFonts w:ascii="宋体" w:eastAsia="宋体" w:hAnsi="宋体" w:cs="宋体"/>
                <w:color w:val="000000"/>
                <w:u w:val="single"/>
              </w:rPr>
              <w:t xml:space="preserve">② </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可我却</w:t>
            </w:r>
            <w:r>
              <w:rPr>
                <w:rFonts w:ascii="宋体" w:eastAsia="宋体" w:hAnsi="宋体" w:cs="宋体"/>
                <w:color w:val="000000"/>
                <w:em w:val="dot"/>
              </w:rPr>
              <w:t>一直</w:t>
            </w:r>
            <w:r>
              <w:rPr>
                <w:rFonts w:ascii="宋体" w:eastAsia="宋体" w:hAnsi="宋体" w:cs="宋体"/>
                <w:color w:val="000000"/>
              </w:rPr>
              <w:t>都</w:t>
            </w:r>
            <w:r>
              <w:rPr>
                <w:rFonts w:ascii="宋体" w:eastAsia="宋体" w:hAnsi="宋体" w:cs="宋体"/>
                <w:color w:val="000000"/>
                <w:em w:val="dot"/>
              </w:rPr>
              <w:t>不知道</w:t>
            </w:r>
            <w:r>
              <w:rPr>
                <w:rFonts w:ascii="宋体" w:eastAsia="宋体" w:hAnsi="宋体" w:cs="宋体"/>
                <w:color w:val="000000"/>
              </w:rPr>
              <w:t>，她的</w:t>
            </w:r>
            <w:r>
              <w:rPr>
                <w:rFonts w:ascii="宋体" w:eastAsia="宋体" w:hAnsi="宋体" w:cs="宋体"/>
                <w:color w:val="000000"/>
                <w:em w:val="dot"/>
              </w:rPr>
              <w:t>病</w:t>
            </w:r>
            <w:r>
              <w:rPr>
                <w:rFonts w:ascii="宋体" w:eastAsia="宋体" w:hAnsi="宋体" w:cs="宋体"/>
                <w:color w:val="000000"/>
              </w:rPr>
              <w:t>V已经到了</w:t>
            </w:r>
            <w:r>
              <w:rPr>
                <w:rFonts w:ascii="宋体" w:eastAsia="宋体" w:hAnsi="宋体" w:cs="宋体"/>
                <w:color w:val="000000"/>
                <w:em w:val="dot"/>
              </w:rPr>
              <w:t>那步</w:t>
            </w:r>
            <w:r>
              <w:rPr>
                <w:rFonts w:ascii="宋体" w:eastAsia="宋体" w:hAnsi="宋体" w:cs="宋体"/>
                <w:color w:val="000000"/>
              </w:rPr>
              <w:t>田地。</w:t>
            </w:r>
          </w:p>
        </w:tc>
      </w:tr>
      <w:tr>
        <w:tblPrEx>
          <w:tblW w:w="8085" w:type="dxa"/>
          <w:tblCellMar>
            <w:top w:w="120" w:type="dxa"/>
            <w:left w:w="120" w:type="dxa"/>
            <w:bottom w:w="120" w:type="dxa"/>
            <w:right w:w="120" w:type="dxa"/>
          </w:tblCellMar>
        </w:tblPrEx>
        <w:trPr>
          <w:cantSplit w:val="0"/>
          <w:trHeight w:val="1125"/>
        </w:trPr>
        <w:tc>
          <w:tcPr>
            <w:tcW w:w="22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rFonts w:ascii="宋体" w:eastAsia="宋体" w:hAnsi="宋体" w:cs="宋体"/>
                <w:color w:val="000000"/>
                <w:u w:val="single"/>
              </w:rPr>
            </w:pPr>
            <w:r>
              <w:rPr>
                <w:rFonts w:ascii="宋体" w:eastAsia="宋体" w:hAnsi="宋体" w:cs="宋体"/>
                <w:color w:val="000000"/>
                <w:u w:val="single"/>
              </w:rPr>
              <w:t xml:space="preserve">③ </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“我”：淡漠</w:t>
            </w:r>
          </w:p>
          <w:p>
            <w:pPr>
              <w:spacing w:line="360" w:lineRule="auto"/>
              <w:jc w:val="left"/>
              <w:textAlignment w:val="center"/>
              <w:rPr>
                <w:rFonts w:ascii="宋体" w:eastAsia="宋体" w:hAnsi="宋体" w:cs="宋体"/>
                <w:color w:val="000000"/>
              </w:rPr>
            </w:pPr>
            <w:r>
              <w:rPr>
                <w:rFonts w:ascii="宋体" w:eastAsia="宋体" w:hAnsi="宋体" w:cs="宋体"/>
                <w:color w:val="000000"/>
              </w:rPr>
              <w:t>母亲：喜悦</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“好吧，︿就明天。”</w:t>
            </w:r>
          </w:p>
          <w:p>
            <w:pPr>
              <w:spacing w:line="360" w:lineRule="auto"/>
              <w:jc w:val="left"/>
              <w:textAlignment w:val="center"/>
              <w:rPr>
                <w:rFonts w:ascii="宋体" w:eastAsia="宋体" w:hAnsi="宋体" w:cs="宋体"/>
                <w:color w:val="000000"/>
              </w:rPr>
            </w:pPr>
            <w:r>
              <w:rPr>
                <w:rFonts w:ascii="宋体" w:eastAsia="宋体" w:hAnsi="宋体" w:cs="宋体"/>
                <w:color w:val="000000"/>
              </w:rPr>
              <w:t>“那就</w:t>
            </w:r>
            <w:r>
              <w:rPr>
                <w:rFonts w:ascii="宋体" w:eastAsia="宋体" w:hAnsi="宋体" w:cs="宋体"/>
                <w:color w:val="000000"/>
                <w:em w:val="dot"/>
              </w:rPr>
              <w:t>赶紧</w:t>
            </w:r>
            <w:r>
              <w:rPr>
                <w:rFonts w:ascii="宋体" w:eastAsia="宋体" w:hAnsi="宋体" w:cs="宋体"/>
                <w:color w:val="000000"/>
              </w:rPr>
              <w:t>准备准备。”</w:t>
            </w:r>
          </w:p>
        </w:tc>
      </w:tr>
      <w:tr>
        <w:tblPrEx>
          <w:tblW w:w="8085" w:type="dxa"/>
          <w:tblCellMar>
            <w:top w:w="120" w:type="dxa"/>
            <w:left w:w="120" w:type="dxa"/>
            <w:bottom w:w="120" w:type="dxa"/>
            <w:right w:w="120" w:type="dxa"/>
          </w:tblCellMar>
        </w:tblPrEx>
        <w:trPr>
          <w:cantSplit w:val="0"/>
          <w:trHeight w:val="1125"/>
        </w:trPr>
        <w:tc>
          <w:tcPr>
            <w:tcW w:w="22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母亲昏迷前说最后一句话。</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母亲：不舍、担忧</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“我那个有病的</w:t>
            </w:r>
            <w:r>
              <w:rPr>
                <w:rFonts w:ascii="宋体" w:eastAsia="宋体" w:hAnsi="宋体" w:cs="宋体"/>
                <w:color w:val="000000"/>
                <w:em w:val="dot"/>
              </w:rPr>
              <w:t>儿子</w:t>
            </w:r>
            <w:r>
              <w:rPr>
                <w:rFonts w:ascii="宋体" w:eastAsia="宋体" w:hAnsi="宋体" w:cs="宋体"/>
                <w:color w:val="000000"/>
                <w:u w:val="single"/>
              </w:rPr>
              <w:t>④</w:t>
            </w:r>
            <w:r>
              <w:rPr>
                <w:rFonts w:ascii="宋体" w:eastAsia="宋体" w:hAnsi="宋体" w:cs="宋体"/>
                <w:color w:val="000000"/>
              </w:rPr>
              <w:t>和我那个还未成年的</w:t>
            </w:r>
            <w:r>
              <w:rPr>
                <w:rFonts w:ascii="宋体" w:eastAsia="宋体" w:hAnsi="宋体" w:cs="宋体"/>
                <w:color w:val="000000"/>
                <w:em w:val="dot"/>
              </w:rPr>
              <w:t>女儿</w:t>
            </w:r>
            <w:r>
              <w:rPr>
                <w:rFonts w:ascii="宋体" w:eastAsia="宋体" w:hAnsi="宋体" w:cs="宋体"/>
                <w:color w:val="000000"/>
              </w:rPr>
              <w:t>……”（填朗读符号）</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同学们对文中四处画线句批注出了自己的阅读理解，其中</w:t>
      </w:r>
      <w:r>
        <w:rPr>
          <w:rFonts w:ascii="宋体" w:eastAsia="宋体" w:hAnsi="宋体" w:cs="宋体"/>
          <w:color w:val="000000"/>
          <w:em w:val="dot"/>
        </w:rPr>
        <w:t>不恰当</w:t>
      </w:r>
      <w:r>
        <w:rPr>
          <w:rFonts w:ascii="宋体" w:eastAsia="宋体" w:hAnsi="宋体" w:cs="宋体"/>
          <w:color w:val="000000"/>
        </w:rPr>
        <w:t>的一项是（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【甲】处母亲“悄悄地躲出去”是理解儿子的痛苦需要发泄，“偷偷地听着我的动静”是担心儿子过激的行为伤害了他自己，这体现出母亲对儿子的理解、包容与担忧。</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B. </w:t>
      </w:r>
      <w:r>
        <w:rPr>
          <w:rFonts w:ascii="宋体" w:eastAsia="宋体" w:hAnsi="宋体" w:cs="宋体"/>
          <w:color w:val="000000"/>
        </w:rPr>
        <w:t>【乙】处从母亲“扑”“抓”</w:t>
      </w:r>
      <w:r>
        <w:rPr>
          <w:rFonts w:ascii="宋体" w:eastAsia="宋体" w:hAnsi="宋体" w:cs="宋体"/>
          <w:color w:val="000000"/>
          <w:position w:val="0"/>
        </w:rPr>
        <w:drawing>
          <wp:inline>
            <wp:extent cx="133350" cy="177800"/>
            <wp:docPr id="14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
                    <pic:cNvPicPr>
                      <a:picLocks noChangeAspect="1"/>
                    </pic:cNvPicPr>
                  </pic:nvPicPr>
                  <pic:blipFill>
                    <a:blip r:embed="rId8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动作中，可以体会到母亲内心的焦急，她非常害怕儿子禁不住打击，失去生活的勇气，这体现了母亲对儿子深切的爱。</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C. </w:t>
      </w:r>
      <w:r>
        <w:rPr>
          <w:rFonts w:ascii="宋体" w:eastAsia="宋体" w:hAnsi="宋体" w:cs="宋体"/>
          <w:color w:val="000000"/>
        </w:rPr>
        <w:t>【丙】处母亲“挡在窗前”是有意的行为，她唯恐飘零的落叶又勾起儿子悲观的情绪，这体现出母亲对儿子小心翼翼的呵护。</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D. </w:t>
      </w:r>
      <w:r>
        <w:rPr>
          <w:rFonts w:ascii="宋体" w:eastAsia="宋体" w:hAnsi="宋体" w:cs="宋体"/>
          <w:color w:val="000000"/>
        </w:rPr>
        <w:t>【丁】处儿子同意去看花，母亲喜出望外，难掩兴奋之情，因为她看到了儿子重新振作的希望，更因为她能由此实现自己赏花的愿望，这体现出母亲对生活的热爱。</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文章第⑦段中浓墨重彩地描写菊花，你从中可以读出作者对菊花、对母爱、对人生的哪些感悟？</w:t>
      </w:r>
    </w:p>
    <w:p>
      <w:pPr>
        <w:spacing w:line="360" w:lineRule="auto"/>
        <w:textAlignment w:val="center"/>
        <w:rPr>
          <w:rFonts w:ascii="宋体" w:eastAsia="宋体" w:hAnsi="宋体" w:cs="宋体"/>
          <w:color w:val="000000"/>
        </w:rPr>
      </w:pPr>
      <w:r>
        <w:rPr>
          <w:color w:val="2E75B6"/>
        </w:rPr>
        <w:t>【答案】</w:t>
      </w:r>
      <w:r>
        <w:rPr>
          <w:color w:val="000000"/>
        </w:rPr>
        <w:t xml:space="preserve">15. </w:t>
      </w:r>
      <w:r>
        <w:rPr>
          <w:rFonts w:ascii="宋体" w:eastAsia="宋体" w:hAnsi="宋体" w:cs="宋体"/>
          <w:color w:val="000000"/>
        </w:rPr>
        <w:t>示例：①愤怒（或“激动”等）②悔恨（或“悲痛”等）③“我”答应母亲去北海看菊花。④V</w:t>
      </w:r>
      <w:r>
        <w:rPr>
          <w:color w:val="000000"/>
        </w:rPr>
        <w:t xml:space="preserve">    </w:t>
      </w:r>
      <w:r>
        <w:rPr>
          <w:color w:val="000000"/>
        </w:rPr>
        <w:t xml:space="preserve">16. </w:t>
      </w:r>
      <w:r>
        <w:rPr>
          <w:color w:val="000000"/>
        </w:rPr>
        <w:t>D</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示例：菊花有着在寒冷秋风中努力绽放花朵的坚强精神；母爱也是如此坚强而伟大，令人怀念；面对人生的苦难，我们要像母亲期望的那样，如菊花般坚强，活出属于自己的精彩。</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wp:extent cx="95250" cy="171450"/>
            <wp:docPr id="14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
                    <pic:cNvPicPr>
                      <a:picLocks noChangeAspect="1"/>
                    </pic:cNvPicPr>
                  </pic:nvPicPr>
                  <pic:blipFill>
                    <a:blip r:embed="rId87"/>
                    <a:stretch>
                      <a:fillRect/>
                    </a:stretch>
                  </pic:blipFill>
                  <pic:spPr>
                    <a:xfrm>
                      <a:off x="0" y="0"/>
                      <a:ext cx="95250" cy="171450"/>
                    </a:xfrm>
                    <a:prstGeom prst="rect">
                      <a:avLst/>
                    </a:prstGeom>
                  </pic:spPr>
                </pic:pic>
              </a:graphicData>
            </a:graphic>
          </wp:inline>
        </w:drawing>
      </w: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本题考查内容理解及朗读知识。</w:t>
      </w:r>
    </w:p>
    <w:p>
      <w:pPr>
        <w:spacing w:line="360" w:lineRule="auto"/>
        <w:jc w:val="left"/>
        <w:textAlignment w:val="center"/>
        <w:rPr>
          <w:rFonts w:ascii="宋体" w:eastAsia="宋体" w:hAnsi="宋体" w:cs="宋体"/>
          <w:color w:val="000000"/>
        </w:rPr>
      </w:pPr>
      <w:r>
        <w:rPr>
          <w:rFonts w:ascii="宋体" w:eastAsia="宋体" w:hAnsi="宋体" w:cs="宋体"/>
          <w:color w:val="000000"/>
        </w:rPr>
        <w:t>题空一：情感基调，在这里可以理解为文字所表达的人物情感。“因瘫痪发脾气” 情感基调为：愤怒或激动。</w:t>
      </w:r>
    </w:p>
    <w:p>
      <w:pPr>
        <w:spacing w:line="360" w:lineRule="auto"/>
        <w:jc w:val="left"/>
        <w:textAlignment w:val="center"/>
        <w:rPr>
          <w:rFonts w:ascii="宋体" w:eastAsia="宋体" w:hAnsi="宋体" w:cs="宋体"/>
          <w:color w:val="000000"/>
        </w:rPr>
      </w:pPr>
      <w:r>
        <w:rPr>
          <w:rFonts w:ascii="宋体" w:eastAsia="宋体" w:hAnsi="宋体" w:cs="宋体"/>
          <w:color w:val="000000"/>
        </w:rPr>
        <w:t>题空二：“当时‘我’不知道母亲隐瞒了病情”，联系文章内容，母亲病入膏肓，而“我”并不知道，“我”正在为自己的瘫痪而颓废、暴躁，需要母亲陪伴、安慰。回想起那时的“我”，“ 一直都不知道”体现了“我”悔恨之情；“那步”表达了“我”知道母亲病重时内心的悲痛。</w:t>
      </w:r>
    </w:p>
    <w:p>
      <w:pPr>
        <w:spacing w:line="360" w:lineRule="auto"/>
        <w:jc w:val="left"/>
        <w:textAlignment w:val="center"/>
        <w:rPr>
          <w:rFonts w:ascii="宋体" w:eastAsia="宋体" w:hAnsi="宋体" w:cs="宋体"/>
          <w:color w:val="000000"/>
        </w:rPr>
      </w:pPr>
      <w:r>
        <w:rPr>
          <w:rFonts w:ascii="宋体" w:eastAsia="宋体" w:hAnsi="宋体" w:cs="宋体"/>
          <w:color w:val="000000"/>
        </w:rPr>
        <w:t>题空三：考查概括片段内容。根据“母亲进来了，挡在窗前：‘北海的菊花开了，我推着你去看看吧’”“好吧，就明天”概括为：“我”答应母亲去北海看菊花。</w:t>
      </w:r>
    </w:p>
    <w:p>
      <w:pPr>
        <w:spacing w:line="360" w:lineRule="auto"/>
        <w:jc w:val="left"/>
        <w:textAlignment w:val="center"/>
        <w:rPr>
          <w:rFonts w:ascii="宋体" w:eastAsia="宋体" w:hAnsi="宋体" w:cs="宋体"/>
          <w:color w:val="000000"/>
        </w:rPr>
      </w:pPr>
      <w:r>
        <w:rPr>
          <w:rFonts w:ascii="宋体" w:eastAsia="宋体" w:hAnsi="宋体" w:cs="宋体"/>
          <w:color w:val="000000"/>
        </w:rPr>
        <w:t>题空四：本题考查朗读。“V”表示感情的停顿，打在感情需要停顿的字行之间。““我那个有病的儿子和我那个还未成年的女儿”，这句话是母亲昏迷前的最后一句话，“我那个有病的儿子”后应停顿，表达母亲对儿子的担忧和不舍，因为儿子瘫痪，还未从人生低谷中走出来。</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D.文中母亲多次提出去看花，目的是想让儿子重新燃起对生活的希望。丁处儿子同意去看花，母亲喜出望外，因为她看到了儿子重新振作的希望，而不是“更因为她能由此实现自己赏花的愿望，这体现出母亲对生活的热爱”。故选D。</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本题考查内容理解。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菊花：“黄色的花淡雅，白色的花高洁，紫红色的花热烈而深沉，泼泼洒洒，秋风中正开得烂漫”，寒冷秋风中，菊花开得热烈、烂漫，让作者看到了生命的坚强和蓬勃生机。生命的力量原来如此伟大而可敬。</w:t>
      </w:r>
    </w:p>
    <w:p>
      <w:pPr>
        <w:spacing w:line="360" w:lineRule="auto"/>
        <w:jc w:val="left"/>
        <w:textAlignment w:val="center"/>
        <w:rPr>
          <w:rFonts w:ascii="宋体" w:eastAsia="宋体" w:hAnsi="宋体" w:cs="宋体"/>
          <w:color w:val="000000"/>
        </w:rPr>
      </w:pPr>
      <w:r>
        <w:rPr>
          <w:rFonts w:ascii="宋体" w:eastAsia="宋体" w:hAnsi="宋体" w:cs="宋体"/>
          <w:color w:val="000000"/>
        </w:rPr>
        <w:t>母爱：秋天，重病的母亲病逝，“我懂得母亲没有说完的话”，母亲那句“好好儿活”展现了母爱是如此坚强而伟大，在自己一步步走近死神的时候，依旧关怀、鼓励儿子好好活下去。无私、坚强的母爱令人敬佩和怀念。</w:t>
      </w:r>
    </w:p>
    <w:p>
      <w:pPr>
        <w:spacing w:line="360" w:lineRule="auto"/>
        <w:jc w:val="left"/>
        <w:textAlignment w:val="center"/>
        <w:rPr>
          <w:rFonts w:ascii="宋体" w:eastAsia="宋体" w:hAnsi="宋体" w:cs="宋体"/>
          <w:color w:val="000000"/>
        </w:rPr>
      </w:pPr>
      <w:r>
        <w:rPr>
          <w:rFonts w:ascii="宋体" w:eastAsia="宋体" w:hAnsi="宋体" w:cs="宋体"/>
          <w:color w:val="000000"/>
        </w:rPr>
        <w:t>人生：人生不会是一帆风顺的。作者终于明白母亲的话，“我俩在一块儿，要好好儿活”，在苦难来临时，要像母亲期望的那样“好好活儿”，如菊花般坚强、热烈，活出属于自己的精彩。</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（二）（共10分）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阅读《阿咪》，完成下面小题。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阿  咪</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丰子恺</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阿咪者，小白猫也。十五年前我曾为大白猫“白象”写文。白象死后又曾养一黄猫，并未为它写文。最近来了这阿咪，似觉非写不可了。盖在黄猫时代我早有所感，想再度替猫写照。但念此种文章，无益于世道人心，不写也罢。黄猫短命而死之后，写文之念遂消。直至最近，有人送了我这阿咪，此念复萌，不可遏止。率尔命笔，也顾不得世道人心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阿咪之父是中国猫，之母是外国猫。故阿咪毛甚长，有似兔子。想是秉承母教之故，态度异常活泼，除睡觉外，竟无片刻静止。地上倘有一物，便是它的游戏伴侣，百玩不厌。人倘理睬它一下，它就用姿态动作代替言语，和你大打交道。此时你即使有要事在身，也只得暂时撇开，与它应酬一下；即使有懊恼在心，也自会忘怀一切，笑逐颜开。哭的孩子看见了阿咪，会破涕为笑呢。</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我家平日只有四个大人和半个小孩。半个小孩者，便是我女儿的干女儿，住在隔壁，每星期三天宿在家里，四天宿在这里，但白天总是上学。因此，我家白昼往往岑寂，写作的埋头写作，做家务的专心家务，肃静无声。自从来了阿咪，家中忽然热闹了。厨房里常有保姆的说话声或笑骂声，其对象便是阿咪。室中常有陌生的笑谈声，是送信人或邮递员在欣赏阿咪。来客之中，送信人及邮递员最是枯燥，往往交了信件就走，绝少开口谈话。自从家里有了阿咪，这些客人亲昵得多了，常常因猫而问长问短，有说有笑，送出了信件还是留连，不忍遽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访客之中，有的也很枯燥无味。他们是为公事或私事或礼貌而来的，谈话有的规矩严肃，有的啰嗦疙瘩，有的虚空无聊，谈完了天气之后只得默守冷场。然而自从来了阿咪，我们的谈话有了插曲，有了调节，主客都舒畅了。有一个为正经而来的客人，正在侃侃而谈之时，看见阿咪姗姗而来，注意力便被吸引，不能再谈下去，甚至我问他也不回答了。又有一个客人向我叙述一件颇伤脑筋之事，谈话冗长曲折，连听者也很吃力。【甲】</w:t>
      </w:r>
      <w:r>
        <w:rPr>
          <w:rFonts w:ascii="楷体" w:eastAsia="楷体" w:hAnsi="楷体" w:cs="楷体"/>
          <w:color w:val="000000"/>
          <w:u w:val="single"/>
        </w:rPr>
        <w:t>谈至中途，阿咪蹦跳而来，无端地仰卧在我面前了。</w:t>
      </w:r>
      <w:r>
        <w:rPr>
          <w:rFonts w:ascii="楷体" w:eastAsia="楷体" w:hAnsi="楷体" w:cs="楷体"/>
          <w:color w:val="000000"/>
        </w:rPr>
        <w:t>这客人正在愤慨之际，忽然转怒为喜，停止发言，赞道：“这猫很有趣！”便欣赏它，抚弄它，获得了片时的休息与调节。有一个客人带了个孩子来。我们谈话，孩子不感兴味，在旁枯坐。我家此时没有了小主人可陪小客人，我正抱歉，忽然阿咪从沙发下钻出，抱住了我的脚。于是大小客人共同欣赏阿咪，三人就团结一气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后来我应酬大客人，阿咪替我招待小客人，我这主人就放心了。原来小朋友最爱猫，和它厮伴半天，也不厌倦；甚至被它抓出了血也情愿。因为他们有一共通性：活泼好动。女孩子更喜欢猫，逗它玩它，抱它喂它，劳而不怨。因为她们也有个共通性：娇痴亲昵。</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写到这里，我回想起已故的黄猫来了。这猫名叫“猫伯伯”，它是特殊而引人注目的。我的女儿最喜欢它。有时她正在写稿，忽然猫伯伯跳上书桌来，面对着她。端端正正地坐在稿纸上了。她不忍驱逐，就放下了笔，和它玩耍一会。有时它竟盘拢身体，就在稿纸上睡觉了，身体仿佛一堆牛粪，正好装满了一张稿纸。</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有一天，来了一位难得光临的贵客。我正襟危坐，专心应对。“久仰久仰”，“岂敢岂敢”，有似演剧。忽然猫伯伯跳上矮桌来，嗅嗅贵客的衣袖。我觉得太唐突，想赶走它。贵客却抚它的背，极口称赞：“这猫真好！”话头转向了猫，紧张的演剧就变成了和乐的闲谈。后来我把猫伯伯抱开，放在地上，希望它去了，好让我们演完这一幕。岂知过得不久，忽然猫伯伯跳到沙发背后，迅速地爬上贵客的背脊，端端正正地坐在他的后颈上了！这贵客身体魁梧奇伟，背脊颇有些驼，坐着喝茶时，猫伯伯看来是个小山坡，爬上去很不吃力。【乙】</w:t>
      </w:r>
      <w:r>
        <w:rPr>
          <w:rFonts w:ascii="楷体" w:eastAsia="楷体" w:hAnsi="楷体" w:cs="楷体"/>
          <w:color w:val="000000"/>
          <w:u w:val="single"/>
        </w:rPr>
        <w:t>此时我但见贵客的天官赐福的面孔上方，露出一个威风凛凛的猫头，画出来真好看呢！</w:t>
      </w:r>
      <w:r>
        <w:rPr>
          <w:rFonts w:ascii="楷体" w:eastAsia="楷体" w:hAnsi="楷体" w:cs="楷体"/>
          <w:color w:val="000000"/>
        </w:rPr>
        <w:t xml:space="preserve">我以主人口气呵斥猫伯伯的无理，一面起身捉猫。但贵客摇手阻止，把头低下，使山坡平坦些，让猫伯伯坐得舒服。如此甚好，我又何必做煞风景的主人呢？于是主客关系亲密起来，交情深入了一步。  </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可知猫是男女老幼一切人民大家喜爱的动物。猫的可爱，可说是群众意见。而实际上，如上所述，猫的确能化岑寂为热闹，变枯燥为生趣，转懊恼为欢笑；能助人亲善，教人团结。即使不捕老鼠，也有功于人生。那么我今为猫写照，恐是未可厚非之事吧？猫伯伯行年四岁，短命而死。这阿咪青春尚只有三个月。希望它长寿健康，像我老家的老猫一样，活到十八岁。这老猫是我的父亲的爱物。父亲晚酌时，它总是端坐在酒壶边。父亲常常夹些豆腐干喂它。六十年前之事，今犹历历在目呢。</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（选自《缘缘堂新笔》，有删改）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文章第三至五段向读者描述了阿咪给“我”的家庭氛围、待客状态带来的改变。先前“我”家往往是岑寂的，阿咪来之后，家中就变得</w:t>
      </w:r>
      <w:r>
        <w:rPr>
          <w:rFonts w:ascii="宋体" w:eastAsia="宋体" w:hAnsi="宋体" w:cs="宋体"/>
          <w:color w:val="000000"/>
        </w:rPr>
        <w:t>_____</w:t>
      </w:r>
      <w:r>
        <w:rPr>
          <w:rFonts w:ascii="宋体" w:eastAsia="宋体" w:hAnsi="宋体" w:cs="宋体"/>
          <w:color w:val="000000"/>
        </w:rPr>
        <w:t>了；先前“我”应酬访客，常有因枯燥无味以致</w:t>
      </w:r>
      <w:r>
        <w:rPr>
          <w:rFonts w:ascii="宋体" w:eastAsia="宋体" w:hAnsi="宋体" w:cs="宋体"/>
          <w:color w:val="000000"/>
        </w:rPr>
        <w:t>_____</w:t>
      </w:r>
      <w:r>
        <w:rPr>
          <w:rFonts w:ascii="宋体" w:eastAsia="宋体" w:hAnsi="宋体" w:cs="宋体"/>
          <w:color w:val="000000"/>
        </w:rPr>
        <w:t>的时候，阿咪来之后，有了调节，主客都舒畅了。</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丰子恺先生是一位出色的画家，他的文字生动形象，画面感很强。请从这个角度，在文章【甲】【乙】两句中任选一句进行赏析。</w:t>
      </w:r>
    </w:p>
    <w:p>
      <w:pPr>
        <w:spacing w:line="360" w:lineRule="auto"/>
        <w:jc w:val="left"/>
        <w:textAlignment w:val="center"/>
        <w:rPr>
          <w:rFonts w:ascii="宋体" w:eastAsia="宋体" w:hAnsi="宋体" w:cs="宋体"/>
          <w:color w:val="000000"/>
        </w:rPr>
      </w:pPr>
      <w:r>
        <w:rPr>
          <w:rFonts w:ascii="宋体" w:eastAsia="宋体" w:hAnsi="宋体" w:cs="宋体"/>
          <w:color w:val="000000"/>
        </w:rPr>
        <w:t>选择【</w:t>
      </w:r>
      <w:r>
        <w:rPr>
          <w:rFonts w:ascii="宋体" w:eastAsia="宋体" w:hAnsi="宋体" w:cs="宋体"/>
          <w:color w:val="000000"/>
        </w:rPr>
        <w:t>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赏析：</w:t>
      </w:r>
      <w:r>
        <w:rPr>
          <w:rFonts w:ascii="宋体" w:eastAsia="宋体" w:hAnsi="宋体" w:cs="宋体"/>
          <w:color w:val="000000"/>
        </w:rPr>
        <w:t>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本文标题为“阿咪”，为什么还要写“猫伯伯”和“我老家的老猫”？请结合第⑧段内容简要回答。</w:t>
      </w:r>
    </w:p>
    <w:p>
      <w:pPr>
        <w:spacing w:line="360" w:lineRule="auto"/>
        <w:textAlignment w:val="center"/>
        <w:rPr>
          <w:rFonts w:ascii="宋体" w:eastAsia="宋体" w:hAnsi="宋体" w:cs="宋体"/>
          <w:color w:val="000000"/>
        </w:rPr>
      </w:pPr>
      <w:r>
        <w:rPr>
          <w:color w:val="2E75B6"/>
        </w:rPr>
        <w:t>【答案】</w:t>
      </w:r>
      <w:r>
        <w:rPr>
          <w:color w:val="000000"/>
        </w:rPr>
        <w:t xml:space="preserve">18. </w:t>
      </w:r>
      <w:r>
        <w:rPr>
          <w:color w:val="000000"/>
        </w:rPr>
        <w:t xml:space="preserve">    ①. </w:t>
      </w:r>
      <w:r>
        <w:rPr>
          <w:rFonts w:ascii="宋体" w:eastAsia="宋体" w:hAnsi="宋体" w:cs="宋体"/>
          <w:color w:val="000000"/>
        </w:rPr>
        <w:t>热闹</w:t>
      </w:r>
      <w:r>
        <w:rPr>
          <w:color w:val="000000"/>
        </w:rPr>
        <w:t xml:space="preserve">    ②. </w:t>
      </w:r>
      <w:r>
        <w:rPr>
          <w:rFonts w:ascii="宋体" w:eastAsia="宋体" w:hAnsi="宋体" w:cs="宋体"/>
          <w:color w:val="000000"/>
        </w:rPr>
        <w:t>默守冷场</w:t>
      </w:r>
      <w:r>
        <w:rPr>
          <w:color w:val="000000"/>
        </w:rPr>
        <w:t xml:space="preserve">    </w:t>
      </w:r>
    </w:p>
    <w:p>
      <w:pPr>
        <w:spacing w:line="360" w:lineRule="auto"/>
        <w:textAlignment w:val="center"/>
        <w:rPr>
          <w:rFonts w:ascii="宋体" w:eastAsia="宋体" w:hAnsi="宋体" w:cs="宋体"/>
          <w:color w:val="000000"/>
        </w:rPr>
      </w:pPr>
      <w:r>
        <w:rPr>
          <w:color w:val="000000"/>
        </w:rPr>
        <w:t xml:space="preserve">19. </w:t>
      </w:r>
      <w:r>
        <w:rPr>
          <w:color w:val="000000"/>
        </w:rPr>
        <w:t xml:space="preserve">    ①. </w:t>
      </w:r>
      <w:r>
        <w:rPr>
          <w:rFonts w:ascii="宋体" w:eastAsia="宋体" w:hAnsi="宋体" w:cs="宋体"/>
          <w:color w:val="000000"/>
        </w:rPr>
        <w:t>示例一：甲  “蹦跳而来”生动地写出阿咪的活泼可爱，“无端地仰卧在我面前”写出了阿咪孩子般的天真有趣、自由自在，以及对主人全然的亲昵和信赖。这句话运用动作描写，使阿咪的可爱形象生动如画地呈现在读者眼前。</w:t>
      </w:r>
      <w:r>
        <w:rPr>
          <w:color w:val="000000"/>
        </w:rPr>
        <w:t xml:space="preserve">    ②. </w:t>
      </w:r>
      <w:r>
        <w:rPr>
          <w:rFonts w:ascii="宋体" w:eastAsia="宋体" w:hAnsi="宋体" w:cs="宋体"/>
          <w:color w:val="000000"/>
        </w:rPr>
        <w:t>示例二：乙  这句话中运用了外貌描写，将“贵客”“天官赐福”的面孔与猫伯伯“威风凛凛的猫头”叠加在一起，严肃中有活泼，画面感十足，妙趣横生，令人忍俊不禁。</w:t>
      </w:r>
      <w:r>
        <w:rPr>
          <w:color w:val="000000"/>
        </w:rPr>
        <w:t xml:space="preserve">    </w:t>
      </w:r>
    </w:p>
    <w:p>
      <w:pPr>
        <w:spacing w:line="360" w:lineRule="auto"/>
        <w:textAlignment w:val="center"/>
        <w:rPr>
          <w:rFonts w:ascii="宋体" w:eastAsia="宋体" w:hAnsi="宋体" w:cs="宋体"/>
          <w:color w:val="000000"/>
        </w:rPr>
      </w:pPr>
      <w:r>
        <w:rPr>
          <w:color w:val="000000"/>
        </w:rPr>
        <w:t xml:space="preserve">20. </w:t>
      </w:r>
      <w:r>
        <w:rPr>
          <w:rFonts w:ascii="宋体" w:eastAsia="宋体" w:hAnsi="宋体" w:cs="宋体"/>
          <w:color w:val="000000"/>
        </w:rPr>
        <w:t>示例：写“猫伯伯”和“老猫”，可以更充分地表现以“阿咪”为代表的猫，是大家都喜爱的动物，它们能调节气氛、情绪和人际关系，有功于人生；同时还引出了作者对“阿咪”的祝愿，希望它长寿健康，与人长久亲切相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内容提炼概括。根据③段“因此，我家白昼往往岑寂，写作的埋头写作，做家务的专心家务，肃静无声。自从来了阿咪，家中忽然热闹了”提炼“热闹”；根据④段“访客之中，有的也很枯燥无味。他们是为公事或私事或礼貌而来的，谈话有的规矩严肃，有的啰嗦疙瘩，有的虚空无聊，谈完了天气之后只得默守冷场”提炼“默守冷场”。</w:t>
      </w:r>
    </w:p>
    <w:p>
      <w:pPr>
        <w:spacing w:line="360" w:lineRule="auto"/>
        <w:jc w:val="left"/>
        <w:textAlignment w:val="center"/>
        <w:rPr>
          <w:color w:val="000000"/>
        </w:rPr>
      </w:pPr>
      <w:r>
        <w:rPr>
          <w:color w:val="000000"/>
        </w:rPr>
        <w:t>【19题详解】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本题考查赏析句子。</w:t>
      </w:r>
    </w:p>
    <w:p>
      <w:pPr>
        <w:spacing w:line="360" w:lineRule="auto"/>
        <w:jc w:val="left"/>
        <w:textAlignment w:val="center"/>
        <w:rPr>
          <w:rFonts w:ascii="宋体" w:eastAsia="宋体" w:hAnsi="宋体" w:cs="宋体"/>
          <w:color w:val="000000"/>
        </w:rPr>
      </w:pPr>
      <w:r>
        <w:rPr>
          <w:rFonts w:ascii="宋体" w:eastAsia="宋体" w:hAnsi="宋体" w:cs="宋体"/>
          <w:color w:val="000000"/>
        </w:rPr>
        <w:t>甲处：先确定赏析角度。“蹦跳而来”“ 仰卧”运用动作描写。“阿咪蹦跳而来”形象地写出阿咪动作的活泼可爱，像小孩子一样；“仰卧在我面前”形象地写出了阿咪“卧下”的情态，这一动作既表现了阿咪孩子般的自由自在，也表现了它对主人的亲昵和信赖。两个连续的动作向读者再现了当时的情景，让读者感受到阿咪的可爱形象，画面感极强。</w:t>
      </w:r>
    </w:p>
    <w:p>
      <w:pPr>
        <w:spacing w:line="360" w:lineRule="auto"/>
        <w:jc w:val="left"/>
        <w:textAlignment w:val="center"/>
        <w:rPr>
          <w:rFonts w:ascii="宋体" w:eastAsia="宋体" w:hAnsi="宋体" w:cs="宋体"/>
          <w:color w:val="000000"/>
        </w:rPr>
      </w:pPr>
      <w:r>
        <w:rPr>
          <w:rFonts w:ascii="宋体" w:eastAsia="宋体" w:hAnsi="宋体" w:cs="宋体"/>
          <w:color w:val="000000"/>
        </w:rPr>
        <w:t>乙处：先确定赏析角度。“贵客的天官赐福的面孔上方，露出一个威风凛凛的猫头”判断为外貌描写。“贵客”“天官赐福”，语言已然幽默风趣，“贵客的天官赐福的面孔”再与后文猫伯伯“威风凛凛的猫头”叠加在一起，画面便更加有趣，文字使读者头脑中再现出妙趣横生的画面，令人忍俊不禁。可见丰子恺先生笔下文字何其生动形象。</w:t>
      </w:r>
    </w:p>
    <w:p>
      <w:pPr>
        <w:spacing w:line="360" w:lineRule="auto"/>
        <w:jc w:val="left"/>
        <w:textAlignment w:val="center"/>
        <w:rPr>
          <w:color w:val="000000"/>
        </w:rPr>
      </w:pPr>
      <w:r>
        <w:rPr>
          <w:color w:val="000000"/>
        </w:rPr>
        <w:t>【20题详解】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内容理解。根据⑥段“写到这里，我回想起已故的黄猫来了。这猫名叫‘猫伯伯’，它是特殊而引人注目的。我的女儿最喜欢它”可知，“猫伯伯”曾经是我女儿的最爱；根据⑧段“这老猫是我的父亲的爱物。父亲晚酌时，它总是端坐在酒壶边”可知“老猫”是父亲的爱物。根据⑧段“可知猫是男女老幼一切人民大家喜爱的动物。猫的可爱，可说是群众意见。而实际上，如上所述，猫的确能化岑寂为热闹，变枯燥为生趣，转懊恼为欢笑；能助人亲善，教人团结”可知，作者写“猫伯伯”和“老猫”，是为了表现猫是大家都喜爱的动物，不只有“阿咪”惹人喜爱。也表现了猫能调节气氛、情绪和人际关系，有功于人生。写老猫时，提到阿咪，“这阿咪青春尚只有三个月。希望它长寿健康，像我老家的老猫一样，活到十八岁”，表达了“我”对“阿咪”的祝愿，希望它长寿健康，与人长久相伴。</w:t>
      </w:r>
    </w:p>
    <w:p>
      <w:pPr>
        <w:pStyle w:val="Heading3"/>
      </w:pPr>
      <w:r>
        <w:t>门头沟区</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四、现代文阅读</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（一）</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阅读《八月又闻玉米香》，完成小题。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八月又闻玉米香</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一进八月，暑气渐少，转眼之间就到了立秋。“立秋到，玉米香”，一进菜市场，一下子就被卖新鲜玉米的摊位吸引，脚步直奔只有乡下才有的农用车旁。</w:t>
      </w:r>
    </w:p>
    <w:p>
      <w:pPr>
        <w:pStyle w:val="Normal"/>
        <w:spacing w:lineRule="auto" w:line="360"/>
        <w:ind w:firstLine="420" w:end="0"/>
        <w:jc w:val="start"/>
        <w:textAlignment w:val="center"/>
        <w:rPr/>
      </w:pPr>
      <w:r>
        <w:rPr>
          <w:rFonts w:eastAsia="楷体" w:cs="楷体" w:ascii="楷体" w:hAnsi="楷体"/>
          <w:color w:val="000000"/>
        </w:rPr>
        <w:t>②</w:t>
      </w:r>
      <w:r>
        <w:rPr>
          <w:rFonts w:ascii="楷体" w:hAnsi="楷体" w:cs="楷体" w:eastAsia="楷体"/>
          <w:color w:val="000000"/>
          <w:u w:val="single"/>
        </w:rPr>
        <w:t>满满的一车胖玉米：清香扑鼻而来，青嫩、可爱，诱人靠近。用手捧起，层层剥开，一排排饱满、金黄的玉米粒，看着就那么亲切。</w:t>
      </w:r>
      <w:r>
        <w:rPr>
          <w:rFonts w:ascii="楷体" w:hAnsi="楷体" w:cs="楷体" w:eastAsia="楷体"/>
          <w:color w:val="000000"/>
        </w:rPr>
        <w:t>恍惚间，我又回到了故乡小村，回到了金秋八月处处充满玉米馨香的乡村时光。</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出村，小村外，再穿过乡村公路，曲折的羊肠小路，两侧成片的青纱帐。挺拔葱绿的玉米棵，中间窜长出一到两个又大又长的玉米棒子。在这些玉米大棒子将熟未熟的时候，最吸引村里孩子们的目光，那煮玉米、烤玉米的香味儿会让小孩子馋的直流口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记得小的时候，到了这个季节，村里的小伙伴都喜欢背着个柳编筐，成群结队地下地。他们编足了理由，说什么给家里的猪呀、羊呀、拉车的小毛炉呀去割草，其实割草不过是个由头，掰玉米回家烧着吃、煮着吃那才是真的。母亲对我们姐妹管教得很严，我们每次出门时她都大声吆喝：“筐里的草一根不能少，棒子只许掰咱自己家地里的！要是掰了人家地里的，让我这当妈的知道了，打折你们的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们姐妹筐里的嫩玉米从来没有藏过掖过，清清白白地露在草筐外面，回家告诉母亲，临近渠口比较隐秘的地方有多少空棒秸，我和姐姐就掰了多少个大棒子。母亲把我们掰来的玉米足足地煮了一锅，熟玉米的香气顺着锅沿的缝隙飘逸出来，馋得一旁等着吃玉米的我直流口水。玉米煮好捞出了锅，顾不得烫手烫嘴，拿起一个张口就啃，那青嫩、香甜的玉米真好吃。</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每次捧起母亲煮熟的嫩玉米，都会听到她厉害的大嗓门：“只有吃自家地里煮熟的棒子，那才是最踏实、最香甜的，我这辈子都要你们堂堂正正做人！”我的二姐姐，还自创用竹签扎在玉米芯里，双手举着在灶膛边火苗上烤，玉米粒被烤到金黄金黄的，那真是美味。外焦里嫩的玉米，比煮熟的还好吃，吃了第一口，还想吃第二口。</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日子过得真快呀！我们姐妹的孩子，如今都长到了当年我们吃煮玉米的年纪。依然住在乡下的父母，总是惦记在八月立秋前后的那几天，进城把自家地里将熟未熟的胖玉米装满袋子送来，临走时还不忘提醒我们也给左邻右舍、同事朋友送上几个。</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从乡下到城里，一路走来，有苦有甜，有悲有欢。即便真正走出家乡的那片庄稼地，内心深处依然深深藏着故乡的味道。八月玉米之香，在我的记忆中从未走远。每年的这个季节，这种味道都会从鼻尖蔓延到很远很远，从繁闹城市到故乡原野，从眼前到儿时少年，当然还有母亲那大嗓门的谆谆教诲。</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17. </w:t>
      </w:r>
      <w:r>
        <w:rPr>
          <w:rFonts w:ascii="宋体;SimSun" w:hAnsi="宋体;SimSun" w:cs="宋体;SimSun" w:eastAsia="宋体;SimSun"/>
          <w:color w:val="000000"/>
        </w:rPr>
        <w:t>本文围绕“馨香的玉米”叙写了几件事。请你阅读选文后，把相关内容填写在下面横线上。（不超过</w:t>
      </w:r>
      <w:r>
        <w:rPr>
          <w:rFonts w:eastAsia="宋体;SimSun" w:cs="宋体;SimSun" w:ascii="宋体;SimSun" w:hAnsi="宋体;SimSun"/>
          <w:color w:val="000000"/>
        </w:rPr>
        <w:t>15</w:t>
      </w:r>
      <w:r>
        <w:rPr>
          <w:rFonts w:ascii="宋体;SimSun" w:hAnsi="宋体;SimSun" w:cs="宋体;SimSun" w:eastAsia="宋体;SimSun"/>
          <w:color w:val="000000"/>
        </w:rPr>
        <w:t>个字）</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）“我”被农用车上的玉米吸引，想起儿时往事。</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w:t>
      </w:r>
      <w:r>
        <w:rPr>
          <w:rFonts w:eastAsia="宋体;SimSun" w:cs="宋体;SimSun" w:ascii="宋体;SimSun" w:hAnsi="宋体;SimSun"/>
          <w:color w:val="000000"/>
        </w:rPr>
        <w:t>_______________________</w: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w:t>
      </w:r>
      <w:r>
        <w:rPr>
          <w:rFonts w:eastAsia="宋体;SimSun" w:cs="宋体;SimSun" w:ascii="宋体;SimSun" w:hAnsi="宋体;SimSun"/>
          <w:color w:val="000000"/>
        </w:rPr>
        <w:t>_______________________</w: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4</w:t>
      </w:r>
      <w:r>
        <w:rPr>
          <w:rFonts w:ascii="宋体;SimSun" w:hAnsi="宋体;SimSun" w:cs="宋体;SimSun" w:eastAsia="宋体;SimSun"/>
          <w:color w:val="000000"/>
        </w:rPr>
        <w:t>）</w:t>
      </w:r>
      <w:r>
        <w:rPr>
          <w:rFonts w:eastAsia="宋体;SimSun" w:cs="宋体;SimSun" w:ascii="宋体;SimSun" w:hAnsi="宋体;SimSun"/>
          <w:color w:val="000000"/>
        </w:rPr>
        <w:t>_______________________</w: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宋体;SimSun" w:cs="宋体;SimSun" w:ascii="宋体;SimSun" w:hAnsi="宋体;SimSun"/>
          <w:color w:val="000000"/>
        </w:rPr>
        <w:t>5</w:t>
      </w:r>
      <w:r>
        <w:rPr>
          <w:rFonts w:ascii="宋体;SimSun" w:hAnsi="宋体;SimSun" w:cs="宋体;SimSun" w:eastAsia="宋体;SimSun"/>
          <w:color w:val="000000"/>
        </w:rPr>
        <w:t>）依然住在乡下的母亲进城送玉米。</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18. </w:t>
      </w:r>
      <w:r>
        <w:rPr>
          <w:rFonts w:ascii="宋体;SimSun" w:hAnsi="宋体;SimSun" w:cs="宋体;SimSun" w:eastAsia="宋体;SimSun"/>
          <w:color w:val="000000"/>
        </w:rPr>
        <w:t>文章第②段画线句子描写得生动传神，请做简要分析。</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eastAsia="宋体;SimSun"/>
          <w:color w:val="000000"/>
        </w:rPr>
        <w:t>满满的一车胖玉米：清香扑鼻而来，青嫩、可爱，诱人靠近。用手捧起，层层剥开，一排排饱满、金黄的玉米粒，看着就那么亲切。”</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19. </w:t>
      </w:r>
      <w:r>
        <w:rPr>
          <w:rFonts w:ascii="宋体;SimSun" w:hAnsi="宋体;SimSun" w:cs="宋体;SimSun" w:eastAsia="宋体;SimSun"/>
          <w:color w:val="000000"/>
        </w:rPr>
        <w:t>文中多次提到母亲的大嗓门，请结合选文内容谈谈你对母亲大嗓门的理解。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17.     (1). </w:t>
      </w:r>
      <w:r>
        <w:rPr>
          <w:rFonts w:ascii="宋体;SimSun" w:hAnsi="宋体;SimSun" w:cs="宋体;SimSun" w:eastAsia="宋体;SimSun"/>
          <w:color w:val="000000"/>
        </w:rPr>
        <w:t>（</w:t>
      </w:r>
      <w:r>
        <w:rPr>
          <w:rFonts w:eastAsia="宋体;SimSun" w:cs="宋体;SimSun" w:ascii="宋体;SimSun" w:hAnsi="宋体;SimSun"/>
          <w:color w:val="000000"/>
        </w:rPr>
        <w:t>1</w:t>
      </w:r>
      <w:r>
        <w:rPr>
          <w:rFonts w:ascii="宋体;SimSun" w:hAnsi="宋体;SimSun" w:cs="宋体;SimSun" w:eastAsia="宋体;SimSun"/>
          <w:color w:val="000000"/>
        </w:rPr>
        <w:t>）小伙伴们被香甜的玉米吸引，编足理由下地掰玉米；</w:t>
      </w:r>
      <w:r>
        <w:rPr>
          <w:color w:val="000000"/>
        </w:rPr>
        <w:t xml:space="preserve">    </w:t>
      </w:r>
      <w:r>
        <w:rPr>
          <w:color w:val="000000"/>
        </w:rPr>
        <w:t xml:space="preserve">(2). </w:t>
      </w:r>
      <w:r>
        <w:rPr>
          <w:rFonts w:ascii="宋体;SimSun" w:hAnsi="宋体;SimSun" w:cs="宋体;SimSun" w:eastAsia="宋体;SimSun"/>
          <w:color w:val="000000"/>
        </w:rPr>
        <w:t>（</w:t>
      </w:r>
      <w:r>
        <w:rPr>
          <w:rFonts w:eastAsia="宋体;SimSun" w:cs="宋体;SimSun" w:ascii="宋体;SimSun" w:hAnsi="宋体;SimSun"/>
          <w:color w:val="000000"/>
        </w:rPr>
        <w:t>2</w:t>
      </w:r>
      <w:r>
        <w:rPr>
          <w:rFonts w:ascii="宋体;SimSun" w:hAnsi="宋体;SimSun" w:cs="宋体;SimSun" w:eastAsia="宋体;SimSun"/>
          <w:color w:val="000000"/>
        </w:rPr>
        <w:t>）我们姐妹迫不及待地啃吃玉米；</w:t>
      </w:r>
      <w:r>
        <w:rPr>
          <w:color w:val="000000"/>
        </w:rPr>
        <w:t xml:space="preserve">    </w:t>
      </w:r>
      <w:r>
        <w:rPr>
          <w:color w:val="000000"/>
        </w:rPr>
        <w:t xml:space="preserve">(3). </w:t>
      </w:r>
      <w:r>
        <w:rPr>
          <w:rFonts w:ascii="宋体;SimSun" w:hAnsi="宋体;SimSun" w:cs="宋体;SimSun" w:eastAsia="宋体;SimSun"/>
          <w:color w:val="000000"/>
        </w:rPr>
        <w:t>（</w:t>
      </w:r>
      <w:r>
        <w:rPr>
          <w:rFonts w:eastAsia="宋体;SimSun" w:cs="宋体;SimSun" w:ascii="宋体;SimSun" w:hAnsi="宋体;SimSun"/>
          <w:color w:val="000000"/>
        </w:rPr>
        <w:t>3</w:t>
      </w:r>
      <w:r>
        <w:rPr>
          <w:rFonts w:ascii="宋体;SimSun" w:hAnsi="宋体;SimSun" w:cs="宋体;SimSun" w:eastAsia="宋体;SimSun"/>
          <w:color w:val="000000"/>
        </w:rPr>
        <w:t>）二姐自创灶膛边火苗上烤玉米；</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18. </w:t>
      </w:r>
      <w:r>
        <w:rPr>
          <w:rFonts w:ascii="宋体;SimSun" w:hAnsi="宋体;SimSun" w:cs="宋体;SimSun" w:eastAsia="宋体;SimSun"/>
          <w:color w:val="000000"/>
        </w:rPr>
        <w:t>画线句运用了拟人的修辞手法，抓住外形特点，生动形象地写出了玉米的香嫩诱人，表达了“我”对玉米的喜爱和对儿时乡村时光的怀念之情 。</w:t>
      </w:r>
      <w:r>
        <w:rPr>
          <w:color w:val="000000"/>
        </w:rPr>
        <w:t xml:space="preserve">    </w:t>
      </w:r>
    </w:p>
    <w:p>
      <w:pPr>
        <w:pStyle w:val="Normal"/>
        <w:spacing w:lineRule="auto" w:line="360"/>
        <w:textAlignment w:val="center"/>
        <w:rPr/>
      </w:pPr>
      <w:r>
        <w:rPr>
          <w:color w:val="000000"/>
        </w:rPr>
        <w:t xml:space="preserve">19. </w:t>
      </w:r>
      <w:r>
        <w:rPr>
          <w:rFonts w:eastAsia="宋体;SimSun" w:cs="宋体;SimSun" w:ascii="宋体;SimSun" w:hAnsi="宋体;SimSun"/>
          <w:color w:val="000000"/>
        </w:rPr>
        <w:t>“</w:t>
      </w:r>
      <w:r>
        <w:rPr>
          <w:rFonts w:ascii="宋体;SimSun" w:hAnsi="宋体;SimSun" w:cs="宋体;SimSun" w:eastAsia="宋体;SimSun"/>
          <w:color w:val="000000"/>
        </w:rPr>
        <w:t>我”和姐妹去掰玉米前，母亲大嗓门地嘱咐“棒子只许掰咱自己家地里的”；当我们吃着自家香甜的玉米时，母亲大嗓门地教导我们“吃自家的玉米最踏实、香甜，这辈子都要你们堂堂正正做人”。母亲的大嗓门是对我们的谆谆教诲，更是母亲为人坦荡与正直的体现。</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概括文段内容的能力。要浏览全文，把意思相近的段落合在一起，抓住关键句，简洁准确概括。文章第①②段写“我”被农用车上的玉米吸引，想起儿时往事。第⑦⑧段写依然住在乡下的母亲进城送玉米。第③段交待地点和将熟未熟的玉米大棒子，可见要根据第④⑤⑥段的内容概括后依次填空，根据第④段“记得小的时候，到了这个季节，村里的小伙伴都喜欢背着个柳编筐，成群结队地下地”“其实割草不过是个由头，掰玉米回家烧着吃、煮着吃那才是真的”，可概括为“小伙伴们被香甜的玉米吸引，编足理由下地掰玉米”。根据第⑤段“母亲把我们掰来的玉米足足地煮了一锅，熟玉米的香气顺着锅沿的缝隙飘逸出来，馋得一旁等着吃玉米的我直流口水”，可概括为“我们姐妹迫不及待地啃吃玉米”。根据第⑥段“我的二姐姐，还自创用竹签扎在玉米芯里，双手举着在灶膛边火苗上烤，玉米粒被烤到金黄金黄的，那真是美味”，可概括为“二姐自创灶膛边火苗上烤玉米”。</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赏析句子的能力。赏析句子要结合具体语境，从修辞、句式、表现内容、表达情感、表达效果等角度考虑，简洁准确表述。“胖玉米青嫩、可爱”把玉米当成人来写，运用了拟人的修辞手法，突出玉米的外形特点，表现了玉米的香嫩诱人，表达了“我”对玉米的喜爱之情；结合下句“我又回到了故乡小村”可知，还勾起作者对儿时乡村时光的怀念。句式简短，生动形象。</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理解文章内容的能力。要结合具体语境，抓住关键句分析理解，简洁准确表述。“我”和姐妹去掰玉米前，母亲大嗓门地嘱咐：“筐里的草一根不能少，棒子只许掰咱自己家地里的！要是掰了人家地里的，让我这当妈的知道了，打折你们的腿！”说明母亲对我们管教很严，不许掰人家地里的玉米；当我们吃着自家香甜的玉米时，母亲大嗓门地教导我们：“只有吃自家地里煮熟的棒子，那才是最踏实、最香甜的，我这辈子都要你们堂堂正正做人！”说明母亲要我们堂堂正正做人。“从繁闹城市到故乡原野，从眼前到儿时少年，当然还有母亲那大嗓门的谆谆教诲”，说明母亲的大嗓门是对我们的谆谆教诲，影响着我们的一生，母亲的大嗓门更是她为人坦荡与正直无私的体现。</w:t>
      </w:r>
    </w:p>
    <w:p>
      <w:pPr>
        <w:pStyle w:val="Normal"/>
        <w:spacing w:lineRule="auto" w:line="360"/>
        <w:jc w:val="start"/>
        <w:textAlignment w:val="center"/>
        <w:rPr>
          <w:rFonts w:ascii="宋体;SimSun" w:hAnsi="宋体;SimSun" w:eastAsia="宋体;SimSun" w:cs="宋体;SimSun"/>
          <w:b/>
          <w:color w:val="000000"/>
          <w:sz w:val="24"/>
        </w:rPr>
      </w:pPr>
      <w:r>
        <w:rPr>
          <w:rFonts w:ascii="宋体;SimSun" w:hAnsi="宋体;SimSun" w:cs="宋体;SimSun" w:eastAsia="宋体;SimSun"/>
          <w:b/>
          <w:color w:val="000000"/>
          <w:sz w:val="24"/>
        </w:rPr>
        <w:t>（二）</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阅读《旧时的馄饨担》，完成小题。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旧时的馄饨担</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昨日的晚餐，我们在家附近吃的馄饨。也许是假日过于闲暇所致，享用之时竟然想起过去的馄饨担。</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我之所以认识馄饨，应该不是源于饭馆或自家厨房，而是那种走街串巷的馄饨担，那种馄饨担曾一度是我以及和我同时代的人，最为期盼和怀念的东西了。每到黄昏来临之时，我便从自家阳台上往下望去，看馄饨担是否来了。一旦看到远远的路上有挑着担子的身影走来，我便按捺不住激动的心情而大呼：“馄饨来了，馄饨来了！”随即拉扯着妈妈的衣角，纠缠她带我到楼下吃馄饨去。若是阴雨或是其他原因，馄饨担没有来，我不免会失望好一阵子。实在忍受不了这种感觉时，便要问家人寻一毛钱，索性四处去寻找。这种经历，想来现在的小孩是无从体会了。</w:t>
      </w:r>
    </w:p>
    <w:p>
      <w:pPr>
        <w:pStyle w:val="Normal"/>
        <w:spacing w:lineRule="auto" w:line="360"/>
        <w:ind w:firstLine="420" w:end="0"/>
        <w:jc w:val="start"/>
        <w:textAlignment w:val="center"/>
        <w:rPr/>
      </w:pPr>
      <w:r>
        <w:rPr>
          <w:rFonts w:eastAsia="楷体" w:cs="楷体" w:ascii="楷体" w:hAnsi="楷体"/>
          <w:color w:val="000000"/>
        </w:rPr>
        <w:t>③</w:t>
      </w:r>
      <w:r>
        <w:rPr>
          <w:rFonts w:ascii="楷体" w:hAnsi="楷体" w:cs="楷体" w:eastAsia="楷体"/>
          <w:color w:val="000000"/>
        </w:rPr>
        <w:t>馄饨担着实是一件有特色的东西。</w:t>
      </w:r>
      <w:r>
        <w:rPr>
          <w:rFonts w:ascii="楷体" w:hAnsi="楷体" w:cs="楷体" w:eastAsia="楷体"/>
          <w:color w:val="000000"/>
          <w:u w:val="single"/>
        </w:rPr>
        <w:t>一副木制的担子，竟能将一个“饭店”担在自己身上四处游走。</w:t>
      </w:r>
      <w:r>
        <w:rPr>
          <w:rFonts w:ascii="楷体" w:hAnsi="楷体" w:cs="楷体" w:eastAsia="楷体"/>
          <w:color w:val="000000"/>
        </w:rPr>
        <w:t>这种馄饨担的长度大约在一米七八左右，通体是木色的，担子的两头均呈立方体形，给人一种规则又稳重的感觉。而这所有的秘密都隐藏在这两端的立方体之内了。担子的一端其实是一个炉子，一个盛好水的钢精锅，插在立方体上方的圆型口中，锅的下方是一个炉子，烧的不是煤球，而是柴火。应该是有金属的不厚的炉壁，否则担子的分量可就要增加许多了。担子的另一端，是大约三层的抽屉，每层放置的东西是什么，我已经不能全然记得。大约一层是拌好的肉馅和备好的馄饨皮，二层是放置的碗筷，还有一层放置了一些诸如酱油、味精、虾皮之类的调料了。担子中间的结构似乎有些玄机，但现在也不能记起它的具体结构，只是知道如若要起身，则是可以担起的扁担；若是放下，就可将一块木板旋转开放置，成为一个小的操作桌，可以把包馄饨的肉馅、馄饨皮之类的东西放置其上。除了两端的玄机和中间的奥妙之外，当卖馄饨的人挑起担子出发的时候，还要在担子上挂置一个可折叠的馄饨桌和几个可以坐人的马扎儿，以供顾客吃馄饨时使用。</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馄饨担似乎不是终日都在街头巷尾存在，只在黄昏即将到来的时候才开始出现，至天黑后一两个小时撤走。挑着馄饨担卖馄饨的人，一般一日只出来卖一次，可能也是局限于馄饨担的容量，卖馄饨的人把担子里准备好的东西卖光之后，便收拾完回家不再出来了。现在粗略想来，加之准备材料的时间，他每日工作的时间不过五、六个小时，甚是清闲雅致。那时候的我们，从骨子里认为，早餐要吃烧饼油条和稀饭的，午餐一定要吃米饭炒菜的，用馄饨代替白天的正餐尤其是午餐，则是有悖于常人吃饭的规律。况且，馄饨也无法替代米饭炒菜，毕竟那只是一种街头的小吃而已，尝鲜可以，但无论如何不能真正填饱肚子。只有到了傍晚，这一想法则完全改变。晚上的时光在那时是用来消遣的，因此人们不在家中用晚餐，而跑到馄饨担旁边吃馄饨，才是平常之事。不过，对于很多成年人而言，出来吃馄饨，或是陪孩子，或是陪恋爱中的伴侣，是生活方式中的一种调节，断不可日日吃而使之成为正餐，只是偶尔为之的一种方式。</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黄昏时候，馄饨担出现最多的地方，还是各个企业的家属大院，似乎那里的孩子最多，也常有大人看管，久而久之，卖馄饨的也与那里的居民熟识，以至于卖馄饨者姓什么，叫什么，家住哪里，也为带着孩子吃馄饨的大人们所熟知。卖馄饨的“商家”和吃馄饨的“顾客”，真是做到了有效沟通。从这个层面来看，馄饨担的出现，似乎更多是一种文化，而不仅是一个买卖的行为。对于那时候的我来说，馄饨担更是晚间闲暇生活的一种期盼。它既可以给我带来美味，又可以使我在吃馄饨的过程中，与张三家的小孩或李四家的小孩们一起玩耍，成为一种沟通的载体。现在看来，还颇为怀念呢。每每到晚间八点多钟，卖馄饨的人担起担子离开的时候，我们都会热情相送，并嘱咐他明天还要来。因为这个馄饨担不仅担负着卖馄饨人的全部生活，也担负着我们对快乐时光的期盼。</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其实，无论对于馄饨担的哪一方人而言，生活就是那样的简单。</w:t>
      </w:r>
    </w:p>
    <w:p>
      <w:pPr>
        <w:pStyle w:val="Normal"/>
        <w:spacing w:lineRule="auto" w:line="360"/>
        <w:jc w:val="start"/>
        <w:textAlignment w:val="center"/>
        <w:rPr/>
      </w:pPr>
      <w:r>
        <w:rPr>
          <w:rFonts w:eastAsia="宋体;SimSun" w:cs="宋体;SimSun" w:ascii="宋体;SimSun" w:hAnsi="宋体;SimSun"/>
          <w:color w:val="000000"/>
        </w:rPr>
        <w:t xml:space="preserve">20. </w:t>
      </w:r>
      <w:r>
        <w:rPr>
          <w:rFonts w:ascii="宋体;SimSun" w:hAnsi="宋体;SimSun" w:cs="宋体;SimSun" w:eastAsia="宋体;SimSun"/>
          <w:color w:val="000000"/>
        </w:rPr>
        <w:t>本文第②段详细描写了每到黄昏之时，我远远望见馄饨担到来时的</w:t>
      </w:r>
      <w:r>
        <w:rPr>
          <w:rFonts w:ascii="宋体;SimSun" w:hAnsi="宋体;SimSun" w:cs="宋体;SimSun" w:eastAsia="宋体;SimSun"/>
          <w:color w:val="000000"/>
          <w:u w:val="single"/>
        </w:rPr>
        <w:t>①</w:t>
      </w:r>
      <w:r>
        <w:rPr>
          <w:rFonts w:eastAsia="宋体;SimSun" w:cs="宋体;SimSun" w:ascii="宋体;SimSun" w:hAnsi="宋体;SimSun"/>
          <w:color w:val="000000"/>
        </w:rPr>
        <w:t>____</w:t>
      </w:r>
      <w:r>
        <w:rPr>
          <w:rFonts w:ascii="宋体;SimSun" w:hAnsi="宋体;SimSun" w:cs="宋体;SimSun" w:eastAsia="宋体;SimSun"/>
          <w:color w:val="000000"/>
        </w:rPr>
        <w:t>心情，阴雨或是其他原因馄饨担没有到来时的</w:t>
      </w:r>
      <w:r>
        <w:rPr>
          <w:rFonts w:ascii="宋体;SimSun" w:hAnsi="宋体;SimSun" w:cs="宋体;SimSun" w:eastAsia="宋体;SimSun"/>
          <w:color w:val="000000"/>
          <w:u w:val="single"/>
        </w:rPr>
        <w:t>②</w:t>
      </w:r>
      <w:r>
        <w:rPr>
          <w:rFonts w:eastAsia="宋体;SimSun" w:cs="宋体;SimSun" w:ascii="宋体;SimSun" w:hAnsi="宋体;SimSun"/>
          <w:color w:val="000000"/>
        </w:rPr>
        <w:t>____</w:t>
      </w:r>
      <w:r>
        <w:rPr>
          <w:rFonts w:ascii="宋体;SimSun" w:hAnsi="宋体;SimSun" w:cs="宋体;SimSun" w:eastAsia="宋体;SimSun"/>
          <w:color w:val="000000"/>
        </w:rPr>
        <w:t>心情；选文前后的对比描写，还让我们感受到了那个时代孩子们对于馄饨担的</w:t>
      </w:r>
      <w:r>
        <w:rPr>
          <w:rFonts w:ascii="宋体;SimSun" w:hAnsi="宋体;SimSun" w:cs="宋体;SimSun" w:eastAsia="宋体;SimSun"/>
          <w:color w:val="000000"/>
          <w:u w:val="single"/>
        </w:rPr>
        <w:t>③</w:t>
      </w:r>
      <w:r>
        <w:rPr>
          <w:rFonts w:eastAsia="宋体;SimSun" w:cs="宋体;SimSun" w:ascii="宋体;SimSun" w:hAnsi="宋体;SimSun"/>
          <w:color w:val="000000"/>
        </w:rPr>
        <w:t>____</w:t>
      </w:r>
      <w:r>
        <w:rPr>
          <w:rFonts w:ascii="宋体;SimSun" w:hAnsi="宋体;SimSun" w:cs="宋体;SimSun" w:eastAsia="宋体;SimSun"/>
          <w:color w:val="000000"/>
        </w:rPr>
        <w:t>和</w:t>
      </w:r>
      <w:r>
        <w:rPr>
          <w:rFonts w:ascii="宋体;SimSun" w:hAnsi="宋体;SimSun" w:cs="宋体;SimSun" w:eastAsia="宋体;SimSun"/>
          <w:color w:val="000000"/>
          <w:u w:val="single"/>
        </w:rPr>
        <w:t>④</w:t>
      </w:r>
      <w:r>
        <w:rPr>
          <w:rFonts w:eastAsia="宋体;SimSun" w:cs="宋体;SimSun" w:ascii="宋体;SimSun" w:hAnsi="宋体;SimSun"/>
          <w:color w:val="000000"/>
        </w:rPr>
        <w:t>____</w:t>
      </w:r>
      <w:r>
        <w:rPr>
          <w:rFonts w:ascii="宋体;SimSun" w:hAnsi="宋体;SimSun" w:cs="宋体;SimSun" w:eastAsia="宋体;SimSun"/>
          <w:color w:val="000000"/>
        </w:rPr>
        <w:t>的感情。</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21. </w:t>
      </w:r>
      <w:r>
        <w:rPr>
          <w:rFonts w:ascii="宋体;SimSun" w:hAnsi="宋体;SimSun" w:cs="宋体;SimSun" w:eastAsia="宋体;SimSun"/>
          <w:color w:val="000000"/>
        </w:rPr>
        <w:t>选文第③段画线句写道：“一副木制的担子，竟能将一个‘饭店’担在自己身上四处游走。”请你结合句中关键词语，品析这句话的表达效果。</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 xml:space="preserve">22. </w:t>
      </w:r>
      <w:r>
        <w:rPr>
          <w:rFonts w:ascii="宋体;SimSun" w:hAnsi="宋体;SimSun" w:cs="宋体;SimSun" w:eastAsia="宋体;SimSun"/>
          <w:color w:val="000000"/>
        </w:rPr>
        <w:t>请结合文章内容说说你对结尾处“其实，无论对于馄饨担的哪一方人而言，生活就是那样的简单。”一句的理解。</w:t>
      </w:r>
    </w:p>
    <w:p>
      <w:pPr>
        <w:pStyle w:val="Normal"/>
        <w:spacing w:lineRule="auto" w:line="360"/>
        <w:textAlignment w:val="center"/>
        <w:rPr>
          <w:rFonts w:ascii="宋体;SimSun" w:hAnsi="宋体;SimSun" w:eastAsia="宋体;SimSun" w:cs="宋体;SimSun"/>
          <w:color w:val="000000"/>
        </w:rPr>
      </w:pPr>
      <w:r>
        <w:rPr>
          <w:color w:val="2E75B6"/>
        </w:rPr>
        <w:t>【答案】</w:t>
      </w:r>
      <w:r>
        <w:rPr>
          <w:color w:val="000000"/>
        </w:rPr>
        <w:t xml:space="preserve">20.     (1). </w:t>
      </w:r>
      <w:r>
        <w:rPr>
          <w:rFonts w:eastAsia="宋体;SimSun" w:cs="宋体;SimSun" w:ascii="宋体;SimSun" w:hAnsi="宋体;SimSun"/>
          <w:color w:val="000000"/>
        </w:rPr>
        <w:t>①</w:t>
      </w:r>
      <w:r>
        <w:rPr>
          <w:rFonts w:ascii="宋体;SimSun" w:hAnsi="宋体;SimSun" w:cs="宋体;SimSun" w:eastAsia="宋体;SimSun"/>
          <w:color w:val="000000"/>
        </w:rPr>
        <w:t>激动</w:t>
      </w:r>
      <w:r>
        <w:rPr>
          <w:color w:val="000000"/>
        </w:rPr>
        <w:t xml:space="preserve">    </w:t>
      </w:r>
      <w:r>
        <w:rPr>
          <w:color w:val="000000"/>
        </w:rPr>
        <w:t xml:space="preserve">(2). </w:t>
      </w:r>
      <w:r>
        <w:rPr>
          <w:rFonts w:eastAsia="宋体;SimSun" w:cs="宋体;SimSun" w:ascii="宋体;SimSun" w:hAnsi="宋体;SimSun"/>
          <w:color w:val="000000"/>
        </w:rPr>
        <w:t>②</w:t>
      </w:r>
      <w:r>
        <w:rPr>
          <w:rFonts w:ascii="宋体;SimSun" w:hAnsi="宋体;SimSun" w:cs="宋体;SimSun" w:eastAsia="宋体;SimSun"/>
          <w:color w:val="000000"/>
        </w:rPr>
        <w:t>失望</w:t>
      </w:r>
      <w:r>
        <w:rPr>
          <w:color w:val="000000"/>
        </w:rPr>
        <w:t xml:space="preserve">    </w:t>
      </w:r>
      <w:r>
        <w:rPr>
          <w:color w:val="000000"/>
        </w:rPr>
        <w:t xml:space="preserve">(3). </w:t>
      </w:r>
      <w:r>
        <w:rPr>
          <w:rFonts w:eastAsia="宋体;SimSun" w:cs="宋体;SimSun" w:ascii="宋体;SimSun" w:hAnsi="宋体;SimSun"/>
          <w:color w:val="000000"/>
        </w:rPr>
        <w:t>③</w:t>
      </w:r>
      <w:r>
        <w:rPr>
          <w:rFonts w:ascii="宋体;SimSun" w:hAnsi="宋体;SimSun" w:cs="宋体;SimSun" w:eastAsia="宋体;SimSun"/>
          <w:color w:val="000000"/>
        </w:rPr>
        <w:t>期盼</w:t>
      </w:r>
      <w:r>
        <w:rPr>
          <w:color w:val="000000"/>
        </w:rPr>
        <w:t xml:space="preserve">    </w:t>
      </w:r>
      <w:r>
        <w:rPr>
          <w:color w:val="000000"/>
        </w:rPr>
        <w:t xml:space="preserve">(4). </w:t>
      </w:r>
      <w:r>
        <w:rPr>
          <w:rFonts w:eastAsia="宋体;SimSun" w:cs="宋体;SimSun" w:ascii="宋体;SimSun" w:hAnsi="宋体;SimSun"/>
          <w:color w:val="000000"/>
        </w:rPr>
        <w:t>④</w:t>
      </w:r>
      <w:r>
        <w:rPr>
          <w:rFonts w:ascii="宋体;SimSun" w:hAnsi="宋体;SimSun" w:cs="宋体;SimSun" w:eastAsia="宋体;SimSun"/>
          <w:color w:val="000000"/>
        </w:rPr>
        <w:t>怀念</w:t>
      </w:r>
      <w:r>
        <w:rPr>
          <w:color w:val="000000"/>
        </w:rPr>
        <w:t xml:space="preserve">    </w:t>
      </w:r>
    </w:p>
    <w:p>
      <w:pPr>
        <w:pStyle w:val="Normal"/>
        <w:spacing w:lineRule="auto" w:line="360"/>
        <w:textAlignment w:val="center"/>
        <w:rPr>
          <w:rFonts w:ascii="宋体;SimSun" w:hAnsi="宋体;SimSun" w:eastAsia="宋体;SimSun" w:cs="宋体;SimSun"/>
          <w:color w:val="000000"/>
        </w:rPr>
      </w:pPr>
      <w:r>
        <w:rPr>
          <w:color w:val="000000"/>
        </w:rPr>
        <w:t xml:space="preserve">21. </w:t>
      </w:r>
      <w:r>
        <w:rPr>
          <w:rFonts w:ascii="宋体;SimSun" w:hAnsi="宋体;SimSun" w:cs="宋体;SimSun" w:eastAsia="宋体;SimSun"/>
          <w:color w:val="000000"/>
        </w:rPr>
        <w:t>这句话从外形和功能两方面，写出了馄饨担体积小、功用全的特点。“饭店”一词，形象地写出了木制馄饨担不仅能随时随地做和卖馄饨，还能给买馄饨的人提供坐吃的工具；“四处游走”则写出了馄饨担因小巧体轻而出行方便的特点。把馄饨担比喻成“游走的饭店”，生动地写出了馄饨担方便游走的特点，虽然只是一副担子，但是一应俱全。</w:t>
      </w:r>
      <w:r>
        <w:rPr>
          <w:color w:val="000000"/>
        </w:rPr>
        <w:t xml:space="preserve">    </w:t>
      </w:r>
    </w:p>
    <w:p>
      <w:pPr>
        <w:pStyle w:val="Normal"/>
        <w:spacing w:lineRule="auto" w:line="360"/>
        <w:textAlignment w:val="center"/>
        <w:rPr/>
      </w:pPr>
      <w:r>
        <w:rPr>
          <w:color w:val="000000"/>
        </w:rPr>
        <w:t xml:space="preserve">22. </w:t>
      </w:r>
      <w:r>
        <w:rPr>
          <w:rFonts w:ascii="宋体;SimSun" w:hAnsi="宋体;SimSun" w:cs="宋体;SimSun" w:eastAsia="宋体;SimSun"/>
          <w:color w:val="000000"/>
        </w:rPr>
        <w:t>对于卖馄饨的人来说，卖馄饨是谋生手段，有清闲雅致，还能和顾客沟通，顾客喜欢吃，这是一种简单的快乐。对于买馄饨的人来说，大人消遣了时光，调节了生活的劳累，陪伴了孩子和伴侣；孩子们吃到了美味，有了和伙伴一起玩耍的时光，这些都是生活中最简单的快乐。所以作者说，无论对于馄饨担的哪一方而言，生活就是那样的简单，表达了作者对馄饨，对简单美好生活的怀念。</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提取关键词的能力。要认真阅读语段，结合具体语境，提取关键词。从“一旦看到远远的路上有挑着担子的身影走来，我便按捺不住激动的心情而大呼”可知，我此时心情是按捺不住的激动；从“若是阴雨或是其他原因，馄饨担没有来，我不免会失望好一阵子”可知，我此时失望的心情；从“那种馄饨担曾一度是我以及和我同时代的人，最为期盼和怀念的东西了”可知，那个时代孩子们对于馄饨担的期盼和怀念的感情。</w:t>
      </w:r>
    </w:p>
    <w:p>
      <w:pPr>
        <w:pStyle w:val="Normal"/>
        <w:spacing w:lineRule="auto" w:line="360"/>
        <w:textAlignment w:val="center"/>
        <w:rPr/>
      </w:pPr>
      <w:r>
        <w:rPr>
          <w:color w:val="000000"/>
        </w:rPr>
        <w:drawing>
          <wp:inline distT="0" distB="0" distL="0" distR="0">
            <wp:extent cx="95250" cy="171450"/>
            <wp:effectExtent l="0" t="0" r="0" b="0"/>
            <wp:docPr id="147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Image6"/>
                    <pic:cNvPicPr>
                      <a:picLocks noChangeAspect="1" noChangeArrowheads="1"/>
                    </pic:cNvPicPr>
                  </pic:nvPicPr>
                  <pic:blipFill>
                    <a:blip r:embed="rId88"/>
                    <a:srcRect l="-355" t="-203" r="-355" b="-203"/>
                    <a:stretch>
                      <a:fillRect/>
                    </a:stretch>
                  </pic:blipFill>
                  <pic:spPr bwMode="auto">
                    <a:xfrm>
                      <a:off x="0" y="0"/>
                      <a:ext cx="95250" cy="171450"/>
                    </a:xfrm>
                    <a:prstGeom prst="rect">
                      <a:avLst/>
                    </a:prstGeom>
                    <a:noFill/>
                  </pic:spPr>
                </pic:pic>
              </a:graphicData>
            </a:graphic>
          </wp:inline>
        </w:drawing>
      </w:r>
      <w:r>
        <w:rPr>
          <w:color w:val="000000"/>
        </w:rPr>
        <w:t>21</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赏析句子的能力。要结合具体语境，抓住关键词，从表现内容、表达情感、表达效果等方面考虑，简洁准确表述。“饭店”一词，形象地写出了馄饨担不仅能随时随地做馄饨、卖馄饨，还能提供坐吃的桌凳；“四处游走”写出了馄饨担小巧体轻、出行方便的特点；把馄饨担比作“游走的饭店”，运用比喻手法，生动地写出了馄饨担方便游走的特点。这句话从外形和功能两方面，写出了馄饨担体积小、功用全的特点。</w:t>
      </w:r>
    </w:p>
    <w:p>
      <w:pPr>
        <w:pStyle w:val="Normal"/>
        <w:spacing w:lineRule="auto" w:line="360"/>
        <w:textAlignment w:val="center"/>
        <w:rPr>
          <w:color w:val="000000"/>
        </w:rPr>
      </w:pPr>
      <w:r>
        <w:rPr>
          <w:color w:val="000000"/>
        </w:rPr>
        <w:t>【</w:t>
      </w:r>
      <w:r>
        <w:rPr>
          <w:color w:val="000000"/>
        </w:rPr>
        <w:t>22</w:t>
      </w:r>
      <w:r>
        <w:rPr>
          <w:color w:val="000000"/>
        </w:rPr>
        <w:t>题详解】</w:t>
      </w:r>
    </w:p>
    <w:p>
      <w:pPr>
        <w:pStyle w:val="Normal"/>
        <w:spacing w:lineRule="auto" w:line="360"/>
        <w:textAlignment w:val="center"/>
        <w:rPr>
          <w:rFonts w:ascii="宋体;SimSun" w:hAnsi="宋体;SimSun" w:eastAsia="宋体;SimSun" w:cs="宋体;SimSun"/>
          <w:color w:val="000000"/>
        </w:rPr>
      </w:pPr>
      <w:r>
        <w:rPr>
          <w:rFonts w:ascii="宋体;SimSun" w:hAnsi="宋体;SimSun" w:cs="宋体;SimSun" w:eastAsia="宋体;SimSun"/>
          <w:color w:val="000000"/>
        </w:rPr>
        <w:t>本题考查理解句子的能力。要浏览全文内容，结合具体语境，抓住关键词分析理解，简洁准确表述。“其实，无论对于馄饨担的哪一方人而言，生活就是那样的简单”，要从卖馄饨的人和吃馄饨的人两方面考虑。对于卖馄饨的人来说，卖馄饨是谋生手段，“他每日工作的时间不过五、六个小时，甚是清闲雅致”，有清闲雅致之趣，“卖馄饨的‘商家’和吃馄饨的‘顾客’，真是做到了有效沟通”，还能和顾客沟通，满足顾客的愿望，劳而不累，劳而所得，劳有所乐，是一种简单的快乐。对于买馄饨的人来说，“馄饨担更是晚间闲暇生活的一种期盼。它既可以给我带来美味，又可以使我在吃馄饨的过程中，与张三家的小孩或李四家的小孩们一起玩耍，成为一种沟通的载体”，孩子们吃到了美味，有了和伙伴一起玩耍的时光，大人消遣了时光，陪伴孩子成长，这些都是生活中最简单的快乐，表达了作者对馄饨，对简单美好生活的怀念之情。</w:t>
      </w:r>
    </w:p>
    <w:p>
      <w:pPr>
        <w:pStyle w:val="Heading3"/>
      </w:pPr>
      <w:r>
        <w:t>顺义区</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四、现代文阅读（共</w:t>
      </w:r>
      <w:r>
        <w:rPr>
          <w:rFonts w:cs="宋体;SimSun" w:ascii="宋体;SimSun" w:hAnsi="宋体;SimSun"/>
          <w:b/>
          <w:color w:val="000000"/>
          <w:sz w:val="24"/>
        </w:rPr>
        <w:t>16</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color w:val="000000"/>
        </w:rPr>
      </w:pPr>
      <w:r>
        <w:rPr>
          <w:color w:val="000000"/>
        </w:rPr>
        <w:t xml:space="preserve">12. </w:t>
      </w:r>
      <w:r>
        <w:rPr>
          <w:rFonts w:ascii="宋体;SimSun" w:hAnsi="宋体;SimSun" w:cs="宋体;SimSun"/>
          <w:color w:val="000000"/>
        </w:rPr>
        <w:t>阅读下面</w:t>
      </w:r>
      <w:r>
        <w:rPr>
          <w:rFonts w:ascii="宋体;SimSun" w:hAnsi="宋体;SimSun" w:cs="宋体;SimSun"/>
          <w:color w:val="000000"/>
        </w:rPr>
        <w:drawing>
          <wp:inline distT="0" distB="0" distL="0" distR="0">
            <wp:extent cx="133350" cy="177800"/>
            <wp:effectExtent l="0" t="0" r="0" b="0"/>
            <wp:docPr id="1481" name="Image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Image175"/>
                    <pic:cNvPicPr>
                      <a:picLocks noChangeAspect="1" noChangeArrowheads="1"/>
                    </pic:cNvPicPr>
                  </pic:nvPicPr>
                  <pic:blipFill>
                    <a:blip r:embed="rId8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材料，回答以下各题。</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【材料一】</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自</w:t>
      </w:r>
      <w:r>
        <w:rPr>
          <w:rFonts w:eastAsia="楷体" w:cs="楷体" w:ascii="楷体" w:hAnsi="楷体"/>
          <w:color w:val="000000"/>
        </w:rPr>
        <w:t>2019</w:t>
      </w:r>
      <w:r>
        <w:rPr>
          <w:rFonts w:ascii="楷体" w:hAnsi="楷体" w:cs="楷体" w:eastAsia="楷体"/>
          <w:color w:val="000000"/>
        </w:rPr>
        <w:t>年上海正式推行垃圾分类后，垃圾分类这股浪潮就不断发展到全国各个城市，北京市自</w:t>
      </w:r>
      <w:r>
        <w:rPr>
          <w:rFonts w:eastAsia="楷体" w:cs="楷体" w:ascii="楷体" w:hAnsi="楷体"/>
          <w:color w:val="000000"/>
        </w:rPr>
        <w:t>2020</w:t>
      </w:r>
      <w:r>
        <w:rPr>
          <w:rFonts w:ascii="楷体" w:hAnsi="楷体" w:cs="楷体" w:eastAsia="楷体"/>
          <w:color w:val="000000"/>
        </w:rPr>
        <w:t>年</w:t>
      </w:r>
      <w:r>
        <w:rPr>
          <w:rFonts w:eastAsia="楷体" w:cs="楷体" w:ascii="楷体" w:hAnsi="楷体"/>
          <w:color w:val="000000"/>
        </w:rPr>
        <w:t>5</w:t>
      </w:r>
      <w:r>
        <w:rPr>
          <w:rFonts w:ascii="楷体" w:hAnsi="楷体" w:cs="楷体" w:eastAsia="楷体"/>
          <w:color w:val="000000"/>
        </w:rPr>
        <w:t>月起全面推行生活垃圾强制分类。其实早在</w:t>
      </w:r>
      <w:r>
        <w:rPr>
          <w:rFonts w:eastAsia="楷体" w:cs="楷体" w:ascii="楷体" w:hAnsi="楷体"/>
          <w:color w:val="000000"/>
        </w:rPr>
        <w:t>2017</w:t>
      </w:r>
      <w:r>
        <w:rPr>
          <w:rFonts w:ascii="楷体" w:hAnsi="楷体" w:cs="楷体" w:eastAsia="楷体"/>
          <w:color w:val="000000"/>
        </w:rPr>
        <w:t>年</w:t>
      </w:r>
      <w:r>
        <w:rPr>
          <w:rFonts w:eastAsia="楷体" w:cs="楷体" w:ascii="楷体" w:hAnsi="楷体"/>
          <w:color w:val="000000"/>
        </w:rPr>
        <w:t>3</w:t>
      </w:r>
      <w:r>
        <w:rPr>
          <w:rFonts w:ascii="楷体" w:hAnsi="楷体" w:cs="楷体" w:eastAsia="楷体"/>
          <w:color w:val="000000"/>
        </w:rPr>
        <w:t>月，国家发布《生活垃圾分类制度实施方案》，按照方案，到</w:t>
      </w:r>
      <w:r>
        <w:rPr>
          <w:rFonts w:eastAsia="楷体" w:cs="楷体" w:ascii="楷体" w:hAnsi="楷体"/>
          <w:color w:val="000000"/>
        </w:rPr>
        <w:t>2022</w:t>
      </w:r>
      <w:r>
        <w:rPr>
          <w:rFonts w:ascii="楷体" w:hAnsi="楷体" w:cs="楷体" w:eastAsia="楷体"/>
          <w:color w:val="000000"/>
        </w:rPr>
        <w:t>年，各地级城市至少有</w:t>
      </w:r>
      <w:r>
        <w:rPr>
          <w:rFonts w:eastAsia="楷体" w:cs="楷体" w:ascii="楷体" w:hAnsi="楷体"/>
          <w:color w:val="000000"/>
        </w:rPr>
        <w:t>1</w:t>
      </w:r>
      <w:r>
        <w:rPr>
          <w:rFonts w:ascii="楷体" w:hAnsi="楷体" w:cs="楷体" w:eastAsia="楷体"/>
          <w:color w:val="000000"/>
        </w:rPr>
        <w:t>个区实现生活垃圾分类全覆盖，其他各区至少有</w:t>
      </w:r>
      <w:r>
        <w:rPr>
          <w:rFonts w:eastAsia="楷体" w:cs="楷体" w:ascii="楷体" w:hAnsi="楷体"/>
          <w:color w:val="000000"/>
        </w:rPr>
        <w:t>1</w:t>
      </w:r>
      <w:r>
        <w:rPr>
          <w:rFonts w:ascii="楷体" w:hAnsi="楷体" w:cs="楷体" w:eastAsia="楷体"/>
          <w:color w:val="000000"/>
        </w:rPr>
        <w:t>个街道基本建成生活垃圾分类示范片区。为什么要进行垃圾分类呢？</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近年以来我国经济持续发展，</w:t>
      </w:r>
      <w:r>
        <w:rPr>
          <w:rFonts w:eastAsia="楷体" w:cs="楷体" w:ascii="楷体" w:hAnsi="楷体"/>
          <w:color w:val="000000"/>
        </w:rPr>
        <w:t>2018</w:t>
      </w:r>
      <w:r>
        <w:rPr>
          <w:rFonts w:ascii="楷体" w:hAnsi="楷体" w:cs="楷体" w:eastAsia="楷体"/>
          <w:color w:val="000000"/>
        </w:rPr>
        <w:t>年</w:t>
      </w:r>
      <w:r>
        <w:rPr>
          <w:rFonts w:eastAsia="楷体" w:cs="楷体" w:ascii="楷体" w:hAnsi="楷体"/>
          <w:color w:val="000000"/>
        </w:rPr>
        <w:t>GDP</w:t>
      </w:r>
      <w:r>
        <w:rPr>
          <w:rFonts w:ascii="楷体" w:hAnsi="楷体" w:cs="楷体" w:eastAsia="楷体"/>
          <w:color w:val="000000"/>
        </w:rPr>
        <w:t>（衡量国家经济状况的指标）达到</w:t>
      </w:r>
      <w:r>
        <w:rPr>
          <w:rFonts w:eastAsia="楷体" w:cs="楷体" w:ascii="楷体" w:hAnsi="楷体"/>
          <w:color w:val="000000"/>
        </w:rPr>
        <w:t>90</w:t>
      </w:r>
      <w:r>
        <w:rPr>
          <w:rFonts w:eastAsia="Times New Roman" w:cs="Times New Roman"/>
          <w:color w:val="000000"/>
        </w:rPr>
        <w:t>.</w:t>
      </w:r>
      <w:r>
        <w:rPr>
          <w:rFonts w:eastAsia="楷体" w:cs="楷体" w:ascii="楷体" w:hAnsi="楷体"/>
          <w:color w:val="000000"/>
        </w:rPr>
        <w:t>0309</w:t>
      </w:r>
      <w:r>
        <w:rPr>
          <w:rFonts w:ascii="楷体" w:hAnsi="楷体" w:cs="楷体" w:eastAsia="楷体"/>
          <w:color w:val="000000"/>
        </w:rPr>
        <w:t>万亿元，已成为世界第二大经济体。德国实行垃圾分类时其人均</w:t>
      </w:r>
      <w:r>
        <w:rPr>
          <w:rFonts w:eastAsia="楷体" w:cs="楷体" w:ascii="楷体" w:hAnsi="楷体"/>
          <w:color w:val="000000"/>
        </w:rPr>
        <w:t>GDP</w:t>
      </w:r>
      <w:r>
        <w:rPr>
          <w:rFonts w:ascii="楷体" w:hAnsi="楷体" w:cs="楷体" w:eastAsia="楷体"/>
          <w:color w:val="000000"/>
        </w:rPr>
        <w:t>为</w:t>
      </w:r>
      <w:r>
        <w:rPr>
          <w:rFonts w:eastAsia="楷体" w:cs="楷体" w:ascii="楷体" w:hAnsi="楷体"/>
          <w:color w:val="000000"/>
        </w:rPr>
        <w:t>3</w:t>
      </w:r>
      <w:r>
        <w:rPr>
          <w:rFonts w:eastAsia="Times New Roman" w:cs="Times New Roman"/>
          <w:color w:val="000000"/>
        </w:rPr>
        <w:t>.</w:t>
      </w:r>
      <w:r>
        <w:rPr>
          <w:rFonts w:eastAsia="楷体" w:cs="楷体" w:ascii="楷体" w:hAnsi="楷体"/>
          <w:color w:val="000000"/>
        </w:rPr>
        <w:t>06</w:t>
      </w:r>
      <w:r>
        <w:rPr>
          <w:rFonts w:ascii="楷体" w:hAnsi="楷体" w:cs="楷体" w:eastAsia="楷体"/>
          <w:color w:val="000000"/>
        </w:rPr>
        <w:t>万美元，日本和韩国分别为</w:t>
      </w:r>
      <w:r>
        <w:rPr>
          <w:rFonts w:eastAsia="楷体" w:cs="楷体" w:ascii="楷体" w:hAnsi="楷体"/>
          <w:color w:val="000000"/>
        </w:rPr>
        <w:t>2</w:t>
      </w:r>
      <w:r>
        <w:rPr>
          <w:rFonts w:eastAsia="Times New Roman" w:cs="Times New Roman"/>
          <w:color w:val="000000"/>
        </w:rPr>
        <w:t>.</w:t>
      </w:r>
      <w:r>
        <w:rPr>
          <w:rFonts w:eastAsia="楷体" w:cs="楷体" w:ascii="楷体" w:hAnsi="楷体"/>
          <w:color w:val="000000"/>
        </w:rPr>
        <w:t>89</w:t>
      </w:r>
      <w:r>
        <w:rPr>
          <w:rFonts w:ascii="楷体" w:hAnsi="楷体" w:cs="楷体" w:eastAsia="楷体"/>
          <w:color w:val="000000"/>
        </w:rPr>
        <w:t>和</w:t>
      </w:r>
      <w:r>
        <w:rPr>
          <w:rFonts w:eastAsia="楷体" w:cs="楷体" w:ascii="楷体" w:hAnsi="楷体"/>
          <w:color w:val="000000"/>
        </w:rPr>
        <w:t>1</w:t>
      </w:r>
      <w:r>
        <w:rPr>
          <w:rFonts w:eastAsia="Times New Roman" w:cs="Times New Roman"/>
          <w:color w:val="000000"/>
        </w:rPr>
        <w:t>.</w:t>
      </w:r>
      <w:r>
        <w:rPr>
          <w:rFonts w:eastAsia="楷体" w:cs="楷体" w:ascii="楷体" w:hAnsi="楷体"/>
          <w:color w:val="000000"/>
        </w:rPr>
        <w:t>23</w:t>
      </w:r>
      <w:r>
        <w:rPr>
          <w:rFonts w:ascii="楷体" w:hAnsi="楷体" w:cs="楷体" w:eastAsia="楷体"/>
          <w:color w:val="000000"/>
        </w:rPr>
        <w:t>万美元，而</w:t>
      </w:r>
      <w:r>
        <w:rPr>
          <w:rFonts w:eastAsia="楷体" w:cs="楷体" w:ascii="楷体" w:hAnsi="楷体"/>
          <w:color w:val="000000"/>
        </w:rPr>
        <w:t>2017</w:t>
      </w:r>
      <w:r>
        <w:rPr>
          <w:rFonts w:ascii="楷体" w:hAnsi="楷体" w:cs="楷体" w:eastAsia="楷体"/>
          <w:color w:val="000000"/>
        </w:rPr>
        <w:t>年我国一线城市人均</w:t>
      </w:r>
      <w:r>
        <w:rPr>
          <w:rFonts w:eastAsia="楷体" w:cs="楷体" w:ascii="楷体" w:hAnsi="楷体"/>
          <w:color w:val="000000"/>
        </w:rPr>
        <w:t>GDP</w:t>
      </w:r>
      <w:r>
        <w:rPr>
          <w:rFonts w:ascii="楷体" w:hAnsi="楷体" w:cs="楷体" w:eastAsia="楷体"/>
          <w:color w:val="000000"/>
        </w:rPr>
        <w:t>近两万美元。借鉴国外发展经验，经济发展到一定程度，必然会推行垃圾分类制度。</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伴随经济发展，生活垃圾清运量逐年增长。预计</w:t>
      </w:r>
      <w:r>
        <w:rPr>
          <w:rFonts w:eastAsia="楷体" w:cs="楷体" w:ascii="楷体" w:hAnsi="楷体"/>
          <w:color w:val="000000"/>
        </w:rPr>
        <w:t>2020</w:t>
      </w:r>
      <w:r>
        <w:rPr>
          <w:rFonts w:ascii="楷体" w:hAnsi="楷体" w:cs="楷体" w:eastAsia="楷体"/>
          <w:color w:val="000000"/>
        </w:rPr>
        <w:t>年，全国生活垃圾清运量达将达到</w:t>
      </w:r>
      <w:r>
        <w:rPr>
          <w:rFonts w:eastAsia="楷体" w:cs="楷体" w:ascii="楷体" w:hAnsi="楷体"/>
          <w:color w:val="000000"/>
        </w:rPr>
        <w:t>2</w:t>
      </w:r>
      <w:r>
        <w:rPr>
          <w:rFonts w:eastAsia="Times New Roman" w:cs="Times New Roman"/>
          <w:color w:val="000000"/>
        </w:rPr>
        <w:t>.</w:t>
      </w:r>
      <w:r>
        <w:rPr>
          <w:rFonts w:eastAsia="楷体" w:cs="楷体" w:ascii="楷体" w:hAnsi="楷体"/>
          <w:color w:val="000000"/>
        </w:rPr>
        <w:t>65</w:t>
      </w:r>
      <w:r>
        <w:rPr>
          <w:rFonts w:ascii="楷体" w:hAnsi="楷体" w:cs="楷体" w:eastAsia="楷体"/>
          <w:color w:val="000000"/>
        </w:rPr>
        <w:t>亿吨，较上年增加</w:t>
      </w:r>
      <w:r>
        <w:rPr>
          <w:rFonts w:eastAsia="楷体" w:cs="楷体" w:ascii="楷体" w:hAnsi="楷体"/>
          <w:color w:val="000000"/>
        </w:rPr>
        <w:t>7</w:t>
      </w:r>
      <w:r>
        <w:rPr>
          <w:rFonts w:eastAsia="Times New Roman" w:cs="Times New Roman"/>
          <w:color w:val="000000"/>
        </w:rPr>
        <w:t>.</w:t>
      </w:r>
      <w:r>
        <w:rPr>
          <w:rFonts w:eastAsia="楷体" w:cs="楷体" w:ascii="楷体" w:hAnsi="楷体"/>
          <w:color w:val="000000"/>
        </w:rPr>
        <w:t>5%</w:t>
      </w:r>
      <w:r>
        <w:rPr>
          <w:rFonts w:ascii="楷体" w:hAnsi="楷体" w:cs="楷体" w:eastAsia="楷体"/>
          <w:color w:val="000000"/>
        </w:rPr>
        <w:t>。如果不进行分类，以焚烧的形式处理垃圾，会产生致癌、致畸等多种有毒气体，增加雾霾的几率；燃烧后的有毒气体在空中漂浮后还会进入土壤和水体，严重污染环境。如果不分类进行填埋，又会占用大量土地，污染地下水，破坏土壤质量，使植物生长率减少，毁坏森林，威胁人类健康。</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【材料二】</w:t>
      </w:r>
    </w:p>
    <w:p>
      <w:pPr>
        <w:pStyle w:val="Normal"/>
        <w:spacing w:lineRule="auto" w:line="360"/>
        <w:jc w:val="center"/>
        <w:textAlignment w:val="center"/>
        <w:rPr>
          <w:color w:val="000000"/>
        </w:rPr>
      </w:pPr>
      <w:r>
        <w:rPr>
          <w:rFonts w:cs="宋体;SimSun" w:ascii="宋体;SimSun" w:hAnsi="宋体;SimSun"/>
          <w:color w:val="000000"/>
        </w:rPr>
        <w:drawing>
          <wp:inline distT="0" distB="0" distL="0" distR="0">
            <wp:extent cx="4838700" cy="3209925"/>
            <wp:effectExtent l="0" t="0" r="0" b="0"/>
            <wp:docPr id="1483" name="Image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Image182"/>
                    <pic:cNvPicPr>
                      <a:picLocks noChangeAspect="1" noChangeArrowheads="1"/>
                    </pic:cNvPicPr>
                  </pic:nvPicPr>
                  <pic:blipFill>
                    <a:blip r:embed="rId90"/>
                    <a:srcRect l="-7" t="-11" r="-7" b="-11"/>
                    <a:stretch>
                      <a:fillRect/>
                    </a:stretch>
                  </pic:blipFill>
                  <pic:spPr bwMode="auto">
                    <a:xfrm>
                      <a:off x="0" y="0"/>
                      <a:ext cx="4838700" cy="320992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【材料三】</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《北京市生活垃圾管理条例》试行以来，情况如何？北京市统计局开展了城乡居民垃圾分类情况的调查。此次调查采用了抽中调查小区随机拦访的方式，共调查</w:t>
      </w:r>
      <w:r>
        <w:rPr>
          <w:rFonts w:eastAsia="楷体" w:cs="楷体" w:ascii="楷体" w:hAnsi="楷体"/>
          <w:color w:val="000000"/>
        </w:rPr>
        <w:t>3000</w:t>
      </w:r>
      <w:r>
        <w:rPr>
          <w:rFonts w:ascii="楷体" w:hAnsi="楷体" w:cs="楷体" w:eastAsia="楷体"/>
          <w:color w:val="000000"/>
        </w:rPr>
        <w:t>位城乡居民，涉及到全市</w:t>
      </w:r>
      <w:r>
        <w:rPr>
          <w:rFonts w:eastAsia="楷体" w:cs="楷体" w:ascii="楷体" w:hAnsi="楷体"/>
          <w:color w:val="000000"/>
        </w:rPr>
        <w:t>16</w:t>
      </w:r>
      <w:r>
        <w:rPr>
          <w:rFonts w:ascii="楷体" w:hAnsi="楷体" w:cs="楷体" w:eastAsia="楷体"/>
          <w:color w:val="000000"/>
        </w:rPr>
        <w:t>区</w:t>
      </w:r>
      <w:r>
        <w:rPr>
          <w:rFonts w:eastAsia="楷体" w:cs="楷体" w:ascii="楷体" w:hAnsi="楷体"/>
          <w:color w:val="000000"/>
        </w:rPr>
        <w:t>300</w:t>
      </w:r>
      <w:r>
        <w:rPr>
          <w:rFonts w:ascii="楷体" w:hAnsi="楷体" w:cs="楷体" w:eastAsia="楷体"/>
          <w:color w:val="000000"/>
        </w:rPr>
        <w:t>个居民（村）委会。</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调查显示：</w:t>
      </w:r>
      <w:r>
        <w:rPr>
          <w:rFonts w:eastAsia="楷体" w:cs="楷体" w:ascii="楷体" w:hAnsi="楷体"/>
          <w:color w:val="000000"/>
        </w:rPr>
        <w:t>81</w:t>
      </w:r>
      <w:r>
        <w:rPr>
          <w:rFonts w:eastAsia="Times New Roman" w:cs="Times New Roman"/>
          <w:color w:val="000000"/>
        </w:rPr>
        <w:t>.</w:t>
      </w:r>
      <w:r>
        <w:rPr>
          <w:rFonts w:eastAsia="楷体" w:cs="楷体" w:ascii="楷体" w:hAnsi="楷体"/>
          <w:color w:val="000000"/>
        </w:rPr>
        <w:t>6%</w:t>
      </w:r>
      <w:r>
        <w:rPr>
          <w:rFonts w:ascii="楷体" w:hAnsi="楷体" w:cs="楷体" w:eastAsia="楷体"/>
          <w:color w:val="000000"/>
        </w:rPr>
        <w:t>的被访者知道</w:t>
      </w:r>
      <w:r>
        <w:rPr>
          <w:rFonts w:eastAsia="楷体" w:cs="楷体" w:ascii="楷体" w:hAnsi="楷体"/>
          <w:color w:val="000000"/>
        </w:rPr>
        <w:t>2019</w:t>
      </w:r>
      <w:r>
        <w:rPr>
          <w:rFonts w:ascii="楷体" w:hAnsi="楷体" w:cs="楷体" w:eastAsia="楷体"/>
          <w:color w:val="000000"/>
        </w:rPr>
        <w:t>年</w:t>
      </w:r>
      <w:r>
        <w:rPr>
          <w:rFonts w:eastAsia="楷体" w:cs="楷体" w:ascii="楷体" w:hAnsi="楷体"/>
          <w:color w:val="000000"/>
        </w:rPr>
        <w:t>11</w:t>
      </w:r>
      <w:r>
        <w:rPr>
          <w:rFonts w:ascii="楷体" w:hAnsi="楷体" w:cs="楷体" w:eastAsia="楷体"/>
          <w:color w:val="000000"/>
        </w:rPr>
        <w:t>月</w:t>
      </w:r>
      <w:r>
        <w:rPr>
          <w:rFonts w:eastAsia="楷体" w:cs="楷体" w:ascii="楷体" w:hAnsi="楷体"/>
          <w:color w:val="000000"/>
        </w:rPr>
        <w:t>27</w:t>
      </w:r>
      <w:r>
        <w:rPr>
          <w:rFonts w:ascii="楷体" w:hAnsi="楷体" w:cs="楷体" w:eastAsia="楷体"/>
          <w:color w:val="000000"/>
        </w:rPr>
        <w:t>日新修订的《北京市生活垃圾管理条例》。市民对本条例的知晓率较高。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在参与和支持垃圾分类的意愿方面，</w:t>
      </w:r>
      <w:r>
        <w:rPr>
          <w:rFonts w:eastAsia="楷体" w:cs="楷体" w:ascii="楷体" w:hAnsi="楷体"/>
          <w:color w:val="000000"/>
        </w:rPr>
        <w:t>87</w:t>
      </w:r>
      <w:r>
        <w:rPr>
          <w:rFonts w:eastAsia="Times New Roman" w:cs="Times New Roman"/>
          <w:color w:val="000000"/>
        </w:rPr>
        <w:t>.</w:t>
      </w:r>
      <w:r>
        <w:rPr>
          <w:rFonts w:eastAsia="楷体" w:cs="楷体" w:ascii="楷体" w:hAnsi="楷体"/>
          <w:color w:val="000000"/>
        </w:rPr>
        <w:t>5%</w:t>
      </w:r>
      <w:r>
        <w:rPr>
          <w:rFonts w:ascii="楷体" w:hAnsi="楷体" w:cs="楷体" w:eastAsia="楷体"/>
          <w:color w:val="000000"/>
        </w:rPr>
        <w:t>的被访者表示所在小区（村）有明确的分类垃圾桶，大多数人都按指示投放垃圾。</w:t>
      </w:r>
      <w:r>
        <w:rPr>
          <w:rFonts w:eastAsia="楷体" w:cs="楷体" w:ascii="楷体" w:hAnsi="楷体"/>
          <w:color w:val="000000"/>
        </w:rPr>
        <w:t>95</w:t>
      </w:r>
      <w:r>
        <w:rPr>
          <w:rFonts w:eastAsia="Times New Roman" w:cs="Times New Roman"/>
          <w:color w:val="000000"/>
        </w:rPr>
        <w:t>.</w:t>
      </w:r>
      <w:r>
        <w:rPr>
          <w:rFonts w:eastAsia="楷体" w:cs="楷体" w:ascii="楷体" w:hAnsi="楷体"/>
          <w:color w:val="000000"/>
        </w:rPr>
        <w:t>9%</w:t>
      </w:r>
      <w:r>
        <w:rPr>
          <w:rFonts w:ascii="楷体" w:hAnsi="楷体" w:cs="楷体" w:eastAsia="楷体"/>
          <w:color w:val="000000"/>
        </w:rPr>
        <w:t>的被访者愿意服从小区垃圾分类指导者或志愿者的指导和监督，并同意建立严格的惩罚制度。</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rPr>
        <w:t>问及垃圾分类的好处时，</w:t>
      </w:r>
      <w:r>
        <w:rPr>
          <w:rFonts w:eastAsia="楷体" w:cs="楷体" w:ascii="楷体" w:hAnsi="楷体"/>
          <w:color w:val="000000"/>
        </w:rPr>
        <w:t>93</w:t>
      </w:r>
      <w:r>
        <w:rPr>
          <w:rFonts w:eastAsia="Times New Roman" w:cs="Times New Roman"/>
          <w:color w:val="000000"/>
        </w:rPr>
        <w:t>.</w:t>
      </w:r>
      <w:r>
        <w:rPr>
          <w:rFonts w:eastAsia="楷体" w:cs="楷体" w:ascii="楷体" w:hAnsi="楷体"/>
          <w:color w:val="000000"/>
        </w:rPr>
        <w:t>1%</w:t>
      </w:r>
      <w:r>
        <w:rPr>
          <w:rFonts w:ascii="楷体" w:hAnsi="楷体" w:cs="楷体" w:eastAsia="楷体"/>
          <w:color w:val="000000"/>
        </w:rPr>
        <w:t>的人认为垃圾分类可以减少环境污染，</w:t>
      </w:r>
      <w:r>
        <w:rPr>
          <w:rFonts w:eastAsia="楷体" w:cs="楷体" w:ascii="楷体" w:hAnsi="楷体"/>
          <w:color w:val="000000"/>
        </w:rPr>
        <w:t>86</w:t>
      </w:r>
      <w:r>
        <w:rPr>
          <w:rFonts w:eastAsia="Times New Roman" w:cs="Times New Roman"/>
          <w:color w:val="000000"/>
        </w:rPr>
        <w:t>.</w:t>
      </w:r>
      <w:r>
        <w:rPr>
          <w:rFonts w:eastAsia="楷体" w:cs="楷体" w:ascii="楷体" w:hAnsi="楷体"/>
          <w:color w:val="000000"/>
        </w:rPr>
        <w:t>8%</w:t>
      </w:r>
      <w:r>
        <w:rPr>
          <w:rFonts w:ascii="楷体" w:hAnsi="楷体" w:cs="楷体" w:eastAsia="楷体"/>
          <w:color w:val="000000"/>
        </w:rPr>
        <w:t>的人认为可以促进资源回收利用，</w:t>
      </w:r>
      <w:r>
        <w:rPr>
          <w:rFonts w:eastAsia="楷体" w:cs="楷体" w:ascii="楷体" w:hAnsi="楷体"/>
          <w:color w:val="000000"/>
        </w:rPr>
        <w:t>83</w:t>
      </w:r>
      <w:r>
        <w:rPr>
          <w:rFonts w:eastAsia="Times New Roman" w:cs="Times New Roman"/>
          <w:color w:val="000000"/>
        </w:rPr>
        <w:t>.</w:t>
      </w:r>
      <w:r>
        <w:rPr>
          <w:rFonts w:eastAsia="楷体" w:cs="楷体" w:ascii="楷体" w:hAnsi="楷体"/>
          <w:color w:val="000000"/>
        </w:rPr>
        <w:t>2%</w:t>
      </w:r>
      <w:r>
        <w:rPr>
          <w:rFonts w:ascii="楷体" w:hAnsi="楷体" w:cs="楷体" w:eastAsia="楷体"/>
          <w:color w:val="000000"/>
        </w:rPr>
        <w:t>的人认为垃圾分类利于培养良好的生活卫生习惯，</w:t>
      </w:r>
      <w:r>
        <w:rPr>
          <w:rFonts w:eastAsia="楷体" w:cs="楷体" w:ascii="楷体" w:hAnsi="楷体"/>
          <w:color w:val="000000"/>
        </w:rPr>
        <w:t>76</w:t>
      </w:r>
      <w:r>
        <w:rPr>
          <w:rFonts w:eastAsia="Times New Roman" w:cs="Times New Roman"/>
          <w:color w:val="000000"/>
        </w:rPr>
        <w:t>.</w:t>
      </w:r>
      <w:r>
        <w:rPr>
          <w:rFonts w:eastAsia="楷体" w:cs="楷体" w:ascii="楷体" w:hAnsi="楷体"/>
          <w:color w:val="000000"/>
        </w:rPr>
        <w:t>2%</w:t>
      </w:r>
      <w:r>
        <w:rPr>
          <w:rFonts w:ascii="楷体" w:hAnsi="楷体" w:cs="楷体" w:eastAsia="楷体"/>
          <w:color w:val="000000"/>
        </w:rPr>
        <w:t>的人认为可以提高垃圾处理效率，</w:t>
      </w:r>
      <w:r>
        <w:rPr>
          <w:rFonts w:eastAsia="楷体" w:cs="楷体" w:ascii="楷体" w:hAnsi="楷体"/>
          <w:color w:val="000000"/>
        </w:rPr>
        <w:t>63</w:t>
      </w:r>
      <w:r>
        <w:rPr>
          <w:rFonts w:eastAsia="Times New Roman" w:cs="Times New Roman"/>
          <w:color w:val="000000"/>
        </w:rPr>
        <w:t>.</w:t>
      </w:r>
      <w:r>
        <w:rPr>
          <w:rFonts w:eastAsia="楷体" w:cs="楷体" w:ascii="楷体" w:hAnsi="楷体"/>
          <w:color w:val="000000"/>
        </w:rPr>
        <w:t>%</w:t>
      </w:r>
      <w:r>
        <w:rPr>
          <w:rFonts w:ascii="楷体" w:hAnsi="楷体" w:cs="楷体" w:eastAsia="楷体"/>
          <w:color w:val="000000"/>
        </w:rPr>
        <w:t>的人认为可以从源头实现垃圾减量，</w:t>
      </w:r>
      <w:r>
        <w:rPr>
          <w:rFonts w:eastAsia="楷体" w:cs="楷体" w:ascii="楷体" w:hAnsi="楷体"/>
          <w:color w:val="000000"/>
        </w:rPr>
        <w:t>47</w:t>
      </w:r>
      <w:r>
        <w:rPr>
          <w:rFonts w:eastAsia="Times New Roman" w:cs="Times New Roman"/>
          <w:color w:val="000000"/>
        </w:rPr>
        <w:t>.</w:t>
      </w:r>
      <w:r>
        <w:rPr>
          <w:rFonts w:eastAsia="楷体" w:cs="楷体" w:ascii="楷体" w:hAnsi="楷体"/>
          <w:color w:val="000000"/>
        </w:rPr>
        <w:t>5%</w:t>
      </w:r>
      <w:r>
        <w:rPr>
          <w:rFonts w:ascii="楷体" w:hAnsi="楷体" w:cs="楷体" w:eastAsia="楷体"/>
          <w:color w:val="000000"/>
        </w:rPr>
        <w:t>的人认为可以减少占地。</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）请结合【材料一】【材料二】内容，概括出国家要全面推行垃圾分类的原因。</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）从【材料三】的统计数据中，你对北京市城乡居民垃圾分类情况得出哪些结论？</w:t>
      </w:r>
    </w:p>
    <w:p>
      <w:pPr>
        <w:pStyle w:val="Normal"/>
        <w:spacing w:lineRule="auto" w:line="360"/>
        <w:textAlignment w:val="center"/>
        <w:rPr>
          <w:rFonts w:ascii="宋体;SimSun" w:hAnsi="宋体;SimSun" w:cs="宋体;SimSun"/>
          <w:color w:val="000000"/>
        </w:rPr>
      </w:pPr>
      <w:r>
        <w:rPr>
          <w:color w:val="2E75B6"/>
        </w:rPr>
        <w:t>【答案】</w:t>
      </w:r>
      <w:r>
        <w:rPr>
          <w:color w:val="000000"/>
        </w:rPr>
        <w:t>（</w:t>
      </w:r>
      <w:r>
        <w:rPr>
          <w:color w:val="000000"/>
        </w:rPr>
        <w:t>1</w:t>
      </w:r>
      <w:r>
        <w:rPr>
          <w:color w:val="000000"/>
        </w:rPr>
        <w:t>）</w:t>
      </w:r>
      <w:r>
        <w:rPr>
          <w:rFonts w:ascii="宋体;SimSun" w:hAnsi="宋体;SimSun" w:cs="宋体;SimSun"/>
          <w:color w:val="000000"/>
        </w:rPr>
        <w:t>①经济发展到一定程度，必然会推行垃圾分类制度；②不进行垃圾分类，会污染环境；③垃圾分类可以提升回收资源价值。</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2</w:t>
      </w:r>
      <w:r>
        <w:rPr>
          <w:color w:val="000000"/>
        </w:rPr>
        <w:t>）</w:t>
      </w:r>
      <w:r>
        <w:rPr>
          <w:rFonts w:ascii="宋体;SimSun" w:hAnsi="宋体;SimSun" w:cs="宋体;SimSun"/>
          <w:color w:val="000000"/>
        </w:rPr>
        <w:t>①有</w:t>
      </w:r>
      <w:r>
        <w:rPr>
          <w:rFonts w:cs="宋体;SimSun" w:ascii="宋体;SimSun" w:hAnsi="宋体;SimSun"/>
          <w:color w:val="000000"/>
        </w:rPr>
        <w:t>81</w:t>
      </w:r>
      <w:r>
        <w:rPr>
          <w:rFonts w:eastAsia="Times New Roman" w:cs="Times New Roman"/>
          <w:color w:val="000000"/>
        </w:rPr>
        <w:t>.</w:t>
      </w:r>
      <w:r>
        <w:rPr>
          <w:rFonts w:cs="宋体;SimSun" w:ascii="宋体;SimSun" w:hAnsi="宋体;SimSun"/>
          <w:color w:val="000000"/>
        </w:rPr>
        <w:t>6%</w:t>
      </w:r>
      <w:r>
        <w:rPr>
          <w:rFonts w:ascii="宋体;SimSun" w:hAnsi="宋体;SimSun" w:cs="宋体;SimSun"/>
          <w:color w:val="000000"/>
        </w:rPr>
        <w:t>的被访者知道《北京市生活垃圾管理条例》，说明市民对本条例知晓率高；②大多数人按指示放垃圾，</w:t>
      </w:r>
      <w:r>
        <w:rPr>
          <w:rFonts w:cs="宋体;SimSun" w:ascii="宋体;SimSun" w:hAnsi="宋体;SimSun"/>
          <w:color w:val="000000"/>
        </w:rPr>
        <w:t>95</w:t>
      </w:r>
      <w:r>
        <w:rPr>
          <w:rFonts w:eastAsia="Times New Roman" w:cs="Times New Roman"/>
          <w:color w:val="000000"/>
        </w:rPr>
        <w:t>.</w:t>
      </w:r>
      <w:r>
        <w:rPr>
          <w:rFonts w:cs="宋体;SimSun" w:ascii="宋体;SimSun" w:hAnsi="宋体;SimSun"/>
          <w:color w:val="000000"/>
        </w:rPr>
        <w:t>9%</w:t>
      </w:r>
      <w:r>
        <w:rPr>
          <w:rFonts w:ascii="宋体;SimSun" w:hAnsi="宋体;SimSun" w:cs="宋体;SimSun"/>
          <w:color w:val="000000"/>
        </w:rPr>
        <w:t>的被访者愿意服从指导和监督，同意建立惩罚制度，说明市民对参与和支持垃圾分类的意愿高；③绝大部分的市民都认同垃圾分类的好处。</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考查内容的理解概括。由材料一第</w:t>
      </w:r>
      <w:r>
        <w:rPr>
          <w:rFonts w:cs="宋体;SimSun" w:ascii="宋体;SimSun" w:hAnsi="宋体;SimSun"/>
          <w:color w:val="000000"/>
        </w:rPr>
        <w:t>2</w:t>
      </w:r>
      <w:r>
        <w:rPr>
          <w:rFonts w:ascii="宋体;SimSun" w:hAnsi="宋体;SimSun" w:cs="宋体;SimSun"/>
          <w:color w:val="000000"/>
        </w:rPr>
        <w:t>段“借鉴国外发展经验，经济发展到一定程度，必然会推行垃圾分类制度。”可知原因一：经济发展到一定程度，必然会推行垃圾分类制度。由材料一第</w:t>
      </w:r>
      <w:r>
        <w:rPr>
          <w:rFonts w:cs="宋体;SimSun" w:ascii="宋体;SimSun" w:hAnsi="宋体;SimSun"/>
          <w:color w:val="000000"/>
        </w:rPr>
        <w:t>3</w:t>
      </w:r>
      <w:r>
        <w:rPr>
          <w:rFonts w:ascii="宋体;SimSun" w:hAnsi="宋体;SimSun" w:cs="宋体;SimSun"/>
          <w:color w:val="000000"/>
        </w:rPr>
        <w:t>段“如果不进行分类……威胁人类健康”可得出原因二：不进行垃圾分类，会污染环境。由材料二图表中各类可回收资源的数据可知原因三：垃圾分类可以提升回收资源价值。</w:t>
      </w:r>
    </w:p>
    <w:p>
      <w:pPr>
        <w:pStyle w:val="Normal"/>
        <w:spacing w:lineRule="auto" w:line="360"/>
        <w:textAlignment w:val="center"/>
        <w:rPr>
          <w:color w:val="000000"/>
        </w:rPr>
      </w:pPr>
      <w:r>
        <w:rPr>
          <w:color w:val="000000"/>
        </w:rPr>
        <w:t>【小问</w:t>
      </w:r>
      <w:r>
        <w:rPr>
          <w:color w:val="000000"/>
        </w:rPr>
        <w:t>2</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本题考查得出结论的能力。阅读材料三，由第</w:t>
      </w:r>
      <w:r>
        <w:rPr>
          <w:rFonts w:cs="宋体;SimSun" w:ascii="宋体;SimSun" w:hAnsi="宋体;SimSun"/>
          <w:color w:val="000000"/>
        </w:rPr>
        <w:t>2</w:t>
      </w:r>
      <w:r>
        <w:rPr>
          <w:rFonts w:ascii="宋体;SimSun" w:hAnsi="宋体;SimSun" w:cs="宋体;SimSun"/>
          <w:color w:val="000000"/>
        </w:rPr>
        <w:t>段“</w:t>
      </w:r>
      <w:r>
        <w:rPr>
          <w:rFonts w:cs="宋体;SimSun" w:ascii="宋体;SimSun" w:hAnsi="宋体;SimSun"/>
          <w:color w:val="000000"/>
        </w:rPr>
        <w:t>81.6%</w:t>
      </w:r>
      <w:r>
        <w:rPr>
          <w:rFonts w:ascii="宋体;SimSun" w:hAnsi="宋体;SimSun" w:cs="宋体;SimSun"/>
          <w:color w:val="000000"/>
        </w:rPr>
        <w:t>的被访者知道</w:t>
      </w:r>
      <w:r>
        <w:rPr>
          <w:rFonts w:cs="宋体;SimSun" w:ascii="宋体;SimSun" w:hAnsi="宋体;SimSun"/>
          <w:color w:val="000000"/>
        </w:rPr>
        <w:t>2019</w:t>
      </w:r>
      <w:r>
        <w:rPr>
          <w:rFonts w:ascii="宋体;SimSun" w:hAnsi="宋体;SimSun" w:cs="宋体;SimSun"/>
          <w:color w:val="000000"/>
        </w:rPr>
        <w:t>年</w:t>
      </w:r>
      <w:r>
        <w:rPr>
          <w:rFonts w:cs="宋体;SimSun" w:ascii="宋体;SimSun" w:hAnsi="宋体;SimSun"/>
          <w:color w:val="000000"/>
        </w:rPr>
        <w:t>11</w:t>
      </w:r>
      <w:r>
        <w:rPr>
          <w:rFonts w:ascii="宋体;SimSun" w:hAnsi="宋体;SimSun" w:cs="宋体;SimSun"/>
          <w:color w:val="000000"/>
        </w:rPr>
        <w:t>月</w:t>
      </w:r>
      <w:r>
        <w:rPr>
          <w:rFonts w:cs="宋体;SimSun" w:ascii="宋体;SimSun" w:hAnsi="宋体;SimSun"/>
          <w:color w:val="000000"/>
        </w:rPr>
        <w:t>27</w:t>
      </w:r>
      <w:r>
        <w:rPr>
          <w:rFonts w:ascii="宋体;SimSun" w:hAnsi="宋体;SimSun" w:cs="宋体;SimSun"/>
          <w:color w:val="000000"/>
        </w:rPr>
        <w:t>日新修订的《北京市生活垃圾管理条例》。市民对本条例的知晓率较高”可得出：市民对本条例知晓率高。由第</w:t>
      </w:r>
      <w:r>
        <w:rPr>
          <w:rFonts w:cs="宋体;SimSun" w:ascii="宋体;SimSun" w:hAnsi="宋体;SimSun"/>
          <w:color w:val="000000"/>
        </w:rPr>
        <w:t>3</w:t>
      </w:r>
      <w:r>
        <w:rPr>
          <w:rFonts w:ascii="宋体;SimSun" w:hAnsi="宋体;SimSun" w:cs="宋体;SimSun"/>
          <w:color w:val="000000"/>
        </w:rPr>
        <w:t>段“在参与和支持垃圾分类的意愿方面，</w:t>
      </w:r>
      <w:r>
        <w:rPr>
          <w:rFonts w:cs="宋体;SimSun" w:ascii="宋体;SimSun" w:hAnsi="宋体;SimSun"/>
          <w:color w:val="000000"/>
        </w:rPr>
        <w:t>87.5%</w:t>
      </w:r>
      <w:r>
        <w:rPr>
          <w:rFonts w:ascii="宋体;SimSun" w:hAnsi="宋体;SimSun" w:cs="宋体;SimSun"/>
          <w:color w:val="000000"/>
        </w:rPr>
        <w:t>的被访者表示所在小区（村</w:t>
      </w:r>
      <w:r>
        <w:rPr>
          <w:rFonts w:cs="宋体;SimSun" w:ascii="宋体;SimSun" w:hAnsi="宋体;SimSun"/>
          <w:color w:val="000000"/>
        </w:rPr>
        <w:t>)</w:t>
      </w:r>
      <w:r>
        <w:rPr>
          <w:rFonts w:ascii="宋体;SimSun" w:hAnsi="宋体;SimSun" w:cs="宋体;SimSun"/>
          <w:color w:val="000000"/>
        </w:rPr>
        <w:t>有明确的分类垃圾桶……并同意建立严格的惩罚制度”可得出：市民对参与和支持垃圾分类的意愿高。由第</w:t>
      </w:r>
      <w:r>
        <w:rPr>
          <w:rFonts w:cs="宋体;SimSun" w:ascii="宋体;SimSun" w:hAnsi="宋体;SimSun"/>
          <w:color w:val="000000"/>
        </w:rPr>
        <w:t>4</w:t>
      </w:r>
      <w:r>
        <w:rPr>
          <w:rFonts w:ascii="宋体;SimSun" w:hAnsi="宋体;SimSun" w:cs="宋体;SimSun"/>
          <w:color w:val="000000"/>
        </w:rPr>
        <w:t>段“问及垃领暑圾分类的好处时……</w:t>
      </w:r>
      <w:r>
        <w:rPr>
          <w:rFonts w:cs="宋体;SimSun" w:ascii="宋体;SimSun" w:hAnsi="宋体;SimSun"/>
          <w:color w:val="000000"/>
        </w:rPr>
        <w:t>47.5%</w:t>
      </w:r>
      <w:r>
        <w:rPr>
          <w:rFonts w:ascii="宋体;SimSun" w:hAnsi="宋体;SimSun" w:cs="宋体;SimSun"/>
          <w:color w:val="000000"/>
        </w:rPr>
        <w:t>的人认为可以减少占地”可得出：绝大部分的市民都认同垃圾分类的好处。</w:t>
      </w:r>
    </w:p>
    <w:p>
      <w:pPr>
        <w:pStyle w:val="Normal"/>
        <w:spacing w:lineRule="auto" w:line="360"/>
        <w:jc w:val="start"/>
        <w:textAlignment w:val="center"/>
        <w:rPr>
          <w:rFonts w:ascii="宋体;SimSun" w:hAnsi="宋体;SimSun" w:cs="宋体;SimSun"/>
          <w:color w:val="000000"/>
        </w:rPr>
      </w:pPr>
      <w:r>
        <w:rPr>
          <w:color w:val="000000"/>
        </w:rPr>
        <w:t xml:space="preserve">13. </w:t>
      </w:r>
      <w:r>
        <w:rPr>
          <w:rFonts w:ascii="宋体;SimSun" w:hAnsi="宋体;SimSun" w:cs="宋体;SimSun"/>
          <w:color w:val="000000"/>
        </w:rPr>
        <w:t>阅读《我们是一家人》，回答以下各题。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我们是一家人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我进中学那年就开始盼望独立，甚至跟母亲提出要在大房间中隔出一方天地，安个门，并在门上贴一张“闲人免进”的纸条。不用说，母亲坚决不同意，她最有力的话就是：我们是一家人。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当时，我在学校的交际圈不小，有位姓毛的圈内女生是个孤女，借居在婶婶家，但不在那儿吃饭，每月拿一笔救济金自己安排。我看她的那种单身生活很洒脱，常在小吃店买吃的，最主要是有一种自己做主的豪气，这正是我最向往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也许我叙说这一切时的表情刺痛了母亲的心，她怪我身在福中不知福，我说为何不让我试试呢？见母亲摇头，我很伤心，干脆静坐示威，饿了一顿。母亲那时对我怀了种复杂的情感，她认为我有叛逆倾向，所以也硬下心肠，准备让我碰壁，然后回心转意当个好女儿。当晚，母亲改变初衷，答应让我分伙一个月。我把母亲给我的钱分成</w:t>
      </w:r>
      <w:r>
        <w:rPr>
          <w:rFonts w:eastAsia="楷体" w:cs="楷体" w:ascii="楷体" w:hAnsi="楷体"/>
          <w:color w:val="000000"/>
        </w:rPr>
        <w:t>30</w:t>
      </w:r>
      <w:r>
        <w:rPr>
          <w:rFonts w:ascii="楷体" w:hAnsi="楷体" w:cs="楷体" w:eastAsia="楷体"/>
          <w:color w:val="000000"/>
        </w:rPr>
        <w:t>份，有了这个朴素的分配，我想就不会沦为挨饿者。</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刚开始那几天，我感觉好极了，买些面包、红肠独自吃着，进餐时还铺上餐巾，捧一本书，就像一个独立的女孩。家人在饭桌上吃饭，不时地看我，有了好菜，母亲也邀我去尝尝，但我一概婉拒。倒不是不领情，而是怕退一步，就会前功尽弃。</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我还和姓毛的孤女一起去小吃店，对面而坐。虽吃些简单的面食，但周围都是大人，所以感觉到能和成年人平起平坐，心里还是充满那种自由的快乐。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这样当了半个来月单身贵族后，我忽然发现自己与家人没什么关系了。过去大家总在饭桌上说笑，现在这些欢乐消失了，我仿佛只是个寄宿者。有时，我踏进家门，发现家人在饭桌上面面相觑，心里就会愣一愣，仿佛被抛弃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天气忽然冷下来，毛姓孤女患了重感冒，我也被传染上了，头昏脑胀，牙还疼个没完没了，出了校门就奔回家。</w:t>
      </w:r>
    </w:p>
    <w:p>
      <w:pPr>
        <w:pStyle w:val="Normal"/>
        <w:spacing w:lineRule="auto" w:line="360"/>
        <w:ind w:firstLine="420" w:end="0"/>
        <w:jc w:val="start"/>
        <w:textAlignment w:val="center"/>
        <w:rPr>
          <w:rFonts w:ascii="楷体" w:hAnsi="楷体" w:eastAsia="楷体" w:cs="楷体"/>
          <w:color w:val="000000"/>
          <w:u w:val="single"/>
        </w:rPr>
      </w:pPr>
      <w:r>
        <w:rPr>
          <w:rFonts w:eastAsia="楷体" w:cs="楷体" w:ascii="楷体" w:hAnsi="楷体"/>
          <w:color w:val="000000"/>
        </w:rPr>
        <w:t>⑧</w:t>
      </w:r>
      <w:r>
        <w:rPr>
          <w:rFonts w:ascii="楷体" w:hAnsi="楷体" w:cs="楷体" w:eastAsia="楷体"/>
          <w:color w:val="000000"/>
        </w:rPr>
        <w:t>家人正在灯下聚首，饭桌上是热气腾腾的排骨汤。母亲并不知道我还饿着，只顾忙碌着。这时候，我的泪水掉下来，深深地感觉到与亲人有隔阂、怄气，是何等的凄楚。</w:t>
      </w:r>
      <w:r>
        <w:rPr>
          <w:rFonts w:ascii="楷体" w:hAnsi="楷体" w:cs="楷体" w:eastAsia="楷体"/>
          <w:color w:val="000000"/>
          <w:u w:val="single"/>
        </w:rPr>
        <w:t>我翻着书，把书竖起来挡住家人的视线，咬着牙，悄悄地吞食书包里那块隔夜的硬面包，心想：无论如何得挨过这一个月。</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可惜，事违人愿，因为一项特殊的事，离一个月还剩三天，身无分文了。我想向那孤女朋友借，但她因为饥一顿，饱一顿，胃出了毛病，都没来学校。我只能向母亲开口借三天伙食费。可她对这一切保持沉默，只顾冷冷地看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被母亲拒绝是个周末。早晨我就断了炊，喝了点开水，中午时，感觉双膝发软。那时的周末，中午就放假了，我没有理由不回家，因为在街上闻到食物的香味，更觉得饥肠辘辘。推开房门，不由大吃一惊，母亲没去上班，正一碗一碗地往桌上端菜，家里香气四溢，仿佛要宴请什么贵宾。</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⑪</w:t>
      </w:r>
      <w:r>
        <w:rPr>
          <w:rFonts w:ascii="楷体" w:hAnsi="楷体" w:cs="楷体" w:eastAsia="楷体"/>
          <w:color w:val="000000"/>
        </w:rPr>
        <w:t>母亲在我以往坐的位置上放了一副筷子，示意我可以坐到桌边吃饭。我犹豫着感觉到这样一来就成了可笑的话柄。母亲没有强拉，悄悄地递给我一只面包，说：“你不愿意破例，就吃面包吧，只是别饿坏了。”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⑫</w:t>
      </w:r>
      <w:r>
        <w:rPr>
          <w:rFonts w:ascii="楷体" w:hAnsi="楷体" w:cs="楷体" w:eastAsia="楷体"/>
          <w:color w:val="000000"/>
        </w:rPr>
        <w:t>我接过面包，手无力地颤抖着，心里涌动着一种酸楚的感觉，不由想起母亲常说“我们是一家人”，那句话刻骨铭心，永世难忘。</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⑬</w:t>
      </w:r>
      <w:r>
        <w:rPr>
          <w:rFonts w:ascii="楷体" w:hAnsi="楷体" w:cs="楷体" w:eastAsia="楷体"/>
          <w:color w:val="000000"/>
        </w:rPr>
        <w:t>事后我才知道，母亲那天没心思上班，请假在家，要帮助她的孩子走出困境。</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⑭</w:t>
      </w:r>
      <w:r>
        <w:rPr>
          <w:rFonts w:ascii="楷体" w:hAnsi="楷体" w:cs="楷体" w:eastAsia="楷体"/>
          <w:color w:val="000000"/>
        </w:rPr>
        <w:t>当晚，一家人又在灯下共进晚餐，与亲人同心同德，就如沐浴在阳光下，松弛而又温暖。</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⑮</w:t>
      </w:r>
      <w:r>
        <w:rPr>
          <w:rFonts w:ascii="楷体" w:hAnsi="楷体" w:cs="楷体" w:eastAsia="楷体"/>
          <w:color w:val="000000"/>
          <w:u w:val="single"/>
        </w:rPr>
        <w:t>如今，我早已真正另立门户，可我时常会走很远的路回到母亲身边，一家人围坐在灯下吃一顿，饭菜虽朴素但心中充满温情。</w:t>
      </w:r>
      <w:r>
        <w:rPr>
          <w:rFonts w:ascii="楷体" w:hAnsi="楷体" w:cs="楷体" w:eastAsia="楷体"/>
          <w:color w:val="000000"/>
        </w:rPr>
        <w:t>就因为我们是一家人，是一家人。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⑯</w:t>
      </w:r>
      <w:r>
        <w:rPr>
          <w:rFonts w:ascii="楷体" w:hAnsi="楷体" w:cs="楷体" w:eastAsia="楷体"/>
          <w:color w:val="000000"/>
        </w:rPr>
        <w:t>人长大后都是要独立的，可家和家人却是永远的大后方，永远的爱和永远的归宿。</w:t>
      </w:r>
    </w:p>
    <w:p>
      <w:pPr>
        <w:pStyle w:val="Normal"/>
        <w:spacing w:lineRule="auto" w:line="360"/>
        <w:jc w:val="end"/>
        <w:textAlignment w:val="center"/>
        <w:rPr>
          <w:rFonts w:ascii="宋体;SimSun" w:hAnsi="宋体;SimSun" w:cs="宋体;SimSun"/>
          <w:color w:val="000000"/>
        </w:rPr>
      </w:pPr>
      <w:r>
        <w:rPr>
          <w:rFonts w:ascii="宋体;SimSun" w:hAnsi="宋体;SimSun" w:cs="宋体;SimSun"/>
          <w:color w:val="000000"/>
        </w:rPr>
        <w:t>（选自《中国当代散文精华经典阅读》，作者秦文君，有改动）</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）“母亲那时对我怀了种复杂的感情，她认为我有叛逆倾向”，请你在文中找出另外两个“我有叛逆倾向”的例子，简要地补写在下面的横线上。</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①</w:t>
      </w:r>
      <w:r>
        <w:rPr>
          <w:rFonts w:ascii="宋体;SimSun" w:hAnsi="宋体;SimSun" w:cs="宋体;SimSun"/>
          <w:color w:val="000000"/>
        </w:rPr>
        <w:t>要在大房间中隔出一片天地。</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③</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）阅读④</w:t>
      </w:r>
      <w:r>
        <w:rPr>
          <w:rFonts w:cs="宋体;SimSun" w:ascii="宋体;SimSun" w:hAnsi="宋体;SimSun"/>
          <w:color w:val="000000"/>
        </w:rPr>
        <w:t>-⑭</w:t>
      </w:r>
      <w:r>
        <w:rPr>
          <w:rFonts w:ascii="宋体;SimSun" w:hAnsi="宋体;SimSun" w:cs="宋体;SimSun"/>
          <w:color w:val="000000"/>
        </w:rPr>
        <w:t>段，将这部分文字中体现作者情感脉络的关键语句摘抄下来。</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3</w:t>
      </w:r>
      <w:r>
        <w:rPr>
          <w:rFonts w:ascii="宋体;SimSun" w:hAnsi="宋体;SimSun" w:cs="宋体;SimSun"/>
          <w:color w:val="000000"/>
        </w:rPr>
        <w:t>）第⑧段划线语句是如何形象地表现“我”的心里感受的？请简要说明。</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4</w:t>
      </w:r>
      <w:r>
        <w:rPr>
          <w:rFonts w:ascii="宋体;SimSun" w:hAnsi="宋体;SimSun" w:cs="宋体;SimSun"/>
          <w:color w:val="000000"/>
        </w:rPr>
        <w:t>）你或你的朋友可能也有过与“我”类似的经历，请你仿照（⑮段画线处的语句的表达形式，结合自己或朋友的经历，写一写自己的感悟。</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 xml:space="preserve">如今，我早已真正另立门户，可我 </w:t>
      </w:r>
      <w:r>
        <w:rPr>
          <w:rFonts w:cs="宋体;SimSun" w:ascii="宋体;SimSun" w:hAnsi="宋体;SimSun"/>
          <w:color w:val="000000"/>
        </w:rPr>
        <w:t>_________________</w:t>
      </w:r>
      <w:r>
        <w:rPr>
          <w:rFonts w:ascii="宋体;SimSun" w:hAnsi="宋体;SimSun" w:cs="宋体;SimSun"/>
          <w:color w:val="000000"/>
        </w:rPr>
        <w:t>。就因为我们是一家人，是一家人。</w:t>
      </w:r>
    </w:p>
    <w:p>
      <w:pPr>
        <w:pStyle w:val="Normal"/>
        <w:spacing w:lineRule="auto" w:line="360"/>
        <w:textAlignment w:val="center"/>
        <w:rPr>
          <w:rFonts w:ascii="宋体;SimSun" w:hAnsi="宋体;SimSun" w:cs="宋体;SimSun"/>
          <w:color w:val="000000"/>
        </w:rPr>
      </w:pPr>
      <w:r>
        <w:rPr>
          <w:color w:val="2E75B6"/>
        </w:rPr>
        <w:t>【答案】</w:t>
      </w:r>
      <w:r>
        <w:rPr>
          <w:color w:val="000000"/>
        </w:rPr>
        <w:t>（</w:t>
      </w:r>
      <w:r>
        <w:rPr>
          <w:color w:val="000000"/>
        </w:rPr>
        <w:t>1</w:t>
      </w:r>
      <w:r>
        <w:rPr>
          <w:color w:val="000000"/>
        </w:rPr>
        <w:t>）</w:t>
      </w:r>
      <w:r>
        <w:rPr>
          <w:rFonts w:ascii="宋体;SimSun" w:hAnsi="宋体;SimSun" w:cs="宋体;SimSun"/>
          <w:color w:val="000000"/>
        </w:rPr>
        <w:t>②“我”向往独立的生活； ③“我”绝食以示抗拒。</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2</w:t>
      </w:r>
      <w:r>
        <w:rPr>
          <w:color w:val="000000"/>
        </w:rPr>
        <w:t>）</w:t>
      </w:r>
      <w:r>
        <w:rPr>
          <w:rFonts w:ascii="宋体;SimSun" w:hAnsi="宋体;SimSun" w:cs="宋体;SimSun"/>
          <w:color w:val="000000"/>
        </w:rPr>
        <w:t>刚开始：好极了，后来突然发现，从前的那行快乐消失了，接着咬牙坚持，最后母亲的话令“我”酸楚，最终回到温暖的感觉。</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3</w:t>
      </w:r>
      <w:r>
        <w:rPr>
          <w:color w:val="000000"/>
        </w:rPr>
        <w:t>）</w:t>
      </w:r>
      <w:r>
        <w:rPr>
          <w:rFonts w:ascii="宋体;SimSun" w:hAnsi="宋体;SimSun" w:cs="宋体;SimSun"/>
          <w:color w:val="000000"/>
        </w:rPr>
        <w:t>动作描写，表达了“我”内心委屈还要咬牙坚持的酸楚。</w:t>
      </w:r>
      <w:r>
        <w:rPr>
          <w:color w:val="000000"/>
        </w:rPr>
        <w:t xml:space="preserve">    </w:t>
      </w:r>
    </w:p>
    <w:p>
      <w:pPr>
        <w:pStyle w:val="Normal"/>
        <w:spacing w:lineRule="auto" w:line="360"/>
        <w:textAlignment w:val="center"/>
        <w:rPr>
          <w:rFonts w:ascii="宋体;SimSun" w:hAnsi="宋体;SimSun" w:cs="宋体;SimSun"/>
          <w:color w:val="000000"/>
        </w:rPr>
      </w:pPr>
      <w:r>
        <w:rPr>
          <w:color w:val="000000"/>
        </w:rPr>
        <w:t>（</w:t>
      </w:r>
      <w:r>
        <w:rPr>
          <w:color w:val="000000"/>
        </w:rPr>
        <w:t>4</w:t>
      </w:r>
      <w:r>
        <w:rPr>
          <w:color w:val="000000"/>
        </w:rPr>
        <w:t>）</w:t>
      </w:r>
      <w:r>
        <w:rPr>
          <w:rFonts w:ascii="宋体;SimSun" w:hAnsi="宋体;SimSun" w:cs="宋体;SimSun"/>
          <w:color w:val="000000"/>
        </w:rPr>
        <w:t>依旧会陪父母一起散步，就像“我”从未离开过他们一样。</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【小问</w:t>
      </w:r>
      <w:r>
        <w:rPr>
          <w:color w:val="000000"/>
        </w:rPr>
        <w:t>1</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文章内容概括。结合第②段句子“我看她的那种单身生活很洒脱，常在小吃店买吃的，最主要是有一种自己做主的豪气，这正是我最向往的”，②概括为：“我”向往独立的生活；结合第③段句子“见母亲摇头，我很伤心，干脆静坐示威，饿了一顿”，③概括为</w:t>
      </w:r>
      <w:r>
        <w:rPr>
          <w:rFonts w:cs="宋体;SimSun" w:ascii="宋体;SimSun" w:hAnsi="宋体;SimSun"/>
          <w:color w:val="000000"/>
        </w:rPr>
        <w:t>:“</w:t>
      </w:r>
      <w:r>
        <w:rPr>
          <w:rFonts w:ascii="宋体;SimSun" w:hAnsi="宋体;SimSun" w:cs="宋体;SimSun"/>
          <w:color w:val="000000"/>
        </w:rPr>
        <w:t>我”绝食以示抗拒。</w:t>
      </w:r>
    </w:p>
    <w:p>
      <w:pPr>
        <w:pStyle w:val="Normal"/>
        <w:spacing w:lineRule="auto" w:line="360"/>
        <w:textAlignment w:val="center"/>
        <w:rPr>
          <w:color w:val="000000"/>
        </w:rPr>
      </w:pPr>
      <w:r>
        <w:rPr>
          <w:color w:val="000000"/>
        </w:rPr>
        <w:t>【小问</w:t>
      </w:r>
      <w:r>
        <w:rPr>
          <w:color w:val="000000"/>
        </w:rPr>
        <w:t>2</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文章内容理解。结合第④段句子“刚开始那几天，我感觉好极了”，第⑥段句子“过去大家总在饭桌上说笑，现在这些欢乐消失了，我仿佛只是个寄宿者”，第⑫段句子“我接过面包，手无力地颤抖着，心里涌动着一种酸楚的感觉，不由想起母亲常说‘我们是一家人’，那句话刻骨铭心，永世难忘”概括即可。</w:t>
      </w:r>
    </w:p>
    <w:p>
      <w:pPr>
        <w:pStyle w:val="Normal"/>
        <w:spacing w:lineRule="auto" w:line="360"/>
        <w:textAlignment w:val="center"/>
        <w:rPr>
          <w:color w:val="000000"/>
        </w:rPr>
      </w:pPr>
      <w:r>
        <w:rPr>
          <w:color w:val="000000"/>
        </w:rPr>
        <w:t>【小问</w:t>
      </w:r>
      <w:r>
        <w:rPr>
          <w:color w:val="000000"/>
        </w:rPr>
        <w:t>3</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结合句子揣摩人物心理。“翻”“咬”“吞食”是动词，对“我”进行动作描写，“心想：无论如何得挨过这一个月”是对“我”的心理描写，家人在吃热腾腾的饭菜，而“我”只能吃隔夜的硬面包，表达了“我”内心委屈还要咬牙坚持的酸楚。</w:t>
      </w:r>
    </w:p>
    <w:p>
      <w:pPr>
        <w:pStyle w:val="Normal"/>
        <w:spacing w:lineRule="auto" w:line="360"/>
        <w:textAlignment w:val="center"/>
        <w:rPr>
          <w:color w:val="000000"/>
        </w:rPr>
      </w:pPr>
      <w:r>
        <w:rPr>
          <w:color w:val="000000"/>
        </w:rPr>
        <w:t>【小问</w:t>
      </w:r>
      <w:r>
        <w:rPr>
          <w:color w:val="000000"/>
        </w:rPr>
        <w:t>4</w:t>
      </w:r>
      <w:r>
        <w:rPr>
          <w:color w:val="000000"/>
        </w:rPr>
        <w:t>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根据示例写阅读感悟。仿照⑮段画线处的语句的表达形式（“我”依旧会做什么事来表现我们是一家人），结合自己或朋友的经历，写自己的感悟即可。示例：可“我”依旧会时常回家陪父母聊聊天，说说“我”的工作和孩子。</w:t>
      </w:r>
    </w:p>
    <w:p>
      <w:pPr>
        <w:pStyle w:val="Heading1"/>
      </w:pPr>
      <w:r>
        <w:t>2021-2022学年</w:t>
      </w:r>
    </w:p>
    <w:p>
      <w:pPr>
        <w:pStyle w:val="Heading2"/>
      </w:pPr>
      <w:r>
        <w:t>月考</w:t>
      </w:r>
    </w:p>
    <w:p>
      <w:pPr>
        <w:pStyle w:val="Heading3"/>
      </w:pPr>
      <w:r>
        <w:t>昌平区第一中学（9月月考）</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五、现代文阅读（共16分）</w:t>
      </w:r>
    </w:p>
    <w:p>
      <w:pPr>
        <w:spacing w:line="360" w:lineRule="auto"/>
        <w:jc w:val="left"/>
        <w:textAlignment w:val="center"/>
        <w:rPr>
          <w:rFonts w:ascii="宋体" w:eastAsia="宋体" w:hAnsi="宋体" w:cs="宋体"/>
          <w:color w:val="000000"/>
        </w:rPr>
      </w:pPr>
      <w:r>
        <w:rPr>
          <w:color w:val="000000"/>
        </w:rPr>
        <w:t xml:space="preserve">12. </w:t>
      </w:r>
      <w:r>
        <w:rPr>
          <w:rFonts w:ascii="宋体" w:eastAsia="宋体" w:hAnsi="宋体" w:cs="宋体"/>
          <w:color w:val="000000"/>
        </w:rPr>
        <w:t>阅读下面的文字，分别回答问题。</w:t>
      </w:r>
    </w:p>
    <w:p>
      <w:pPr>
        <w:spacing w:line="360" w:lineRule="auto"/>
        <w:jc w:val="center"/>
        <w:textAlignment w:val="center"/>
        <w:rPr>
          <w:rFonts w:ascii="楷体" w:eastAsia="楷体" w:hAnsi="楷体" w:cs="楷体"/>
          <w:color w:val="000000"/>
        </w:rPr>
      </w:pPr>
      <w:r>
        <w:rPr>
          <w:rFonts w:ascii="楷体" w:eastAsia="楷体" w:hAnsi="楷体" w:cs="楷体"/>
          <w:color w:val="000000"/>
        </w:rPr>
        <w:t>父亲的车灯</w:t>
      </w:r>
    </w:p>
    <w:p>
      <w:pPr>
        <w:spacing w:line="360" w:lineRule="auto"/>
        <w:jc w:val="center"/>
        <w:textAlignment w:val="center"/>
        <w:rPr>
          <w:rFonts w:ascii="楷体" w:eastAsia="楷体" w:hAnsi="楷体" w:cs="楷体"/>
          <w:color w:val="000000"/>
        </w:rPr>
      </w:pPr>
      <w:r>
        <w:rPr>
          <w:rFonts w:ascii="楷体" w:eastAsia="楷体" w:hAnsi="楷体" w:cs="楷体"/>
          <w:color w:val="000000"/>
        </w:rPr>
        <w:t>管秋实</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①凌晨，外面还一片漆黑，客厅就传出窸窸窣窣的穿衣声。那是父亲又在套他那身</w:t>
      </w:r>
      <w:r>
        <w:rPr>
          <w:rFonts w:ascii="宋体" w:eastAsia="宋体" w:hAnsi="宋体" w:cs="宋体"/>
          <w:color w:val="000000"/>
        </w:rPr>
        <w:t>“</w:t>
      </w:r>
      <w:r>
        <w:rPr>
          <w:rFonts w:ascii="楷体" w:eastAsia="楷体" w:hAnsi="楷体" w:cs="楷体"/>
          <w:color w:val="000000"/>
        </w:rPr>
        <w:t>装备</w:t>
      </w:r>
      <w:r>
        <w:rPr>
          <w:rFonts w:ascii="宋体" w:eastAsia="宋体" w:hAnsi="宋体" w:cs="宋体"/>
          <w:color w:val="000000"/>
        </w:rPr>
        <w:t>”</w:t>
      </w:r>
      <w:r>
        <w:rPr>
          <w:rFonts w:ascii="楷体" w:eastAsia="楷体" w:hAnsi="楷体" w:cs="楷体"/>
          <w:color w:val="000000"/>
        </w:rPr>
        <w:t>，一副承受了不知多少风雪的护膝，一只因日晒雨淋而斑驳不堪的头盔。几分钟后，打开车灯，奔赴数十里外的学校——父亲是一名乡村教师。</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②曾经，我以为父亲如那辆摩托车的车灯，两道光柱直刺暗夜，而我，只需轻轻一抬腿，踏上平坦大道。这个想法一直伴随了我好多年。</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③经过父亲的悉心指导，我考入了县城最好的学校。家离学校很远，如果住校；在学校附近租房子，窘迫的家境更不允许。父亲四下打听，便与亲戚商定，暂时借住。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④学校与住处一南一北，仍然有一段不短的路程，怎么办？父亲略一思索，我送你！</w:t>
      </w:r>
      <w:r>
        <w:rPr>
          <w:rFonts w:ascii="宋体" w:eastAsia="宋体" w:hAnsi="宋体" w:cs="宋体"/>
          <w:color w:val="000000"/>
        </w:rPr>
        <w:t>”</w:t>
      </w:r>
      <w:r>
        <w:rPr>
          <w:rFonts w:ascii="楷体" w:eastAsia="楷体" w:hAnsi="楷体" w:cs="楷体"/>
          <w:color w:val="000000"/>
        </w:rPr>
        <w:t>从此，每天早晨，送我上学，然后自己赶往学校上课，风雨无阻。【甲】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⑤班级有些同学家境殷实，汽车接送都是</w:t>
      </w:r>
      <w:r>
        <w:rPr>
          <w:rFonts w:ascii="宋体" w:eastAsia="宋体" w:hAnsi="宋体" w:cs="宋体"/>
          <w:color w:val="000000"/>
        </w:rPr>
        <w:t>“</w:t>
      </w:r>
      <w:r>
        <w:rPr>
          <w:rFonts w:ascii="楷体" w:eastAsia="楷体" w:hAnsi="楷体" w:cs="楷体"/>
          <w:color w:val="000000"/>
        </w:rPr>
        <w:t>标配</w:t>
      </w:r>
      <w:r>
        <w:rPr>
          <w:rFonts w:ascii="宋体" w:eastAsia="宋体" w:hAnsi="宋体" w:cs="宋体"/>
          <w:color w:val="000000"/>
        </w:rPr>
        <w:t>”</w:t>
      </w:r>
      <w:r>
        <w:rPr>
          <w:rFonts w:ascii="楷体" w:eastAsia="楷体" w:hAnsi="楷体" w:cs="楷体"/>
          <w:color w:val="000000"/>
        </w:rPr>
        <w:t>，</w:t>
      </w:r>
      <w:r>
        <w:rPr>
          <w:rFonts w:ascii="宋体" w:eastAsia="宋体" w:hAnsi="宋体" w:cs="宋体"/>
          <w:color w:val="000000"/>
        </w:rPr>
        <w:t>“</w:t>
      </w:r>
      <w:r>
        <w:rPr>
          <w:rFonts w:ascii="楷体" w:eastAsia="楷体" w:hAnsi="楷体" w:cs="楷体"/>
          <w:color w:val="000000"/>
        </w:rPr>
        <w:t>四轮子</w:t>
      </w:r>
      <w:r>
        <w:rPr>
          <w:rFonts w:ascii="宋体" w:eastAsia="宋体" w:hAnsi="宋体" w:cs="宋体"/>
          <w:color w:val="000000"/>
        </w:rPr>
        <w:t>”</w:t>
      </w:r>
      <w:r>
        <w:rPr>
          <w:rFonts w:ascii="楷体" w:eastAsia="楷体" w:hAnsi="楷体" w:cs="楷体"/>
          <w:color w:val="000000"/>
        </w:rPr>
        <w:t>风不透雨不漏，父亲的摩托车则灰头土脸。【乙】渐渐地，每当跨上父亲的摩托车，我心里就感到特别憋屈。我开始抱怨，为何别的同学条件优越，而我找个住处都难；为何同学们穿着一件件名牌，而我只有一身校服；为何同学家的车灯那么明亮，而父亲的车灯却如此昏暗……【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⑥终于，压抑爆发了。那天，父亲的摩托车车灯坏了，一不小心，我们父子连人带车摔在路边的田野里。我</w:t>
      </w:r>
      <w:r>
        <w:rPr>
          <w:rFonts w:ascii="楷体" w:eastAsia="楷体" w:hAnsi="楷体" w:cs="楷体"/>
          <w:color w:val="000000"/>
          <w:em w:val="dot"/>
        </w:rPr>
        <w:t>一</w:t>
      </w:r>
      <w:r>
        <w:rPr>
          <w:rFonts w:ascii="楷体" w:eastAsia="楷体" w:hAnsi="楷体" w:cs="楷体"/>
          <w:color w:val="000000"/>
        </w:rPr>
        <w:t>爬起来</w:t>
      </w:r>
      <w:r>
        <w:rPr>
          <w:rFonts w:ascii="楷体" w:eastAsia="楷体" w:hAnsi="楷体" w:cs="楷体"/>
          <w:color w:val="000000"/>
          <w:em w:val="dot"/>
        </w:rPr>
        <w:t>就</w:t>
      </w:r>
      <w:r>
        <w:rPr>
          <w:rFonts w:ascii="楷体" w:eastAsia="楷体" w:hAnsi="楷体" w:cs="楷体"/>
          <w:color w:val="000000"/>
        </w:rPr>
        <w:t>冲着父亲大吼，心中的那股怨气</w:t>
      </w:r>
      <w:r>
        <w:rPr>
          <w:rFonts w:ascii="楷体" w:eastAsia="楷体" w:hAnsi="楷体" w:cs="楷体"/>
          <w:color w:val="000000"/>
          <w:em w:val="dot"/>
        </w:rPr>
        <w:t>一下子</w:t>
      </w:r>
      <w:r>
        <w:rPr>
          <w:rFonts w:ascii="楷体" w:eastAsia="楷体" w:hAnsi="楷体" w:cs="楷体"/>
          <w:color w:val="000000"/>
        </w:rPr>
        <w:t>喷涌而出。【丁】父亲一声不吭，满手的泥巴，默默地抹掉粘在脸上的草叶，走上来拍去我身上的泥土。</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⑦借着远处微弱的路灯光，我瞥见父亲身上穿了多年的棉袄被划出一道新口子，内囊翻了出来，黄里透黑。</w:t>
      </w:r>
      <w:r>
        <w:rPr>
          <w:rFonts w:ascii="楷体" w:eastAsia="楷体" w:hAnsi="楷体" w:cs="楷体"/>
          <w:color w:val="000000"/>
          <w:u w:val="single"/>
        </w:rPr>
        <w:t>眼前的一幕像一根针扎在我的心头，我羞愧、懊悔、自责。</w:t>
      </w:r>
      <w:r>
        <w:rPr>
          <w:rFonts w:ascii="楷体" w:eastAsia="楷体" w:hAnsi="楷体" w:cs="楷体"/>
          <w:color w:val="000000"/>
        </w:rPr>
        <w:t>我凭什么与同学攀比吃穿？我有什么资格抱怨自己的家人能力有限？而我又为何不能像父亲那样去奋斗？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⑧这一摔，倒下的是躯体，站直了的却是精神。</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⑨从那时起，我学习的内驱力与日俱增，那摔坏的车灯在鞭策我奋力前行。期中考试后，我作了发言：</w:t>
      </w:r>
      <w:r>
        <w:rPr>
          <w:rFonts w:ascii="宋体" w:eastAsia="宋体" w:hAnsi="宋体" w:cs="宋体"/>
          <w:color w:val="000000"/>
        </w:rPr>
        <w:t>“</w:t>
      </w:r>
      <w:r>
        <w:rPr>
          <w:rFonts w:ascii="楷体" w:eastAsia="楷体" w:hAnsi="楷体" w:cs="楷体"/>
          <w:color w:val="000000"/>
        </w:rPr>
        <w:t>我的父亲是一位平凡的乡村教师，每天坚持用一辆破旧的摩托车接送、奔波，它像一盏明灯，指引着我前行的路。</w:t>
      </w:r>
      <w:r>
        <w:rPr>
          <w:rFonts w:ascii="宋体" w:eastAsia="宋体" w:hAnsi="宋体" w:cs="宋体"/>
          <w:color w:val="000000"/>
        </w:rPr>
        <w:t>”</w:t>
      </w:r>
      <w:r>
        <w:rPr>
          <w:rFonts w:ascii="楷体" w:eastAsia="楷体" w:hAnsi="楷体" w:cs="楷体"/>
          <w:color w:val="000000"/>
        </w:rPr>
        <w:t>台下，故意地咳嗽几声。</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⑩会后，我前所未有地拥抱了一下父亲，并催促说：</w:t>
      </w:r>
      <w:r>
        <w:rPr>
          <w:rFonts w:ascii="宋体" w:eastAsia="宋体" w:hAnsi="宋体" w:cs="宋体"/>
          <w:color w:val="000000"/>
        </w:rPr>
        <w:t>“</w:t>
      </w:r>
      <w:r>
        <w:rPr>
          <w:rFonts w:ascii="楷体" w:eastAsia="楷体" w:hAnsi="楷体" w:cs="楷体"/>
          <w:color w:val="000000"/>
        </w:rPr>
        <w:t>爸，赶快把摩托车的车灯修好吧！”</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⑪父亲说：</w:t>
      </w:r>
      <w:r>
        <w:rPr>
          <w:rFonts w:ascii="宋体" w:eastAsia="宋体" w:hAnsi="宋体" w:cs="宋体"/>
          <w:color w:val="000000"/>
        </w:rPr>
        <w:t>“</w:t>
      </w:r>
      <w:r>
        <w:rPr>
          <w:rFonts w:ascii="楷体" w:eastAsia="楷体" w:hAnsi="楷体" w:cs="楷体"/>
          <w:color w:val="000000"/>
        </w:rPr>
        <w:t>不需要修了，你已经在心里装上了一盏更亮的灯！</w:t>
      </w:r>
      <w:r>
        <w:rPr>
          <w:rFonts w:ascii="宋体" w:eastAsia="宋体" w:hAnsi="宋体" w:cs="宋体"/>
          <w:color w:val="000000"/>
        </w:rPr>
        <w:t>”</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（选自《意林》，有删改）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下面的句子出自原文，它在文中最合适的位置是（   ）</w:t>
      </w:r>
    </w:p>
    <w:p>
      <w:pPr>
        <w:spacing w:line="360" w:lineRule="auto"/>
        <w:jc w:val="left"/>
        <w:textAlignment w:val="center"/>
        <w:rPr>
          <w:rFonts w:ascii="宋体" w:eastAsia="宋体" w:hAnsi="宋体" w:cs="宋体"/>
          <w:color w:val="000000"/>
        </w:rPr>
      </w:pPr>
      <w:r>
        <w:rPr>
          <w:rFonts w:ascii="宋体" w:eastAsia="宋体" w:hAnsi="宋体" w:cs="宋体"/>
          <w:color w:val="000000"/>
        </w:rPr>
        <w:t>我茫然、埋怨、嫉恨……</w:t>
      </w:r>
    </w:p>
    <w:p>
      <w:pPr>
        <w:tabs>
          <w:tab w:val="left" w:pos="2436"/>
          <w:tab w:val="left" w:pos="4873"/>
          <w:tab w:val="left" w:pos="7309"/>
        </w:tabs>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【甲】</w:t>
      </w:r>
      <w:r>
        <w:rPr>
          <w:rFonts w:ascii="宋体" w:eastAsia="宋体" w:hAnsi="宋体" w:cs="宋体"/>
          <w:color w:val="000000"/>
        </w:rPr>
        <w:tab/>
      </w:r>
      <w:r>
        <w:rPr>
          <w:rFonts w:ascii="宋体" w:eastAsia="宋体" w:hAnsi="宋体" w:cs="宋体"/>
          <w:color w:val="000000"/>
        </w:rPr>
        <w:t xml:space="preserve">B. </w:t>
      </w:r>
      <w:r>
        <w:rPr>
          <w:rFonts w:ascii="宋体" w:eastAsia="宋体" w:hAnsi="宋体" w:cs="宋体"/>
          <w:color w:val="000000"/>
        </w:rPr>
        <w:t>【乙】</w:t>
      </w:r>
      <w:r>
        <w:rPr>
          <w:rFonts w:ascii="宋体" w:eastAsia="宋体" w:hAnsi="宋体" w:cs="宋体"/>
          <w:color w:val="000000"/>
        </w:rPr>
        <w:tab/>
      </w:r>
      <w:r>
        <w:rPr>
          <w:rFonts w:ascii="宋体" w:eastAsia="宋体" w:hAnsi="宋体" w:cs="宋体"/>
          <w:color w:val="000000"/>
        </w:rPr>
        <w:t xml:space="preserve">C. </w:t>
      </w:r>
      <w:r>
        <w:rPr>
          <w:rFonts w:ascii="宋体" w:eastAsia="宋体" w:hAnsi="宋体" w:cs="宋体"/>
          <w:color w:val="000000"/>
        </w:rPr>
        <w:t>【丙】</w:t>
      </w:r>
      <w:r>
        <w:rPr>
          <w:rFonts w:ascii="宋体" w:eastAsia="宋体" w:hAnsi="宋体" w:cs="宋体"/>
          <w:color w:val="000000"/>
        </w:rPr>
        <w:tab/>
      </w:r>
      <w:r>
        <w:rPr>
          <w:rFonts w:ascii="宋体" w:eastAsia="宋体" w:hAnsi="宋体" w:cs="宋体"/>
          <w:color w:val="000000"/>
        </w:rPr>
        <w:t xml:space="preserve">D. </w:t>
      </w:r>
      <w:r>
        <w:rPr>
          <w:rFonts w:ascii="宋体" w:eastAsia="宋体" w:hAnsi="宋体" w:cs="宋体"/>
          <w:color w:val="000000"/>
        </w:rPr>
        <w:t>【丁】</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品味下列句子，根据括号内的提示和要求简要作答。</w:t>
      </w:r>
    </w:p>
    <w:p>
      <w:pPr>
        <w:spacing w:line="360" w:lineRule="auto"/>
        <w:jc w:val="left"/>
        <w:textAlignment w:val="center"/>
        <w:rPr>
          <w:rFonts w:ascii="宋体" w:eastAsia="宋体" w:hAnsi="宋体" w:cs="宋体"/>
          <w:color w:val="000000"/>
        </w:rPr>
      </w:pPr>
      <w:r>
        <w:rPr>
          <w:rFonts w:ascii="宋体" w:eastAsia="宋体" w:hAnsi="宋体" w:cs="宋体"/>
          <w:color w:val="000000"/>
        </w:rPr>
        <w:t>①我</w:t>
      </w:r>
      <w:r>
        <w:rPr>
          <w:rFonts w:ascii="宋体" w:eastAsia="宋体" w:hAnsi="宋体" w:cs="宋体"/>
          <w:color w:val="000000"/>
          <w:em w:val="dot"/>
        </w:rPr>
        <w:t>一</w:t>
      </w:r>
      <w:r>
        <w:rPr>
          <w:rFonts w:ascii="宋体" w:eastAsia="宋体" w:hAnsi="宋体" w:cs="宋体"/>
          <w:color w:val="000000"/>
        </w:rPr>
        <w:t>爬起来</w:t>
      </w:r>
      <w:r>
        <w:rPr>
          <w:rFonts w:ascii="宋体" w:eastAsia="宋体" w:hAnsi="宋体" w:cs="宋体"/>
          <w:color w:val="000000"/>
          <w:em w:val="dot"/>
        </w:rPr>
        <w:t>就</w:t>
      </w:r>
      <w:r>
        <w:rPr>
          <w:rFonts w:ascii="宋体" w:eastAsia="宋体" w:hAnsi="宋体" w:cs="宋体"/>
          <w:color w:val="000000"/>
        </w:rPr>
        <w:t>冲着父亲大吼，心中的那股怨气</w:t>
      </w:r>
      <w:r>
        <w:rPr>
          <w:rFonts w:ascii="宋体" w:eastAsia="宋体" w:hAnsi="宋体" w:cs="宋体"/>
          <w:color w:val="000000"/>
          <w:em w:val="dot"/>
        </w:rPr>
        <w:t>一下子</w:t>
      </w:r>
      <w:r>
        <w:rPr>
          <w:rFonts w:ascii="宋体" w:eastAsia="宋体" w:hAnsi="宋体" w:cs="宋体"/>
          <w:color w:val="000000"/>
        </w:rPr>
        <w:t>喷涌而出。（赏析加点词语的作用）</w:t>
      </w:r>
    </w:p>
    <w:p>
      <w:pPr>
        <w:spacing w:line="360" w:lineRule="auto"/>
        <w:jc w:val="left"/>
        <w:textAlignment w:val="center"/>
        <w:rPr>
          <w:rFonts w:ascii="宋体" w:eastAsia="宋体" w:hAnsi="宋体" w:cs="宋体"/>
          <w:color w:val="000000"/>
        </w:rPr>
      </w:pPr>
      <w:r>
        <w:rPr>
          <w:rFonts w:ascii="宋体" w:eastAsia="宋体" w:hAnsi="宋体" w:cs="宋体"/>
          <w:color w:val="000000"/>
        </w:rPr>
        <w:t>②眼前的一幕像一根针扎在我的心头，我羞愧、懊悔、自责。（从修辞的角度赏析句子的表达效果）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第⑧段单独成段，在</w:t>
      </w:r>
      <w:r>
        <w:rPr>
          <w:rFonts w:ascii="宋体" w:eastAsia="宋体" w:hAnsi="宋体" w:cs="宋体"/>
          <w:color w:val="000000"/>
          <w:em w:val="dot"/>
        </w:rPr>
        <w:t>结构上</w:t>
      </w:r>
      <w:r>
        <w:rPr>
          <w:rFonts w:ascii="宋体" w:eastAsia="宋体" w:hAnsi="宋体" w:cs="宋体"/>
          <w:color w:val="000000"/>
        </w:rPr>
        <w:t>的作用是</w:t>
      </w:r>
      <w:r>
        <w:rPr>
          <w:rFonts w:ascii="宋体" w:eastAsia="宋体" w:hAnsi="宋体" w:cs="宋体"/>
          <w:color w:val="000000"/>
        </w:rPr>
        <w:t>___</w:t>
      </w:r>
      <w:r>
        <w:rPr>
          <w:rFonts w:ascii="宋体" w:eastAsia="宋体" w:hAnsi="宋体" w:cs="宋体"/>
          <w:color w:val="000000"/>
        </w:rPr>
        <w:t>，在</w:t>
      </w:r>
      <w:r>
        <w:rPr>
          <w:rFonts w:ascii="宋体" w:eastAsia="宋体" w:hAnsi="宋体" w:cs="宋体"/>
          <w:color w:val="000000"/>
          <w:em w:val="dot"/>
        </w:rPr>
        <w:t>内容上</w:t>
      </w:r>
      <w:r>
        <w:rPr>
          <w:rFonts w:ascii="宋体" w:eastAsia="宋体" w:hAnsi="宋体" w:cs="宋体"/>
          <w:color w:val="000000"/>
        </w:rPr>
        <w:t>的作用是</w:t>
      </w:r>
      <w:r>
        <w:rPr>
          <w:rFonts w:ascii="宋体" w:eastAsia="宋体" w:hAnsi="宋体" w:cs="宋体"/>
          <w:color w:val="000000"/>
        </w:rPr>
        <w:t>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（4）</w:t>
      </w:r>
      <w:r>
        <w:rPr>
          <w:rFonts w:ascii="宋体" w:eastAsia="宋体" w:hAnsi="宋体" w:cs="宋体"/>
          <w:color w:val="000000"/>
        </w:rPr>
        <w:t>文中的父亲是个怎样的人？请结合内容具体分析。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（5）</w:t>
      </w:r>
      <w:r>
        <w:rPr>
          <w:rFonts w:ascii="宋体" w:eastAsia="宋体" w:hAnsi="宋体" w:cs="宋体"/>
          <w:color w:val="000000"/>
        </w:rPr>
        <w:t>请简要说说本文标题的作用。</w:t>
      </w:r>
    </w:p>
    <w:p>
      <w:pPr>
        <w:spacing w:line="360" w:lineRule="auto"/>
        <w:textAlignment w:val="center"/>
        <w:rPr>
          <w:rFonts w:ascii="宋体" w:eastAsia="宋体" w:hAnsi="宋体" w:cs="宋体"/>
          <w:color w:val="000000"/>
        </w:rPr>
      </w:pPr>
      <w:r>
        <w:rPr>
          <w:color w:val="2E75B6"/>
        </w:rPr>
        <w:t>【答案】</w:t>
      </w:r>
      <w:r>
        <w:rPr>
          <w:color w:val="000000"/>
        </w:rPr>
        <w:t>（1）</w:t>
      </w:r>
      <w:r>
        <w:rPr>
          <w:color w:val="000000"/>
        </w:rPr>
        <w:t>C</w:t>
      </w:r>
      <w:r>
        <w:rPr>
          <w:color w:val="000000"/>
        </w:rPr>
        <w:t xml:space="preserve">    </w:t>
      </w:r>
      <w:r>
        <w:rPr>
          <w:color w:val="000000"/>
        </w:rPr>
        <w:t>（2）</w:t>
      </w:r>
      <w:r>
        <w:rPr>
          <w:rFonts w:ascii="宋体" w:eastAsia="宋体" w:hAnsi="宋体" w:cs="宋体"/>
          <w:color w:val="000000"/>
        </w:rPr>
        <w:t>①“一……就”、“一下子”表现“我”怒气爆发的速度之快、埋怨，表达了“我”内心的怨恨之情。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②这句话运用比喻的修辞手法。生动形象地写出了“我”反省时羞愧、自责之情。</w:t>
      </w:r>
      <w:r>
        <w:rPr>
          <w:color w:val="000000"/>
        </w:rPr>
        <w:t xml:space="preserve">    </w:t>
      </w:r>
    </w:p>
    <w:p>
      <w:pPr>
        <w:spacing w:line="360" w:lineRule="auto"/>
        <w:jc w:val="left"/>
        <w:textAlignment w:val="center"/>
        <w:rPr>
          <w:rFonts w:ascii="宋体" w:eastAsia="宋体" w:hAnsi="宋体" w:cs="宋体"/>
          <w:color w:val="000000"/>
        </w:rPr>
      </w:pPr>
      <w:r>
        <w:rPr>
          <w:color w:val="000000"/>
        </w:rPr>
        <w:t>（3）</w:t>
      </w:r>
      <w:r>
        <w:rPr>
          <w:color w:val="000000"/>
        </w:rPr>
        <w:t xml:space="preserve">    ①. </w:t>
      </w:r>
      <w:r>
        <w:rPr>
          <w:rFonts w:ascii="宋体" w:eastAsia="宋体" w:hAnsi="宋体" w:cs="宋体"/>
          <w:color w:val="000000"/>
        </w:rPr>
        <w:t>结构上：承上启下</w:t>
      </w:r>
      <w:r>
        <w:rPr>
          <w:color w:val="000000"/>
        </w:rPr>
        <w:t xml:space="preserve">    ②. </w:t>
      </w:r>
      <w:r>
        <w:rPr>
          <w:rFonts w:ascii="宋体" w:eastAsia="宋体" w:hAnsi="宋体" w:cs="宋体"/>
          <w:color w:val="000000"/>
        </w:rPr>
        <w:t>内容上：承接了上文“我”和父亲摔倒的情节。</w:t>
      </w:r>
      <w:r>
        <w:rPr>
          <w:color w:val="000000"/>
        </w:rPr>
        <w:t xml:space="preserve">    </w:t>
      </w:r>
    </w:p>
    <w:p>
      <w:pPr>
        <w:spacing w:line="360" w:lineRule="auto"/>
        <w:jc w:val="left"/>
        <w:textAlignment w:val="center"/>
        <w:rPr>
          <w:rFonts w:ascii="宋体" w:eastAsia="宋体" w:hAnsi="宋体" w:cs="宋体"/>
          <w:color w:val="000000"/>
        </w:rPr>
      </w:pPr>
      <w:r>
        <w:rPr>
          <w:color w:val="000000"/>
        </w:rPr>
        <w:t>（4）</w:t>
      </w:r>
      <w:r>
        <w:rPr>
          <w:rFonts w:ascii="宋体" w:eastAsia="宋体" w:hAnsi="宋体" w:cs="宋体"/>
          <w:color w:val="000000"/>
        </w:rPr>
        <w:t>①勤劳俭朴：他每天清晨套上“装备”，骑着老旧的摩托车。棉袄穿了多年，黄里透黑。</w:t>
      </w:r>
    </w:p>
    <w:p>
      <w:pPr>
        <w:spacing w:line="360" w:lineRule="auto"/>
        <w:jc w:val="left"/>
        <w:textAlignment w:val="center"/>
        <w:rPr>
          <w:rFonts w:ascii="宋体" w:eastAsia="宋体" w:hAnsi="宋体" w:cs="宋体"/>
          <w:color w:val="000000"/>
        </w:rPr>
      </w:pPr>
      <w:r>
        <w:rPr>
          <w:rFonts w:ascii="宋体" w:eastAsia="宋体" w:hAnsi="宋体" w:cs="宋体"/>
          <w:color w:val="000000"/>
        </w:rPr>
        <w:t>②疼爱子女：悉心教导“我”学习，每天早晨帮“我”裹严实；“我”冲他发火时。</w:t>
      </w:r>
    </w:p>
    <w:p>
      <w:pPr>
        <w:spacing w:line="360" w:lineRule="auto"/>
        <w:jc w:val="left"/>
        <w:textAlignment w:val="center"/>
        <w:rPr>
          <w:rFonts w:ascii="宋体" w:eastAsia="宋体" w:hAnsi="宋体" w:cs="宋体"/>
          <w:color w:val="000000"/>
        </w:rPr>
      </w:pPr>
      <w:r>
        <w:rPr>
          <w:rFonts w:ascii="宋体" w:eastAsia="宋体" w:hAnsi="宋体" w:cs="宋体"/>
          <w:color w:val="000000"/>
        </w:rPr>
        <w:t>③执著坚韧：每天早晨，风雨无阻送“我”上学。</w:t>
      </w:r>
      <w:r>
        <w:rPr>
          <w:color w:val="000000"/>
        </w:rPr>
        <w:t xml:space="preserve">    </w:t>
      </w:r>
    </w:p>
    <w:p>
      <w:pPr>
        <w:spacing w:line="360" w:lineRule="auto"/>
        <w:jc w:val="left"/>
        <w:textAlignment w:val="center"/>
        <w:rPr>
          <w:rFonts w:ascii="宋体" w:eastAsia="宋体" w:hAnsi="宋体" w:cs="宋体"/>
          <w:color w:val="000000"/>
        </w:rPr>
      </w:pPr>
      <w:r>
        <w:rPr>
          <w:color w:val="000000"/>
        </w:rPr>
        <w:t>（5）</w:t>
      </w:r>
      <w:r>
        <w:rPr>
          <w:rFonts w:ascii="宋体" w:eastAsia="宋体" w:hAnsi="宋体" w:cs="宋体"/>
          <w:color w:val="000000"/>
        </w:rPr>
        <w:t>①是贯穿全文的线索；②设置悬念，激发读者阅读兴趣；③交代文章主要内容：父亲围绕车灯发生的一系列事件；④“车灯”象征了父亲的品格，父亲的品格如车灯般明亮，指引“我”前行。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本题考查语句连贯。</w:t>
      </w:r>
    </w:p>
    <w:p>
      <w:pPr>
        <w:spacing w:line="360" w:lineRule="auto"/>
        <w:jc w:val="left"/>
        <w:textAlignment w:val="center"/>
        <w:rPr>
          <w:rFonts w:ascii="宋体" w:eastAsia="宋体" w:hAnsi="宋体" w:cs="宋体"/>
          <w:color w:val="000000"/>
        </w:rPr>
      </w:pPr>
      <w:r>
        <w:rPr>
          <w:color w:val="000000"/>
        </w:rPr>
        <w:t>根据前</w:t>
      </w:r>
      <w:r>
        <w:rPr>
          <w:rFonts w:ascii="宋体" w:eastAsia="宋体" w:hAnsi="宋体" w:cs="宋体"/>
          <w:color w:val="000000"/>
        </w:rPr>
        <w:t>后文的语意、逻辑、思想情感来判断。根据第⑤段“渐渐地，每当跨上父亲的摩托车，我心里就感到特别憋屈。我开始抱怨”表现了“我”心理的变化过程；“我茫然、埋怨、嫉恨……”，承接了前文“我”心理的变化，引出下文第⑥段“终于，压抑爆发了”据此，放在丙处最恰当。</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本题考查句子赏析。</w:t>
      </w:r>
    </w:p>
    <w:p>
      <w:pPr>
        <w:spacing w:line="360" w:lineRule="auto"/>
        <w:jc w:val="left"/>
        <w:textAlignment w:val="center"/>
        <w:rPr>
          <w:rFonts w:ascii="宋体" w:eastAsia="宋体" w:hAnsi="宋体" w:cs="宋体"/>
          <w:color w:val="000000"/>
        </w:rPr>
      </w:pPr>
      <w:r>
        <w:rPr>
          <w:color w:val="000000"/>
        </w:rPr>
        <w:t>①从</w:t>
      </w:r>
      <w:r>
        <w:rPr>
          <w:rFonts w:ascii="宋体" w:eastAsia="宋体" w:hAnsi="宋体" w:cs="宋体"/>
          <w:color w:val="000000"/>
        </w:rPr>
        <w:t>加点词语的表达效果角度着手分析，“一……就”、“一下子”意思是“立即”“马上”，结合第⑥段“终于，压抑爆发了”突出了“心中的那股怨气”爆发的速度之快，表现了“我”心理压抑太久，内心极度的怨恨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②从修辞角度着手分析。这个句子运用比喻的修辞，把“眼前的一幕”比作“一根针”，生动形象地写出了我在瞥见父亲破旧棉袄的内囊的棉花已结成块，黄里透黑时，内心的刺痛，表现了“我”反省自己行为后内心羞愧、懊恼、自责之情，对父亲充满了心疼。</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本题考查语段的作用。</w:t>
      </w:r>
    </w:p>
    <w:p>
      <w:pPr>
        <w:spacing w:line="360" w:lineRule="auto"/>
        <w:jc w:val="left"/>
        <w:textAlignment w:val="center"/>
        <w:rPr>
          <w:rFonts w:ascii="宋体" w:eastAsia="宋体" w:hAnsi="宋体" w:cs="宋体"/>
          <w:color w:val="000000"/>
        </w:rPr>
      </w:pPr>
      <w:r>
        <w:rPr>
          <w:color w:val="000000"/>
        </w:rPr>
        <w:t>从结构和内容</w:t>
      </w:r>
      <w:r>
        <w:rPr>
          <w:rFonts w:ascii="宋体" w:eastAsia="宋体" w:hAnsi="宋体" w:cs="宋体"/>
          <w:color w:val="000000"/>
        </w:rPr>
        <w:t>两个方面来分析。“这一摔，倒下的是躯体”承接了前文第⑥段“那天，父亲的摩托车车灯坏了，天黑路滑，一不小心……”的情节；“站直了的却是精神”引出了后文第⑨段“从那时起，我学习的内驱力与日俱增，那摔坏的车灯在鞭策我奋力前行……”的情节，据此可知，第⑧段在结构上的作用是承上启下，在内容上的作用是承接了上文“我”和父亲摔倒的情节，引出下文“我”奋力前行的内容。</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本题考查人物评价。</w:t>
      </w:r>
    </w:p>
    <w:p>
      <w:pPr>
        <w:spacing w:line="360" w:lineRule="auto"/>
        <w:jc w:val="left"/>
        <w:textAlignment w:val="center"/>
        <w:rPr>
          <w:rFonts w:ascii="宋体" w:eastAsia="宋体" w:hAnsi="宋体" w:cs="宋体"/>
          <w:color w:val="000000"/>
        </w:rPr>
      </w:pPr>
      <w:r>
        <w:rPr>
          <w:color w:val="000000"/>
        </w:rPr>
        <w:t>结合文章内容</w:t>
      </w:r>
      <w:r>
        <w:rPr>
          <w:rFonts w:ascii="宋体" w:eastAsia="宋体" w:hAnsi="宋体" w:cs="宋体"/>
          <w:color w:val="000000"/>
        </w:rPr>
        <w:t>，抓住人物描写的语句和作者评价性的语句来分析概括。根据第①段“凌晨，外面还一片漆黑，客厅就传出窸窸窣窣的穿衣声。那是父亲又在套他那身‘装备’，一件老式军大衣，一副承受了不知多少风雪的护膝，一只因日晒雨淋而斑驳不堪的头盔。几分钟后，父亲会跨上那辆老旧的摩托车，打开车灯，奔赴数十里外的学”，第⑦段“我瞥见父亲身上穿了多年的棉袄被划出一道新口子，内囊翻了出来，一块块旧棉花已硬结成块，黄里透黑”这些描写可以概括出父亲“勤劳俭朴”的特点；根据第③段“经过父亲的悉心指导，我考入了县城最好的学校”，第④段“每天早晨，父亲都帮我裹严实，送我上学，然后自己赶往学校上课，风雨无阻”和第⑥段“我一爬起来就冲着父亲大吼，心中的那股怨气一下子喷涌而出。父亲一声不吭，满手的泥巴，默默地抹掉粘在脸上的草叶，走上来拍去我身上的泥土”这些语句可以看出父亲“疼爱子女”“执著坚韧”的特点。</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本题考查标题的作用。</w:t>
      </w:r>
    </w:p>
    <w:p>
      <w:pPr>
        <w:spacing w:line="360" w:lineRule="auto"/>
        <w:jc w:val="left"/>
        <w:textAlignment w:val="center"/>
        <w:rPr>
          <w:rFonts w:ascii="宋体" w:eastAsia="宋体" w:hAnsi="宋体" w:cs="宋体"/>
          <w:color w:val="000000"/>
        </w:rPr>
      </w:pPr>
      <w:r>
        <w:rPr>
          <w:color w:val="000000"/>
        </w:rPr>
        <w:t>标题通常有概括文</w:t>
      </w:r>
      <w:r>
        <w:rPr>
          <w:rFonts w:ascii="宋体" w:eastAsia="宋体" w:hAnsi="宋体" w:cs="宋体"/>
          <w:color w:val="000000"/>
        </w:rPr>
        <w:t>章主要内容、点明中心、作为行文线索、设置悬念吸引阅读兴趣等作用。文章第②段“我以为父亲如那辆摩托车的车灯，两道光柱直刺暗夜，照亮前方的路，而我，只需轻轻一抬腿，就能潇洒地跨过，踏上平坦大道”；主体部分第⑤段“为何同学家的车灯那么明亮，而父亲的车灯却如此昏暗”；结尾第⑪段“不需要修了，你已经在心里装上了一盏更亮的灯”，可知，文章是围绕“车灯”来组织材料，抒发情感的，它是全文的线索。“父亲的车灯”这个题目还能引发读者的思考，激发读者的阅读兴趣。这篇文章的主要内容也是围绕“车灯”展开的，题目概括了文章的主要内容。“车灯”的“两道光柱直刺暗夜，照亮前方的路”，“车灯”启发“我”像父亲那样去奋斗，它是父亲品格的象征。据此分析作答即可。</w:t>
      </w:r>
    </w:p>
    <w:p>
      <w:pPr>
        <w:spacing w:line="360" w:lineRule="auto"/>
        <w:jc w:val="left"/>
        <w:textAlignment w:val="center"/>
        <w:rPr>
          <w:rFonts w:ascii="宋体" w:eastAsia="宋体" w:hAnsi="宋体" w:cs="宋体"/>
          <w:color w:val="000000"/>
        </w:rPr>
      </w:pPr>
      <w:r>
        <w:rPr>
          <w:color w:val="000000"/>
        </w:rPr>
        <w:t xml:space="preserve">13. </w:t>
      </w:r>
      <w:r>
        <w:rPr>
          <w:rFonts w:ascii="宋体" w:eastAsia="宋体" w:hAnsi="宋体" w:cs="宋体"/>
          <w:color w:val="000000"/>
        </w:rPr>
        <w:t>阅读下面文字，完成下面小题。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形神兼备中国画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①中国画历史悠久，在中国数千年的绘画发展史上，画家辈出，在世界美术领域绽放出璀璨的光辉。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②中国画有整套独特的表现手法，不追求形象的逼真，而着力于意境的表现，形神兼备。中国画主要以笔墨纸砚为工具，有</w:t>
      </w:r>
      <w:r>
        <w:rPr>
          <w:rFonts w:ascii="宋体" w:eastAsia="宋体" w:hAnsi="宋体" w:cs="宋体"/>
          <w:color w:val="000000"/>
        </w:rPr>
        <w:t>“</w:t>
      </w:r>
      <w:r>
        <w:rPr>
          <w:rFonts w:ascii="楷体" w:eastAsia="楷体" w:hAnsi="楷体" w:cs="楷体"/>
          <w:color w:val="000000"/>
        </w:rPr>
        <w:t>书画同源</w:t>
      </w:r>
      <w:r>
        <w:rPr>
          <w:rFonts w:ascii="宋体" w:eastAsia="宋体" w:hAnsi="宋体" w:cs="宋体"/>
          <w:color w:val="000000"/>
        </w:rPr>
        <w:t>”</w:t>
      </w:r>
      <w:r>
        <w:rPr>
          <w:rFonts w:ascii="楷体" w:eastAsia="楷体" w:hAnsi="楷体" w:cs="楷体"/>
          <w:color w:val="000000"/>
        </w:rPr>
        <w:t>之说。中国画的颜料由天然的植物或矿物制成。画作以水墨为主体色，所以又称为</w:t>
      </w:r>
      <w:r>
        <w:rPr>
          <w:rFonts w:ascii="宋体" w:eastAsia="宋体" w:hAnsi="宋体" w:cs="宋体"/>
          <w:color w:val="000000"/>
        </w:rPr>
        <w:t>“</w:t>
      </w:r>
      <w:r>
        <w:rPr>
          <w:rFonts w:ascii="楷体" w:eastAsia="楷体" w:hAnsi="楷体" w:cs="楷体"/>
          <w:color w:val="000000"/>
        </w:rPr>
        <w:t>丹青</w:t>
      </w:r>
      <w:r>
        <w:rPr>
          <w:rFonts w:ascii="宋体" w:eastAsia="宋体" w:hAnsi="宋体" w:cs="宋体"/>
          <w:color w:val="000000"/>
        </w:rPr>
        <w:t>”</w:t>
      </w:r>
      <w:r>
        <w:rPr>
          <w:rFonts w:ascii="楷体" w:eastAsia="楷体" w:hAnsi="楷体" w:cs="楷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③中国画按照题材主要分为以下三类。</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④人物画是以人物为主体的绘画。从传世的人物画作中，后人可以一窥中国古代帝王将相的面容，还能看到仕女图表现的宫廷生活和风俗画中展现的市井百态等。这些画作人物形象惟妙惟肖</w:t>
      </w:r>
      <w:r>
        <w:rPr>
          <w:rFonts w:ascii="楷体" w:eastAsia="楷体" w:hAnsi="楷体" w:cs="楷体"/>
          <w:color w:val="000000"/>
          <w:u w:val="single"/>
        </w:rPr>
        <w:t>例如明代曾鲸的代表作《王时敏像》，画作中人物画得不大，线条流畅遒劲；背景则大幅留白，突出了人物形象，更彰显了人物的精神气度。</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山水画是以山川自然景观为主要对象的画作。中国人自古以来就认为山水蕴含着天地宇宙间无穷的奥妙，由此形成了独到的山水观。中国的山水画常常运用散点透视法，利用远近、高低的对比，极具空间感。例如宋代山水画的代表作《千里江山图》，这是一幅恢宏壮丽、色彩斑斓的巨幅山水作品，画幅几乎是同时期《清明上河图》的两倍。此画以略带俯视的角度横向展开全景式的大山大水，呈现出一派万象皆容的场景。画卷采用散点透视法，空间层次清晰。在色彩表现上，该画以色调浓重的矿物颜料绘成，还以赭石来渲染山脚、天色，并以笔墨线条皴染山石，殆众星之孤月也</w:t>
      </w:r>
      <w:r>
        <w:rPr>
          <w:rFonts w:ascii="宋体" w:eastAsia="宋体" w:hAnsi="宋体" w:cs="宋体"/>
          <w:color w:val="000000"/>
        </w:rPr>
        <w:t>”</w:t>
      </w:r>
      <w:r>
        <w:rPr>
          <w:rFonts w:ascii="楷体" w:eastAsia="楷体" w:hAnsi="楷体" w:cs="楷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花鸟画主要以花草树木、禽鸟鱼虫为题材。花鸟画表现的是边、角、点的小景，注重笔情墨趣。中国花鸟画并不只是纯粹的写生，而是紧紧抓住动植物与人的关系，中国花鸟画重视形似但不拘泥于形似，更崇尚意境与情趣。例如南宋赵孟坚的《春兰图》，摇曳多姿，舒展飘逸。兰叶、花瓣均以淡墨一笔绘出，画面旷淡清幽、意蕴无穷。画中左方题诗一首，以兰喻人。全图诗、书、画、印完美结合</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中国画体现出中华民族的哲学思想。人物画表现的是人类社会的生活风貌，山水画表现的是人与自然的关系，花鸟画则表现大自然的各种生命状态。三者的结合，这是中国人对哲学思考的艺术表现，也体现了艺术的真谛。</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⑧中国画是一门综合性的艺术。它将诗、书、印等元素与画结合，这些元素丰富了画面的内容，提升了图画的境界。中国画有壁画、屏风、卷轴、册页、扇面等多种画幅形式，给人带来更多的审美感受。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⑨领略中国画的魅力，不仅要欣赏画面，还要从古人的妙笔中感受他们的性情与哲思。</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请根据选文内容填空。</w:t>
      </w:r>
    </w:p>
    <w:p>
      <w:pPr>
        <w:spacing w:line="360" w:lineRule="auto"/>
        <w:jc w:val="left"/>
        <w:textAlignment w:val="center"/>
        <w:rPr>
          <w:rFonts w:ascii="宋体" w:eastAsia="宋体" w:hAnsi="宋体" w:cs="宋体"/>
          <w:color w:val="000000"/>
        </w:rPr>
      </w:pPr>
      <w:r>
        <w:rPr>
          <w:rFonts w:ascii="宋体" w:eastAsia="宋体" w:hAnsi="宋体" w:cs="宋体"/>
          <w:color w:val="000000"/>
        </w:rPr>
        <w:t>中国画按照题材主要分为</w:t>
      </w:r>
      <w:r>
        <w:rPr>
          <w:rFonts w:ascii="宋体" w:eastAsia="宋体" w:hAnsi="宋体" w:cs="宋体"/>
          <w:color w:val="000000"/>
        </w:rPr>
        <w:t>______</w:t>
      </w:r>
      <w:r>
        <w:rPr>
          <w:rFonts w:ascii="宋体" w:eastAsia="宋体" w:hAnsi="宋体" w:cs="宋体"/>
          <w:color w:val="000000"/>
        </w:rPr>
        <w:t>、</w:t>
      </w:r>
      <w:r>
        <w:rPr>
          <w:rFonts w:ascii="宋体" w:eastAsia="宋体" w:hAnsi="宋体" w:cs="宋体"/>
          <w:color w:val="000000"/>
        </w:rPr>
        <w:t>______</w:t>
      </w:r>
      <w:r>
        <w:rPr>
          <w:rFonts w:ascii="宋体" w:eastAsia="宋体" w:hAnsi="宋体" w:cs="宋体"/>
          <w:color w:val="000000"/>
        </w:rPr>
        <w:t>、</w:t>
      </w:r>
      <w:r>
        <w:rPr>
          <w:rFonts w:ascii="宋体" w:eastAsia="宋体" w:hAnsi="宋体" w:cs="宋体"/>
          <w:color w:val="000000"/>
        </w:rPr>
        <w:t>______</w:t>
      </w:r>
      <w:r>
        <w:rPr>
          <w:rFonts w:ascii="宋体" w:eastAsia="宋体" w:hAnsi="宋体" w:cs="宋体"/>
          <w:color w:val="000000"/>
        </w:rPr>
        <w:t>三类。</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选文第④段画线句使用了哪种说明方法？有何作用？</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请根据选文信息，说说下面的《梅花》扇面中，除了画以外可以增添的内容。</w:t>
      </w:r>
    </w:p>
    <w:p>
      <w:pPr>
        <w:spacing w:line="360" w:lineRule="auto"/>
        <w:jc w:val="left"/>
        <w:textAlignment w:val="center"/>
        <w:rPr>
          <w:color w:val="000000"/>
        </w:rPr>
      </w:pPr>
      <w:r>
        <w:rPr>
          <w:rFonts w:ascii="宋体" w:eastAsia="宋体" w:hAnsi="宋体" w:cs="宋体"/>
          <w:color w:val="000000"/>
        </w:rPr>
        <w:drawing>
          <wp:inline>
            <wp:extent cx="2362200" cy="1200150"/>
            <wp:docPr id="14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
                    <pic:cNvPicPr>
                      <a:picLocks noChangeAspect="1"/>
                    </pic:cNvPicPr>
                  </pic:nvPicPr>
                  <pic:blipFill>
                    <a:blip r:embed="rId91"/>
                    <a:stretch>
                      <a:fillRect/>
                    </a:stretch>
                  </pic:blipFill>
                  <pic:spPr>
                    <a:xfrm>
                      <a:off x="0" y="0"/>
                      <a:ext cx="2362200" cy="1200150"/>
                    </a:xfrm>
                    <a:prstGeom prst="rect">
                      <a:avLst/>
                    </a:prstGeom>
                  </pic:spPr>
                </pic:pic>
              </a:graphicData>
            </a:graphic>
          </wp:inline>
        </w:drawing>
      </w:r>
      <w:r>
        <w:rPr>
          <w:rFonts w:ascii="宋体" w:eastAsia="宋体" w:hAnsi="宋体" w:cs="宋体"/>
          <w:color w:val="000000"/>
        </w:rPr>
        <w:br/>
      </w:r>
    </w:p>
    <w:p>
      <w:pPr>
        <w:spacing w:line="360" w:lineRule="auto"/>
        <w:textAlignment w:val="center"/>
        <w:rPr>
          <w:rFonts w:ascii="宋体" w:eastAsia="宋体" w:hAnsi="宋体" w:cs="宋体"/>
          <w:color w:val="000000"/>
        </w:rPr>
      </w:pPr>
      <w:r>
        <w:rPr>
          <w:color w:val="2E75B6"/>
        </w:rPr>
        <w:t>【答案】</w:t>
      </w:r>
      <w:r>
        <w:rPr>
          <w:color w:val="000000"/>
        </w:rPr>
        <w:t>（1）</w:t>
      </w:r>
      <w:r>
        <w:rPr>
          <w:color w:val="000000"/>
        </w:rPr>
        <w:t xml:space="preserve">    ①. </w:t>
      </w:r>
      <w:r>
        <w:rPr>
          <w:rFonts w:ascii="宋体" w:eastAsia="宋体" w:hAnsi="宋体" w:cs="宋体"/>
          <w:color w:val="000000"/>
        </w:rPr>
        <w:t>人物画</w:t>
      </w:r>
      <w:r>
        <w:rPr>
          <w:color w:val="000000"/>
        </w:rPr>
        <w:t xml:space="preserve">    ②. </w:t>
      </w:r>
      <w:r>
        <w:rPr>
          <w:rFonts w:ascii="宋体" w:eastAsia="宋体" w:hAnsi="宋体" w:cs="宋体"/>
          <w:color w:val="000000"/>
        </w:rPr>
        <w:t>山水画</w:t>
      </w:r>
      <w:r>
        <w:rPr>
          <w:color w:val="000000"/>
        </w:rPr>
        <w:t xml:space="preserve">    ③. </w:t>
      </w:r>
      <w:r>
        <w:rPr>
          <w:rFonts w:ascii="宋体" w:eastAsia="宋体" w:hAnsi="宋体" w:cs="宋体"/>
          <w:color w:val="000000"/>
        </w:rPr>
        <w:t>花鸟画</w:t>
      </w:r>
      <w:r>
        <w:rPr>
          <w:color w:val="000000"/>
        </w:rPr>
        <w:t xml:space="preserve">    </w:t>
      </w:r>
    </w:p>
    <w:p>
      <w:pPr>
        <w:spacing w:line="360" w:lineRule="auto"/>
        <w:textAlignment w:val="center"/>
        <w:rPr>
          <w:rFonts w:ascii="宋体" w:eastAsia="宋体" w:hAnsi="宋体" w:cs="宋体"/>
          <w:color w:val="000000"/>
        </w:rPr>
      </w:pPr>
      <w:r>
        <w:rPr>
          <w:color w:val="000000"/>
        </w:rPr>
        <w:t>（2）</w:t>
      </w:r>
      <w:r>
        <w:rPr>
          <w:rFonts w:ascii="宋体" w:eastAsia="宋体" w:hAnsi="宋体" w:cs="宋体"/>
          <w:color w:val="000000"/>
        </w:rPr>
        <w:t>运用举例子的说明方法，列举了明代曾鲸的《王时敏像》的例子，注重表现人物精神风貌的特征。</w:t>
      </w:r>
      <w:r>
        <w:rPr>
          <w:color w:val="000000"/>
        </w:rPr>
        <w:t xml:space="preserve">    </w:t>
      </w:r>
    </w:p>
    <w:p>
      <w:pPr>
        <w:spacing w:line="360" w:lineRule="auto"/>
        <w:textAlignment w:val="center"/>
        <w:rPr>
          <w:rFonts w:ascii="宋体" w:eastAsia="宋体" w:hAnsi="宋体" w:cs="宋体"/>
          <w:color w:val="000000"/>
        </w:rPr>
      </w:pPr>
      <w:r>
        <w:rPr>
          <w:color w:val="000000"/>
        </w:rPr>
        <w:t>（3）</w:t>
      </w:r>
      <w:r>
        <w:rPr>
          <w:rFonts w:ascii="宋体" w:eastAsia="宋体" w:hAnsi="宋体" w:cs="宋体"/>
          <w:color w:val="000000"/>
        </w:rPr>
        <w:t>示例一：可以增添与梅花有关的诗句，诗句与梅花相得益彰，且以梅喻人。再盖上印章、书、画、印结合起来，提升图画的境界。</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示例二：可以增添“凌寒独自开”这句诗，并盖上印章，诗与画融为一体。题诗盖印，意境更深远。</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rPr>
          <w:color w:val="000000"/>
        </w:rPr>
        <w:t>本题考查筛选信息</w:t>
      </w:r>
      <w:r>
        <w:rPr>
          <w:rFonts w:ascii="宋体" w:eastAsia="宋体" w:hAnsi="宋体" w:cs="宋体"/>
          <w:color w:val="000000"/>
        </w:rPr>
        <w:t>的能力。</w:t>
      </w:r>
    </w:p>
    <w:p>
      <w:pPr>
        <w:spacing w:line="360" w:lineRule="auto"/>
        <w:jc w:val="left"/>
        <w:textAlignment w:val="center"/>
        <w:rPr>
          <w:rFonts w:ascii="宋体" w:eastAsia="宋体" w:hAnsi="宋体" w:cs="宋体"/>
          <w:color w:val="000000"/>
        </w:rPr>
      </w:pPr>
      <w:r>
        <w:rPr>
          <w:rFonts w:ascii="宋体" w:eastAsia="宋体" w:hAnsi="宋体" w:cs="宋体"/>
          <w:color w:val="000000"/>
        </w:rPr>
        <w:t>仔细读文，由第③段“中国画按照题材主要分为以下三类”，第④段“人物画是以人物为主体的绘画”，第⑤段“山水画是以山川自然景观为主要对象的画作”和第⑥段“花鸟画主要以花草树木、禽鸟鱼虫为题材”可知，中国画按照题材主要分为：人物画、山水画、花鸟画三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本题考查说明方法及其作用。</w:t>
      </w:r>
    </w:p>
    <w:p>
      <w:pPr>
        <w:spacing w:line="360" w:lineRule="auto"/>
        <w:jc w:val="left"/>
        <w:textAlignment w:val="center"/>
        <w:rPr>
          <w:rFonts w:ascii="宋体" w:eastAsia="宋体" w:hAnsi="宋体" w:cs="宋体"/>
          <w:color w:val="000000"/>
        </w:rPr>
      </w:pPr>
      <w:r>
        <w:rPr>
          <w:color w:val="000000"/>
        </w:rPr>
        <w:t>由</w:t>
      </w:r>
      <w:r>
        <w:rPr>
          <w:rFonts w:ascii="宋体" w:eastAsia="宋体" w:hAnsi="宋体" w:cs="宋体"/>
          <w:color w:val="000000"/>
        </w:rPr>
        <w:t>画线句“例如”可知，这句运用了举例子的说明方法，说明事物的特征往往在它附近的上下文中，它的前一句“这些画作人物形象惟妙惟肖，注重表现人物的精神风貌”就是举例子要说明的特征。</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本题考查拓展应用能力。</w:t>
      </w:r>
    </w:p>
    <w:p>
      <w:pPr>
        <w:spacing w:line="360" w:lineRule="auto"/>
        <w:jc w:val="left"/>
        <w:textAlignment w:val="center"/>
        <w:rPr>
          <w:rFonts w:ascii="宋体" w:eastAsia="宋体" w:hAnsi="宋体" w:cs="宋体"/>
          <w:color w:val="000000"/>
        </w:rPr>
      </w:pPr>
      <w:r>
        <w:rPr>
          <w:color w:val="000000"/>
        </w:rPr>
        <w:t>这是开放性</w:t>
      </w:r>
      <w:r>
        <w:rPr>
          <w:rFonts w:ascii="宋体" w:eastAsia="宋体" w:hAnsi="宋体" w:cs="宋体"/>
          <w:color w:val="000000"/>
        </w:rPr>
        <w:t>试题，答案不唯一。此题可根据第⑧段“中国画是一门综合性的艺术。它将诗、书、印等元素与画结合，这些元素丰富了画面的内容，提升了图画的境界”给扇面添加诗、印等内容。</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示例：可以增添与梅花有关的诗句，如“不经一番寒彻骨，怎得梅花扑鼻香”，再加上篆体书法，使诗、画、书法融为一体。</w:t>
      </w:r>
    </w:p>
    <w:p>
      <w:pPr>
        <w:pStyle w:val="Heading3"/>
      </w:pPr>
      <w:r>
        <w:t>汇文中学（10月月考）</w:t>
      </w:r>
    </w:p>
    <w:p>
      <w:r>
        <w:t>【未能自动提取，请查看原卷：精品解析：北京市汇文中学2021-2022学年七年级10月月考语文试题（原卷版）.doc】</w:t>
      </w:r>
    </w:p>
    <w:p>
      <w:pPr>
        <w:pStyle w:val="Heading2"/>
      </w:pPr>
      <w:r>
        <w:t>期中</w:t>
      </w:r>
    </w:p>
    <w:p>
      <w:pPr>
        <w:pStyle w:val="Heading3"/>
      </w:pPr>
      <w:r>
        <w:t>二中教育集团</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四、现代文阅读（共</w:t>
      </w:r>
      <w:r>
        <w:rPr>
          <w:rFonts w:cs="宋体;SimSun" w:ascii="宋体;SimSun" w:hAnsi="宋体;SimSun"/>
          <w:b/>
          <w:color w:val="000000"/>
          <w:sz w:val="24"/>
        </w:rPr>
        <w:t>18</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（一）</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阅读下面文章，完成 小 题。</w:t>
      </w:r>
    </w:p>
    <w:p>
      <w:pPr>
        <w:pStyle w:val="Normal"/>
        <w:spacing w:lineRule="auto" w:line="360"/>
        <w:jc w:val="center"/>
        <w:textAlignment w:val="center"/>
        <w:rPr>
          <w:color w:val="000000"/>
        </w:rPr>
      </w:pPr>
      <w:r>
        <w:rPr>
          <w:rFonts w:cs="宋体;SimSun" w:ascii="宋体;SimSun" w:hAnsi="宋体;SimSun"/>
          <w:color w:val="000000"/>
        </w:rPr>
        <w:drawing>
          <wp:inline distT="0" distB="0" distL="0" distR="0">
            <wp:extent cx="1666875" cy="15875"/>
            <wp:effectExtent l="0" t="0" r="0" b="0"/>
            <wp:docPr id="1487"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图片 100005"/>
                    <pic:cNvPicPr>
                      <a:picLocks noChangeAspect="1" noChangeArrowheads="1"/>
                    </pic:cNvPicPr>
                  </pic:nvPicPr>
                  <pic:blipFill>
                    <a:blip r:embed="rId92"/>
                    <a:srcRect l="-22" t="-3846" r="-22" b="-3846"/>
                    <a:stretch>
                      <a:fillRect/>
                    </a:stretch>
                  </pic:blipFill>
                  <pic:spPr bwMode="auto">
                    <a:xfrm>
                      <a:off x="0" y="0"/>
                      <a:ext cx="1666875" cy="15875"/>
                    </a:xfrm>
                    <a:prstGeom prst="rect">
                      <a:avLst/>
                    </a:prstGeom>
                    <a:noFill/>
                  </pic:spPr>
                </pic:pic>
              </a:graphicData>
            </a:graphic>
          </wp:inline>
        </w:drawing>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代蕊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在春天，叫醒我的，是鸟，是一只只藏在深山中的春鸟。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早起，春山寂寂，躺在床上看青灰色的晨曦流进后窗，鸽群“呼啦啦”地从窗前飞过，随即一声声清脆的鸟叫声传入人耳来，顿时清醒不少。突然想到曾读过一句话，“于清晨极静时，听到鸟鸣，令人不敢堕落。”</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于是披衣起床，站在走廊上长久地听着一声声鸟叫。放眼望去，一大片一大片油菜花发了疯似的“黄”，一大片一大片麦苗发了疯似的“青”，一块儿黄连着一块儿青，一块儿青连着一块儿黄，让人眼里心里全是欢喜。</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而此时，鸟儿们也仿佛知道有人在侧耳倾听，此起彼伏的鸟鸣从山涧、树梢、屋顶上传来，</w:t>
      </w:r>
      <w:r>
        <w:rPr>
          <w:rFonts w:eastAsia="楷体" w:cs="楷体" w:ascii="楷体" w:hAnsi="楷体"/>
          <w:color w:val="000000"/>
        </w:rPr>
        <w:t xml:space="preserve">A </w:t>
      </w:r>
      <w:r>
        <w:rPr>
          <w:rFonts w:ascii="楷体" w:hAnsi="楷体" w:cs="楷体" w:eastAsia="楷体"/>
          <w:color w:val="000000"/>
          <w:u w:val="single"/>
        </w:rPr>
        <w:t>似口哨、似溪声、似琴音，更似一曲天籁</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晴日里听鸟叫与雨日里听大为不同，正所谓晴有晴的好，雨有雨的妙。倘若是晴天，春山空旷，一草一木都看得清晰。一声声的鸟叫从远天云外传来，让人只觉得更加空旷。年少时读王籍的《入若耶溪》，还不曾有过“鸟鸣山更幽”的感受，如今听得久了，愈发觉得那一个“幽”是那样的动人，那意境“哗”的一下子就出来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若是雨日，就别有一番情趣了。清明前后，雨水颇多，窸窸窣窣的雨 声里夹杂着一声声鸟鸣，这声音听着就不是空旷，而是空灵。一声声的鸟鸣仿佛是抖落了雨水一般，清脆不已。当此际，恰是鸟声最欢的时候，平日里端坐屋内看书，竟感觉所有的雨声都挟裹了鸟鸣落到了书页间，顿生春意。</w:t>
      </w:r>
    </w:p>
    <w:p>
      <w:pPr>
        <w:pStyle w:val="Normal"/>
        <w:spacing w:lineRule="auto" w:line="360"/>
        <w:ind w:firstLine="420" w:end="0"/>
        <w:jc w:val="start"/>
        <w:textAlignment w:val="center"/>
        <w:rPr>
          <w:rFonts w:ascii="楷体" w:hAnsi="楷体" w:eastAsia="楷体" w:cs="楷体"/>
          <w:color w:val="000000"/>
          <w:u w:val="single"/>
        </w:rPr>
      </w:pPr>
      <w:r>
        <w:rPr>
          <w:rFonts w:eastAsia="楷体" w:cs="楷体" w:ascii="楷体" w:hAnsi="楷体"/>
          <w:color w:val="000000"/>
        </w:rPr>
        <w:t>⑦</w:t>
      </w:r>
      <w:r>
        <w:rPr>
          <w:rFonts w:ascii="楷体" w:hAnsi="楷体" w:cs="楷体" w:eastAsia="楷体"/>
          <w:color w:val="000000"/>
        </w:rPr>
        <w:t>《小窗幽记》里写春鸟：清晨林鸟争鸣，唤醒一枕春梦。独黄鹂百舌，抑扬高下，最可人意。山居听得的可不独独是黄鹂，</w:t>
      </w:r>
      <w:r>
        <w:rPr>
          <w:rFonts w:eastAsia="楷体" w:cs="楷体" w:ascii="楷体" w:hAnsi="楷体"/>
          <w:color w:val="000000"/>
        </w:rPr>
        <w:t xml:space="preserve">B </w:t>
      </w:r>
      <w:r>
        <w:rPr>
          <w:rFonts w:ascii="楷体" w:hAnsi="楷体" w:cs="楷体" w:eastAsia="楷体"/>
          <w:color w:val="000000"/>
          <w:u w:val="single"/>
        </w:rPr>
        <w:t>亦有燕子、杜鹃、喜鹊、画眉、布谷这些“角儿”轮番登台，好不热闹！</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不得不承认，这些山间的鸟儿确实比人更懂“春光易逝”这个词。不信你听，此时山间群鸟正喧哗，而人间却又有几人在这大好晨光中醒来呢？</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17. </w:t>
      </w:r>
      <w:r>
        <w:rPr>
          <w:rFonts w:ascii="宋体;SimSun" w:hAnsi="宋体;SimSun" w:cs="宋体;SimSun"/>
          <w:color w:val="000000"/>
        </w:rPr>
        <w:t>阅读完本文，请给文章拟个合适的题目。</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18. </w:t>
      </w:r>
      <w:r>
        <w:rPr>
          <w:rFonts w:ascii="宋体;SimSun" w:hAnsi="宋体;SimSun" w:cs="宋体;SimSun"/>
          <w:color w:val="000000"/>
        </w:rPr>
        <w:t>在理解作品的基础上精心设计朗读，文章会更动人，请仿照朗读设计。</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示例，从重音角度对</w:t>
      </w:r>
      <w:r>
        <w:rPr>
          <w:rFonts w:cs="宋体;SimSun" w:ascii="宋体;SimSun" w:hAnsi="宋体;SimSun"/>
          <w:color w:val="000000"/>
        </w:rPr>
        <w:t>B</w:t>
      </w:r>
      <w:r>
        <w:rPr>
          <w:rFonts w:ascii="宋体;SimSun" w:hAnsi="宋体;SimSun" w:cs="宋体;SimSun"/>
          <w:color w:val="000000"/>
        </w:rPr>
        <w:t>句进行一处设计。</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文中</w:t>
      </w:r>
      <w:r>
        <w:rPr>
          <w:rFonts w:cs="宋体;SimSun" w:ascii="宋体;SimSun" w:hAnsi="宋体;SimSun"/>
          <w:color w:val="000000"/>
        </w:rPr>
        <w:t>A</w:t>
      </w:r>
      <w:r>
        <w:rPr>
          <w:rFonts w:ascii="宋体;SimSun" w:hAnsi="宋体;SimSun" w:cs="宋体;SimSun"/>
          <w:color w:val="000000"/>
        </w:rPr>
        <w:t>句：似口哨、似溪声、似琴音，更似一曲天籁。</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朗读设计示例：“更”要重读，强调此起彼伏的鸟鸣声极为美妙，要读出作者的喜爱之情。</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文中</w:t>
      </w:r>
      <w:r>
        <w:rPr>
          <w:rFonts w:cs="宋体;SimSun" w:ascii="宋体;SimSun" w:hAnsi="宋体;SimSun"/>
          <w:color w:val="000000"/>
        </w:rPr>
        <w:t>B</w:t>
      </w:r>
      <w:r>
        <w:rPr>
          <w:rFonts w:ascii="宋体;SimSun" w:hAnsi="宋体;SimSun" w:cs="宋体;SimSun"/>
          <w:color w:val="000000"/>
        </w:rPr>
        <w:t>句：亦有燕子、杜鹃、喜鹊、画眉、布谷这些“角儿”轮番登台，好不热闹！</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朗读设计：</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19. </w:t>
      </w:r>
      <w:r>
        <w:rPr>
          <w:rFonts w:ascii="宋体;SimSun" w:hAnsi="宋体;SimSun" w:cs="宋体;SimSun"/>
          <w:color w:val="000000"/>
        </w:rPr>
        <w:t>文中结尾从词语“①</w:t>
      </w:r>
      <w:r>
        <w:rPr>
          <w:rFonts w:cs="宋体;SimSun" w:ascii="宋体;SimSun" w:hAnsi="宋体;SimSun"/>
          <w:color w:val="000000"/>
        </w:rPr>
        <w:t>_____”</w:t>
      </w:r>
      <w:r>
        <w:rPr>
          <w:rFonts w:ascii="宋体;SimSun" w:hAnsi="宋体;SimSun" w:cs="宋体;SimSun"/>
          <w:color w:val="000000"/>
        </w:rPr>
        <w:t>与句子“②</w:t>
      </w:r>
      <w:r>
        <w:rPr>
          <w:rFonts w:cs="宋体;SimSun" w:ascii="宋体;SimSun" w:hAnsi="宋体;SimSun"/>
          <w:color w:val="000000"/>
        </w:rPr>
        <w:t>_______________”</w:t>
      </w:r>
      <w:r>
        <w:rPr>
          <w:rFonts w:ascii="宋体;SimSun" w:hAnsi="宋体;SimSun" w:cs="宋体;SimSun"/>
          <w:color w:val="000000"/>
        </w:rPr>
        <w:t>，可以看出作者的意图是③</w:t>
      </w:r>
      <w:r>
        <w:rPr>
          <w:rFonts w:cs="宋体;SimSun" w:ascii="宋体;SimSun" w:hAnsi="宋体;SimSun"/>
          <w:color w:val="000000"/>
        </w:rPr>
        <w:t>________________________</w:t>
      </w:r>
      <w:r>
        <w:rPr>
          <w:rFonts w:ascii="宋体;SimSun" w:hAnsi="宋体;SimSun" w:cs="宋体;SimSun"/>
          <w:color w:val="000000"/>
        </w:rPr>
        <w:t>。</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17. </w:t>
      </w:r>
      <w:r>
        <w:rPr>
          <w:rFonts w:ascii="宋体;SimSun" w:hAnsi="宋体;SimSun" w:cs="宋体;SimSun"/>
          <w:color w:val="000000"/>
        </w:rPr>
        <w:t>示例：春鸟喧哗。</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18. </w:t>
      </w:r>
      <w:r>
        <w:rPr>
          <w:rFonts w:ascii="宋体;SimSun" w:hAnsi="宋体;SimSun" w:cs="宋体;SimSun"/>
          <w:color w:val="000000"/>
        </w:rPr>
        <w:t>示例一：重读“轮番”，强调了各种鸟争相鸣叫的景象，表达了作者对山居生活的喜爱之情。</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示例二：重读“热闹”，强调了各种鸟在山间争相鸣叫的喧哗景象，表达了作者热爱大自然的情感。</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19.     ①. </w:t>
      </w:r>
      <w:r>
        <w:rPr>
          <w:rFonts w:ascii="宋体;SimSun" w:hAnsi="宋体;SimSun" w:cs="宋体;SimSun"/>
          <w:color w:val="000000"/>
        </w:rPr>
        <w:t>易逝</w:t>
      </w:r>
      <w:r>
        <w:rPr>
          <w:color w:val="000000"/>
        </w:rPr>
        <w:t xml:space="preserve">    ②</w:t>
      </w:r>
      <w:r>
        <w:rPr>
          <w:color w:val="000000"/>
        </w:rPr>
        <w:t xml:space="preserve">. </w:t>
      </w:r>
      <w:r>
        <w:rPr>
          <w:rFonts w:ascii="宋体;SimSun" w:hAnsi="宋体;SimSun" w:cs="宋体;SimSun"/>
          <w:color w:val="000000"/>
        </w:rPr>
        <w:t>而人间却又有几人在这大好晨光中醒来呢</w:t>
      </w:r>
      <w:r>
        <w:rPr>
          <w:color w:val="000000"/>
        </w:rPr>
        <w:t xml:space="preserve">    ③</w:t>
      </w:r>
      <w:r>
        <w:rPr>
          <w:color w:val="000000"/>
        </w:rPr>
        <w:t xml:space="preserve">. </w:t>
      </w:r>
      <w:r>
        <w:rPr>
          <w:rFonts w:ascii="宋体;SimSun" w:hAnsi="宋体;SimSun" w:cs="宋体;SimSun"/>
          <w:color w:val="000000"/>
        </w:rPr>
        <w:t>表达了自己对大自然和美好时光的热爱之情，提醒人们珍惜美好时光，警醒人们不应沉沦于俗务无法自拔。</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拟写题目的能力。题目或概括文章主要内容，或作为行文线索，或提示主旨。本文以春鸟的叫声贯穿全文，以山间春鸟的喧哗表达了作者对自然和美好时光的热爱，发出对沉浸于世俗无法自拔的人们的警醒。可据此拟题，如：春鸟喧哗、山间鸟鸣等。</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朗读能力。作者着重表达什么情感，相应的词语要重读。这一句意在表现山居时各种鸟争相鸣叫的情景，表达作者的喜爱之情。如要强调各种鸟争相鸣叫的景象可重读“轮番”，如要突出各种鸟争相鸣叫的热闹情景可重读“热闹”。</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理解文章主旨的能力。⑧段“不得不承认，这些山间的鸟儿确实比人更懂‘春光易逝’这个词”一句提醒人们要珍惜美好时光，“易逝”有提示主旨的作用。“而人间却又有几人在这大好晨光中醒来呢”蕴含着作者对世人沉沦于俗务不能自拔、误失对美好时光的欣赏的叹惋之情，作者热爱大自然，也想警醒人们珍惜美好时光。</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（二）</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阅读《稻子熟了，妈妈我想您了》，完成以下题目。</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稻子熟了，妈妈我想您了</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袁隆平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稻子熟了，妈妈，我来看您了。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妈妈，您在安江，我在长沙，隔得很远很远。我在梦里总是想着您，想着安江这个地方。</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人事难料啊，您这样一位习惯了繁华都市的大家闺秀，最后竟会永远留在这么一个偏远的小山村。</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还记得吗？</w:t>
      </w:r>
      <w:r>
        <w:rPr>
          <w:rFonts w:eastAsia="楷体" w:cs="楷体" w:ascii="楷体" w:hAnsi="楷体"/>
          <w:color w:val="000000"/>
        </w:rPr>
        <w:t>1957</w:t>
      </w:r>
      <w:r>
        <w:rPr>
          <w:rFonts w:ascii="楷体" w:hAnsi="楷体" w:cs="楷体" w:eastAsia="楷体"/>
          <w:color w:val="000000"/>
        </w:rPr>
        <w:t>年前，我要从重庆的大学分配到这儿，</w:t>
      </w:r>
      <w:r>
        <w:rPr>
          <w:rFonts w:ascii="楷体" w:hAnsi="楷体" w:cs="楷体" w:eastAsia="楷体"/>
          <w:color w:val="000000"/>
          <w:u w:val="single"/>
        </w:rPr>
        <w:t>是您陪着我，脸贴着地图，手指顺着密密麻麻的细线，找了很久，才找到地图上这么一个小点点。</w:t>
      </w:r>
      <w:r>
        <w:rPr>
          <w:rFonts w:ascii="楷体" w:hAnsi="楷体" w:cs="楷体" w:eastAsia="楷体"/>
          <w:color w:val="000000"/>
        </w:rPr>
        <w:t>当时您叹了口气说：“孩子，你到那儿是要吃苦的呀……”我说：“我年轻，我还有一把小提琴。”没想到的是，为了我，为了帮我带小孩，把您也拖到了安江。最后，受累受苦的，是妈妈您哪！您哪里走得惯乡间的田埂！我总记得，每次都要小孙孙牵着您的手，您才敢走过屋前屋后的田间小道。</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对于一辈子都生活在大城市里的您来说，</w:t>
      </w:r>
      <w:r>
        <w:rPr>
          <w:rFonts w:eastAsia="楷体" w:cs="楷体" w:ascii="楷体" w:hAnsi="楷体"/>
          <w:color w:val="000000"/>
        </w:rPr>
        <w:t>70</w:t>
      </w:r>
      <w:r>
        <w:rPr>
          <w:rFonts w:ascii="楷体" w:hAnsi="楷体" w:cs="楷体" w:eastAsia="楷体"/>
          <w:color w:val="000000"/>
        </w:rPr>
        <w:t>岁了，一切还要重新来适应。我从来没有问过您有什么难处，我总以为会有时间的，会有时间的。等我闲一点一定好好陪陪您……哪想到，直到您走的时候，我还在长沙忙着开会。</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那天正好是中秋节，全国的同行都来了，搞杂交水稻不容易啊，我又是召集人，怎么着也得陪大家过这个节啊，只是儿子永远亏欠妈妈您了……其实我知道，那个时候已经是您的最后时刻。我总盼望着妈妈您能多撑两天。谁知道，即便是天不亮就往安江赶，可是我还是没能见上妈妈您最后一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太晚了，一切都太晚了，我真的好后悔，妈妈当时您一定等了我很久，盼了我很长，您一定有很多话要对儿子说，有很多事要交代。可我怎么就那么糊涂呢！这么多年哪，为什么我就不能少下一次田，少做一次试验，少出一天差，坐下来静静地好好陪陪您。哪怕，哪怕就一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妈妈，每当我的研究取得成果，每当我在国际讲坛上谈笑风生，每当我接过一座又一座奖杯，我总是对人说，这辈子对我影响最深的人就是妈妈您啊！</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无法想象，没有您的英语启蒙，在一片闭塞中，我怎么能够用英语阅读世界上最先进的科学文献，用超越那个时代的视野，去寻访遗传学大师孟德尔和摩尔根？无法想象，在那个颠沛流离的岁月中，从北平到汉口，从桃源到重庆求学，没有您的执著和鼓励，我怎么能够获得系统的现代教育，获得在大江大河中自由翱翔的胆识？无法想象，没有您在我的摇篮前跟我讲尼采，讲这位昂扬着生命力、意志力的伟大哲人，我怎么能够在千百次的失败中坚信，必然有一粒种子可以使万千民众告别饥饿？他们说，我用一粒种子改变了世界。我知道，这粒种子，是妈妈您在我幼年时种下的！</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稻子熟了，妈妈，您能闻到吗？安江可好？那里的田埂是不是还留着熟悉的欢笑？隔着</w:t>
      </w:r>
      <w:r>
        <w:rPr>
          <w:rFonts w:eastAsia="楷体" w:cs="楷体" w:ascii="楷体" w:hAnsi="楷体"/>
          <w:color w:val="000000"/>
        </w:rPr>
        <w:t>21</w:t>
      </w:r>
      <w:r>
        <w:rPr>
          <w:rFonts w:ascii="楷体" w:hAnsi="楷体" w:cs="楷体" w:eastAsia="楷体"/>
          <w:color w:val="000000"/>
        </w:rPr>
        <w:t>年的时光啊，我依稀看见，小孙孙牵着您的手，走过稻浪的背影；我还要告诉您，一辈子没有耕种过的母亲，稻芒划过手掌，稻草在场上堆积成垛，谷子在阳光中哔啵作响，水田在西晒下泛出橙黄的颜色……这都是儿子要跟您说的话，说不完的话啊。</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20. </w:t>
      </w:r>
      <w:r>
        <w:rPr>
          <w:rFonts w:ascii="宋体;SimSun" w:hAnsi="宋体;SimSun" w:cs="宋体;SimSun"/>
          <w:color w:val="000000"/>
        </w:rPr>
        <w:t>这篇文章是袁隆平院士</w:t>
      </w:r>
      <w:r>
        <w:rPr>
          <w:rFonts w:cs="宋体;SimSun" w:ascii="宋体;SimSun" w:hAnsi="宋体;SimSun"/>
          <w:color w:val="000000"/>
        </w:rPr>
        <w:t>80</w:t>
      </w:r>
      <w:r>
        <w:rPr>
          <w:rFonts w:ascii="宋体;SimSun" w:hAnsi="宋体;SimSun" w:cs="宋体;SimSun"/>
          <w:color w:val="000000"/>
        </w:rPr>
        <w:t>高龄时怀念母亲而写，文章以深情的笔调回忆了母亲与自己生活的经历：（每空不超过</w:t>
      </w:r>
      <w:r>
        <w:rPr>
          <w:rFonts w:cs="宋体;SimSun" w:ascii="宋体;SimSun" w:hAnsi="宋体;SimSun"/>
          <w:color w:val="000000"/>
        </w:rPr>
        <w:t>8</w:t>
      </w:r>
      <w:r>
        <w:rPr>
          <w:rFonts w:ascii="宋体;SimSun" w:hAnsi="宋体;SimSun" w:cs="宋体;SimSun"/>
          <w:color w:val="000000"/>
        </w:rPr>
        <w:t>个字）</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1</w:t>
      </w:r>
      <w:r>
        <w:rPr>
          <w:rFonts w:ascii="宋体;SimSun" w:hAnsi="宋体;SimSun" w:cs="宋体;SimSun"/>
          <w:color w:val="000000"/>
        </w:rPr>
        <w:t>）</w:t>
      </w:r>
      <w:r>
        <w:rPr>
          <w:rFonts w:cs="宋体;SimSun" w:ascii="宋体;SimSun" w:hAnsi="宋体;SimSun"/>
          <w:color w:val="000000"/>
        </w:rPr>
        <w:t>1957</w:t>
      </w:r>
      <w:r>
        <w:rPr>
          <w:rFonts w:ascii="宋体;SimSun" w:hAnsi="宋体;SimSun" w:cs="宋体;SimSun"/>
          <w:color w:val="000000"/>
        </w:rPr>
        <w:t>年前，</w:t>
      </w:r>
      <w:r>
        <w:rPr>
          <w:rFonts w:cs="宋体;SimSun" w:ascii="宋体;SimSun" w:hAnsi="宋体;SimSun"/>
          <w:color w:val="000000"/>
        </w:rPr>
        <w:t>____________</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）中秋节，未能见最后一面</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cs="宋体;SimSun" w:ascii="宋体;SimSun" w:hAnsi="宋体;SimSun"/>
          <w:color w:val="000000"/>
        </w:rPr>
        <w:t>3</w:t>
      </w:r>
      <w:r>
        <w:rPr>
          <w:rFonts w:ascii="宋体;SimSun" w:hAnsi="宋体;SimSun" w:cs="宋体;SimSun"/>
          <w:color w:val="000000"/>
        </w:rPr>
        <w:t>）幼年，</w:t>
      </w:r>
      <w:r>
        <w:rPr>
          <w:rFonts w:cs="宋体;SimSun" w:ascii="宋体;SimSun" w:hAnsi="宋体;SimSun"/>
          <w:color w:val="000000"/>
        </w:rPr>
        <w:t>____________</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21. </w:t>
      </w:r>
      <w:r>
        <w:rPr>
          <w:rFonts w:ascii="宋体;SimSun" w:hAnsi="宋体;SimSun" w:cs="宋体;SimSun"/>
          <w:color w:val="000000"/>
        </w:rPr>
        <w:t>文中第④段划线句描写很生动，结合语境，试分析其妙处。</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22. </w:t>
      </w:r>
      <w:r>
        <w:rPr>
          <w:rFonts w:ascii="宋体;SimSun" w:hAnsi="宋体;SimSun" w:cs="宋体;SimSun"/>
          <w:color w:val="000000"/>
        </w:rPr>
        <w:t>这篇文章感人至深催人泪下，以第二人称（“您”）来抒发对母亲的情感，请结合文章内容分析，除思念之情外还表达了哪些情感。</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20.     ①. </w:t>
      </w:r>
      <w:r>
        <w:rPr>
          <w:rFonts w:ascii="宋体;SimSun" w:hAnsi="宋体;SimSun" w:cs="宋体;SimSun"/>
          <w:color w:val="000000"/>
        </w:rPr>
        <w:t>母为儿孙到安江</w:t>
      </w:r>
      <w:r>
        <w:rPr>
          <w:color w:val="000000"/>
        </w:rPr>
        <w:t xml:space="preserve">    ②</w:t>
      </w:r>
      <w:r>
        <w:rPr>
          <w:color w:val="000000"/>
        </w:rPr>
        <w:t xml:space="preserve">. </w:t>
      </w:r>
      <w:r>
        <w:rPr>
          <w:rFonts w:ascii="宋体;SimSun" w:hAnsi="宋体;SimSun" w:cs="宋体;SimSun"/>
          <w:color w:val="000000"/>
        </w:rPr>
        <w:t>母亲对儿子的启蒙</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21. </w:t>
      </w:r>
      <w:r>
        <w:rPr>
          <w:rFonts w:ascii="宋体;SimSun" w:hAnsi="宋体;SimSun" w:cs="宋体;SimSun"/>
          <w:color w:val="000000"/>
        </w:rPr>
        <w:t>这一句运用动作（细节）描写，生动传神地写出母亲得知儿子要到安江去工作时从地图上寻找位置的样子，表现了母亲对儿子的关心。位置的难找，说明了作者工作地点的偏远，表现了母亲为儿孙付出的无私品质，流露出作者对母亲的感激之情。</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22. </w:t>
      </w:r>
      <w:r>
        <w:rPr>
          <w:rFonts w:cs="宋体;SimSun" w:ascii="宋体;SimSun" w:hAnsi="宋体;SimSun"/>
          <w:color w:val="000000"/>
        </w:rPr>
        <w:t>①</w:t>
      </w:r>
      <w:r>
        <w:rPr>
          <w:rFonts w:ascii="宋体;SimSun" w:hAnsi="宋体;SimSun" w:cs="宋体;SimSun"/>
          <w:color w:val="000000"/>
        </w:rPr>
        <w:t>表达了作者对母亲的感激之情，由“为了帮我带小孩，把您也拖到了安江”“我总是对人说，这辈子对我影响最深的人就是妈妈您啊”等内容可见；</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r>
        <w:rPr>
          <w:rFonts w:ascii="宋体;SimSun" w:hAnsi="宋体;SimSun" w:cs="宋体;SimSun"/>
          <w:color w:val="000000"/>
        </w:rPr>
        <w:t>表达了作者让母亲受累、陪伴母亲时间少的遗憾之情，由“对于一辈子都生活在大城市里的您来说，</w:t>
      </w:r>
      <w:r>
        <w:rPr>
          <w:rFonts w:cs="宋体;SimSun" w:ascii="宋体;SimSun" w:hAnsi="宋体;SimSun"/>
          <w:color w:val="000000"/>
        </w:rPr>
        <w:t>70</w:t>
      </w:r>
      <w:r>
        <w:rPr>
          <w:rFonts w:ascii="宋体;SimSun" w:hAnsi="宋体;SimSun" w:cs="宋体;SimSun"/>
          <w:color w:val="000000"/>
        </w:rPr>
        <w:t>岁了，一切还要重新来适应”“等我闲一点一定好好陪陪您……哪想到，直到您走的时候，我还在长沙忙着开会”等内容可见；</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③</w:t>
      </w:r>
      <w:r>
        <w:rPr>
          <w:rFonts w:ascii="宋体;SimSun" w:hAnsi="宋体;SimSun" w:cs="宋体;SimSun"/>
          <w:color w:val="000000"/>
        </w:rPr>
        <w:t>表达了作者未能见母亲最后一面的遗憾、悔恨之情，由“太晚了，一切都太晚了，我真的好后悔，妈妈当时您一定等了我很久，盼了我很长”可见。</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本题考查概括文章事件的能力。</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第一空，根据第④段“为了我，为了帮我带小孩，把您也拖到了安江”“我总记得，每次都要小孙孙牵着您的手，您才敢走过屋前屋后的田间小道”等语句可概括为：母为儿孙到安江。</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二空，根据第⑨段“无法想象，没有您的英语启蒙”“无法想象，在那个颠沛流离的岁月中，从北平到汉口，从桃源到重庆求学，没有您的执著和鼓励，我怎么能够获得系统的现代教育”“无法想象，没有您在我的摇篮前跟我讲尼采”“这粒种子，是妈妈您在我幼年时种下的”等语句可概括为：母亲对儿子的启蒙。</w:t>
      </w:r>
    </w:p>
    <w:p>
      <w:pPr>
        <w:pStyle w:val="Normal"/>
        <w:spacing w:lineRule="auto" w:line="360"/>
        <w:jc w:val="start"/>
        <w:textAlignment w:val="center"/>
        <w:rPr>
          <w:color w:val="000000"/>
        </w:rPr>
      </w:pPr>
      <w:r>
        <w:rPr>
          <w:color w:val="000000"/>
        </w:rPr>
        <w:drawing>
          <wp:inline distT="0" distB="0" distL="0" distR="0">
            <wp:extent cx="95250" cy="171450"/>
            <wp:effectExtent l="0" t="0" r="0" b="0"/>
            <wp:docPr id="1489"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图片 100008"/>
                    <pic:cNvPicPr>
                      <a:picLocks noChangeAspect="1" noChangeArrowheads="1"/>
                    </pic:cNvPicPr>
                  </pic:nvPicPr>
                  <pic:blipFill>
                    <a:blip r:embed="rId93"/>
                    <a:srcRect l="-355" t="-203" r="-355" b="-203"/>
                    <a:stretch>
                      <a:fillRect/>
                    </a:stretch>
                  </pic:blipFill>
                  <pic:spPr bwMode="auto">
                    <a:xfrm>
                      <a:off x="0" y="0"/>
                      <a:ext cx="95250" cy="171450"/>
                    </a:xfrm>
                    <a:prstGeom prst="rect">
                      <a:avLst/>
                    </a:prstGeom>
                    <a:noFill/>
                  </pic:spPr>
                </pic:pic>
              </a:graphicData>
            </a:graphic>
          </wp:inline>
        </w:drawing>
      </w:r>
      <w:r>
        <w:rPr>
          <w:color w:val="000000"/>
        </w:rPr>
        <w:t>21</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本题考查语句赏析能力。此题应从人物描写的角度进行赏析。“脸贴着地图，手指顺着密密麻麻的细线，找了很久”是动作描写，生动传神，形象地写出母亲得知儿子要到安江去工作时从地图上认真寻找安江位置的样子，表现了母亲对儿子的关心。“找了很久，才找到地图上这么一个小点点”说明安江位置难找，地点偏远；结合④段“没想到的是，为了我，为了帮我带小孩，把您也拖到了安江”⑤段“对于一辈子都生活在大城市里的您来说，</w:t>
      </w:r>
      <w:r>
        <w:rPr>
          <w:rFonts w:cs="宋体;SimSun" w:ascii="宋体;SimSun" w:hAnsi="宋体;SimSun"/>
          <w:color w:val="000000"/>
        </w:rPr>
        <w:t>70</w:t>
      </w:r>
      <w:r>
        <w:rPr>
          <w:rFonts w:ascii="宋体;SimSun" w:hAnsi="宋体;SimSun" w:cs="宋体;SimSun"/>
          <w:color w:val="000000"/>
        </w:rPr>
        <w:t>岁了，一切还要重新来适应”可知，母亲为了儿孙放弃生活了一辈子的大城市来到偏远的安江，这句话赞颂了母亲为儿孙付出的无私品质。也能看出作者对母亲的感激。</w:t>
      </w:r>
    </w:p>
    <w:p>
      <w:pPr>
        <w:pStyle w:val="Normal"/>
        <w:spacing w:lineRule="auto" w:line="360"/>
        <w:jc w:val="start"/>
        <w:textAlignment w:val="center"/>
        <w:rPr>
          <w:color w:val="000000"/>
        </w:rPr>
      </w:pPr>
      <w:r>
        <w:rPr>
          <w:color w:val="000000"/>
        </w:rPr>
        <w:t>【</w:t>
      </w:r>
      <w:r>
        <w:rPr>
          <w:color w:val="000000"/>
        </w:rPr>
        <w:t>22</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本题考查揣摩作者情感的能力。由④段“没想到的是，为了我，为了帮我带小孩，把您也拖到了安江”、⑧段“我总是对人说，这辈子对我影响最深的人就是妈妈您啊”、⑨段“我知道，这粒种子，是妈妈您在我幼年时种下的”等内容可概括出作者对母亲的感激之情；由⑤段“我总以为会有时间的，会有时间的。等我闲一点一定好好陪陪您……哪想到，直到您走的时候，我还在长沙忙着开会”可概括出作者未能见母亲最后一面的遗憾、悔恨之情；由⑥段“只是儿子永远亏欠妈妈您了……其实我知道，那个时候已经是您的最后时刻”、⑦段“太晚了，一切都太晚了，我真的好后悔，妈妈当时您一定等了我很久，盼了我很长”等语句可概括出作者陪伴母亲时间太少的后悔和愧疚之情。</w:t>
      </w:r>
    </w:p>
    <w:p>
      <w:pPr>
        <w:pStyle w:val="Heading3"/>
      </w:pPr>
      <w:r>
        <w:t>师范大学附属中学</w:t>
      </w:r>
    </w:p>
    <w:p w:rsidR="00301B19">
      <w:pPr>
        <w:spacing w:line="360" w:lineRule="auto"/>
        <w:jc w:val="left"/>
        <w:textAlignment w:val="center"/>
        <w:rPr>
          <w:rFonts w:ascii="宋体" w:hAnsi="宋体"/>
          <w:b/>
          <w:color w:val="000000"/>
          <w:sz w:val="24"/>
        </w:rPr>
      </w:pPr>
      <w:r w:rsidR="00B82764">
        <w:rPr>
          <w:rFonts w:ascii="宋体" w:hAnsi="宋体"/>
          <w:b/>
          <w:color w:val="000000"/>
          <w:sz w:val="24"/>
        </w:rPr>
        <w:t>四、现代文阅读。（本大题共6小题，共17分）</w:t>
      </w:r>
    </w:p>
    <w:p w:rsidR="00301B19">
      <w:pPr>
        <w:spacing w:line="360" w:lineRule="auto"/>
        <w:jc w:val="left"/>
        <w:textAlignment w:val="center"/>
        <w:rPr>
          <w:rFonts w:ascii="宋体" w:hAnsi="宋体"/>
          <w:b/>
          <w:color w:val="000000"/>
        </w:rPr>
      </w:pPr>
      <w:r w:rsidR="00B82764">
        <w:rPr>
          <w:rFonts w:ascii="宋体" w:hAnsi="宋体"/>
          <w:b/>
          <w:color w:val="000000"/>
        </w:rPr>
        <w:t>（一）</w:t>
      </w:r>
    </w:p>
    <w:p w:rsidR="00301B19">
      <w:pPr>
        <w:spacing w:line="360" w:lineRule="auto"/>
        <w:jc w:val="left"/>
        <w:textAlignment w:val="center"/>
        <w:rPr>
          <w:rFonts w:ascii="宋体" w:hAnsi="宋体"/>
          <w:color w:val="000000"/>
        </w:rPr>
      </w:pPr>
      <w:r w:rsidR="00B82764">
        <w:rPr>
          <w:rFonts w:ascii="宋体" w:hAnsi="宋体"/>
          <w:color w:val="000000"/>
        </w:rPr>
        <w:t>阅读《青菜》短文，完成下面小题。</w:t>
      </w:r>
    </w:p>
    <w:p w:rsidR="00301B19">
      <w:pPr>
        <w:spacing w:line="360" w:lineRule="auto"/>
        <w:ind w:firstLine="420"/>
        <w:jc w:val="center"/>
        <w:textAlignment w:val="center"/>
        <w:rPr>
          <w:rFonts w:ascii="楷体" w:eastAsia="楷体" w:hAnsi="楷体" w:cs="楷体"/>
          <w:color w:val="000000"/>
        </w:rPr>
      </w:pPr>
      <w:r w:rsidR="00B82764">
        <w:rPr>
          <w:rFonts w:ascii="楷体" w:eastAsia="楷体" w:hAnsi="楷体" w:cs="楷体"/>
          <w:color w:val="000000"/>
        </w:rPr>
        <w:t>青菜</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①可爱的青菜，土地（   ）的女儿，请用你朴素的光辉照耀我。</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②伫立田间，望着铺展开来的一望无际的浓浓绿意，你感人的色彩是生命的象征。生动与纯粹，简洁与丰润，这些高贵品质的融汇，于人何等艰难，于你何等自然。我不知道哪一种绿色能像你一样始终放射着家园的温馨。</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③你紧紧依靠土地，又向天空缓缓伸展自己的身躯，以更好地承接阳光和雨水的恩泽。你的姿态永远是谦卑的，这谦卑决不是出于某种动机的表演，而是与生俱来，并随着成长而逐渐完美的一种精神形态。</w:t>
      </w:r>
      <w:r w:rsidR="00B82764">
        <w:rPr>
          <w:rFonts w:ascii="楷体" w:eastAsia="楷体" w:hAnsi="楷体" w:cs="楷体"/>
          <w:color w:val="000000"/>
          <w:u w:val="single"/>
        </w:rPr>
        <w:t>孩子们任意拔掉狗尾巴草那根高高翘起的尾巴，笑嘻嘻地摘下灯笼草上那自我炫耀的灯笼，又在凌空悬挂的黄瓜上轻率地刻下伙伴的绰号……但所有的孩子在长满绿油油青菜的菜畦间割草的时候，却总是那么小心翼翼</w:t>
      </w:r>
      <w:r w:rsidR="00B82764">
        <w:rPr>
          <w:rFonts w:ascii="楷体" w:eastAsia="楷体" w:hAnsi="楷体" w:cs="楷体"/>
          <w:color w:val="000000"/>
        </w:rPr>
        <w:t>。</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④你的根雄健而沉着，土地的血液从四面八方涌入你的根，然后上升到所有粗粗细细的脉管中，在你的全身汩汩流动，向世界显示着绿色的活力。</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⑤你翩然走过土地的胸膛，顺着阳光的导引来到我的身边。你清澈的目光像泉水洗去我的烦恼和疲倦。我这个自以为高大的人，情不自禁地弯下腰来向你致敬。我的手轻轻抚摸你漾溢青春活力的躯体，渐渐感到自己的灵魂也在长出根来，努力扎入土地内部。我会像你一样既生动又纯粹，既简洁又丰润，既朴素又高贵吗？</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⑥啊，可爱的青菜，土地的（   ）的女儿，请赐给我你蓬勃的生机和一切的美德！</w:t>
      </w:r>
    </w:p>
    <w:p w:rsidR="00301B19">
      <w:pPr>
        <w:spacing w:line="360" w:lineRule="auto"/>
        <w:jc w:val="right"/>
        <w:textAlignment w:val="center"/>
        <w:rPr>
          <w:rFonts w:ascii="宋体" w:hAnsi="宋体"/>
          <w:color w:val="000000"/>
        </w:rPr>
      </w:pPr>
      <w:r w:rsidR="00B82764">
        <w:rPr>
          <w:rFonts w:ascii="宋体" w:hAnsi="宋体"/>
          <w:color w:val="000000"/>
        </w:rPr>
        <w:t>（原文略有改动）</w:t>
      </w:r>
    </w:p>
    <w:p w:rsidR="00301B19">
      <w:pPr>
        <w:spacing w:line="360" w:lineRule="auto"/>
        <w:jc w:val="left"/>
        <w:textAlignment w:val="center"/>
        <w:rPr>
          <w:rFonts w:ascii="宋体" w:hAnsi="宋体"/>
          <w:color w:val="000000"/>
        </w:rPr>
      </w:pPr>
      <w:r w:rsidR="00B82764">
        <w:rPr>
          <w:rFonts w:ascii="宋体" w:hAnsi="宋体"/>
          <w:color w:val="000000"/>
        </w:rPr>
        <w:t>19. 从全文的行文思路看，要将“美丽”与“忠诚”分别填入文中第①⑥段括号中，其先后顺序应是_______、_______。</w:t>
      </w:r>
    </w:p>
    <w:p w:rsidR="00301B19">
      <w:pPr>
        <w:spacing w:line="360" w:lineRule="auto"/>
        <w:jc w:val="left"/>
        <w:textAlignment w:val="center"/>
        <w:rPr>
          <w:rFonts w:ascii="宋体" w:hAnsi="宋体"/>
          <w:color w:val="000000"/>
        </w:rPr>
      </w:pPr>
      <w:r w:rsidR="00B82764">
        <w:rPr>
          <w:rFonts w:ascii="宋体" w:hAnsi="宋体"/>
          <w:color w:val="000000"/>
        </w:rPr>
        <w:t>20. 请结合上下文分析第③段划线语句用了什么手法，有什么好处。</w:t>
      </w:r>
    </w:p>
    <w:p w:rsidR="00301B19">
      <w:pPr>
        <w:spacing w:line="360" w:lineRule="auto"/>
        <w:jc w:val="left"/>
        <w:textAlignment w:val="center"/>
        <w:rPr>
          <w:rFonts w:ascii="宋体" w:hAnsi="宋体"/>
          <w:color w:val="000000"/>
        </w:rPr>
      </w:pPr>
      <w:r w:rsidR="00B82764">
        <w:rPr>
          <w:rFonts w:ascii="宋体" w:hAnsi="宋体"/>
          <w:color w:val="000000"/>
        </w:rPr>
        <w:t>21. 本文咏物抒怀，在文中有一句话，既表达了作者的情怀又概说了青菜的品质，此句是___________________________。</w:t>
      </w:r>
    </w:p>
    <w:p w:rsidR="00301B19">
      <w:pPr>
        <w:spacing w:line="360" w:lineRule="auto"/>
        <w:textAlignment w:val="center"/>
        <w:rPr>
          <w:rFonts w:ascii="宋体" w:hAnsi="宋体"/>
          <w:color w:val="000000"/>
        </w:rPr>
      </w:pPr>
      <w:r w:rsidR="00B82764">
        <w:rPr>
          <w:color w:val="2E75B6"/>
        </w:rPr>
        <w:t>【答案】</w:t>
      </w:r>
      <w:r w:rsidR="00B82764">
        <w:rPr>
          <w:color w:val="000000"/>
        </w:rPr>
        <w:t xml:space="preserve">19.     ①. </w:t>
      </w:r>
      <w:r w:rsidR="00B82764">
        <w:rPr>
          <w:rFonts w:ascii="宋体" w:hAnsi="宋体"/>
          <w:color w:val="000000"/>
        </w:rPr>
        <w:t>美丽</w:t>
      </w:r>
      <w:r w:rsidR="00B82764">
        <w:rPr>
          <w:color w:val="000000"/>
        </w:rPr>
        <w:t xml:space="preserve">    ②. </w:t>
      </w:r>
      <w:r w:rsidR="00B82764">
        <w:rPr>
          <w:rFonts w:ascii="宋体" w:hAnsi="宋体"/>
          <w:color w:val="000000"/>
        </w:rPr>
        <w:t>忠诚</w:t>
      </w:r>
      <w:r w:rsidR="00B82764">
        <w:rPr>
          <w:color w:val="000000"/>
        </w:rPr>
        <w:t xml:space="preserve">    </w:t>
      </w:r>
    </w:p>
    <w:p w:rsidR="00301B19">
      <w:pPr>
        <w:spacing w:line="360" w:lineRule="auto"/>
        <w:textAlignment w:val="center"/>
        <w:rPr>
          <w:rFonts w:ascii="宋体" w:hAnsi="宋体"/>
          <w:color w:val="000000"/>
        </w:rPr>
      </w:pPr>
      <w:r w:rsidR="00B82764">
        <w:rPr>
          <w:color w:val="000000"/>
        </w:rPr>
        <w:t xml:space="preserve">20. </w:t>
      </w:r>
      <w:r w:rsidR="00B82764">
        <w:rPr>
          <w:rFonts w:ascii="宋体" w:hAnsi="宋体"/>
          <w:color w:val="000000"/>
        </w:rPr>
        <w:t>示例一：这一句运用了对比的手法。作者写孩子拔狗尾巴草、摘竹笼草、在黄瓜上刻伙伴的绰号，但割草的时候，却总那么小心翼翼，孩子对待其它植物时的“拔”、“摘”、“刻”，与对待青菜时的“小心翼翼”，是孩子对不同事物不同态度的对比，写出了孩子对青菜的珍视与敬畏，侧面写出了青菜的珍贵（或借狗尾巴草的“高高翘起”，灯笼草的“自我炫耀”，黄瓜的“凌空悬挂”与青菜“紧紧依靠土地”对比，突出青菜“永远是谦卑的”“精神形态”，表达了作者对青菜姿态美的赞扬）。表现了赞美青菜这一土地“美丽”“忠诚”的女儿的中心主旨。</w:t>
      </w:r>
    </w:p>
    <w:p w:rsidR="00301B19">
      <w:pPr>
        <w:spacing w:line="360" w:lineRule="auto"/>
        <w:jc w:val="left"/>
        <w:textAlignment w:val="center"/>
        <w:rPr>
          <w:rFonts w:ascii="宋体" w:hAnsi="宋体"/>
          <w:color w:val="000000"/>
        </w:rPr>
      </w:pPr>
      <w:r w:rsidR="00B82764">
        <w:rPr>
          <w:rFonts w:ascii="宋体" w:hAnsi="宋体"/>
          <w:color w:val="000000"/>
        </w:rPr>
        <w:t>示例二：这一句运用了侧面描写的手法。作者写孩子拔狗尾巴草、摘竹笼草、在黄瓜上刻伙伴的绰号，但割草的时候，却总是那么小心翼翼，写出了孩子对青菜的珍视，侧面写出了青菜的珍贵。表现了赞美青菜这一土地“美丽”“忠诚”的女儿的中心主旨。</w:t>
      </w:r>
      <w:r w:rsidR="00B82764">
        <w:rPr>
          <w:color w:val="000000"/>
        </w:rPr>
        <w:t xml:space="preserve">    </w:t>
      </w:r>
    </w:p>
    <w:p w:rsidR="00301B19">
      <w:pPr>
        <w:spacing w:line="360" w:lineRule="auto"/>
        <w:jc w:val="left"/>
        <w:textAlignment w:val="center"/>
        <w:rPr>
          <w:rFonts w:ascii="宋体" w:hAnsi="宋体"/>
          <w:color w:val="000000"/>
        </w:rPr>
      </w:pPr>
      <w:r w:rsidR="00B82764">
        <w:rPr>
          <w:color w:val="000000"/>
        </w:rPr>
        <w:t xml:space="preserve">21. </w:t>
      </w:r>
      <w:r w:rsidR="00B82764">
        <w:rPr>
          <w:rFonts w:ascii="宋体" w:hAnsi="宋体"/>
          <w:color w:val="000000"/>
        </w:rPr>
        <w:t>我会像你一样既生动又纯粹，既简洁又丰润，既朴素又高贵吗？</w:t>
      </w:r>
    </w:p>
    <w:p w:rsidR="00301B19">
      <w:pPr>
        <w:spacing w:line="360" w:lineRule="auto"/>
        <w:textAlignment w:val="center"/>
        <w:rPr>
          <w:color w:val="000000"/>
        </w:rPr>
      </w:pPr>
      <w:r w:rsidR="00B82764">
        <w:rPr>
          <w:color w:val="2E75B6"/>
        </w:rPr>
        <w:t>【解析】</w:t>
      </w:r>
    </w:p>
    <w:p w:rsidR="00301B19">
      <w:pPr>
        <w:spacing w:line="360" w:lineRule="auto"/>
        <w:textAlignment w:val="center"/>
        <w:rPr>
          <w:color w:val="000000"/>
        </w:rPr>
      </w:pPr>
      <w:r w:rsidR="00B82764">
        <w:rPr>
          <w:color w:val="000000"/>
        </w:rPr>
        <w:t>【19题详解】</w:t>
      </w:r>
    </w:p>
    <w:p w:rsidR="00301B19">
      <w:pPr>
        <w:spacing w:line="360" w:lineRule="auto"/>
        <w:textAlignment w:val="center"/>
        <w:rPr>
          <w:rFonts w:ascii="宋体" w:hAnsi="宋体"/>
          <w:color w:val="000000"/>
        </w:rPr>
      </w:pPr>
      <w:r w:rsidR="00B82764">
        <w:rPr>
          <w:rFonts w:ascii="宋体" w:hAnsi="宋体"/>
          <w:color w:val="000000"/>
        </w:rPr>
        <w:t>本题考查根据语境补齐词语。“美丽”侧重于外表。“忠诚”侧重于品质。联系第二段中的“望着铺展开来的一望无际的浓浓绿意”和第三段中的“你紧紧依靠土地，又向天空缓缓伸展自己的身躯”可知，这两段主要是从青菜的外形上进行描写，突出了青菜的色彩和生长的姿态。故第一空应用“美丽”。根据末段中的“请赐给我你蓬勃的生机和一切的美德”可知，此处赞美的是青菜的美德，故此处应用“忠诚”。从“美丽”到“忠诚”也符合人们认识事物的一般规律，从外表的认知延伸到品质的认知。</w:t>
      </w:r>
    </w:p>
    <w:p w:rsidR="00301B19">
      <w:pPr>
        <w:spacing w:line="360" w:lineRule="auto"/>
        <w:textAlignment w:val="center"/>
        <w:rPr>
          <w:color w:val="000000"/>
        </w:rPr>
      </w:pPr>
      <w:r w:rsidR="00B82764">
        <w:rPr>
          <w:color w:val="000000"/>
        </w:rPr>
        <w:t>【20题详解】</w:t>
      </w:r>
    </w:p>
    <w:p w:rsidR="00301B19">
      <w:pPr>
        <w:spacing w:line="360" w:lineRule="auto"/>
        <w:textAlignment w:val="center"/>
        <w:rPr>
          <w:rFonts w:ascii="宋体" w:hAnsi="宋体"/>
          <w:color w:val="000000"/>
        </w:rPr>
      </w:pPr>
      <w:r w:rsidR="00B82764">
        <w:rPr>
          <w:rFonts w:ascii="宋体" w:hAnsi="宋体"/>
          <w:color w:val="000000"/>
        </w:rPr>
        <w:t>考查分析写作手法。第三段画线句把孩子们对待狗尾巴草、灯笼草和黄瓜的态度与对待青菜的态度形成了对比，对待前三者是随意而轻佻的，对待青菜却是小心翼翼的。通过对比，突出了孩子们对于青菜的重视与敬畏。从而表现了青菜的尊贵。“高高翘起的尾巴”的狗尾巴草，“自我炫耀的”灯彩草，“凌空悬挂的黄瓜”，联系前句“你的姿态永远是谦卑的，这谦卑决不是出于某种动机的表演，而是与生俱来，并随着成长而逐渐完美的一种精神形态”可知，这三种植物与青菜的谦卑与完美形成了鲜明的对比，突出的是青菜的姿态，表现了作者对青菜的肯定与赞美。作者赞美的是青菜美丽的情态和对土地无限忠诚的品质。也可以理解为孩子们拔狗尾巴草、摘竹笼草、在黄瓜上刻伙伴的绰号的行为是对青菜的侧面描写，孩子们对待青菜小心翼翼的态度从侧面表现了青菜的珍视。孩子们如此珍视青菜，既是因为它的美丽，也是因为它的忠诚。所以表现了赞美青菜的美丽与忠诚的主旨。</w:t>
      </w:r>
    </w:p>
    <w:p w:rsidR="00301B19">
      <w:pPr>
        <w:spacing w:line="360" w:lineRule="auto"/>
        <w:textAlignment w:val="center"/>
        <w:rPr>
          <w:color w:val="000000"/>
        </w:rPr>
      </w:pPr>
      <w:r w:rsidR="00B82764">
        <w:rPr>
          <w:color w:val="000000"/>
        </w:rPr>
        <w:t>【21题详解】</w:t>
      </w:r>
    </w:p>
    <w:p w:rsidR="00301B19">
      <w:pPr>
        <w:spacing w:line="360" w:lineRule="auto"/>
        <w:textAlignment w:val="center"/>
        <w:rPr>
          <w:rFonts w:ascii="宋体" w:hAnsi="宋体"/>
          <w:color w:val="000000"/>
        </w:rPr>
      </w:pPr>
      <w:r w:rsidR="00B82764">
        <w:rPr>
          <w:rFonts w:ascii="宋体" w:hAnsi="宋体"/>
          <w:color w:val="000000"/>
        </w:rPr>
        <w:t>考查筛选信息。第五段中的“我会像你一样既生动又纯粹，既简洁又丰润，既朴素又高贵吗”是对自己的问询。“既生动又纯粹，既简洁又丰润，既朴素又高贵”概括了青菜的品质，“我会像你一样……吗”以问句的形式表现了自己对于青菜品质的赞美与追求，表达了作者的情怀。</w:t>
      </w:r>
    </w:p>
    <w:p w:rsidR="00301B19">
      <w:pPr>
        <w:spacing w:line="360" w:lineRule="auto"/>
        <w:jc w:val="left"/>
        <w:textAlignment w:val="center"/>
        <w:rPr>
          <w:rFonts w:ascii="宋体" w:hAnsi="宋体"/>
          <w:b/>
          <w:color w:val="000000"/>
          <w:sz w:val="24"/>
        </w:rPr>
      </w:pPr>
      <w:r w:rsidR="00B82764">
        <w:rPr>
          <w:rFonts w:ascii="宋体" w:hAnsi="宋体"/>
          <w:b/>
          <w:color w:val="000000"/>
          <w:sz w:val="24"/>
        </w:rPr>
        <w:t>（二）</w:t>
      </w:r>
    </w:p>
    <w:p w:rsidR="00301B19">
      <w:pPr>
        <w:spacing w:line="360" w:lineRule="auto"/>
        <w:jc w:val="left"/>
        <w:textAlignment w:val="center"/>
        <w:rPr>
          <w:rFonts w:ascii="宋体" w:hAnsi="宋体"/>
          <w:color w:val="000000"/>
        </w:rPr>
      </w:pPr>
      <w:r w:rsidR="00B82764">
        <w:rPr>
          <w:rFonts w:ascii="宋体" w:hAnsi="宋体"/>
          <w:color w:val="000000"/>
        </w:rPr>
        <w:t>阅读《老舍</w:t>
      </w:r>
      <w:r>
        <w:rPr>
          <w:rFonts w:ascii="宋体" w:hAnsi="宋体"/>
          <w:noProof/>
          <w:color w:val="000000"/>
        </w:rPr>
        <w:pict>
          <v:shape id="图片 100007" o:spid="_x0000_i1033" type="#_x0000_t75" style="width:10.5pt;height:14pt;visibility:visible" filled="f" stroked="f">
            <v:imagedata r:id="rId94" o:title=""/>
            <o:lock v:ext="edit" aspectratio="t"/>
          </v:shape>
        </w:pict>
      </w:r>
      <w:r w:rsidR="00B82764">
        <w:rPr>
          <w:rFonts w:ascii="宋体" w:hAnsi="宋体"/>
          <w:color w:val="000000"/>
        </w:rPr>
        <w:t>脚步声》，完成下面小题。</w:t>
      </w:r>
    </w:p>
    <w:p w:rsidR="00301B19">
      <w:pPr>
        <w:spacing w:line="360" w:lineRule="auto"/>
        <w:ind w:firstLine="420"/>
        <w:jc w:val="center"/>
        <w:textAlignment w:val="center"/>
        <w:rPr>
          <w:rFonts w:ascii="楷体" w:eastAsia="楷体" w:hAnsi="楷体" w:cs="楷体"/>
          <w:color w:val="000000"/>
        </w:rPr>
      </w:pPr>
      <w:r w:rsidR="00B82764">
        <w:rPr>
          <w:rFonts w:ascii="楷体" w:eastAsia="楷体" w:hAnsi="楷体" w:cs="楷体"/>
          <w:color w:val="000000"/>
        </w:rPr>
        <w:t>老舍的脚步声</w:t>
      </w:r>
    </w:p>
    <w:p w:rsidR="00301B19">
      <w:pPr>
        <w:spacing w:line="360" w:lineRule="auto"/>
        <w:ind w:firstLine="420"/>
        <w:jc w:val="center"/>
        <w:textAlignment w:val="center"/>
        <w:rPr>
          <w:rFonts w:ascii="楷体" w:eastAsia="楷体" w:hAnsi="楷体" w:cs="楷体"/>
          <w:color w:val="000000"/>
        </w:rPr>
      </w:pPr>
      <w:r w:rsidR="00B82764">
        <w:rPr>
          <w:rFonts w:ascii="楷体" w:eastAsia="楷体" w:hAnsi="楷体" w:cs="楷体"/>
          <w:color w:val="000000"/>
        </w:rPr>
        <w:t>徐立新</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①在他住的房子的不远处有一个破旧的庙宇，里面住的全是平日以乞讨、卖艺为生的盲人，一共近</w:t>
      </w:r>
      <w:r w:rsidR="00B82764">
        <w:rPr>
          <w:rFonts w:eastAsia="Times New Roman" w:cs="Times New Roman"/>
          <w:color w:val="000000"/>
        </w:rPr>
        <w:t>40</w:t>
      </w:r>
      <w:r w:rsidR="00B82764">
        <w:rPr>
          <w:rFonts w:ascii="楷体" w:eastAsia="楷体" w:hAnsi="楷体" w:cs="楷体"/>
          <w:color w:val="000000"/>
        </w:rPr>
        <w:t>名。当时全国刚解放不久，人们的生活都不富余，连正常人养家糊口都很不易，也就难得有能力去接济盲人们，因此盲人们的生活非常艰难，挨饿受冻是常有的事情。</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⑥这之后，每天，当他很晚下班从街上路过时，住在街上的盲人们都会</w:t>
      </w:r>
      <w:r w:rsidR="00B82764">
        <w:rPr>
          <w:rFonts w:ascii="楷体" w:eastAsia="楷体" w:hAnsi="楷体" w:cs="楷体"/>
          <w:color w:val="000000"/>
          <w:em w:val="dot"/>
        </w:rPr>
        <w:t>不约而同</w:t>
      </w:r>
      <w:r w:rsidR="00B82764">
        <w:rPr>
          <w:rFonts w:ascii="楷体" w:eastAsia="楷体" w:hAnsi="楷体" w:cs="楷体"/>
          <w:color w:val="000000"/>
        </w:rPr>
        <w:t>地放下手中的活，点亮屋内的灯，然后站到各自的大门口前，只为跟他打招呼，问声好，为他照亮门前的那段路，如同迎接自己的亲人归来一般，而这几乎成了那条街道上的一道不变的</w:t>
      </w:r>
      <w:r w:rsidR="00B82764">
        <w:rPr>
          <w:rFonts w:ascii="楷体" w:eastAsia="楷体" w:hAnsi="楷体" w:cs="楷体"/>
          <w:color w:val="000000"/>
          <w:u w:val="single"/>
        </w:rPr>
        <w:t>温馨风景线</w:t>
      </w:r>
      <w:r w:rsidR="00B82764">
        <w:rPr>
          <w:rFonts w:ascii="楷体" w:eastAsia="楷体" w:hAnsi="楷体" w:cs="楷体"/>
          <w:color w:val="000000"/>
        </w:rPr>
        <w:t>，一直持续到他终老的那一天，从未错过一次，盲人们都说，那是因为他们能听出他的脚步声。</w:t>
      </w:r>
    </w:p>
    <w:p w:rsidR="00301B19">
      <w:pPr>
        <w:spacing w:line="360" w:lineRule="auto"/>
        <w:ind w:firstLine="420"/>
        <w:jc w:val="left"/>
        <w:textAlignment w:val="center"/>
        <w:rPr>
          <w:rFonts w:ascii="楷体" w:eastAsia="楷体" w:hAnsi="楷体" w:cs="楷体"/>
          <w:color w:val="000000"/>
        </w:rPr>
      </w:pPr>
      <w:r w:rsidR="00B82764">
        <w:rPr>
          <w:rFonts w:ascii="楷体" w:eastAsia="楷体" w:hAnsi="楷体" w:cs="楷体"/>
          <w:color w:val="000000"/>
        </w:rPr>
        <w:t>⑦他便是老舍，原名舒庆春，杰出的人民艺术家，</w:t>
      </w:r>
      <w:r w:rsidR="00B82764">
        <w:rPr>
          <w:rFonts w:ascii="楷体" w:eastAsia="楷体" w:hAnsi="楷体" w:cs="楷体"/>
          <w:color w:val="000000"/>
          <w:u w:val="single"/>
        </w:rPr>
        <w:t>盲人们听出的那一声脚步声名叫“大善”</w:t>
      </w:r>
      <w:r w:rsidR="00B82764">
        <w:rPr>
          <w:rFonts w:ascii="楷体" w:eastAsia="楷体" w:hAnsi="楷体" w:cs="楷体"/>
          <w:color w:val="000000"/>
        </w:rPr>
        <w:t>。</w:t>
      </w:r>
    </w:p>
    <w:p w:rsidR="00301B19">
      <w:pPr>
        <w:spacing w:line="360" w:lineRule="auto"/>
        <w:jc w:val="right"/>
        <w:textAlignment w:val="center"/>
        <w:rPr>
          <w:rFonts w:ascii="宋体" w:hAnsi="宋体"/>
          <w:color w:val="000000"/>
        </w:rPr>
      </w:pPr>
      <w:r w:rsidR="00B82764">
        <w:rPr>
          <w:rFonts w:ascii="宋体" w:hAnsi="宋体"/>
          <w:color w:val="000000"/>
        </w:rPr>
        <w:t>（选自《读者》杂志）</w:t>
      </w:r>
    </w:p>
    <w:p w:rsidR="00301B19">
      <w:pPr>
        <w:spacing w:line="360" w:lineRule="auto"/>
        <w:jc w:val="left"/>
        <w:textAlignment w:val="center"/>
        <w:rPr>
          <w:rFonts w:ascii="宋体" w:hAnsi="宋体"/>
          <w:color w:val="000000"/>
        </w:rPr>
      </w:pPr>
      <w:r w:rsidR="00B82764">
        <w:rPr>
          <w:rFonts w:ascii="宋体" w:hAnsi="宋体"/>
          <w:color w:val="000000"/>
        </w:rPr>
        <w:t>22. 文中盲人们的处境触动了老舍的情感，他决定有所作为，这的确也改变了盲人们的处境。阅读文章，完成下面表格填写。</w:t>
      </w:r>
    </w:p>
    <w:tbl>
      <w:tblPr>
        <w:tblStyle w:val="TableNormal"/>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3598"/>
        <w:gridCol w:w="3852"/>
      </w:tblGrid>
      <w:tr>
        <w:tblPrEx>
          <w:tblW w:w="7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center"/>
              <w:textAlignment w:val="center"/>
              <w:rPr>
                <w:rFonts w:ascii="宋体" w:hAnsi="宋体"/>
                <w:color w:val="000000"/>
              </w:rPr>
            </w:pPr>
            <w:r w:rsidR="00B82764">
              <w:rPr>
                <w:rFonts w:ascii="宋体" w:hAnsi="宋体"/>
                <w:color w:val="000000"/>
              </w:rPr>
              <w:t>盲人们的处境</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center"/>
              <w:textAlignment w:val="center"/>
              <w:rPr>
                <w:rFonts w:ascii="宋体" w:hAnsi="宋体"/>
                <w:color w:val="000000"/>
              </w:rPr>
            </w:pPr>
            <w:r w:rsidR="00B82764">
              <w:rPr>
                <w:rFonts w:ascii="宋体" w:hAnsi="宋体"/>
                <w:color w:val="000000"/>
              </w:rPr>
              <w:t>老舍的感受或作为</w:t>
            </w:r>
          </w:p>
        </w:tc>
      </w:tr>
      <w:tr>
        <w:tblPrEx>
          <w:tblW w:w="7470" w:type="dxa"/>
          <w:tblCellMar>
            <w:top w:w="120" w:type="dxa"/>
            <w:left w:w="120" w:type="dxa"/>
            <w:bottom w:w="120" w:type="dxa"/>
            <w:right w:w="120" w:type="dxa"/>
          </w:tblCellMar>
          <w:tblLook w:val="04A0"/>
        </w:tblPrEx>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①</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隐隐作痛</w:t>
            </w:r>
          </w:p>
        </w:tc>
      </w:tr>
      <w:tr>
        <w:tblPrEx>
          <w:tblW w:w="7470" w:type="dxa"/>
          <w:tblCellMar>
            <w:top w:w="120" w:type="dxa"/>
            <w:left w:w="120" w:type="dxa"/>
            <w:bottom w:w="120" w:type="dxa"/>
            <w:right w:w="120" w:type="dxa"/>
          </w:tblCellMar>
          <w:tblLook w:val="04A0"/>
        </w:tblPrEx>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获得了一定报酬</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②</w:t>
            </w:r>
          </w:p>
        </w:tc>
      </w:tr>
      <w:tr>
        <w:tblPrEx>
          <w:tblW w:w="7470" w:type="dxa"/>
          <w:tblCellMar>
            <w:top w:w="120" w:type="dxa"/>
            <w:left w:w="120" w:type="dxa"/>
            <w:bottom w:w="120" w:type="dxa"/>
            <w:right w:w="120" w:type="dxa"/>
          </w:tblCellMar>
          <w:tblLook w:val="04A0"/>
        </w:tblPrEx>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③</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通过关系给盲人们安排工作</w:t>
            </w:r>
          </w:p>
        </w:tc>
      </w:tr>
      <w:tr>
        <w:tblPrEx>
          <w:tblW w:w="7470" w:type="dxa"/>
          <w:tblCellMar>
            <w:top w:w="120" w:type="dxa"/>
            <w:left w:w="120" w:type="dxa"/>
            <w:bottom w:w="120" w:type="dxa"/>
            <w:right w:w="120" w:type="dxa"/>
          </w:tblCellMar>
          <w:tblLook w:val="04A0"/>
        </w:tblPrEx>
        <w:trPr>
          <w:trHeight w:val="330"/>
        </w:trPr>
        <w:tc>
          <w:tcPr>
            <w:tcW w:w="3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生活状况都有了巨变</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01B19">
            <w:pPr>
              <w:spacing w:line="360" w:lineRule="auto"/>
              <w:jc w:val="left"/>
              <w:textAlignment w:val="center"/>
              <w:rPr>
                <w:rFonts w:ascii="宋体" w:hAnsi="宋体"/>
                <w:color w:val="000000"/>
              </w:rPr>
            </w:pPr>
            <w:r w:rsidR="00B82764">
              <w:rPr>
                <w:rFonts w:ascii="宋体" w:hAnsi="宋体"/>
                <w:color w:val="000000"/>
              </w:rPr>
              <w:t>④</w:t>
            </w:r>
          </w:p>
        </w:tc>
      </w:tr>
    </w:tbl>
    <w:p w:rsidR="00301B19">
      <w:pPr>
        <w:spacing w:line="360" w:lineRule="auto"/>
        <w:jc w:val="left"/>
        <w:textAlignment w:val="center"/>
        <w:rPr>
          <w:rFonts w:ascii="宋体" w:hAnsi="宋体"/>
          <w:color w:val="000000"/>
        </w:rPr>
      </w:pPr>
      <w:r w:rsidR="00B82764">
        <w:rPr>
          <w:rFonts w:ascii="宋体" w:hAnsi="宋体"/>
          <w:color w:val="000000"/>
        </w:rPr>
        <w:t>23. 结合文章，请你谈谈第⑦段中“那一声脚步声名叫‘大善’”这句话的含义。</w:t>
      </w:r>
    </w:p>
    <w:p w:rsidR="00301B19">
      <w:pPr>
        <w:spacing w:line="360" w:lineRule="auto"/>
        <w:jc w:val="left"/>
        <w:textAlignment w:val="center"/>
        <w:rPr>
          <w:rFonts w:ascii="宋体" w:hAnsi="宋体"/>
          <w:color w:val="000000"/>
        </w:rPr>
      </w:pPr>
      <w:r w:rsidR="00B82764">
        <w:rPr>
          <w:rFonts w:ascii="宋体" w:hAnsi="宋体"/>
          <w:color w:val="000000"/>
        </w:rPr>
        <w:t>24. 请你结合原文具体内容，并联系你自己的生活实际，简要谈谈你对那道“温馨风景线”的理解。（</w:t>
      </w:r>
      <w:r w:rsidR="00B82764">
        <w:rPr>
          <w:rFonts w:eastAsia="Times New Roman" w:cs="Times New Roman"/>
          <w:color w:val="000000"/>
        </w:rPr>
        <w:t>100</w:t>
      </w:r>
      <w:r w:rsidR="00B82764">
        <w:rPr>
          <w:rFonts w:ascii="宋体" w:hAnsi="宋体"/>
          <w:color w:val="000000"/>
        </w:rPr>
        <w:t>字左右）</w:t>
      </w:r>
    </w:p>
    <w:p w:rsidR="00301B19">
      <w:pPr>
        <w:spacing w:line="360" w:lineRule="auto"/>
        <w:textAlignment w:val="center"/>
        <w:rPr>
          <w:rFonts w:ascii="宋体" w:hAnsi="宋体"/>
          <w:color w:val="000000"/>
        </w:rPr>
      </w:pPr>
      <w:r w:rsidR="00B82764">
        <w:rPr>
          <w:color w:val="2E75B6"/>
        </w:rPr>
        <w:t>【答案】</w:t>
      </w:r>
      <w:r w:rsidR="00B82764">
        <w:rPr>
          <w:color w:val="000000"/>
        </w:rPr>
        <w:t xml:space="preserve">22. </w:t>
      </w:r>
      <w:r w:rsidR="00B82764">
        <w:rPr>
          <w:rFonts w:ascii="宋体" w:hAnsi="宋体"/>
          <w:color w:val="000000"/>
        </w:rPr>
        <w:t>①非常艰难，挨饿受冻；②组织盲人们训练和表演；③进了周边的工厂工作；④感到欣慰。</w:t>
      </w:r>
      <w:r w:rsidR="00B82764">
        <w:rPr>
          <w:color w:val="000000"/>
        </w:rPr>
        <w:t xml:space="preserve">    </w:t>
      </w:r>
    </w:p>
    <w:p w:rsidR="00301B19">
      <w:pPr>
        <w:spacing w:line="360" w:lineRule="auto"/>
        <w:textAlignment w:val="center"/>
        <w:rPr>
          <w:rFonts w:ascii="宋体" w:hAnsi="宋体"/>
          <w:color w:val="000000"/>
        </w:rPr>
      </w:pPr>
      <w:r w:rsidR="00B82764">
        <w:rPr>
          <w:color w:val="000000"/>
        </w:rPr>
        <w:t xml:space="preserve">23. </w:t>
      </w:r>
      <w:r w:rsidR="00B82764">
        <w:rPr>
          <w:rFonts w:ascii="宋体" w:hAnsi="宋体"/>
          <w:color w:val="000000"/>
        </w:rPr>
        <w:t>示例一：老舍以自己的脚步奔走，组织盲人们训练表演，帮助盲人们安排工作从根本上解决了盲人们的生存问题，不求回报。</w:t>
      </w:r>
    </w:p>
    <w:p w:rsidR="00301B19">
      <w:pPr>
        <w:spacing w:line="360" w:lineRule="auto"/>
        <w:jc w:val="left"/>
        <w:textAlignment w:val="center"/>
        <w:rPr>
          <w:rFonts w:ascii="宋体" w:hAnsi="宋体"/>
          <w:color w:val="000000"/>
        </w:rPr>
      </w:pPr>
      <w:r w:rsidR="00B82764">
        <w:rPr>
          <w:rFonts w:ascii="宋体" w:hAnsi="宋体"/>
          <w:color w:val="000000"/>
        </w:rPr>
        <w:t>示例二：老舍以自己的脚步奔波，组织盲人们训练表演，帮助盲人们安排工作对弱者同情、关爱、帮助。</w:t>
      </w:r>
      <w:r w:rsidR="00B82764">
        <w:rPr>
          <w:color w:val="000000"/>
        </w:rPr>
        <w:t xml:space="preserve">    </w:t>
      </w:r>
    </w:p>
    <w:p w:rsidR="00301B19">
      <w:pPr>
        <w:spacing w:line="360" w:lineRule="auto"/>
        <w:jc w:val="left"/>
        <w:textAlignment w:val="center"/>
        <w:rPr>
          <w:rFonts w:ascii="宋体" w:hAnsi="宋体"/>
          <w:color w:val="000000"/>
        </w:rPr>
      </w:pPr>
      <w:r w:rsidR="00B82764">
        <w:rPr>
          <w:color w:val="000000"/>
        </w:rPr>
        <w:t xml:space="preserve">24. </w:t>
      </w:r>
      <w:r w:rsidR="00B82764">
        <w:rPr>
          <w:rFonts w:ascii="宋体" w:hAnsi="宋体"/>
          <w:color w:val="000000"/>
        </w:rPr>
        <w:t>示例一：在文中，老舍为素不相识的盲人们付出了大爱，盲人们对老舍心存感激，彼此真挚的情感在每天夜晚的街道汇成了动人的风景。在生活中，每年的教师节学生回母校看望老师也是一组温馨的画面，它凝聚着我们回报老师辛苦付出的感恩之情。我认为：真心可以换真情。</w:t>
      </w:r>
    </w:p>
    <w:p w:rsidR="00301B19">
      <w:pPr>
        <w:spacing w:line="360" w:lineRule="auto"/>
        <w:jc w:val="left"/>
        <w:textAlignment w:val="center"/>
        <w:rPr>
          <w:rFonts w:ascii="宋体" w:hAnsi="宋体"/>
          <w:color w:val="000000"/>
        </w:rPr>
      </w:pPr>
      <w:r w:rsidR="00B82764">
        <w:rPr>
          <w:rFonts w:ascii="宋体" w:hAnsi="宋体"/>
          <w:color w:val="000000"/>
        </w:rPr>
        <w:t>示例二：在文中，盲人们在夜晚不约而同的恭候老舍的路过构成了一道感恩的风景线。在生活中，中秋或除夕，儿女们历尽艰辛赶回来与父母团聚，慰藉父母的心灵，也是一道温馨的风景。我认为：情感是沟通心灵的桥梁。</w:t>
      </w:r>
    </w:p>
    <w:p w:rsidR="00301B19">
      <w:pPr>
        <w:spacing w:line="360" w:lineRule="auto"/>
        <w:textAlignment w:val="center"/>
        <w:rPr>
          <w:color w:val="000000"/>
        </w:rPr>
      </w:pPr>
      <w:r w:rsidR="00B82764">
        <w:rPr>
          <w:color w:val="2E75B6"/>
        </w:rPr>
        <w:t>【解析】</w:t>
      </w:r>
    </w:p>
    <w:p w:rsidR="00301B19">
      <w:pPr>
        <w:spacing w:line="360" w:lineRule="auto"/>
        <w:textAlignment w:val="center"/>
        <w:rPr>
          <w:color w:val="000000"/>
        </w:rPr>
      </w:pPr>
      <w:r w:rsidR="00B82764">
        <w:rPr>
          <w:color w:val="000000"/>
        </w:rPr>
        <w:t>【22题详解】</w:t>
      </w:r>
    </w:p>
    <w:p w:rsidR="00301B19">
      <w:pPr>
        <w:spacing w:line="360" w:lineRule="auto"/>
        <w:textAlignment w:val="center"/>
        <w:rPr>
          <w:rFonts w:ascii="宋体" w:hAnsi="宋体"/>
          <w:color w:val="000000"/>
        </w:rPr>
      </w:pPr>
      <w:r w:rsidR="00B82764">
        <w:rPr>
          <w:rFonts w:ascii="宋体" w:hAnsi="宋体"/>
          <w:color w:val="000000"/>
        </w:rPr>
        <w:t>考查概括事件和筛选信息。</w:t>
      </w:r>
    </w:p>
    <w:p w:rsidR="00301B19">
      <w:pPr>
        <w:spacing w:line="360" w:lineRule="auto"/>
        <w:jc w:val="left"/>
        <w:textAlignment w:val="center"/>
        <w:rPr>
          <w:rFonts w:ascii="宋体" w:hAnsi="宋体"/>
          <w:color w:val="000000"/>
        </w:rPr>
      </w:pPr>
      <w:r w:rsidR="00B82764">
        <w:rPr>
          <w:rFonts w:ascii="宋体" w:hAnsi="宋体"/>
          <w:color w:val="000000"/>
        </w:rPr>
        <w:t>①根据第一段中的“因此盲人们的生活非常艰难，挨饿受冻是常有的事情”可得：非常艰难，挨饿受冻；</w:t>
      </w:r>
    </w:p>
    <w:p w:rsidR="00301B19">
      <w:pPr>
        <w:spacing w:line="360" w:lineRule="auto"/>
        <w:jc w:val="left"/>
        <w:textAlignment w:val="center"/>
        <w:rPr>
          <w:rFonts w:ascii="宋体" w:hAnsi="宋体"/>
          <w:color w:val="000000"/>
        </w:rPr>
      </w:pPr>
      <w:r w:rsidR="00B82764">
        <w:rPr>
          <w:rFonts w:ascii="宋体" w:hAnsi="宋体"/>
          <w:color w:val="000000"/>
        </w:rPr>
        <w:t>②根据第三段中的“把盲人们都组织了起来，并自掏腰包，买了多件乐器，将其中那些会拉唱弹奏的，组成了一个乐团，进行集中培训，给予合奏配合上的种种指导。忙了一天，晚上回到家里，他还要熬夜为乐团写歌，编排适合他们演奏表演的曲目”和第四段中的“等这一切完成后，他又忙着联系演出单位和场所，并说服对方给予一定的演出报酬”可得：组织盲人们训练和表演；</w:t>
      </w:r>
    </w:p>
    <w:p w:rsidR="00301B19">
      <w:pPr>
        <w:spacing w:line="360" w:lineRule="auto"/>
        <w:jc w:val="left"/>
        <w:textAlignment w:val="center"/>
        <w:rPr>
          <w:rFonts w:ascii="宋体" w:hAnsi="宋体"/>
          <w:color w:val="000000"/>
        </w:rPr>
      </w:pPr>
      <w:r w:rsidR="00B82764">
        <w:rPr>
          <w:rFonts w:ascii="宋体" w:hAnsi="宋体"/>
          <w:color w:val="000000"/>
        </w:rPr>
        <w:t>③根据第四段中的“而对于那些没有任何才艺和特长的盲人，他则通过各种关系，不惜低下身份到处求爹爹拜奶奶，最终靠着自己的‘面子’和关系，把他们一个个安排进周边的橡胶厂、皮革厂、印刷厂和服装厂里”可得：进了周边的工厂工作；</w:t>
      </w:r>
    </w:p>
    <w:p w:rsidR="00301B19">
      <w:pPr>
        <w:spacing w:line="360" w:lineRule="auto"/>
        <w:jc w:val="left"/>
        <w:textAlignment w:val="center"/>
        <w:rPr>
          <w:rFonts w:ascii="宋体" w:hAnsi="宋体"/>
          <w:color w:val="000000"/>
        </w:rPr>
      </w:pPr>
      <w:r w:rsidR="00B82764">
        <w:rPr>
          <w:rFonts w:ascii="宋体" w:hAnsi="宋体"/>
          <w:color w:val="000000"/>
        </w:rPr>
        <w:t>④根据第五段中的“他的心情欣慰了许多”可得：感到欣慰。</w:t>
      </w:r>
    </w:p>
    <w:p w:rsidR="00301B19">
      <w:pPr>
        <w:spacing w:line="360" w:lineRule="auto"/>
        <w:jc w:val="left"/>
        <w:textAlignment w:val="center"/>
        <w:rPr>
          <w:color w:val="000000"/>
        </w:rPr>
      </w:pPr>
      <w:r w:rsidR="00B82764">
        <w:rPr>
          <w:color w:val="000000"/>
        </w:rPr>
        <w:t>【23题详解】</w:t>
      </w:r>
    </w:p>
    <w:p w:rsidR="00301B19">
      <w:pPr>
        <w:spacing w:line="360" w:lineRule="auto"/>
        <w:jc w:val="left"/>
        <w:textAlignment w:val="center"/>
        <w:rPr>
          <w:rFonts w:ascii="宋体" w:hAnsi="宋体"/>
          <w:color w:val="000000"/>
        </w:rPr>
      </w:pPr>
      <w:r w:rsidR="00B82764">
        <w:rPr>
          <w:rFonts w:ascii="宋体" w:hAnsi="宋体"/>
          <w:color w:val="000000"/>
        </w:rPr>
        <w:t>考查理解句子含义。</w:t>
      </w:r>
    </w:p>
    <w:p w:rsidR="00301B19">
      <w:pPr>
        <w:spacing w:line="360" w:lineRule="auto"/>
        <w:jc w:val="left"/>
        <w:textAlignment w:val="center"/>
        <w:rPr>
          <w:rFonts w:ascii="宋体" w:hAnsi="宋体"/>
          <w:color w:val="000000"/>
        </w:rPr>
      </w:pPr>
      <w:r w:rsidR="00B82764">
        <w:rPr>
          <w:rFonts w:ascii="宋体" w:hAnsi="宋体"/>
          <w:color w:val="000000"/>
        </w:rPr>
        <w:t>根据第三段中的“把盲人们都组织了起来，并自掏腰包，买了多件乐器，将其中那些会拉唱弹奏的，组成了一个乐团，进行集中培训，给予合奏配合上的种种指导。忙了一天，晚上回到家里，他还要熬夜为乐团写歌，编排适合他们演奏表演的曲目”，第四段中的“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第五段中的“好在，他的努力和奔走有了成效，盲人庙里几乎每个盲人都有了一份足以养活自己的工作了，因为有了稳定收入，很多盲人的生活状况都有了巨变”可知，在老舍的多方奔走后，盲人们的生活状况都有了好的改善，他从根本上改变了盲人们的生存问题，且不求回报，救人于危难却无所图，这是一种“大善”。这种“大善”表现出的是老舍先生对于弱者的同情与关爱。</w:t>
      </w:r>
    </w:p>
    <w:p w:rsidR="00301B19">
      <w:pPr>
        <w:spacing w:line="360" w:lineRule="auto"/>
        <w:jc w:val="left"/>
        <w:textAlignment w:val="center"/>
        <w:rPr>
          <w:color w:val="000000"/>
        </w:rPr>
      </w:pPr>
      <w:r w:rsidR="00B82764">
        <w:rPr>
          <w:color w:val="000000"/>
        </w:rPr>
        <w:t>【24题详解】</w:t>
      </w:r>
    </w:p>
    <w:p w:rsidR="00301B19">
      <w:pPr>
        <w:spacing w:line="360" w:lineRule="auto"/>
        <w:jc w:val="left"/>
        <w:textAlignment w:val="center"/>
        <w:rPr>
          <w:rFonts w:ascii="宋体" w:hAnsi="宋体"/>
          <w:color w:val="000000"/>
        </w:rPr>
      </w:pPr>
      <w:r w:rsidR="00B82764">
        <w:rPr>
          <w:rFonts w:ascii="宋体" w:hAnsi="宋体"/>
          <w:color w:val="000000"/>
        </w:rPr>
        <w:t>考查对重点词语的理解。</w:t>
      </w:r>
    </w:p>
    <w:p w:rsidR="00301B19">
      <w:pPr>
        <w:spacing w:line="360" w:lineRule="auto"/>
        <w:jc w:val="left"/>
        <w:textAlignment w:val="center"/>
        <w:rPr>
          <w:rFonts w:ascii="宋体" w:hAnsi="宋体"/>
          <w:color w:val="000000"/>
        </w:rPr>
      </w:pPr>
      <w:r w:rsidR="00B82764">
        <w:rPr>
          <w:rFonts w:ascii="宋体" w:hAnsi="宋体"/>
          <w:color w:val="000000"/>
        </w:rPr>
        <w:t>根据第六段中的“每天，当他很晚下班从街上路过时，住在街上的盲人们都会不约而同地放下手中的活，点亮屋内的灯，然后站到各自的大门口前，只为跟他打招呼，问声好”可知，“温馨的风景线”在文中指的是住在街上的盲人们都会不约而同在老舍回家时候，点亮家中的灯，只为了照亮老舍回家的路，只为了和他打个招呼，问声好。他们这样做，是为了对老舍先生的善行表示感激。老舍先生对他们温情与无私的关爱，沟通了彼此。老舍先生用自己的真情换来了盲人们的真心。</w:t>
      </w:r>
    </w:p>
    <w:p>
      <w:pPr>
        <w:pStyle w:val="Heading3"/>
      </w:pPr>
      <w:r>
        <w:t>昌平区</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四、现代文阅读（共</w:t>
      </w:r>
      <w:r>
        <w:rPr>
          <w:rFonts w:cs="宋体;SimSun" w:ascii="宋体;SimSun" w:hAnsi="宋体;SimSun"/>
          <w:b/>
          <w:color w:val="000000"/>
          <w:sz w:val="24"/>
        </w:rPr>
        <w:t>25</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（一）（共</w:t>
      </w:r>
      <w:r>
        <w:rPr>
          <w:rFonts w:cs="宋体;SimSun" w:ascii="宋体;SimSun" w:hAnsi="宋体;SimSun"/>
          <w:b/>
          <w:color w:val="000000"/>
          <w:sz w:val="24"/>
        </w:rPr>
        <w:t>5</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阅读下面《从百草园到三味书屋》文章片段，完成下面小题。</w:t>
      </w:r>
    </w:p>
    <w:p>
      <w:pPr>
        <w:pStyle w:val="Normal"/>
        <w:spacing w:lineRule="auto" w:line="360"/>
        <w:ind w:firstLine="420" w:end="0"/>
        <w:jc w:val="start"/>
        <w:textAlignment w:val="center"/>
        <w:rPr>
          <w:rFonts w:ascii="楷体" w:hAnsi="楷体" w:eastAsia="楷体" w:cs="楷体"/>
          <w:color w:val="000000"/>
        </w:rPr>
      </w:pPr>
      <w:r>
        <w:rPr>
          <w:rFonts w:ascii="楷体" w:hAnsi="楷体" w:cs="楷体" w:eastAsia="楷体"/>
          <w:color w:val="000000"/>
          <w:em w:val="underDot"/>
        </w:rPr>
        <w:t>不必说</w:t>
      </w:r>
      <w:r>
        <w:rPr>
          <w:rFonts w:ascii="楷体" w:hAnsi="楷体" w:cs="楷体" w:eastAsia="楷体"/>
          <w:color w:val="000000"/>
        </w:rPr>
        <w:t>碧绿的菜畦，光滑的石井栏，高大的皂荚树，紫红的桑葚；</w:t>
      </w:r>
      <w:r>
        <w:rPr>
          <w:rFonts w:ascii="楷体" w:hAnsi="楷体" w:cs="楷体" w:eastAsia="楷体"/>
          <w:color w:val="000000"/>
          <w:em w:val="underDot"/>
        </w:rPr>
        <w:t>也不必说</w:t>
      </w:r>
      <w:r>
        <w:rPr>
          <w:rFonts w:ascii="楷体" w:hAnsi="楷体" w:cs="楷体" w:eastAsia="楷体"/>
          <w:color w:val="000000"/>
        </w:rPr>
        <w:t>鸣蝉在树叶里长吟，肥胖的黄蜂伏在菜花上，轻捷的叫天子（云雀）忽然从草间直窜向云霄里去了。</w:t>
      </w:r>
      <w:r>
        <w:rPr>
          <w:rFonts w:ascii="楷体" w:hAnsi="楷体" w:cs="楷体" w:eastAsia="楷体"/>
          <w:color w:val="000000"/>
          <w:em w:val="underDot"/>
        </w:rPr>
        <w:t>单是</w:t>
      </w:r>
      <w:r>
        <w:rPr>
          <w:rFonts w:ascii="楷体" w:hAnsi="楷体" w:cs="楷体" w:eastAsia="楷体"/>
          <w:color w:val="000000"/>
        </w:rPr>
        <w:t>周围的短短的泥墙根一带，就有无限趣味。油蛉在这里低唱，蟋蟀们在这里弹琴。翻开断砖来，有时会遇见蜈蚣；还有斑蝥，倘若用手指按住它的脊梁，便会啪的一声，从后窍喷出一阵烟雾。何首乌藤和木莲藤缠络着，木莲有莲房一般的果实，何首乌有臃肿的根。有人说，何首乌根是有像人形的，吃了便可以成仙，我于是常常拔它起来，牵连不断地拔起来，也曾因此弄坏了泥墙，却从来没有见过有一块根像人样。如果不怕刺，还可以摘到覆盆子，像小珊瑚珠攒成的小球，又酸又甜，色味都比桑葚要好得远。</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10. “</w:t>
      </w:r>
      <w:r>
        <w:rPr>
          <w:rFonts w:ascii="宋体;SimSun" w:hAnsi="宋体;SimSun" w:cs="宋体;SimSun"/>
          <w:color w:val="000000"/>
        </w:rPr>
        <w:t>不必说……也不必说……单是……”中，哪个词语引导的内容是强调的重点？前两个“不必说”在表达上有什么作用？</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11. </w:t>
      </w:r>
      <w:r>
        <w:rPr>
          <w:rFonts w:ascii="宋体;SimSun" w:hAnsi="宋体;SimSun" w:cs="宋体;SimSun"/>
          <w:color w:val="000000"/>
        </w:rPr>
        <w:t>百草园中的一切，在少年鲁迅心中显得那样生机勃勃，情趣盎然。本段描写景物非常有特点。既有观察角度的变化，又有多种感官的切换；既有生动直观的描绘，又有各种手法的妙用；既有整齐的句式设计，又有长短参差的交替……请你从段落中找找你喜欢的词语或句子，分析它吸引你的原因。</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10. </w:t>
      </w:r>
      <w:r>
        <w:rPr>
          <w:rFonts w:cs="宋体;SimSun" w:ascii="宋体;SimSun" w:hAnsi="宋体;SimSun"/>
          <w:color w:val="000000"/>
        </w:rPr>
        <w:t>“</w:t>
      </w:r>
      <w:r>
        <w:rPr>
          <w:rFonts w:ascii="宋体;SimSun" w:hAnsi="宋体;SimSun" w:cs="宋体;SimSun"/>
          <w:color w:val="000000"/>
        </w:rPr>
        <w:t>单是”后面的内容是强调的重点。前两个“不必说”不仅突出了“单是”后边的内容，还突出鲁迅对于儿时趣味描述时的欢喜，表现出儿童所特有的一种情趣。</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11. </w:t>
      </w:r>
      <w:r>
        <w:rPr>
          <w:rFonts w:ascii="宋体;SimSun" w:hAnsi="宋体;SimSun" w:cs="宋体;SimSun"/>
          <w:color w:val="000000"/>
        </w:rPr>
        <w:t>示例：如果不怕刺，还可以摘到覆盆子，像小珊瑚珠攒成的小球，又酸又甜，色味都比桑葚要好得远。运用比喻的修辞，生动形象地表现了覆盆子的形状，表现了作者对百草园的喜爱之情。</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10</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对重点句子的理解。两个“不必说”后面的内容是百草园的全貌，也可以说是对百草园整体的刻画，“单是”后面的内容是作者强调的重点，强调的是单是泥墙根一带就有着无穷的乐趣。这句话后面的内容就是对泥墙根一带的详细描写。前两个“不必说”突出了“单是”后面的内容，“短短的泥墙根”与“无限趣味”形成了对比，墙根虽短，却趣味无穷，包含了鲁迅回忆儿时往事时内心的欢喜之情。只是一段泥墙根，就给儿时的鲁迅带来了无穷趣味，表现出了儿童特有的情趣。</w:t>
      </w:r>
    </w:p>
    <w:p>
      <w:pPr>
        <w:pStyle w:val="Normal"/>
        <w:spacing w:lineRule="auto" w:line="360"/>
        <w:textAlignment w:val="center"/>
        <w:rPr>
          <w:color w:val="000000"/>
        </w:rPr>
      </w:pPr>
      <w:r>
        <w:rPr>
          <w:color w:val="000000"/>
        </w:rPr>
        <w:t>【</w:t>
      </w:r>
      <w:r>
        <w:rPr>
          <w:color w:val="000000"/>
        </w:rPr>
        <w:t>11</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考查赏析句子。开放类试题，言之成理即可。</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句子：油蛉在这里低唱，蟋蟀们在这里弹琴。</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赏析：运用拟人的修辞，把油蛉和蟋蟀鸣叫说成是低唱与弹琴。生动形象地描摹了油蛉和蟋蟀鸣叫时的情状，表现了作者对百草园的喜爱之情。</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（二）（共</w:t>
      </w:r>
      <w:r>
        <w:rPr>
          <w:rFonts w:cs="宋体;SimSun" w:ascii="宋体;SimSun" w:hAnsi="宋体;SimSun"/>
          <w:b/>
          <w:color w:val="000000"/>
          <w:sz w:val="24"/>
        </w:rPr>
        <w:t>10</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阅读《小东河的四季》，完成下面小题。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小东河的四季</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记忆真是十分奇妙，见过的许多人，经过的许多事，都随着岁月的流逝而渐渐淡忘了，但也有一些事物，永远地留在了脑海里。比如故乡的那一条小河。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故乡在广袤的华北平原上，小河叫小东河，故乡就坐落在小东河的西畔。记忆里，常年不断流的小东河，</w:t>
      </w:r>
      <w:r>
        <w:rPr>
          <w:rFonts w:cs="宋体;SimSun" w:ascii="宋体;SimSun" w:hAnsi="宋体;SimSun"/>
          <w:color w:val="000000"/>
          <w:u w:val="single"/>
        </w:rPr>
        <w:t>____12____</w:t>
      </w:r>
      <w:r>
        <w:rPr>
          <w:rFonts w:ascii="楷体" w:hAnsi="楷体" w:cs="楷体" w:eastAsia="楷体"/>
          <w:color w:val="000000"/>
        </w:rPr>
        <w:t>。</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春天来了，河水青幽幽地闪烁，河边碧草茵茵，轻泛绿浪。茅子草长得有一扎多长，婆婆丁开着淡黄色的圆花，节节草扎出叶尖如翠竹般节节昂立，水稗子草把自己的</w:t>
      </w:r>
      <w:r>
        <w:rPr>
          <w:rFonts w:ascii="宋体;SimSun" w:hAnsi="宋体;SimSun" w:cs="宋体;SimSun"/>
          <w:color w:val="000000"/>
        </w:rPr>
        <w:t>“</w:t>
      </w:r>
      <w:r>
        <w:rPr>
          <w:rFonts w:ascii="楷体" w:hAnsi="楷体" w:cs="楷体" w:eastAsia="楷体"/>
          <w:color w:val="000000"/>
        </w:rPr>
        <w:t>发辫</w:t>
      </w:r>
      <w:r>
        <w:rPr>
          <w:rFonts w:ascii="宋体;SimSun" w:hAnsi="宋体;SimSun" w:cs="宋体;SimSun"/>
          <w:color w:val="000000"/>
        </w:rPr>
        <w:t>”</w:t>
      </w:r>
      <w:r>
        <w:rPr>
          <w:rFonts w:ascii="楷体" w:hAnsi="楷体" w:cs="楷体" w:eastAsia="楷体"/>
          <w:color w:val="000000"/>
        </w:rPr>
        <w:t>向周围延伸，芦草扎煞着尖叶，更有一簇簇的苦菜不甘寂寞地挥舞着鲜艳的黄花……春如同一方绿色的大毯子，铺满了河坡，一直延伸到水边。放学后，几个小伙伴会折下泛绿但尚未吐芽的柳枝，拧出一段柳皮，捏扁一头，轻轻咬去一点薄薄的绿皮，一个柳笛就制作好了，河边就响起了或低沉或响亮的柳笛声。</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夏天，河水清凌凌的，岸上数排杨、榆、柳、槐、红荆条等，撑着浓浓的绿荫。高大的杨树在风中摇曳，枝叶刷啦啦作响。大雨或暴雨过后，几乎是一夜之间，被冲洗过的大地又勃发出无限生机。只要是周末，小伙伴们便倾巢而出，带着哥哥用槐树条编的小筐篮，或是姐姐缝制的小布兜，直奔河堤，那里是童年的乐园。有人仰脸用小棍儿捅下树干上的蝉蜕，这是一味上好的中药，卖给收购站可以换回几毛钱，那时物价低廉，这些钱可是中一些用的；有人低头寻找蘑菇，尤其是茅子草，雨后它的根部会长出一串串小伞般的草菇；有人拨开密密的草棵，寻找鸟巢和鸟蛋；有人在河边水浅的地方摸鱼捉虾，在水边泥地挖</w:t>
      </w:r>
      <w:r>
        <w:rPr>
          <w:rFonts w:ascii="宋体;SimSun" w:hAnsi="宋体;SimSun" w:cs="宋体;SimSun"/>
          <w:color w:val="000000"/>
        </w:rPr>
        <w:t>“</w:t>
      </w:r>
      <w:r>
        <w:rPr>
          <w:rFonts w:ascii="楷体" w:hAnsi="楷体" w:cs="楷体" w:eastAsia="楷体"/>
          <w:color w:val="000000"/>
        </w:rPr>
        <w:t>嘎啦</w:t>
      </w:r>
      <w:r>
        <w:rPr>
          <w:rFonts w:ascii="宋体;SimSun" w:hAnsi="宋体;SimSun" w:cs="宋体;SimSun"/>
          <w:color w:val="000000"/>
        </w:rPr>
        <w:t>”</w:t>
      </w:r>
      <w:r>
        <w:rPr>
          <w:rFonts w:ascii="楷体" w:hAnsi="楷体" w:cs="楷体" w:eastAsia="楷体"/>
          <w:color w:val="000000"/>
        </w:rPr>
        <w:t>（蛤蜊），回家妈妈用柴火大锅清炖，鲜美之极。不过，刚下过雨，草是不能打回家的，牛羊吃了会拉肚子。</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秋天到来，河水的绿色变得幽深。岸边芦苇已经长到一人多高，迎着秋风摇摆着雪白的苍穗，时有小鸟欢叫着飞掠而过。水面波光粼粼，三五只蜻蜓在水上寻觅，偶尔轻轻点水，荡出一圈圈小小的波纹。尽管被一片蒲草遮挡，三菱草还是努力挺直肥壮的菱形腰身，骄傲地晃着十字果穗。远处河面上，偶尔跳出一条大鱼，又</w:t>
      </w:r>
      <w:r>
        <w:rPr>
          <w:rFonts w:ascii="宋体;SimSun" w:hAnsi="宋体;SimSun" w:cs="宋体;SimSun"/>
          <w:color w:val="000000"/>
        </w:rPr>
        <w:t>“</w:t>
      </w:r>
      <w:r>
        <w:rPr>
          <w:rFonts w:ascii="楷体" w:hAnsi="楷体" w:cs="楷体" w:eastAsia="楷体"/>
          <w:color w:val="000000"/>
        </w:rPr>
        <w:t>噗通</w:t>
      </w:r>
      <w:r>
        <w:rPr>
          <w:rFonts w:ascii="宋体;SimSun" w:hAnsi="宋体;SimSun" w:cs="宋体;SimSun"/>
          <w:color w:val="000000"/>
        </w:rPr>
        <w:t>”</w:t>
      </w:r>
      <w:r>
        <w:rPr>
          <w:rFonts w:ascii="楷体" w:hAnsi="楷体" w:cs="楷体" w:eastAsia="楷体"/>
          <w:color w:val="000000"/>
        </w:rPr>
        <w:t>入水。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冬天，寒冷的北风让小河凝固了，冰层足有一二尺厚，可以轻易地走到对岸。小伙伴们顶着凛冽寒风，用冻得通红的皴手玩</w:t>
      </w:r>
      <w:r>
        <w:rPr>
          <w:rFonts w:ascii="宋体;SimSun" w:hAnsi="宋体;SimSun" w:cs="宋体;SimSun"/>
          <w:color w:val="000000"/>
        </w:rPr>
        <w:t>“</w:t>
      </w:r>
      <w:r>
        <w:rPr>
          <w:rFonts w:ascii="楷体" w:hAnsi="楷体" w:cs="楷体" w:eastAsia="楷体"/>
          <w:color w:val="000000"/>
        </w:rPr>
        <w:t>捻捻转</w:t>
      </w:r>
      <w:r>
        <w:rPr>
          <w:rFonts w:ascii="宋体;SimSun" w:hAnsi="宋体;SimSun" w:cs="宋体;SimSun"/>
          <w:color w:val="000000"/>
        </w:rPr>
        <w:t>”</w:t>
      </w:r>
      <w:r>
        <w:rPr>
          <w:rFonts w:ascii="楷体" w:hAnsi="楷体" w:cs="楷体" w:eastAsia="楷体"/>
          <w:color w:val="000000"/>
        </w:rPr>
        <w:t>（木头削制的陀螺），拿小鞭子抽打，看谁转的圈数多；或在冰上刻一个圆，圆心放上木块，远远地用短木棒瞄准，然后投掷；或在破旧木板上绑上棍子，自制</w:t>
      </w:r>
      <w:r>
        <w:rPr>
          <w:rFonts w:ascii="宋体;SimSun" w:hAnsi="宋体;SimSun" w:cs="宋体;SimSun"/>
          <w:color w:val="000000"/>
        </w:rPr>
        <w:t>“</w:t>
      </w:r>
      <w:r>
        <w:rPr>
          <w:rFonts w:ascii="楷体" w:hAnsi="楷体" w:cs="楷体" w:eastAsia="楷体"/>
          <w:color w:val="000000"/>
        </w:rPr>
        <w:t>冰橇</w:t>
      </w:r>
      <w:r>
        <w:rPr>
          <w:rFonts w:ascii="宋体;SimSun" w:hAnsi="宋体;SimSun" w:cs="宋体;SimSun"/>
          <w:color w:val="000000"/>
        </w:rPr>
        <w:t>”</w:t>
      </w:r>
      <w:r>
        <w:rPr>
          <w:rFonts w:ascii="楷体" w:hAnsi="楷体" w:cs="楷体" w:eastAsia="楷体"/>
          <w:color w:val="000000"/>
        </w:rPr>
        <w:t>，上坐一人，来回推拉；或在鞋底捆上硬塑料，练习溜冰；或跟随大人用钎子凿开坚冰，凿出圆洞，捞出冰碴，下网捕鱼……冰河上总是欢声笑语，也会偶尔听到拖着长音</w:t>
      </w:r>
      <w:r>
        <w:rPr>
          <w:rFonts w:ascii="宋体;SimSun" w:hAnsi="宋体;SimSun" w:cs="宋体;SimSun"/>
          <w:color w:val="000000"/>
        </w:rPr>
        <w:t>“</w:t>
      </w:r>
      <w:r>
        <w:rPr>
          <w:rFonts w:ascii="楷体" w:hAnsi="楷体" w:cs="楷体" w:eastAsia="楷体"/>
          <w:color w:val="000000"/>
        </w:rPr>
        <w:t>咔</w:t>
      </w:r>
      <w:r>
        <w:rPr>
          <w:rFonts w:ascii="宋体;SimSun" w:hAnsi="宋体;SimSun" w:cs="宋体;SimSun"/>
          <w:color w:val="000000"/>
        </w:rPr>
        <w:t>”</w:t>
      </w:r>
      <w:r>
        <w:rPr>
          <w:rFonts w:ascii="楷体" w:hAnsi="楷体" w:cs="楷体" w:eastAsia="楷体"/>
          <w:color w:val="000000"/>
        </w:rPr>
        <w:t>的炸凌的声响，吓得不顾寒冷，赶忙趴到冰上静止不动。</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小东河用自己的乳汁，滋养了我们的童年。回想起来，离开故乡已经整整</w:t>
      </w:r>
      <w:r>
        <w:rPr>
          <w:rFonts w:eastAsia="楷体" w:cs="楷体" w:ascii="楷体" w:hAnsi="楷体"/>
          <w:color w:val="000000"/>
        </w:rPr>
        <w:t>36</w:t>
      </w:r>
      <w:r>
        <w:rPr>
          <w:rFonts w:ascii="楷体" w:hAnsi="楷体" w:cs="楷体" w:eastAsia="楷体"/>
          <w:color w:val="000000"/>
        </w:rPr>
        <w:t>年了，岁月如梭，曾经的青少年已须发渐染，可我仍常常梦见小东河，梦见与儿时的伙伴们在河边打闹嬉耍。。。。。。</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12. </w:t>
      </w:r>
      <w:r>
        <w:rPr>
          <w:rFonts w:ascii="宋体;SimSun" w:hAnsi="宋体;SimSun" w:cs="宋体;SimSun"/>
          <w:color w:val="000000"/>
        </w:rPr>
        <w:t>你最喜欢作者笔下的哪个季节？结合具体内容说说你的理由。</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13. </w:t>
      </w:r>
      <w:r>
        <w:rPr>
          <w:rFonts w:ascii="宋体;SimSun" w:hAnsi="宋体;SimSun" w:cs="宋体;SimSun"/>
          <w:color w:val="000000"/>
        </w:rPr>
        <w:t>结合上下文，在第②段横线上补写语句，使之成为全文概括性的句子。</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14. </w:t>
      </w:r>
      <w:r>
        <w:rPr>
          <w:rFonts w:ascii="宋体;SimSun" w:hAnsi="宋体;SimSun" w:cs="宋体;SimSun"/>
          <w:color w:val="000000"/>
        </w:rPr>
        <w:t>文章读起来富有童趣，又带有诗的味道，清新，活泼，优美。试找出一个句子作简要分析。</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15. </w:t>
      </w:r>
      <w:r>
        <w:rPr>
          <w:rFonts w:ascii="宋体;SimSun" w:hAnsi="宋体;SimSun" w:cs="宋体;SimSun"/>
          <w:color w:val="000000"/>
        </w:rPr>
        <w:t>根据你的理解，用着重号“</w:t>
      </w:r>
      <w:r>
        <w:rPr>
          <w:rFonts w:cs="宋体;SimSun" w:ascii="宋体;SimSun" w:hAnsi="宋体;SimSun"/>
          <w:color w:val="000000"/>
        </w:rPr>
        <w:t>·”</w:t>
      </w:r>
      <w:r>
        <w:rPr>
          <w:rFonts w:ascii="宋体;SimSun" w:hAnsi="宋体;SimSun" w:cs="宋体;SimSun"/>
          <w:color w:val="000000"/>
        </w:rPr>
        <w:t>在第⑦段中标出朗读时需要关注重音的词语，并把它摘录下来，结合文章内容说说标注重音的理由。（至少标出一个词语）</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12. </w:t>
      </w:r>
      <w:r>
        <w:rPr>
          <w:rFonts w:ascii="宋体;SimSun" w:hAnsi="宋体;SimSun" w:cs="宋体;SimSun"/>
          <w:color w:val="000000"/>
        </w:rPr>
        <w:t>答案示例：我最喜欢的季节是夏天，因为夏天的河水清凌凌的，树在风中摇曳，美如画卷；夏天还可以做许多有趣的事情，比如摸鱼摸虾、捅蝉蜕卖钱、找蘑菇等，充满了趣味。</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13. </w:t>
      </w:r>
      <w:r>
        <w:rPr>
          <w:rFonts w:ascii="宋体;SimSun" w:hAnsi="宋体;SimSun" w:cs="宋体;SimSun"/>
          <w:color w:val="000000"/>
        </w:rPr>
        <w:t>答案示例一：四季都有无穷</w:t>
      </w:r>
      <w:r>
        <w:rPr>
          <w:rFonts w:ascii="宋体;SimSun" w:hAnsi="宋体;SimSun" w:cs="宋体;SimSun"/>
          <w:color w:val="000000"/>
        </w:rPr>
        <w:drawing>
          <wp:inline distT="0" distB="0" distL="0" distR="0">
            <wp:extent cx="133350" cy="177800"/>
            <wp:effectExtent l="0" t="0" r="0" b="0"/>
            <wp:docPr id="1491"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图片 100004"/>
                    <pic:cNvPicPr>
                      <a:picLocks noChangeAspect="1" noChangeArrowheads="1"/>
                    </pic:cNvPicPr>
                  </pic:nvPicPr>
                  <pic:blipFill>
                    <a:blip r:embed="rId9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魅力</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14. </w:t>
      </w:r>
      <w:r>
        <w:rPr>
          <w:rFonts w:ascii="宋体;SimSun" w:hAnsi="宋体;SimSun" w:cs="宋体;SimSun"/>
          <w:color w:val="000000"/>
        </w:rPr>
        <w:t>答案示例一：</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春如同一方绿色的大毯子，铺满了河坡，一直延伸到水边。”这句话似乎是从孩子的眼里来描摹看到的春天的模样，像绿色的大毯子，铺满了河坡又铺到了水边，既清新、自然，又充满童真童趣。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答案示例二：</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文中写三菱草努力挺直肥壮的菱形腰身，骄傲地晃着十字果穗的形象，运用了拟人的修辞手法，赋予小草以人的动作和形态，生动形象地写出了草的可爱、动人。</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15. </w:t>
      </w:r>
      <w:r>
        <w:rPr>
          <w:rFonts w:ascii="宋体;SimSun" w:hAnsi="宋体;SimSun" w:cs="宋体;SimSun"/>
          <w:color w:val="000000"/>
        </w:rPr>
        <w:t>答案示例：</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整整”、“常常”等词表现出作者离乡多年，对家乡的思念愈加深切。</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12</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考查阅读启示，开放类试题，言之成理即可。如：我最喜欢的季节是春天。因为春天河水清澈，河边碧草茵茵，到处都焕发着春的生机与活力。春天还可以制作柳笛，当柳笛响起的时候，就意味着春天真得来了。</w:t>
      </w:r>
    </w:p>
    <w:p>
      <w:pPr>
        <w:pStyle w:val="Normal"/>
        <w:spacing w:lineRule="auto" w:line="360"/>
        <w:textAlignment w:val="center"/>
        <w:rPr>
          <w:color w:val="000000"/>
        </w:rPr>
      </w:pPr>
      <w:r>
        <w:rPr>
          <w:color w:val="000000"/>
        </w:rPr>
        <w:t>【</w:t>
      </w:r>
      <w:r>
        <w:rPr>
          <w:color w:val="000000"/>
        </w:rPr>
        <w:t>13</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根据语境补写句子。读文可知，第三段到第六段中，作者深情的回忆了小东河的四季美景和小东河给我们带来的无穷快乐，表现了小东河独特的魅力。第二段空白处的句子应起到总领全文的作用。故可拟写为：四季都有无穷的魅力。意近即可。</w:t>
      </w:r>
    </w:p>
    <w:p>
      <w:pPr>
        <w:pStyle w:val="Normal"/>
        <w:spacing w:lineRule="auto" w:line="360"/>
        <w:textAlignment w:val="center"/>
        <w:rPr>
          <w:color w:val="000000"/>
        </w:rPr>
      </w:pPr>
      <w:r>
        <w:rPr>
          <w:color w:val="000000"/>
        </w:rPr>
        <w:t>【</w:t>
      </w:r>
      <w:r>
        <w:rPr>
          <w:color w:val="000000"/>
        </w:rPr>
        <w:t>14</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考查赏析句子。开放类试题，言之成理即可。</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句子：小东河用自己的乳汁，滋养了我们的童年。</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赏析：运用拟人的手法，把小东河当作是自己的母亲，赋予小东河以人的情感，生动形象地表现了小东河给我们的童年带来了无穷的快乐与滋养，表达了作者对小东河的感激与怀念之情。</w:t>
      </w:r>
    </w:p>
    <w:p>
      <w:pPr>
        <w:pStyle w:val="Normal"/>
        <w:spacing w:lineRule="auto" w:line="360"/>
        <w:jc w:val="start"/>
        <w:textAlignment w:val="center"/>
        <w:rPr>
          <w:color w:val="000000"/>
        </w:rPr>
      </w:pPr>
      <w:r>
        <w:rPr>
          <w:color w:val="000000"/>
        </w:rPr>
        <w:t>【</w:t>
      </w:r>
      <w:r>
        <w:rPr>
          <w:color w:val="000000"/>
        </w:rPr>
        <w:t>15</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考查朗读技巧，开放类试题，言之成理即可。</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小东河用自己的乳汁，滋养了我们的童年”一句中的“滋养”一词需要重读，因为这个词语表明了小东河对于我们童年的重要意义，正是在小东河的滋养下，我们的童年才充满了欢声笑语，才如此丰富多彩。重读这个词语，可以充分表达出作者对小东河的感激与赞美之情。</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（三）（共</w:t>
      </w:r>
      <w:r>
        <w:rPr>
          <w:rFonts w:cs="宋体;SimSun" w:ascii="宋体;SimSun" w:hAnsi="宋体;SimSun"/>
          <w:b/>
          <w:color w:val="000000"/>
          <w:sz w:val="24"/>
        </w:rPr>
        <w:t>10</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阅读下面文章《儿时的零花钱》，完成下面小题。</w:t>
      </w:r>
    </w:p>
    <w:p>
      <w:pPr>
        <w:pStyle w:val="Normal"/>
        <w:spacing w:lineRule="auto" w:line="360"/>
        <w:jc w:val="center"/>
        <w:textAlignment w:val="center"/>
        <w:rPr>
          <w:rFonts w:ascii="楷体" w:hAnsi="楷体" w:eastAsia="楷体" w:cs="楷体"/>
          <w:color w:val="000000"/>
        </w:rPr>
      </w:pPr>
      <w:r>
        <w:rPr>
          <w:rFonts w:ascii="楷体" w:hAnsi="楷体" w:cs="楷体" w:eastAsia="楷体"/>
          <w:color w:val="000000"/>
        </w:rPr>
        <w:t>儿时的零花钱  陈建兴</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说起儿时的零花钱，那故事简直太多了。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儿时，父母都是普通工厂的工薪阶层，工资收入不高，日子过得紧巴巴的，母亲又多病常住院，花了家里不少钱，懂事的我不会伸手问父母要零花钱，因此，我是一个缺少零花钱的孩子，尴尬的事也时有发生。</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有一次早上随父亲去单位，下午父亲让我一个人先回家，当我上了</w:t>
      </w:r>
      <w:r>
        <w:rPr>
          <w:rFonts w:eastAsia="楷体" w:cs="楷体" w:ascii="楷体" w:hAnsi="楷体"/>
          <w:color w:val="000000"/>
        </w:rPr>
        <w:t>13</w:t>
      </w:r>
      <w:r>
        <w:rPr>
          <w:rFonts w:ascii="楷体" w:hAnsi="楷体" w:cs="楷体" w:eastAsia="楷体"/>
          <w:color w:val="000000"/>
        </w:rPr>
        <w:t>路电车时，才发现父亲忘了给我乘车钱。无奈，只得下车，从宝山路共和新路走回家，共走了两个多小时才到家，母亲急得差点去派出所报案。那年，我只有</w:t>
      </w:r>
      <w:r>
        <w:rPr>
          <w:rFonts w:eastAsia="楷体" w:cs="楷体" w:ascii="楷体" w:hAnsi="楷体"/>
          <w:color w:val="000000"/>
        </w:rPr>
        <w:t>10</w:t>
      </w:r>
      <w:r>
        <w:rPr>
          <w:rFonts w:ascii="楷体" w:hAnsi="楷体" w:cs="楷体" w:eastAsia="楷体"/>
          <w:color w:val="000000"/>
        </w:rPr>
        <w:t>岁。</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我不想问父母要零花钱。父亲上班常常提前出门，乘几站车，再走几站路，为的是节约几分钱。我默默想着，一定自己想办法攒钱。</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还记得“第一桶金”，是与弄堂小伙伴晚上打着手电筒爬进中山公园，折根树枝到一棵棵树上寻觅知了蜕壳，够不到的就用树枝刮下来，一个晚上竟然可以捉到几十只，用书包装好，次日放学后卖给长宁路上的泰山堂中药房，得款两元多。我没有拿这笔辛苦钱去买吃买喝的，而是去曹家渡康美百货商店帮母亲买了一只崭新的铝制饭盒。因为，我看到母亲带饭的铝制饭盒已是“伤痕”累累，“瘪塘”无数了。晚上，母亲坐在竹椅上，手中拿着新饭盒默默地流泪。她没有说什么谢谢之类的话，只是吃晚饭的时候，净往我碗中搛菜。饭后，母亲拿出针线盒，用旧布为铝饭盒做了只布套。</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家里的鸡肫皮、橘子皮、乌贼鱼骨等我都会收集起来，晒干后卖到中药房去，还有牙膏皮、鸡毛、鸭毛、肉骨头卖到废品站去。这些钱父母亲是不要我上缴的，便成了我收入的一部分。对门煤球店的营业员邓阿姨也知道我是一个缺钱花的孩子，见我人高力气大，碰到有人要帮着搬、抬煤饼时，总会朝着我家喊，让我去帮人家，偶尔也能得到几分辛苦钱。这样的“差事”，每月总能有几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那时，我想要买的东西很多：一本《新华字典》、一双白球鞋、一套大红的线衫线裤，还想买几本连环画……可零花钱少得可怜，几乎一件也买不成。更难受的是，每当经过弄堂口的烟纸店时，总会忍不住往店里那些坛坛罐罐多瞟几眼。“赤豆棒冰，四分一根。”听着那诱人的叫卖声，馋得口水直流，可咬咬牙还是转身离开。</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⑧</w:t>
      </w:r>
      <w:r>
        <w:rPr>
          <w:rFonts w:ascii="楷体" w:hAnsi="楷体" w:cs="楷体" w:eastAsia="楷体"/>
          <w:color w:val="000000"/>
        </w:rPr>
        <w:t>几乎所有的玩具我都是自制的。好不容易弄到一块木头，为了削“陀螺”，差点被钢锯刀削掉了手指头。我也会用自行车废链条制成玩具小手枪，装上几根火柴头，能打出“啪啪”声，很受弄堂小伙伴的欢迎，他们会用自己的三毛球、乒乓球、连环画等与我交换小手枪。</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⑨</w:t>
      </w:r>
      <w:r>
        <w:rPr>
          <w:rFonts w:ascii="楷体" w:hAnsi="楷体" w:cs="楷体" w:eastAsia="楷体"/>
          <w:color w:val="000000"/>
        </w:rPr>
        <w:t>我还会用劳动车的轮胎皮和粗树杈自制弹皮弓，用棒冰棒叠成一只只知了和蝈蝈的笼子，有时竟然也能换来小伙伴几分甚至几角的零花钱，令我大喜过望。我非常不舍得用自己攒来的零花钱，能不花尽量不花，非得花时，也是算了又算。哪怕是想看“打仗”的电影，也是星期天去买早场票子，即早上七点左右开映的电影，比日常票要便宜一半左右。</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⑩</w:t>
      </w:r>
      <w:r>
        <w:rPr>
          <w:rFonts w:ascii="楷体" w:hAnsi="楷体" w:cs="楷体" w:eastAsia="楷体"/>
          <w:color w:val="000000"/>
        </w:rPr>
        <w:t>小学时，不少学期我的学费都是减免的。有时，与同学间发生口角，被人说成是不缴学费读书的人，让我既气馁又有点难为情。之后，每到开学前，我就会砸碎储蓄罐，把零花钱拿出来缴学费，还有多余，就再买上几件文具。</w:t>
      </w:r>
    </w:p>
    <w:p>
      <w:pPr>
        <w:pStyle w:val="Normal"/>
        <w:spacing w:lineRule="auto" w:line="360"/>
        <w:ind w:firstLine="420" w:end="0"/>
        <w:jc w:val="start"/>
        <w:textAlignment w:val="center"/>
        <w:rPr>
          <w:rFonts w:ascii="楷体" w:hAnsi="楷体" w:eastAsia="楷体" w:cs="楷体"/>
          <w:color w:val="000000"/>
        </w:rPr>
      </w:pPr>
      <w:r>
        <w:rPr>
          <w:rFonts w:eastAsia="Cambria Math" w:cs="Cambria Math" w:ascii="Cambria Math" w:hAnsi="Cambria Math"/>
          <w:color w:val="000000"/>
        </w:rPr>
        <w:t>⑪</w:t>
      </w:r>
      <w:r>
        <w:rPr>
          <w:rFonts w:ascii="楷体" w:hAnsi="楷体" w:cs="楷体" w:eastAsia="楷体"/>
          <w:color w:val="000000"/>
        </w:rPr>
        <w:t>那时过“六一”，没有新衣服穿，也买不起玩具，连吃顿好吃的也是奢望。但学校都会组织庆祝会，唱歌、跳舞、朗诵，大家穿上白衬衫、蓝裤子、白球鞋，我们弄堂十几个孩子还会相约到中山公园，爬假山、跳山羊、撑老黄牛、捉迷藏、拗手劲、踢毽子、跳橡皮筋……留下很多乐趣和美好的回忆。</w:t>
      </w:r>
    </w:p>
    <w:p>
      <w:pPr>
        <w:pStyle w:val="Normal"/>
        <w:spacing w:lineRule="auto" w:line="360"/>
        <w:ind w:firstLine="420" w:end="0"/>
        <w:jc w:val="start"/>
        <w:textAlignment w:val="center"/>
        <w:rPr>
          <w:rFonts w:ascii="楷体" w:hAnsi="楷体" w:eastAsia="楷体" w:cs="楷体"/>
          <w:color w:val="000000"/>
        </w:rPr>
      </w:pPr>
      <w:r>
        <w:rPr>
          <w:rFonts w:eastAsia="Cambria Math" w:cs="Cambria Math" w:ascii="Cambria Math" w:hAnsi="Cambria Math"/>
          <w:color w:val="000000"/>
        </w:rPr>
        <w:t>⑫</w:t>
      </w:r>
      <w:r>
        <w:rPr>
          <w:rFonts w:ascii="楷体" w:hAnsi="楷体" w:cs="楷体" w:eastAsia="楷体"/>
          <w:color w:val="000000"/>
        </w:rPr>
        <w:t>儿时的零花钱很少，可幸福感却从来不少。</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16. </w:t>
      </w:r>
      <w:r>
        <w:rPr>
          <w:rFonts w:ascii="宋体;SimSun" w:hAnsi="宋体;SimSun" w:cs="宋体;SimSun"/>
          <w:color w:val="000000"/>
        </w:rPr>
        <w:t>文章开头说：“说起儿时的零花钱，那故事简直太多了。”阅读文章⑤</w:t>
      </w:r>
      <w:r>
        <w:rPr>
          <w:rFonts w:cs="宋体;SimSun" w:ascii="宋体;SimSun" w:hAnsi="宋体;SimSun"/>
          <w:color w:val="000000"/>
        </w:rPr>
        <w:t>--⑩</w:t>
      </w:r>
      <w:r>
        <w:rPr>
          <w:rFonts w:ascii="宋体;SimSun" w:hAnsi="宋体;SimSun" w:cs="宋体;SimSun"/>
          <w:color w:val="000000"/>
        </w:rPr>
        <w:t>，完成下列表格。</w:t>
      </w:r>
    </w:p>
    <w:tbl>
      <w:tblPr>
        <w:tblW w:w="8500" w:type="dxa"/>
        <w:jc w:val="start"/>
        <w:tblInd w:w="0" w:type="dxa"/>
        <w:tblLayout w:type="fixed"/>
        <w:tblCellMar>
          <w:top w:w="75" w:type="dxa"/>
          <w:start w:w="120" w:type="dxa"/>
          <w:bottom w:w="75" w:type="dxa"/>
          <w:end w:w="120" w:type="dxa"/>
        </w:tblCellMar>
      </w:tblPr>
      <w:tblGrid>
        <w:gridCol w:w="4680"/>
        <w:gridCol w:w="3820"/>
      </w:tblGrid>
      <w:tr>
        <w:trPr>
          <w:trHeight w:val="330" w:hRule="atLeast"/>
        </w:trPr>
        <w:tc>
          <w:tcPr>
            <w:tcW w:w="468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故事情节</w:t>
            </w:r>
          </w:p>
        </w:tc>
        <w:tc>
          <w:tcPr>
            <w:tcW w:w="38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心理或情感</w:t>
            </w:r>
          </w:p>
        </w:tc>
      </w:tr>
      <w:tr>
        <w:trPr>
          <w:trHeight w:val="330" w:hRule="atLeast"/>
        </w:trPr>
        <w:tc>
          <w:tcPr>
            <w:tcW w:w="468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①</w:t>
            </w:r>
          </w:p>
        </w:tc>
        <w:tc>
          <w:tcPr>
            <w:tcW w:w="38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体恤家人，报答母亲</w:t>
            </w:r>
          </w:p>
        </w:tc>
      </w:tr>
      <w:tr>
        <w:trPr>
          <w:trHeight w:val="330" w:hRule="atLeast"/>
        </w:trPr>
        <w:tc>
          <w:tcPr>
            <w:tcW w:w="468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②</w:t>
            </w:r>
          </w:p>
        </w:tc>
        <w:tc>
          <w:tcPr>
            <w:tcW w:w="38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钱少忍耐，舍不得花</w:t>
            </w:r>
          </w:p>
        </w:tc>
      </w:tr>
      <w:tr>
        <w:trPr>
          <w:trHeight w:val="330" w:hRule="atLeast"/>
        </w:trPr>
        <w:tc>
          <w:tcPr>
            <w:tcW w:w="468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自制玩具与朋友交换，得到喜欢的东西或零花钱</w:t>
            </w:r>
          </w:p>
        </w:tc>
        <w:tc>
          <w:tcPr>
            <w:tcW w:w="38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③</w:t>
            </w:r>
          </w:p>
        </w:tc>
      </w:tr>
      <w:tr>
        <w:trPr>
          <w:trHeight w:val="330" w:hRule="atLeast"/>
        </w:trPr>
        <w:tc>
          <w:tcPr>
            <w:tcW w:w="468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小学时，用零花钱交学费，买文具</w:t>
            </w:r>
          </w:p>
        </w:tc>
        <w:tc>
          <w:tcPr>
            <w:tcW w:w="38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④</w:t>
            </w:r>
          </w:p>
        </w:tc>
      </w:tr>
    </w:tbl>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17. </w:t>
      </w:r>
      <w:r>
        <w:rPr>
          <w:rFonts w:ascii="宋体;SimSun" w:hAnsi="宋体;SimSun" w:cs="宋体;SimSun"/>
          <w:color w:val="000000"/>
        </w:rPr>
        <w:t>文章的结尾说道“儿时的零花钱很少，可幸福感却从来都不少。”结合文章内容，说说你是如何理解这句话的。</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18. </w:t>
      </w:r>
      <w:r>
        <w:rPr>
          <w:rFonts w:ascii="宋体;SimSun" w:hAnsi="宋体;SimSun" w:cs="宋体;SimSun"/>
          <w:color w:val="000000"/>
        </w:rPr>
        <w:t>同学们，在物质条件丰富的今天，你们手中的零花钱肯定也不少，结合自身实际，说一说你是如何花费你的零花钱的？怎么消费零花钱才更有意义呢？</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16. </w:t>
      </w:r>
      <w:r>
        <w:rPr>
          <w:rFonts w:ascii="宋体;SimSun" w:hAnsi="宋体;SimSun" w:cs="宋体;SimSun"/>
          <w:color w:val="000000"/>
        </w:rPr>
        <w:t>答案示例：①爬进公园，寻觅知了蜕壳，卖给药店，买饭盒②收集家里的废料，卖给药店或是废品店，挣辛苦钱③大喜过望④轻松、自豪</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17. </w:t>
      </w:r>
      <w:r>
        <w:rPr>
          <w:rFonts w:ascii="宋体;SimSun" w:hAnsi="宋体;SimSun" w:cs="宋体;SimSun"/>
          <w:color w:val="000000"/>
        </w:rPr>
        <w:t>答案示例一：</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这句话写出了作者的童年虽然没有很多的零花钱，但是童年里发生的每一件事都激发了我自强自立，从贫穷中创造财富的能力。这种进取和创造，又让我感到非常的幸福。例如：文章第⑨段写到我爬进中山公园寻觅知了蜕壳卖到中药店，得到“第一桶金”给母亲买了一个新饭盒，母亲很高兴。看到高兴的母亲，我感到非常的幸福。</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答案示例二：</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这句话写出了作者的童年虽然没有很多的零花钱，但是童年里发生的每一件事都激发了我自强自立，从贫穷中创造财富的能力。这种进取和创造，又让我感到非常的幸福。文章第</w:t>
      </w:r>
      <w:r>
        <w:rPr>
          <w:rFonts w:ascii="Cambria Math" w:hAnsi="Cambria Math" w:cs="Cambria Math" w:eastAsia="Cambria Math"/>
          <w:color w:val="000000"/>
        </w:rPr>
        <w:t>⑪</w:t>
      </w:r>
      <w:r>
        <w:rPr>
          <w:rFonts w:ascii="宋体;SimSun" w:hAnsi="宋体;SimSun" w:cs="宋体;SimSun"/>
          <w:color w:val="000000"/>
        </w:rPr>
        <w:t>段写到我们过“六一”，虽然没有钱买喜欢的东西，但是学校会组织庆祝会，小伙伴们也会在一起玩耍，这些都留下了乐趣和美好地回忆，现在想想作者在回忆这些时感到非常的幸福。</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18. </w:t>
      </w:r>
      <w:r>
        <w:rPr>
          <w:rFonts w:ascii="宋体;SimSun" w:hAnsi="宋体;SimSun" w:cs="宋体;SimSun"/>
          <w:color w:val="000000"/>
        </w:rPr>
        <w:t>答案要点：意思充满正能量即可。</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考查概括事件和筛选信息。</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①</w:t>
      </w:r>
      <w:r>
        <w:rPr>
          <w:rFonts w:ascii="宋体;SimSun" w:hAnsi="宋体;SimSun" w:cs="宋体;SimSun"/>
          <w:color w:val="000000"/>
        </w:rPr>
        <w:t>根据第五段中的“是与弄堂小伙伴晚上打着手电筒爬进中山公园，折根树枝到一棵棵树上寻觅知了蜕壳”“次日放学后卖给长宁路上的泰山堂中药房”“而是去曹家渡康美百货商店帮母亲买了一只崭新的铝制饭盒”概括可得：爬进公园，寻觅知了蜕壳，卖给药店，买饭盒。</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r>
        <w:rPr>
          <w:rFonts w:ascii="宋体;SimSun" w:hAnsi="宋体;SimSun" w:cs="宋体;SimSun"/>
          <w:color w:val="000000"/>
        </w:rPr>
        <w:t>根据第六段中的“家里的鸡肫皮、橘子皮、乌贼鱼骨等我都会收集起来，晒干后卖到中药房去，还有牙膏皮、鸡毛、鸭毛、肉骨头卖到废品站去”可得：收集家里的废料，卖给药店或是废品店，挣辛苦钱。</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③</w:t>
      </w:r>
      <w:r>
        <w:rPr>
          <w:rFonts w:ascii="宋体;SimSun" w:hAnsi="宋体;SimSun" w:cs="宋体;SimSun"/>
          <w:color w:val="000000"/>
        </w:rPr>
        <w:t>根据第九段中的“有时竟然也能换来小伙伴几分甚至几角的零花钱，令我大喜过望”可得：大喜过望。</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④</w:t>
      </w:r>
      <w:r>
        <w:rPr>
          <w:rFonts w:ascii="宋体;SimSun" w:hAnsi="宋体;SimSun" w:cs="宋体;SimSun"/>
          <w:color w:val="000000"/>
        </w:rPr>
        <w:t>根据第十段中的“之后，每到开学前，我就会砸碎储蓄罐，把零花钱拿出来缴学费，还有多余，就再买上几件文具”可知，我用自己攒的钱交了学费，还可以买文具。不用再受同学们的嘲笑。所以此时我的心情是轻松、自豪。</w:t>
      </w:r>
    </w:p>
    <w:p>
      <w:pPr>
        <w:pStyle w:val="Normal"/>
        <w:spacing w:lineRule="auto" w:line="360"/>
        <w:jc w:val="start"/>
        <w:textAlignment w:val="center"/>
        <w:rPr>
          <w:color w:val="000000"/>
        </w:rPr>
      </w:pPr>
      <w:r>
        <w:rPr>
          <w:color w:val="000000"/>
        </w:rPr>
        <w:t>【</w:t>
      </w:r>
      <w:r>
        <w:rPr>
          <w:color w:val="000000"/>
        </w:rPr>
        <w:t>17</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考查对重点句子的理解。联系文本内容可知，我挣到的第一笔钱是和小伙伴们去中山公园寻找知了蜕壳，卖了两元多。我没有自己花，而是给母亲买了一个饭盒。看到母亲很高兴，我心里当然也很幸福。我收集家里的废品去卖，自己制作玩具向同学们换回一些零花钱。我用这些零花钱交了学费，还可以买文具。这让我变得自强自立，学会了自己创造并获得财富。看到自己的劳动换来了财富，我心里是幸福的。根据第十一段中的“但学校都会组织庆祝会，唱歌、跳舞、朗诵，大家穿上白衬衫、蓝裤子、白球鞋，我们弄堂十几个孩子还会相约到中山公园，爬假山、跳山羊、撑老黄牛、捉迷藏、拗手劲、踢毽子、跳橡皮筋……留下很多乐趣和美好的回忆”可知，虽然那时候我生活贫穷，但学校会在六一时组织很多的活动，这些活动给我留下了很多乐趣和美好的回忆。现在回想起来，我就会感到非常幸福。</w:t>
      </w:r>
    </w:p>
    <w:p>
      <w:pPr>
        <w:pStyle w:val="Normal"/>
        <w:spacing w:lineRule="auto" w:line="360"/>
        <w:jc w:val="start"/>
        <w:textAlignment w:val="center"/>
        <w:rPr>
          <w:color w:val="000000"/>
        </w:rPr>
      </w:pPr>
      <w:r>
        <w:rPr>
          <w:color w:val="000000"/>
        </w:rPr>
        <w:t>【</w:t>
      </w:r>
      <w:r>
        <w:rPr>
          <w:color w:val="000000"/>
        </w:rPr>
        <w:t>18</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考查阅读启示，开放类试题，言之成理即可。如：我会把父母给我零花钱攒下来，然后买上几本自己喜欢的书，或是在某个特殊的日子里为父母买一件小礼物，如果自己考试得了好名次，就会买一些零售犒劳一下自己。消费零花钱要有节制，有计划，不能大手大脚，从小培养自己的理财习惯，这样消费零花钱才有意义。</w:t>
      </w:r>
    </w:p>
    <w:p>
      <w:pPr>
        <w:pStyle w:val="Heading3"/>
      </w:pPr>
      <w:r>
        <w:t>海淀区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三、现代文阅读（共20分）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阅读【甲】【乙】两段文字，完成小题</w:t>
      </w:r>
      <w:r>
        <w:rPr>
          <w:rFonts w:ascii="宋体" w:eastAsia="宋体" w:hAnsi="宋体" w:cs="宋体"/>
          <w:color w:val="000000"/>
          <w:position w:val="-12"/>
        </w:rPr>
        <w:drawing>
          <wp:inline>
            <wp:extent cx="127000" cy="76200"/>
            <wp:docPr id="14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
                    <pic:cNvPicPr>
                      <a:picLocks noChangeAspect="1"/>
                    </pic:cNvPicPr>
                  </pic:nvPicPr>
                  <pic:blipFill>
                    <a:blip r:embed="rId96"/>
                    <a:stretch>
                      <a:fillRect/>
                    </a:stretch>
                  </pic:blipFill>
                  <pic:spPr>
                    <a:xfrm>
                      <a:off x="0" y="0"/>
                      <a:ext cx="127000" cy="76200"/>
                    </a:xfrm>
                    <a:prstGeom prst="rect">
                      <a:avLst/>
                    </a:prstGeom>
                  </pic:spPr>
                </pic:pic>
              </a:graphicData>
            </a:graphic>
          </wp:inline>
        </w:drawing>
      </w:r>
    </w:p>
    <w:p>
      <w:pPr>
        <w:spacing w:line="360" w:lineRule="auto"/>
        <w:jc w:val="center"/>
        <w:textAlignment w:val="center"/>
        <w:rPr>
          <w:rFonts w:ascii="宋体" w:eastAsia="宋体" w:hAnsi="宋体" w:cs="宋体"/>
          <w:color w:val="000000"/>
        </w:rPr>
      </w:pPr>
      <w:r>
        <w:rPr>
          <w:rFonts w:ascii="宋体" w:eastAsia="宋体" w:hAnsi="宋体" w:cs="宋体"/>
          <w:color w:val="000000"/>
        </w:rPr>
        <w:t>【甲】</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桃树、杏树、梨树，你不让我，我不让你，都开满了花赶趟儿。红的像火，粉的像霞，白的像雪。花里带着甜味儿；闭了眼，树上仿佛已经满是桃儿、杏儿、梨儿。花下成千成百的蜜蜂嗡嗡地闹着，大小的蝴蝶飞来飞去。①</w:t>
      </w:r>
      <w:r>
        <w:rPr>
          <w:rFonts w:ascii="楷体" w:eastAsia="楷体" w:hAnsi="楷体" w:cs="楷体"/>
          <w:color w:val="000000"/>
          <w:u w:val="single"/>
        </w:rPr>
        <w:t>野花遍地是：杂样儿，有名字的，没名字的，散在草丛里，像眼睛，像星星，还眨呀眨的。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吹面不寒杨柳风”，不错的，像母亲的手抚摸着你。风里带来些新翻的泥土的气息，混青草味儿，还有各种花的香，都在微微润湿的空气里酝酿。鸟儿将窠巢安在繁花嫩叶当中，高兴起来了，呼朋引伴地卖弄清脆的喉咙，唱出宛转的曲子，与轻风流水应和着。牛背上牧童的短笛，这时候也成天在嘹亮地响。</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（选自朱自清《春》）</w:t>
      </w:r>
    </w:p>
    <w:p>
      <w:pPr>
        <w:spacing w:line="360" w:lineRule="auto"/>
        <w:jc w:val="center"/>
        <w:textAlignment w:val="center"/>
        <w:rPr>
          <w:rFonts w:ascii="宋体" w:eastAsia="宋体" w:hAnsi="宋体" w:cs="宋体"/>
          <w:color w:val="000000"/>
        </w:rPr>
      </w:pPr>
      <w:r>
        <w:rPr>
          <w:rFonts w:ascii="宋体" w:eastAsia="宋体" w:hAnsi="宋体" w:cs="宋体"/>
          <w:color w:val="000000"/>
        </w:rPr>
        <w:t>【乙】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当丝丝缕缕的风轻拂过来，无边的宁静便在风与空气中弥散，身心仿佛被秋天减了负，有了翱翔的欲望。</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自然界似乎在秋天里一下子色彩斑斓，却又安之若素。</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八月的早晨清凉清凉的，繁茂生长过的庄稼早已深藏不露，向天的愿望变成俯伏大地的温存。草木收起了棱角，学着不再张牙舞爪。同时，当大地上一批植物逐渐衰老，会有另一批植物续上来凌寒而生，小白菜、菠菜、菜苔，都将准时贴着地皮生长，小家碧玉般不事张扬地葱绿。②</w:t>
      </w:r>
      <w:r>
        <w:rPr>
          <w:rFonts w:ascii="楷体" w:eastAsia="楷体" w:hAnsi="楷体" w:cs="楷体"/>
          <w:color w:val="000000"/>
          <w:u w:val="single"/>
        </w:rPr>
        <w:t>也有些花在秋凉中开了，金黄金黄的有栾树、桂花、皇菊，一开花就芳香四溢。紫蓝的喇叭花、粉红的月季花等等，温温存存地开。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风一遍遍梳理天空与大地，轻轻地梳，慢慢地理，耐着心地抚摸，偶尔下了力气吹那么一下，大地就日见稀朗了。在乡下的天空里星星反而更其繁密。成群的鸟儿一阵风一阵风地飞，像被风搅起的一大团一大团的叶子，密密麻麻地扑向电线、阳台和树枝。田野里，那一声牛的长哞，慢条斯理，从容不迫，把心中压抑久了的沉闷释放了出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踏入秋的门槛，人们可以在一片片飞红中观枫叶，在一阵阵魏香中闻桂花，在一簇簇金灿灿的明黄中赏秋菊，在山水间徜徉，这就是秋天的况味。</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（选自孔帆升《款款而来的初秋》，有删改）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于字里行间品味语言之美，能够领略文学作品的意蕴，提升自己的审美情趣。甲、乙两个文段中画横线处都是写花的精彩语句，请你加以赏析。</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意象组合是中国诗歌常用的写作手法。参考下面的示例，从乙文中摘录或改写描绘秋天景象的词句，连缀成一首咏秋的小诗，多角度展现秋的特点。</w:t>
      </w:r>
    </w:p>
    <w:p>
      <w:pPr>
        <w:spacing w:line="360" w:lineRule="auto"/>
        <w:jc w:val="left"/>
        <w:textAlignment w:val="center"/>
        <w:rPr>
          <w:rFonts w:ascii="宋体" w:eastAsia="宋体" w:hAnsi="宋体" w:cs="宋体"/>
          <w:color w:val="000000"/>
        </w:rPr>
      </w:pPr>
      <w:r>
        <w:rPr>
          <w:rFonts w:ascii="宋体" w:eastAsia="宋体" w:hAnsi="宋体" w:cs="宋体"/>
          <w:color w:val="000000"/>
        </w:rPr>
        <w:t>要求：小诗5—8行，至少包含3种景物。</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w:t>
      </w:r>
    </w:p>
    <w:p>
      <w:pPr>
        <w:spacing w:line="360" w:lineRule="auto"/>
        <w:jc w:val="center"/>
        <w:textAlignment w:val="center"/>
        <w:rPr>
          <w:rFonts w:ascii="楷体" w:eastAsia="楷体" w:hAnsi="楷体" w:cs="楷体"/>
          <w:color w:val="000000"/>
        </w:rPr>
      </w:pPr>
      <w:r>
        <w:rPr>
          <w:rFonts w:ascii="楷体" w:eastAsia="楷体" w:hAnsi="楷体" w:cs="楷体"/>
          <w:color w:val="000000"/>
        </w:rPr>
        <w:t>春天，</w:t>
      </w:r>
    </w:p>
    <w:p>
      <w:pPr>
        <w:spacing w:line="360" w:lineRule="auto"/>
        <w:jc w:val="center"/>
        <w:textAlignment w:val="center"/>
        <w:rPr>
          <w:rFonts w:ascii="楷体" w:eastAsia="楷体" w:hAnsi="楷体" w:cs="楷体"/>
          <w:color w:val="000000"/>
        </w:rPr>
      </w:pPr>
      <w:r>
        <w:rPr>
          <w:rFonts w:ascii="楷体" w:eastAsia="楷体" w:hAnsi="楷体" w:cs="楷体"/>
          <w:color w:val="000000"/>
        </w:rPr>
        <w:t>在那片绚烂的花色里。</w:t>
      </w:r>
    </w:p>
    <w:p>
      <w:pPr>
        <w:spacing w:line="360" w:lineRule="auto"/>
        <w:jc w:val="center"/>
        <w:textAlignment w:val="center"/>
        <w:rPr>
          <w:rFonts w:ascii="楷体" w:eastAsia="楷体" w:hAnsi="楷体" w:cs="楷体"/>
          <w:color w:val="000000"/>
        </w:rPr>
      </w:pPr>
      <w:r>
        <w:rPr>
          <w:rFonts w:ascii="楷体" w:eastAsia="楷体" w:hAnsi="楷体" w:cs="楷体"/>
          <w:color w:val="000000"/>
        </w:rPr>
        <w:t>蜜蜂，嗡嗡地闹着，</w:t>
      </w:r>
    </w:p>
    <w:p>
      <w:pPr>
        <w:spacing w:line="360" w:lineRule="auto"/>
        <w:jc w:val="center"/>
        <w:textAlignment w:val="center"/>
        <w:rPr>
          <w:rFonts w:ascii="楷体" w:eastAsia="楷体" w:hAnsi="楷体" w:cs="楷体"/>
          <w:color w:val="000000"/>
        </w:rPr>
      </w:pPr>
      <w:r>
        <w:rPr>
          <w:rFonts w:ascii="楷体" w:eastAsia="楷体" w:hAnsi="楷体" w:cs="楷体"/>
          <w:color w:val="000000"/>
        </w:rPr>
        <w:t>蝴蝶大大小小，飞来飞去。</w:t>
      </w:r>
    </w:p>
    <w:p>
      <w:pPr>
        <w:spacing w:line="360" w:lineRule="auto"/>
        <w:jc w:val="center"/>
        <w:textAlignment w:val="center"/>
        <w:rPr>
          <w:rFonts w:ascii="楷体" w:eastAsia="楷体" w:hAnsi="楷体" w:cs="楷体"/>
          <w:color w:val="000000"/>
        </w:rPr>
      </w:pPr>
      <w:r>
        <w:rPr>
          <w:rFonts w:ascii="楷体" w:eastAsia="楷体" w:hAnsi="楷体" w:cs="楷体"/>
          <w:color w:val="000000"/>
        </w:rPr>
        <w:t>杨柳风暖，</w:t>
      </w:r>
    </w:p>
    <w:p>
      <w:pPr>
        <w:spacing w:line="360" w:lineRule="auto"/>
        <w:jc w:val="center"/>
        <w:textAlignment w:val="center"/>
        <w:rPr>
          <w:rFonts w:ascii="楷体" w:eastAsia="楷体" w:hAnsi="楷体" w:cs="楷体"/>
          <w:color w:val="000000"/>
        </w:rPr>
      </w:pPr>
      <w:r>
        <w:rPr>
          <w:rFonts w:ascii="楷体" w:eastAsia="楷体" w:hAnsi="楷体" w:cs="楷体"/>
          <w:color w:val="000000"/>
        </w:rPr>
        <w:t>像母亲的手抚摸着你。</w:t>
      </w:r>
    </w:p>
    <w:p>
      <w:pPr>
        <w:spacing w:line="360" w:lineRule="auto"/>
        <w:jc w:val="center"/>
        <w:textAlignment w:val="center"/>
        <w:rPr>
          <w:rFonts w:ascii="楷体" w:eastAsia="楷体" w:hAnsi="楷体" w:cs="楷体"/>
          <w:color w:val="000000"/>
        </w:rPr>
      </w:pPr>
      <w:r>
        <w:rPr>
          <w:rFonts w:ascii="楷体" w:eastAsia="楷体" w:hAnsi="楷体" w:cs="楷体"/>
          <w:color w:val="000000"/>
        </w:rPr>
        <w:t>鸟儿携手牧童的短笛，</w:t>
      </w:r>
    </w:p>
    <w:p>
      <w:pPr>
        <w:spacing w:line="360" w:lineRule="auto"/>
        <w:jc w:val="center"/>
        <w:textAlignment w:val="center"/>
        <w:rPr>
          <w:rFonts w:ascii="楷体" w:eastAsia="楷体" w:hAnsi="楷体" w:cs="楷体"/>
          <w:color w:val="000000"/>
        </w:rPr>
      </w:pPr>
      <w:r>
        <w:rPr>
          <w:rFonts w:ascii="楷体" w:eastAsia="楷体" w:hAnsi="楷体" w:cs="楷体"/>
          <w:color w:val="000000"/>
        </w:rPr>
        <w:t>唱出春天的序曲。</w:t>
      </w:r>
    </w:p>
    <w:p>
      <w:pPr>
        <w:spacing w:line="360" w:lineRule="auto"/>
        <w:textAlignment w:val="center"/>
        <w:rPr>
          <w:rFonts w:ascii="宋体" w:eastAsia="宋体" w:hAnsi="宋体" w:cs="宋体"/>
          <w:color w:val="000000"/>
        </w:rPr>
      </w:pPr>
      <w:r>
        <w:rPr>
          <w:color w:val="2E75B6"/>
        </w:rPr>
        <w:t>【答案】</w:t>
      </w:r>
      <w:r>
        <w:rPr>
          <w:color w:val="000000"/>
        </w:rPr>
        <w:t xml:space="preserve">14. </w:t>
      </w:r>
      <w:r>
        <w:rPr>
          <w:rFonts w:ascii="宋体" w:eastAsia="宋体" w:hAnsi="宋体" w:cs="宋体"/>
          <w:color w:val="000000"/>
        </w:rPr>
        <w:t>甲：比喻修辞，生动形象地写出了野花的多，表达了作者对野花的喜爱之情，对春的喜爱之情。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乙：运用了拟人修辞，生动形象地写出喇叭花、月季花开放</w:t>
      </w:r>
      <w:r>
        <w:rPr>
          <w:rFonts w:ascii="宋体" w:eastAsia="宋体" w:hAnsi="宋体" w:cs="宋体"/>
          <w:color w:val="000000"/>
          <w:position w:val="0"/>
        </w:rPr>
        <w:drawing>
          <wp:inline>
            <wp:extent cx="133350" cy="177800"/>
            <wp:docPr id="14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
                    <pic:cNvPicPr>
                      <a:picLocks noChangeAspect="1"/>
                    </pic:cNvPicPr>
                  </pic:nvPicPr>
                  <pic:blipFill>
                    <a:blip r:embed="rId9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情态，表达了作者对初秋的喜爱之情。</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15. </w:t>
      </w:r>
      <w:r>
        <w:rPr>
          <w:rFonts w:ascii="宋体" w:eastAsia="宋体" w:hAnsi="宋体" w:cs="宋体"/>
          <w:color w:val="000000"/>
        </w:rPr>
        <w:t>示例：</w:t>
      </w:r>
    </w:p>
    <w:p>
      <w:pPr>
        <w:spacing w:line="360" w:lineRule="auto"/>
        <w:jc w:val="center"/>
        <w:textAlignment w:val="center"/>
        <w:rPr>
          <w:rFonts w:ascii="宋体" w:eastAsia="宋体" w:hAnsi="宋体" w:cs="宋体"/>
          <w:color w:val="000000"/>
        </w:rPr>
      </w:pPr>
      <w:r>
        <w:rPr>
          <w:rFonts w:ascii="宋体" w:eastAsia="宋体" w:hAnsi="宋体" w:cs="宋体"/>
          <w:color w:val="000000"/>
        </w:rPr>
        <w:t>秋天，</w:t>
      </w:r>
    </w:p>
    <w:p>
      <w:pPr>
        <w:spacing w:line="360" w:lineRule="auto"/>
        <w:jc w:val="center"/>
        <w:textAlignment w:val="center"/>
        <w:rPr>
          <w:rFonts w:ascii="宋体" w:eastAsia="宋体" w:hAnsi="宋体" w:cs="宋体"/>
          <w:color w:val="000000"/>
        </w:rPr>
      </w:pPr>
      <w:r>
        <w:rPr>
          <w:rFonts w:ascii="宋体" w:eastAsia="宋体" w:hAnsi="宋体" w:cs="宋体"/>
          <w:color w:val="000000"/>
        </w:rPr>
        <w:t>在清凉凉的早晨里。</w:t>
      </w:r>
    </w:p>
    <w:p>
      <w:pPr>
        <w:spacing w:line="360" w:lineRule="auto"/>
        <w:jc w:val="center"/>
        <w:textAlignment w:val="center"/>
        <w:rPr>
          <w:rFonts w:ascii="宋体" w:eastAsia="宋体" w:hAnsi="宋体" w:cs="宋体"/>
          <w:color w:val="000000"/>
        </w:rPr>
      </w:pPr>
      <w:r>
        <w:rPr>
          <w:rFonts w:ascii="宋体" w:eastAsia="宋体" w:hAnsi="宋体" w:cs="宋体"/>
          <w:color w:val="000000"/>
        </w:rPr>
        <w:t>栾树、桂花、皇菊，芳香四溢；</w:t>
      </w:r>
    </w:p>
    <w:p>
      <w:pPr>
        <w:spacing w:line="360" w:lineRule="auto"/>
        <w:jc w:val="center"/>
        <w:textAlignment w:val="center"/>
        <w:rPr>
          <w:rFonts w:ascii="宋体" w:eastAsia="宋体" w:hAnsi="宋体" w:cs="宋体"/>
          <w:color w:val="000000"/>
        </w:rPr>
      </w:pPr>
      <w:r>
        <w:rPr>
          <w:rFonts w:ascii="宋体" w:eastAsia="宋体" w:hAnsi="宋体" w:cs="宋体"/>
          <w:color w:val="000000"/>
        </w:rPr>
        <w:t>紫蓝的喇叭花、粉红的月季花，温存地绽放。</w:t>
      </w:r>
    </w:p>
    <w:p>
      <w:pPr>
        <w:spacing w:line="360" w:lineRule="auto"/>
        <w:jc w:val="center"/>
        <w:textAlignment w:val="center"/>
        <w:rPr>
          <w:rFonts w:ascii="宋体" w:eastAsia="宋体" w:hAnsi="宋体" w:cs="宋体"/>
          <w:color w:val="000000"/>
        </w:rPr>
      </w:pPr>
      <w:r>
        <w:rPr>
          <w:rFonts w:ascii="宋体" w:eastAsia="宋体" w:hAnsi="宋体" w:cs="宋体"/>
          <w:color w:val="000000"/>
        </w:rPr>
        <w:t>秋风轻柔温暖，</w:t>
      </w:r>
    </w:p>
    <w:p>
      <w:pPr>
        <w:spacing w:line="360" w:lineRule="auto"/>
        <w:jc w:val="center"/>
        <w:textAlignment w:val="center"/>
        <w:rPr>
          <w:rFonts w:ascii="宋体" w:eastAsia="宋体" w:hAnsi="宋体" w:cs="宋体"/>
          <w:color w:val="000000"/>
        </w:rPr>
      </w:pPr>
      <w:r>
        <w:rPr>
          <w:rFonts w:ascii="宋体" w:eastAsia="宋体" w:hAnsi="宋体" w:cs="宋体"/>
          <w:color w:val="000000"/>
        </w:rPr>
        <w:t>风轻轻地梳，慢慢地理，耐着心地抚摸。</w:t>
      </w:r>
    </w:p>
    <w:p>
      <w:pPr>
        <w:spacing w:line="360" w:lineRule="auto"/>
        <w:jc w:val="center"/>
        <w:textAlignment w:val="center"/>
        <w:rPr>
          <w:rFonts w:ascii="宋体" w:eastAsia="宋体" w:hAnsi="宋体" w:cs="宋体"/>
          <w:color w:val="000000"/>
        </w:rPr>
      </w:pPr>
      <w:r>
        <w:rPr>
          <w:rFonts w:ascii="宋体" w:eastAsia="宋体" w:hAnsi="宋体" w:cs="宋体"/>
          <w:color w:val="000000"/>
        </w:rPr>
        <w:t>那一声牛的长哞，慢条斯理，从容不迫，感受秋天的况味。</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本题考查句子赏析。</w:t>
      </w:r>
    </w:p>
    <w:p>
      <w:pPr>
        <w:spacing w:line="360" w:lineRule="auto"/>
        <w:jc w:val="left"/>
        <w:textAlignment w:val="center"/>
        <w:rPr>
          <w:rFonts w:ascii="宋体" w:eastAsia="宋体" w:hAnsi="宋体" w:cs="宋体"/>
          <w:color w:val="000000"/>
        </w:rPr>
      </w:pPr>
      <w:r>
        <w:rPr>
          <w:rFonts w:ascii="宋体" w:eastAsia="宋体" w:hAnsi="宋体" w:cs="宋体"/>
          <w:color w:val="000000"/>
        </w:rPr>
        <w:t>甲文“像眼睛，像星星，还眨呀眨的”运用了比喻、拟人修辞，把“野花”比作“眼睛、星星”，“眨呀眨的”将野花人格化，生动形象地写出了野花的多，表达了作者对野花的喜爱之情，对春的喜爱之情。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乙文“紫蓝的喇叭花、粉红的月季花等等，温温存存地开”运用了拟人修辞，“温温存存”形容人的温暖、温柔和顺等，这里将喇叭花、月季花人格化，生动形象地写出喇叭花、月季花开放的温柔情态，表达了作者对初秋的喇叭花、月季喜爱之情，对初秋的喜爱之情。</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本题考查阅读拓展。摘取乙文中的事物，多角度展现秋的特点，按要求写作即可。答案不唯一。</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w:t>
      </w:r>
    </w:p>
    <w:p>
      <w:pPr>
        <w:spacing w:line="360" w:lineRule="auto"/>
        <w:jc w:val="center"/>
        <w:textAlignment w:val="center"/>
        <w:rPr>
          <w:rFonts w:ascii="宋体" w:eastAsia="宋体" w:hAnsi="宋体" w:cs="宋体"/>
          <w:color w:val="000000"/>
        </w:rPr>
      </w:pPr>
      <w:r>
        <w:rPr>
          <w:rFonts w:ascii="宋体" w:eastAsia="宋体" w:hAnsi="宋体" w:cs="宋体"/>
          <w:color w:val="000000"/>
        </w:rPr>
        <w:t>秋天，</w:t>
      </w:r>
    </w:p>
    <w:p>
      <w:pPr>
        <w:spacing w:line="360" w:lineRule="auto"/>
        <w:jc w:val="center"/>
        <w:textAlignment w:val="center"/>
        <w:rPr>
          <w:rFonts w:ascii="宋体" w:eastAsia="宋体" w:hAnsi="宋体" w:cs="宋体"/>
          <w:color w:val="000000"/>
        </w:rPr>
      </w:pPr>
      <w:r>
        <w:rPr>
          <w:rFonts w:ascii="宋体" w:eastAsia="宋体" w:hAnsi="宋体" w:cs="宋体"/>
          <w:color w:val="000000"/>
        </w:rPr>
        <w:t>在绿油油的菜地里。</w:t>
      </w:r>
    </w:p>
    <w:p>
      <w:pPr>
        <w:spacing w:line="360" w:lineRule="auto"/>
        <w:jc w:val="center"/>
        <w:textAlignment w:val="center"/>
        <w:rPr>
          <w:rFonts w:ascii="宋体" w:eastAsia="宋体" w:hAnsi="宋体" w:cs="宋体"/>
          <w:color w:val="000000"/>
        </w:rPr>
      </w:pPr>
      <w:r>
        <w:rPr>
          <w:rFonts w:ascii="宋体" w:eastAsia="宋体" w:hAnsi="宋体" w:cs="宋体"/>
          <w:color w:val="000000"/>
        </w:rPr>
        <w:t>小白菜、菠菜、菜苔，竞相生长；</w:t>
      </w:r>
    </w:p>
    <w:p>
      <w:pPr>
        <w:spacing w:line="360" w:lineRule="auto"/>
        <w:jc w:val="center"/>
        <w:textAlignment w:val="center"/>
        <w:rPr>
          <w:rFonts w:ascii="宋体" w:eastAsia="宋体" w:hAnsi="宋体" w:cs="宋体"/>
          <w:color w:val="000000"/>
        </w:rPr>
      </w:pPr>
      <w:r>
        <w:rPr>
          <w:rFonts w:ascii="宋体" w:eastAsia="宋体" w:hAnsi="宋体" w:cs="宋体"/>
          <w:color w:val="000000"/>
        </w:rPr>
        <w:t>成群的鸟儿风一样飞。</w:t>
      </w:r>
    </w:p>
    <w:p>
      <w:pPr>
        <w:spacing w:line="360" w:lineRule="auto"/>
        <w:jc w:val="center"/>
        <w:textAlignment w:val="center"/>
        <w:rPr>
          <w:rFonts w:ascii="宋体" w:eastAsia="宋体" w:hAnsi="宋体" w:cs="宋体"/>
          <w:color w:val="000000"/>
        </w:rPr>
      </w:pPr>
      <w:r>
        <w:rPr>
          <w:rFonts w:ascii="宋体" w:eastAsia="宋体" w:hAnsi="宋体" w:cs="宋体"/>
          <w:color w:val="000000"/>
        </w:rPr>
        <w:t>和着落叶，</w:t>
      </w:r>
    </w:p>
    <w:p>
      <w:pPr>
        <w:spacing w:line="360" w:lineRule="auto"/>
        <w:jc w:val="center"/>
        <w:textAlignment w:val="center"/>
        <w:rPr>
          <w:rFonts w:ascii="宋体" w:eastAsia="宋体" w:hAnsi="宋体" w:cs="宋体"/>
          <w:color w:val="000000"/>
        </w:rPr>
      </w:pPr>
      <w:r>
        <w:rPr>
          <w:rFonts w:ascii="宋体" w:eastAsia="宋体" w:hAnsi="宋体" w:cs="宋体"/>
          <w:color w:val="000000"/>
        </w:rPr>
        <w:t>秋风温柔地抚过人们的脸庞，</w:t>
      </w:r>
    </w:p>
    <w:p>
      <w:pPr>
        <w:spacing w:line="360" w:lineRule="auto"/>
        <w:jc w:val="center"/>
        <w:textAlignment w:val="center"/>
        <w:rPr>
          <w:rFonts w:ascii="宋体" w:eastAsia="宋体" w:hAnsi="宋体" w:cs="宋体"/>
          <w:color w:val="000000"/>
        </w:rPr>
      </w:pPr>
      <w:r>
        <w:rPr>
          <w:rFonts w:ascii="宋体" w:eastAsia="宋体" w:hAnsi="宋体" w:cs="宋体"/>
          <w:color w:val="000000"/>
        </w:rPr>
        <w:t>牛儿将心中压抑久了的沉闷释放。</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阅读《你等着，我去给你买橘子》，完成下面小题。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你等着，我去给你买橘子</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肖遥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小时候每次跟我妈回姥姥家，去的时候无论多么欢欢喜喜，离开时都会变得鬼鬼祟祟：寒冷的冬日凌晨，我妈叫醒我，不许我出声，连灯都不敢开，我至今还记得那些被急匆匆套上的一层又一层的衣服:冰凉的棉毛衫、扎脸的毛衣、紧张中穿反了的外套……和我一样被粗暴收拾的还有行李包，它们被胡乱地塞进了衣物、食物。我们摸黑梳洗，悄悄地行动，生怕惊动了姥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那些发生在凌晨的我妈和我姥姥的博弈，规则是“看谁起得早”。我妈能5点起来，我姥姥就敢4点蹲守厨房，所以这种博弈总以我妈的失败而告终。每次我妈都以为这次起得够早，拉着我蹑手蹑脚地往外溜，都会看见厨房里透出的微微亮光——灶台底下的火苗早就一窜一窜地舔着锅底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被我姥姥和她做的早餐成功拦截后，她们就开启了新的对峙：我妈拒绝吃早餐，姥姥早就料到这一招，拎过一大兜煮鸡蛋非要让我妈提上再走。母女俩都憋着气——我妈说：“你看看行李还能装得下吗？”我姥姥就拿我说事儿：“孩子早上不能饿着！”①</w:t>
      </w:r>
      <w:r>
        <w:rPr>
          <w:rFonts w:ascii="楷体" w:eastAsia="楷体" w:hAnsi="楷体" w:cs="楷体"/>
          <w:color w:val="000000"/>
          <w:u w:val="single"/>
        </w:rPr>
        <w:t>几轮过后，我妈背着行李，提着一大包热腾腾的食物，气呼呼地走了。</w:t>
      </w:r>
      <w:r>
        <w:rPr>
          <w:rFonts w:ascii="楷体" w:eastAsia="楷体" w:hAnsi="楷体" w:cs="楷体"/>
          <w:color w:val="000000"/>
        </w:rPr>
        <w:t>看我妈的架势，我很是惊慌，几步追上去，紧紧揪住她的衣角。</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④当我也成了妈妈的时候，我的母亲变成了“姥姥”。如同往昔重现，当我离开时，任凭我说 “啥也不需要”，她仍会收拾一大包地里种的青菜、芥菜、菠菜塞给我。当我拎着沉甸甸的菜蔬挤地铁、等公交辗转旅途，恼怒之余，才理解了多年前我妈为啥动气——除了嫌沉，更多的是对姥姥说不出口的心疼。她气姥姥节省，舍不得吃鸡蛋，还气姥姥为了赶早做早饭，一夜也不曾睡踏实。与其说姥姥倾尽所有的给予成了我妈的心理负担，不如说姥姥无意识表达出的不舍，让我妈感到了委屈和内疚。</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最近我去看我妈，她在给我们装葱的时候，我很想说“不要装了，家里还有”，可是出口却成了“这哪里来的”。因为自从冬天罢园后，门口那一小块地也被平整得像是原本就是这副模样。我妈说葱是在屋内的花盆里种的。我喃喃道：“自己种的就好。”我忽然很害怕，害怕我父母不种地了。这种害怕，就像我从前责备我爸妈退休后还要种地一样强烈，因为他们在劳作时没少受伤：摘佛手瓜摔伤了腰，给豆角搭架子扭伤了脚……可无论你再阻止，也挡不住开春他们还要挖地，松土，播种。而我现在看到那块空地，才惊觉，如果他们不种地，说明他们种不动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⑥从我妈家回来，我把葱放在阳台上。②</w:t>
      </w:r>
      <w:r>
        <w:rPr>
          <w:rFonts w:ascii="楷体" w:eastAsia="楷体" w:hAnsi="楷体" w:cs="楷体"/>
          <w:color w:val="000000"/>
          <w:u w:val="single"/>
        </w:rPr>
        <w:t>出太阳时，我怕葱被晒坏，盖上一层报纸；刮大风时，又怕它们被吹干，套上一层保鲜膜……</w:t>
      </w:r>
      <w:r>
        <w:rPr>
          <w:rFonts w:ascii="楷体" w:eastAsia="楷体" w:hAnsi="楷体" w:cs="楷体"/>
          <w:color w:val="000000"/>
        </w:rPr>
        <w:t>从前，获得过太多鲜花、赞美和闪光的礼物，食物这种最有烟火气、最寻常的东西根本不足以打动我；现在，当需要我自己张罗一粥一饭的时候，我觉得新鲜食物是最珍贵的礼物，因为在一粥一饭中，才能深深感受到这些食物里关于爱的良苦用心和好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⑦寒假结束，送女儿去机场，临行时她对我“严防死守”，说“行李都多得夸张了”，其实只不过是一个双肩书包。这个包，我连颗瓜子也休想给她塞进去。当然，我自知没有胜算，也不会强人所难。</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在她下车往航站楼走去的瞬间，我就想起朱自清《背影》中一句话：“我买几个橘子去。你就在此地，不要走动。”刚好我车上有一小包橘子，是准备上班当零食的，就掏出来递给她。她一边嗔怪“你咋跟姥姥一样”，一边哭笑不得地接过去。她知道她妈妈尽管很想变得和姥姥不一样，但妈妈还是妈妈，还是不失时机地给自己娃嘴里、兜里塞吃的，还是以喂养好孩子为本能，为乐趣。</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经过了几代人关乎牵挂和分离的战斗，这种战斗本身的方式也变了，从剑拔弩张变成嬉皮笑脸，感情表达变得越来越轻盈，但貌似很多情感也变得轻易甚至轻率。可是，尽管新新人类排斥一切沉重的事物，但只要身为人类，就无法摆脱情感的重量。</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（选自《时代邮刊》，有删改）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这篇散文中的故事好似三集“平淡而隽永的连续剧”，每一集都拨动着我们的心弦。请你阅读文章，补全下面的内容。</w:t>
      </w:r>
    </w:p>
    <w:p>
      <w:pPr>
        <w:spacing w:line="360" w:lineRule="auto"/>
        <w:jc w:val="left"/>
        <w:textAlignment w:val="center"/>
        <w:rPr>
          <w:rFonts w:ascii="宋体" w:eastAsia="宋体" w:hAnsi="宋体" w:cs="宋体"/>
          <w:color w:val="000000"/>
        </w:rPr>
      </w:pPr>
      <w:r>
        <w:rPr>
          <w:rFonts w:ascii="宋体" w:eastAsia="宋体" w:hAnsi="宋体" w:cs="宋体"/>
          <w:color w:val="000000"/>
        </w:rPr>
        <w:t>第一集：①</w:t>
      </w:r>
      <w:r>
        <w:rPr>
          <w:rFonts w:ascii="宋体" w:eastAsia="宋体" w:hAnsi="宋体" w:cs="宋体"/>
          <w:color w:val="000000"/>
        </w:rPr>
        <w:t>_________________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第二集：我将妈妈给我准备好的、亲手种的菜蔬全都带回，并精心呵护。</w:t>
      </w:r>
    </w:p>
    <w:p>
      <w:pPr>
        <w:spacing w:line="360" w:lineRule="auto"/>
        <w:jc w:val="left"/>
        <w:textAlignment w:val="center"/>
        <w:rPr>
          <w:rFonts w:ascii="宋体" w:eastAsia="宋体" w:hAnsi="宋体" w:cs="宋体"/>
          <w:color w:val="000000"/>
        </w:rPr>
      </w:pPr>
      <w:r>
        <w:rPr>
          <w:rFonts w:ascii="宋体" w:eastAsia="宋体" w:hAnsi="宋体" w:cs="宋体"/>
          <w:color w:val="000000"/>
        </w:rPr>
        <w:t>第三集：②</w:t>
      </w:r>
      <w:r>
        <w:rPr>
          <w:rFonts w:ascii="宋体" w:eastAsia="宋体" w:hAnsi="宋体" w:cs="宋体"/>
          <w:color w:val="000000"/>
        </w:rPr>
        <w:t>_________________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文章语言生动细腻，蕴含着浓浓的情感。请从文中画横线的两句中任选一句，结合下列加点词语谈谈你的理解。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①几轮过后，我妈背着行李，提着一大包热腾腾的食物，气呼呼地走了。</w:t>
      </w:r>
    </w:p>
    <w:p>
      <w:pPr>
        <w:spacing w:line="360" w:lineRule="auto"/>
        <w:jc w:val="left"/>
        <w:textAlignment w:val="center"/>
        <w:rPr>
          <w:rFonts w:ascii="宋体" w:eastAsia="宋体" w:hAnsi="宋体" w:cs="宋体"/>
          <w:color w:val="000000"/>
        </w:rPr>
      </w:pPr>
      <w:r>
        <w:rPr>
          <w:rFonts w:ascii="宋体" w:eastAsia="宋体" w:hAnsi="宋体" w:cs="宋体"/>
          <w:color w:val="000000"/>
        </w:rPr>
        <w:t>②出太阳时，我怕葱被晒坏，盖上—层报纸；刮大风时，又怕它们被吹干，套上一层保鲜膜……</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本文三代人送别的“博弈”，让我们读到了中华民族血脉中代代相传的美德。请结合文章内容谈谈你对这种传统美德的理解。</w:t>
      </w:r>
    </w:p>
    <w:p>
      <w:pPr>
        <w:spacing w:line="360" w:lineRule="auto"/>
        <w:textAlignment w:val="center"/>
        <w:rPr>
          <w:rFonts w:ascii="宋体" w:eastAsia="宋体" w:hAnsi="宋体" w:cs="宋体"/>
          <w:color w:val="000000"/>
        </w:rPr>
      </w:pPr>
      <w:r>
        <w:rPr>
          <w:color w:val="2E75B6"/>
        </w:rPr>
        <w:t>【答案】</w:t>
      </w:r>
      <w:r>
        <w:rPr>
          <w:color w:val="000000"/>
        </w:rPr>
        <w:t xml:space="preserve">16. </w:t>
      </w:r>
      <w:r>
        <w:rPr>
          <w:color w:val="000000"/>
        </w:rPr>
        <w:t xml:space="preserve">    ①. </w:t>
      </w:r>
      <w:r>
        <w:rPr>
          <w:rFonts w:ascii="宋体" w:eastAsia="宋体" w:hAnsi="宋体" w:cs="宋体"/>
          <w:color w:val="000000"/>
        </w:rPr>
        <w:t>妈妈为了躲避姥姥塞东西，准备带我偷偷离开，还是被早起的姥姥蹲守住了。</w:t>
      </w:r>
      <w:r>
        <w:rPr>
          <w:color w:val="000000"/>
        </w:rPr>
        <w:t xml:space="preserve">    ②. </w:t>
      </w:r>
      <w:r>
        <w:rPr>
          <w:rFonts w:ascii="宋体" w:eastAsia="宋体" w:hAnsi="宋体" w:cs="宋体"/>
          <w:color w:val="000000"/>
        </w:rPr>
        <w:t>我在女儿下车去航站楼时还是忍不住塞给她一包橘子，她尽管嗔怪却还是接受了。</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第①句示例：“热腾腾”写出食物刚出锅的样子，表现出姥姥对女儿的疼爱；“气呼呼”写出妈妈生气而无奈的样子，传达出的则是对姥姥的心疼。</w:t>
      </w:r>
    </w:p>
    <w:p>
      <w:pPr>
        <w:spacing w:line="360" w:lineRule="auto"/>
        <w:jc w:val="left"/>
        <w:textAlignment w:val="center"/>
        <w:rPr>
          <w:rFonts w:ascii="宋体" w:eastAsia="宋体" w:hAnsi="宋体" w:cs="宋体"/>
          <w:color w:val="000000"/>
        </w:rPr>
      </w:pPr>
      <w:r>
        <w:rPr>
          <w:rFonts w:ascii="宋体" w:eastAsia="宋体" w:hAnsi="宋体" w:cs="宋体"/>
          <w:color w:val="000000"/>
        </w:rPr>
        <w:t>第②句示例：“怕”是心理，“盖”“套”是行为，这几个词写出了我精心保存母亲给我带的菜蔬的情形，体现了我对母亲的心疼与感激之情。</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18. </w:t>
      </w:r>
      <w:r>
        <w:rPr>
          <w:rFonts w:ascii="宋体" w:eastAsia="宋体" w:hAnsi="宋体" w:cs="宋体"/>
          <w:color w:val="000000"/>
        </w:rPr>
        <w:t>示例：文中的“母亲”与孩子分别时，总是尽可能给孩子多拿东西，生怕饿着、苦着孩子，这是天底下母亲对儿女无微不至的牵挂与爱。而我妈妈、我、女儿所表现出的无论是生气与无奈，还是接受与呵护，抑或是收下与嗔怪，都是儿女对母亲的体贴与理解。这份长辈对后辈的呵护关爱、后辈对长辈的体贴心疼是中华儿女代代相传的美德，已经成为一种融入到中华民族血脉中的文化基因。</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本题考查文章内容概括。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第①空：结合①段的“小时候每次跟我妈回姥姥家，去的时候无论多么欢欢喜喜，离开时都会变得鬼鬼祟祟……我们摸黑梳洗，悄悄地行动，生怕惊动了姥姥”和②段的“每次我妈都以为这次起得够早，拉着我蹑手蹑脚地往外溜，都会看见厨房里透出的微微亮光”可概括出，妈妈为了躲避姥姥塞东西，准备带我偷偷离开，还是被早起的姥姥蹲守住了；</w:t>
      </w:r>
    </w:p>
    <w:p>
      <w:pPr>
        <w:spacing w:line="360" w:lineRule="auto"/>
        <w:jc w:val="left"/>
        <w:textAlignment w:val="center"/>
        <w:rPr>
          <w:rFonts w:ascii="宋体" w:eastAsia="宋体" w:hAnsi="宋体" w:cs="宋体"/>
          <w:color w:val="000000"/>
        </w:rPr>
      </w:pPr>
      <w:r>
        <w:rPr>
          <w:rFonts w:ascii="宋体" w:eastAsia="宋体" w:hAnsi="宋体" w:cs="宋体"/>
          <w:color w:val="000000"/>
        </w:rPr>
        <w:t>第②空：结合⑦段的“寒假结束，送女儿去机场，临行时她对我‘严防死守’，说‘行李都多得夸张了’……刚好我车上有一小包橘子，是准备上班当零食的，就掏出来递给她。她一边嗔怪‘你咋跟姥姥一样’，一边哭笑不得地接过去”可概括出，我在女儿下车去航站楼时还是忍不住塞给她一包橘子，她尽管嗔怪却还是接受了。</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本题考查语言情感分析</w:t>
      </w:r>
      <w:r>
        <w:rPr>
          <w:rFonts w:ascii="宋体" w:eastAsia="宋体" w:hAnsi="宋体" w:cs="宋体"/>
          <w:color w:val="000000"/>
          <w:position w:val="-12"/>
        </w:rPr>
        <w:drawing>
          <wp:inline>
            <wp:extent cx="127000" cy="76200"/>
            <wp:docPr id="14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
                    <pic:cNvPicPr>
                      <a:picLocks noChangeAspect="1"/>
                    </pic:cNvPicPr>
                  </pic:nvPicPr>
                  <pic:blipFill>
                    <a:blip r:embed="rId98"/>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①结合第②段的“每次我妈都以为这次起得够早，拉着我蹑手蹑脚地往外溜，都会看见厨房里透出的微微亮光——灶台底下的火苗早就一窜一窜地舔着锅底了”可以看出，“热腾腾的食物”是姥姥一大早起来为我们准备好的，它凝聚了姥姥对女儿、对我的疼爱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 “气呼呼”是对妈妈的神态描写，写出了她生气而无奈的样子，结合④段的“除了嫌沉，更多的是对姥姥说不出口的心疼……姥姥无意识表达出的不舍，让我妈感到了委屈和内疚”可以看出，它写出了她对姥姥的心疼。</w:t>
      </w:r>
    </w:p>
    <w:p>
      <w:pPr>
        <w:spacing w:line="360" w:lineRule="auto"/>
        <w:jc w:val="left"/>
        <w:textAlignment w:val="center"/>
        <w:rPr>
          <w:rFonts w:ascii="宋体" w:eastAsia="宋体" w:hAnsi="宋体" w:cs="宋体"/>
          <w:color w:val="000000"/>
        </w:rPr>
      </w:pPr>
      <w:r>
        <w:rPr>
          <w:rFonts w:ascii="宋体" w:eastAsia="宋体" w:hAnsi="宋体" w:cs="宋体"/>
          <w:color w:val="000000"/>
        </w:rPr>
        <w:t>②“我怕葱被晒坏”“又怕它们被吹干”中的“怕”是对我的心理描写，写出了我对葱的关注；“盖上”“套上”是对我的动作描写，写出了我的精心保护；表现了我对母亲给我带的菜蔬的用心程度，体现了我对母亲的心疼与感激之情。</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本题考查阅读迁移与表达。答案不唯一。</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结合⑨段的“经过了几代人关乎牵挂和分离的战斗……尽管新新人类排斥一切沉重的事物，但只要身为人类，就无法摆脱情感的重量”可以看出，中华传统美德中的孝道与关爱，已经成为融入人们血液的东西，无论形式如何变化，长辈对后辈呵护关爱，后辈对长辈体贴心疼，我们内心的爱不会改变。而这种关爱还将代代相传，成为中华传统文化的一个重要组成部分。</w:t>
      </w:r>
    </w:p>
    <w:p>
      <w:pPr>
        <w:pStyle w:val="Heading3"/>
      </w:pPr>
      <w:r>
        <w:t>第十五中学</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四、现代文阅读（共</w:t>
      </w:r>
      <w:r>
        <w:rPr>
          <w:rFonts w:cs="宋体;SimSun" w:ascii="宋体;SimSun" w:hAnsi="宋体;SimSun"/>
          <w:b/>
          <w:color w:val="000000"/>
          <w:sz w:val="24"/>
        </w:rPr>
        <w:t>17</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（一）</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阅读《秋天的怀念》，完成下面小题。</w:t>
      </w:r>
    </w:p>
    <w:p>
      <w:pPr>
        <w:pStyle w:val="Normal"/>
        <w:spacing w:lineRule="auto" w:line="360"/>
        <w:ind w:firstLine="420" w:end="0"/>
        <w:jc w:val="start"/>
        <w:textAlignment w:val="center"/>
        <w:rPr>
          <w:rFonts w:ascii="楷体" w:hAnsi="楷体" w:eastAsia="楷体" w:cs="楷体"/>
          <w:color w:val="000000"/>
          <w:u w:val="single"/>
        </w:rPr>
      </w:pPr>
      <w:r>
        <w:rPr>
          <w:rFonts w:eastAsia="楷体" w:cs="楷体" w:ascii="楷体" w:hAnsi="楷体"/>
          <w:color w:val="000000"/>
        </w:rPr>
        <w:t>①</w:t>
      </w:r>
      <w:r>
        <w:rPr>
          <w:rFonts w:ascii="楷体" w:hAnsi="楷体" w:cs="楷体" w:eastAsia="楷体"/>
          <w:color w:val="000000"/>
        </w:rPr>
        <w:t>双腿瘫痪后，我的脾气变得暴怒无常。望着望着天上北归的雁阵，我会突然把面前的玻璃砸碎；听着听着李谷一甜美的歌声，我会猛地把手边的东西摔向四周的墙壁。【甲】</w:t>
      </w:r>
      <w:r>
        <w:rPr>
          <w:rFonts w:ascii="楷体" w:hAnsi="楷体" w:cs="楷体" w:eastAsia="楷体"/>
          <w:color w:val="000000"/>
          <w:u w:val="single"/>
        </w:rPr>
        <w:t>母亲就悄悄地躲出去，在我看不见的地方偷偷地听着我的动静。</w:t>
      </w:r>
      <w:r>
        <w:rPr>
          <w:rFonts w:ascii="楷体" w:hAnsi="楷体" w:cs="楷体" w:eastAsia="楷体"/>
          <w:color w:val="000000"/>
        </w:rPr>
        <w:t>当一切恢复沉寂，她又悄悄地进来，眼边儿红红的，看着我。“听说北海的花儿都开了，我推着你去走走。”她总是这么说。母亲喜欢花，可自从我的腿瘫痪以后，她侍弄的那些花都死了。“不，我不去！”我狠命地捶打这两条可恨的腿，喊着，“我可活什么劲儿！”【乙】</w:t>
      </w:r>
      <w:r>
        <w:rPr>
          <w:rFonts w:ascii="楷体" w:hAnsi="楷体" w:cs="楷体" w:eastAsia="楷体"/>
          <w:color w:val="000000"/>
          <w:u w:val="single"/>
        </w:rPr>
        <w:t>母亲扑过来抓住我的手，忍住哭声说：“咱娘儿俩在一块儿，好好儿活，好好儿活……”</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可我却一直都不知道，她的病已经到了那步田地。后来妹妹告诉我，她常常肝疼得整宿整宿翻来覆去地睡不了觉。</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那天我又独自坐在屋里，</w:t>
      </w:r>
      <w:r>
        <w:rPr>
          <w:rFonts w:ascii="楷体" w:hAnsi="楷体" w:cs="楷体" w:eastAsia="楷体"/>
          <w:color w:val="000000"/>
          <w:u w:val="single"/>
        </w:rPr>
        <w:t>看着窗外的树叶“唰唰啦啦”地飘落</w:t>
      </w:r>
      <w:r>
        <w:rPr>
          <w:rFonts w:ascii="楷体" w:hAnsi="楷体" w:cs="楷体" w:eastAsia="楷体"/>
          <w:color w:val="000000"/>
        </w:rPr>
        <w:t>。母亲进来了，挡在窗前：“北海的菊花开了，我推着你去看看吧。”她憔悴的脸上现出央求般的神色。“什么时候？”“你要是愿意，就明天？”她说。我的回答已经让她喜出望外了。“好吧，就明天。”我说。她高兴得一会儿坐下，一会儿站起：“那就赶紧准备准备。”“哎呀，烦不烦？几步路，有什么好准备的！”她也笑了，坐在我身边，絮絮叨叨地说着：“看完菊花，咱们就去‘仿膳’，你小时候最爱吃那儿的豌豆黄儿。还记得那回我带你去北海吗？你偏说那杨树花是毛毛虫，跑着，一脚踩扁一个……”她忽然不说了。对于“跑”和“踩”一类的字眼，她比我还敏感。她又悄悄地出去了。</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她出去了，就再也没回来。</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邻居们把她抬上车时，她还在大口大口地吐着鲜血。我没想到她已经病成那样。看着三轮车远去，也绝没有想到那竟是永远的诀别。</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⑥</w:t>
      </w:r>
      <w:r>
        <w:rPr>
          <w:rFonts w:ascii="楷体" w:hAnsi="楷体" w:cs="楷体" w:eastAsia="楷体"/>
          <w:color w:val="000000"/>
        </w:rPr>
        <w:t>邻居的小伙子背着我去看她的时候，她正艰难地呼吸着，像她那一生艰难的生活。别人告诉我，她昏迷前的最后一句话是：“我那个有病的儿子和我那个还未成年的女儿……”</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⑦</w:t>
      </w:r>
      <w:r>
        <w:rPr>
          <w:rFonts w:ascii="楷体" w:hAnsi="楷体" w:cs="楷体" w:eastAsia="楷体"/>
          <w:color w:val="000000"/>
        </w:rPr>
        <w:t>又是秋天，妹妹推着我去北海看了菊花。黄色的花淡雅，白色的花高洁，紫红色的花热烈而深沉，泼泼洒洒，秋风中正开得烂漫。我懂得母亲没有说完的话。妹妹也懂。我俩在一块儿，要好好儿活……</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17. </w:t>
      </w:r>
      <w:r>
        <w:rPr>
          <w:rFonts w:ascii="宋体;SimSun" w:hAnsi="宋体;SimSun" w:cs="宋体;SimSun"/>
          <w:color w:val="000000"/>
        </w:rPr>
        <w:t>本文三次写看花，看花是中心事件，也是母爱的集中体现，阅读全文，请在①②③处填写下表。</w:t>
      </w:r>
    </w:p>
    <w:tbl>
      <w:tblPr>
        <w:tblW w:w="9430" w:type="dxa"/>
        <w:jc w:val="start"/>
        <w:tblInd w:w="0" w:type="dxa"/>
        <w:tblLayout w:type="fixed"/>
        <w:tblCellMar>
          <w:top w:w="75" w:type="dxa"/>
          <w:start w:w="120" w:type="dxa"/>
          <w:bottom w:w="75" w:type="dxa"/>
          <w:end w:w="120" w:type="dxa"/>
        </w:tblCellMar>
      </w:tblPr>
      <w:tblGrid>
        <w:gridCol w:w="1015"/>
        <w:gridCol w:w="4609"/>
        <w:gridCol w:w="1843"/>
        <w:gridCol w:w="1963"/>
      </w:tblGrid>
      <w:tr>
        <w:trPr>
          <w:trHeight w:val="330" w:hRule="atLeast"/>
        </w:trPr>
        <w:tc>
          <w:tcPr>
            <w:tcW w:w="101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Fonts w:eastAsia="宋体;SimSun" w:cs="宋体;SimSun"/>
                <w:color w:val="000000"/>
                <w:kern w:val="2"/>
                <w:sz w:val="21"/>
                <w:szCs w:val="24"/>
              </w:rPr>
            </w:pPr>
            <w:r>
              <w:rPr>
                <w:rFonts w:eastAsia="宋体;SimSun" w:cs="宋体;SimSun"/>
                <w:color w:val="000000"/>
                <w:kern w:val="2"/>
                <w:sz w:val="21"/>
                <w:szCs w:val="24"/>
              </w:rPr>
            </w:r>
          </w:p>
        </w:tc>
        <w:tc>
          <w:tcPr>
            <w:tcW w:w="46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事件</w:t>
            </w:r>
          </w:p>
        </w:tc>
        <w:tc>
          <w:tcPr>
            <w:tcW w:w="184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我的表现</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母亲的反应</w:t>
            </w:r>
          </w:p>
        </w:tc>
      </w:tr>
      <w:tr>
        <w:trPr>
          <w:trHeight w:val="330" w:hRule="atLeast"/>
        </w:trPr>
        <w:tc>
          <w:tcPr>
            <w:tcW w:w="101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第一次</w:t>
            </w:r>
          </w:p>
        </w:tc>
        <w:tc>
          <w:tcPr>
            <w:tcW w:w="46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春天，因“我”暴怒无常，母亲提出去北海看花</w:t>
            </w:r>
          </w:p>
        </w:tc>
        <w:tc>
          <w:tcPr>
            <w:tcW w:w="184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①</w:t>
            </w:r>
            <w:r>
              <w:rPr>
                <w:rFonts w:ascii="宋体;SimSun" w:hAnsi="宋体;SimSun" w:cs="宋体;SimSun" w:eastAsia="宋体;SimSun"/>
                <w:color w:val="000000"/>
                <w:kern w:val="2"/>
                <w:sz w:val="21"/>
                <w:szCs w:val="24"/>
              </w:rPr>
              <w:t>（                  ）</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劝慰鼓励</w:t>
            </w:r>
          </w:p>
        </w:tc>
      </w:tr>
      <w:tr>
        <w:trPr>
          <w:trHeight w:val="720" w:hRule="atLeast"/>
        </w:trPr>
        <w:tc>
          <w:tcPr>
            <w:tcW w:w="101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第二次</w:t>
            </w:r>
          </w:p>
        </w:tc>
        <w:tc>
          <w:tcPr>
            <w:tcW w:w="46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秋天，北海的菊花开了，母亲想推“我”去看看，</w:t>
            </w:r>
          </w:p>
        </w:tc>
        <w:tc>
          <w:tcPr>
            <w:tcW w:w="184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答应母亲</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②</w:t>
            </w:r>
            <w:r>
              <w:rPr>
                <w:rFonts w:ascii="宋体;SimSun" w:hAnsi="宋体;SimSun" w:cs="宋体;SimSun" w:eastAsia="宋体;SimSun"/>
                <w:color w:val="000000"/>
                <w:kern w:val="2"/>
                <w:sz w:val="21"/>
                <w:szCs w:val="24"/>
              </w:rPr>
              <w:t>（                ）</w:t>
            </w:r>
          </w:p>
        </w:tc>
      </w:tr>
      <w:tr>
        <w:trPr>
          <w:trHeight w:val="870" w:hRule="atLeast"/>
        </w:trPr>
        <w:tc>
          <w:tcPr>
            <w:tcW w:w="101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第三次</w:t>
            </w:r>
          </w:p>
        </w:tc>
        <w:tc>
          <w:tcPr>
            <w:tcW w:w="4609"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t>③</w:t>
            </w:r>
            <w:r>
              <w:rPr>
                <w:rFonts w:ascii="宋体;SimSun" w:hAnsi="宋体;SimSun" w:cs="宋体;SimSun" w:eastAsia="宋体;SimSun"/>
                <w:color w:val="000000"/>
                <w:kern w:val="2"/>
                <w:sz w:val="21"/>
                <w:szCs w:val="24"/>
              </w:rPr>
              <w:t>（                 ）</w:t>
            </w:r>
          </w:p>
        </w:tc>
        <w:tc>
          <w:tcPr>
            <w:tcW w:w="184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怀念母亲</w:t>
            </w:r>
          </w:p>
        </w:tc>
        <w:tc>
          <w:tcPr>
            <w:tcW w:w="1963"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Fonts w:ascii="宋体;SimSun" w:hAnsi="宋体;SimSun" w:eastAsia="宋体;SimSun" w:cs="宋体;SimSun"/>
                <w:color w:val="000000"/>
                <w:kern w:val="2"/>
                <w:sz w:val="21"/>
                <w:szCs w:val="24"/>
              </w:rPr>
            </w:pPr>
            <w:r>
              <w:rPr>
                <w:rFonts w:eastAsia="宋体;SimSun" w:cs="宋体;SimSun" w:ascii="宋体;SimSun" w:hAnsi="宋体;SimSun"/>
                <w:color w:val="000000"/>
                <w:kern w:val="2"/>
                <w:sz w:val="21"/>
                <w:szCs w:val="24"/>
              </w:rPr>
            </w:r>
          </w:p>
        </w:tc>
      </w:tr>
    </w:tbl>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18. </w:t>
      </w:r>
      <w:r>
        <w:rPr>
          <w:rFonts w:ascii="宋体;SimSun" w:hAnsi="宋体;SimSun" w:cs="宋体;SimSun"/>
          <w:color w:val="000000"/>
        </w:rPr>
        <w:t>联系上下文，简要分析第③段画线句子在内容和结构上的作用。</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19. </w:t>
      </w:r>
      <w:r>
        <w:rPr>
          <w:rFonts w:ascii="宋体;SimSun" w:hAnsi="宋体;SimSun" w:cs="宋体;SimSun"/>
          <w:color w:val="000000"/>
        </w:rPr>
        <w:t>同学在读书过程中，划出了【甲】【乙】两处文字。请你从中选取一处，对其做出批注，表达你的理解、赏析或感悟。</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我选择</w:t>
      </w:r>
      <w:r>
        <w:rPr>
          <w:rFonts w:cs="宋体;SimSun" w:ascii="宋体;SimSun" w:hAnsi="宋体;SimSun"/>
          <w:color w:val="000000"/>
        </w:rPr>
        <w:t>____</w:t>
      </w:r>
      <w:r>
        <w:rPr>
          <w:rFonts w:ascii="宋体;SimSun" w:hAnsi="宋体;SimSun" w:cs="宋体;SimSun"/>
          <w:color w:val="000000"/>
        </w:rPr>
        <w:t>处。</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我的批注：</w:t>
      </w:r>
      <w:r>
        <w:rPr>
          <w:rFonts w:cs="宋体;SimSun" w:ascii="宋体;SimSun" w:hAnsi="宋体;SimSun"/>
          <w:color w:val="000000"/>
        </w:rPr>
        <w:t>__________________________________________________________</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17.     ①. </w:t>
      </w:r>
      <w:r>
        <w:rPr>
          <w:rFonts w:ascii="宋体;SimSun" w:hAnsi="宋体;SimSun" w:cs="宋体;SimSun"/>
          <w:color w:val="000000"/>
        </w:rPr>
        <w:t>拒绝母亲</w:t>
      </w:r>
      <w:r>
        <w:rPr>
          <w:color w:val="000000"/>
        </w:rPr>
        <w:t xml:space="preserve">    ②</w:t>
      </w:r>
      <w:r>
        <w:rPr>
          <w:color w:val="000000"/>
        </w:rPr>
        <w:t xml:space="preserve">. </w:t>
      </w:r>
      <w:r>
        <w:rPr>
          <w:rFonts w:ascii="宋体;SimSun" w:hAnsi="宋体;SimSun" w:cs="宋体;SimSun"/>
          <w:color w:val="000000"/>
        </w:rPr>
        <w:t>喜出望外</w:t>
      </w:r>
      <w:r>
        <w:rPr>
          <w:color w:val="000000"/>
        </w:rPr>
        <w:t xml:space="preserve">    ③</w:t>
      </w:r>
      <w:r>
        <w:rPr>
          <w:color w:val="000000"/>
        </w:rPr>
        <w:t xml:space="preserve">. </w:t>
      </w:r>
      <w:r>
        <w:rPr>
          <w:rFonts w:ascii="宋体;SimSun" w:hAnsi="宋体;SimSun" w:cs="宋体;SimSun"/>
          <w:color w:val="000000"/>
        </w:rPr>
        <w:t>又是秋天，妹妹推“我”去北海看菊花。</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18. </w:t>
      </w:r>
      <w:r>
        <w:rPr>
          <w:rFonts w:ascii="宋体;SimSun" w:hAnsi="宋体;SimSun" w:cs="宋体;SimSun"/>
          <w:color w:val="000000"/>
        </w:rPr>
        <w:t>内容上，突出“我”孤独、痛苦、无望的心情；结构上，为下文写菊花蓬勃的生命力，“我”的心理从绝望转向坚强的变化做铺垫。</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19.     ①. </w:t>
      </w:r>
      <w:r>
        <w:rPr>
          <w:rFonts w:ascii="宋体;SimSun" w:hAnsi="宋体;SimSun" w:cs="宋体;SimSun"/>
          <w:color w:val="000000"/>
        </w:rPr>
        <w:t>示例：甲</w:t>
      </w:r>
      <w:r>
        <w:rPr>
          <w:color w:val="000000"/>
        </w:rPr>
        <w:t xml:space="preserve">    ②</w:t>
      </w:r>
      <w:r>
        <w:rPr>
          <w:color w:val="000000"/>
        </w:rPr>
        <w:t xml:space="preserve">. </w:t>
      </w:r>
      <w:r>
        <w:rPr>
          <w:rFonts w:ascii="宋体;SimSun" w:hAnsi="宋体;SimSun" w:cs="宋体;SimSun"/>
          <w:color w:val="000000"/>
        </w:rPr>
        <w:t>母亲心疼“我”，很爱“我”。她知道“我”因病而烦躁，因此行动都变得小心翼翼，可她又放不下“我”，只能偷偷地听着“我”的动静。示例：乙：“抓”和“扑”写出母亲对“我”捶打双腿行为的阻止；她担心“我”失去生活下去的勇气，表达了母亲对“我”的关怀和爱。</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17</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筛选信息。根据第①段中的“‘不，我不去！’我狠命地捶打这两条可恨的腿”可知，第一空可填“拒绝母亲”；根据第③段中的“我的回答已经让她喜出望外了”可知第二空可填“喜出望外”；根据第⑦段中的“又是秋天，妹妹推着我去北海看了菊花”可知，第三空可填“又是秋天，妹妹推‘我’去北海看菊花”。据此作答即可。</w:t>
      </w:r>
    </w:p>
    <w:p>
      <w:pPr>
        <w:pStyle w:val="Normal"/>
        <w:spacing w:lineRule="auto" w:line="360"/>
        <w:textAlignment w:val="center"/>
        <w:rPr>
          <w:color w:val="000000"/>
        </w:rPr>
      </w:pPr>
      <w:r>
        <w:rPr>
          <w:color w:val="000000"/>
        </w:rPr>
        <w:t>【</w:t>
      </w:r>
      <w:r>
        <w:rPr>
          <w:color w:val="000000"/>
        </w:rPr>
        <w:t>18</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此题考查重点语句的作用，要求我们从内容、结构两个方面分析。从内容上来看，“窗外的树叶‘唰唰啦啦’地飘落”，让“我”由此联想到“我”的生命也如这树叶一般凋零，暗示着自己当时悲凉、痛苦的心情；从结构上来看，引出了下文母亲挡在窗前，又央求“我”去北海看菊花的内容，从而为“我”看到菊花蓬勃的生命力后，心理从痛苦、无望转向乐观、坚强的情节变化做铺垫。</w:t>
      </w:r>
    </w:p>
    <w:p>
      <w:pPr>
        <w:pStyle w:val="Normal"/>
        <w:spacing w:lineRule="auto" w:line="360"/>
        <w:textAlignment w:val="center"/>
        <w:rPr>
          <w:color w:val="000000"/>
        </w:rPr>
      </w:pPr>
      <w:r>
        <w:rPr>
          <w:color w:val="000000"/>
        </w:rPr>
        <w:t>【</w:t>
      </w:r>
      <w:r>
        <w:rPr>
          <w:color w:val="000000"/>
        </w:rPr>
        <w:t>19</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本题考查重点句子的赏析能力。一般来说，要求学生赏析的句子往往具有某一特色，或是修辞，或是表达方式，或是遣词造句，这就要求学生结合具体语境灵活作答。</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甲：在“我”脾气暴怒、砸碎玻璃、猛摔东西时，母亲并没有马上劝说、安慰、制止，而是“悄悄地躲出去”，“在我看不见的地方偷偷地听着我的动静”。“悄悄”和“偷偷”的细节，可以看出母亲深深地理解儿子的痛苦需要发泄，甚至需要一个人发泄，她用宽厚的母爱容忍着儿子的暴怒，同时又担忧着儿子，怕他有什么过激行为伤害了自己，所以还要“偷偷地听着我的动静”。母亲躲出去了，她的心却一刻也没有离开儿子，“悄悄”和“偷偷”的无声动作背后，正是母爱的流露。</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乙：母亲“扑”“抓”的动作，是在阻止“我”，表现了母亲的痛心、焦急，她想立刻扑灭儿子轻生的念头，可以体会到母亲非常在意“我”的内心感受，害怕儿子禁不住打击，失去生活的勇气，表达了母亲对“我”体贴和关爱。</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（二）</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阅读《冬日香山》，完成下面小题。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冬日香山</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梁衡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①</w:t>
      </w:r>
      <w:r>
        <w:rPr>
          <w:rFonts w:ascii="楷体" w:hAnsi="楷体" w:cs="楷体" w:eastAsia="楷体"/>
          <w:color w:val="000000"/>
        </w:rPr>
        <w:t>要不是有公务，谁会在这天寒地冻的时节来香山呢？可话又说回来，要不是恰在这时来，</w:t>
      </w:r>
      <w:r>
        <w:rPr>
          <w:rFonts w:ascii="楷体" w:hAnsi="楷体" w:cs="楷体" w:eastAsia="楷体"/>
          <w:color w:val="000000"/>
          <w:em w:val="underDot"/>
        </w:rPr>
        <w:t>香山性格的那一面</w:t>
      </w:r>
      <w:r>
        <w:rPr>
          <w:rFonts w:ascii="楷体" w:hAnsi="楷体" w:cs="楷体" w:eastAsia="楷体"/>
          <w:color w:val="000000"/>
        </w:rPr>
        <w:t>，我又哪能知道呢？</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②</w:t>
      </w:r>
      <w:r>
        <w:rPr>
          <w:rFonts w:ascii="楷体" w:hAnsi="楷体" w:cs="楷体" w:eastAsia="楷体"/>
          <w:color w:val="000000"/>
        </w:rPr>
        <w:t>开三天会，就住在公园内的别墅里。偌大个公园为我们独享，也是一种满足。早晨一爬起来我便去逛山。这里我春天时来过，是花的世界；夏天时来过，是浓阴的世界；秋天时来过，是红叶的世界。而这三季都游客满山</w:t>
      </w:r>
      <w:r>
        <w:rPr>
          <w:rFonts w:cs="Times New Roman"/>
          <w:color w:val="000000"/>
        </w:rPr>
        <w:t>——</w:t>
      </w:r>
      <w:r>
        <w:rPr>
          <w:rFonts w:ascii="楷体" w:hAnsi="楷体" w:cs="楷体" w:eastAsia="楷体"/>
          <w:color w:val="000000"/>
        </w:rPr>
        <w:t>说到底是人的世界。形形色色的服装，南腔北调的话音，这一切将山路林间都塞满了。现在可好，无花，无叶，无红，无绿，更没有多少人，好一座空落落的香山，好一个清净的世界。</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③</w:t>
      </w:r>
      <w:r>
        <w:rPr>
          <w:rFonts w:ascii="楷体" w:hAnsi="楷体" w:cs="楷体" w:eastAsia="楷体"/>
          <w:color w:val="000000"/>
        </w:rPr>
        <w:t>过去来时，路边是夹道的丁香，厚绿的圆形叶片，白的或紫色的小花；现在只剩下灰褐色的劲枝，枝头挑着些已弹去种籽的空壳。过去来时，山坡上是些层层片片的灌木，扑闪着自己霜红的叶片，如一团团的火苗，在秋风中翻腾；现在远望灰蒙蒙的一片，其身其形和石和土几乎融在一起，很难觅到它的音容。过去来时，林间树下是厚厚的绿草，绒绒地由山脚铺到山顶；现在它们或枯萎在石缝间，或被风扫卷着聚缠在树根下。如果说秋是水落石出，</w:t>
      </w:r>
      <w:r>
        <w:rPr>
          <w:rFonts w:ascii="楷体" w:hAnsi="楷体" w:cs="楷体" w:eastAsia="楷体"/>
          <w:color w:val="000000"/>
          <w:u w:val="single"/>
        </w:rPr>
        <w:t xml:space="preserve"> （</w:t>
      </w:r>
      <w:r>
        <w:rPr>
          <w:rFonts w:eastAsia="楷体" w:cs="楷体" w:ascii="楷体" w:hAnsi="楷体"/>
          <w:color w:val="000000"/>
          <w:u w:val="single"/>
        </w:rPr>
        <w:t>1</w:t>
      </w:r>
      <w:r>
        <w:rPr>
          <w:rFonts w:ascii="楷体" w:hAnsi="楷体" w:cs="楷体" w:eastAsia="楷体"/>
          <w:color w:val="000000"/>
          <w:u w:val="single"/>
        </w:rPr>
        <w:t xml:space="preserve">） </w:t>
      </w:r>
      <w:r>
        <w:rPr>
          <w:rFonts w:ascii="楷体" w:hAnsi="楷体" w:cs="楷体" w:eastAsia="楷体"/>
          <w:color w:val="000000"/>
        </w:rPr>
        <w:t>。在山下一望山顶的鬼见愁，黑森森的石崖，蜿蜒的石路，历历在目。连路边的巨石也都像是突然奔来眼前，过去从未相见似的。可以想见，当秋气初收、冬雪欲降之时，这山感到三季的重负将去，便迎着寒风将阔肩一抖，抖掉那些攀附在身的柔枝软叶。【甲】</w:t>
      </w:r>
      <w:r>
        <w:rPr>
          <w:rFonts w:ascii="楷体" w:hAnsi="楷体" w:cs="楷体" w:eastAsia="楷体"/>
          <w:color w:val="000000"/>
          <w:u w:val="single"/>
        </w:rPr>
        <w:t>它又将山门一闭，推出那些没完没了的闲客，然后正襟危坐，巍巍然俯视大千，静静地享受安宁。</w:t>
      </w:r>
      <w:r>
        <w:rPr>
          <w:rFonts w:ascii="楷体" w:hAnsi="楷体" w:cs="楷体" w:eastAsia="楷体"/>
          <w:color w:val="000000"/>
        </w:rPr>
        <w:t>我现在就正步入这个虚静世界。苏轼在夜深人静时去游承天寺，感觉到寺之明静如处积水之中，我今于冬日游香山，神清气朗如在真空。</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④</w:t>
      </w:r>
      <w:r>
        <w:rPr>
          <w:rFonts w:ascii="楷体" w:hAnsi="楷体" w:cs="楷体" w:eastAsia="楷体"/>
          <w:color w:val="000000"/>
        </w:rPr>
        <w:t>与春夏相比，这山上不变的是松柏。一出别墅的后门就有十几株两抱之粗的苍松直通天穹。树干粗粗壮壮，溜光挺直，直到树梢尽头才伸出几根虬劲的枝，枝上挂着束束松针，该怎样绿还是怎样绿。这时太阳从东方冉冉升起，走到松枝间却寂然不动了。我徘徊于树下又斜倚在石上，看着这红日绿松，心中</w:t>
      </w:r>
      <w:r>
        <w:rPr>
          <w:rFonts w:ascii="楷体" w:hAnsi="楷体" w:cs="楷体" w:eastAsia="楷体"/>
          <w:color w:val="000000"/>
          <w:u w:val="single"/>
        </w:rPr>
        <w:t xml:space="preserve"> （</w:t>
      </w:r>
      <w:r>
        <w:rPr>
          <w:rFonts w:eastAsia="楷体" w:cs="楷体" w:ascii="楷体" w:hAnsi="楷体"/>
          <w:color w:val="000000"/>
          <w:u w:val="single"/>
        </w:rPr>
        <w:t>2</w:t>
      </w:r>
      <w:r>
        <w:rPr>
          <w:rFonts w:ascii="楷体" w:hAnsi="楷体" w:cs="楷体" w:eastAsia="楷体"/>
          <w:color w:val="000000"/>
          <w:u w:val="single"/>
        </w:rPr>
        <w:t xml:space="preserve">） </w:t>
      </w:r>
      <w:r>
        <w:rPr>
          <w:rFonts w:ascii="楷体" w:hAnsi="楷体" w:cs="楷体" w:eastAsia="楷体"/>
          <w:color w:val="000000"/>
        </w:rPr>
        <w:t>如在涅槃，觉得胸若虚谷，头悬明镜，人山一体。此时我只感到山的巍峨与松的伟岸，冬日香山就只剩下这两样东西了。苍松之外，还有一些新松，栽在路旁，冒出油绿的针叶，好像全然不知外面的季节。与松做伴的还有柏树与翠竹。柏树或矗立路旁，或伸出于石岩，森森然，与松呼应。翠竹则在房檐下山脚旁，挺着秀气的枝，伸出绿绿的叶，远远地做一些铺垫。你看它们身下那些形容萎缩的衰草败枝，你看它们头上的红日蓝天，你看那被山风打扫得干干净净的石板路，你就会明白松树的骄傲。它不因风寒而笼袖缩脖，不因人少而自卑自惭。我奇怪人们的好奇心那么强，可怎么没有想到在秋敛冬凝之后再来香山看看松柏的形象。</w:t>
      </w:r>
    </w:p>
    <w:p>
      <w:pPr>
        <w:pStyle w:val="Normal"/>
        <w:spacing w:lineRule="auto" w:line="360"/>
        <w:ind w:firstLine="420" w:end="0"/>
        <w:jc w:val="start"/>
        <w:textAlignment w:val="center"/>
        <w:rPr>
          <w:rFonts w:ascii="楷体" w:hAnsi="楷体" w:eastAsia="楷体" w:cs="楷体"/>
          <w:color w:val="000000"/>
        </w:rPr>
      </w:pPr>
      <w:r>
        <w:rPr>
          <w:rFonts w:eastAsia="楷体" w:cs="楷体" w:ascii="楷体" w:hAnsi="楷体"/>
          <w:color w:val="000000"/>
        </w:rPr>
        <w:t>⑤</w:t>
      </w:r>
      <w:r>
        <w:rPr>
          <w:rFonts w:ascii="楷体" w:hAnsi="楷体" w:cs="楷体" w:eastAsia="楷体"/>
          <w:color w:val="000000"/>
        </w:rPr>
        <w:t>当我登上山顶时回望远处烟霭茫茫，亭台隐隐，脚下山石奔突，松柏连理，无花无草，一色灰褐。【乙】</w:t>
      </w:r>
      <w:r>
        <w:rPr>
          <w:rFonts w:ascii="楷体" w:hAnsi="楷体" w:cs="楷体" w:eastAsia="楷体"/>
          <w:color w:val="000000"/>
          <w:u w:val="single"/>
        </w:rPr>
        <w:t>好一幅天然焦墨山水图。</w:t>
      </w:r>
      <w:r>
        <w:rPr>
          <w:rFonts w:ascii="楷体" w:hAnsi="楷体" w:cs="楷体" w:eastAsia="楷体"/>
          <w:color w:val="000000"/>
        </w:rPr>
        <w:t>焦墨笔法者舍色而用墨，不要掩饰只留本质。你看这山，它借着季节相助舍掉了丁香的香味，芳草的倩影，枫树的火红，还有游客的捧场。只留下这长青的松柏来做自己的山魂。山路寂寂，阒然无人。我边走边想比较着几次来香山的收获。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w:t>
      </w:r>
    </w:p>
    <w:p>
      <w:pPr>
        <w:pStyle w:val="Normal"/>
        <w:spacing w:lineRule="auto" w:line="360"/>
        <w:ind w:firstLine="420" w:end="0"/>
        <w:jc w:val="start"/>
        <w:textAlignment w:val="center"/>
        <w:rPr>
          <w:rFonts w:ascii="宋体;SimSun" w:hAnsi="宋体;SimSun" w:cs="宋体;SimSun"/>
          <w:color w:val="000000"/>
        </w:rPr>
      </w:pPr>
      <w:r>
        <w:rPr>
          <w:rFonts w:eastAsia="楷体" w:cs="楷体" w:ascii="楷体" w:hAnsi="楷体"/>
          <w:color w:val="000000"/>
        </w:rPr>
        <w:t>⑥</w:t>
      </w:r>
      <w:r>
        <w:rPr>
          <w:rFonts w:ascii="楷体" w:hAnsi="楷体" w:cs="楷体" w:eastAsia="楷体"/>
          <w:color w:val="000000"/>
        </w:rPr>
        <w:t>香山，这个神清气朗的冬日。</w:t>
      </w:r>
      <w:r>
        <w:rPr>
          <w:rFonts w:ascii="宋体;SimSun" w:hAnsi="宋体;SimSun" w:cs="宋体;SimSun"/>
          <w:color w:val="000000"/>
        </w:rPr>
        <w:t xml:space="preserve"> </w:t>
      </w:r>
    </w:p>
    <w:p>
      <w:pPr>
        <w:pStyle w:val="Normal"/>
        <w:spacing w:lineRule="auto" w:line="360"/>
        <w:jc w:val="end"/>
        <w:textAlignment w:val="center"/>
        <w:rPr>
          <w:rFonts w:ascii="宋体;SimSun" w:hAnsi="宋体;SimSun" w:cs="宋体;SimSun"/>
          <w:color w:val="000000"/>
        </w:rPr>
      </w:pPr>
      <w:r>
        <w:rPr>
          <w:rFonts w:ascii="宋体;SimSun" w:hAnsi="宋体;SimSun" w:cs="宋体;SimSun"/>
          <w:color w:val="000000"/>
        </w:rPr>
        <w:t>（原文有删改）</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20. </w:t>
      </w:r>
      <w:r>
        <w:rPr>
          <w:rFonts w:ascii="宋体;SimSun" w:hAnsi="宋体;SimSun" w:cs="宋体;SimSun"/>
          <w:color w:val="000000"/>
        </w:rPr>
        <w:t>根据上下文，在（</w:t>
      </w:r>
      <w:r>
        <w:rPr>
          <w:rFonts w:cs="宋体;SimSun" w:ascii="宋体;SimSun" w:hAnsi="宋体;SimSun"/>
          <w:color w:val="000000"/>
        </w:rPr>
        <w:t>1</w:t>
      </w:r>
      <w:r>
        <w:rPr>
          <w:rFonts w:ascii="宋体;SimSun" w:hAnsi="宋体;SimSun" w:cs="宋体;SimSun"/>
          <w:color w:val="000000"/>
        </w:rPr>
        <w:t>）（</w:t>
      </w:r>
      <w:r>
        <w:rPr>
          <w:rFonts w:cs="宋体;SimSun" w:ascii="宋体;SimSun" w:hAnsi="宋体;SimSun"/>
          <w:color w:val="000000"/>
        </w:rPr>
        <w:t>2</w:t>
      </w:r>
      <w:r>
        <w:rPr>
          <w:rFonts w:ascii="宋体;SimSun" w:hAnsi="宋体;SimSun" w:cs="宋体;SimSun"/>
          <w:color w:val="000000"/>
        </w:rPr>
        <w:t>）两处横线上依次填入词句，将内容补充完整，最恰当的一项是（   ）</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A. </w:t>
      </w:r>
      <w:r>
        <w:rPr>
          <w:rFonts w:ascii="宋体;SimSun" w:hAnsi="宋体;SimSun" w:cs="宋体;SimSun"/>
          <w:color w:val="000000"/>
        </w:rPr>
        <w:t>冬则是草木去而山石显了  躁动不安</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B. </w:t>
      </w:r>
      <w:r>
        <w:rPr>
          <w:rFonts w:ascii="宋体;SimSun" w:hAnsi="宋体;SimSun" w:cs="宋体;SimSun"/>
          <w:color w:val="000000"/>
        </w:rPr>
        <w:t>冬则是草木去而山石显了  澄静安闲</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C. </w:t>
      </w:r>
      <w:r>
        <w:rPr>
          <w:rFonts w:ascii="宋体;SimSun" w:hAnsi="宋体;SimSun" w:cs="宋体;SimSun"/>
          <w:color w:val="000000"/>
        </w:rPr>
        <w:t>冬则是草木荣而山石隐了  澄静安闲</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D. </w:t>
      </w:r>
      <w:r>
        <w:rPr>
          <w:rFonts w:ascii="宋体;SimSun" w:hAnsi="宋体;SimSun" w:cs="宋体;SimSun"/>
          <w:color w:val="000000"/>
        </w:rPr>
        <w:t>冬则</w:t>
      </w:r>
      <w:r>
        <w:rPr>
          <w:rFonts w:ascii="宋体;SimSun" w:hAnsi="宋体;SimSun" w:cs="宋体;SimSun"/>
          <w:color w:val="000000"/>
        </w:rPr>
        <w:drawing>
          <wp:inline distT="0" distB="0" distL="0" distR="0">
            <wp:extent cx="132080" cy="167640"/>
            <wp:effectExtent l="0" t="0" r="0" b="0"/>
            <wp:docPr id="1499"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图片 100007"/>
                    <pic:cNvPicPr>
                      <a:picLocks noChangeAspect="1" noChangeArrowheads="1"/>
                    </pic:cNvPicPr>
                  </pic:nvPicPr>
                  <pic:blipFill>
                    <a:blip r:embed="rId99"/>
                    <a:srcRect l="-203" t="-203" r="-203" b="-203"/>
                    <a:stretch>
                      <a:fillRect/>
                    </a:stretch>
                  </pic:blipFill>
                  <pic:spPr bwMode="auto">
                    <a:xfrm>
                      <a:off x="0" y="0"/>
                      <a:ext cx="132080" cy="167640"/>
                    </a:xfrm>
                    <a:prstGeom prst="rect">
                      <a:avLst/>
                    </a:prstGeom>
                    <a:noFill/>
                  </pic:spPr>
                </pic:pic>
              </a:graphicData>
            </a:graphic>
          </wp:inline>
        </w:drawing>
      </w:r>
      <w:r>
        <w:rPr>
          <w:rFonts w:ascii="宋体;SimSun" w:hAnsi="宋体;SimSun" w:cs="宋体;SimSun"/>
          <w:color w:val="000000"/>
        </w:rPr>
        <w:t>草木荣而山石隐了  躁动不安</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21. </w:t>
      </w:r>
      <w:r>
        <w:rPr>
          <w:rFonts w:ascii="宋体;SimSun" w:hAnsi="宋体;SimSun" w:cs="宋体;SimSun"/>
          <w:color w:val="000000"/>
        </w:rPr>
        <w:t>作者在文中大量运用了对比手法。文章第③段将</w:t>
      </w:r>
      <w:r>
        <w:rPr>
          <w:rFonts w:ascii="宋体;SimSun" w:hAnsi="宋体;SimSun" w:cs="宋体;SimSun"/>
          <w:color w:val="000000"/>
          <w:u w:val="single"/>
        </w:rPr>
        <w:t xml:space="preserve">               </w:t>
      </w:r>
      <w:r>
        <w:rPr>
          <w:rFonts w:ascii="宋体;SimSun" w:hAnsi="宋体;SimSun" w:cs="宋体;SimSun"/>
          <w:color w:val="000000"/>
        </w:rPr>
        <w:t>与</w:t>
      </w:r>
      <w:r>
        <w:rPr>
          <w:rFonts w:ascii="宋体;SimSun" w:hAnsi="宋体;SimSun" w:cs="宋体;SimSun"/>
          <w:color w:val="000000"/>
          <w:u w:val="single"/>
        </w:rPr>
        <w:t xml:space="preserve">           </w:t>
      </w:r>
      <w:r>
        <w:rPr>
          <w:rFonts w:ascii="宋体;SimSun" w:hAnsi="宋体;SimSun" w:cs="宋体;SimSun"/>
          <w:color w:val="000000"/>
        </w:rPr>
        <w:t>对比，凸显了冬日香山草木凋零的状况。第④段写香山的松柏时，将它与“它们身下那些形容萎缩的衰草败枝”对比，是为了</w:t>
      </w:r>
      <w:r>
        <w:rPr>
          <w:rFonts w:cs="宋体;SimSun" w:ascii="宋体;SimSun" w:hAnsi="宋体;SimSun"/>
          <w:color w:val="000000"/>
        </w:rPr>
        <w:t>___________________________</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22. </w:t>
      </w:r>
      <w:r>
        <w:rPr>
          <w:rFonts w:ascii="宋体;SimSun" w:hAnsi="宋体;SimSun" w:cs="宋体;SimSun"/>
          <w:color w:val="000000"/>
        </w:rPr>
        <w:t>请从文中【甲】【乙】两处画线语句中任选一处，说说该句使用了什么修辞方法，写出了景物怎样的特点，并结合上下文，分析其中蕴含的作者情感。</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23. </w:t>
      </w:r>
      <w:r>
        <w:rPr>
          <w:rFonts w:ascii="宋体;SimSun" w:hAnsi="宋体;SimSun" w:cs="宋体;SimSun"/>
          <w:color w:val="000000"/>
        </w:rPr>
        <w:t>请结合全文，说说香山春天、夏天、秋天的共同特点是什么，并谈谈你对文章第①段“香山性格的那一面”的理解。</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20. B    21. </w:t>
      </w:r>
      <w:r>
        <w:rPr>
          <w:rFonts w:ascii="宋体;SimSun" w:hAnsi="宋体;SimSun" w:cs="宋体;SimSun"/>
          <w:color w:val="000000"/>
        </w:rPr>
        <w:t>过去来时所见香山景色  现在所见香山景象  突出松柏不畏严寒、顽强骄傲的特点</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22. </w:t>
      </w:r>
      <w:r>
        <w:rPr>
          <w:rFonts w:ascii="宋体;SimSun" w:hAnsi="宋体;SimSun" w:cs="宋体;SimSun"/>
          <w:color w:val="000000"/>
        </w:rPr>
        <w:t>示例一：【甲】处运用了拟人手法，“推出”“正襟危坐”“俯视”“静静地享受”等词写出了香山除去繁华、清净安宁、肃穆虚静的特点，蕴含了作者神清气朗的闲适惬意。</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示例二：【乙】处运用了比喻手法，把登顶所见的景色比作焦墨山水图，写出了所见景象色彩素净、画面淡雅的特点，蕴含了作者对冬日香山不要掩饰只留本质的欣赏之情。</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23. </w:t>
      </w:r>
      <w:r>
        <w:rPr>
          <w:rFonts w:ascii="宋体;SimSun" w:hAnsi="宋体;SimSun" w:cs="宋体;SimSun"/>
          <w:color w:val="000000"/>
        </w:rPr>
        <w:t>香山春、夏、秋的共同特点是游客满山，有花叶的装饰，热闹而繁华。“香山性格的那一面”指冬日香山因花叶凋零而清净、虚静，又因松柏长青而呈现出铮铮硬骨与浩浩正气。</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此题考查根据语境补充句子。“秋是水落石出”写的是秋天的景物特点，冬天则是树木落叶，草枯萎，山石显露了出来，根据这一自然规律可知，第一处应填“冬则是草木去而山石显了”，排除</w:t>
      </w:r>
      <w:r>
        <w:rPr>
          <w:rFonts w:eastAsia="Times New Roman" w:cs="Times New Roman"/>
          <w:color w:val="000000"/>
        </w:rPr>
        <w:t>CD</w:t>
      </w:r>
      <w:r>
        <w:rPr>
          <w:rFonts w:ascii="宋体;SimSun" w:hAnsi="宋体;SimSun" w:cs="宋体;SimSun"/>
          <w:color w:val="000000"/>
        </w:rPr>
        <w:t>；第二处，结合下文“如在涅槃，觉得胸若虚谷，头悬明镜，人山一体”分析，作者此时的心情是恬淡、安适的，应填“澄静安闲”；故选</w:t>
      </w:r>
      <w:r>
        <w:rPr>
          <w:rFonts w:eastAsia="Times New Roman" w:cs="Times New Roman"/>
          <w:color w:val="000000"/>
        </w:rPr>
        <w:t>B</w:t>
      </w:r>
      <w:r>
        <w:rPr>
          <w:rFonts w:ascii="宋体;SimSun" w:hAnsi="宋体;SimSun" w:cs="宋体;SimSun"/>
          <w:color w:val="000000"/>
        </w:rPr>
        <w:t>。</w:t>
      </w:r>
    </w:p>
    <w:p>
      <w:pPr>
        <w:pStyle w:val="Normal"/>
        <w:spacing w:lineRule="auto" w:line="360"/>
        <w:textAlignment w:val="center"/>
        <w:rPr>
          <w:color w:val="000000"/>
        </w:rPr>
      </w:pPr>
      <w:r>
        <w:rPr>
          <w:color w:val="000000"/>
        </w:rPr>
        <w:t>【</w:t>
      </w:r>
      <w:r>
        <w:rPr>
          <w:color w:val="000000"/>
        </w:rPr>
        <w:t>21</w:t>
      </w:r>
      <w:r>
        <w:rPr>
          <w:color w:val="000000"/>
        </w:rPr>
        <w:t>题详解】</w:t>
      </w:r>
    </w:p>
    <w:p>
      <w:pPr>
        <w:pStyle w:val="Normal"/>
        <w:spacing w:lineRule="auto" w:line="360"/>
        <w:textAlignment w:val="center"/>
        <w:rPr>
          <w:rFonts w:ascii="宋体;SimSun" w:hAnsi="宋体;SimSun" w:cs="宋体;SimSun"/>
          <w:color w:val="000000"/>
        </w:rPr>
      </w:pPr>
      <w:r>
        <w:rPr>
          <w:rFonts w:ascii="宋体;SimSun" w:hAnsi="宋体;SimSun" w:cs="宋体;SimSun"/>
          <w:color w:val="000000"/>
        </w:rPr>
        <w:t>此题考查对比手法及其作用，要求学生仔细阅读文本，结合文本内容分析。</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第③段中“过去来时，路边是夹道的丁香，厚绿的圆形叶片，白的或紫色的小花”“过去来时，山坡上是些层层片片的灌木，扑闪着自己霜红的叶片，如一团团的火苗，在秋风中翻腾”“过去来时，林间树下是厚厚的绿草，绒绒地由山脚铺到山顶”可知，这些句子写的是过去来时所见香山景色。根据第③段中“现在只剩下灰褐色的劲枝，枝头挑着些已弹去种籽的空壳”“现在远望灰蒙蒙的一片，其身其形和石和土几乎融在一起，很难觅到它的音容”“现在它们或枯萎在石缝间，或被风扫卷着聚缠在树根下”可知，这些句子写的是现在所见香山景象。二者形成了鲜明的对比，突出了冬季香山草木凋零的状况。</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分析第④段中“你看它们身下那些形容萎缩的衰草败枝，你看它们头上的红日蓝天，你看那被山风打扫得干干净净的石板路，你就会明白松树的骄傲。它不因风寒而笼袖缩脖，不因人少而自卑自惭”可知，作者将松柏与“衰草败枝”进行了对比，目的是突出松柏的“骄傲”，因为它们的意志非常顽强，努力与严寒抗争，无论有没有人来欣赏，努力活出自己的样子，展现出极强的生命力。</w:t>
      </w:r>
    </w:p>
    <w:p>
      <w:pPr>
        <w:pStyle w:val="Normal"/>
        <w:spacing w:lineRule="auto" w:line="360"/>
        <w:jc w:val="start"/>
        <w:textAlignment w:val="center"/>
        <w:rPr>
          <w:color w:val="000000"/>
        </w:rPr>
      </w:pPr>
      <w:r>
        <w:rPr>
          <w:color w:val="000000"/>
        </w:rPr>
        <w:t>【</w:t>
      </w:r>
      <w:r>
        <w:rPr>
          <w:color w:val="000000"/>
        </w:rPr>
        <w:t>22</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此题考查句子的赏析，要求学生掌握常用的修辞方法及作用，结合语境首先写出修辞方法，然后写出表达效果和体现的情感。</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甲：从“推出那些没完没了的闲客”“正襟危坐，巍巍然俯视大千，静静地享受安宁”可知，这个句子运用了拟人手法，把香山人格化，生动形象地写出了冬季香山没有了往日的繁华、浮躁，留下一片静谧与安宁的特点，结合下文“我今于冬日游香山，神清气朗如在真空”可知，这句话表达了作者冬游香山的悠闲、恬淡、安宁的心境。</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乙：从句中的“天然焦墨山水图”可知，这句话运用了比喻的修辞手法，把作者登到山顶时看到的景色比作一幅天然焦墨山水图，生动形象地写出了景象色彩朴素纯净，画面雅致秀丽的特点，结合下文“焦墨笔法者舍色而用墨，不要掩饰只留本质”分析，这句话突出了冬日香山不要掩饰只留本质，神清气朗的特点，表达了作者对冬日香山的赞美之情。</w:t>
      </w:r>
    </w:p>
    <w:p>
      <w:pPr>
        <w:pStyle w:val="Normal"/>
        <w:spacing w:lineRule="auto" w:line="360"/>
        <w:jc w:val="start"/>
        <w:textAlignment w:val="center"/>
        <w:rPr>
          <w:color w:val="000000"/>
        </w:rPr>
      </w:pPr>
      <w:r>
        <w:rPr>
          <w:color w:val="000000"/>
        </w:rPr>
        <w:t>【</w:t>
      </w:r>
      <w:r>
        <w:rPr>
          <w:color w:val="000000"/>
        </w:rPr>
        <w:t>23</w:t>
      </w:r>
      <w:r>
        <w:rPr>
          <w:color w:val="000000"/>
        </w:rPr>
        <w:t>题详解】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此题考查学生对文章内容的理解和概括能力。结合第②段中“这里我春天时来过，是花的世界；夏天时来过，是浓阴的世界；秋天时来过，是红叶的世界。而这三季都游客满山</w:t>
      </w:r>
      <w:r>
        <w:rPr>
          <w:rFonts w:cs="Times New Roman"/>
          <w:color w:val="000000"/>
        </w:rPr>
        <w:t>——</w:t>
      </w:r>
      <w:r>
        <w:rPr>
          <w:rFonts w:ascii="宋体;SimSun" w:hAnsi="宋体;SimSun" w:cs="宋体;SimSun"/>
          <w:color w:val="000000"/>
        </w:rPr>
        <w:t>说到底是人的世界”得出：香山春、夏、秋的共同特点是有美丽的花草，游人非常多，呈现出一派欣欣向荣、热闹的景象。</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结合第⑤段中“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可知，“香山性格的那一面”是鲜为人知的一面，冬日的香山没有了花叶的点缀，失去了往日的繁华，变得素净淡雅，但因为顽强的松柏、翠竹的衬托而展现出“铮铮铁骨与浩浩正气”，令人感到震撼。</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五、按照要求写作（</w:t>
      </w:r>
      <w:r>
        <w:rPr>
          <w:rFonts w:cs="宋体;SimSun" w:ascii="宋体;SimSun" w:hAnsi="宋体;SimSun"/>
          <w:b/>
          <w:color w:val="000000"/>
          <w:sz w:val="24"/>
        </w:rPr>
        <w:t>40</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从下面两个题目中任选一题，写一篇文章。</w:t>
      </w:r>
    </w:p>
    <w:p>
      <w:pPr>
        <w:pStyle w:val="Normal"/>
        <w:spacing w:lineRule="auto" w:line="360"/>
        <w:jc w:val="start"/>
        <w:textAlignment w:val="center"/>
        <w:rPr>
          <w:rFonts w:ascii="宋体;SimSun" w:hAnsi="宋体;SimSun" w:cs="宋体;SimSun"/>
          <w:color w:val="000000"/>
        </w:rPr>
      </w:pPr>
      <w:r>
        <w:rPr>
          <w:color w:val="000000"/>
        </w:rPr>
        <w:t xml:space="preserve">24. </w:t>
      </w:r>
      <w:r>
        <w:rPr>
          <w:rFonts w:ascii="宋体;SimSun" w:hAnsi="宋体;SimSun" w:cs="宋体;SimSun"/>
          <w:color w:val="000000"/>
        </w:rPr>
        <w:t>进入初中已经有两个多月了，你已经认识了许多新同学、新老师，也经历了许多事情，有些人给你启发，给你激励；有些事让你感动，促你奋进……请你选择其中给你印象最深的一个人或一件事，将“让我</w:t>
      </w:r>
      <w:r>
        <w:rPr>
          <w:rFonts w:cs="宋体;SimSun" w:ascii="宋体;SimSun" w:hAnsi="宋体;SimSun"/>
          <w:color w:val="000000"/>
        </w:rPr>
        <w:t>____</w:t>
      </w:r>
      <w:r>
        <w:rPr>
          <w:rFonts w:ascii="宋体;SimSun" w:hAnsi="宋体;SimSun" w:cs="宋体;SimSun"/>
          <w:color w:val="000000"/>
        </w:rPr>
        <w:t>的人”或“让我</w:t>
      </w:r>
      <w:r>
        <w:rPr>
          <w:rFonts w:cs="宋体;SimSun" w:ascii="宋体;SimSun" w:hAnsi="宋体;SimSun"/>
          <w:color w:val="000000"/>
        </w:rPr>
        <w:t>____</w:t>
      </w:r>
      <w:r>
        <w:rPr>
          <w:rFonts w:ascii="宋体;SimSun" w:hAnsi="宋体;SimSun" w:cs="宋体;SimSun"/>
          <w:color w:val="000000"/>
        </w:rPr>
        <w:t>的事”补充完整，作为题目，写一篇文章，表达出自己内心的感受。</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要求：（</w:t>
      </w:r>
      <w:r>
        <w:rPr>
          <w:rFonts w:cs="宋体;SimSun" w:ascii="宋体;SimSun" w:hAnsi="宋体;SimSun"/>
          <w:color w:val="000000"/>
        </w:rPr>
        <w:t>1</w:t>
      </w:r>
      <w:r>
        <w:rPr>
          <w:rFonts w:ascii="宋体;SimSun" w:hAnsi="宋体;SimSun" w:cs="宋体;SimSun"/>
          <w:color w:val="000000"/>
        </w:rPr>
        <w:t>）请将作文题目抄写在答题卡上。（</w:t>
      </w:r>
      <w:r>
        <w:rPr>
          <w:rFonts w:cs="宋体;SimSun" w:ascii="宋体;SimSun" w:hAnsi="宋体;SimSun"/>
          <w:color w:val="000000"/>
        </w:rPr>
        <w:t>2</w:t>
      </w:r>
      <w:r>
        <w:rPr>
          <w:rFonts w:ascii="宋体;SimSun" w:hAnsi="宋体;SimSun" w:cs="宋体;SimSun"/>
          <w:color w:val="000000"/>
        </w:rPr>
        <w:t>）作文内容积极向上。（</w:t>
      </w:r>
      <w:r>
        <w:rPr>
          <w:rFonts w:cs="宋体;SimSun" w:ascii="宋体;SimSun" w:hAnsi="宋体;SimSun"/>
          <w:color w:val="000000"/>
        </w:rPr>
        <w:t>3</w:t>
      </w:r>
      <w:r>
        <w:rPr>
          <w:rFonts w:ascii="宋体;SimSun" w:hAnsi="宋体;SimSun" w:cs="宋体;SimSun"/>
          <w:color w:val="000000"/>
        </w:rPr>
        <w:t>）做到中心明确，条理清楚。字数在</w:t>
      </w:r>
      <w:r>
        <w:rPr>
          <w:rFonts w:cs="宋体;SimSun" w:ascii="宋体;SimSun" w:hAnsi="宋体;SimSun"/>
          <w:color w:val="000000"/>
        </w:rPr>
        <w:t>600-800</w:t>
      </w:r>
      <w:r>
        <w:rPr>
          <w:rFonts w:ascii="宋体;SimSun" w:hAnsi="宋体;SimSun" w:cs="宋体;SimSun"/>
          <w:color w:val="000000"/>
        </w:rPr>
        <w:t>字之间。（</w:t>
      </w:r>
      <w:r>
        <w:rPr>
          <w:rFonts w:cs="宋体;SimSun" w:ascii="宋体;SimSun" w:hAnsi="宋体;SimSun"/>
          <w:color w:val="000000"/>
        </w:rPr>
        <w:t>4</w:t>
      </w:r>
      <w:r>
        <w:rPr>
          <w:rFonts w:ascii="宋体;SimSun" w:hAnsi="宋体;SimSun" w:cs="宋体;SimSun"/>
          <w:color w:val="000000"/>
        </w:rPr>
        <w:t>）文中不要出现真实的班级名称及师生姓名。</w:t>
      </w:r>
    </w:p>
    <w:p>
      <w:pPr>
        <w:pStyle w:val="Normal"/>
        <w:spacing w:lineRule="auto" w:line="360"/>
        <w:textAlignment w:val="center"/>
        <w:rPr>
          <w:rFonts w:ascii="宋体;SimSun" w:hAnsi="宋体;SimSun" w:cs="宋体;SimSun"/>
          <w:color w:val="000000"/>
        </w:rPr>
      </w:pPr>
      <w:r>
        <w:rPr>
          <w:color w:val="2E75B6"/>
        </w:rPr>
        <w:t>【答案】</w:t>
      </w:r>
      <w:r>
        <w:rPr>
          <w:rFonts w:ascii="宋体;SimSun" w:hAnsi="宋体;SimSun" w:cs="宋体;SimSun"/>
          <w:color w:val="000000"/>
        </w:rPr>
        <w:t>范文</w:t>
      </w:r>
      <w:r>
        <w:rPr>
          <w:rFonts w:eastAsia="Times New Roman" w:cs="Times New Roman"/>
          <w:color w:val="000000"/>
        </w:rPr>
        <w:t>1</w:t>
      </w:r>
      <w:r>
        <w:rPr>
          <w:rFonts w:ascii="宋体;SimSun" w:hAnsi="宋体;SimSun" w:cs="宋体;SimSun"/>
          <w:color w:val="000000"/>
        </w:rPr>
        <w:t>：</w:t>
      </w:r>
    </w:p>
    <w:p>
      <w:pPr>
        <w:pStyle w:val="Normal"/>
        <w:spacing w:lineRule="auto" w:line="360"/>
        <w:jc w:val="center"/>
        <w:textAlignment w:val="center"/>
        <w:rPr>
          <w:rFonts w:ascii="宋体;SimSun" w:hAnsi="宋体;SimSun" w:cs="宋体;SimSun"/>
          <w:color w:val="000000"/>
        </w:rPr>
      </w:pPr>
      <w:r>
        <w:rPr>
          <w:rFonts w:ascii="宋体;SimSun" w:hAnsi="宋体;SimSun" w:cs="宋体;SimSun"/>
          <w:color w:val="000000"/>
        </w:rPr>
        <w:t>让我感激的人</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总有一个人，让你印象深刻；总有一个人，让你学会道理；总有一个人，让你感激。在我的身边，就有一个人让我感激，她就是王老师。</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以前我没什么自信，经常一个人独来独往，虽然成绩不错，但班里有什么活动，表现得并不积极，直到那次，老师让我获得了自信与勇敢。</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那是周五的下午，老师在教室里说道：“同学们，下周一就轮到我们班升旗了，我们需要四名举旗手，四名护旗手，一名升旗手和一名国旗下讲话的同学。希望同学们下课到我这里踊跃报名。”我心想：还是不要报名了吧，面对全校</w:t>
      </w:r>
      <w:r>
        <w:rPr>
          <w:rFonts w:cs="宋体;SimSun" w:ascii="宋体;SimSun" w:hAnsi="宋体;SimSun"/>
          <w:color w:val="000000"/>
        </w:rPr>
        <w:t>3000</w:t>
      </w:r>
      <w:r>
        <w:rPr>
          <w:rFonts w:ascii="宋体;SimSun" w:hAnsi="宋体;SimSun" w:cs="宋体;SimSun"/>
          <w:color w:val="000000"/>
        </w:rPr>
        <w:t>多人，我会很紧张的。老师说完后，用目光注视了我一会儿，又开始照常讲课了。“叮铃铃……”下课了，去老师那儿报名的有很多，争先恐后。因为下节课是数学课，同学们怕晚了就没有名额了。不一会儿，数学老师走了进来，语文王老师站起来说：“佳明，你跟我到办公室去一趟。”同学们的目光齐刷刷地投向我，我忐忑不安地跟随老师去办公室走去。</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跨进办公室的门，老师便让我坐到她身边，她用慈祥的目光看着我，用温和的语气对我说道：“国旗下讲话的位置我给你留着呢，这次，你一定要勇敢地走上主席台，成功的演讲。”我有些为难，说：“可是我走上主席台，一定会很紧张的。”老师说：“只要你自信勇敢，就一定能克服困难，老师相信你。”我点点头，老师便让我回班上课。      </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周五放学后，老师给我一张稿子，题目是《手拉手，美丽路上一起走》。并给予了我鼓励的目光。  </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周一早晨，我站在主席台前，深吸一口气，想想前几日老师对我的鼓励，又突然不紧张了，走上主席台，环视了一下全校师生，用自信的声音念道：“大家好，我今天讲话的题目是《手拉手，美丽路上一起走》，我是……”这次演讲非常成功，回到教室后我和同学们击了个掌，向老师投了一个“我成功了”的手势，老师也对着我微笑。      </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也许王老师并不伟大，但她却让我印象深刻。也许王老师并不是全国有名</w:t>
      </w:r>
      <w:r>
        <w:rPr>
          <w:rFonts w:ascii="宋体;SimSun" w:hAnsi="宋体;SimSun" w:cs="宋体;SimSun"/>
          <w:color w:val="000000"/>
        </w:rPr>
        <w:drawing>
          <wp:inline distT="0" distB="0" distL="0" distR="0">
            <wp:extent cx="133350" cy="177800"/>
            <wp:effectExtent l="0" t="0" r="0" b="0"/>
            <wp:docPr id="1501"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图片 100003"/>
                    <pic:cNvPicPr>
                      <a:picLocks noChangeAspect="1" noChangeArrowheads="1"/>
                    </pic:cNvPicPr>
                  </pic:nvPicPr>
                  <pic:blipFill>
                    <a:blip r:embed="rId10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老师，但她却让我感激。</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范文</w:t>
      </w:r>
      <w:r>
        <w:rPr>
          <w:rFonts w:cs="宋体;SimSun" w:ascii="宋体;SimSun" w:hAnsi="宋体;SimSun"/>
          <w:color w:val="000000"/>
        </w:rPr>
        <w:t>2</w:t>
      </w:r>
      <w:r>
        <w:rPr>
          <w:rFonts w:ascii="宋体;SimSun" w:hAnsi="宋体;SimSun" w:cs="宋体;SimSun"/>
          <w:color w:val="000000"/>
        </w:rPr>
        <w:t>：</w:t>
      </w:r>
    </w:p>
    <w:p>
      <w:pPr>
        <w:pStyle w:val="Normal"/>
        <w:spacing w:lineRule="auto" w:line="360"/>
        <w:jc w:val="center"/>
        <w:textAlignment w:val="center"/>
        <w:rPr>
          <w:rFonts w:ascii="宋体;SimSun" w:hAnsi="宋体;SimSun" w:cs="宋体;SimSun"/>
          <w:color w:val="000000"/>
        </w:rPr>
      </w:pPr>
      <w:r>
        <w:rPr>
          <w:rFonts w:ascii="宋体;SimSun" w:hAnsi="宋体;SimSun" w:cs="宋体;SimSun"/>
          <w:color w:val="000000"/>
        </w:rPr>
        <w:t>让我难忘的事</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从小到大</w:t>
      </w:r>
      <w:r>
        <w:rPr>
          <w:rFonts w:cs="宋体;SimSun" w:ascii="宋体;SimSun" w:hAnsi="宋体;SimSun"/>
          <w:color w:val="000000"/>
        </w:rPr>
        <w:t>,</w:t>
      </w:r>
      <w:r>
        <w:rPr>
          <w:rFonts w:ascii="宋体;SimSun" w:hAnsi="宋体;SimSun" w:cs="宋体;SimSun"/>
          <w:color w:val="000000"/>
        </w:rPr>
        <w:t>大家一定都有过许多难忘的事，我也不例外。不久前的一件事让我受到了很深的触动，至今难以忘怀。</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那天，我和几个小朋友一起踢球。由于他（我的一个朋友）守球失败，我情急之下，说了他两句：“你能不能守好球？！”也许我说话太冲，他走到对方的队伍，嘴里嘟囔着：“哼，你别管我！”接着又对对方大叫：“来来来！我加入你们队！谁愿意跟安一帆一队？”说得很嚣张，还对我吐了吐舌头。</w:t>
      </w:r>
    </w:p>
    <w:p>
      <w:pPr>
        <w:pStyle w:val="Normal"/>
        <w:spacing w:lineRule="auto" w:line="360"/>
        <w:ind w:firstLine="420" w:end="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气死人了，射呀！射呀！”我气势汹汹，不但没让他们进一个球，还使了一个临空抽射。他一看，形势对自己不利，连忙用球射我。“啊！”我疼得叫了一声。一时性急，也用球踢了他一脚。不知打没打到他，可他冲了过来，上来就</w:t>
      </w:r>
      <w:r>
        <w:rPr>
          <w:rFonts w:ascii="宋体;SimSun" w:hAnsi="宋体;SimSun" w:cs="宋体;SimSun"/>
          <w:color w:val="000000"/>
        </w:rPr>
        <w:drawing>
          <wp:inline distT="0" distB="0" distL="0" distR="0">
            <wp:extent cx="132080" cy="167640"/>
            <wp:effectExtent l="0" t="0" r="0" b="0"/>
            <wp:docPr id="1503" name="图片 1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图片 100006"/>
                    <pic:cNvPicPr>
                      <a:picLocks noChangeAspect="1" noChangeArrowheads="1"/>
                    </pic:cNvPicPr>
                  </pic:nvPicPr>
                  <pic:blipFill>
                    <a:blip r:embed="rId101"/>
                    <a:srcRect l="-203" t="-203" r="-203" b="-203"/>
                    <a:stretch>
                      <a:fillRect/>
                    </a:stretch>
                  </pic:blipFill>
                  <pic:spPr bwMode="auto">
                    <a:xfrm>
                      <a:off x="0" y="0"/>
                      <a:ext cx="132080" cy="167640"/>
                    </a:xfrm>
                    <a:prstGeom prst="rect">
                      <a:avLst/>
                    </a:prstGeom>
                    <a:noFill/>
                  </pic:spPr>
                </pic:pic>
              </a:graphicData>
            </a:graphic>
          </wp:inline>
        </w:drawing>
      </w:r>
      <w:r>
        <w:rPr>
          <w:rFonts w:ascii="宋体;SimSun" w:hAnsi="宋体;SimSun" w:cs="宋体;SimSun"/>
          <w:color w:val="000000"/>
        </w:rPr>
        <w:t>一脚。眼看就要打到我了，爸爸把我俩拉开。</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他一看，大哭：“安一帆，你别跑！”我一时不知所措，一溜烟跑了，可心里气得很，发誓再也不理他了！</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后来，听了妈妈的教导，知道了这事也有我的责任，可我的朋友们都很不愿意和他和好。是和他和好，还是继续这样？是退一步海阔天空，还是不跟他玩？我十分想和他和好，可当我看见他，正要跟他道歉时，他却把头扭向一边。我一时耍横，告诉朋友们不和他玩。</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一天，读一本书时，读到人做事要宽容，我突然想起这件事。心想：如果我当时说话不那么冲，就不会少了一个好伙伴，以后一定不这样了！我下定了决心。</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从此，我再也不因为一点小事和别人闹矛盾，主动谦让朋友，可他还没原谅我，我感到十分伤心。不过，我相信只要自己真心与他和好，最终我们还是会成为好朋友的。</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紫罗兰花开了，使我想到安德鲁</w:t>
      </w:r>
      <w:r>
        <w:rPr>
          <w:rFonts w:cs="宋体;SimSun" w:ascii="宋体;SimSun" w:hAnsi="宋体;SimSun"/>
          <w:color w:val="000000"/>
        </w:rPr>
        <w:t>·</w:t>
      </w:r>
      <w:r>
        <w:rPr>
          <w:rFonts w:ascii="宋体;SimSun" w:hAnsi="宋体;SimSun" w:cs="宋体;SimSun"/>
          <w:color w:val="000000"/>
        </w:rPr>
        <w:t>马修斯的一句名言：一个脚跟踩扁了紫罗兰，可它却把香味留在了那个脚跟上。</w:t>
      </w:r>
    </w:p>
    <w:p>
      <w:pPr>
        <w:pStyle w:val="Normal"/>
        <w:spacing w:lineRule="auto" w:line="360"/>
        <w:textAlignment w:val="center"/>
        <w:rPr>
          <w:color w:val="000000"/>
        </w:rPr>
      </w:pPr>
      <w:r>
        <w:rPr>
          <w:color w:val="2E75B6"/>
        </w:rPr>
        <w:t>【解析】</w:t>
      </w:r>
    </w:p>
    <w:p>
      <w:pPr>
        <w:pStyle w:val="Normal"/>
        <w:spacing w:lineRule="auto" w:line="360"/>
        <w:textAlignment w:val="center"/>
        <w:rPr>
          <w:rFonts w:ascii="宋体;SimSun" w:hAnsi="宋体;SimSun" w:cs="宋体;SimSun"/>
          <w:color w:val="000000"/>
        </w:rPr>
      </w:pPr>
      <w:r>
        <w:rPr>
          <w:color w:val="000000"/>
        </w:rPr>
        <w:t>【详解】</w:t>
      </w:r>
      <w:r>
        <w:rPr>
          <w:rFonts w:ascii="宋体;SimSun" w:hAnsi="宋体;SimSun" w:cs="宋体;SimSun"/>
          <w:color w:val="000000"/>
        </w:rPr>
        <w:t>这是一则半命题作文。</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1.</w:t>
      </w:r>
      <w:r>
        <w:rPr>
          <w:rFonts w:ascii="宋体;SimSun" w:hAnsi="宋体;SimSun" w:cs="宋体;SimSun"/>
          <w:color w:val="000000"/>
        </w:rPr>
        <w:t>审题与立意。“我”限定了对象，只能写与自己有关的人或事。横线上可以填表示心理状态的词语，如题干中给出的“感动”“奋进”等词，还可以填入诸如“尊敬”“佩服”“开心”“叹息”“担忧”等等。所补充的词语即表明了文章的情感态度。还可以填入诸如“自信”“乐观”“有责任担当”“为国奉献”“知恩图报”等。要写出这个人或事对自己的影响。</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2.</w:t>
      </w:r>
      <w:r>
        <w:rPr>
          <w:rFonts w:ascii="宋体;SimSun" w:hAnsi="宋体;SimSun" w:cs="宋体;SimSun"/>
          <w:color w:val="000000"/>
        </w:rPr>
        <w:t>选材与构思。无论是写人还是记事，本文都适合于写成记叙文。文章的中心，要围绕所补写的词语来阐释，不能旁逸斜出，更不能把一个人各种性格特征的方方面面都写出来。其次要写明原因。如果写一个人，最好以以耳闻目睹的方式，从“我”的角度出发，写明产生这种情感态度的原因。如果写一类人，要把这类人的共性写出来。比如自己性格内向，比较自卑，不愿意和同学们一起玩，害怕同学的嘲笑，在某个朋友的引领下，自己成了一个自信的人；如看了袁隆平的故事后，“我”非常仰慕他，他是一个让我懂得“为国奉献”的人等。如果是一件事，注意要把这件事的前因后果交待清楚，对“我”的影响交待清楚。叙事还要做到有详有略，不能平均用笔墨来写。</w:t>
      </w:r>
    </w:p>
    <w:p>
      <w:pPr>
        <w:pStyle w:val="Normal"/>
        <w:spacing w:lineRule="auto" w:line="360"/>
        <w:jc w:val="start"/>
        <w:textAlignment w:val="center"/>
        <w:rPr>
          <w:rFonts w:ascii="宋体;SimSun" w:hAnsi="宋体;SimSun" w:cs="宋体;SimSun"/>
          <w:color w:val="000000"/>
        </w:rPr>
      </w:pPr>
      <w:r>
        <w:rPr>
          <w:color w:val="000000"/>
        </w:rPr>
        <w:t xml:space="preserve">25. </w:t>
      </w:r>
      <w:r>
        <w:rPr>
          <w:rFonts w:ascii="宋体;SimSun" w:hAnsi="宋体;SimSun" w:cs="宋体;SimSun"/>
          <w:color w:val="000000"/>
        </w:rPr>
        <w:t>大自然里藏着许多奥秘，日月星辰、风花雪月都能成为文学家们创作的灵感源泉。太阳神、花仙子、雪孩子……在文学作品里，他们或勇敢，或执着，或善良……请从大自然中选取一类事物，作为主角，发挥想象，写一篇故事。</w:t>
      </w:r>
      <w:r>
        <w:rPr>
          <w:rFonts w:ascii="宋体;SimSun" w:hAnsi="宋体;SimSun" w:cs="宋体;SimSun"/>
          <w:color w:val="000000"/>
          <w:em w:val="underDot"/>
        </w:rPr>
        <w:t>题目自拟</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要求：（</w:t>
      </w:r>
      <w:r>
        <w:rPr>
          <w:rFonts w:cs="宋体;SimSun" w:ascii="宋体;SimSun" w:hAnsi="宋体;SimSun"/>
          <w:color w:val="000000"/>
        </w:rPr>
        <w:t>1</w:t>
      </w:r>
      <w:r>
        <w:rPr>
          <w:rFonts w:ascii="宋体;SimSun" w:hAnsi="宋体;SimSun" w:cs="宋体;SimSun"/>
          <w:color w:val="000000"/>
        </w:rPr>
        <w:t>）请将作文题目抄写在答题卡上。（</w:t>
      </w:r>
      <w:r>
        <w:rPr>
          <w:rFonts w:cs="宋体;SimSun" w:ascii="宋体;SimSun" w:hAnsi="宋体;SimSun"/>
          <w:color w:val="000000"/>
        </w:rPr>
        <w:t>2</w:t>
      </w:r>
      <w:r>
        <w:rPr>
          <w:rFonts w:ascii="宋体;SimSun" w:hAnsi="宋体;SimSun" w:cs="宋体;SimSun"/>
          <w:color w:val="000000"/>
        </w:rPr>
        <w:t>）作文内容积极向上。（</w:t>
      </w:r>
      <w:r>
        <w:rPr>
          <w:rFonts w:cs="宋体;SimSun" w:ascii="宋体;SimSun" w:hAnsi="宋体;SimSun"/>
          <w:color w:val="000000"/>
        </w:rPr>
        <w:t>3</w:t>
      </w:r>
      <w:r>
        <w:rPr>
          <w:rFonts w:ascii="宋体;SimSun" w:hAnsi="宋体;SimSun" w:cs="宋体;SimSun"/>
          <w:color w:val="000000"/>
        </w:rPr>
        <w:t>）做到中心明确，条理清楚。字数在</w:t>
      </w:r>
      <w:r>
        <w:rPr>
          <w:rFonts w:cs="宋体;SimSun" w:ascii="宋体;SimSun" w:hAnsi="宋体;SimSun"/>
          <w:color w:val="000000"/>
        </w:rPr>
        <w:t>600-800</w:t>
      </w:r>
      <w:r>
        <w:rPr>
          <w:rFonts w:ascii="宋体;SimSun" w:hAnsi="宋体;SimSun" w:cs="宋体;SimSun"/>
          <w:color w:val="000000"/>
        </w:rPr>
        <w:t>字之间。（</w:t>
      </w:r>
      <w:r>
        <w:rPr>
          <w:rFonts w:cs="宋体;SimSun" w:ascii="宋体;SimSun" w:hAnsi="宋体;SimSun"/>
          <w:color w:val="000000"/>
        </w:rPr>
        <w:t>4</w:t>
      </w:r>
      <w:r>
        <w:rPr>
          <w:rFonts w:ascii="宋体;SimSun" w:hAnsi="宋体;SimSun" w:cs="宋体;SimSun"/>
          <w:color w:val="000000"/>
        </w:rPr>
        <w:t>）文中不要出现真实的班级名称及师生姓名。</w:t>
      </w:r>
    </w:p>
    <w:p>
      <w:pPr>
        <w:pStyle w:val="Normal"/>
        <w:spacing w:lineRule="auto" w:line="360"/>
        <w:textAlignment w:val="center"/>
        <w:rPr>
          <w:rFonts w:ascii="宋体;SimSun" w:hAnsi="宋体;SimSun" w:cs="宋体;SimSun"/>
          <w:color w:val="000000"/>
        </w:rPr>
      </w:pPr>
      <w:r>
        <w:rPr>
          <w:color w:val="2E75B6"/>
        </w:rPr>
        <w:t>【答案】</w:t>
      </w:r>
      <w:r>
        <w:rPr>
          <w:rFonts w:ascii="宋体;SimSun" w:hAnsi="宋体;SimSun" w:cs="宋体;SimSun"/>
          <w:color w:val="000000"/>
        </w:rPr>
        <w:t>范文：</w:t>
      </w:r>
    </w:p>
    <w:p>
      <w:pPr>
        <w:pStyle w:val="Normal"/>
        <w:spacing w:lineRule="auto" w:line="360"/>
        <w:jc w:val="center"/>
        <w:textAlignment w:val="center"/>
        <w:rPr>
          <w:rFonts w:ascii="宋体;SimSun" w:hAnsi="宋体;SimSun" w:cs="宋体;SimSun"/>
          <w:color w:val="000000"/>
        </w:rPr>
      </w:pPr>
      <w:r>
        <w:rPr>
          <w:rFonts w:ascii="宋体;SimSun" w:hAnsi="宋体;SimSun" w:cs="宋体;SimSun"/>
          <w:color w:val="000000"/>
        </w:rPr>
        <w:t>千年梦想终绽放</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我是一颗莲子——一颗在地下沉睡了千年的莲子。当我和我的伙伴们被从泥炭层中挖出来时，人们被我们黑硬如铁的外表迷惑了，认为我们是铁弹子。很快，我们的真实身份得到确认。植物学家证实我们是古代的莲子，通过科技方法测定我们的年龄超过</w:t>
      </w:r>
      <w:r>
        <w:rPr>
          <w:rFonts w:eastAsia="Times New Roman" w:cs="Times New Roman"/>
          <w:color w:val="000000"/>
        </w:rPr>
        <w:t>1200</w:t>
      </w:r>
      <w:r>
        <w:rPr>
          <w:rFonts w:ascii="宋体;SimSun" w:hAnsi="宋体;SimSun" w:cs="宋体;SimSun"/>
          <w:color w:val="000000"/>
        </w:rPr>
        <w:t>岁。</w:t>
      </w:r>
      <w:r>
        <w:rPr>
          <w:rFonts w:eastAsia="Times New Roman" w:cs="Times New Roman"/>
          <w:color w:val="000000"/>
        </w:rPr>
        <w:t>1200</w:t>
      </w:r>
      <w:r>
        <w:rPr>
          <w:rFonts w:ascii="宋体;SimSun" w:hAnsi="宋体;SimSun" w:cs="宋体;SimSun"/>
          <w:color w:val="000000"/>
        </w:rPr>
        <w:t>岁！会不会已经变成了化石</w:t>
      </w:r>
      <w:r>
        <w:rPr>
          <w:rFonts w:eastAsia="Times New Roman" w:cs="Times New Roman"/>
          <w:color w:val="000000"/>
        </w:rPr>
        <w:t>?</w:t>
      </w:r>
      <w:r>
        <w:rPr>
          <w:rFonts w:ascii="宋体;SimSun" w:hAnsi="宋体;SimSun" w:cs="宋体;SimSun"/>
          <w:color w:val="000000"/>
        </w:rPr>
        <w:t>人们普遍认为我们已经像出土的恐龙蛋一样，失去了生命活力。其实，我只是沉睡了一千多年，如今我的梦就要醒了。</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当我被地质作用埋进土里的那一时刻，千钧的重压，无边的黑暗让我感到窒息，感到绝望。难道，我的一生就这样结束了</w:t>
      </w:r>
      <w:r>
        <w:rPr>
          <w:rFonts w:eastAsia="Times New Roman" w:cs="Times New Roman"/>
          <w:color w:val="000000"/>
        </w:rPr>
        <w:t>?</w:t>
      </w:r>
      <w:r>
        <w:rPr>
          <w:rFonts w:ascii="宋体;SimSun" w:hAnsi="宋体;SimSun" w:cs="宋体;SimSun"/>
          <w:color w:val="000000"/>
        </w:rPr>
        <w:t>不！无论结局如何，我都不能主动放弃生命。慢慢的，我的心平静下来，进入了梦乡。</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梦中，我又回到了生我养我的荷塘。那里，满池绿衣裙蹁跹起舞，朵朵芙蓉面含笑点头。</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水中鱼儿嬉戏，水面蜻蜓盘旋。我安坐在摇曳的莲蓬里，像在摇篮中一样舒适惬意。常常有采莲女坐着小船欢笑着从我身旁划过。悠扬的采莲歌激起我心头串串涟漪。啊，多么美妙的梦境啊！我坚信，只要永存生的希望，我的美梦就会成为现实。当梦已不在时，失落的就会是整个生命。</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如今，我终于重见天日了。我的梦即将醒来。生物学家把我坚硬的盔甲钻了一个小洞，并把我的两头磨短一些，浸泡在清水中。我贪婪地呼吸着新鲜的空气，吮吸着清甜的水。我的梦彻底醒来。不久，我吐出了芽苞。人们把我移栽到池塘中。于是，我茁壮的生命力展现在世人面前。生根，抽叶，含苞，吐蕊，一个多月后，我开出了娇媚的花朵。我的梦境在这一刻得到重现。秋天到来，我孕育了几十个孩子。我的生命在他们身上得到了延续。</w:t>
      </w:r>
    </w:p>
    <w:p>
      <w:pPr>
        <w:pStyle w:val="Normal"/>
        <w:spacing w:lineRule="auto" w:line="360"/>
        <w:ind w:firstLine="420" w:end="0"/>
        <w:jc w:val="start"/>
        <w:textAlignment w:val="center"/>
        <w:rPr>
          <w:rFonts w:ascii="宋体;SimSun" w:hAnsi="宋体;SimSun" w:cs="宋体;SimSun"/>
          <w:color w:val="000000"/>
        </w:rPr>
      </w:pPr>
      <w:r>
        <w:rPr>
          <w:rFonts w:ascii="宋体;SimSun" w:hAnsi="宋体;SimSun" w:cs="宋体;SimSun"/>
          <w:color w:val="000000"/>
        </w:rPr>
        <w:t>我生命的奇迹引来了无数游人驻足赞叹。一位诗人指着我说：“紧紧握住梦想的手，哪怕千万年，生命的花朵也会重新绽放！”</w:t>
      </w:r>
    </w:p>
    <w:p>
      <w:pPr>
        <w:pStyle w:val="Normal"/>
        <w:spacing w:lineRule="auto" w:line="360"/>
        <w:textAlignment w:val="center"/>
        <w:rPr>
          <w:color w:val="000000"/>
        </w:rPr>
      </w:pPr>
      <w:r>
        <w:rPr>
          <w:color w:val="2E75B6"/>
        </w:rPr>
        <w:t>【解析】</w:t>
      </w:r>
    </w:p>
    <w:p>
      <w:pPr>
        <w:pStyle w:val="Normal"/>
        <w:spacing w:lineRule="auto" w:line="360"/>
        <w:textAlignment w:val="center"/>
        <w:rPr>
          <w:rFonts w:ascii="宋体;SimSun" w:hAnsi="宋体;SimSun" w:cs="宋体;SimSun"/>
          <w:color w:val="000000"/>
        </w:rPr>
      </w:pPr>
      <w:r>
        <w:rPr>
          <w:color w:val="000000"/>
        </w:rPr>
        <w:t>【详解】</w:t>
      </w:r>
      <w:r>
        <w:rPr>
          <w:rFonts w:ascii="宋体;SimSun" w:hAnsi="宋体;SimSun" w:cs="宋体;SimSun"/>
          <w:color w:val="000000"/>
        </w:rPr>
        <w:t>这是一篇想象作文。</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1.</w:t>
      </w:r>
      <w:r>
        <w:rPr>
          <w:rFonts w:ascii="宋体;SimSun" w:hAnsi="宋体;SimSun" w:cs="宋体;SimSun"/>
          <w:color w:val="000000"/>
        </w:rPr>
        <w:t>审题与立意。本题要求从自然界选取一类事物，如太阳神花仙子、雪孩等，做为文章的主人公，写一篇想象故事。题目的写作自由度非常大。自然界的事物，日月星辰、山川河流、花草树木、鸟兽鱼虫举不胜举。无论有生命的、无生命的，都可以作为写作对象。写作时要赋予它们以人的思想和感情，才能反映出深刻的主题。</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2.</w:t>
      </w:r>
      <w:r>
        <w:rPr>
          <w:rFonts w:ascii="宋体;SimSun" w:hAnsi="宋体;SimSun" w:cs="宋体;SimSun"/>
          <w:color w:val="000000"/>
        </w:rPr>
        <w:t>选材与构思。文体要注意，要求写成故事。可以以第一人称叙述，把自然界的某事物当作文章的叙述者，写一篇类似童话的故事；也可以站在旁观者的角度，讲述某事物的奇遇故事。无论选择哪种事物、哪种文体，反映的主题都要积极向上，如善良、勇敢、勤劳、上进等等。注意既是故事，就要讲究故事的趣味性，“文似看山不喜平”，如果能够将故事情节写得曲折有致，形象感动人心最好。</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图片 1"/>
                    <pic:cNvPicPr>
                      <a:picLocks noChangeAspect="1" noChangeArrowheads="1"/>
                    </pic:cNvPicPr>
                  </pic:nvPicPr>
                  <pic:blipFill>
                    <a:blip r:embed="rId102"/>
                    <a:srcRect l="-21" t="-74" r="-21" b="-74"/>
                    <a:stretch>
                      <a:fillRect/>
                    </a:stretch>
                  </pic:blipFill>
                  <pic:spPr bwMode="auto">
                    <a:xfrm>
                      <a:off x="0" y="0"/>
                      <a:ext cx="1724025" cy="485775"/>
                    </a:xfrm>
                    <a:prstGeom prst="rect">
                      <a:avLst/>
                    </a:prstGeom>
                    <a:noFill/>
                  </pic:spPr>
                </pic:pic>
              </a:graphicData>
            </a:graphic>
          </wp:inline>
        </w:drawing>
      </w:r>
    </w:p>
    <w:p>
      <w:pPr>
        <w:pStyle w:val="Heading3"/>
      </w:pPr>
      <w:r>
        <w:t>第四十三中学</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四、现代文阅读（共</w:t>
      </w:r>
      <w:r>
        <w:rPr>
          <w:rFonts w:cs="宋体;SimSun" w:ascii="宋体;SimSun" w:hAnsi="宋体;SimSun"/>
          <w:b/>
          <w:color w:val="000000"/>
          <w:sz w:val="24"/>
        </w:rPr>
        <w:t>21</w:t>
      </w:r>
      <w:r>
        <w:rPr>
          <w:rFonts w:ascii="宋体;SimSun" w:hAnsi="宋体;SimSun" w:cs="宋体;SimSun"/>
          <w:b/>
          <w:color w:val="000000"/>
          <w:sz w:val="24"/>
        </w:rPr>
        <w:t>分）</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（一）</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阅读下面材料，完成下面小题。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冬日香山</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梁衡</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①</w:t>
      </w:r>
      <w:r>
        <w:rPr>
          <w:rFonts w:ascii="楷体" w:hAnsi="楷体" w:cs="楷体" w:eastAsia="楷体"/>
          <w:color w:val="000000"/>
        </w:rPr>
        <w:t>要不是有公务，谁会在这天寒地冻的时节来香山呢？可话又说回来，要不是恰在这时来，香山性格的那一面，我又哪能知道呢？</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②</w:t>
      </w:r>
      <w:r>
        <w:rPr>
          <w:rFonts w:ascii="楷体" w:hAnsi="楷体" w:cs="楷体" w:eastAsia="楷体"/>
          <w:color w:val="000000"/>
        </w:rPr>
        <w:t>开三天会，就住在公园内的别墅里。偌大个公园为我们独享，也是一种满足。早晨一爬起来我便去逛山。这里我春天时来过，是花的世界；夏天时来过，是浓阴的世界；秋天时来过，是红叶的世界。而这三季都游客满山——说到底是人的世界。形形色色的服装，南腔北调的话音，这一切将山路林间都塞满了。现在可好，无花，无叶，无红，无绿，更没有多少人，好一座空落落的香山，好一个清净的世界。</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③</w:t>
      </w:r>
      <w:r>
        <w:rPr>
          <w:rFonts w:ascii="楷体" w:hAnsi="楷体" w:cs="楷体" w:eastAsia="楷体"/>
          <w:color w:val="000000"/>
        </w:rPr>
        <w:t>过去来时，路边是夹道的丁香，厚绿的圆形叶片，白的或紫色的小花；现在只剩下灰褐色的劲枝，枝头挑着些已弹去种籽的空壳。过去来时，山坡上是些层层片片的灌木，扑闪着自己霜红的叶片，如一团团的火苗，在秋风中翻腾；现在远望灰蒙蒙的一片，其身其形和石和土几乎融在一起，很难觅到它的音容。过去来时，林间树下是厚厚的绿草，绒绒地由山脚铺到山顶；现在它们或枯萎在石缝间，或被风扫卷着聚缠在树根下。如果说秋是水落石出，</w:t>
      </w:r>
      <w:r>
        <w:rPr>
          <w:rFonts w:ascii="楷体" w:hAnsi="楷体" w:cs="楷体" w:eastAsia="楷体"/>
          <w:color w:val="000000"/>
          <w:u w:val="single"/>
        </w:rPr>
        <w:t xml:space="preserve"> （</w:t>
      </w:r>
      <w:r>
        <w:rPr>
          <w:rFonts w:eastAsia="楷体" w:cs="楷体" w:ascii="楷体" w:hAnsi="楷体"/>
          <w:color w:val="000000"/>
          <w:u w:val="single"/>
        </w:rPr>
        <w:t>1</w:t>
      </w:r>
      <w:r>
        <w:rPr>
          <w:rFonts w:ascii="楷体" w:hAnsi="楷体" w:cs="楷体" w:eastAsia="楷体"/>
          <w:color w:val="000000"/>
          <w:u w:val="single"/>
        </w:rPr>
        <w:t xml:space="preserve">） </w:t>
      </w:r>
      <w:r>
        <w:rPr>
          <w:rFonts w:ascii="楷体" w:hAnsi="楷体" w:cs="楷体" w:eastAsia="楷体"/>
          <w:color w:val="000000"/>
        </w:rPr>
        <w:t xml:space="preserve"> 。在山下一望山顶的鬼见愁，黑森森的石崖，蜿蜒的石路，历历在目。连路边的巨石也都像是突然奔来眼前，过去从未相见似的。可以想见，当秋气初收、冬雪欲降之时，这山感到三季的重负将去，便迎着寒风将阔肩一抖，抖掉那些攀附在身的柔枝软叶。【甲】</w:t>
      </w:r>
      <w:r>
        <w:rPr>
          <w:rFonts w:ascii="楷体" w:hAnsi="楷体" w:cs="楷体" w:eastAsia="楷体"/>
          <w:color w:val="000000"/>
          <w:u w:val="single"/>
        </w:rPr>
        <w:t>它又将山门一闭，推出那些没完没了的闲客，然后正襟危坐，巍巍然俯视大千，静静地享受安宁。</w:t>
      </w:r>
      <w:r>
        <w:rPr>
          <w:rFonts w:ascii="楷体" w:hAnsi="楷体" w:cs="楷体" w:eastAsia="楷体"/>
          <w:color w:val="000000"/>
        </w:rPr>
        <w:t>我现在就正步入这个虚静世界。苏轼在夜深人静时去游承天寺，感觉到寺之明静如处积水之中，我今于冬日游香山，神清气朗如在真空。</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④</w:t>
      </w:r>
      <w:r>
        <w:rPr>
          <w:rFonts w:ascii="楷体" w:hAnsi="楷体" w:cs="楷体" w:eastAsia="楷体"/>
          <w:color w:val="000000"/>
        </w:rPr>
        <w:t>与春夏相比，这山上不变的是松柏。一出别墅的后门就有十几株两抱之粗的苍松直通天穹。树干粗粗壮壮，溜光挺直，直到树梢尽头才伸出几根虬劲的枝，枝上挂着束束松针，该怎样绿还是怎样绿。这时太阳从东方冉冉升起，走到松枝间却寂然不动了。我徘徊于树下又斜倚在石上，看着这红日绿松，心中</w:t>
      </w:r>
      <w:r>
        <w:rPr>
          <w:rFonts w:ascii="楷体" w:hAnsi="楷体" w:cs="楷体" w:eastAsia="楷体"/>
          <w:color w:val="000000"/>
          <w:u w:val="single"/>
        </w:rPr>
        <w:t xml:space="preserve"> （</w:t>
      </w:r>
      <w:r>
        <w:rPr>
          <w:rFonts w:eastAsia="楷体" w:cs="楷体" w:ascii="楷体" w:hAnsi="楷体"/>
          <w:color w:val="000000"/>
          <w:u w:val="single"/>
        </w:rPr>
        <w:t>2</w:t>
      </w:r>
      <w:r>
        <w:rPr>
          <w:rFonts w:ascii="楷体" w:hAnsi="楷体" w:cs="楷体" w:eastAsia="楷体"/>
          <w:color w:val="000000"/>
          <w:u w:val="single"/>
        </w:rPr>
        <w:t xml:space="preserve">）  </w:t>
      </w:r>
      <w:r>
        <w:rPr>
          <w:rFonts w:ascii="楷体" w:hAnsi="楷体" w:cs="楷体" w:eastAsia="楷体"/>
          <w:color w:val="000000"/>
        </w:rPr>
        <w:t>如在涅槃，觉得胸若虚谷，头悬明镜，人山一体。此时我只感到山的巍峨与松的伟岸，冬日香山就只剩下这两样东西了。苍松之外，还有一些新松，栽在路旁，冒出油绿的针叶，好像全然不知外面的季节。与松做伴的还有柏树与翠竹。柏树或矗立路旁，或伸出于石岩，森森然，与松呼应。翠竹则在房檐下山脚旁，挺着秀气的枝，伸出绿绿的叶，远远地做一些铺垫。你看它们身下那些形容萎缩的衰草败枝，你看它们头上的红日蓝天，你看那被山风打扫得干干净净的石板路，你就会明白松树的骄傲。它不因风寒而笼袖缩脖，不因人少而自卑自惭。我奇怪人们的好奇心那么强，可怎么没有想到在秋敛冬凝之后再来香山看看松柏的形象。</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⑤</w:t>
      </w:r>
      <w:r>
        <w:rPr>
          <w:rFonts w:ascii="楷体" w:hAnsi="楷体" w:cs="楷体" w:eastAsia="楷体"/>
          <w:color w:val="000000"/>
        </w:rPr>
        <w:t>当我登上山顶时回望远处烟霭茫茫，亭台隐隐，脚下山石奔突，松柏连理，无花无草，一色灰褐。【乙】</w:t>
      </w:r>
      <w:r>
        <w:rPr>
          <w:rFonts w:ascii="楷体" w:hAnsi="楷体" w:cs="楷体" w:eastAsia="楷体"/>
          <w:color w:val="000000"/>
          <w:u w:val="single"/>
        </w:rPr>
        <w:t>好一幅天然焦墨山水图</w:t>
      </w:r>
      <w:r>
        <w:rPr>
          <w:rFonts w:ascii="楷体" w:hAnsi="楷体" w:cs="楷体" w:eastAsia="楷体"/>
          <w:color w:val="000000"/>
        </w:rPr>
        <w:t>。焦墨笔法者舍色而用墨，不要掩饰只留本质。你看这山，它借着季节相助舍掉了丁香的香味，芳草的倩影，枫树的火红，还有游客的捧场。只留下这长青的松柏来做自己的山魂。山路寂寂，阒然</w:t>
      </w:r>
      <w:r>
        <w:rPr>
          <w:rFonts w:ascii="楷体" w:hAnsi="楷体" w:cs="楷体" w:eastAsia="楷体"/>
          <w:color w:val="000000"/>
          <w:vertAlign w:val="superscript"/>
        </w:rPr>
        <w:t>①</w:t>
      </w:r>
      <w:r>
        <w:rPr>
          <w:rFonts w:ascii="楷体" w:hAnsi="楷体" w:cs="楷体" w:eastAsia="楷体"/>
          <w:color w:val="000000"/>
        </w:rPr>
        <w:t>无人。我边走边想比较着几次来香山的收获。春天来时我看她的妩媚，夏天来时我看她的丰腴，秋天来时我看她的绰约，冬天来时却有幸窥见她的骨气。她在回顾与思考之后，毅然收起了那些过眼繁花，只留下这铮铮铁骨与浩浩正气。靠着这骨气，来年她会有更好的花叶，更浓的芳香。</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⑥</w:t>
      </w:r>
      <w:r>
        <w:rPr>
          <w:rFonts w:ascii="楷体" w:hAnsi="楷体" w:cs="楷体" w:eastAsia="楷体"/>
          <w:color w:val="000000"/>
        </w:rPr>
        <w:t>香山，这个神清气朗的冬日。</w:t>
      </w:r>
    </w:p>
    <w:p>
      <w:pPr>
        <w:pStyle w:val="Normal"/>
        <w:spacing w:lineRule="auto" w:line="360"/>
        <w:jc w:val="end"/>
        <w:textAlignment w:val="center"/>
        <w:rPr>
          <w:rFonts w:ascii="宋体;SimSun" w:hAnsi="宋体;SimSun" w:cs="宋体;SimSun"/>
          <w:color w:val="000000"/>
        </w:rPr>
      </w:pPr>
      <w:r>
        <w:rPr>
          <w:rFonts w:ascii="宋体;SimSun" w:hAnsi="宋体;SimSun" w:cs="宋体;SimSun"/>
          <w:color w:val="000000"/>
        </w:rPr>
        <w:t>（原文有删改）</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注：</w:t>
      </w:r>
      <w:r>
        <w:rPr>
          <w:rFonts w:cs="Times New Roman"/>
          <w:color w:val="000000"/>
        </w:rPr>
        <w:t>①</w:t>
      </w:r>
      <w:r>
        <w:rPr>
          <w:rFonts w:ascii="宋体;SimSun" w:hAnsi="宋体;SimSun" w:cs="宋体;SimSun"/>
          <w:color w:val="000000"/>
        </w:rPr>
        <w:t>［阒然］</w:t>
      </w:r>
      <w:r>
        <w:rPr>
          <w:rFonts w:eastAsia="Times New Roman" w:cs="Times New Roman"/>
          <w:color w:val="000000"/>
        </w:rPr>
        <w:t>qù</w:t>
      </w:r>
      <w:r>
        <w:rPr>
          <w:rFonts w:ascii="宋体;SimSun" w:hAnsi="宋体;SimSun" w:cs="宋体;SimSun"/>
          <w:color w:val="000000"/>
        </w:rPr>
        <w:t>形容寂静无声的样子。</w:t>
      </w:r>
    </w:p>
    <w:p>
      <w:pPr>
        <w:pStyle w:val="Normal"/>
        <w:spacing w:lineRule="auto" w:line="360"/>
        <w:jc w:val="start"/>
        <w:textAlignment w:val="center"/>
        <w:rPr>
          <w:rFonts w:ascii="宋体;SimSun" w:hAnsi="宋体;SimSun" w:cs="宋体;SimSun"/>
          <w:color w:val="000000"/>
        </w:rPr>
      </w:pPr>
      <w:r>
        <w:rPr>
          <w:color w:val="000000"/>
        </w:rPr>
        <w:t xml:space="preserve">16. </w:t>
      </w:r>
      <w:r>
        <w:rPr>
          <w:rFonts w:ascii="宋体;SimSun" w:hAnsi="宋体;SimSun" w:cs="宋体;SimSun"/>
          <w:color w:val="000000"/>
        </w:rPr>
        <w:t>根据上下文，在（</w:t>
      </w:r>
      <w:r>
        <w:rPr>
          <w:rFonts w:eastAsia="Times New Roman" w:cs="Times New Roman"/>
          <w:color w:val="000000"/>
        </w:rPr>
        <w:t>1</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）两处横线上依次填入词句，将内容补充完整，最恰当的一项是</w:t>
      </w:r>
    </w:p>
    <w:p>
      <w:pPr>
        <w:pStyle w:val="Normal"/>
        <w:spacing w:lineRule="auto" w:line="360"/>
        <w:jc w:val="start"/>
        <w:textAlignment w:val="center"/>
        <w:rPr>
          <w:rFonts w:ascii="宋体;SimSun" w:hAnsi="宋体;SimSun" w:cs="宋体;SimSun"/>
          <w:color w:val="000000"/>
        </w:rPr>
      </w:pPr>
      <w:r>
        <w:rPr>
          <w:color w:val="000000"/>
        </w:rPr>
        <w:t xml:space="preserve">A. </w:t>
      </w:r>
      <w:r>
        <w:rPr>
          <w:rFonts w:ascii="宋体;SimSun" w:hAnsi="宋体;SimSun" w:cs="宋体;SimSun"/>
          <w:color w:val="000000"/>
        </w:rPr>
        <w:t>冬则是草木去而山石显了   躁动不安</w:t>
      </w:r>
    </w:p>
    <w:p>
      <w:pPr>
        <w:pStyle w:val="Normal"/>
        <w:spacing w:lineRule="auto" w:line="360"/>
        <w:jc w:val="start"/>
        <w:textAlignment w:val="center"/>
        <w:rPr>
          <w:rFonts w:ascii="宋体;SimSun" w:hAnsi="宋体;SimSun" w:cs="宋体;SimSun"/>
          <w:color w:val="000000"/>
        </w:rPr>
      </w:pPr>
      <w:r>
        <w:rPr>
          <w:color w:val="000000"/>
        </w:rPr>
        <w:t xml:space="preserve">B. </w:t>
      </w:r>
      <w:r>
        <w:rPr>
          <w:rFonts w:ascii="宋体;SimSun" w:hAnsi="宋体;SimSun" w:cs="宋体;SimSun"/>
          <w:color w:val="000000"/>
        </w:rPr>
        <w:t>冬则是草木去而山石显了   澄静安闲</w:t>
      </w:r>
    </w:p>
    <w:p>
      <w:pPr>
        <w:pStyle w:val="Normal"/>
        <w:spacing w:lineRule="auto" w:line="360"/>
        <w:jc w:val="start"/>
        <w:textAlignment w:val="center"/>
        <w:rPr>
          <w:rFonts w:ascii="宋体;SimSun" w:hAnsi="宋体;SimSun" w:cs="宋体;SimSun"/>
          <w:color w:val="000000"/>
        </w:rPr>
      </w:pPr>
      <w:r>
        <w:rPr>
          <w:color w:val="000000"/>
        </w:rPr>
        <w:t xml:space="preserve">C. </w:t>
      </w:r>
      <w:r>
        <w:rPr>
          <w:rFonts w:ascii="宋体;SimSun" w:hAnsi="宋体;SimSun" w:cs="宋体;SimSun"/>
          <w:color w:val="000000"/>
        </w:rPr>
        <w:t>冬则是草木荣而山石隐了   澄静安闲</w:t>
      </w:r>
    </w:p>
    <w:p>
      <w:pPr>
        <w:pStyle w:val="Normal"/>
        <w:spacing w:lineRule="auto" w:line="360"/>
        <w:jc w:val="start"/>
        <w:textAlignment w:val="center"/>
        <w:rPr>
          <w:rFonts w:ascii="宋体;SimSun" w:hAnsi="宋体;SimSun" w:cs="宋体;SimSun"/>
          <w:color w:val="000000"/>
        </w:rPr>
      </w:pPr>
      <w:r>
        <w:rPr>
          <w:color w:val="000000"/>
        </w:rPr>
        <w:t xml:space="preserve">D. </w:t>
      </w:r>
      <w:r>
        <w:rPr>
          <w:rFonts w:ascii="宋体;SimSun" w:hAnsi="宋体;SimSun" w:cs="宋体;SimSun"/>
          <w:color w:val="000000"/>
        </w:rPr>
        <w:t>冬则是草木荣而山石隐了   躁动不安</w:t>
      </w:r>
    </w:p>
    <w:p>
      <w:pPr>
        <w:pStyle w:val="Normal"/>
        <w:spacing w:lineRule="auto" w:line="360"/>
        <w:jc w:val="start"/>
        <w:textAlignment w:val="center"/>
        <w:rPr>
          <w:rFonts w:ascii="宋体;SimSun" w:hAnsi="宋体;SimSun" w:cs="宋体;SimSun"/>
          <w:color w:val="000000"/>
        </w:rPr>
      </w:pPr>
      <w:r>
        <w:rPr>
          <w:color w:val="000000"/>
        </w:rPr>
        <w:t xml:space="preserve">17. </w:t>
      </w:r>
      <w:r>
        <w:rPr>
          <w:rFonts w:ascii="宋体;SimSun" w:hAnsi="宋体;SimSun" w:cs="宋体;SimSun"/>
          <w:color w:val="000000"/>
        </w:rPr>
        <w:t>作者在文中大量运用了对比手法。文章第</w:t>
      </w:r>
      <w:r>
        <w:rPr>
          <w:rFonts w:cs="Times New Roman"/>
          <w:color w:val="000000"/>
        </w:rPr>
        <w:t>③</w:t>
      </w:r>
      <w:r>
        <w:rPr>
          <w:rFonts w:ascii="宋体;SimSun" w:hAnsi="宋体;SimSun" w:cs="宋体;SimSun"/>
          <w:color w:val="000000"/>
        </w:rPr>
        <w:t>段把</w:t>
      </w:r>
      <w:r>
        <w:rPr>
          <w:color w:val="000000"/>
        </w:rPr>
        <w:t>_______________</w:t>
      </w:r>
      <w:r>
        <w:rPr>
          <w:rFonts w:ascii="宋体;SimSun" w:hAnsi="宋体;SimSun" w:cs="宋体;SimSun"/>
          <w:color w:val="000000"/>
        </w:rPr>
        <w:t>与</w:t>
      </w:r>
      <w:r>
        <w:rPr>
          <w:color w:val="000000"/>
        </w:rPr>
        <w:t>_________________</w:t>
      </w:r>
      <w:r>
        <w:rPr>
          <w:rFonts w:ascii="宋体;SimSun" w:hAnsi="宋体;SimSun" w:cs="宋体;SimSun"/>
          <w:color w:val="000000"/>
        </w:rPr>
        <w:t>对比，凸显了冬日香山草木凋零的状况。第</w:t>
      </w:r>
      <w:r>
        <w:rPr>
          <w:rFonts w:cs="Times New Roman"/>
          <w:color w:val="000000"/>
        </w:rPr>
        <w:t>④</w:t>
      </w:r>
      <w:r>
        <w:rPr>
          <w:rFonts w:ascii="宋体;SimSun" w:hAnsi="宋体;SimSun" w:cs="宋体;SimSun"/>
          <w:color w:val="000000"/>
        </w:rPr>
        <w:t>段写香山的松柏时，与“它们身下那些形容萎缩的衰草败枝”对比，是为了</w:t>
      </w:r>
      <w:r>
        <w:rPr>
          <w:color w:val="000000"/>
        </w:rPr>
        <w:t>____________________</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color w:val="000000"/>
        </w:rPr>
        <w:t xml:space="preserve">18. </w:t>
      </w:r>
      <w:r>
        <w:rPr>
          <w:rFonts w:ascii="宋体;SimSun" w:hAnsi="宋体;SimSun" w:cs="宋体;SimSun"/>
          <w:color w:val="000000"/>
        </w:rPr>
        <w:t>请从文中【甲】【乙】两处画线语句中任选一处，分析这句话所使用的修辞方法及其表达效果。</w:t>
      </w:r>
      <w:r>
        <w:rPr>
          <w:rFonts w:cs="宋体;SimSun" w:ascii="宋体;SimSun" w:hAnsi="宋体;SimSun"/>
          <w:color w:val="000000"/>
        </w:rPr>
        <w:br/>
      </w:r>
    </w:p>
    <w:p>
      <w:pPr>
        <w:pStyle w:val="Normal"/>
        <w:spacing w:lineRule="auto" w:line="360"/>
        <w:jc w:val="start"/>
        <w:textAlignment w:val="center"/>
        <w:rPr>
          <w:rFonts w:ascii="宋体;SimSun" w:hAnsi="宋体;SimSun" w:cs="宋体;SimSun"/>
          <w:color w:val="000000"/>
        </w:rPr>
      </w:pPr>
      <w:r>
        <w:rPr>
          <w:color w:val="000000"/>
        </w:rPr>
        <w:t xml:space="preserve">19. </w:t>
      </w:r>
      <w:r>
        <w:rPr>
          <w:rFonts w:ascii="宋体;SimSun" w:hAnsi="宋体;SimSun" w:cs="宋体;SimSun"/>
          <w:color w:val="000000"/>
        </w:rPr>
        <w:t>请结合全文，说说香山春天、夏天、秋天的共同特点是什么，并谈谈你对文章第</w:t>
      </w:r>
      <w:r>
        <w:rPr>
          <w:rFonts w:cs="Times New Roman"/>
          <w:color w:val="000000"/>
        </w:rPr>
        <w:t>①</w:t>
      </w:r>
      <w:r>
        <w:rPr>
          <w:rFonts w:ascii="宋体;SimSun" w:hAnsi="宋体;SimSun" w:cs="宋体;SimSun"/>
          <w:color w:val="000000"/>
        </w:rPr>
        <w:t>段“香山性格的那一面”的理解。</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16. B    17.     ①. </w:t>
      </w:r>
      <w:r>
        <w:rPr>
          <w:rFonts w:ascii="宋体;SimSun" w:hAnsi="宋体;SimSun" w:cs="宋体;SimSun"/>
          <w:color w:val="000000"/>
        </w:rPr>
        <w:t>过去来时所见香山景色</w:t>
      </w:r>
      <w:r>
        <w:rPr>
          <w:color w:val="000000"/>
        </w:rPr>
        <w:t xml:space="preserve">    ②</w:t>
      </w:r>
      <w:r>
        <w:rPr>
          <w:color w:val="000000"/>
        </w:rPr>
        <w:t xml:space="preserve">. </w:t>
      </w:r>
      <w:r>
        <w:rPr>
          <w:rFonts w:ascii="宋体;SimSun" w:hAnsi="宋体;SimSun" w:cs="宋体;SimSun"/>
          <w:color w:val="000000"/>
        </w:rPr>
        <w:t>现在所见香山景象</w:t>
      </w:r>
      <w:r>
        <w:rPr>
          <w:color w:val="000000"/>
        </w:rPr>
        <w:t xml:space="preserve">    ③</w:t>
      </w:r>
      <w:r>
        <w:rPr>
          <w:color w:val="000000"/>
        </w:rPr>
        <w:t xml:space="preserve">. </w:t>
      </w:r>
      <w:r>
        <w:rPr>
          <w:rFonts w:ascii="宋体;SimSun" w:hAnsi="宋体;SimSun" w:cs="宋体;SimSun"/>
          <w:color w:val="000000"/>
        </w:rPr>
        <w:t>突出松柏不畏严寒、顽强骄傲的特点</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18. </w:t>
      </w:r>
      <w:r>
        <w:rPr>
          <w:rFonts w:ascii="宋体;SimSun" w:hAnsi="宋体;SimSun" w:cs="宋体;SimSun"/>
          <w:color w:val="000000"/>
        </w:rPr>
        <w:t>【甲】处运用了拟人手法，“推出”“正襟危坐”“俯视”“静静地享受”等词写出了香山除去繁华、清净安宁、肃穆虚静的特点，蕴含了作者神清气朗的闲适惬意。</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【乙】处运用了比喻手法，把登顶所见的景色比作焦墨山水图，写出了所见景象色彩素净、画面淡雅的特点，蕴含了作者对冬日香山不要掩饰只留本质的欣赏之情。</w:t>
      </w:r>
      <w:r>
        <w:rPr>
          <w:color w:val="000000"/>
        </w:rPr>
        <w:t xml:space="preserve">    </w:t>
      </w:r>
    </w:p>
    <w:p>
      <w:pPr>
        <w:pStyle w:val="Normal"/>
        <w:spacing w:lineRule="auto" w:line="360"/>
        <w:jc w:val="start"/>
        <w:textAlignment w:val="center"/>
        <w:rPr>
          <w:rFonts w:ascii="宋体;SimSun" w:hAnsi="宋体;SimSun" w:cs="宋体;SimSun"/>
          <w:color w:val="000000"/>
        </w:rPr>
      </w:pPr>
      <w:r>
        <w:rPr>
          <w:color w:val="000000"/>
        </w:rPr>
        <w:t xml:space="preserve">19. </w:t>
      </w:r>
      <w:r>
        <w:rPr>
          <w:rFonts w:ascii="宋体;SimSun" w:hAnsi="宋体;SimSun" w:cs="宋体;SimSun"/>
          <w:color w:val="000000"/>
        </w:rPr>
        <w:t>香山春、夏、秋的共同特点是游客满山，有花叶的装饰，热闹而繁华。</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香山性格的那一面”指冬日香山因花叶凋零而清净、虚静，又因松柏长青而呈现出铮铮硬骨与浩浩正气）</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w:t>
      </w:r>
      <w:r>
        <w:rPr>
          <w:color w:val="000000"/>
        </w:rPr>
        <w:t>16</w:t>
      </w:r>
      <w:r>
        <w:rPr>
          <w:color w:val="000000"/>
        </w:rPr>
        <w:t>题详解】</w:t>
      </w:r>
    </w:p>
    <w:p>
      <w:pPr>
        <w:pStyle w:val="Normal"/>
        <w:spacing w:lineRule="auto" w:line="360"/>
        <w:textAlignment w:val="center"/>
        <w:rPr>
          <w:color w:val="000000"/>
        </w:rPr>
      </w:pPr>
      <w:r>
        <w:rPr>
          <w:color w:val="000000"/>
        </w:rPr>
        <w:t>本题考查补写。解此题要结合语境分析。</w:t>
      </w:r>
    </w:p>
    <w:p>
      <w:pPr>
        <w:pStyle w:val="Normal"/>
        <w:spacing w:lineRule="auto" w:line="360"/>
        <w:jc w:val="start"/>
        <w:textAlignment w:val="center"/>
        <w:rPr>
          <w:color w:val="000000"/>
        </w:rPr>
      </w:pPr>
      <w:r>
        <w:rPr>
          <w:rFonts w:ascii="宋体;SimSun" w:hAnsi="宋体;SimSun" w:cs="宋体;SimSun"/>
          <w:color w:val="000000"/>
        </w:rPr>
        <w:t>第一处</w:t>
      </w:r>
      <w:r>
        <w:rPr>
          <w:rFonts w:cs="Times New Roman"/>
          <w:color w:val="000000"/>
        </w:rPr>
        <w:t>③</w:t>
      </w:r>
      <w:r>
        <w:rPr>
          <w:rFonts w:ascii="宋体;SimSun" w:hAnsi="宋体;SimSun" w:cs="宋体;SimSun"/>
          <w:color w:val="000000"/>
        </w:rPr>
        <w:t>段语境是“秋是水落石出”，冬天树木落叶而草枯是自然规律分析，应填“冬则是草木去而山石显了”。第二处</w:t>
      </w:r>
      <w:r>
        <w:rPr>
          <w:rFonts w:cs="Times New Roman"/>
          <w:color w:val="000000"/>
        </w:rPr>
        <w:t>④</w:t>
      </w:r>
      <w:r>
        <w:rPr>
          <w:rFonts w:ascii="宋体;SimSun" w:hAnsi="宋体;SimSun" w:cs="宋体;SimSun"/>
          <w:color w:val="000000"/>
        </w:rPr>
        <w:t>段语境是“如在涅槃，觉得胸若虚谷，头悬明镜，人山一体”分析，作者此时的心情是恬淡、安适的，应填“澄静安闲”。故选</w:t>
      </w:r>
      <w:r>
        <w:rPr>
          <w:color w:val="000000"/>
        </w:rPr>
        <w:t>B</w:t>
      </w:r>
      <w:r>
        <w:rPr>
          <w:color w:val="000000"/>
        </w:rPr>
        <w:t>。</w:t>
      </w:r>
    </w:p>
    <w:p>
      <w:pPr>
        <w:pStyle w:val="Normal"/>
        <w:spacing w:lineRule="auto" w:line="360"/>
        <w:jc w:val="start"/>
        <w:textAlignment w:val="center"/>
        <w:rPr>
          <w:color w:val="000000"/>
        </w:rPr>
      </w:pPr>
      <w:r>
        <w:rPr>
          <w:color w:val="000000"/>
        </w:rPr>
        <w:t>【</w:t>
      </w:r>
      <w:r>
        <w:rPr>
          <w:color w:val="000000"/>
        </w:rPr>
        <w:t>17</w:t>
      </w:r>
      <w:r>
        <w:rPr>
          <w:color w:val="000000"/>
        </w:rPr>
        <w:t>题详解】</w:t>
      </w:r>
    </w:p>
    <w:p>
      <w:pPr>
        <w:pStyle w:val="Normal"/>
        <w:spacing w:lineRule="auto" w:line="360"/>
        <w:jc w:val="start"/>
        <w:textAlignment w:val="center"/>
        <w:rPr>
          <w:color w:val="000000"/>
        </w:rPr>
      </w:pPr>
      <w:r>
        <w:rPr>
          <w:color w:val="000000"/>
        </w:rPr>
        <w:t>本题考查对比手法及其作用，应仔细阅读文本，结合文本内容分析。</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根据第</w:t>
      </w:r>
      <w:r>
        <w:rPr>
          <w:rFonts w:cs="Times New Roman"/>
          <w:color w:val="000000"/>
        </w:rPr>
        <w:t>③</w:t>
      </w:r>
      <w:r>
        <w:rPr>
          <w:rFonts w:ascii="宋体;SimSun" w:hAnsi="宋体;SimSun" w:cs="宋体;SimSun"/>
          <w:color w:val="000000"/>
        </w:rPr>
        <w:t>段中“过去来时，路边是夹道的丁香，厚绿的圆形叶片，白的或紫色的小花”“过去来时，山坡上是些层层片片的灌木，扑闪着自己霜红的叶片，如一团团的火苗，在秋风中翻腾”“过去来时，林间树下是厚厚的绿草，绒绒地由山脚铺到山顶”可知，这些句子写的是过去来时所见香山景色。根据第</w:t>
      </w:r>
      <w:r>
        <w:rPr>
          <w:rFonts w:cs="Times New Roman"/>
          <w:color w:val="000000"/>
        </w:rPr>
        <w:t>③</w:t>
      </w:r>
      <w:r>
        <w:rPr>
          <w:rFonts w:ascii="宋体;SimSun" w:hAnsi="宋体;SimSun" w:cs="宋体;SimSun"/>
          <w:color w:val="000000"/>
        </w:rPr>
        <w:t>段中“现在只剩下灰褐色的劲枝，枝头挑着些已弹去种籽的空壳”“现在远望灰蒙蒙的一片，其身其形和石和土几乎融在一起，很难觅到它的音容”“现在它们或枯萎在石缝间，或被风扫卷着聚缠在树根下”可知，这些句子写的是现在所见香山景象。二者形成了鲜明的对比，突出了冬季香山草木凋零的状况。</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根据第</w:t>
      </w:r>
      <w:r>
        <w:rPr>
          <w:rFonts w:cs="Times New Roman"/>
          <w:color w:val="000000"/>
        </w:rPr>
        <w:t>④</w:t>
      </w:r>
      <w:r>
        <w:rPr>
          <w:rFonts w:ascii="宋体;SimSun" w:hAnsi="宋体;SimSun" w:cs="宋体;SimSun"/>
          <w:color w:val="000000"/>
        </w:rPr>
        <w:t>段中“你看它们身下那些形容萎缩的衰草败枝，你看它们头上的红日蓝天，你看那被山风打扫得干干净净的石板路，你就会明白松树的骄傲。它不因风寒而笼袖缩脖，不因人少而自卑自惭”可知，作者将松柏与“衰草败枝”进行了对比，目的是突出松柏的“骄傲”，因为它们的意志非常顽强，努力与严寒抗争，无论有没有人来欣赏，努力活出自己的样子，展现出极强的生命力。</w:t>
      </w:r>
    </w:p>
    <w:p>
      <w:pPr>
        <w:pStyle w:val="Normal"/>
        <w:spacing w:lineRule="auto" w:line="360"/>
        <w:jc w:val="start"/>
        <w:textAlignment w:val="center"/>
        <w:rPr>
          <w:color w:val="000000"/>
        </w:rPr>
      </w:pPr>
      <w:r>
        <w:rPr>
          <w:color w:val="000000"/>
        </w:rPr>
        <w:t>【</w:t>
      </w:r>
      <w:r>
        <w:rPr>
          <w:color w:val="000000"/>
        </w:rPr>
        <w:t>18</w:t>
      </w:r>
      <w:r>
        <w:rPr>
          <w:color w:val="000000"/>
        </w:rPr>
        <w:t>题详解】</w:t>
      </w:r>
    </w:p>
    <w:p>
      <w:pPr>
        <w:pStyle w:val="Normal"/>
        <w:spacing w:lineRule="auto" w:line="360"/>
        <w:jc w:val="start"/>
        <w:textAlignment w:val="center"/>
        <w:rPr>
          <w:color w:val="000000"/>
        </w:rPr>
      </w:pPr>
      <w:r>
        <w:rPr>
          <w:color w:val="000000"/>
        </w:rPr>
        <w:t>本题考查句子的赏析，要求学生掌握常用的修辞方法及作用，结合语境首先写出修辞方法，然后写出表达效果和体现的情感。</w:t>
      </w:r>
    </w:p>
    <w:p>
      <w:pPr>
        <w:pStyle w:val="Normal"/>
        <w:spacing w:lineRule="auto" w:line="360"/>
        <w:jc w:val="start"/>
        <w:textAlignment w:val="center"/>
        <w:rPr>
          <w:rFonts w:ascii="宋体;SimSun" w:hAnsi="宋体;SimSun" w:cs="宋体;SimSun"/>
          <w:color w:val="000000"/>
        </w:rPr>
      </w:pPr>
      <w:r>
        <w:rPr>
          <w:color w:val="000000"/>
        </w:rPr>
        <w:t>甲：</w:t>
      </w:r>
      <w:r>
        <w:rPr>
          <w:rFonts w:ascii="宋体;SimSun" w:hAnsi="宋体;SimSun" w:cs="宋体;SimSun"/>
          <w:color w:val="000000"/>
        </w:rPr>
        <w:t>从“推出那些没完没了的闲客”“正襟危坐，巍巍然俯视大千，静静地享受安宁”可知，这个句子运用了拟人手法，把香山人格化，生动形象地写出了冬季香山没有了往日的繁华、浮躁，留下一片静谧与安宁的特点，结合下文“我今于冬日游香山，神清气朗如在真空”可知，这句话表达了作者冬游香山的悠闲、恬淡、安宁的心境。</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乙：从句中的“天然焦墨山水图”可知，这句话运用了比喻的修辞手法，把作者登到山顶时看到的景色比作一幅天然焦墨山水图，生动形象地写出了景象色彩朴素纯净，画面雅致秀丽的特点，结合下文“焦墨笔法者舍色而用墨，不要掩饰只留本质”分析，这句话突出了冬日香山不要掩饰只留本质，神清气朗的特点，表达了作者对冬日香山的赞美之情。</w:t>
      </w:r>
    </w:p>
    <w:p>
      <w:pPr>
        <w:pStyle w:val="Normal"/>
        <w:spacing w:lineRule="auto" w:line="360"/>
        <w:jc w:val="start"/>
        <w:textAlignment w:val="center"/>
        <w:rPr>
          <w:color w:val="000000"/>
        </w:rPr>
      </w:pPr>
      <w:r>
        <w:rPr>
          <w:color w:val="000000"/>
        </w:rPr>
        <w:t>【</w:t>
      </w:r>
      <w:r>
        <w:rPr>
          <w:color w:val="000000"/>
        </w:rPr>
        <w:t>19</w:t>
      </w:r>
      <w:r>
        <w:rPr>
          <w:color w:val="000000"/>
        </w:rPr>
        <w:t>题详解】</w:t>
      </w:r>
    </w:p>
    <w:p>
      <w:pPr>
        <w:pStyle w:val="Normal"/>
        <w:spacing w:lineRule="auto" w:line="360"/>
        <w:jc w:val="start"/>
        <w:textAlignment w:val="center"/>
        <w:rPr>
          <w:color w:val="000000"/>
        </w:rPr>
      </w:pPr>
      <w:r>
        <w:rPr>
          <w:color w:val="000000"/>
        </w:rPr>
        <w:t>本题考查学生对文章内容的理解和概括能力。</w:t>
      </w:r>
    </w:p>
    <w:p>
      <w:pPr>
        <w:pStyle w:val="Normal"/>
        <w:spacing w:lineRule="auto" w:line="360"/>
        <w:jc w:val="start"/>
        <w:textAlignment w:val="center"/>
        <w:rPr>
          <w:rFonts w:ascii="宋体;SimSun" w:hAnsi="宋体;SimSun" w:cs="宋体;SimSun"/>
          <w:color w:val="000000"/>
        </w:rPr>
      </w:pPr>
      <w:r>
        <w:rPr>
          <w:color w:val="000000"/>
        </w:rPr>
        <w:t>根据第</w:t>
      </w:r>
      <w:r>
        <w:rPr>
          <w:rFonts w:cs="Times New Roman"/>
          <w:color w:val="000000"/>
        </w:rPr>
        <w:t>②</w:t>
      </w:r>
      <w:r>
        <w:rPr>
          <w:color w:val="000000"/>
        </w:rPr>
        <w:t>段</w:t>
      </w:r>
      <w:r>
        <w:rPr>
          <w:rFonts w:ascii="宋体;SimSun" w:hAnsi="宋体;SimSun" w:cs="宋体;SimSun"/>
          <w:color w:val="000000"/>
        </w:rPr>
        <w:t>中“这里我春天时来过，是花的世界；夏天时来过，是浓阴的世界；秋天时来过，是红叶的世界。而这三季都游客满山——说到底是人的世界”得出：香山春、夏、秋的共同特点是有美丽的花草，游人非常多，呈现出一派欣欣向荣、热闹的景象。</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根据第</w:t>
      </w:r>
      <w:r>
        <w:rPr>
          <w:rFonts w:cs="Times New Roman"/>
          <w:color w:val="000000"/>
        </w:rPr>
        <w:t>⑤</w:t>
      </w:r>
      <w:r>
        <w:rPr>
          <w:rFonts w:ascii="宋体;SimSun" w:hAnsi="宋体;SimSun" w:cs="宋体;SimSun"/>
          <w:color w:val="000000"/>
        </w:rPr>
        <w:t>段中“春天来时我看她的妩媚，夏天来时我看她的丰腴，秋天来时我看她的绰约，冬天来时却有幸窥见她的骨气。她在回顾与思考之后，毅然收起了那些过眼繁花，只留下这铮铮铁骨与浩浩正气。靠着这骨这气，来年她会有更好的花叶，更浓的芳香”可知，“香山性格的那一面”是鲜为人知的一面，冬日的香山没有了花叶的点缀，失去了往日的繁华，变得素净淡雅，但因为顽强的松柏、翠竹的衬托而展现出“铮铮铁骨与浩浩正气”，令人感到震撼。</w:t>
      </w:r>
    </w:p>
    <w:p>
      <w:pPr>
        <w:pStyle w:val="Normal"/>
        <w:spacing w:lineRule="auto" w:line="360"/>
        <w:jc w:val="start"/>
        <w:textAlignment w:val="center"/>
        <w:rPr>
          <w:rFonts w:ascii="宋体;SimSun" w:hAnsi="宋体;SimSun" w:cs="宋体;SimSun"/>
          <w:b/>
          <w:color w:val="000000"/>
          <w:sz w:val="24"/>
        </w:rPr>
      </w:pPr>
      <w:r>
        <w:rPr>
          <w:rFonts w:ascii="宋体;SimSun" w:hAnsi="宋体;SimSun" w:cs="宋体;SimSun"/>
          <w:b/>
          <w:color w:val="000000"/>
          <w:sz w:val="24"/>
        </w:rPr>
        <w:t>（二）</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阅读《鳝鱼骨的滋味》，完成下面小题。</w:t>
      </w:r>
    </w:p>
    <w:p>
      <w:pPr>
        <w:pStyle w:val="Normal"/>
        <w:spacing w:lineRule="auto" w:line="360"/>
        <w:ind w:firstLine="420" w:end="0"/>
        <w:jc w:val="center"/>
        <w:textAlignment w:val="center"/>
        <w:rPr>
          <w:rFonts w:ascii="楷体" w:hAnsi="楷体" w:eastAsia="楷体" w:cs="楷体"/>
          <w:color w:val="000000"/>
        </w:rPr>
      </w:pPr>
      <w:r>
        <w:rPr>
          <w:rFonts w:ascii="楷体" w:hAnsi="楷体" w:cs="楷体" w:eastAsia="楷体"/>
          <w:color w:val="000000"/>
        </w:rPr>
        <w:t>鳝鱼骨的滋味</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①</w:t>
      </w:r>
      <w:r>
        <w:rPr>
          <w:rFonts w:ascii="楷体" w:hAnsi="楷体" w:cs="楷体" w:eastAsia="楷体"/>
          <w:color w:val="000000"/>
        </w:rPr>
        <w:t>在北京，刚刚飘起小雪的日子，听说更北的地方还有一波寒流将至。围炉吃火锅，是对寒流最好的准备了。朋友们特地带我去一家城西的老店，红灯笼、黄木板，每一桌上都有一口热气腾腾的铜锅。</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②</w:t>
      </w:r>
      <w:r>
        <w:rPr>
          <w:rFonts w:ascii="楷体" w:hAnsi="楷体" w:cs="楷体" w:eastAsia="楷体"/>
          <w:color w:val="000000"/>
        </w:rPr>
        <w:t>朋友点了一个大号的酸菜白肉锅，加了几盘羊肉。我也点了几个菜，特别点了爆炒黄鳝和韭黄炒鳝。跑堂的过来，看了看菜单，好意地探询：“先生，您点了两道鳝鱼呢！”</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③</w:t>
      </w:r>
      <w:r>
        <w:rPr>
          <w:rFonts w:eastAsia="楷体" w:cs="楷体" w:ascii="楷体" w:hAnsi="楷体"/>
          <w:color w:val="000000"/>
        </w:rPr>
        <w:t>“</w:t>
      </w:r>
      <w:r>
        <w:rPr>
          <w:rFonts w:ascii="楷体" w:hAnsi="楷体" w:cs="楷体" w:eastAsia="楷体"/>
          <w:color w:val="000000"/>
        </w:rPr>
        <w:t>对了，我喜欢吃鳝鱼！”</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④</w:t>
      </w:r>
      <w:r>
        <w:rPr>
          <w:rFonts w:eastAsia="楷体" w:cs="楷体" w:ascii="楷体" w:hAnsi="楷体"/>
          <w:color w:val="000000"/>
        </w:rPr>
        <w:t>“</w:t>
      </w:r>
      <w:r>
        <w:rPr>
          <w:rFonts w:ascii="楷体" w:hAnsi="楷体" w:cs="楷体" w:eastAsia="楷体"/>
          <w:color w:val="000000"/>
        </w:rPr>
        <w:t>老师怎么爱吃鳝鱼的呢？”朋友问。</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⑤</w:t>
      </w:r>
      <w:r>
        <w:rPr>
          <w:rFonts w:ascii="楷体" w:hAnsi="楷体" w:cs="楷体" w:eastAsia="楷体"/>
          <w:color w:val="000000"/>
        </w:rPr>
        <w:t>我沉思了一下，就在水汽淋漓的火锅店里，简单地说起一段往事。小时候，我家门前摆了一个鳝鱼摊子，专卖炒鳝鱼和鳝鱼面。摊子黄昏才开张，那正是我放学返家的时间，我远远就会看到爆炒鳝鱼的大烟，嗅觉似乎与视觉同时抵达，香味猛然飘进我的鼻子，把我勾到摊子前面，我便低着头绕过巷子，回到家里。</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⑥</w:t>
      </w:r>
      <w:r>
        <w:rPr>
          <w:rFonts w:ascii="楷体" w:hAnsi="楷体" w:cs="楷体" w:eastAsia="楷体"/>
          <w:color w:val="000000"/>
        </w:rPr>
        <w:t>为什么要低着头呢？</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⑦</w:t>
      </w:r>
      <w:r>
        <w:rPr>
          <w:rFonts w:ascii="楷体" w:hAnsi="楷体" w:cs="楷体" w:eastAsia="楷体"/>
          <w:color w:val="000000"/>
        </w:rPr>
        <w:t>因为炒鳝鱼的价钱很高，我们根本吃不起。不要说炒鳝鱼，连鳝鱼面也吃不起。我们家兄弟姐妹很多，一人吃一碗面，恐怕是一星期的饭钱了。</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⑧</w:t>
      </w:r>
      <w:r>
        <w:rPr>
          <w:rFonts w:ascii="楷体" w:hAnsi="楷体" w:cs="楷体" w:eastAsia="楷体"/>
          <w:color w:val="000000"/>
        </w:rPr>
        <w:t>妈妈经常向卖鳝鱼的妇人央求拜托，杀了鳝鱼剩下的骨头，一定要留给我们。妈妈深信鳝鱼的骨头充满钙质，还有各种维生素，对我们这些正在成长的孩子大有帮助。</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⑨</w:t>
      </w:r>
      <w:r>
        <w:rPr>
          <w:rFonts w:ascii="楷体" w:hAnsi="楷体" w:cs="楷体" w:eastAsia="楷体"/>
          <w:color w:val="000000"/>
        </w:rPr>
        <w:t>每天晚上，妈妈总会从鳝鱼摊提回大袋的骨头，洗也不洗就丢到大锅里熬煮。</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⑩</w:t>
      </w:r>
      <w:r>
        <w:rPr>
          <w:rFonts w:ascii="楷体" w:hAnsi="楷体" w:cs="楷体" w:eastAsia="楷体"/>
          <w:color w:val="000000"/>
        </w:rPr>
        <w:t>为什么洗也不洗？</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⑪</w:t>
      </w:r>
      <w:r>
        <w:rPr>
          <w:rFonts w:ascii="楷体" w:hAnsi="楷体" w:cs="楷体" w:eastAsia="楷体"/>
          <w:color w:val="000000"/>
        </w:rPr>
        <w:t>因为，妈妈说鳝鱼骨头上还带着鲜血，那是最为滋补的，洗净多么可惜！</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⑫</w:t>
      </w:r>
      <w:r>
        <w:rPr>
          <w:rFonts w:ascii="楷体" w:hAnsi="楷体" w:cs="楷体" w:eastAsia="楷体"/>
          <w:color w:val="000000"/>
        </w:rPr>
        <w:t>熬过两三个小时，鳝鱼骨头几乎在锅中化完，汤水变成咖啡色，水面上浮着油花，这时，妈妈会撒把葱花，关火。鳝鱼骨汤熬成时，夜已经深了。</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⑬</w:t>
      </w:r>
      <w:r>
        <w:rPr>
          <w:rFonts w:ascii="楷体" w:hAnsi="楷体" w:cs="楷体" w:eastAsia="楷体"/>
          <w:color w:val="000000"/>
        </w:rPr>
        <w:t>妈妈把我们叫到灶间，一人一碗汤，再配上她在另一家面包店要来的面包皮，在锅里烤热了，变成香味扑鼻的饼干。我们细细地咀嚼面包皮，配着清甜香浓的鱼骨汤，深深感觉到生活的幸福。虽然吃不起鳝鱼与面包，但是鳝鱼与面包是有钱就吃得到，鳝鱼骨和面包皮却是只有深爱我们的妈妈才做得出来。</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⑭</w:t>
      </w:r>
      <w:r>
        <w:rPr>
          <w:rFonts w:ascii="楷体" w:hAnsi="楷体" w:cs="楷体" w:eastAsia="楷体"/>
          <w:color w:val="000000"/>
        </w:rPr>
        <w:t>只要卖鳝鱼的来摆摊，我们一定会喝鳝鱼骨汤。奇怪的是，我从来没有喝腻过，而且一直觉得这是人间至极的美味。妈妈担心我们会吃腻，有时会在汤里加点竹笋，或下点蛋花；有时会用豆腐红烧，或与萝卜同卤……用的固然都是普通的食材，却充满了美味的魔术。</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⑮</w:t>
      </w:r>
      <w:r>
        <w:rPr>
          <w:rFonts w:ascii="楷体" w:hAnsi="楷体" w:cs="楷体" w:eastAsia="楷体"/>
          <w:color w:val="000000"/>
        </w:rPr>
        <w:t>最神奇的，算是炸鳝鱼骨了。鳝鱼骨本来是歪曲扭动的，下油锅时忽然就被拉直了，一条一条就像薯条一样，起锅时撒一些胡椒、盐，香、酥、脆，真是美味极了。</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⑯</w:t>
      </w:r>
      <w:r>
        <w:rPr>
          <w:rFonts w:ascii="楷体" w:hAnsi="楷体" w:cs="楷体" w:eastAsia="楷体"/>
          <w:color w:val="000000"/>
        </w:rPr>
        <w:t>我吃了好几年的鳝鱼骨头，一直到我到外地念书。偶然回到乡下，喝到妈妈亲手熬的汤，总是觉得美味如昔，心中更是充满了感动。妈妈把深情与爱熬进了那平凡的汤里，使我们身强体健。在普遍营养不良的乡下孩子中，我们总是气色红润、精神饱满。</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⑰</w:t>
      </w:r>
      <w:r>
        <w:rPr>
          <w:rFonts w:eastAsia="楷体" w:cs="楷体" w:ascii="楷体" w:hAnsi="楷体"/>
          <w:color w:val="000000"/>
        </w:rPr>
        <w:t>“</w:t>
      </w:r>
      <w:r>
        <w:rPr>
          <w:rFonts w:ascii="楷体" w:hAnsi="楷体" w:cs="楷体" w:eastAsia="楷体"/>
          <w:color w:val="000000"/>
        </w:rPr>
        <w:t>也许是小时候吃不到鳝鱼，长大之后，只要到馆子吃饭，看到有卖鳝鱼的，总会点两道来吃，一边吃一边怀念那一段艰苦的岁月。”我对北京的朋友说。大家听得入神，纷纷夹起鳝鱼，细细咀嚼，当然，有故事加味，鳝鱼也变得别有滋味了。</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⑱</w:t>
      </w:r>
      <w:r>
        <w:rPr>
          <w:rFonts w:ascii="楷体" w:hAnsi="楷体" w:cs="楷体" w:eastAsia="楷体"/>
          <w:color w:val="000000"/>
        </w:rPr>
        <w:t>晚饭后，在飘着小雪的北京街头漫步，想到我们的生命正是鳝鱼骨这类看似微贱的东西，累积出无价的意义，使我们感到丰盈。谁能告诉我，鳝鱼骨一斤多少钱？面包皮一袋多少钱？市场里捡来的青菜一斤多少钱？只要有爱，就是无价的。</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⑲</w:t>
      </w:r>
      <w:r>
        <w:rPr>
          <w:rFonts w:ascii="楷体" w:hAnsi="楷体" w:cs="楷体" w:eastAsia="楷体"/>
          <w:color w:val="000000"/>
        </w:rPr>
        <w:t>妈妈早已离世，在北京的雪夜中，我想到再也喝不到清炖的鳝鱼骨汤，再也不能，一口一口，细细体会妈妈的深情。</w:t>
      </w:r>
    </w:p>
    <w:p>
      <w:pPr>
        <w:pStyle w:val="Normal"/>
        <w:spacing w:lineRule="auto" w:line="360"/>
        <w:ind w:firstLine="420" w:end="0"/>
        <w:jc w:val="start"/>
        <w:textAlignment w:val="center"/>
        <w:rPr>
          <w:rFonts w:ascii="楷体" w:hAnsi="楷体" w:eastAsia="楷体" w:cs="楷体"/>
          <w:color w:val="000000"/>
        </w:rPr>
      </w:pPr>
      <w:r>
        <w:rPr>
          <w:rFonts w:eastAsia="Times New Roman" w:cs="Times New Roman"/>
          <w:color w:val="000000"/>
        </w:rPr>
        <w:t>⑳</w:t>
      </w:r>
      <w:r>
        <w:rPr>
          <w:rFonts w:ascii="楷体" w:hAnsi="楷体" w:cs="楷体" w:eastAsia="楷体"/>
          <w:color w:val="000000"/>
        </w:rPr>
        <w:t>想着想着，我的眼泪一滴一滴地落下，像空中飘落的雪花。</w:t>
      </w:r>
    </w:p>
    <w:p>
      <w:pPr>
        <w:pStyle w:val="Normal"/>
        <w:spacing w:lineRule="auto" w:line="360"/>
        <w:jc w:val="end"/>
        <w:textAlignment w:val="center"/>
        <w:rPr>
          <w:rFonts w:ascii="宋体;SimSun" w:hAnsi="宋体;SimSun" w:cs="宋体;SimSun"/>
          <w:color w:val="000000"/>
        </w:rPr>
      </w:pPr>
      <w:r>
        <w:rPr>
          <w:rFonts w:ascii="宋体;SimSun" w:hAnsi="宋体;SimSun" w:cs="宋体;SimSun"/>
          <w:color w:val="000000"/>
        </w:rPr>
        <w:t>（选自《林清玄散文精选》有删改）</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20. </w:t>
      </w:r>
      <w:r>
        <w:rPr>
          <w:rFonts w:ascii="宋体;SimSun" w:hAnsi="宋体;SimSun" w:cs="宋体;SimSun"/>
          <w:color w:val="000000"/>
        </w:rPr>
        <w:t>本文写了作者与鳝鱼骨的故事。梳理</w:t>
      </w:r>
      <w:r>
        <w:rPr>
          <w:rFonts w:ascii="宋体;SimSun" w:hAnsi="宋体;SimSun" w:cs="宋体;SimSun"/>
          <w:color w:val="000000"/>
        </w:rPr>
        <w:t>⑤</w:t>
      </w:r>
      <w:r>
        <w:rPr>
          <w:rFonts w:ascii="宋体;SimSun" w:hAnsi="宋体;SimSun" w:cs="宋体;SimSun"/>
          <w:color w:val="000000"/>
        </w:rPr>
        <w:t>—</w:t>
      </w:r>
      <w:r>
        <w:rPr>
          <w:rFonts w:ascii="宋体;SimSun" w:hAnsi="宋体;SimSun" w:cs="宋体;SimSun" w:eastAsia="Cambria Math"/>
          <w:color w:val="000000"/>
        </w:rPr>
        <w:t>⑰</w:t>
      </w:r>
      <w:r>
        <w:rPr>
          <w:rFonts w:ascii="宋体;SimSun" w:hAnsi="宋体;SimSun" w:cs="宋体;SimSun"/>
          <w:color w:val="000000"/>
        </w:rPr>
        <w:t>段“我”的经历和感受，将下面内容补充完整。</w:t>
      </w:r>
    </w:p>
    <w:tbl>
      <w:tblPr>
        <w:tblW w:w="6624" w:type="dxa"/>
        <w:jc w:val="start"/>
        <w:tblInd w:w="0" w:type="dxa"/>
        <w:tblLayout w:type="fixed"/>
        <w:tblCellMar>
          <w:top w:w="75" w:type="dxa"/>
          <w:start w:w="120" w:type="dxa"/>
          <w:bottom w:w="75" w:type="dxa"/>
          <w:end w:w="120" w:type="dxa"/>
        </w:tblCellMar>
      </w:tblPr>
      <w:tblGrid>
        <w:gridCol w:w="2054"/>
        <w:gridCol w:w="2920"/>
        <w:gridCol w:w="1650"/>
      </w:tblGrid>
      <w:tr>
        <w:trPr>
          <w:trHeight w:val="330" w:hRule="atLeast"/>
        </w:trPr>
        <w:tc>
          <w:tcPr>
            <w:tcW w:w="205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时间</w:t>
            </w:r>
          </w:p>
        </w:tc>
        <w:tc>
          <w:tcPr>
            <w:tcW w:w="29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经历</w:t>
            </w:r>
          </w:p>
        </w:tc>
        <w:tc>
          <w:tcPr>
            <w:tcW w:w="165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center"/>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感受</w:t>
            </w:r>
          </w:p>
        </w:tc>
      </w:tr>
      <w:tr>
        <w:trPr>
          <w:trHeight w:val="330" w:hRule="atLeast"/>
        </w:trPr>
        <w:tc>
          <w:tcPr>
            <w:tcW w:w="205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小时候</w:t>
            </w:r>
          </w:p>
        </w:tc>
        <w:tc>
          <w:tcPr>
            <w:tcW w:w="29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闻到炒鳝鱼的香味</w:t>
            </w:r>
          </w:p>
        </w:tc>
        <w:tc>
          <w:tcPr>
            <w:tcW w:w="165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渴望吃到</w:t>
            </w:r>
          </w:p>
        </w:tc>
      </w:tr>
      <w:tr>
        <w:trPr>
          <w:trHeight w:val="330" w:hRule="atLeast"/>
        </w:trPr>
        <w:tc>
          <w:tcPr>
            <w:tcW w:w="205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深夜</w:t>
            </w:r>
          </w:p>
        </w:tc>
        <w:tc>
          <w:tcPr>
            <w:tcW w:w="29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①</w:t>
            </w:r>
          </w:p>
        </w:tc>
        <w:tc>
          <w:tcPr>
            <w:tcW w:w="165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②</w:t>
            </w:r>
          </w:p>
        </w:tc>
      </w:tr>
      <w:tr>
        <w:trPr>
          <w:trHeight w:val="330" w:hRule="atLeast"/>
        </w:trPr>
        <w:tc>
          <w:tcPr>
            <w:tcW w:w="205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从外地上学回来</w:t>
            </w:r>
          </w:p>
        </w:tc>
        <w:tc>
          <w:tcPr>
            <w:tcW w:w="29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喝到妈妈熬的鳝鱼骨汤</w:t>
            </w:r>
          </w:p>
        </w:tc>
        <w:tc>
          <w:tcPr>
            <w:tcW w:w="165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充满感动</w:t>
            </w:r>
          </w:p>
        </w:tc>
      </w:tr>
      <w:tr>
        <w:trPr>
          <w:trHeight w:val="330" w:hRule="atLeast"/>
        </w:trPr>
        <w:tc>
          <w:tcPr>
            <w:tcW w:w="205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ascii="宋体;SimSun" w:hAnsi="宋体;SimSun" w:eastAsia="宋体;SimSun" w:cs="宋体;SimSun"/>
                <w:color w:val="000000"/>
                <w:kern w:val="2"/>
                <w:sz w:val="21"/>
                <w:szCs w:val="24"/>
              </w:rPr>
            </w:pPr>
            <w:r>
              <w:rPr>
                <w:rFonts w:ascii="宋体;SimSun" w:hAnsi="宋体;SimSun" w:cs="宋体;SimSun" w:eastAsia="宋体;SimSun"/>
                <w:color w:val="000000"/>
                <w:kern w:val="2"/>
                <w:sz w:val="21"/>
                <w:szCs w:val="24"/>
              </w:rPr>
              <w:t>长大后</w:t>
            </w:r>
          </w:p>
        </w:tc>
        <w:tc>
          <w:tcPr>
            <w:tcW w:w="292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③</w:t>
            </w:r>
          </w:p>
        </w:tc>
        <w:tc>
          <w:tcPr>
            <w:tcW w:w="165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④</w:t>
            </w:r>
          </w:p>
        </w:tc>
      </w:tr>
    </w:tbl>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21. </w:t>
      </w:r>
      <w:r>
        <w:rPr>
          <w:rFonts w:ascii="宋体;SimSun" w:hAnsi="宋体;SimSun" w:cs="宋体;SimSun"/>
          <w:color w:val="000000"/>
        </w:rPr>
        <w:t>对这篇散文理解</w:t>
      </w:r>
      <w:r>
        <w:rPr>
          <w:rFonts w:ascii="宋体;SimSun" w:hAnsi="宋体;SimSun" w:cs="宋体;SimSun"/>
          <w:color w:val="000000"/>
          <w:em w:val="underDot"/>
        </w:rPr>
        <w:t>有误</w:t>
      </w:r>
      <w:r>
        <w:rPr>
          <w:rFonts w:ascii="宋体;SimSun" w:hAnsi="宋体;SimSun" w:cs="宋体;SimSun"/>
          <w:color w:val="000000"/>
        </w:rPr>
        <w:t>的一项是</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A. </w:t>
      </w:r>
      <w:r>
        <w:rPr>
          <w:rFonts w:ascii="宋体;SimSun" w:hAnsi="宋体;SimSun" w:cs="宋体;SimSun"/>
          <w:color w:val="000000"/>
        </w:rPr>
        <w:t>作者写“长大之后，只要到馆子吃饭，看到有卖鳝鱼的，总会点两道来吃”，只是为了强调小时候穷吃不起，长大富裕了，想吃多少都可以。</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B. </w:t>
      </w:r>
      <w:r>
        <w:rPr>
          <w:rFonts w:ascii="宋体;SimSun" w:hAnsi="宋体;SimSun" w:cs="宋体;SimSun"/>
          <w:color w:val="000000"/>
        </w:rPr>
        <w:t>第</w:t>
      </w:r>
      <w:r>
        <w:rPr>
          <w:rFonts w:ascii="Cambria Math" w:hAnsi="Cambria Math" w:cs="Cambria Math" w:eastAsia="Cambria Math"/>
          <w:color w:val="000000"/>
        </w:rPr>
        <w:t>⑱</w:t>
      </w:r>
      <w:r>
        <w:rPr>
          <w:rFonts w:ascii="宋体;SimSun" w:hAnsi="宋体;SimSun" w:cs="宋体;SimSun"/>
          <w:color w:val="000000"/>
        </w:rPr>
        <w:t>段以一连串的问句排比，强调了鳝鱼骨这类看似微贱的东西，如果承载着爱，就能丰盈我们的生命，具有无价的意义。</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C. </w:t>
      </w:r>
      <w:r>
        <w:rPr>
          <w:rFonts w:ascii="宋体;SimSun" w:hAnsi="宋体;SimSun" w:cs="宋体;SimSun"/>
          <w:color w:val="000000"/>
        </w:rPr>
        <w:t>作者在第</w:t>
      </w:r>
      <w:r>
        <w:rPr>
          <w:rFonts w:ascii="Cambria Math" w:hAnsi="Cambria Math" w:cs="Cambria Math" w:eastAsia="Cambria Math"/>
          <w:color w:val="000000"/>
        </w:rPr>
        <w:t>⑲</w:t>
      </w:r>
      <w:r>
        <w:rPr>
          <w:rFonts w:ascii="宋体;SimSun" w:hAnsi="宋体;SimSun" w:cs="宋体;SimSun"/>
          <w:color w:val="000000"/>
        </w:rPr>
        <w:t>段中，运用反复</w:t>
      </w:r>
      <w:r>
        <w:rPr>
          <w:rFonts w:ascii="宋体;SimSun" w:hAnsi="宋体;SimSun" w:cs="宋体;SimSun"/>
          <w:color w:val="000000"/>
        </w:rPr>
        <w:drawing>
          <wp:inline distT="0" distB="0" distL="0" distR="0">
            <wp:extent cx="133350" cy="177800"/>
            <wp:effectExtent l="0" t="0" r="0" b="0"/>
            <wp:docPr id="15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图片 100007"/>
                    <pic:cNvPicPr>
                      <a:picLocks noChangeAspect="1" noChangeArrowheads="1"/>
                    </pic:cNvPicPr>
                  </pic:nvPicPr>
                  <pic:blipFill>
                    <a:blip r:embed="rId103"/>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手法，连用两个“再也”，强烈表达了喝不到妈妈熬的鳝鱼骨汤的遗憾和对妈妈的思念。</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D. </w:t>
      </w:r>
      <w:r>
        <w:rPr>
          <w:rFonts w:ascii="宋体;SimSun" w:hAnsi="宋体;SimSun" w:cs="宋体;SimSun"/>
          <w:color w:val="000000"/>
        </w:rPr>
        <w:t>文章结尾写“我的眼泪一滴一滴地落下，像空中飘落的雪花”，既呼应开头，使文章结构严谨，又起到了烘托情感的作用，使作者怀念母亲的情感得以艺术地表达。</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22. </w:t>
      </w:r>
      <w:r>
        <w:rPr>
          <w:rFonts w:ascii="宋体;SimSun" w:hAnsi="宋体;SimSun" w:cs="宋体;SimSun"/>
          <w:color w:val="000000"/>
        </w:rPr>
        <w:t>第</w:t>
      </w:r>
      <w:r>
        <w:rPr>
          <w:rFonts w:ascii="Cambria Math" w:hAnsi="Cambria Math" w:cs="Cambria Math" w:eastAsia="Cambria Math"/>
          <w:color w:val="000000"/>
        </w:rPr>
        <w:t>⑰</w:t>
      </w:r>
      <w:r>
        <w:rPr>
          <w:rFonts w:ascii="宋体;SimSun" w:hAnsi="宋体;SimSun" w:cs="宋体;SimSun"/>
          <w:color w:val="000000"/>
        </w:rPr>
        <w:t>段中，作者的故事讲完了，大家听得入神，如果你是其中一个听众，会由这个故事联想到什么呢？请展开想象，以第一人称的口吻写出你的心理活动。</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 xml:space="preserve">23. </w:t>
      </w:r>
      <w:r>
        <w:rPr>
          <w:rFonts w:ascii="宋体;SimSun" w:hAnsi="宋体;SimSun" w:cs="宋体;SimSun"/>
          <w:color w:val="000000"/>
        </w:rPr>
        <w:t>结合全文内容，谈谈作者品出了鳝鱼骨的哪些滋味。</w:t>
      </w:r>
    </w:p>
    <w:p>
      <w:pPr>
        <w:pStyle w:val="Normal"/>
        <w:spacing w:lineRule="auto" w:line="360"/>
        <w:textAlignment w:val="center"/>
        <w:rPr>
          <w:rFonts w:ascii="宋体;SimSun" w:hAnsi="宋体;SimSun" w:cs="宋体;SimSun"/>
          <w:color w:val="000000"/>
        </w:rPr>
      </w:pPr>
      <w:r>
        <w:rPr>
          <w:color w:val="2E75B6"/>
        </w:rPr>
        <w:t>【答案】</w:t>
      </w:r>
      <w:r>
        <w:rPr>
          <w:color w:val="000000"/>
        </w:rPr>
        <w:t xml:space="preserve">20. </w:t>
      </w:r>
      <w:r>
        <w:rPr>
          <w:rFonts w:ascii="宋体;SimSun" w:hAnsi="宋体;SimSun" w:cs="宋体;SimSun"/>
          <w:color w:val="000000"/>
        </w:rPr>
        <w:t>示例：</w:t>
      </w:r>
      <w:r>
        <w:rPr>
          <w:rFonts w:cs="Times New Roman"/>
          <w:color w:val="000000"/>
        </w:rPr>
        <w:t>①</w:t>
      </w:r>
      <w:r>
        <w:rPr>
          <w:rFonts w:ascii="宋体;SimSun" w:hAnsi="宋体;SimSun" w:cs="宋体;SimSun"/>
          <w:color w:val="000000"/>
        </w:rPr>
        <w:t>细品妈妈熬的鳝鱼骨汤、炸的鳝鱼骨</w:t>
      </w:r>
      <w:r>
        <w:rPr>
          <w:rFonts w:cs="Times New Roman"/>
          <w:color w:val="000000"/>
        </w:rPr>
        <w:t>②</w:t>
      </w:r>
      <w:r>
        <w:rPr>
          <w:rFonts w:ascii="宋体;SimSun" w:hAnsi="宋体;SimSun" w:cs="宋体;SimSun"/>
          <w:color w:val="000000"/>
        </w:rPr>
        <w:t>深感幸福</w:t>
      </w:r>
      <w:r>
        <w:rPr>
          <w:rFonts w:cs="Times New Roman"/>
          <w:color w:val="000000"/>
        </w:rPr>
        <w:t>③</w:t>
      </w:r>
      <w:r>
        <w:rPr>
          <w:rFonts w:ascii="宋体;SimSun" w:hAnsi="宋体;SimSun" w:cs="宋体;SimSun"/>
          <w:color w:val="000000"/>
        </w:rPr>
        <w:t>每到饭馆见到卖鳝鱼的，总点两道菜</w:t>
      </w:r>
      <w:r>
        <w:rPr>
          <w:rFonts w:cs="Times New Roman"/>
          <w:color w:val="000000"/>
        </w:rPr>
        <w:t>④</w:t>
      </w:r>
      <w:r>
        <w:rPr>
          <w:rFonts w:ascii="宋体;SimSun" w:hAnsi="宋体;SimSun" w:cs="宋体;SimSun"/>
          <w:color w:val="000000"/>
        </w:rPr>
        <w:t>怀念妈妈（艰苦岁月）</w:t>
      </w:r>
      <w:r>
        <w:rPr>
          <w:color w:val="000000"/>
        </w:rPr>
        <w:t xml:space="preserve">    </w:t>
      </w:r>
      <w:r>
        <w:rPr>
          <w:color w:val="000000"/>
        </w:rPr>
        <w:t xml:space="preserve">21. A    </w:t>
      </w:r>
    </w:p>
    <w:p>
      <w:pPr>
        <w:pStyle w:val="Normal"/>
        <w:spacing w:lineRule="auto" w:line="360"/>
        <w:textAlignment w:val="center"/>
        <w:rPr>
          <w:rFonts w:ascii="宋体;SimSun" w:hAnsi="宋体;SimSun" w:cs="宋体;SimSun"/>
          <w:color w:val="000000"/>
        </w:rPr>
      </w:pPr>
      <w:r>
        <w:rPr>
          <w:color w:val="000000"/>
        </w:rPr>
        <w:t xml:space="preserve">22. </w:t>
      </w:r>
      <w:r>
        <w:rPr>
          <w:rFonts w:ascii="宋体;SimSun" w:hAnsi="宋体;SimSun" w:cs="宋体;SimSun"/>
          <w:color w:val="000000"/>
        </w:rPr>
        <w:t>示例：老师的妈妈真疼爱孩子啊！我妈妈也是这样疼爱我的：生病的时候，妈妈煮的热汤面总能让我减轻身体上的难受，很快康复。天下所有妈妈的爱都是伟大的。</w:t>
      </w:r>
      <w:r>
        <w:rPr>
          <w:color w:val="000000"/>
        </w:rPr>
        <w:t xml:space="preserve">    </w:t>
      </w:r>
    </w:p>
    <w:p>
      <w:pPr>
        <w:pStyle w:val="Normal"/>
        <w:spacing w:lineRule="auto" w:line="360"/>
        <w:textAlignment w:val="center"/>
        <w:rPr>
          <w:rFonts w:ascii="宋体;SimSun" w:hAnsi="宋体;SimSun" w:cs="宋体;SimSun"/>
          <w:color w:val="000000"/>
        </w:rPr>
      </w:pPr>
      <w:r>
        <w:rPr>
          <w:color w:val="000000"/>
        </w:rPr>
        <w:t xml:space="preserve">23. </w:t>
      </w:r>
      <w:r>
        <w:rPr>
          <w:rFonts w:eastAsia="Times New Roman" w:cs="Times New Roman"/>
          <w:color w:val="000000"/>
        </w:rPr>
        <w:t>①</w:t>
      </w:r>
      <w:r>
        <w:rPr>
          <w:rFonts w:ascii="宋体;SimSun" w:hAnsi="宋体;SimSun" w:cs="宋体;SimSun"/>
          <w:color w:val="000000"/>
        </w:rPr>
        <w:t>鳝鱼骨汤和炸鳝鱼骨的美味（物的角度）</w:t>
      </w:r>
      <w:r>
        <w:rPr>
          <w:rFonts w:cs="Times New Roman"/>
          <w:color w:val="000000"/>
        </w:rPr>
        <w:t>②</w:t>
      </w:r>
      <w:r>
        <w:rPr>
          <w:rFonts w:ascii="宋体;SimSun" w:hAnsi="宋体;SimSun" w:cs="宋体;SimSun"/>
          <w:color w:val="000000"/>
        </w:rPr>
        <w:t>鳝鱼骨所凝聚着的妈妈的爱（或：鳝鱼骨寄托了“我”对妈妈的感激与怀念）（情的角度）</w:t>
      </w:r>
      <w:r>
        <w:rPr>
          <w:rFonts w:cs="Times New Roman"/>
          <w:color w:val="000000"/>
        </w:rPr>
        <w:t>③</w:t>
      </w:r>
      <w:r>
        <w:rPr>
          <w:rFonts w:ascii="宋体;SimSun" w:hAnsi="宋体;SimSun" w:cs="宋体;SimSun"/>
          <w:color w:val="000000"/>
        </w:rPr>
        <w:t>从中领悟到我们的生命正是一些看似微贱的东西，累积出些无价的意义，让我们感动充实（理的角度）（三点答出任意两点）</w:t>
      </w:r>
    </w:p>
    <w:p>
      <w:pPr>
        <w:pStyle w:val="Normal"/>
        <w:spacing w:lineRule="auto" w:line="360"/>
        <w:textAlignment w:val="center"/>
        <w:rPr>
          <w:color w:val="000000"/>
        </w:rPr>
      </w:pPr>
      <w:r>
        <w:rPr>
          <w:color w:val="2E75B6"/>
        </w:rPr>
        <w:t>【解析】</w:t>
      </w:r>
    </w:p>
    <w:p>
      <w:pPr>
        <w:pStyle w:val="Normal"/>
        <w:spacing w:lineRule="auto" w:line="360"/>
        <w:textAlignment w:val="center"/>
        <w:rPr>
          <w:color w:val="000000"/>
        </w:rPr>
      </w:pPr>
      <w:r>
        <w:rPr>
          <w:color w:val="000000"/>
        </w:rPr>
        <w:t>【分析】</w:t>
      </w:r>
    </w:p>
    <w:p>
      <w:pPr>
        <w:pStyle w:val="Normal"/>
        <w:spacing w:lineRule="auto" w:line="360"/>
        <w:textAlignment w:val="center"/>
        <w:rPr>
          <w:color w:val="000000"/>
        </w:rPr>
      </w:pPr>
      <w:r>
        <w:rPr>
          <w:color w:val="000000"/>
        </w:rPr>
        <w:t>【</w:t>
      </w:r>
      <w:r>
        <w:rPr>
          <w:color w:val="000000"/>
        </w:rPr>
        <w:t>20</w:t>
      </w:r>
      <w:r>
        <w:rPr>
          <w:color w:val="000000"/>
        </w:rPr>
        <w:t>题详解】</w:t>
      </w:r>
    </w:p>
    <w:p>
      <w:pPr>
        <w:pStyle w:val="Normal"/>
        <w:spacing w:lineRule="auto" w:line="360"/>
        <w:textAlignment w:val="center"/>
        <w:rPr>
          <w:color w:val="000000"/>
        </w:rPr>
      </w:pPr>
      <w:r>
        <w:rPr>
          <w:color w:val="000000"/>
        </w:rPr>
        <w:t>本题考查对故事内容的概括。阅读文本，理清故事情节，根据题目要求筛选相关的词句概括作答。答题时要尽可能仿照题目中的示例形式作答。</w:t>
      </w:r>
    </w:p>
    <w:p>
      <w:pPr>
        <w:pStyle w:val="Normal"/>
        <w:spacing w:lineRule="auto" w:line="360"/>
        <w:jc w:val="start"/>
        <w:textAlignment w:val="center"/>
        <w:rPr>
          <w:rFonts w:ascii="宋体;SimSun" w:hAnsi="宋体;SimSun" w:cs="宋体;SimSun"/>
          <w:color w:val="000000"/>
        </w:rPr>
      </w:pPr>
      <w:r>
        <w:rPr>
          <w:rFonts w:eastAsia="Times New Roman" w:cs="Times New Roman"/>
          <w:color w:val="000000"/>
        </w:rPr>
        <w:t>①</w:t>
      </w:r>
      <w:r>
        <w:rPr>
          <w:color w:val="000000"/>
        </w:rPr>
        <w:t>根据题干</w:t>
      </w:r>
      <w:r>
        <w:rPr>
          <w:rFonts w:ascii="宋体;SimSun" w:hAnsi="宋体;SimSun" w:cs="宋体;SimSun"/>
          <w:color w:val="000000"/>
        </w:rPr>
        <w:t>“深夜”</w:t>
      </w:r>
      <w:r>
        <w:rPr>
          <w:color w:val="000000"/>
        </w:rPr>
        <w:t>的提示，找到 ⑬</w:t>
      </w:r>
      <w:r>
        <w:rPr>
          <w:rFonts w:ascii="宋体;SimSun" w:hAnsi="宋体;SimSun" w:cs="宋体;SimSun"/>
          <w:color w:val="000000"/>
        </w:rPr>
        <w:t>段“妈妈把我们叫到灶间，一人一碗汤，再配上她在另一家面包店要来的面包皮，在锅里烤热了，变成香味扑鼻的饼干”和⑮段“最神奇的，算是炸鳝鱼骨了”，可概括为：细品妈妈熬的鳝鱼骨汤、炸的鳝鱼骨；</w:t>
      </w:r>
    </w:p>
    <w:p>
      <w:pPr>
        <w:pStyle w:val="Normal"/>
        <w:spacing w:lineRule="auto" w:line="360"/>
        <w:jc w:val="start"/>
        <w:textAlignment w:val="center"/>
        <w:rPr>
          <w:rFonts w:ascii="宋体;SimSun" w:hAnsi="宋体;SimSun" w:cs="宋体;SimSun"/>
          <w:color w:val="000000"/>
        </w:rPr>
      </w:pPr>
      <w:r>
        <w:rPr>
          <w:rFonts w:eastAsia="Times New Roman" w:cs="Times New Roman"/>
          <w:color w:val="000000"/>
        </w:rPr>
        <w:t>②</w:t>
      </w:r>
      <w:r>
        <w:rPr>
          <w:rFonts w:ascii="宋体;SimSun" w:hAnsi="宋体;SimSun" w:cs="宋体;SimSun"/>
          <w:color w:val="000000"/>
        </w:rPr>
        <w:t>根据题干“深夜”“感受”的提示，找到⑬段“我们细细地咀嚼面包皮，配着清甜香浓的鱼骨汤，深深感觉到生活的幸福”，可概括为：深感幸福；</w:t>
      </w:r>
    </w:p>
    <w:p>
      <w:pPr>
        <w:pStyle w:val="Normal"/>
        <w:spacing w:lineRule="auto" w:line="360"/>
        <w:jc w:val="start"/>
        <w:textAlignment w:val="center"/>
        <w:rPr>
          <w:rFonts w:ascii="宋体;SimSun" w:hAnsi="宋体;SimSun" w:cs="宋体;SimSun"/>
          <w:color w:val="000000"/>
        </w:rPr>
      </w:pPr>
      <w:r>
        <w:rPr>
          <w:rFonts w:eastAsia="Times New Roman" w:cs="Times New Roman"/>
          <w:color w:val="000000"/>
        </w:rPr>
        <w:t>③</w:t>
      </w:r>
      <w:r>
        <w:rPr>
          <w:rFonts w:ascii="宋体;SimSun" w:hAnsi="宋体;SimSun" w:cs="宋体;SimSun"/>
          <w:color w:val="000000"/>
        </w:rPr>
        <w:t>据题干“长大后”的提示，找到⑰段“长大之后，只要到馆子吃饭，看到有卖鳝鱼的，总会点两道来吃”，可概括为：每到饭馆见到卖鳝鱼的，总点两道菜；</w:t>
      </w:r>
    </w:p>
    <w:p>
      <w:pPr>
        <w:pStyle w:val="Normal"/>
        <w:spacing w:lineRule="auto" w:line="360"/>
        <w:jc w:val="start"/>
        <w:textAlignment w:val="center"/>
        <w:rPr>
          <w:rFonts w:ascii="宋体;SimSun" w:hAnsi="宋体;SimSun" w:cs="宋体;SimSun"/>
          <w:color w:val="000000"/>
        </w:rPr>
      </w:pPr>
      <w:r>
        <w:rPr>
          <w:rFonts w:eastAsia="Times New Roman" w:cs="Times New Roman"/>
          <w:color w:val="000000"/>
        </w:rPr>
        <w:t>④</w:t>
      </w:r>
      <w:r>
        <w:rPr>
          <w:rFonts w:ascii="宋体;SimSun" w:hAnsi="宋体;SimSun" w:cs="宋体;SimSun"/>
          <w:color w:val="000000"/>
        </w:rPr>
        <w:t>据题干“长大后”“感受”的提示，找到⑰段“一边吃一边怀念那一段艰苦的岁月”，可概括为：怀念妈妈（或怀念艰苦岁月）。</w:t>
      </w:r>
    </w:p>
    <w:p>
      <w:pPr>
        <w:pStyle w:val="Normal"/>
        <w:spacing w:lineRule="auto" w:line="360"/>
        <w:jc w:val="start"/>
        <w:textAlignment w:val="center"/>
        <w:rPr>
          <w:color w:val="000000"/>
        </w:rPr>
      </w:pPr>
      <w:r>
        <w:rPr>
          <w:color w:val="000000"/>
        </w:rPr>
        <w:t>【</w:t>
      </w:r>
      <w:r>
        <w:rPr>
          <w:color w:val="000000"/>
        </w:rPr>
        <w:t>21</w:t>
      </w:r>
      <w:r>
        <w:rPr>
          <w:color w:val="000000"/>
        </w:rPr>
        <w:t>题详解】</w:t>
      </w:r>
    </w:p>
    <w:p>
      <w:pPr>
        <w:pStyle w:val="Normal"/>
        <w:spacing w:lineRule="auto" w:line="360"/>
        <w:jc w:val="start"/>
        <w:textAlignment w:val="center"/>
        <w:rPr>
          <w:color w:val="000000"/>
        </w:rPr>
      </w:pPr>
      <w:r>
        <w:rPr>
          <w:color w:val="000000"/>
        </w:rPr>
        <w:t>本题考查内容理解。</w:t>
      </w:r>
    </w:p>
    <w:p>
      <w:pPr>
        <w:pStyle w:val="Normal"/>
        <w:spacing w:lineRule="auto" w:line="360"/>
        <w:jc w:val="start"/>
        <w:textAlignment w:val="center"/>
        <w:rPr>
          <w:rFonts w:ascii="宋体;SimSun" w:hAnsi="宋体;SimSun" w:cs="宋体;SimSun"/>
          <w:color w:val="000000"/>
        </w:rPr>
      </w:pPr>
      <w:r>
        <w:rPr>
          <w:color w:val="000000"/>
        </w:rPr>
        <w:t>A</w:t>
      </w:r>
      <w:r>
        <w:rPr>
          <w:rFonts w:cs="宋体;SimSun" w:ascii="宋体;SimSun" w:hAnsi="宋体;SimSun"/>
          <w:color w:val="000000"/>
        </w:rPr>
        <w:t>.“</w:t>
      </w:r>
      <w:r>
        <w:rPr>
          <w:rFonts w:ascii="宋体;SimSun" w:hAnsi="宋体;SimSun" w:cs="宋体;SimSun"/>
          <w:color w:val="000000"/>
        </w:rPr>
        <w:t>只是为了强调小时候穷吃不起，长大富裕了，想吃多少都可以”理解错误。 作者写“长大之后，只要到馆子吃饭，看到有卖鳝鱼的，总会点两道来吃”是想念妈妈，怀念妈妈做的鱼汤的味道，以及怀念那曾经的艰苦岁月。故选</w:t>
      </w:r>
      <w:r>
        <w:rPr>
          <w:rFonts w:eastAsia="Times New Roman" w:cs="Times New Roman"/>
          <w:color w:val="000000"/>
        </w:rPr>
        <w:t>A</w:t>
      </w:r>
      <w:r>
        <w:rPr>
          <w:rFonts w:ascii="宋体;SimSun" w:hAnsi="宋体;SimSun" w:cs="宋体;SimSun"/>
          <w:color w:val="000000"/>
        </w:rPr>
        <w:t>。</w:t>
      </w:r>
    </w:p>
    <w:p>
      <w:pPr>
        <w:pStyle w:val="Normal"/>
        <w:spacing w:lineRule="auto" w:line="360"/>
        <w:jc w:val="start"/>
        <w:textAlignment w:val="center"/>
        <w:rPr>
          <w:color w:val="000000"/>
        </w:rPr>
      </w:pPr>
      <w:r>
        <w:rPr>
          <w:color w:val="000000"/>
        </w:rPr>
        <w:t>【</w:t>
      </w:r>
      <w:r>
        <w:rPr>
          <w:color w:val="000000"/>
        </w:rPr>
        <w:t>22</w:t>
      </w:r>
      <w:r>
        <w:rPr>
          <w:color w:val="000000"/>
        </w:rPr>
        <w:t>题详解】</w:t>
      </w:r>
    </w:p>
    <w:p>
      <w:pPr>
        <w:pStyle w:val="Normal"/>
        <w:spacing w:lineRule="auto" w:line="360"/>
        <w:jc w:val="start"/>
        <w:textAlignment w:val="center"/>
        <w:rPr>
          <w:rFonts w:ascii="宋体;SimSun" w:hAnsi="宋体;SimSun" w:cs="宋体;SimSun"/>
          <w:color w:val="000000"/>
        </w:rPr>
      </w:pPr>
      <w:r>
        <w:rPr>
          <w:color w:val="000000"/>
        </w:rPr>
        <w:t>本题考查心理活动。</w:t>
      </w:r>
      <w:r>
        <w:rPr>
          <w:rFonts w:ascii="宋体;SimSun" w:hAnsi="宋体;SimSun" w:cs="宋体;SimSun"/>
          <w:color w:val="000000"/>
        </w:rPr>
        <w:t>本文主要讲“我”家门前有一个鳝鱼摊，但是我们家买不起，在小时候的艰苦岁月里，妈妈求卖鳝鱼的人把杀了鳝鱼剩下的骨头给她，为我们熬汤改善生活，妈妈把深情与爱熬进了那平凡的汤里，使我们气色红润，精神饱满。赞美了伟大的母爱。所以，以第一人称的口吻写自己的心理活动时，围绕“母爱”，结合自己的妈妈是怎么疼爱自己的，说一说。语句通顺，感情真挚即可。</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示例：老师的母亲真伟大呀！为了孩子，竟想出了这样的方法，制作出这样美好的事物。我的妈妈也是这样，在我生病时，总能变着花样做出各种食物让我喜欢吃，增强营养。天下的母亲都是同样伟大呀。</w:t>
      </w:r>
    </w:p>
    <w:p>
      <w:pPr>
        <w:pStyle w:val="Normal"/>
        <w:spacing w:lineRule="auto" w:line="360"/>
        <w:jc w:val="start"/>
        <w:textAlignment w:val="center"/>
        <w:rPr>
          <w:color w:val="000000"/>
        </w:rPr>
      </w:pPr>
      <w:r>
        <w:rPr>
          <w:color w:val="000000"/>
        </w:rPr>
        <w:t>【</w:t>
      </w:r>
      <w:r>
        <w:rPr>
          <w:color w:val="000000"/>
        </w:rPr>
        <w:t>23</w:t>
      </w:r>
      <w:r>
        <w:rPr>
          <w:color w:val="000000"/>
        </w:rPr>
        <w:t>题详解】</w:t>
      </w:r>
    </w:p>
    <w:p>
      <w:pPr>
        <w:pStyle w:val="Normal"/>
        <w:spacing w:lineRule="auto" w:line="360"/>
        <w:jc w:val="start"/>
        <w:textAlignment w:val="center"/>
        <w:rPr>
          <w:rFonts w:ascii="宋体;SimSun" w:hAnsi="宋体;SimSun" w:cs="宋体;SimSun"/>
          <w:color w:val="000000"/>
        </w:rPr>
      </w:pPr>
      <w:r>
        <w:rPr>
          <w:color w:val="000000"/>
        </w:rPr>
        <w:t>本题考查内容理解和概括。滋味，释义是美味，味道；又比喻某种感受。</w:t>
      </w:r>
      <w:r>
        <w:rPr>
          <w:rFonts w:ascii="宋体;SimSun" w:hAnsi="宋体;SimSun" w:cs="宋体;SimSun"/>
          <w:color w:val="000000"/>
        </w:rPr>
        <w:t>可结合文中重点语句分析。</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⑭</w:t>
      </w:r>
      <w:r>
        <w:rPr>
          <w:rFonts w:ascii="宋体;SimSun" w:hAnsi="宋体;SimSun" w:cs="宋体;SimSun"/>
          <w:color w:val="000000"/>
        </w:rPr>
        <w:t>段“我们一定会喝鳝鱼骨汤。奇怪的是，我从来没有喝腻过，而且一直觉得这是人间至极的美味。”指鳝鱼骨汤的味道；⑯段中“妈妈把深情与爱熬进了那平凡的汤里，使我们身强体健。在普遍营养不良的乡下孩子中，我们总是气色红润、精神饱满。”鳝鱼骨寄托了“我”对妈妈的感激与怀念；⑱段中“在飘着小雪的北京街头漫步，想到我们的生命正是鳝鱼骨这类看似微贱的东西，累积出无价的意义，使我们感到丰盈。”从中领悟到我们的生命正是一些看似微贱的东西，累积出些无价的意义，让我们感到充实。</w:t>
      </w:r>
    </w:p>
    <w:p>
      <w:pPr>
        <w:pStyle w:val="Heading2"/>
      </w:pPr>
      <w:r>
        <w:t>期末</w:t>
      </w:r>
    </w:p>
    <w:p>
      <w:pPr>
        <w:pStyle w:val="Heading3"/>
      </w:pPr>
      <w:r>
        <w:t>东城区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四、现代文阅读（共20分）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阅读《北京夏夜凉如许》，完成各题。</w:t>
      </w:r>
    </w:p>
    <w:p>
      <w:pPr>
        <w:spacing w:line="360" w:lineRule="auto"/>
        <w:jc w:val="center"/>
        <w:textAlignment w:val="center"/>
        <w:rPr>
          <w:rFonts w:ascii="楷体" w:eastAsia="楷体" w:hAnsi="楷体" w:cs="楷体"/>
          <w:color w:val="000000"/>
        </w:rPr>
      </w:pPr>
      <w:r>
        <w:rPr>
          <w:rFonts w:ascii="楷体" w:eastAsia="楷体" w:hAnsi="楷体" w:cs="楷体"/>
          <w:color w:val="000000"/>
        </w:rPr>
        <w:t>北京夏夜凉如许</w:t>
      </w:r>
    </w:p>
    <w:p>
      <w:pPr>
        <w:spacing w:line="360" w:lineRule="auto"/>
        <w:jc w:val="center"/>
        <w:textAlignment w:val="center"/>
        <w:rPr>
          <w:rFonts w:ascii="楷体" w:eastAsia="楷体" w:hAnsi="楷体" w:cs="楷体"/>
          <w:color w:val="000000"/>
        </w:rPr>
      </w:pPr>
      <w:r>
        <w:rPr>
          <w:rFonts w:ascii="楷体" w:eastAsia="楷体" w:hAnsi="楷体" w:cs="楷体"/>
          <w:color w:val="000000"/>
        </w:rPr>
        <w:t>高自双</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①自几年前来到北京，一晃儿，我在北京已经度过了五个夏天。与我住了三十多年的郑州相比，北京的夏夜，却是凉爽宜人、美好宜居的。</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②往年的夏天麦熟时节，我周末都从郑州市区骑车到郊外黄河大堤的麦田里，只为聆听布谷鸟的叫声。来到北京后，虽然同样居住在市区，但窗外正好是中国农业科学院大片的实验农田。</w:t>
      </w:r>
      <w:r>
        <w:rPr>
          <w:rFonts w:ascii="楷体" w:eastAsia="楷体" w:hAnsi="楷体" w:cs="楷体"/>
          <w:color w:val="000000"/>
          <w:u w:val="single"/>
        </w:rPr>
        <w:t>金黄的麦地，红艳艳的桑林，正是布谷鸟的最佳舞台，让人身在家中就聆听到田野的鸟鸣。</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③芒种到夏至，是盛夏时节。这时候，北京的天气，白天已然十分燥热，在正午明晃晃的阳光下走一会儿，就汗流浃背。可是，一旦太阳滑落西山，燥热便顷刻收敛。</w:t>
      </w:r>
      <w:r>
        <w:rPr>
          <w:rFonts w:ascii="楷体" w:eastAsia="楷体" w:hAnsi="楷体" w:cs="楷体"/>
          <w:color w:val="000000"/>
          <w:u w:val="single"/>
        </w:rPr>
        <w:t>塞外坝上凉爽的风，便乘着月光，乘着夜色，漫过燕山，漫过西山，漫过六环，漫过五环，潜入北京市区，让人们能在夏夜睡一个惬意的好觉。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在北京这几年，三伏天的夜，睡觉也没觉得燥热。这可能是因为北京白天夜晚温差大，晚上把房间南、北、西三面的窗户全都打开，使空气形成对流，屋里立时就有了凉爽的风。西窗外面农科院大片的农田，泥土较之柏油和水泥地面更为吸热，降温也快。</w:t>
      </w:r>
      <w:r>
        <w:rPr>
          <w:rFonts w:ascii="楷体" w:eastAsia="楷体" w:hAnsi="楷体" w:cs="楷体"/>
          <w:color w:val="000000"/>
          <w:u w:val="wave"/>
        </w:rPr>
        <w:t>窗外总是有风，有时大，有时小，紧一阵，慢一阵，频频吹进来</w:t>
      </w:r>
      <w:r>
        <w:rPr>
          <w:rFonts w:ascii="楷体" w:eastAsia="楷体" w:hAnsi="楷体" w:cs="楷体"/>
          <w:color w:val="000000"/>
        </w:rPr>
        <w:t>。在这清凉之下，躺在床上，一会儿就睡着了。有时睡到后半夜，身上觉得阵阵凉意，还要起床关上一面的窗户。</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2017年我刚到北京，那年夏天的夜晚最为闷热，7月里有两个夜晚，房间三面的窗户都开着，身上还微微出汗。我拿起入伏前在大钟寺一家小店买来的芭蕉叶扇子，摇了几下，就睡着了。整个夏天，夜里睡觉，我没有开过一次空调。</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⑥立秋，秋老虎虽然也发过威，那也只带来白天的炎热。入夜后，清凉的感觉则比夏季更为明显。到了处暑，天一擦黑，凉意立刻轻轻抚遍全身，夜里睡觉，更加惬意。</w:t>
      </w:r>
    </w:p>
    <w:p>
      <w:pPr>
        <w:spacing w:line="360" w:lineRule="auto"/>
        <w:ind w:firstLine="420"/>
        <w:jc w:val="left"/>
        <w:textAlignment w:val="center"/>
        <w:rPr>
          <w:rFonts w:ascii="楷体" w:eastAsia="楷体" w:hAnsi="楷体" w:cs="楷体"/>
          <w:color w:val="000000"/>
          <w:u w:val="wave"/>
        </w:rPr>
      </w:pPr>
      <w:r>
        <w:rPr>
          <w:rFonts w:ascii="楷体" w:eastAsia="楷体" w:hAnsi="楷体" w:cs="楷体"/>
          <w:color w:val="000000"/>
        </w:rPr>
        <w:t>⑦遥想公元494年，北魏孝文帝拓跋宏要从塞外的平城（今大同）迁都洛阳，一些王公贵族反对的理由之一是中原洛阳气候炎热。明成祖朱棣从南京迁都到北京，</w:t>
      </w:r>
      <w:r>
        <w:rPr>
          <w:rFonts w:ascii="楷体" w:eastAsia="楷体" w:hAnsi="楷体" w:cs="楷体"/>
          <w:color w:val="000000"/>
          <w:u w:val="wave"/>
        </w:rPr>
        <w:t>他是嫌南京这个“火炉”太热，怀念他镇守过18年的燕地夏夜的清凉吗？</w:t>
      </w:r>
    </w:p>
    <w:p>
      <w:pPr>
        <w:spacing w:line="360" w:lineRule="auto"/>
        <w:ind w:firstLine="420"/>
        <w:jc w:val="right"/>
        <w:textAlignment w:val="center"/>
        <w:rPr>
          <w:rFonts w:ascii="宋体" w:eastAsia="宋体" w:hAnsi="宋体" w:cs="宋体"/>
          <w:color w:val="000000"/>
        </w:rPr>
      </w:pPr>
      <w:r>
        <w:rPr>
          <w:rFonts w:ascii="宋体" w:eastAsia="宋体" w:hAnsi="宋体" w:cs="宋体"/>
          <w:color w:val="000000"/>
        </w:rPr>
        <w:t>（选自《北京日报》，有删改）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13. </w:t>
      </w:r>
      <w:r>
        <w:rPr>
          <w:rFonts w:ascii="宋体" w:eastAsia="宋体" w:hAnsi="宋体" w:cs="宋体"/>
          <w:color w:val="000000"/>
        </w:rPr>
        <w:t>下列是小明同学为本文提出的朗读建议，</w:t>
      </w:r>
      <w:r>
        <w:rPr>
          <w:rFonts w:ascii="宋体" w:eastAsia="宋体" w:hAnsi="宋体" w:cs="宋体"/>
          <w:color w:val="000000"/>
          <w:em w:val="dot"/>
        </w:rPr>
        <w:t>不恰当</w:t>
      </w:r>
      <w:r>
        <w:rPr>
          <w:rFonts w:ascii="宋体" w:eastAsia="宋体" w:hAnsi="宋体" w:cs="宋体"/>
          <w:color w:val="000000"/>
        </w:rPr>
        <w:t>的一项是（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题目“北京夏夜凉如许”中的“凉”要重读，以突出作者对北京夏夜的独特体验。</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B. </w:t>
      </w:r>
      <w:r>
        <w:rPr>
          <w:rFonts w:ascii="宋体" w:eastAsia="宋体" w:hAnsi="宋体" w:cs="宋体"/>
          <w:color w:val="000000"/>
        </w:rPr>
        <w:t>第③</w:t>
      </w:r>
      <w:r>
        <w:rPr>
          <w:rFonts w:ascii="Times New Roman" w:eastAsia="Times New Roman" w:hAnsi="Times New Roman" w:cs="Times New Roman"/>
          <w:color w:val="000000"/>
        </w:rPr>
        <w:t>—</w:t>
      </w:r>
      <w:r>
        <w:rPr>
          <w:rFonts w:ascii="宋体" w:eastAsia="宋体" w:hAnsi="宋体" w:cs="宋体"/>
          <w:color w:val="000000"/>
        </w:rPr>
        <w:t>⑥段中“芒种”“夏至”“三伏”“立秋”“处暑”等词要重读，以突出时间变化。</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C. </w:t>
      </w:r>
      <w:r>
        <w:rPr>
          <w:rFonts w:ascii="宋体" w:eastAsia="宋体" w:hAnsi="宋体" w:cs="宋体"/>
          <w:color w:val="000000"/>
        </w:rPr>
        <w:t>第④段画波浪线语句中“有时大，有时小，紧一阵，慢一阵”要快速连读，以突出惬意的感受。</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D. </w:t>
      </w:r>
      <w:r>
        <w:rPr>
          <w:rFonts w:ascii="宋体" w:eastAsia="宋体" w:hAnsi="宋体" w:cs="宋体"/>
          <w:color w:val="000000"/>
        </w:rPr>
        <w:t>第⑦段画波浪线语句要读出疑问语气，略带幽默风趣，以突出北京夏夜的清凉具有诱人魅力。</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下面是小明同学对文中第②段画线语句所做的批注，请你仿照他的批注给第③段画线语句做批注。</w:t>
      </w:r>
    </w:p>
    <w:p>
      <w:pPr>
        <w:spacing w:line="360" w:lineRule="auto"/>
        <w:jc w:val="left"/>
        <w:textAlignment w:val="center"/>
        <w:rPr>
          <w:rFonts w:ascii="宋体" w:eastAsia="宋体" w:hAnsi="宋体" w:cs="宋体"/>
          <w:color w:val="000000"/>
        </w:rPr>
      </w:pPr>
      <w:r>
        <w:rPr>
          <w:rFonts w:ascii="宋体" w:eastAsia="宋体" w:hAnsi="宋体" w:cs="宋体"/>
          <w:color w:val="000000"/>
        </w:rPr>
        <w:t>运用比喻的修辞手法，将麦地和桑林比作布谷鸟的舞台，形象生动地写出窗外环境的美好、和谐与充满活力，表现出北京夏季的宜居和作者的愉悦、得意之情。</w:t>
      </w:r>
    </w:p>
    <w:p>
      <w:pPr>
        <w:spacing w:line="360" w:lineRule="auto"/>
        <w:jc w:val="left"/>
        <w:textAlignment w:val="center"/>
        <w:rPr>
          <w:rFonts w:ascii="宋体" w:eastAsia="宋体" w:hAnsi="宋体" w:cs="宋体"/>
          <w:color w:val="000000"/>
        </w:rPr>
      </w:pPr>
      <w:r>
        <w:rPr>
          <w:rFonts w:ascii="宋体" w:eastAsia="宋体" w:hAnsi="宋体" w:cs="宋体"/>
          <w:color w:val="000000"/>
        </w:rPr>
        <w:t>答：______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小明同学由本文第①段联想到课文《济南的冬天》的首段。请你从内容或写法上，简要分析小明这样联想的原因。</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济南的冬天（首段）</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对于一个在北平住惯的人，像我，冬天要是不刮大风，便觉得是奇迹；济南的冬天是没有风声的。对于一个刚由伦敦回来的人，像我，冬天要能看得见日光，便觉得是怪事；济南的冬天是响晴的。自然，在热带的地方，日光是永远那么毒，响亮的天气反有点儿叫人害怕。可是，在北中国的冬天，而能有温晴的天气，济南真得算个宝地。</w:t>
      </w:r>
    </w:p>
    <w:p>
      <w:pPr>
        <w:spacing w:line="360" w:lineRule="auto"/>
        <w:jc w:val="left"/>
        <w:textAlignment w:val="center"/>
        <w:rPr>
          <w:rFonts w:ascii="宋体" w:eastAsia="宋体" w:hAnsi="宋体" w:cs="宋体"/>
          <w:color w:val="000000"/>
        </w:rPr>
      </w:pPr>
      <w:r>
        <w:rPr>
          <w:rFonts w:ascii="宋体" w:eastAsia="宋体" w:hAnsi="宋体" w:cs="宋体"/>
          <w:color w:val="000000"/>
        </w:rPr>
        <w:t>答：______</w:t>
      </w:r>
    </w:p>
    <w:p>
      <w:pPr>
        <w:spacing w:line="360" w:lineRule="auto"/>
        <w:textAlignment w:val="center"/>
        <w:rPr>
          <w:rFonts w:ascii="宋体" w:eastAsia="宋体" w:hAnsi="宋体" w:cs="宋体"/>
          <w:color w:val="000000"/>
        </w:rPr>
      </w:pPr>
      <w:r>
        <w:rPr>
          <w:color w:val="2E75B6"/>
        </w:rPr>
        <w:t>【答案】</w:t>
      </w:r>
      <w:r>
        <w:rPr>
          <w:color w:val="000000"/>
        </w:rPr>
        <w:t xml:space="preserve">13. </w:t>
      </w:r>
      <w:r>
        <w:rPr>
          <w:color w:val="000000"/>
        </w:rPr>
        <w:t>C</w:t>
      </w:r>
      <w:r>
        <w:rPr>
          <w:color w:val="000000"/>
        </w:rPr>
        <w:t xml:space="preserve">    </w:t>
      </w:r>
      <w:r>
        <w:rPr>
          <w:color w:val="000000"/>
        </w:rPr>
        <w:t xml:space="preserve">14. </w:t>
      </w:r>
      <w:r>
        <w:rPr>
          <w:rFonts w:ascii="宋体" w:eastAsia="宋体" w:hAnsi="宋体" w:cs="宋体"/>
          <w:color w:val="000000"/>
        </w:rPr>
        <w:t>答案示例：运用拟人的修辞手法，将塞外坝上的凉风人格化，形象生动地写出凉风在月夜越过群山进入北京城的柔和、轻盈和悄无声息，表现出北京夏夜的清凉、美好和作者的愉悦之情。</w:t>
      </w:r>
      <w:r>
        <w:rPr>
          <w:color w:val="000000"/>
        </w:rPr>
        <w:t xml:space="preserve">    </w:t>
      </w:r>
    </w:p>
    <w:p>
      <w:pPr>
        <w:spacing w:line="360" w:lineRule="auto"/>
        <w:textAlignment w:val="center"/>
        <w:rPr>
          <w:rFonts w:ascii="宋体" w:eastAsia="宋体" w:hAnsi="宋体" w:cs="宋体"/>
          <w:color w:val="000000"/>
        </w:rPr>
      </w:pPr>
      <w:r>
        <w:rPr>
          <w:color w:val="000000"/>
        </w:rPr>
        <w:t xml:space="preserve">15. </w:t>
      </w:r>
      <w:r>
        <w:rPr>
          <w:rFonts w:ascii="宋体" w:eastAsia="宋体" w:hAnsi="宋体" w:cs="宋体"/>
          <w:color w:val="000000"/>
        </w:rPr>
        <w:t>答案示例一：因为内容上都点明了作者对季节的独特体验。本文第①段点明北京夏夜的凉爽，《济南的冬天》首段点明济南冬天的温晴。</w:t>
      </w:r>
    </w:p>
    <w:p>
      <w:pPr>
        <w:spacing w:line="360" w:lineRule="auto"/>
        <w:jc w:val="left"/>
        <w:textAlignment w:val="center"/>
        <w:rPr>
          <w:rFonts w:ascii="宋体" w:eastAsia="宋体" w:hAnsi="宋体" w:cs="宋体"/>
          <w:color w:val="000000"/>
        </w:rPr>
      </w:pPr>
      <w:r>
        <w:rPr>
          <w:rFonts w:ascii="宋体" w:eastAsia="宋体" w:hAnsi="宋体" w:cs="宋体"/>
          <w:color w:val="000000"/>
        </w:rPr>
        <w:t>答案示例二：因为写法上都运用了对比来突出事物的特点。本文第①段用郑州与北京作对比，突出北京夏夜的凉爽；《济南的冬天》首段用北平、伦敦、热带的地方与济南作对比，突出济南冬天的温晴。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此题考查朗读技巧。</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C.</w:t>
      </w:r>
      <w:r>
        <w:rPr>
          <w:rFonts w:ascii="宋体" w:eastAsia="宋体" w:hAnsi="宋体" w:cs="宋体"/>
          <w:color w:val="000000"/>
        </w:rPr>
        <w:t>有误，“有时大，有时小，紧一阵，慢一阵”要慢读，中间还要有停顿，表现北京夏夜的风富于变化这一特点，突出风带给人的清凉，便于读者理解；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此题考查赏析句子。一般来说，要求学生赏析的句子往往具有某一特色，或是修辞，或是表达方式，或是遣词造句，这就要求学生结合具体语境灵活作答。</w:t>
      </w:r>
    </w:p>
    <w:p>
      <w:pPr>
        <w:spacing w:line="360" w:lineRule="auto"/>
        <w:jc w:val="left"/>
        <w:textAlignment w:val="center"/>
        <w:rPr>
          <w:rFonts w:ascii="宋体" w:eastAsia="宋体" w:hAnsi="宋体" w:cs="宋体"/>
          <w:color w:val="000000"/>
        </w:rPr>
      </w:pPr>
      <w:r>
        <w:rPr>
          <w:rFonts w:ascii="宋体" w:eastAsia="宋体" w:hAnsi="宋体" w:cs="宋体"/>
          <w:color w:val="000000"/>
        </w:rPr>
        <w:t>从“乘着”“漫过”等词语可以看出，这个句子运用了拟人的修辞手法，将“塞外坝上凉爽的风”人格化，生动形象地写出了凉爽的风在夜晚，悄悄地从塞外坝上出发，越过群山，漫过六环五环进入北京市区的过程，写得非常有情趣，突出了风轻盈、柔和的情态，表现了北京夏夜的凉爽宜人，抒发了作者的惬意、喜悦之情。</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此题考查比较阅读，可以从内容或写法两个方面分析。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从内容上来看，本文开头说“北京的夏夜，却是凉爽宜人、美好宜居的”，点明了北京夏夜“凉爽宜人”的特点，《济南的冬天》说“在北中国的冬天，而能有温晴的天气，济南真得算个宝地”，点明了济南冬天“温晴”的特点，二者都表现了作者对特定季节的感受；</w:t>
      </w:r>
    </w:p>
    <w:p>
      <w:pPr>
        <w:spacing w:line="360" w:lineRule="auto"/>
        <w:jc w:val="left"/>
        <w:textAlignment w:val="center"/>
        <w:rPr>
          <w:rFonts w:ascii="宋体" w:eastAsia="宋体" w:hAnsi="宋体" w:cs="宋体"/>
          <w:color w:val="000000"/>
        </w:rPr>
      </w:pPr>
      <w:r>
        <w:rPr>
          <w:rFonts w:ascii="宋体" w:eastAsia="宋体" w:hAnsi="宋体" w:cs="宋体"/>
          <w:color w:val="000000"/>
        </w:rPr>
        <w:t>从写法上来看，本文“与我住了三十多年的郑州相比，北京的夏夜，却是凉爽宜人、美好宜居的”运用了对比手法，将郑州和北京进行了对比，突出了北京夏夜的清凉，《济南的冬天》中作者以自己的亲身感受，通过与北平、伦敦、热带的对比，写济南冬天无风声、无重雾、无毒日的特点，突出它的“温晴”，赞誉它是个“宝地”，二者的共同之处都是运用对比表现事物的特点，使读者印象深刻。</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（二）（共11分）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阅读《父亲的决策》，完成各题。</w:t>
      </w:r>
    </w:p>
    <w:p>
      <w:pPr>
        <w:spacing w:line="360" w:lineRule="auto"/>
        <w:jc w:val="center"/>
        <w:textAlignment w:val="center"/>
        <w:rPr>
          <w:rFonts w:ascii="楷体" w:eastAsia="楷体" w:hAnsi="楷体" w:cs="楷体"/>
          <w:color w:val="000000"/>
        </w:rPr>
      </w:pPr>
      <w:r>
        <w:rPr>
          <w:rFonts w:ascii="楷体" w:eastAsia="楷体" w:hAnsi="楷体" w:cs="楷体"/>
          <w:color w:val="000000"/>
        </w:rPr>
        <w:t>父亲的决策</w:t>
      </w:r>
    </w:p>
    <w:p>
      <w:pPr>
        <w:spacing w:line="360" w:lineRule="auto"/>
        <w:jc w:val="center"/>
        <w:textAlignment w:val="center"/>
        <w:rPr>
          <w:rFonts w:ascii="楷体" w:eastAsia="楷体" w:hAnsi="楷体" w:cs="楷体"/>
          <w:color w:val="000000"/>
        </w:rPr>
      </w:pPr>
      <w:r>
        <w:rPr>
          <w:rFonts w:ascii="楷体" w:eastAsia="楷体" w:hAnsi="楷体" w:cs="楷体"/>
          <w:color w:val="000000"/>
        </w:rPr>
        <w:t>李复威</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早年，我观赏过一部记录北极狐狸生活的影片。母狐把已长大的小狐们驱赶离家、让小狐去自谋生路的做法，令我十分好奇。那是一幕让人“心酸”的场面：母狐发出刺耳的叫声，用嘴拱着小狐们离开家穴。小狐从未见过母亲这般“无情”，抵挡着，延迟着。母狐似乎“发怒”了，冲上去要“撕咬”孩子们。就这样一番、两番、三番，小狐们终于惧怕了，发着凄厉的尖嚎，无奈地一步一步远去了。他们不停地回头望着母亲，留恋着，诉求着，似乎期待着母亲的回心转意。看着看着，我不禁眼眶也湿润了，心中竟然也暗自斥骂母狐的“残忍”。</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②后来才懂得，这并不是动物的什么自觉意识，而是为应付外部恶劣的自然环境而与生俱有的生存本能。</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③那么，人呢？我想起了自己少年时代的一段难以忘怀的经历。</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④15岁那年，我从贵阳的初中毕业。那天，父亲作为家长列席了学校的毕业典礼。回家路上，我拿着包裹得十分精致的毕业证书，跟在父亲身后蹦跳着。突然，父亲回过身来攥紧我的手，一本正经地问我：“愿意离开家去外面闯闯吗？”问题来得太突兀，又十分严峻，我诧异地看了看父亲凝重的面容，不知道该怎么回答。</w:t>
      </w:r>
      <w:r>
        <w:rPr>
          <w:rFonts w:ascii="楷体" w:eastAsia="楷体" w:hAnsi="楷体" w:cs="楷体"/>
          <w:color w:val="000000"/>
          <w:u w:val="single"/>
        </w:rPr>
        <w:t>【甲】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⑤当晚，我在床上辗转反侧，难以入睡。不久，从布帘那边传来父母间断断续续的对话，我竖起耳朵谛听着：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⑥“真打算把小威送到北京去念书。”</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⑦“他刚15岁，没离开过一天家，你忍心让他去寄，寄……”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⑧“寄人篱下……孩子总留在父母身边，太娇惯，不会有大出息……放心吧，亲姐姐还能亏待小弟弟。”</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⑨“三个女儿都让你送走了，身边就剩下这个根。你的肝疼又越来越重……你舍得，我舍不得……”母亲的抱怨中夹杂着恳求，有些哽咽了。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⑩隔了很久，才十分清晰地听到父亲一句语气坚毅、果断的话：“要为孩子的长远想想！”</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⑪假装熟睡的我顿时一切都明白了。</w:t>
      </w:r>
      <w:r>
        <w:rPr>
          <w:rFonts w:ascii="楷体" w:eastAsia="楷体" w:hAnsi="楷体" w:cs="楷体"/>
          <w:color w:val="000000"/>
          <w:u w:val="single"/>
        </w:rPr>
        <w:t>【乙】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⑫一听说要去北京，我蒙着头在被窝里偷偷乐了。从教科书里获得的星星点点的史地知识，让我迷思着，幻想着。首都、天安门、“十一”游行、毛主席检阅……故宫、颐和园、天坛、长城……</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⑬第二天，父亲和我拎着包袱去了市中心的一家拍卖行。一位戴着近视镜的老先生接待了我们。我发现，父亲是用微颤的双手递上包袱请他验货估价的。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⑭老先生把大衣摊开在柜台上，里里外外地翻动，端详了好一阵子。“是件好东西。”停顿了一下，他用惋惜的口吻说道，“我们这里冬天不冷，怕是卖不出好价钱。”他见我父亲神色凝重，又补充了一句：“要不……你再考虑考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⑮父亲有些犹豫了，抱着大衣一动不动地低头沉思着……猛地，见父亲把大衣重重地往老先生怀里一塞，说道：“能给多少算多少吧！”</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⑯在回家的路上，父亲搂住我的肩贴在他身边走着。突然，父亲一把抓住我的手，仰着头激动地喊道：“孩子，你看！”只见一大群鸽子鸣响着洪亮的哨音飞过来。它们映着蓝天，沐着阳光，忽高忽低、忽左忽右地翱翔着，盘旋着。父亲拉着我的那只手一会儿攥着，一会儿搓着；一会儿紧着，一会儿松着……小小年纪的我当时哪里懂得，这是父亲在用无声的语言传递着他内心的呼唤：孩子，也去展翅飞吧！去拥抱生活！去开创属于自己的人生！</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⑰为了我的出行，父母真是操碎了心。母亲最担忧我照顾不好自己的穿戴起居。她匆匆地为我赶制了一件厚棉背心，并让我带走家中最好的一床棉被。母亲在我的内裤里，用密密的针脚缝了小口袋，还在袋口钉上一排按扣。她让我把随身不用的整钱放在袋内，“这样，谁也甭想偷走”。父亲则马不停蹄地为我出行做准备：给我迁移户口，办转学手续，预购车票……那时贵州还没有任何铁路干线。我需要先乘长途汽车到广西凭祥，然后坐火车去武汉，再转赴北京。旅程的遥远，换乘的复杂，父母的担忧，弄得我也有些畏惧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⑱为了能赶上北京的开学日期，一个星期之后，我就匆匆启程了。临行那天，父亲扛着行李送我去车站，母亲也执意要跟去。一向天气阴沉的贵阳，那天却格外晴艳。一路上，父亲始终微笑着畅聊着他小时候是怎样离家求学的；母亲满腹心事地低头跟在后面，一言不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⑲汽车缓缓启动了。隔着车窗我不停地挥动着手。就在这刹那间，我似乎才发现父亲高大挺直的身板怎么会有些微驼了，修剪得整齐的双鬓怎么也爬上了稀疏的白发。我的心紧了一下。父亲微笑着，盯着我，用眼神向我告别。我眼睛湿润了。母亲躲在父亲身后，看不见，看不见。远了，远了……</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⑳当晚，我在凭祥火车站附近的一家简易旅店留宿。能容九个人的大房间空空荡荡。昏暗的灯光里看不清墙上的贴画。人生地不熟的我早早就和衣躺下了。我难以入睡。在窗外嘈杂的叫卖声中，在脏兮兮的被子散发的异味中，</w:t>
      </w:r>
      <w:r>
        <w:rPr>
          <w:rFonts w:ascii="楷体" w:eastAsia="楷体" w:hAnsi="楷体" w:cs="楷体"/>
          <w:color w:val="000000"/>
          <w:u w:val="single"/>
        </w:rPr>
        <w:t>【丙】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㉑终于到了！我拎着父亲用过的旧箱子，几乎是一路小跑出了火车站，瞪大着眼睛“扫描”眼前新鲜的一切。按照父亲在家时的嘱咐，我叫了一辆三轮车，说着生涩的北京话，背诵了一遍要去的地址，并反复讯问要多少车费。</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㉒“头一回来北京。”</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㉓“是……”</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㉔“放心，不会多要一个子儿。坐好了，您嘞！”</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㉕到了！面对着姐姐家关闭的绿漆大门，我踌躇了。</w:t>
      </w:r>
      <w:r>
        <w:rPr>
          <w:rFonts w:ascii="楷体" w:eastAsia="楷体" w:hAnsi="楷体" w:cs="楷体"/>
          <w:color w:val="000000"/>
          <w:u w:val="single"/>
        </w:rPr>
        <w:t>【丁】</w:t>
      </w:r>
      <w:r>
        <w:rPr>
          <w:rFonts w:ascii="楷体" w:eastAsia="楷体" w:hAnsi="楷体" w:cs="楷体"/>
          <w:color w:val="000000"/>
        </w:rPr>
        <w:t>抬起头来，勇敢地去面对吧。我走上前去，笃！笃！笃！我使劲地敲响了门……</w:t>
      </w:r>
    </w:p>
    <w:p>
      <w:pPr>
        <w:spacing w:line="360" w:lineRule="auto"/>
        <w:ind w:firstLine="420"/>
        <w:jc w:val="right"/>
        <w:textAlignment w:val="center"/>
        <w:rPr>
          <w:rFonts w:ascii="宋体" w:eastAsia="宋体" w:hAnsi="宋体" w:cs="宋体"/>
          <w:color w:val="000000"/>
        </w:rPr>
      </w:pPr>
      <w:r>
        <w:rPr>
          <w:rFonts w:ascii="宋体" w:eastAsia="宋体" w:hAnsi="宋体" w:cs="宋体"/>
          <w:color w:val="000000"/>
        </w:rPr>
        <w:t>（选自《光明日报》，有改动）</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小明同学速读全文后发现，本文围绕“父亲的决策”先后记叙了父亲所做的六件事：一本正经地询问“我”、</w:t>
      </w:r>
      <w:r>
        <w:rPr>
          <w:rFonts w:ascii="宋体" w:eastAsia="宋体" w:hAnsi="宋体" w:cs="宋体"/>
          <w:color w:val="000000"/>
          <w:u w:val="single"/>
        </w:rPr>
        <w:t>①</w:t>
      </w:r>
      <w:r>
        <w:rPr>
          <w:rFonts w:ascii="宋体" w:eastAsia="宋体" w:hAnsi="宋体" w:cs="宋体"/>
          <w:color w:val="000000"/>
        </w:rPr>
        <w:t>______</w:t>
      </w:r>
      <w:r>
        <w:rPr>
          <w:rFonts w:ascii="宋体" w:eastAsia="宋体" w:hAnsi="宋体" w:cs="宋体"/>
          <w:color w:val="000000"/>
        </w:rPr>
        <w:t>、</w:t>
      </w:r>
      <w:r>
        <w:rPr>
          <w:rFonts w:ascii="宋体" w:eastAsia="宋体" w:hAnsi="宋体" w:cs="宋体"/>
          <w:color w:val="000000"/>
          <w:u w:val="single"/>
        </w:rPr>
        <w:t>②</w:t>
      </w:r>
      <w:r>
        <w:rPr>
          <w:rFonts w:ascii="宋体" w:eastAsia="宋体" w:hAnsi="宋体" w:cs="宋体"/>
          <w:color w:val="000000"/>
        </w:rPr>
        <w:t>_______</w:t>
      </w:r>
      <w:r>
        <w:rPr>
          <w:rFonts w:ascii="宋体" w:eastAsia="宋体" w:hAnsi="宋体" w:cs="宋体"/>
          <w:color w:val="000000"/>
        </w:rPr>
        <w:t>、用心良苦让“我”看鸽群、</w:t>
      </w:r>
      <w:r>
        <w:rPr>
          <w:rFonts w:ascii="宋体" w:eastAsia="宋体" w:hAnsi="宋体" w:cs="宋体"/>
          <w:color w:val="000000"/>
          <w:u w:val="single"/>
        </w:rPr>
        <w:t>③</w:t>
      </w:r>
      <w:r>
        <w:rPr>
          <w:rFonts w:ascii="宋体" w:eastAsia="宋体" w:hAnsi="宋体" w:cs="宋体"/>
          <w:color w:val="000000"/>
        </w:rPr>
        <w:t>______</w:t>
      </w:r>
      <w:r>
        <w:rPr>
          <w:rFonts w:ascii="宋体" w:eastAsia="宋体" w:hAnsi="宋体" w:cs="宋体"/>
          <w:color w:val="000000"/>
        </w:rPr>
        <w:t>、和母亲一起到车站送“我”远行。</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小明同学还发现文中“我”对“父亲的决策”的认识是不断加深的，于是就在文中【甲】【乙】【丙】【丁】四处摘录了能表现这个过程的关键语句。为了考查你对此过程的理解，他打乱了顺序，请你将其还原。下列还原恰当的一项是（    ）</w:t>
      </w:r>
    </w:p>
    <w:p>
      <w:pPr>
        <w:spacing w:line="360" w:lineRule="auto"/>
        <w:jc w:val="left"/>
        <w:textAlignment w:val="center"/>
        <w:rPr>
          <w:rFonts w:ascii="宋体" w:eastAsia="宋体" w:hAnsi="宋体" w:cs="宋体"/>
          <w:color w:val="000000"/>
        </w:rPr>
      </w:pPr>
      <w:r>
        <w:rPr>
          <w:rFonts w:ascii="宋体" w:eastAsia="宋体" w:hAnsi="宋体" w:cs="宋体"/>
          <w:color w:val="000000"/>
        </w:rPr>
        <w:t>①当天，我满脑子都在转悠着父亲的问话，捉摸着，猜测着……</w:t>
      </w:r>
    </w:p>
    <w:p>
      <w:pPr>
        <w:spacing w:line="360" w:lineRule="auto"/>
        <w:jc w:val="left"/>
        <w:textAlignment w:val="center"/>
        <w:rPr>
          <w:rFonts w:ascii="宋体" w:eastAsia="宋体" w:hAnsi="宋体" w:cs="宋体"/>
          <w:color w:val="000000"/>
        </w:rPr>
      </w:pPr>
      <w:r>
        <w:rPr>
          <w:rFonts w:ascii="宋体" w:eastAsia="宋体" w:hAnsi="宋体" w:cs="宋体"/>
          <w:color w:val="000000"/>
        </w:rPr>
        <w:t>②我生平第一次感到了孤独，第一次想家……</w:t>
      </w:r>
    </w:p>
    <w:p>
      <w:pPr>
        <w:spacing w:line="360" w:lineRule="auto"/>
        <w:jc w:val="left"/>
        <w:textAlignment w:val="center"/>
        <w:rPr>
          <w:rFonts w:ascii="宋体" w:eastAsia="宋体" w:hAnsi="宋体" w:cs="宋体"/>
          <w:color w:val="000000"/>
        </w:rPr>
      </w:pPr>
      <w:r>
        <w:rPr>
          <w:rFonts w:ascii="宋体" w:eastAsia="宋体" w:hAnsi="宋体" w:cs="宋体"/>
          <w:color w:val="000000"/>
        </w:rPr>
        <w:t>③父亲是打算让我投奔北京的姐姐继续学业。</w:t>
      </w:r>
    </w:p>
    <w:p>
      <w:pPr>
        <w:spacing w:line="360" w:lineRule="auto"/>
        <w:jc w:val="left"/>
        <w:textAlignment w:val="center"/>
        <w:rPr>
          <w:rFonts w:ascii="宋体" w:eastAsia="宋体" w:hAnsi="宋体" w:cs="宋体"/>
          <w:color w:val="000000"/>
        </w:rPr>
      </w:pPr>
      <w:r>
        <w:rPr>
          <w:rFonts w:ascii="宋体" w:eastAsia="宋体" w:hAnsi="宋体" w:cs="宋体"/>
          <w:color w:val="000000"/>
        </w:rPr>
        <w:t>④我告诫自己，父亲让你迈出了这一步，今后就只能看你自己的了。</w:t>
      </w:r>
    </w:p>
    <w:p>
      <w:pPr>
        <w:tabs>
          <w:tab w:val="left" w:pos="2436"/>
          <w:tab w:val="left" w:pos="4873"/>
          <w:tab w:val="left" w:pos="7309"/>
        </w:tabs>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①③②④</w:t>
      </w:r>
      <w:r>
        <w:rPr>
          <w:rFonts w:ascii="宋体" w:eastAsia="宋体" w:hAnsi="宋体" w:cs="宋体"/>
          <w:color w:val="000000"/>
        </w:rPr>
        <w:tab/>
      </w:r>
      <w:r>
        <w:rPr>
          <w:rFonts w:ascii="宋体" w:eastAsia="宋体" w:hAnsi="宋体" w:cs="宋体"/>
          <w:color w:val="000000"/>
        </w:rPr>
        <w:t xml:space="preserve">B. </w:t>
      </w:r>
      <w:r>
        <w:rPr>
          <w:rFonts w:ascii="宋体" w:eastAsia="宋体" w:hAnsi="宋体" w:cs="宋体"/>
          <w:color w:val="000000"/>
        </w:rPr>
        <w:t>②①④③</w:t>
      </w:r>
      <w:r>
        <w:rPr>
          <w:rFonts w:ascii="宋体" w:eastAsia="宋体" w:hAnsi="宋体" w:cs="宋体"/>
          <w:color w:val="000000"/>
        </w:rPr>
        <w:tab/>
      </w:r>
      <w:r>
        <w:rPr>
          <w:rFonts w:ascii="宋体" w:eastAsia="宋体" w:hAnsi="宋体" w:cs="宋体"/>
          <w:color w:val="000000"/>
        </w:rPr>
        <w:t xml:space="preserve">C. </w:t>
      </w:r>
      <w:r>
        <w:rPr>
          <w:rFonts w:ascii="宋体" w:eastAsia="宋体" w:hAnsi="宋体" w:cs="宋体"/>
          <w:color w:val="000000"/>
        </w:rPr>
        <w:t>③①④②</w:t>
      </w:r>
      <w:r>
        <w:rPr>
          <w:rFonts w:ascii="宋体" w:eastAsia="宋体" w:hAnsi="宋体" w:cs="宋体"/>
          <w:color w:val="000000"/>
        </w:rPr>
        <w:tab/>
      </w:r>
      <w:r>
        <w:rPr>
          <w:rFonts w:ascii="宋体" w:eastAsia="宋体" w:hAnsi="宋体" w:cs="宋体"/>
          <w:color w:val="000000"/>
        </w:rPr>
        <w:t xml:space="preserve">D. </w:t>
      </w:r>
      <w:r>
        <w:rPr>
          <w:rFonts w:ascii="宋体" w:eastAsia="宋体" w:hAnsi="宋体" w:cs="宋体"/>
          <w:color w:val="000000"/>
        </w:rPr>
        <w:t>④③②①</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小明同学细读本文后又发现，父亲与母亲的表现看似不同，对“我”的情感实则相同。请你结合第⑤-⑩段或第</w:t>
      </w:r>
      <w:r>
        <w:rPr>
          <w:rFonts w:ascii="MS Mincho" w:eastAsia="MS Mincho" w:hAnsi="MS Mincho" w:cs="MS Mincho"/>
          <w:color w:val="000000"/>
        </w:rPr>
        <w:t>⑱</w:t>
      </w:r>
      <w:r>
        <w:rPr>
          <w:rFonts w:ascii="宋体" w:eastAsia="宋体" w:hAnsi="宋体" w:cs="宋体"/>
          <w:color w:val="000000"/>
        </w:rPr>
        <w:t>段的具体内容，帮他简要分析父母的不同和相同。</w:t>
      </w:r>
    </w:p>
    <w:p>
      <w:pPr>
        <w:spacing w:line="360" w:lineRule="auto"/>
        <w:jc w:val="left"/>
        <w:textAlignment w:val="center"/>
        <w:rPr>
          <w:rFonts w:ascii="宋体" w:eastAsia="宋体" w:hAnsi="宋体" w:cs="宋体"/>
          <w:color w:val="000000"/>
        </w:rPr>
      </w:pPr>
      <w:r>
        <w:rPr>
          <w:rFonts w:ascii="宋体" w:eastAsia="宋体" w:hAnsi="宋体" w:cs="宋体"/>
          <w:color w:val="000000"/>
        </w:rPr>
        <w:t>答：______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小明同学想把本文作为拓展阅读的文章推荐给同学们，但不能确定它适合用于七年级上册《语文》中哪一个单元或哪一篇课文。请你给出建议，并结合本文和下面表格中的相关内容，简要说明理由。</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0"/>
        <w:gridCol w:w="1110"/>
        <w:gridCol w:w="6570"/>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单元</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人文主题</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相关课文</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一</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四季美景</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《春》《济南的冬天》《雨的四季》《古代诗歌四首》</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至爱亲情</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《秋天的怀念》《散步》《散文诗二首》《&lt;世说新语&gt;二则》</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三</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学习生活</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《从百草园到三味书屋》《再塑生命的人》《&lt;论语&gt;十二章》</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四</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人生之舟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《纪念白求恩》《植树的牧羊人》《走一步，再走一步》《诫子书》</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五</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动物与人</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《猫》《动物笑谈》《狼》</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六</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想象之翼</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《皇帝的新装》《天上的街市》《女娲造人》《寓言四则》</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答：______</w:t>
      </w:r>
    </w:p>
    <w:p>
      <w:pPr>
        <w:spacing w:line="360" w:lineRule="auto"/>
        <w:textAlignment w:val="center"/>
        <w:rPr>
          <w:rFonts w:ascii="宋体" w:eastAsia="宋体" w:hAnsi="宋体" w:cs="宋体"/>
          <w:color w:val="000000"/>
        </w:rPr>
      </w:pPr>
      <w:r>
        <w:rPr>
          <w:color w:val="2E75B6"/>
        </w:rPr>
        <w:t>【答案】</w:t>
      </w:r>
      <w:r>
        <w:rPr>
          <w:color w:val="000000"/>
        </w:rPr>
        <w:t xml:space="preserve">16. </w:t>
      </w:r>
      <w:r>
        <w:rPr>
          <w:color w:val="000000"/>
        </w:rPr>
        <w:t xml:space="preserve">    ①. </w:t>
      </w:r>
      <w:r>
        <w:rPr>
          <w:rFonts w:ascii="宋体" w:eastAsia="宋体" w:hAnsi="宋体" w:cs="宋体"/>
          <w:color w:val="000000"/>
        </w:rPr>
        <w:t>语重心长地劝慰母亲</w:t>
      </w:r>
      <w:r>
        <w:rPr>
          <w:color w:val="000000"/>
        </w:rPr>
        <w:t xml:space="preserve">    ②. </w:t>
      </w:r>
      <w:r>
        <w:rPr>
          <w:rFonts w:ascii="宋体" w:eastAsia="宋体" w:hAnsi="宋体" w:cs="宋体"/>
          <w:color w:val="000000"/>
        </w:rPr>
        <w:t>忍痛割爱卖掉大衣</w:t>
      </w:r>
      <w:r>
        <w:rPr>
          <w:color w:val="000000"/>
        </w:rPr>
        <w:t xml:space="preserve">    ③. </w:t>
      </w:r>
      <w:r>
        <w:rPr>
          <w:rFonts w:ascii="宋体" w:eastAsia="宋体" w:hAnsi="宋体" w:cs="宋体"/>
          <w:color w:val="000000"/>
        </w:rPr>
        <w:t>马不停蹄地为“我”出行做准备</w:t>
      </w:r>
      <w:r>
        <w:rPr>
          <w:color w:val="000000"/>
        </w:rPr>
        <w:t xml:space="preserve">    </w:t>
      </w:r>
      <w:r>
        <w:rPr>
          <w:color w:val="000000"/>
        </w:rPr>
        <w:t xml:space="preserve">17. </w:t>
      </w:r>
      <w:r>
        <w:rPr>
          <w:color w:val="000000"/>
        </w:rPr>
        <w:t>A</w:t>
      </w:r>
      <w:r>
        <w:rPr>
          <w:color w:val="000000"/>
        </w:rPr>
        <w:t xml:space="preserve">    </w:t>
      </w:r>
    </w:p>
    <w:p>
      <w:pPr>
        <w:spacing w:line="360" w:lineRule="auto"/>
        <w:textAlignment w:val="center"/>
        <w:rPr>
          <w:rFonts w:ascii="宋体" w:eastAsia="宋体" w:hAnsi="宋体" w:cs="宋体"/>
          <w:color w:val="000000"/>
        </w:rPr>
      </w:pPr>
      <w:r>
        <w:rPr>
          <w:color w:val="000000"/>
        </w:rPr>
        <w:t xml:space="preserve">18. </w:t>
      </w:r>
      <w:r>
        <w:rPr>
          <w:rFonts w:ascii="宋体" w:eastAsia="宋体" w:hAnsi="宋体" w:cs="宋体"/>
          <w:color w:val="000000"/>
        </w:rPr>
        <w:t>答案示例一：第⑤-⑩段。不同：母亲认为“我”太小，不舍得让“我”离家；父亲则认为要为“我”长远打算,坚决让“我”离家。相同：对“我”深深的爱。</w:t>
      </w:r>
    </w:p>
    <w:p>
      <w:pPr>
        <w:spacing w:line="360" w:lineRule="auto"/>
        <w:jc w:val="left"/>
        <w:textAlignment w:val="center"/>
        <w:rPr>
          <w:rFonts w:ascii="宋体" w:eastAsia="宋体" w:hAnsi="宋体" w:cs="宋体"/>
          <w:color w:val="000000"/>
        </w:rPr>
      </w:pPr>
      <w:r>
        <w:rPr>
          <w:rFonts w:ascii="宋体" w:eastAsia="宋体" w:hAnsi="宋体" w:cs="宋体"/>
          <w:color w:val="000000"/>
        </w:rPr>
        <w:t>答案示例二：第</w:t>
      </w:r>
      <w:r>
        <w:rPr>
          <w:rFonts w:ascii="MS Mincho" w:eastAsia="MS Mincho" w:hAnsi="MS Mincho" w:cs="MS Mincho"/>
          <w:color w:val="000000"/>
        </w:rPr>
        <w:t>⑱</w:t>
      </w:r>
      <w:r>
        <w:rPr>
          <w:rFonts w:ascii="宋体" w:eastAsia="宋体" w:hAnsi="宋体" w:cs="宋体"/>
          <w:color w:val="000000"/>
        </w:rPr>
        <w:t>段。不同：送别时，父亲微笑着与“我”畅聊，鼓励“我”要积极乐观；母亲则低头不语，心疼“我”离家要吃苦。相同：对“我”深深的爱。</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19. </w:t>
      </w:r>
      <w:r>
        <w:rPr>
          <w:rFonts w:ascii="宋体" w:eastAsia="宋体" w:hAnsi="宋体" w:cs="宋体"/>
          <w:color w:val="000000"/>
        </w:rPr>
        <w:t>答案示例一：适合用于第二单元。本文写父亲和母亲以不同方式关爱“我”，与第二单元的人文主题“至爱亲情”一致。</w:t>
      </w:r>
    </w:p>
    <w:p>
      <w:pPr>
        <w:spacing w:line="360" w:lineRule="auto"/>
        <w:jc w:val="left"/>
        <w:textAlignment w:val="center"/>
        <w:rPr>
          <w:rFonts w:ascii="宋体" w:eastAsia="宋体" w:hAnsi="宋体" w:cs="宋体"/>
          <w:color w:val="000000"/>
        </w:rPr>
      </w:pPr>
      <w:r>
        <w:rPr>
          <w:rFonts w:ascii="宋体" w:eastAsia="宋体" w:hAnsi="宋体" w:cs="宋体"/>
          <w:color w:val="000000"/>
        </w:rPr>
        <w:t>答案示例二：适合用于《走一步，再走一步》。本文写父亲的决策让孩子自立自强，与《走一步，再走一步》写父亲的指引助力孩子成长类似。</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color w:val="000000"/>
        </w:rPr>
        <w:t>本题考查文章内容的概括。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干“一本正经地询问”可知这是在第④段；“用心良苦让‘我’看鸽群”在第⑯段；所以中间的两个空主要是概括第⑤至⑮段的内容，通过阅读可知这一部分可以分为二个层次，一个是第⑤至⑩的“夜晚劝慰母亲”和第⑬至⑮的“卖掉大衣”，所以由此进行填写即可。另外第三个空是在“用心良苦让‘我’看鸽群”之后和“和母亲一起到车站送‘我’”所以应该是概括第⑰段，所以第三空应该填写的是“为我的出行做准备”。</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本题考查语句的通顺。</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④段【甲】之前“我诧异地看了看父亲凝重的面容，不知道该怎么回答”可知这是父亲对我的询问，所以应该是我感受到不知道怎么回答，后面可能会一直在想着如何回答，对于当时还是孩子的我是没有办法真正体会父亲的用意的，所以正好是思考了很久，符合我的年纪特点；故①放在【甲】处；</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⑪段“假装熟睡的我顿时一切都明白了”可知这是父亲那天问我那个问题的原因，同时由第⑧段“寄人篱下……孩子总留在父母身边，太娇惯，不会有大出息……放心吧，亲姐姐还能亏待小弟弟”可知，我是明白了，父亲是想让我去北京念书；所以【乙】应该是第③句；</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由第⑳段“我难以入睡。在窗外嘈杂的叫卖声中，在脏兮兮的被子散发的异味中”可知这是我第一次离家求学的经历，所以【丙】处的句子应该是第②句，感受到孤独和对于家乡的思念；</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由第㉕段“到了！面对着姐姐家关闭</w:t>
      </w:r>
      <w:r>
        <w:rPr>
          <w:rFonts w:ascii="宋体" w:eastAsia="宋体" w:hAnsi="宋体" w:cs="宋体"/>
          <w:color w:val="000000"/>
          <w:position w:val="0"/>
        </w:rPr>
        <w:drawing>
          <wp:inline>
            <wp:extent cx="133350" cy="177800"/>
            <wp:docPr id="15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
                    <pic:cNvPicPr>
                      <a:picLocks noChangeAspect="1"/>
                    </pic:cNvPicPr>
                  </pic:nvPicPr>
                  <pic:blipFill>
                    <a:blip r:embed="rId10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绿漆大门，我踌躇了”和“抬起头来，勇敢地去面对吧”可知，我是到达了姐姐家门口，所以可能会心中可能一开始犹豫，后来又开始变得坚定，才会有后来的敲门的情节，所以【丁】处选第④句。</w:t>
      </w:r>
    </w:p>
    <w:p>
      <w:pPr>
        <w:spacing w:line="360" w:lineRule="auto"/>
        <w:jc w:val="left"/>
        <w:textAlignment w:val="center"/>
        <w:rPr>
          <w:rFonts w:ascii="宋体" w:eastAsia="宋体" w:hAnsi="宋体" w:cs="宋体"/>
          <w:color w:val="000000"/>
        </w:rPr>
      </w:pPr>
      <w:r>
        <w:rPr>
          <w:rFonts w:ascii="宋体" w:eastAsia="宋体" w:hAnsi="宋体" w:cs="宋体"/>
          <w:color w:val="000000"/>
        </w:rPr>
        <w:t>故选A。</w:t>
      </w:r>
      <w:r>
        <w:rPr>
          <w:rFonts w:ascii="宋体" w:eastAsia="宋体" w:hAnsi="宋体" w:cs="宋体"/>
          <w:color w:val="000000"/>
        </w:rPr>
        <w:br/>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本题考查人物形象的分析。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⑤-⑩段“他刚15岁，没离开过一天家，你忍心让他去寄，寄……”“寄人篱下……孩子总留在父母身边，太娇惯，不会有大出息……放心吧，亲姐姐还能亏待小弟弟”可知母亲和父亲的不同在于母亲舍不得让我离开；而父亲认为应该让孩子多出去闯闯；当然相同的都是对于子女的关爱；</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⑱段“父亲始终微笑着畅聊着他小时候是怎样离家求学的；母亲满腹心事地低头跟在后面，一言不发”可知，他俩的不同在于，母亲是舍不得我离开，父亲则是高兴地和我说他年轻时求学的经历，这里并非是父亲冷漠，而是父亲更想鼓励我积极地生活；所以父母两人在这里都是对于子女的关爱。</w:t>
      </w:r>
    </w:p>
    <w:p>
      <w:pPr>
        <w:spacing w:line="360" w:lineRule="auto"/>
        <w:jc w:val="left"/>
        <w:textAlignment w:val="center"/>
        <w:rPr>
          <w:color w:val="000000"/>
        </w:rPr>
      </w:pPr>
      <w:r>
        <w:rPr>
          <w:color w:val="000000"/>
        </w:rPr>
        <w:t>【19题详解】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本题考查文章内容的理解。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由这篇文章主要讲的是父亲决定让我外出求学的经历这一点可知，这个是关于“至爱亲情”的，文中的父亲为了孩子能够得到更好的锻炼和教育，决心将孩子送出去求学，这一个是能够体现他对于孩子的关爱的，充分体现出亲情的可贵；所以可以是放在第二单元的内容；</w:t>
      </w:r>
    </w:p>
    <w:p>
      <w:pPr>
        <w:spacing w:line="360" w:lineRule="auto"/>
        <w:jc w:val="left"/>
        <w:textAlignment w:val="center"/>
        <w:rPr>
          <w:rFonts w:ascii="宋体" w:eastAsia="宋体" w:hAnsi="宋体" w:cs="宋体"/>
          <w:color w:val="000000"/>
        </w:rPr>
      </w:pPr>
      <w:r>
        <w:rPr>
          <w:rFonts w:ascii="宋体" w:eastAsia="宋体" w:hAnsi="宋体" w:cs="宋体"/>
          <w:color w:val="000000"/>
        </w:rPr>
        <w:t>当然，这篇文章也告诉我们一个道理：人生的路是要走出来的，要经历人生的历练的。父亲将文中的儿子送到外地，也正是体现了这点要求和期望，所以其实这个和《走一步，再走一步》中父亲教导儿子应该细化任务解决困难这个道理是相关的；所以也可以适用于《走一步，再走一步》。</w:t>
      </w:r>
    </w:p>
    <w:p>
      <w:pPr>
        <w:pStyle w:val="Heading3"/>
      </w:pPr>
      <w:r>
        <w:t>丰台区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四、现代文阅读（共18分）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阅读《提着杆秤看人间》，完成下面小题。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提着杆秤看人间</w:t>
      </w:r>
    </w:p>
    <w:p>
      <w:pPr>
        <w:spacing w:line="360" w:lineRule="auto"/>
        <w:jc w:val="center"/>
        <w:textAlignment w:val="center"/>
        <w:rPr>
          <w:rFonts w:ascii="楷体" w:eastAsia="楷体" w:hAnsi="楷体" w:cs="楷体"/>
          <w:color w:val="000000"/>
        </w:rPr>
      </w:pPr>
      <w:r>
        <w:rPr>
          <w:rFonts w:ascii="楷体" w:eastAsia="楷体" w:hAnsi="楷体" w:cs="楷体"/>
          <w:color w:val="000000"/>
        </w:rPr>
        <w:t>方蕾</w:t>
      </w:r>
    </w:p>
    <w:p>
      <w:pPr>
        <w:spacing w:line="360" w:lineRule="auto"/>
        <w:jc w:val="center"/>
        <w:textAlignment w:val="center"/>
        <w:rPr>
          <w:color w:val="000000"/>
        </w:rPr>
      </w:pPr>
      <w:r>
        <w:rPr>
          <w:rFonts w:ascii="宋体" w:eastAsia="宋体" w:hAnsi="宋体" w:cs="宋体"/>
          <w:color w:val="000000"/>
        </w:rPr>
        <w:drawing>
          <wp:inline>
            <wp:extent cx="676275" cy="638175"/>
            <wp:docPr id="15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
                    <pic:cNvPicPr>
                      <a:picLocks noChangeAspect="1"/>
                    </pic:cNvPicPr>
                  </pic:nvPicPr>
                  <pic:blipFill>
                    <a:blip r:embed="rId105"/>
                    <a:stretch>
                      <a:fillRect/>
                    </a:stretch>
                  </pic:blipFill>
                  <pic:spPr>
                    <a:xfrm>
                      <a:off x="0" y="0"/>
                      <a:ext cx="676275" cy="638175"/>
                    </a:xfrm>
                    <a:prstGeom prst="rect">
                      <a:avLst/>
                    </a:prstGeom>
                  </pic:spPr>
                </pic:pic>
              </a:graphicData>
            </a:graphic>
          </wp:inline>
        </w:drawing>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①暮云慵懒，晚风细细吹过，晚市的摊位上，有人卖菜，有人卖花。就地而卧的菜摊，辣椒、茄子、黄瓜等蔬菜一一摆着，有田园野气。我蹲下来挑拣了一把，卖菜的老人接过，拿起一杆秤。</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t>②“</w:t>
      </w:r>
      <w:r>
        <w:rPr>
          <w:rFonts w:ascii="楷体" w:eastAsia="楷体" w:hAnsi="楷体" w:cs="楷体"/>
          <w:color w:val="000000"/>
        </w:rPr>
        <w:t>很久没看到有人用杆秤了。</w:t>
      </w:r>
      <w:r>
        <w:rPr>
          <w:rFonts w:ascii="宋体" w:eastAsia="宋体" w:hAnsi="宋体" w:cs="宋体"/>
          <w:color w:val="000000"/>
        </w:rPr>
        <w:t>”</w:t>
      </w:r>
      <w:r>
        <w:rPr>
          <w:rFonts w:ascii="楷体" w:eastAsia="楷体" w:hAnsi="楷体" w:cs="楷体"/>
          <w:color w:val="000000"/>
        </w:rPr>
        <w:t>看到儿时记忆里的老物件，我不由得感慨一句。</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③“</w:t>
      </w:r>
      <w:r>
        <w:rPr>
          <w:rFonts w:ascii="楷体" w:eastAsia="楷体" w:hAnsi="楷体" w:cs="楷体"/>
          <w:color w:val="000000"/>
        </w:rPr>
        <w:t>是哦，这个带着方便。</w:t>
      </w:r>
      <w:r>
        <w:rPr>
          <w:rFonts w:ascii="宋体" w:eastAsia="宋体" w:hAnsi="宋体" w:cs="宋体"/>
          <w:color w:val="000000"/>
        </w:rPr>
        <w:t>”</w:t>
      </w:r>
      <w:r>
        <w:rPr>
          <w:rFonts w:ascii="楷体" w:eastAsia="楷体" w:hAnsi="楷体" w:cs="楷体"/>
          <w:color w:val="000000"/>
        </w:rPr>
        <w:t>老人一提秤杆，拨了下秤砣，眯眼看一看，送到我面前，</w:t>
      </w:r>
      <w:r>
        <w:rPr>
          <w:rFonts w:ascii="宋体" w:eastAsia="宋体" w:hAnsi="宋体" w:cs="宋体"/>
          <w:color w:val="000000"/>
        </w:rPr>
        <w:t>“</w:t>
      </w:r>
      <w:r>
        <w:rPr>
          <w:rFonts w:ascii="楷体" w:eastAsia="楷体" w:hAnsi="楷体" w:cs="楷体"/>
          <w:color w:val="000000"/>
        </w:rPr>
        <w:t>喏，姑娘，你看下。</w:t>
      </w:r>
      <w:r>
        <w:rPr>
          <w:rFonts w:ascii="宋体" w:eastAsia="宋体" w:hAnsi="宋体" w:cs="宋体"/>
          <w:color w:val="000000"/>
        </w:rPr>
        <w:t>”</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④“</w:t>
      </w:r>
      <w:r>
        <w:rPr>
          <w:rFonts w:ascii="楷体" w:eastAsia="楷体" w:hAnsi="楷体" w:cs="楷体"/>
          <w:color w:val="000000"/>
        </w:rPr>
        <w:t>我看不懂啊。</w:t>
      </w:r>
      <w:r>
        <w:rPr>
          <w:rFonts w:ascii="宋体" w:eastAsia="宋体" w:hAnsi="宋体" w:cs="宋体"/>
          <w:color w:val="000000"/>
        </w:rPr>
        <w:t>”</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⑤“</w:t>
      </w:r>
      <w:r>
        <w:rPr>
          <w:rFonts w:ascii="楷体" w:eastAsia="楷体" w:hAnsi="楷体" w:cs="楷体"/>
          <w:color w:val="000000"/>
        </w:rPr>
        <w:t>没事，你就看秤杆平不平就行了。</w:t>
      </w:r>
      <w:r>
        <w:rPr>
          <w:rFonts w:ascii="宋体" w:eastAsia="宋体" w:hAnsi="宋体" w:cs="宋体"/>
          <w:color w:val="000000"/>
        </w:rPr>
        <w:t>”</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⑥“</w:t>
      </w:r>
      <w:r>
        <w:rPr>
          <w:rFonts w:ascii="楷体" w:eastAsia="楷体" w:hAnsi="楷体" w:cs="楷体"/>
          <w:color w:val="000000"/>
        </w:rPr>
        <w:t>是平的。</w:t>
      </w:r>
      <w:r>
        <w:rPr>
          <w:rFonts w:ascii="宋体" w:eastAsia="宋体" w:hAnsi="宋体" w:cs="宋体"/>
          <w:color w:val="000000"/>
        </w:rPr>
        <w:t>”</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⑦经过了我的</w:t>
      </w:r>
      <w:r>
        <w:rPr>
          <w:rFonts w:ascii="宋体" w:eastAsia="宋体" w:hAnsi="宋体" w:cs="宋体"/>
          <w:color w:val="000000"/>
        </w:rPr>
        <w:t>“</w:t>
      </w:r>
      <w:r>
        <w:rPr>
          <w:rFonts w:ascii="楷体" w:eastAsia="楷体" w:hAnsi="楷体" w:cs="楷体"/>
          <w:color w:val="000000"/>
        </w:rPr>
        <w:t>审视</w:t>
      </w:r>
      <w:r>
        <w:rPr>
          <w:rFonts w:ascii="宋体" w:eastAsia="宋体" w:hAnsi="宋体" w:cs="宋体"/>
          <w:color w:val="000000"/>
        </w:rPr>
        <w:t>”</w:t>
      </w:r>
      <w:r>
        <w:rPr>
          <w:rFonts w:ascii="楷体" w:eastAsia="楷体" w:hAnsi="楷体" w:cs="楷体"/>
          <w:color w:val="000000"/>
        </w:rPr>
        <w:t>，老人放下秤：</w:t>
      </w:r>
      <w:r>
        <w:rPr>
          <w:rFonts w:ascii="宋体" w:eastAsia="宋体" w:hAnsi="宋体" w:cs="宋体"/>
          <w:color w:val="000000"/>
        </w:rPr>
        <w:t>“</w:t>
      </w:r>
      <w:r>
        <w:rPr>
          <w:rFonts w:ascii="楷体" w:eastAsia="楷体" w:hAnsi="楷体" w:cs="楷体"/>
          <w:color w:val="000000"/>
        </w:rPr>
        <w:t>平了就行。</w:t>
      </w:r>
      <w:r>
        <w:rPr>
          <w:rFonts w:ascii="宋体" w:eastAsia="宋体" w:hAnsi="宋体" w:cs="宋体"/>
          <w:color w:val="000000"/>
        </w:rPr>
        <w:t>”</w:t>
      </w:r>
      <w:r>
        <w:rPr>
          <w:rFonts w:ascii="楷体" w:eastAsia="楷体" w:hAnsi="楷体" w:cs="楷体"/>
          <w:color w:val="000000"/>
        </w:rPr>
        <w:t>他又加了一把小葱放进袋子：</w:t>
      </w:r>
      <w:r>
        <w:rPr>
          <w:rFonts w:ascii="宋体" w:eastAsia="宋体" w:hAnsi="宋体" w:cs="宋体"/>
          <w:color w:val="000000"/>
        </w:rPr>
        <w:t>“</w:t>
      </w:r>
      <w:r>
        <w:rPr>
          <w:rFonts w:ascii="楷体" w:eastAsia="楷体" w:hAnsi="楷体" w:cs="楷体"/>
          <w:color w:val="000000"/>
        </w:rPr>
        <w:t>一斤四两。这辣椒有点辣，要是不能吃辣，炒菜时放一个就行了。</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⑧说话间，他又提起杆秤，为其他人称起了另一份人间烟火。</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⑨这个傍晚，一只古老的木杆秤，在悠悠古意中慢慢拉开了我的回忆。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⑩很久未曾见到的杆秤，它老得像老家的时光。</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⑪记忆里的杆秤，挂在孩童总爱流连的小卖部里。儿时，只要我紧紧拽住母亲的衣角，磨蹭着不肯往外走，她便知晓了我的心意。见母亲从货柜上抓一把糖果或拿两个橘子放进秤盘，店家老板提起秤杆，我就笑了。</w:t>
      </w:r>
      <w:r>
        <w:rPr>
          <w:rFonts w:ascii="楷体" w:eastAsia="楷体" w:hAnsi="楷体" w:cs="楷体"/>
          <w:color w:val="000000"/>
          <w:u w:val="single"/>
        </w:rPr>
        <w:t>杆秤拨一拨，如同一道</w:t>
      </w:r>
      <w:r>
        <w:rPr>
          <w:rFonts w:ascii="楷体" w:eastAsia="楷体" w:hAnsi="楷体" w:cs="楷体"/>
          <w:color w:val="000000"/>
          <w:em w:val="dot"/>
        </w:rPr>
        <w:t>庄重</w:t>
      </w:r>
      <w:r>
        <w:rPr>
          <w:rFonts w:ascii="楷体" w:eastAsia="楷体" w:hAnsi="楷体" w:cs="楷体"/>
          <w:color w:val="000000"/>
          <w:u w:val="single"/>
        </w:rPr>
        <w:t>的仪式，确保这份童年的甜蜜足</w:t>
      </w:r>
      <w:r>
        <w:rPr>
          <w:rFonts w:ascii="楷体" w:eastAsia="楷体" w:hAnsi="楷体" w:cs="楷体"/>
          <w:color w:val="000000"/>
          <w:em w:val="dot"/>
        </w:rPr>
        <w:t>斤足两</w:t>
      </w:r>
      <w:r>
        <w:rPr>
          <w:rFonts w:ascii="楷体" w:eastAsia="楷体" w:hAnsi="楷体" w:cs="楷体"/>
          <w:color w:val="000000"/>
          <w:u w:val="single"/>
        </w:rPr>
        <w:t>地交付到我手里。</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⑫童年终是随着杆秤尘封在时间里。后来的酸甜苦辣，都在闪动的电子屏上定格，简单、精确、鲜明，却似乎缺了些市井气息，少了些人情味道。</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在皖西南一个小镇上，我曾路过一家杆秤店，门匾下悬着一条粗麻绳，几十杆秤钩挂在绳上，冷冽如兵器，颇有古风。秤砣垂坠着，稳如座座黑色小丘。这家店似乎没有什么当地的顾客光顾，只陆陆续续有游客进来转一圈。秤匠也不在意，自顾自做着秤。</w:t>
      </w:r>
    </w:p>
    <w:p>
      <w:pPr>
        <w:spacing w:line="360" w:lineRule="auto"/>
        <w:ind w:firstLine="420"/>
        <w:jc w:val="center"/>
        <w:textAlignment w:val="center"/>
        <w:rPr>
          <w:color w:val="000000"/>
        </w:rPr>
      </w:pPr>
      <w:r>
        <w:rPr>
          <w:rFonts w:ascii="宋体" w:eastAsia="宋体" w:hAnsi="宋体" w:cs="宋体"/>
          <w:color w:val="000000"/>
        </w:rPr>
        <w:drawing>
          <wp:inline>
            <wp:extent cx="1019175" cy="1085850"/>
            <wp:docPr id="15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
                    <pic:cNvPicPr>
                      <a:picLocks noChangeAspect="1"/>
                    </pic:cNvPicPr>
                  </pic:nvPicPr>
                  <pic:blipFill>
                    <a:blip r:embed="rId106"/>
                    <a:stretch>
                      <a:fillRect/>
                    </a:stretch>
                  </pic:blipFill>
                  <pic:spPr>
                    <a:xfrm>
                      <a:off x="0" y="0"/>
                      <a:ext cx="1019175" cy="1085850"/>
                    </a:xfrm>
                    <a:prstGeom prst="rect">
                      <a:avLst/>
                    </a:prstGeom>
                  </pic:spPr>
                </pic:pic>
              </a:graphicData>
            </a:graphic>
          </wp:inline>
        </w:drawing>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⑭关于杆秤的制作工艺，也许是询问的人多了，秤匠不想反复费口舌，所以干脆写了一个牌子详细解说。我从中得知，做成一杆秤需要经历选料、刨圆、套铜帽、配砣、装钩、木杆刻度、做秤星等二十多道工序。秤盘放置物品，移动秤砣直到秤平衡，秤砣所对应的秤星处，就是物品重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⑮传说范蠡从星辰中获得灵感，制定十六颗秤星。古时一斤为十六两，秤杆上十六颗星，分别为象征</w:t>
      </w:r>
      <w:r>
        <w:rPr>
          <w:rFonts w:ascii="宋体" w:eastAsia="宋体" w:hAnsi="宋体" w:cs="宋体"/>
          <w:color w:val="000000"/>
        </w:rPr>
        <w:t>“</w:t>
      </w:r>
      <w:r>
        <w:rPr>
          <w:rFonts w:ascii="楷体" w:eastAsia="楷体" w:hAnsi="楷体" w:cs="楷体"/>
          <w:color w:val="000000"/>
        </w:rPr>
        <w:t>天</w:t>
      </w:r>
      <w:r>
        <w:rPr>
          <w:rFonts w:ascii="宋体" w:eastAsia="宋体" w:hAnsi="宋体" w:cs="宋体"/>
          <w:color w:val="000000"/>
        </w:rPr>
        <w:t>”</w:t>
      </w:r>
      <w:r>
        <w:rPr>
          <w:rFonts w:ascii="楷体" w:eastAsia="楷体" w:hAnsi="楷体" w:cs="楷体"/>
          <w:color w:val="000000"/>
        </w:rPr>
        <w:t>的南斗六星、象征</w:t>
      </w:r>
      <w:r>
        <w:rPr>
          <w:rFonts w:ascii="宋体" w:eastAsia="宋体" w:hAnsi="宋体" w:cs="宋体"/>
          <w:color w:val="000000"/>
        </w:rPr>
        <w:t>“</w:t>
      </w:r>
      <w:r>
        <w:rPr>
          <w:rFonts w:ascii="楷体" w:eastAsia="楷体" w:hAnsi="楷体" w:cs="楷体"/>
          <w:color w:val="000000"/>
        </w:rPr>
        <w:t>地</w:t>
      </w:r>
      <w:r>
        <w:rPr>
          <w:rFonts w:ascii="宋体" w:eastAsia="宋体" w:hAnsi="宋体" w:cs="宋体"/>
          <w:color w:val="000000"/>
        </w:rPr>
        <w:t>”</w:t>
      </w:r>
      <w:r>
        <w:rPr>
          <w:rFonts w:ascii="楷体" w:eastAsia="楷体" w:hAnsi="楷体" w:cs="楷体"/>
          <w:color w:val="000000"/>
        </w:rPr>
        <w:t>的北斗七星和象征</w:t>
      </w:r>
      <w:r>
        <w:rPr>
          <w:rFonts w:ascii="宋体" w:eastAsia="宋体" w:hAnsi="宋体" w:cs="宋体"/>
          <w:color w:val="000000"/>
        </w:rPr>
        <w:t>“</w:t>
      </w:r>
      <w:r>
        <w:rPr>
          <w:rFonts w:ascii="楷体" w:eastAsia="楷体" w:hAnsi="楷体" w:cs="楷体"/>
          <w:color w:val="000000"/>
        </w:rPr>
        <w:t>福、禄、寿</w:t>
      </w:r>
      <w:r>
        <w:rPr>
          <w:rFonts w:ascii="宋体" w:eastAsia="宋体" w:hAnsi="宋体" w:cs="宋体"/>
          <w:color w:val="000000"/>
        </w:rPr>
        <w:t>”</w:t>
      </w:r>
      <w:r>
        <w:rPr>
          <w:rFonts w:ascii="楷体" w:eastAsia="楷体" w:hAnsi="楷体" w:cs="楷体"/>
          <w:color w:val="000000"/>
        </w:rPr>
        <w:t>的三星。缺一两，就缺了福，少二两，就少了禄。中国文化里的福祉深意，始终校正着偏颇的人心。</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⑯如今，杆秤制作技艺已被列入非物质文化遗产。其实，</w:t>
      </w:r>
      <w:r>
        <w:rPr>
          <w:rFonts w:ascii="楷体" w:eastAsia="楷体" w:hAnsi="楷体" w:cs="楷体"/>
          <w:color w:val="000000"/>
          <w:u w:val="single"/>
        </w:rPr>
        <w:t xml:space="preserve">        </w:t>
      </w:r>
      <w:r>
        <w:rPr>
          <w:rFonts w:ascii="楷体" w:eastAsia="楷体" w:hAnsi="楷体" w:cs="楷体"/>
          <w:color w:val="000000"/>
        </w:rPr>
        <w:t>。当心里的那杆秤被提起，记得擦亮秤星，去衡量人情冷暖，世道沉浮。</w:t>
      </w:r>
    </w:p>
    <w:p>
      <w:pPr>
        <w:spacing w:line="360" w:lineRule="auto"/>
        <w:jc w:val="right"/>
        <w:textAlignment w:val="center"/>
        <w:rPr>
          <w:rFonts w:ascii="宋体" w:eastAsia="宋体" w:hAnsi="宋体" w:cs="宋体"/>
          <w:color w:val="000000"/>
        </w:rPr>
      </w:pPr>
      <w:r>
        <w:rPr>
          <w:rFonts w:ascii="宋体" w:eastAsia="宋体" w:hAnsi="宋体" w:cs="宋体"/>
          <w:color w:val="000000"/>
        </w:rPr>
        <w:t>（有删改）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13. </w:t>
      </w:r>
      <w:r>
        <w:rPr>
          <w:rFonts w:ascii="宋体" w:eastAsia="宋体" w:hAnsi="宋体" w:cs="宋体"/>
          <w:color w:val="000000"/>
        </w:rPr>
        <w:t>作者认为电子秤虽然精确鲜明，但与杆秤相比，却少了些人情味道。这“人情味道” 体现在路边晚市菜摊上，</w:t>
      </w:r>
      <w:r>
        <w:rPr>
          <w:rFonts w:ascii="宋体" w:eastAsia="宋体" w:hAnsi="宋体" w:cs="宋体"/>
          <w:color w:val="000000"/>
        </w:rPr>
        <w:t>_________</w:t>
      </w:r>
      <w:r>
        <w:rPr>
          <w:rFonts w:ascii="宋体" w:eastAsia="宋体" w:hAnsi="宋体" w:cs="宋体"/>
          <w:color w:val="000000"/>
        </w:rPr>
        <w:t>；体现在</w:t>
      </w:r>
      <w:r>
        <w:rPr>
          <w:rFonts w:ascii="宋体" w:eastAsia="宋体" w:hAnsi="宋体" w:cs="宋体"/>
          <w:color w:val="000000"/>
        </w:rPr>
        <w:t>_________</w:t>
      </w:r>
      <w:r>
        <w:rPr>
          <w:rFonts w:ascii="宋体" w:eastAsia="宋体" w:hAnsi="宋体" w:cs="宋体"/>
          <w:color w:val="000000"/>
        </w:rPr>
        <w:t>，店家老板足斤足两地为我称量糖果、橘子。由此可以看出，店家亲手称量、亲手交付的不仅仅是商品，还有</w:t>
      </w:r>
      <w:r>
        <w:rPr>
          <w:rFonts w:ascii="宋体" w:eastAsia="宋体" w:hAnsi="宋体" w:cs="宋体"/>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文章画线句中“庄重”“足斤足两”这两个修饰语能否去掉？为什么？</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下面两句中，哪一句最适合填入最后一段横线处？请从文章内容和写作意图两方面简要说明理由。</w:t>
      </w:r>
    </w:p>
    <w:p>
      <w:pPr>
        <w:spacing w:line="360" w:lineRule="auto"/>
        <w:jc w:val="left"/>
        <w:textAlignment w:val="center"/>
        <w:rPr>
          <w:rFonts w:ascii="宋体" w:eastAsia="宋体" w:hAnsi="宋体" w:cs="宋体"/>
          <w:color w:val="000000"/>
        </w:rPr>
      </w:pPr>
      <w:r>
        <w:rPr>
          <w:rFonts w:ascii="宋体" w:eastAsia="宋体" w:hAnsi="宋体" w:cs="宋体"/>
          <w:color w:val="000000"/>
        </w:rPr>
        <w:t>【甲】人们想留住的不仅仅是平心衡量、诚心做人的杆秤精神，更是独特的手工工艺。</w:t>
      </w:r>
    </w:p>
    <w:p>
      <w:pPr>
        <w:spacing w:line="360" w:lineRule="auto"/>
        <w:jc w:val="left"/>
        <w:textAlignment w:val="center"/>
        <w:rPr>
          <w:rFonts w:ascii="宋体" w:eastAsia="宋体" w:hAnsi="宋体" w:cs="宋体"/>
          <w:color w:val="000000"/>
        </w:rPr>
      </w:pPr>
      <w:r>
        <w:rPr>
          <w:rFonts w:ascii="宋体" w:eastAsia="宋体" w:hAnsi="宋体" w:cs="宋体"/>
          <w:color w:val="000000"/>
        </w:rPr>
        <w:t>【乙】人们想留住的不仅仅是独特的手工工艺，更是平心衡量、诚心做人的杆秤精神。</w:t>
      </w:r>
    </w:p>
    <w:p>
      <w:pPr>
        <w:spacing w:line="360" w:lineRule="auto"/>
        <w:jc w:val="left"/>
        <w:textAlignment w:val="center"/>
        <w:rPr>
          <w:rFonts w:ascii="宋体" w:eastAsia="宋体" w:hAnsi="宋体" w:cs="宋体"/>
          <w:color w:val="000000"/>
        </w:rPr>
      </w:pPr>
      <w:r>
        <w:rPr>
          <w:rFonts w:ascii="宋体" w:eastAsia="宋体" w:hAnsi="宋体" w:cs="宋体"/>
          <w:color w:val="000000"/>
        </w:rPr>
        <w:t>答：我选【</w:t>
      </w:r>
      <w:r>
        <w:rPr>
          <w:rFonts w:ascii="宋体" w:eastAsia="宋体" w:hAnsi="宋体" w:cs="宋体"/>
          <w:color w:val="000000"/>
        </w:rPr>
        <w:t>____</w:t>
      </w:r>
      <w:r>
        <w:rPr>
          <w:rFonts w:ascii="宋体" w:eastAsia="宋体" w:hAnsi="宋体" w:cs="宋体"/>
          <w:color w:val="000000"/>
        </w:rPr>
        <w:t>】句。理由：</w:t>
      </w:r>
      <w:r>
        <w:rPr>
          <w:rFonts w:ascii="宋体" w:eastAsia="宋体" w:hAnsi="宋体" w:cs="宋体"/>
          <w:color w:val="000000"/>
        </w:rPr>
        <w:t>_________________</w:t>
      </w:r>
    </w:p>
    <w:p>
      <w:pPr>
        <w:spacing w:line="360" w:lineRule="auto"/>
        <w:textAlignment w:val="center"/>
        <w:rPr>
          <w:rFonts w:ascii="宋体" w:eastAsia="宋体" w:hAnsi="宋体" w:cs="宋体"/>
          <w:color w:val="000000"/>
        </w:rPr>
      </w:pPr>
      <w:r>
        <w:rPr>
          <w:color w:val="2E75B6"/>
        </w:rPr>
        <w:t>【答案】</w:t>
      </w:r>
      <w:r>
        <w:rPr>
          <w:color w:val="000000"/>
        </w:rPr>
        <w:t xml:space="preserve">13. </w:t>
      </w:r>
      <w:r>
        <w:rPr>
          <w:color w:val="000000"/>
        </w:rPr>
        <w:t xml:space="preserve">    ①. </w:t>
      </w:r>
      <w:r>
        <w:rPr>
          <w:rFonts w:ascii="宋体" w:eastAsia="宋体" w:hAnsi="宋体" w:cs="宋体"/>
          <w:color w:val="000000"/>
        </w:rPr>
        <w:t>卖菜老人称足分量后还暖心赠菜、提醒</w:t>
      </w:r>
      <w:r>
        <w:rPr>
          <w:color w:val="000000"/>
        </w:rPr>
        <w:t xml:space="preserve">    ②. </w:t>
      </w:r>
      <w:r>
        <w:rPr>
          <w:rFonts w:ascii="宋体" w:eastAsia="宋体" w:hAnsi="宋体" w:cs="宋体"/>
          <w:color w:val="000000"/>
        </w:rPr>
        <w:t>儿时的小卖部里</w:t>
      </w:r>
      <w:r>
        <w:rPr>
          <w:color w:val="000000"/>
        </w:rPr>
        <w:t xml:space="preserve">    ③. </w:t>
      </w:r>
      <w:r>
        <w:rPr>
          <w:rFonts w:ascii="宋体" w:eastAsia="宋体" w:hAnsi="宋体" w:cs="宋体"/>
          <w:color w:val="000000"/>
        </w:rPr>
        <w:t>情谊（或：诚心、热忱等）</w:t>
      </w:r>
      <w:r>
        <w:rPr>
          <w:color w:val="000000"/>
        </w:rPr>
        <w:t xml:space="preserve">    </w:t>
      </w:r>
    </w:p>
    <w:p>
      <w:pPr>
        <w:spacing w:line="360" w:lineRule="auto"/>
        <w:textAlignment w:val="center"/>
        <w:rPr>
          <w:rFonts w:ascii="宋体" w:eastAsia="宋体" w:hAnsi="宋体" w:cs="宋体"/>
          <w:color w:val="000000"/>
        </w:rPr>
      </w:pPr>
      <w:r>
        <w:rPr>
          <w:color w:val="000000"/>
        </w:rPr>
        <w:t xml:space="preserve">14. </w:t>
      </w:r>
      <w:r>
        <w:rPr>
          <w:rFonts w:ascii="宋体" w:eastAsia="宋体" w:hAnsi="宋体" w:cs="宋体"/>
          <w:color w:val="000000"/>
        </w:rPr>
        <w:t>不能去掉。“庄重”“足斤足两”两个词写出了店家真心待客、诚信交易的态度，也写出了那时“我”内心的期待和满足感。</w:t>
      </w:r>
      <w:r>
        <w:rPr>
          <w:color w:val="000000"/>
        </w:rPr>
        <w:t xml:space="preserve">    </w:t>
      </w:r>
    </w:p>
    <w:p>
      <w:pPr>
        <w:spacing w:line="360" w:lineRule="auto"/>
        <w:textAlignment w:val="center"/>
        <w:rPr>
          <w:rFonts w:ascii="宋体" w:eastAsia="宋体" w:hAnsi="宋体" w:cs="宋体"/>
          <w:color w:val="000000"/>
        </w:rPr>
      </w:pPr>
      <w:r>
        <w:rPr>
          <w:color w:val="000000"/>
        </w:rPr>
        <w:t xml:space="preserve">15. </w:t>
      </w:r>
      <w:r>
        <w:rPr>
          <w:color w:val="000000"/>
        </w:rPr>
        <w:t xml:space="preserve">    ①. </w:t>
      </w:r>
      <w:r>
        <w:rPr>
          <w:rFonts w:ascii="宋体" w:eastAsia="宋体" w:hAnsi="宋体" w:cs="宋体"/>
          <w:color w:val="000000"/>
        </w:rPr>
        <w:t>我选【乙】句。</w:t>
      </w:r>
      <w:r>
        <w:rPr>
          <w:color w:val="000000"/>
        </w:rPr>
        <w:t xml:space="preserve">    ②. </w:t>
      </w:r>
      <w:r>
        <w:rPr>
          <w:rFonts w:ascii="宋体" w:eastAsia="宋体" w:hAnsi="宋体" w:cs="宋体"/>
          <w:color w:val="000000"/>
        </w:rPr>
        <w:t>理由：【乙】句强调的是杆秤精神。从内容上看，文章所写关于杆秤的几件事，都侧重于表现称量者待人的热情诚信；从写作意图上看，作者写有关杆秤的回忆，是为了让人从中体会到其对人心的衡量与校正意义。以上两方面都着重于“杆秤精神”，所以应选【乙】句。</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本题考查文章内容的理解与概括。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①⑦段“我蹲下来挑拣了一把，卖菜的老人接过，拿起一杆秤”“经过了我的‘审视’，老人放下秤：‘平了就行。’他又加了一把小葱放进袋子：‘一斤四两。这辣椒有点辣，要是不能吃辣，炒菜时放一个就行了。’”等语句可知，在作者看来“人情味道”体现在路边晚市菜摊上，卖菜老人称足分量后还暖心赠菜、提醒；再由第⑪段“记忆里的杆秤，挂在孩童总爱流连的小卖部里”“见母亲从货柜上抓一把糖果或拿两个橘子放进秤盘，店家老板提起秤杆，我就笑了。杆秤拨一拨，如同一道庄重的仪式，确保这份童年的甜蜜足斤足两地交付到我手里”可知，“人情味道”还体现在儿时的小卖部里，店家老板足斤足两地为我称量糖果、橘子。</w:t>
      </w:r>
    </w:p>
    <w:p>
      <w:pPr>
        <w:spacing w:line="360" w:lineRule="auto"/>
        <w:jc w:val="left"/>
        <w:textAlignment w:val="center"/>
        <w:rPr>
          <w:rFonts w:ascii="宋体" w:eastAsia="宋体" w:hAnsi="宋体" w:cs="宋体"/>
          <w:color w:val="000000"/>
        </w:rPr>
      </w:pPr>
      <w:r>
        <w:rPr>
          <w:rFonts w:ascii="宋体" w:eastAsia="宋体" w:hAnsi="宋体" w:cs="宋体"/>
          <w:color w:val="000000"/>
        </w:rPr>
        <w:t>联系第⑫段“后来的酸甜苦辣，都在闪动的电子屏上定格，简单、精确、鲜明，却似乎缺了些市井气息，少了些人情味道”和第⑯段“当心里的那杆秤被提起，记得擦亮秤星，去衡量人情冷暖，世道沉浮”可知，在作者看来店家亲手称量、亲手交付的不仅仅是商品，还有人情（情谊、诚心、热忱）。</w:t>
      </w:r>
    </w:p>
    <w:p>
      <w:pPr>
        <w:spacing w:line="360" w:lineRule="auto"/>
        <w:jc w:val="left"/>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本题考查词句的理解。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明确观点：不能删除。原因：“庄重”指不随便，不轻浮；“足斤足两”在此是指店家所给的东西分量足、多、满。根据画线语句中“杆秤拨一拨，如同一道庄重的仪式”“确保这份童年的甜蜜足斤足两地交付到我手里”，再联系第⑪段“见母亲从货柜上抓一把糖果或拿两个橘子放进秤盘，店家老板提起秤杆，我就笑了”可知，童年时的“我”看到老板拿起秤杆，“我”就知道秤盘里的东西，即将属于“我”，母亲满足了“我”的期待，“我”内心激动、满足；同时写出了店家以诚相待，给的东西分量足，不缺斤少两，诚信交易的态度，表现了“我”对杆秤的怀念。</w:t>
      </w:r>
    </w:p>
    <w:p>
      <w:pPr>
        <w:spacing w:line="360" w:lineRule="auto"/>
        <w:jc w:val="left"/>
        <w:textAlignment w:val="center"/>
        <w:rPr>
          <w:color w:val="000000"/>
        </w:rPr>
      </w:pPr>
      <w:r>
        <w:rPr>
          <w:color w:val="000000"/>
          <w:position w:val="0"/>
        </w:rPr>
        <w:drawing>
          <wp:inline>
            <wp:extent cx="95250" cy="171450"/>
            <wp:docPr id="15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
                    <pic:cNvPicPr>
                      <a:picLocks noChangeAspect="1"/>
                    </pic:cNvPicPr>
                  </pic:nvPicPr>
                  <pic:blipFill>
                    <a:blip r:embed="rId107"/>
                    <a:stretch>
                      <a:fillRect/>
                    </a:stretch>
                  </pic:blipFill>
                  <pic:spPr>
                    <a:xfrm>
                      <a:off x="0" y="0"/>
                      <a:ext cx="95250" cy="171450"/>
                    </a:xfrm>
                    <a:prstGeom prst="rect">
                      <a:avLst/>
                    </a:prstGeom>
                  </pic:spPr>
                </pic:pic>
              </a:graphicData>
            </a:graphic>
          </wp:inline>
        </w:drawing>
      </w: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本题考查文章内容的理解。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甲】【乙】两句都用到“不仅仅是……更是……”这一组表递进关系的关联词。【甲】句“人们想留住的不仅仅是平心衡量、诚心做人的杆秤精神，更是独特的手工工艺”强调的是对杆秤“独特的手工工艺”；【乙】句“人们想留住的不仅仅是独特的手工工艺，更是平心衡量、诚心做人的杆秤精神”强调的是杆秤蕴含的“平心衡量、诚心做人的杆秤精神”；应结合文章的内容及主旨判断哪一句更适合填入最后一段横线处。</w:t>
      </w:r>
    </w:p>
    <w:p>
      <w:pPr>
        <w:spacing w:line="360" w:lineRule="auto"/>
        <w:jc w:val="left"/>
        <w:textAlignment w:val="center"/>
        <w:rPr>
          <w:rFonts w:ascii="宋体" w:eastAsia="宋体" w:hAnsi="宋体" w:cs="宋体"/>
          <w:color w:val="000000"/>
        </w:rPr>
      </w:pPr>
      <w:r>
        <w:rPr>
          <w:rFonts w:ascii="宋体" w:eastAsia="宋体" w:hAnsi="宋体" w:cs="宋体"/>
          <w:color w:val="000000"/>
        </w:rPr>
        <w:t>从内容上说，作者认为电子秤虽然精确鲜明，但与杆秤相比，却少了些人情味道，文章通过记叙在路边晚市菜摊上，卖菜老人称足分量后还暖心赠菜、提醒与儿时的小卖部里店家老板足斤足两地为我称量糖果、橘子的事，来体现杆秤不仅是称量的工具，店家亲手称量、亲手交付的不仅仅是商品，更是一份深情厚谊，表现的是卖家真心待客、诚信交易的态度；</w:t>
      </w:r>
    </w:p>
    <w:p>
      <w:pPr>
        <w:spacing w:line="360" w:lineRule="auto"/>
        <w:jc w:val="left"/>
        <w:textAlignment w:val="center"/>
        <w:rPr>
          <w:rFonts w:ascii="宋体" w:eastAsia="宋体" w:hAnsi="宋体" w:cs="宋体"/>
          <w:color w:val="000000"/>
        </w:rPr>
      </w:pPr>
      <w:r>
        <w:rPr>
          <w:rFonts w:ascii="宋体" w:eastAsia="宋体" w:hAnsi="宋体" w:cs="宋体"/>
          <w:color w:val="000000"/>
        </w:rPr>
        <w:t>从写作意图上说，根据第⑮⑯段“缺一两，就缺了福，少二两，就少了禄。中国文化里的福祉深意，始终校正着偏颇的人心”“当心里的那杆秤被提起，记得擦亮秤星，去衡量人情冷暖，世道沉浮”等语句可知，作者意在通过杆秤来表现对人心的衡量与校正意义；可见不管是从内容上还是从写作意图上说本文侧重的都是对“杆秤精神”的阐释与赞扬；</w:t>
      </w:r>
    </w:p>
    <w:p>
      <w:pPr>
        <w:spacing w:line="360" w:lineRule="auto"/>
        <w:jc w:val="left"/>
        <w:textAlignment w:val="center"/>
        <w:rPr>
          <w:rFonts w:ascii="宋体" w:eastAsia="宋体" w:hAnsi="宋体" w:cs="宋体"/>
          <w:color w:val="000000"/>
        </w:rPr>
      </w:pPr>
      <w:r>
        <w:rPr>
          <w:rFonts w:ascii="宋体" w:eastAsia="宋体" w:hAnsi="宋体" w:cs="宋体"/>
          <w:color w:val="000000"/>
        </w:rPr>
        <w:t>故应选【乙】句填入最后一段横线处。</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阅读《仙人掌的任务》，完成下面小题。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仙人掌的任务</w:t>
      </w:r>
    </w:p>
    <w:p>
      <w:pPr>
        <w:spacing w:line="360" w:lineRule="auto"/>
        <w:jc w:val="center"/>
        <w:textAlignment w:val="center"/>
        <w:rPr>
          <w:rFonts w:ascii="楷体" w:eastAsia="楷体" w:hAnsi="楷体" w:cs="楷体"/>
          <w:color w:val="000000"/>
        </w:rPr>
      </w:pPr>
      <w:r>
        <w:rPr>
          <w:rFonts w:ascii="楷体" w:eastAsia="楷体" w:hAnsi="楷体" w:cs="楷体"/>
          <w:color w:val="000000"/>
        </w:rPr>
        <w:t>薛小玲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①仙人掌被年轻人带回家的那天，刚下了一阵春雨。</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②年轻人把袋子往篱笆旁一扔，冲着屋里喊道：</w:t>
      </w:r>
      <w:r>
        <w:rPr>
          <w:rFonts w:ascii="宋体" w:eastAsia="宋体" w:hAnsi="宋体" w:cs="宋体"/>
          <w:color w:val="000000"/>
        </w:rPr>
        <w:t>“</w:t>
      </w:r>
      <w:r>
        <w:rPr>
          <w:rFonts w:ascii="楷体" w:eastAsia="楷体" w:hAnsi="楷体" w:cs="楷体"/>
          <w:color w:val="000000"/>
        </w:rPr>
        <w:t>妈，您把这仙人掌种下，就种在篱笆边上。我马上就得走。</w:t>
      </w:r>
      <w:r>
        <w:rPr>
          <w:rFonts w:ascii="宋体" w:eastAsia="宋体" w:hAnsi="宋体" w:cs="宋体"/>
          <w:color w:val="000000"/>
        </w:rPr>
        <w:t>”</w:t>
      </w:r>
      <w:r>
        <w:rPr>
          <w:rFonts w:ascii="楷体" w:eastAsia="楷体" w:hAnsi="楷体" w:cs="楷体"/>
          <w:color w:val="000000"/>
        </w:rPr>
        <w:t>走出两步，他又回头：</w:t>
      </w:r>
      <w:r>
        <w:rPr>
          <w:rFonts w:ascii="宋体" w:eastAsia="宋体" w:hAnsi="宋体" w:cs="宋体"/>
          <w:color w:val="000000"/>
        </w:rPr>
        <w:t>“</w:t>
      </w:r>
      <w:r>
        <w:rPr>
          <w:rFonts w:ascii="楷体" w:eastAsia="楷体" w:hAnsi="楷体" w:cs="楷体"/>
          <w:color w:val="000000"/>
        </w:rPr>
        <w:t>这东西特别能长，随便截一片插土里，很快又是一大棵。它能帮您看门，有了它，外人不敢靠近，小孩儿也不敢来偷树上的果子了。</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③老妇人走到院子门口，目送年轻人消失在小路的转角处。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④一只白色的小狗颠颠跑来，围着她的脚转了几圈。</w:t>
      </w:r>
      <w:r>
        <w:rPr>
          <w:rFonts w:ascii="宋体" w:eastAsia="宋体" w:hAnsi="宋体" w:cs="宋体"/>
          <w:color w:val="000000"/>
        </w:rPr>
        <w:t>“</w:t>
      </w:r>
      <w:r>
        <w:rPr>
          <w:rFonts w:ascii="楷体" w:eastAsia="楷体" w:hAnsi="楷体" w:cs="楷体"/>
          <w:color w:val="000000"/>
        </w:rPr>
        <w:t>小白，你哥要用仙人掌帮咱们看门，他是没把你放眼里呢！</w:t>
      </w:r>
      <w:r>
        <w:rPr>
          <w:rFonts w:ascii="宋体" w:eastAsia="宋体" w:hAnsi="宋体" w:cs="宋体"/>
          <w:color w:val="000000"/>
        </w:rPr>
        <w:t>”</w:t>
      </w:r>
      <w:r>
        <w:rPr>
          <w:rFonts w:ascii="楷体" w:eastAsia="楷体" w:hAnsi="楷体" w:cs="楷体"/>
          <w:color w:val="000000"/>
        </w:rPr>
        <w:t>小白跑到仙人掌边，用力嗅了嗅。</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⑤他们都不相信一棵仙人掌会看大门吧？仙人掌想，我现在缩在袋子里，他们看不见我的刺，它们是我的武器。</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⑥老妇人套上厚厚的手套，在篱笆边挖了个坑，把仙人掌种进去。仙人掌说：</w:t>
      </w:r>
      <w:r>
        <w:rPr>
          <w:rFonts w:ascii="宋体" w:eastAsia="宋体" w:hAnsi="宋体" w:cs="宋体"/>
          <w:color w:val="000000"/>
        </w:rPr>
        <w:t>“</w:t>
      </w:r>
      <w:r>
        <w:rPr>
          <w:rFonts w:ascii="楷体" w:eastAsia="楷体" w:hAnsi="楷体" w:cs="楷体"/>
          <w:color w:val="000000"/>
        </w:rPr>
        <w:t>奶奶，我能看家，我会证明的。</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⑦仙人掌确实长得快。短短两个月，原先矮矮的身体上长出了新的茎，圆巴掌似的，风一来，它便霸气地挥挥手。</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⑧奶奶提着洒水壶为院子里的花草浇水，走到仙人掌跟前，在它根部也洒了点儿水。仙人掌张开胳膊，用力地摇晃脑袋。阳光打在它身上，像给它披了一件毛衣。它听见自己咯吱咯吱生长的声音。</w:t>
      </w:r>
      <w:r>
        <w:rPr>
          <w:rFonts w:ascii="宋体" w:eastAsia="宋体" w:hAnsi="宋体" w:cs="宋体"/>
          <w:color w:val="000000"/>
        </w:rPr>
        <w:t>“</w:t>
      </w:r>
      <w:r>
        <w:rPr>
          <w:rFonts w:ascii="楷体" w:eastAsia="楷体" w:hAnsi="楷体" w:cs="楷体"/>
          <w:color w:val="000000"/>
        </w:rPr>
        <w:t>【甲】</w:t>
      </w:r>
      <w:r>
        <w:rPr>
          <w:rFonts w:ascii="楷体" w:eastAsia="楷体" w:hAnsi="楷体" w:cs="楷体"/>
          <w:color w:val="000000"/>
          <w:u w:val="single"/>
        </w:rPr>
        <w:t>我一定要快点儿长</w:t>
      </w:r>
      <w:r>
        <w:rPr>
          <w:rFonts w:ascii="楷体" w:eastAsia="楷体" w:hAnsi="楷体" w:cs="楷体"/>
          <w:color w:val="000000"/>
        </w:rPr>
        <w:t>，长大了为奶奶看门。</w:t>
      </w:r>
      <w:r>
        <w:rPr>
          <w:rFonts w:ascii="宋体" w:eastAsia="宋体" w:hAnsi="宋体" w:cs="宋体"/>
          <w:color w:val="000000"/>
        </w:rPr>
        <w:t>”</w:t>
      </w:r>
      <w:r>
        <w:rPr>
          <w:rFonts w:ascii="楷体" w:eastAsia="楷体" w:hAnsi="楷体" w:cs="楷体"/>
          <w:color w:val="000000"/>
        </w:rPr>
        <w:t>仙人掌大声说。</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⑨篱笆上的木槿瞅了它一眼，摇摇头：</w:t>
      </w:r>
      <w:r>
        <w:rPr>
          <w:rFonts w:ascii="宋体" w:eastAsia="宋体" w:hAnsi="宋体" w:cs="宋体"/>
          <w:color w:val="000000"/>
        </w:rPr>
        <w:t>“</w:t>
      </w:r>
      <w:r>
        <w:rPr>
          <w:rFonts w:ascii="楷体" w:eastAsia="楷体" w:hAnsi="楷体" w:cs="楷体"/>
          <w:color w:val="000000"/>
        </w:rPr>
        <w:t>我觉得，奶奶也许并不需要谁帮她看门……</w:t>
      </w:r>
      <w:r>
        <w:rPr>
          <w:rFonts w:ascii="宋体" w:eastAsia="宋体" w:hAnsi="宋体" w:cs="宋体"/>
          <w:color w:val="000000"/>
        </w:rPr>
        <w:t>”</w:t>
      </w:r>
      <w:r>
        <w:rPr>
          <w:rFonts w:ascii="楷体" w:eastAsia="楷体" w:hAnsi="楷体" w:cs="楷体"/>
          <w:color w:val="000000"/>
        </w:rPr>
        <w:t>仙人掌追问为什么，木槿说这是它的直觉，它也说不清楚。</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t>⑩“</w:t>
      </w:r>
      <w:r>
        <w:rPr>
          <w:rFonts w:ascii="楷体" w:eastAsia="楷体" w:hAnsi="楷体" w:cs="楷体"/>
          <w:color w:val="000000"/>
        </w:rPr>
        <w:t>这棵仙人掌长得真快呀，薇薇，它都快赶上跟你一样高啦！</w:t>
      </w:r>
      <w:r>
        <w:rPr>
          <w:rFonts w:ascii="宋体" w:eastAsia="宋体" w:hAnsi="宋体" w:cs="宋体"/>
          <w:color w:val="000000"/>
        </w:rPr>
        <w:t>”</w:t>
      </w:r>
      <w:r>
        <w:rPr>
          <w:rFonts w:ascii="楷体" w:eastAsia="楷体" w:hAnsi="楷体" w:cs="楷体"/>
          <w:color w:val="000000"/>
        </w:rPr>
        <w:t>邻居家李阿婆牵着小外孙女走过来。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仙人掌想，再过几个月，我会长得比现在更高。只要有合适的光照和一点点水分，它很快就能长到两三米高。从它身上随便取一片茎插在地上，就又能长出新的仙人掌。这样用不了几年，它们就能牢牢围住篱笆。它们的刺在阳光底下亮晶晶、硬邦邦，完全可以保护奶奶的院子。</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⑫薇薇伸出手去触摸尖刺。</w:t>
      </w:r>
      <w:r>
        <w:rPr>
          <w:rFonts w:ascii="宋体" w:eastAsia="宋体" w:hAnsi="宋体" w:cs="宋体"/>
          <w:color w:val="000000"/>
        </w:rPr>
        <w:t>“</w:t>
      </w:r>
      <w:r>
        <w:rPr>
          <w:rFonts w:ascii="楷体" w:eastAsia="楷体" w:hAnsi="楷体" w:cs="楷体"/>
          <w:color w:val="000000"/>
        </w:rPr>
        <w:t>不可以……</w:t>
      </w:r>
      <w:r>
        <w:rPr>
          <w:rFonts w:ascii="宋体" w:eastAsia="宋体" w:hAnsi="宋体" w:cs="宋体"/>
          <w:color w:val="000000"/>
        </w:rPr>
        <w:t>”</w:t>
      </w:r>
      <w:r>
        <w:rPr>
          <w:rFonts w:ascii="楷体" w:eastAsia="楷体" w:hAnsi="楷体" w:cs="楷体"/>
          <w:color w:val="000000"/>
        </w:rPr>
        <w:t>李阿婆还没来得及把薇薇拖开，她已经哇地哭出了声，一颗血珠子从她细嫩的手指尖冒出来。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⑬奶奶听见哭声，连忙找出药水和棉球，小心地为薇薇上药。</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⑭“</w:t>
      </w:r>
      <w:r>
        <w:rPr>
          <w:rFonts w:ascii="楷体" w:eastAsia="楷体" w:hAnsi="楷体" w:cs="楷体"/>
          <w:color w:val="000000"/>
        </w:rPr>
        <w:t>仙人掌坏蛋……大坏蛋……</w:t>
      </w:r>
      <w:r>
        <w:rPr>
          <w:rFonts w:ascii="宋体" w:eastAsia="宋体" w:hAnsi="宋体" w:cs="宋体"/>
          <w:color w:val="000000"/>
        </w:rPr>
        <w:t>”</w:t>
      </w:r>
      <w:r>
        <w:rPr>
          <w:rFonts w:ascii="楷体" w:eastAsia="楷体" w:hAnsi="楷体" w:cs="楷体"/>
          <w:color w:val="000000"/>
        </w:rPr>
        <w:t>薇薇的眼泪扑簌簌滚下来，</w:t>
      </w:r>
      <w:r>
        <w:rPr>
          <w:rFonts w:ascii="宋体" w:eastAsia="宋体" w:hAnsi="宋体" w:cs="宋体"/>
          <w:color w:val="000000"/>
        </w:rPr>
        <w:t>“</w:t>
      </w:r>
      <w:r>
        <w:rPr>
          <w:rFonts w:ascii="楷体" w:eastAsia="楷体" w:hAnsi="楷体" w:cs="楷体"/>
          <w:color w:val="000000"/>
        </w:rPr>
        <w:t>讨厌仙人掌……</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⑮仙人掌靠着篱笆站着。正是四月份的天气，阳光暖暖的，但它仍然觉得有点儿凉。我错了，它想，我只知道刺能保护奶奶的院子，不知道刺还会把小朋友扎疼。可我该怎么办呢？在它以前生活的地方，人类对它和它的同伴们都保持距离，不会用手去触碰尖刺。</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⑯“</w:t>
      </w:r>
      <w:r>
        <w:rPr>
          <w:rFonts w:ascii="楷体" w:eastAsia="楷体" w:hAnsi="楷体" w:cs="楷体"/>
          <w:color w:val="000000"/>
        </w:rPr>
        <w:t>仙人掌的刺其实是它的叶子，</w:t>
      </w:r>
      <w:r>
        <w:rPr>
          <w:rFonts w:ascii="宋体" w:eastAsia="宋体" w:hAnsi="宋体" w:cs="宋体"/>
          <w:color w:val="000000"/>
        </w:rPr>
        <w:t>”</w:t>
      </w:r>
      <w:r>
        <w:rPr>
          <w:rFonts w:ascii="楷体" w:eastAsia="楷体" w:hAnsi="楷体" w:cs="楷体"/>
          <w:color w:val="000000"/>
        </w:rPr>
        <w:t>奶奶的声音很轻柔，</w:t>
      </w:r>
      <w:r>
        <w:rPr>
          <w:rFonts w:ascii="宋体" w:eastAsia="宋体" w:hAnsi="宋体" w:cs="宋体"/>
          <w:color w:val="000000"/>
        </w:rPr>
        <w:t>“</w:t>
      </w:r>
      <w:r>
        <w:rPr>
          <w:rFonts w:ascii="楷体" w:eastAsia="楷体" w:hAnsi="楷体" w:cs="楷体"/>
          <w:color w:val="000000"/>
        </w:rPr>
        <w:t>不小心扎到你啦，我想，它一定也很难过……</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⑰仙人掌的身体一震，它努力地把脑袋转向奶奶。</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⑱“</w:t>
      </w:r>
      <w:r>
        <w:rPr>
          <w:rFonts w:ascii="楷体" w:eastAsia="楷体" w:hAnsi="楷体" w:cs="楷体"/>
          <w:color w:val="000000"/>
        </w:rPr>
        <w:t>可是它浑身都是刺，</w:t>
      </w:r>
      <w:r>
        <w:rPr>
          <w:rFonts w:ascii="宋体" w:eastAsia="宋体" w:hAnsi="宋体" w:cs="宋体"/>
          <w:color w:val="000000"/>
        </w:rPr>
        <w:t>”</w:t>
      </w:r>
      <w:r>
        <w:rPr>
          <w:rFonts w:ascii="楷体" w:eastAsia="楷体" w:hAnsi="楷体" w:cs="楷体"/>
          <w:color w:val="000000"/>
        </w:rPr>
        <w:t>薇薇说，</w:t>
      </w:r>
      <w:r>
        <w:rPr>
          <w:rFonts w:ascii="宋体" w:eastAsia="宋体" w:hAnsi="宋体" w:cs="宋体"/>
          <w:color w:val="000000"/>
        </w:rPr>
        <w:t>“</w:t>
      </w:r>
      <w:r>
        <w:rPr>
          <w:rFonts w:ascii="楷体" w:eastAsia="楷体" w:hAnsi="楷体" w:cs="楷体"/>
          <w:color w:val="000000"/>
        </w:rPr>
        <w:t>我就不能和它交朋友啦！</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⑲仙人掌叹了口气。它看着薇薇和李阿婆离开。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⑳接下来的很长一段时间，薇薇每次经过这儿，都远远地绕着走。不知怎么回事，别的小朋友好像也不乐意经过这儿了。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㉑仙人掌还是一个劲儿地长，它又长出了好些茎，身材渐渐魁梧。它想，如果小朋友们都不来，那么也就没有小孩儿偷摘奶奶种的果子了。可是我为什么不开心呢？</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㉒五月，院子里的樱桃树上结满了樱桃。奶奶一个人架起梯子一边摘果子，一边自言自语：</w:t>
      </w:r>
      <w:r>
        <w:rPr>
          <w:rFonts w:ascii="宋体" w:eastAsia="宋体" w:hAnsi="宋体" w:cs="宋体"/>
          <w:color w:val="000000"/>
        </w:rPr>
        <w:t>“</w:t>
      </w:r>
      <w:r>
        <w:rPr>
          <w:rFonts w:ascii="楷体" w:eastAsia="楷体" w:hAnsi="楷体" w:cs="楷体"/>
          <w:color w:val="000000"/>
        </w:rPr>
        <w:t>唉，现在都没人过来摘樱桃吃啦……</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㉓仙人掌想，都是因为我。它把头深深地低下，几乎要垂到胸口。</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㉔天一天比一天热，蝉在树梢大声歌唱。木槿忽然说：</w:t>
      </w:r>
      <w:r>
        <w:rPr>
          <w:rFonts w:ascii="宋体" w:eastAsia="宋体" w:hAnsi="宋体" w:cs="宋体"/>
          <w:color w:val="000000"/>
        </w:rPr>
        <w:t>“</w:t>
      </w:r>
      <w:r>
        <w:rPr>
          <w:rFonts w:ascii="楷体" w:eastAsia="楷体" w:hAnsi="楷体" w:cs="楷体"/>
          <w:color w:val="000000"/>
        </w:rPr>
        <w:t>仙人掌，你背上长出了什么？</w:t>
      </w:r>
      <w:r>
        <w:rPr>
          <w:rFonts w:ascii="宋体" w:eastAsia="宋体" w:hAnsi="宋体" w:cs="宋体"/>
          <w:color w:val="000000"/>
        </w:rPr>
        <w:t>”</w:t>
      </w:r>
      <w:r>
        <w:rPr>
          <w:rFonts w:ascii="楷体" w:eastAsia="楷体" w:hAnsi="楷体" w:cs="楷体"/>
          <w:color w:val="000000"/>
        </w:rPr>
        <w:t>仙人掌努力转过头，却什么也看不见。</w:t>
      </w:r>
      <w:r>
        <w:rPr>
          <w:rFonts w:ascii="宋体" w:eastAsia="宋体" w:hAnsi="宋体" w:cs="宋体"/>
          <w:color w:val="000000"/>
        </w:rPr>
        <w:t>“</w:t>
      </w:r>
      <w:r>
        <w:rPr>
          <w:rFonts w:ascii="楷体" w:eastAsia="楷体" w:hAnsi="楷体" w:cs="楷体"/>
          <w:color w:val="000000"/>
        </w:rPr>
        <w:t>你开花了呀！</w:t>
      </w:r>
      <w:r>
        <w:rPr>
          <w:rFonts w:ascii="宋体" w:eastAsia="宋体" w:hAnsi="宋体" w:cs="宋体"/>
          <w:color w:val="000000"/>
        </w:rPr>
        <w:t>”</w:t>
      </w:r>
      <w:r>
        <w:rPr>
          <w:rFonts w:ascii="楷体" w:eastAsia="楷体" w:hAnsi="楷体" w:cs="楷体"/>
          <w:color w:val="000000"/>
        </w:rPr>
        <w:t>木槿拍着叶子说。</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㉕“</w:t>
      </w:r>
      <w:r>
        <w:rPr>
          <w:rFonts w:ascii="楷体" w:eastAsia="楷体" w:hAnsi="楷体" w:cs="楷体"/>
          <w:color w:val="000000"/>
        </w:rPr>
        <w:t>哦……开花嘛，多简单的事，我们都会开花。可我常常觉得花朵是累赘，</w:t>
      </w:r>
      <w:r>
        <w:rPr>
          <w:rFonts w:ascii="宋体" w:eastAsia="宋体" w:hAnsi="宋体" w:cs="宋体"/>
          <w:color w:val="000000"/>
        </w:rPr>
        <w:t>”</w:t>
      </w:r>
      <w:r>
        <w:rPr>
          <w:rFonts w:ascii="楷体" w:eastAsia="楷体" w:hAnsi="楷体" w:cs="楷体"/>
          <w:color w:val="000000"/>
        </w:rPr>
        <w:t>它耸耸肩，</w:t>
      </w:r>
      <w:r>
        <w:rPr>
          <w:rFonts w:ascii="宋体" w:eastAsia="宋体" w:hAnsi="宋体" w:cs="宋体"/>
          <w:color w:val="000000"/>
        </w:rPr>
        <w:t>“</w:t>
      </w:r>
      <w:r>
        <w:rPr>
          <w:rFonts w:ascii="楷体" w:eastAsia="楷体" w:hAnsi="楷体" w:cs="楷体"/>
          <w:color w:val="000000"/>
        </w:rPr>
        <w:t>我们生来是要看家护院的，花朵降低了我们的威慑力。</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㉖接下来的日子里，仙人掌的花越开越多。重瓣的、金灿灿的花朵，在一根根尖刺里若隐若现。薇薇也跟着李阿婆一起来看仙人掌的花。她慢慢靠近，小声地数：</w:t>
      </w:r>
      <w:r>
        <w:rPr>
          <w:rFonts w:ascii="宋体" w:eastAsia="宋体" w:hAnsi="宋体" w:cs="宋体"/>
          <w:color w:val="000000"/>
        </w:rPr>
        <w:t>“</w:t>
      </w:r>
      <w:r>
        <w:rPr>
          <w:rFonts w:ascii="楷体" w:eastAsia="楷体" w:hAnsi="楷体" w:cs="楷体"/>
          <w:color w:val="000000"/>
        </w:rPr>
        <w:t>……二十七、二十八、二十九……</w:t>
      </w:r>
      <w:r>
        <w:rPr>
          <w:rFonts w:ascii="宋体" w:eastAsia="宋体" w:hAnsi="宋体" w:cs="宋体"/>
          <w:color w:val="000000"/>
        </w:rPr>
        <w:t>”“</w:t>
      </w:r>
      <w:r>
        <w:rPr>
          <w:rFonts w:ascii="楷体" w:eastAsia="楷体" w:hAnsi="楷体" w:cs="楷体"/>
          <w:color w:val="000000"/>
        </w:rPr>
        <w:t>我脚脖子上还有一朵呢！</w:t>
      </w:r>
      <w:r>
        <w:rPr>
          <w:rFonts w:ascii="宋体" w:eastAsia="宋体" w:hAnsi="宋体" w:cs="宋体"/>
          <w:color w:val="000000"/>
        </w:rPr>
        <w:t>”</w:t>
      </w:r>
      <w:r>
        <w:rPr>
          <w:rFonts w:ascii="楷体" w:eastAsia="楷体" w:hAnsi="楷体" w:cs="楷体"/>
          <w:color w:val="000000"/>
        </w:rPr>
        <w:t>仙人掌喊。</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㉗“</w:t>
      </w:r>
      <w:r>
        <w:rPr>
          <w:rFonts w:ascii="楷体" w:eastAsia="楷体" w:hAnsi="楷体" w:cs="楷体"/>
          <w:color w:val="000000"/>
        </w:rPr>
        <w:t>我家的仙人掌其实很温柔的。</w:t>
      </w:r>
      <w:r>
        <w:rPr>
          <w:rFonts w:ascii="宋体" w:eastAsia="宋体" w:hAnsi="宋体" w:cs="宋体"/>
          <w:color w:val="000000"/>
        </w:rPr>
        <w:t>”</w:t>
      </w:r>
      <w:r>
        <w:rPr>
          <w:rFonts w:ascii="楷体" w:eastAsia="楷体" w:hAnsi="楷体" w:cs="楷体"/>
          <w:color w:val="000000"/>
        </w:rPr>
        <w:t>奶奶对薇薇说。温柔？天哪！仙人掌想，我讨厌这个词儿。但是薇薇好像很喜欢。临走时她朝它挥挥手：</w:t>
      </w:r>
      <w:r>
        <w:rPr>
          <w:rFonts w:ascii="宋体" w:eastAsia="宋体" w:hAnsi="宋体" w:cs="宋体"/>
          <w:color w:val="000000"/>
        </w:rPr>
        <w:t>“</w:t>
      </w:r>
      <w:r>
        <w:rPr>
          <w:rFonts w:ascii="楷体" w:eastAsia="楷体" w:hAnsi="楷体" w:cs="楷体"/>
          <w:color w:val="000000"/>
        </w:rPr>
        <w:t>我不怕你啦，再见！</w:t>
      </w:r>
      <w:r>
        <w:rPr>
          <w:rFonts w:ascii="宋体" w:eastAsia="宋体" w:hAnsi="宋体" w:cs="宋体"/>
          <w:color w:val="000000"/>
        </w:rPr>
        <w:t>”</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㉘仙人掌觉得心里好受了一些：</w:t>
      </w:r>
      <w:r>
        <w:rPr>
          <w:rFonts w:ascii="宋体" w:eastAsia="宋体" w:hAnsi="宋体" w:cs="宋体"/>
          <w:color w:val="000000"/>
        </w:rPr>
        <w:t>“</w:t>
      </w:r>
      <w:r>
        <w:rPr>
          <w:rFonts w:ascii="楷体" w:eastAsia="楷体" w:hAnsi="楷体" w:cs="楷体"/>
          <w:color w:val="000000"/>
        </w:rPr>
        <w:t>花开得这么多，我大概再也看不了门了。</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t>㉙“</w:t>
      </w:r>
      <w:r>
        <w:rPr>
          <w:rFonts w:ascii="楷体" w:eastAsia="楷体" w:hAnsi="楷体" w:cs="楷体"/>
          <w:color w:val="000000"/>
        </w:rPr>
        <w:t>也许你本来就不是看门的。</w:t>
      </w:r>
      <w:r>
        <w:rPr>
          <w:rFonts w:ascii="宋体" w:eastAsia="宋体" w:hAnsi="宋体" w:cs="宋体"/>
          <w:color w:val="000000"/>
        </w:rPr>
        <w:t>”</w:t>
      </w:r>
      <w:r>
        <w:rPr>
          <w:rFonts w:ascii="楷体" w:eastAsia="楷体" w:hAnsi="楷体" w:cs="楷体"/>
          <w:color w:val="000000"/>
        </w:rPr>
        <w:t>木槿说，</w:t>
      </w:r>
      <w:r>
        <w:rPr>
          <w:rFonts w:ascii="宋体" w:eastAsia="宋体" w:hAnsi="宋体" w:cs="宋体"/>
          <w:color w:val="000000"/>
        </w:rPr>
        <w:t>“</w:t>
      </w:r>
      <w:r>
        <w:rPr>
          <w:rFonts w:ascii="楷体" w:eastAsia="楷体" w:hAnsi="楷体" w:cs="楷体"/>
          <w:color w:val="000000"/>
        </w:rPr>
        <w:t>没有谁生来必须干什么的道理。</w:t>
      </w:r>
      <w:r>
        <w:rPr>
          <w:rFonts w:ascii="宋体" w:eastAsia="宋体" w:hAnsi="宋体" w:cs="宋体"/>
          <w:color w:val="000000"/>
        </w:rPr>
        <w:t>”</w:t>
      </w:r>
      <w:r>
        <w:rPr>
          <w:rFonts w:ascii="楷体" w:eastAsia="楷体" w:hAnsi="楷体" w:cs="楷体"/>
          <w:color w:val="000000"/>
        </w:rPr>
        <w:t>仙人掌琢磨了一会儿木槿的话，觉得有点儿明白，又有点儿迷糊。</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㉚转眼秋天来了，院子里的桂花树绽出了点点碎金。奶奶端了个塑料盆，戴起厚厚的手套，把紫红色的仙人掌果实摘下来。</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t>㉛“</w:t>
      </w:r>
      <w:r>
        <w:rPr>
          <w:rFonts w:ascii="楷体" w:eastAsia="楷体" w:hAnsi="楷体" w:cs="楷体"/>
          <w:color w:val="000000"/>
        </w:rPr>
        <w:t>真羡慕你能结出这么大个儿的果子。</w:t>
      </w:r>
      <w:r>
        <w:rPr>
          <w:rFonts w:ascii="宋体" w:eastAsia="宋体" w:hAnsi="宋体" w:cs="宋体"/>
          <w:color w:val="000000"/>
        </w:rPr>
        <w:t>”</w:t>
      </w:r>
      <w:r>
        <w:rPr>
          <w:rFonts w:ascii="楷体" w:eastAsia="楷体" w:hAnsi="楷体" w:cs="楷体"/>
          <w:color w:val="000000"/>
        </w:rPr>
        <w:t>木槿说。</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㉜“</w:t>
      </w:r>
      <w:r>
        <w:rPr>
          <w:rFonts w:ascii="楷体" w:eastAsia="楷体" w:hAnsi="楷体" w:cs="楷体"/>
          <w:color w:val="000000"/>
        </w:rPr>
        <w:t>又是开花又是结果的，</w:t>
      </w:r>
      <w:r>
        <w:rPr>
          <w:rFonts w:ascii="宋体" w:eastAsia="宋体" w:hAnsi="宋体" w:cs="宋体"/>
          <w:color w:val="000000"/>
        </w:rPr>
        <w:t>”</w:t>
      </w:r>
      <w:r>
        <w:rPr>
          <w:rFonts w:ascii="楷体" w:eastAsia="楷体" w:hAnsi="楷体" w:cs="楷体"/>
          <w:color w:val="000000"/>
        </w:rPr>
        <w:t>仙人掌说，</w:t>
      </w:r>
      <w:r>
        <w:rPr>
          <w:rFonts w:ascii="宋体" w:eastAsia="宋体" w:hAnsi="宋体" w:cs="宋体"/>
          <w:color w:val="000000"/>
        </w:rPr>
        <w:t>“</w:t>
      </w:r>
      <w:r>
        <w:rPr>
          <w:rFonts w:ascii="楷体" w:eastAsia="楷体" w:hAnsi="楷体" w:cs="楷体"/>
          <w:color w:val="000000"/>
        </w:rPr>
        <w:t>浪费我一身的好刺儿。</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㉝孩子们都围拢来，眼巴巴地看着奶奶手中的塑料盆。奶奶拣起一个仙人掌果，确定没有带着尖刺，才放进一个孩子的手里。薇薇得到了一个最大的仙人掌果。她舍不得吃，说要放在专门装宝贝的盒子里。</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㉞奶奶家里热闹极了。她答应孩子们，来年，等仙人掌再长大些，分几片茎给他们带回家种去。</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㉟仙人掌说：</w:t>
      </w:r>
      <w:r>
        <w:rPr>
          <w:rFonts w:ascii="宋体" w:eastAsia="宋体" w:hAnsi="宋体" w:cs="宋体"/>
          <w:color w:val="000000"/>
        </w:rPr>
        <w:t>“</w:t>
      </w:r>
      <w:r>
        <w:rPr>
          <w:rFonts w:ascii="楷体" w:eastAsia="楷体" w:hAnsi="楷体" w:cs="楷体"/>
          <w:color w:val="000000"/>
        </w:rPr>
        <w:t>【乙】</w:t>
      </w:r>
      <w:r>
        <w:rPr>
          <w:rFonts w:ascii="楷体" w:eastAsia="楷体" w:hAnsi="楷体" w:cs="楷体"/>
          <w:color w:val="000000"/>
          <w:u w:val="single"/>
        </w:rPr>
        <w:t>我一定要快点儿长！</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㊱小狗小白跑过来，绕着它转了几圈，抬起腿在篱笆边上撒了泡尿。木槿大声笑起来，仙人掌也笑了。</w:t>
      </w:r>
    </w:p>
    <w:p>
      <w:pPr>
        <w:spacing w:line="360" w:lineRule="auto"/>
        <w:jc w:val="right"/>
        <w:textAlignment w:val="center"/>
        <w:rPr>
          <w:rFonts w:ascii="宋体" w:eastAsia="宋体" w:hAnsi="宋体" w:cs="宋体"/>
          <w:color w:val="000000"/>
        </w:rPr>
      </w:pPr>
      <w:r>
        <w:rPr>
          <w:rFonts w:ascii="宋体" w:eastAsia="宋体" w:hAnsi="宋体" w:cs="宋体"/>
          <w:color w:val="000000"/>
        </w:rPr>
        <w:t>（有删改）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文章按照时间顺序记叙了仙人掌在奶奶家的经历。请填写下面的表格，梳理在仙人掌身上发生的变化。</w:t>
      </w:r>
    </w:p>
    <w:tbl>
      <w:tblPr>
        <w:tblStyle w:val="TableNormal"/>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81"/>
        <w:gridCol w:w="7009"/>
      </w:tblGrid>
      <w:tr>
        <w:tblPrEx>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2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时间</w:t>
            </w:r>
          </w:p>
        </w:tc>
        <w:tc>
          <w:tcPr>
            <w:tcW w:w="70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仙人掌的经历和变化</w:t>
            </w:r>
          </w:p>
        </w:tc>
      </w:tr>
      <w:tr>
        <w:tblPrEx>
          <w:tblW w:w="8310" w:type="dxa"/>
          <w:tblCellMar>
            <w:top w:w="120" w:type="dxa"/>
            <w:left w:w="120" w:type="dxa"/>
            <w:bottom w:w="120" w:type="dxa"/>
            <w:right w:w="120" w:type="dxa"/>
          </w:tblCellMar>
        </w:tblPrEx>
        <w:trPr>
          <w:cantSplit w:val="0"/>
          <w:trHeight w:val="330"/>
        </w:trPr>
        <w:tc>
          <w:tcPr>
            <w:tcW w:w="12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二月</w:t>
            </w:r>
          </w:p>
        </w:tc>
        <w:tc>
          <w:tcPr>
            <w:tcW w:w="70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矮矮的，刚被奶奶种在篱笆边，急于证明自己有看家的本领。</w:t>
            </w:r>
          </w:p>
        </w:tc>
      </w:tr>
      <w:tr>
        <w:tblPrEx>
          <w:tblW w:w="8310" w:type="dxa"/>
          <w:tblCellMar>
            <w:top w:w="120" w:type="dxa"/>
            <w:left w:w="120" w:type="dxa"/>
            <w:bottom w:w="120" w:type="dxa"/>
            <w:right w:w="120" w:type="dxa"/>
          </w:tblCellMar>
        </w:tblPrEx>
        <w:trPr>
          <w:cantSplit w:val="0"/>
          <w:trHeight w:val="330"/>
        </w:trPr>
        <w:tc>
          <w:tcPr>
            <w:tcW w:w="12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四月</w:t>
            </w:r>
          </w:p>
        </w:tc>
        <w:tc>
          <w:tcPr>
            <w:tcW w:w="70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长得很快，却误扎了邻居家小女孩薇薇的手指，它为此</w:t>
            </w:r>
            <w:r>
              <w:rPr>
                <w:rFonts w:ascii="宋体" w:eastAsia="宋体" w:hAnsi="宋体" w:cs="宋体"/>
                <w:color w:val="000000"/>
              </w:rPr>
              <w:t>__________</w:t>
            </w:r>
            <w:r>
              <w:rPr>
                <w:rFonts w:ascii="宋体" w:eastAsia="宋体" w:hAnsi="宋体" w:cs="宋体"/>
                <w:color w:val="000000"/>
              </w:rPr>
              <w:t>。</w:t>
            </w:r>
          </w:p>
        </w:tc>
      </w:tr>
      <w:tr>
        <w:tblPrEx>
          <w:tblW w:w="8310" w:type="dxa"/>
          <w:tblCellMar>
            <w:top w:w="120" w:type="dxa"/>
            <w:left w:w="120" w:type="dxa"/>
            <w:bottom w:w="120" w:type="dxa"/>
            <w:right w:w="120" w:type="dxa"/>
          </w:tblCellMar>
        </w:tblPrEx>
        <w:trPr>
          <w:cantSplit w:val="0"/>
          <w:trHeight w:val="330"/>
        </w:trPr>
        <w:tc>
          <w:tcPr>
            <w:tcW w:w="12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五月</w:t>
            </w:r>
          </w:p>
        </w:tc>
        <w:tc>
          <w:tcPr>
            <w:tcW w:w="70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虽然</w:t>
            </w:r>
            <w:r>
              <w:rPr>
                <w:rFonts w:ascii="宋体" w:eastAsia="宋体" w:hAnsi="宋体" w:cs="宋体"/>
                <w:color w:val="000000"/>
              </w:rPr>
              <w:t>___________</w:t>
            </w:r>
            <w:r>
              <w:rPr>
                <w:rFonts w:ascii="宋体" w:eastAsia="宋体" w:hAnsi="宋体" w:cs="宋体"/>
                <w:color w:val="000000"/>
              </w:rPr>
              <w:t>，但这并不令它开心。</w:t>
            </w:r>
          </w:p>
        </w:tc>
      </w:tr>
      <w:tr>
        <w:tblPrEx>
          <w:tblW w:w="8310" w:type="dxa"/>
          <w:tblCellMar>
            <w:top w:w="120" w:type="dxa"/>
            <w:left w:w="120" w:type="dxa"/>
            <w:bottom w:w="120" w:type="dxa"/>
            <w:right w:w="120" w:type="dxa"/>
          </w:tblCellMar>
        </w:tblPrEx>
        <w:trPr>
          <w:cantSplit w:val="0"/>
          <w:trHeight w:val="330"/>
        </w:trPr>
        <w:tc>
          <w:tcPr>
            <w:tcW w:w="12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夏天</w:t>
            </w:r>
          </w:p>
        </w:tc>
        <w:tc>
          <w:tcPr>
            <w:tcW w:w="70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它开了很多花，令薇薇</w:t>
            </w:r>
            <w:r>
              <w:rPr>
                <w:rFonts w:ascii="宋体" w:eastAsia="宋体" w:hAnsi="宋体" w:cs="宋体"/>
                <w:color w:val="000000"/>
              </w:rPr>
              <w:t>___________</w:t>
            </w:r>
            <w:r>
              <w:rPr>
                <w:rFonts w:ascii="宋体" w:eastAsia="宋体" w:hAnsi="宋体" w:cs="宋体"/>
                <w:color w:val="000000"/>
              </w:rPr>
              <w:t>，它觉得心里好受了些。</w:t>
            </w:r>
          </w:p>
        </w:tc>
      </w:tr>
      <w:tr>
        <w:tblPrEx>
          <w:tblW w:w="8310" w:type="dxa"/>
          <w:tblCellMar>
            <w:top w:w="120" w:type="dxa"/>
            <w:left w:w="120" w:type="dxa"/>
            <w:bottom w:w="120" w:type="dxa"/>
            <w:right w:w="120" w:type="dxa"/>
          </w:tblCellMar>
        </w:tblPrEx>
        <w:trPr>
          <w:cantSplit w:val="0"/>
          <w:trHeight w:val="330"/>
        </w:trPr>
        <w:tc>
          <w:tcPr>
            <w:tcW w:w="12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秋天</w:t>
            </w:r>
          </w:p>
        </w:tc>
        <w:tc>
          <w:tcPr>
            <w:tcW w:w="70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结出硕大的果实，被奶奶摘下送给孩子们，它决心要长得更快。</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文中【甲】【乙】两处，仙人掌都表示“我一定要快点儿长”，这两处的含义相同吗？请你结合具体内容简要解说。</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年轻人将仙人掌带回家，原本是希望它完成</w:t>
      </w:r>
      <w:r>
        <w:rPr>
          <w:rFonts w:ascii="宋体" w:eastAsia="宋体" w:hAnsi="宋体" w:cs="宋体"/>
          <w:color w:val="000000"/>
        </w:rPr>
        <w:t>__________</w:t>
      </w:r>
      <w:r>
        <w:rPr>
          <w:rFonts w:ascii="宋体" w:eastAsia="宋体" w:hAnsi="宋体" w:cs="宋体"/>
          <w:color w:val="000000"/>
        </w:rPr>
        <w:t>的任务；但仙人掌竟然在无意中完成了另一个任务</w:t>
      </w:r>
      <w:r>
        <w:rPr>
          <w:rFonts w:ascii="Times New Roman" w:eastAsia="Times New Roman" w:hAnsi="Times New Roman" w:cs="Times New Roman"/>
          <w:color w:val="000000"/>
        </w:rPr>
        <w:t>——</w:t>
      </w:r>
      <w:r>
        <w:rPr>
          <w:rFonts w:ascii="宋体" w:eastAsia="宋体" w:hAnsi="宋体" w:cs="宋体"/>
          <w:color w:val="000000"/>
        </w:rPr>
        <w:t>_________</w:t>
      </w:r>
      <w:r>
        <w:rPr>
          <w:rFonts w:ascii="宋体" w:eastAsia="宋体" w:hAnsi="宋体" w:cs="宋体"/>
          <w:color w:val="000000"/>
        </w:rPr>
        <w:t>，这才是奶奶所希望和需要的。这个童话故事启示我们：</w:t>
      </w:r>
      <w:r>
        <w:rPr>
          <w:rFonts w:ascii="宋体" w:eastAsia="宋体" w:hAnsi="宋体" w:cs="宋体"/>
          <w:color w:val="000000"/>
        </w:rPr>
        <w:t>______________________</w:t>
      </w:r>
      <w:r>
        <w:rPr>
          <w:rFonts w:ascii="宋体" w:eastAsia="宋体" w:hAnsi="宋体" w:cs="宋体"/>
          <w:color w:val="000000"/>
        </w:rPr>
        <w:t>。</w:t>
      </w:r>
    </w:p>
    <w:p>
      <w:pPr>
        <w:spacing w:line="360" w:lineRule="auto"/>
        <w:textAlignment w:val="center"/>
        <w:rPr>
          <w:rFonts w:ascii="宋体" w:eastAsia="宋体" w:hAnsi="宋体" w:cs="宋体"/>
          <w:color w:val="000000"/>
        </w:rPr>
      </w:pPr>
      <w:r>
        <w:rPr>
          <w:color w:val="2E75B6"/>
        </w:rPr>
        <w:t>【答案】</w:t>
      </w:r>
      <w:r>
        <w:rPr>
          <w:color w:val="000000"/>
        </w:rPr>
        <w:t xml:space="preserve">16. </w:t>
      </w:r>
      <w:r>
        <w:rPr>
          <w:color w:val="000000"/>
        </w:rPr>
        <w:t xml:space="preserve">    ①. </w:t>
      </w:r>
      <w:r>
        <w:rPr>
          <w:rFonts w:ascii="宋体" w:eastAsia="宋体" w:hAnsi="宋体" w:cs="宋体"/>
          <w:color w:val="000000"/>
        </w:rPr>
        <w:t>感到难过（或：感到自责）</w:t>
      </w:r>
      <w:r>
        <w:rPr>
          <w:color w:val="000000"/>
        </w:rPr>
        <w:t xml:space="preserve">    ②. </w:t>
      </w:r>
      <w:r>
        <w:rPr>
          <w:rFonts w:ascii="宋体" w:eastAsia="宋体" w:hAnsi="宋体" w:cs="宋体"/>
          <w:color w:val="000000"/>
        </w:rPr>
        <w:t>没有小孩儿偷摘果子</w:t>
      </w:r>
      <w:r>
        <w:rPr>
          <w:color w:val="000000"/>
        </w:rPr>
        <w:t xml:space="preserve">    ③. </w:t>
      </w:r>
      <w:r>
        <w:rPr>
          <w:rFonts w:ascii="宋体" w:eastAsia="宋体" w:hAnsi="宋体" w:cs="宋体"/>
          <w:color w:val="000000"/>
        </w:rPr>
        <w:t>不再畏惧它（或：敢于接近它）</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示例：两处含义不同。【甲】处的含义是希望自己赶紧长出更多的茎和刺，严严实实地围起院子，不让外人靠近；【乙】处的含义是希望自己快快长出更多的茎，好分给孩子们带回家去种。</w:t>
      </w:r>
      <w:r>
        <w:rPr>
          <w:color w:val="000000"/>
        </w:rPr>
        <w:t xml:space="preserve">    </w:t>
      </w:r>
    </w:p>
    <w:p>
      <w:pPr>
        <w:spacing w:line="360" w:lineRule="auto"/>
        <w:textAlignment w:val="center"/>
        <w:rPr>
          <w:rFonts w:ascii="宋体" w:eastAsia="宋体" w:hAnsi="宋体" w:cs="宋体"/>
          <w:color w:val="000000"/>
        </w:rPr>
      </w:pPr>
      <w:r>
        <w:rPr>
          <w:color w:val="000000"/>
        </w:rPr>
        <w:t xml:space="preserve">18. </w:t>
      </w:r>
      <w:r>
        <w:rPr>
          <w:color w:val="000000"/>
        </w:rPr>
        <w:t xml:space="preserve">    ①. </w:t>
      </w:r>
      <w:r>
        <w:rPr>
          <w:rFonts w:ascii="宋体" w:eastAsia="宋体" w:hAnsi="宋体" w:cs="宋体"/>
          <w:color w:val="000000"/>
        </w:rPr>
        <w:t>看门护院</w:t>
      </w:r>
      <w:r>
        <w:rPr>
          <w:color w:val="000000"/>
        </w:rPr>
        <w:t xml:space="preserve">    ②. </w:t>
      </w:r>
      <w:r>
        <w:rPr>
          <w:rFonts w:ascii="宋体" w:eastAsia="宋体" w:hAnsi="宋体" w:cs="宋体"/>
          <w:color w:val="000000"/>
        </w:rPr>
        <w:t>为奶奶带来热闹与欢乐</w:t>
      </w:r>
      <w:r>
        <w:rPr>
          <w:color w:val="000000"/>
        </w:rPr>
        <w:t xml:space="preserve">    ③. </w:t>
      </w:r>
      <w:r>
        <w:rPr>
          <w:rFonts w:ascii="宋体" w:eastAsia="宋体" w:hAnsi="宋体" w:cs="宋体"/>
          <w:color w:val="000000"/>
        </w:rPr>
        <w:t>你自己忽视的方面，也许在他人看来更有价值。（从自我认知、自我成长、关爱他人的方式等角度谈皆可）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【16题详解】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本题考查文章内容的理解与概括。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干提示“时间：四月”“长得很快，却误扎了邻居家小女孩薇薇的手指，它为此”，找到第⑫⑮⑯段“薇薇伸出手去触摸尖刺。‘不可以……’李阿婆还没来得及把薇薇拖开，她已经哇地哭出了声，一颗血珠子从她细嫩的手指尖冒出来”“正是四月份的天气，阳光暖暖的，但它仍然觉得有点儿凉。我错了，它想，我只知道刺能保护奶奶的院子，不知道刺还会把小朋友扎疼”“不小心扎到你啦，我想，它一定也很难过……”可知，仙人掌长得很快误扎了邻居家小女孩薇薇的手指后，他感到难过、自责；</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干提示“时间：五月”“但这并不令它开心”，找到第㉒㉓段“五月，院子里的樱桃树上结满了樱桃。奶奶一个人架起梯子一边摘果子，一边自言自语：‘唉，现在都没人过来摘樱桃吃啦……’”“仙人掌想，都是因为我。它把头深深地低下，几乎要垂到胸口”可知，五月樱桃成熟后虽然没有小孩儿偷摘果子，但这并不令它开心；</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干提示“时间：夏天”“它开了很多花”“它觉得心里好受了些”，找到第㉖㉗㉘段“接下来的日子里，仙人掌的花越开越多。重瓣的、金灿灿的花朵，在一根根尖刺里若隐若现。薇薇也跟着李阿婆一起来看仙人掌的花。她慢慢靠近，小声地数”“临走时她朝它挥挥手：‘我不怕你啦，再见！’”“仙人掌觉得心里好受了一些”可知，夏天仙人掌开了很多花令薇薇不在惧怕仙人掌。据此概括意对即可。</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本题考查学生对语句的理解能力。理解语句一定要遵循“句不离段，段不离篇”的原则，把句子放到语段中，把语段放到原文，结合上下文内容，正确而全面的理解出语段的意思。</w:t>
      </w:r>
    </w:p>
    <w:p>
      <w:pPr>
        <w:spacing w:line="360" w:lineRule="auto"/>
        <w:jc w:val="left"/>
        <w:textAlignment w:val="center"/>
        <w:rPr>
          <w:rFonts w:ascii="宋体" w:eastAsia="宋体" w:hAnsi="宋体" w:cs="宋体"/>
          <w:color w:val="000000"/>
        </w:rPr>
      </w:pPr>
      <w:r>
        <w:rPr>
          <w:rFonts w:ascii="宋体" w:eastAsia="宋体" w:hAnsi="宋体" w:cs="宋体"/>
          <w:color w:val="000000"/>
        </w:rPr>
        <w:t>明确观点：含义不同。根据第⑧段“我一定要快点儿长，长大了为奶奶看门”联系第②⑤段“这东西特别能长，随便截一片插土里，很快又是一大棵。它能帮您看门，有了它，外人不敢靠近，小孩儿也不敢来偷树上的果子了”“仙人掌想，我现在缩在袋子里，他们看不见我的刺，它们是我的武器”等语句可知，【甲】处“我一定要快点儿长”是指仙人掌希望自己长出更多的茎和刺，将院子包围起来，不让外人靠近，证明自己看家护院的本领；</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㉟段“我一定要快点儿长”，联系第㉚㉝㉞段“奶奶端了个塑料盆，戴起厚厚的手套，把紫红色的仙人掌果实摘下来”“孩子们都围拢来，眼巴巴地看着奶奶手中的塑料盆。奶奶拣起一个仙人掌果，确定没有带着尖刺，才放进一个孩子的手里。薇薇得到了一个最大的仙人掌果。她舍不得吃，说要放在专门装宝贝的盒子里”“奶奶家里热闹极了。她答应孩子们，来年，等仙人掌再长大些，分几片茎给他们带回家种去”等语句可知，【乙】处“我一定要快点儿长”是指仙人掌看到孩子们很喜欢自己结出的果实，听到奶奶承诺来年等自己长大些分几片茎给他们带回家种去，希望自己赶快长出更多的茎，好分给孩子们带回家去种。</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本题考查文章内容的理解。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②段“走出两步，他又回头：‘这东西特别能长，随便截一片插土里，很快又是一大棵。它能帮您看门，有了它，外人不敢靠近，小孩儿也不敢来偷树上的果子了。’”可知，年轻人将仙人掌带回家原本是想让他完成看家护院的任务；</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㉚㉝㉞段“奶奶端了个塑料盆，戴起厚厚的手套，把紫红色的仙人掌果实摘下来”“孩子们都围拢来，眼巴巴地看着奶奶手中的塑料盆。奶奶拣起一个仙人掌果，确定没有带着尖刺，才放进一个孩子的手里。薇薇得到了一个最大的仙人掌果。她舍不得吃，说要放在专门装宝贝的盒子里”“奶奶家里热闹极了。她答应孩子们，来年，等仙人掌再长大些，分几片茎给他们带回家种去”等语句可知，仙人掌无意中完成的另外一个任务是开花结果给奶奶带来了欢乐，让院子热闹起来；</w:t>
      </w:r>
    </w:p>
    <w:p>
      <w:pPr>
        <w:spacing w:line="360" w:lineRule="auto"/>
        <w:jc w:val="left"/>
        <w:textAlignment w:val="center"/>
        <w:rPr>
          <w:rFonts w:ascii="宋体" w:eastAsia="宋体" w:hAnsi="宋体" w:cs="宋体"/>
          <w:color w:val="000000"/>
        </w:rPr>
      </w:pPr>
      <w:r>
        <w:rPr>
          <w:rFonts w:ascii="宋体" w:eastAsia="宋体" w:hAnsi="宋体" w:cs="宋体"/>
          <w:color w:val="000000"/>
        </w:rPr>
        <w:t>联系第㉕段“‘哦……开花嘛，多简单的事，我们都会开花。可我常常觉得花朵是累赘，’它耸耸肩，‘我们生来是要看家护院的，花朵降低了我们的威慑力。’”，第㉙段“‘也许你本来就不是看门的。’木槿说，‘没有谁生来必须干什么的道理。’”，第㉜段“‘又是开花又是结果的，”仙人掌说，“浪费我一身的好刺儿。’”，第㊱段“木槿大声笑起来，仙人掌也笑了”等语句可知，仙人掌认为自己就是看家护院的，花与果实对于自己来说是累赘，没想到自己的刺能看家护院并未让自己与周围的人开心，反而是自己忽略的东西发挥了更大的价值，启发我们要全面地认识自己，自己忽略的方面也许对他人来说更有价值；不要忽略自己成长的方方面面；关爱他人，奉献自己才能收获快乐。据此回答意对即可。</w:t>
      </w:r>
    </w:p>
    <w:p>
      <w:pPr>
        <w:pStyle w:val="Heading3"/>
      </w:pPr>
      <w:r>
        <w:t>大兴区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四、现代文阅读（共18分）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（一）（共10分）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阅读《走一步，再走一步》，完成下面小题。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走一步，再走一步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①那是在费城，一个酷热的七月天——直到56年后的今天，我仍能感受到当年那股灼人的热浪。和我在一起的五个男孩子已经厌倦了玩弹珠，以及用透镜在干树叶上烧洞的游戏，正在寻觅其他好玩的事。</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②一脸雀斑的小内德说道：“嗨!我有主意了。我们很久没去爬悬崖了。”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③“我们走吧!”有人附和着。然后他们出发了，气喘吁吁地一路小跑，就像一群迷路的小狗。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④我犹豫了。我渴望像他们一样勇敢和活跃，但是在过去的八年岁月中，我绝大部分时间都是一个病弱的孩子，并将妈妈的警告牢记在心——我不像其他孩子那样强壮，而且不能冒险。</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⑤“快来呀!”杰里冲着我大喊——他是我最好的朋友。“就因为你过去生病，所以就要当胆小鬼?这没道理。”“我来了!”我喊道，然后跟在他们后面跑。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我们穿过公园，进入树林，最后来到一块空地上。在很远的另一边，有一道悬崖，像一面几近垂直的墙突兀地耸立在岩石中，四面都是土坡，上面长着参差不齐的矮树丛和臭椿树苗。从底部杂乱的岩石到顶部草皮的边缘，只有60英尺左右，但是对我来说，这是严禁和不可能的化身。</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其他的孩子一个接一个地往上爬，在突出的岩石和土层上找到放手和脚的地方。我犹豫不决，直到其他孩子都爬到了上面，这才开始满头大汗、浑身发抖地往上爬。手扒在这儿，脚踩在那儿，我的心在瘦弱的胸腔中怦怦地跳动，我努力往上爬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⑧不知何时，我回头向下看了一眼，然后吓坏了：悬崖底下的地面看起来非常遥远；只要滑一下，我就会掉下去，撞上悬崖，然后摔到岩石上，摔个粉碎。</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⑨但是那些男孩子已经爬到了距离悬崖顶部三分之二路程的岩脊上，那里大约有五六英尺深，15英尺长。我努力向他们爬过去。【甲】</w:t>
      </w:r>
      <w:r>
        <w:rPr>
          <w:rFonts w:ascii="楷体" w:eastAsia="楷体" w:hAnsi="楷体" w:cs="楷体"/>
          <w:color w:val="000000"/>
          <w:u w:val="single"/>
        </w:rPr>
        <w:t>我缓慢地爬着，尽可能贴近里侧，紧紧地扒住岩石的表面。</w:t>
      </w:r>
      <w:r>
        <w:rPr>
          <w:rFonts w:ascii="楷体" w:eastAsia="楷体" w:hAnsi="楷体" w:cs="楷体"/>
          <w:color w:val="000000"/>
        </w:rPr>
        <w:t>其他的孩子则站在靠近边缘的地方，这种情景让我感到反胃，我偷偷地抓住背后的岩石。</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⑩几分钟后，他们开始继续往上爬。</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⑪“喂，等等我。”我哑着嗓子说。</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⑫“再见啦!看你就像滑稽画里的小人儿。”他们中的一个说道，其他的则哄然大笑。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⑬“但是我不能……我……”这句话刺激了他们，他们开始嘲笑我，发出嘘声，然后继续向上爬，这样他们就可以从崖顶绕道回家。在离开之前，他们向下盯着我看。</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⑭内德嘲笑说：“你可以留下来，如果你想的话。”</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⑮“全看你自己了。”杰里看起来很担心，但最后还是和其他孩子一起走了。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⑯我往下看，感到阵阵晕眩;一股无名的力量好像正在逼迫我掉下去。我紧贴在一块岩石上，感觉天旋地转。我想掉头回去，但知道我绝对回不去了。这太远，也太危险了；在悬崖的中途，我会逐渐感到虚弱、无力，然后松手，掉下去摔死。但是通向顶部的路看起来更糟——更高，更陡，更变化莫测，我肯定上不去。我听见有人在哭泣、呻吟；我想知道那是谁，最后才意识到那就是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⑰时间在慢慢地过去。影子在慢慢拉长，太阳已经没在西边低矮的树梢下，夜幕开始降临。周围一片寂静，我趴在岩石上，神情恍惚，无助和恐惧已经让我麻木，我一动也不动，甚至无法思考怎样下去，安全地回家。</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⑱【乙】</w:t>
      </w:r>
      <w:r>
        <w:rPr>
          <w:rFonts w:ascii="楷体" w:eastAsia="楷体" w:hAnsi="楷体" w:cs="楷体"/>
          <w:color w:val="000000"/>
          <w:u w:val="single"/>
        </w:rPr>
        <w:t>暮色中，第一颗星星出现在天空中，悬崖下面的地面开始变得模糊。</w:t>
      </w:r>
      <w:r>
        <w:rPr>
          <w:rFonts w:ascii="楷体" w:eastAsia="楷体" w:hAnsi="楷体" w:cs="楷体"/>
          <w:color w:val="000000"/>
        </w:rPr>
        <w:t>不过，树林中闪烁着一道手电筒发出的光，然后我听到了杰里和爸爸的喊声。爸爸！但是他能做什么？他是个粗壮的中年人，他爬不上来。即使他爬上来了，又能怎样?</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⑲爸爸远远地站在悬崖脚下，这样才能看见我。他用手电筒照着我，然后喊道：“现在，下来。”他用非常正常、安慰的口吻说道：“要吃晚饭了。”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⑳“我不行!我会掉下去的!我会摔死的!”我大哭着说。</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㉑“你能爬上去，你就能下来，我会给你照亮。”</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㉒“不，我不行!太远了，太困难了!我做不到!”我怒吼着。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㉓“听我说，”爸爸继续说，“不要想有多远，有多困难，你需要想的是迈一小步。这个你能做到。看着手电光指的地方。看到那块石头没有？”光柱游走，指着岩脊下面的一块突出的石头。“看到了吗？”他大声问道。</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㉔我慢慢地挪动了一下。“看到了。”我回答。</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㉕“好的，现在转过身去，然后用左脚踩住那块石头。这就是你要做的。它就在你下面一点儿。你能做到。不要担心接下来的事情，也不要往下看，先走好第一步。相信我。”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㉖这看起来我能做到。我往后移动了一下，用左脚小心翼翼地感觉着岩石，然后找到了。“很好。”爸爸喊道，“现在，往右边下面一点儿，那儿有另外一个落脚点，就几英寸远。移动你的右脚，慢慢地往下。这就是你要做的。只想着接下来的这步，不要想别的。”我照做了。“好了，现在松开左手，然后抓住后面的小树干，就在边上，看我手电照的地方，这就是你要做的。”再一次，我做到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㉗就这样，一次一步，一次换一个地方落脚，按照他说的往下爬，爸爸强调每次我只需要做一个简单的动作，从来不让我有机会停下来思考下面的路还很长，他一直在告诉我，接下来要做的事情我能做。</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㉘突然，我向下迈出了最后一步，然后踩到了底部凌乱的岩石，扑进了爸爸强壮的臂弯里，抽噎了一下，然后令人惊讶的是，我有了一种巨大的成就感和类似骄傲的感觉。</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㉙此后，我生命中有很多时刻，面对一个遥不可及的目标，或者一个令人畏惧的情境，当我感到惊慌失措时，我都能够轻松应对——因为我回想起了很久以前悬崖上的那一课。我提醒自己不要看下面遥远的岩石，而是注意相对轻松、容易的第一小步，迈出一小步，再一小步，就这样体会每一步带来的成就感，直到达成了自己的目标。这个时候，再回头看，就会对自己走过的这段漫漫长路感到惊讶和骄傲。</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（选自莫顿·亨特《悬崖上的一课》，有删改）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“我”从悬崖脱险的过程，也是“我”心理成长的过程。请阅读文章，完成表格。</w:t>
      </w:r>
    </w:p>
    <w:tbl>
      <w:tblPr>
        <w:tblStyle w:val="TableNormal"/>
        <w:tblW w:w="7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75"/>
        <w:gridCol w:w="1950"/>
        <w:gridCol w:w="964"/>
        <w:gridCol w:w="2509"/>
        <w:gridCol w:w="967"/>
      </w:tblGrid>
      <w:tr>
        <w:tblPrEx>
          <w:tblW w:w="7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855"/>
        </w:trPr>
        <w:tc>
          <w:tcPr>
            <w:tcW w:w="8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rFonts w:ascii="宋体" w:eastAsia="宋体" w:hAnsi="宋体" w:cs="宋体"/>
                <w:color w:val="000000"/>
              </w:rPr>
            </w:pPr>
            <w:r>
              <w:rPr>
                <w:rFonts w:ascii="宋体" w:eastAsia="宋体" w:hAnsi="宋体" w:cs="宋体"/>
                <w:color w:val="000000"/>
              </w:rPr>
              <w:t>过程</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伙伴们打算爬悬崖</w:t>
            </w:r>
          </w:p>
        </w:tc>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②</w:t>
            </w:r>
            <w:r>
              <w:rPr>
                <w:rFonts w:ascii="宋体" w:eastAsia="宋体" w:hAnsi="宋体" w:cs="宋体"/>
                <w:color w:val="000000"/>
              </w:rPr>
              <w:t>____</w:t>
            </w:r>
          </w:p>
        </w:tc>
        <w:tc>
          <w:tcPr>
            <w:tcW w:w="17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“我”在岩石上趴着下不来</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③</w:t>
            </w:r>
            <w:r>
              <w:rPr>
                <w:rFonts w:ascii="宋体" w:eastAsia="宋体" w:hAnsi="宋体" w:cs="宋体"/>
                <w:color w:val="000000"/>
              </w:rPr>
              <w:t>____</w:t>
            </w:r>
          </w:p>
        </w:tc>
      </w:tr>
      <w:tr>
        <w:tblPrEx>
          <w:tblW w:w="7185" w:type="dxa"/>
          <w:tblCellMar>
            <w:top w:w="120" w:type="dxa"/>
            <w:left w:w="120" w:type="dxa"/>
            <w:bottom w:w="120" w:type="dxa"/>
            <w:right w:w="120" w:type="dxa"/>
          </w:tblCellMar>
        </w:tblPrEx>
        <w:trPr>
          <w:cantSplit w:val="0"/>
          <w:trHeight w:val="330"/>
        </w:trPr>
        <w:tc>
          <w:tcPr>
            <w:tcW w:w="8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心理</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①</w:t>
            </w:r>
            <w:r>
              <w:rPr>
                <w:rFonts w:ascii="宋体" w:eastAsia="宋体" w:hAnsi="宋体" w:cs="宋体"/>
                <w:color w:val="000000"/>
              </w:rPr>
              <w:t>____</w:t>
            </w:r>
          </w:p>
        </w:tc>
        <w:tc>
          <w:tcPr>
            <w:tcW w:w="17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害怕</w:t>
            </w:r>
          </w:p>
        </w:tc>
        <w:tc>
          <w:tcPr>
            <w:tcW w:w="17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无助、恐惧</w:t>
            </w:r>
          </w:p>
        </w:tc>
        <w:tc>
          <w:tcPr>
            <w:tcW w:w="17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④</w:t>
            </w:r>
            <w:r>
              <w:rPr>
                <w:rFonts w:ascii="宋体" w:eastAsia="宋体" w:hAnsi="宋体" w:cs="宋体"/>
                <w:color w:val="000000"/>
              </w:rPr>
              <w:t>____</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描写人物心理既可以直接描写，也可以借助动作、环境等描写方法。请从【甲】【乙】两处语句中</w:t>
      </w:r>
      <w:r>
        <w:rPr>
          <w:rFonts w:ascii="宋体" w:eastAsia="宋体" w:hAnsi="宋体" w:cs="宋体"/>
          <w:color w:val="000000"/>
          <w:em w:val="dot"/>
        </w:rPr>
        <w:t>任选一句</w:t>
      </w:r>
      <w:r>
        <w:rPr>
          <w:rFonts w:ascii="宋体" w:eastAsia="宋体" w:hAnsi="宋体" w:cs="宋体"/>
          <w:color w:val="000000"/>
        </w:rPr>
        <w:t>进行分析。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请从以下两个叙述角度中</w:t>
      </w:r>
      <w:r>
        <w:rPr>
          <w:rFonts w:ascii="宋体" w:eastAsia="宋体" w:hAnsi="宋体" w:cs="宋体"/>
          <w:color w:val="000000"/>
          <w:em w:val="dot"/>
        </w:rPr>
        <w:t>任选一个</w:t>
      </w:r>
      <w:r>
        <w:rPr>
          <w:rFonts w:ascii="宋体" w:eastAsia="宋体" w:hAnsi="宋体" w:cs="宋体"/>
          <w:color w:val="000000"/>
        </w:rPr>
        <w:t>，简要复述本文内容。（100字左右）</w:t>
      </w:r>
    </w:p>
    <w:p>
      <w:pPr>
        <w:spacing w:line="360" w:lineRule="auto"/>
        <w:jc w:val="left"/>
        <w:textAlignment w:val="center"/>
        <w:rPr>
          <w:rFonts w:ascii="宋体" w:eastAsia="宋体" w:hAnsi="宋体" w:cs="宋体"/>
          <w:color w:val="000000"/>
        </w:rPr>
      </w:pPr>
      <w:r>
        <w:rPr>
          <w:rFonts w:ascii="宋体" w:eastAsia="宋体" w:hAnsi="宋体" w:cs="宋体"/>
          <w:color w:val="000000"/>
        </w:rPr>
        <w:t>复述角度：（1）以父亲的口吻复述。（2）以杰里的口吻复述。</w:t>
      </w:r>
    </w:p>
    <w:p>
      <w:pPr>
        <w:spacing w:line="360" w:lineRule="auto"/>
        <w:textAlignment w:val="center"/>
        <w:rPr>
          <w:rFonts w:ascii="宋体" w:eastAsia="宋体" w:hAnsi="宋体" w:cs="宋体"/>
          <w:color w:val="000000"/>
        </w:rPr>
      </w:pPr>
      <w:r>
        <w:rPr>
          <w:color w:val="2E75B6"/>
        </w:rPr>
        <w:t>【答案】</w:t>
      </w:r>
      <w:r>
        <w:rPr>
          <w:color w:val="000000"/>
        </w:rPr>
        <w:t xml:space="preserve">15. </w:t>
      </w:r>
      <w:r>
        <w:rPr>
          <w:color w:val="000000"/>
        </w:rPr>
        <w:t xml:space="preserve">    ①. </w:t>
      </w:r>
      <w:r>
        <w:rPr>
          <w:rFonts w:ascii="宋体" w:eastAsia="宋体" w:hAnsi="宋体" w:cs="宋体"/>
          <w:color w:val="000000"/>
        </w:rPr>
        <w:t>“我”开始往上爬</w:t>
      </w:r>
      <w:r>
        <w:rPr>
          <w:color w:val="000000"/>
        </w:rPr>
        <w:t xml:space="preserve">    ②. </w:t>
      </w:r>
      <w:r>
        <w:rPr>
          <w:rFonts w:ascii="宋体" w:eastAsia="宋体" w:hAnsi="宋体" w:cs="宋体"/>
          <w:color w:val="000000"/>
        </w:rPr>
        <w:t>“我”在爸爸的指引下爬下悬崖</w:t>
      </w:r>
      <w:r>
        <w:rPr>
          <w:color w:val="000000"/>
        </w:rPr>
        <w:t xml:space="preserve">    ③. </w:t>
      </w:r>
      <w:r>
        <w:rPr>
          <w:rFonts w:ascii="宋体" w:eastAsia="宋体" w:hAnsi="宋体" w:cs="宋体"/>
          <w:color w:val="000000"/>
        </w:rPr>
        <w:t>犹豫</w:t>
      </w:r>
      <w:r>
        <w:rPr>
          <w:color w:val="000000"/>
        </w:rPr>
        <w:t xml:space="preserve">    ④. </w:t>
      </w:r>
      <w:r>
        <w:rPr>
          <w:rFonts w:ascii="宋体" w:eastAsia="宋体" w:hAnsi="宋体" w:cs="宋体"/>
          <w:color w:val="000000"/>
        </w:rPr>
        <w:t>有成就感、骄傲</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【甲】答案示例：“缓慢地爬”“贴”“紧紧地扒住”几处动作描写，写出了“我”当时紧张、害怕的心理，这些外在的行为表现正是此时人物心理状态的真实写照。</w:t>
      </w:r>
    </w:p>
    <w:p>
      <w:pPr>
        <w:spacing w:line="360" w:lineRule="auto"/>
        <w:jc w:val="left"/>
        <w:textAlignment w:val="center"/>
        <w:rPr>
          <w:rFonts w:ascii="宋体" w:eastAsia="宋体" w:hAnsi="宋体" w:cs="宋体"/>
          <w:color w:val="000000"/>
        </w:rPr>
      </w:pPr>
      <w:r>
        <w:rPr>
          <w:rFonts w:ascii="宋体" w:eastAsia="宋体" w:hAnsi="宋体" w:cs="宋体"/>
          <w:color w:val="000000"/>
        </w:rPr>
        <w:t>【乙】答案示例：这句自然环境描写，写出了夜晚来临、天色越来越暗，烘托了“我”身处绝境无人救助时紧张害怕的心理。</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17. </w:t>
      </w:r>
      <w:r>
        <w:rPr>
          <w:rFonts w:ascii="宋体" w:eastAsia="宋体" w:hAnsi="宋体" w:cs="宋体"/>
          <w:color w:val="000000"/>
        </w:rPr>
        <w:t>（1）答案示例：“我”跟着儿子的好友杰里，在暮色中找到了趴在岩石上不敢下来的儿子。 “我”此时要表现出镇定，“我”先安慰鼓励儿子，然后拿着手电筒为儿子指路，每次让儿子向离自己最近的岩石移动一小步。就这样，儿子逐渐克服恐惧，爬下了悬崖。</w:t>
      </w:r>
    </w:p>
    <w:p>
      <w:pPr>
        <w:spacing w:line="360" w:lineRule="auto"/>
        <w:jc w:val="left"/>
        <w:textAlignment w:val="center"/>
        <w:rPr>
          <w:rFonts w:ascii="宋体" w:eastAsia="宋体" w:hAnsi="宋体" w:cs="宋体"/>
          <w:color w:val="000000"/>
        </w:rPr>
      </w:pPr>
      <w:r>
        <w:rPr>
          <w:rFonts w:ascii="宋体" w:eastAsia="宋体" w:hAnsi="宋体" w:cs="宋体"/>
          <w:color w:val="000000"/>
        </w:rPr>
        <w:t>（2）答案示例：“我”和小伙伴们决定爬悬崖，但“我”的好友亨特有点犹豫。 “我们”爬到顶部，亨特被困半途。“我”担心他，但还是被催着离开了。回家后，“我”不放心，就去告诉亨特的父亲，带他一起去找亨特。在他父亲的指引下，亨特克服恐惧，爬下了悬崖。</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【15题详解】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本题考查文章内容概括。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第一空，由题干提示的过程“伙伴们打算爬悬崖”可知在文章②至④段，结合第④段“我犹豫了。我渴望像他们一样勇敢和活跃，但是在过去的八年岁月中，我绝大部分时间都是一个病弱的孩子”可知，“我”此时的心理是犹豫的。即序号③填“犹豫”。</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空，由题干提示的心理“害怕”可知在文章⑦⑧段，结合第⑦段“犹豫不决，直到其他孩子都爬到了上面，这才开始满头大汗、浑身发抖地往上爬”“我努力往上爬着”可概括出情节：“我”开始往上爬，十分害怕。即序号①填：“我”开始往上爬。</w:t>
      </w:r>
    </w:p>
    <w:p>
      <w:pPr>
        <w:spacing w:line="360" w:lineRule="auto"/>
        <w:jc w:val="left"/>
        <w:textAlignment w:val="center"/>
        <w:rPr>
          <w:rFonts w:ascii="宋体" w:eastAsia="宋体" w:hAnsi="宋体" w:cs="宋体"/>
          <w:color w:val="000000"/>
        </w:rPr>
      </w:pPr>
      <w:r>
        <w:rPr>
          <w:rFonts w:ascii="宋体" w:eastAsia="宋体" w:hAnsi="宋体" w:cs="宋体"/>
          <w:color w:val="000000"/>
        </w:rPr>
        <w:t>第三空，结合题干“在岩石上趴着下不来”“无助、恐惧”可知，在文章⑯至⑱段。接着往下分析，结合第㉓段“不要想有多远，有多困难，你需要想的是迈一小步。这个你能做到。看着手电光指的地方”、第㉔段“我慢慢地挪动了一下”、第㉕段“好的，现在转过身去，然后用左脚踩住那块石头”、第㉖段“现在，往右边下面一点儿，那儿有另外一个落脚点，就几英寸远。移动你的右脚，慢慢地往下。这就是你要做的”、第㉗段“就这样，一次一步，一次换一个地方落脚，按照他说的往下爬”、第㉘段“我有了一种巨大的成就感和类似骄傲的感觉”等内容可知，“我”在爸爸的指引下一步一步地爬下悬崖，“我”有成就感和骄傲的感觉。即序号②填：“我”在爸爸的指引下一步一步地爬下悬崖；序号③填：有成就感和骄傲的感觉。</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本题考查语言赏析。注意分析人物的心理，结合人物描写和环境描写分析。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甲】句“我缓慢地爬着，尽可能贴近里侧，紧紧地扒住岩石的表面”中“缓慢地爬”“尽可能贴近”“紧紧地扒住”等关键词可看出，运用了动作描写，生动形象地写出了“我”当时爬悬崖时紧张、害怕的心理，将“我”当时的内心写照真实地反映出来，具有真实感。</w:t>
      </w:r>
    </w:p>
    <w:p>
      <w:pPr>
        <w:spacing w:line="360" w:lineRule="auto"/>
        <w:jc w:val="left"/>
        <w:textAlignment w:val="center"/>
        <w:rPr>
          <w:rFonts w:ascii="宋体" w:eastAsia="宋体" w:hAnsi="宋体" w:cs="宋体"/>
          <w:color w:val="000000"/>
        </w:rPr>
      </w:pPr>
      <w:r>
        <w:rPr>
          <w:rFonts w:ascii="宋体" w:eastAsia="宋体" w:hAnsi="宋体" w:cs="宋体"/>
          <w:color w:val="000000"/>
        </w:rPr>
        <w:t>【乙】句“暮色中，第一颗星星出现在天空中，悬崖下面的地面开始变得模糊”中“暮色”“第一颗星星”等词语可看出，运用了环境描写，写出了当时天色已晚，结合前文第⑰段“我趴在岩石上，神情恍惚，无助和恐惧已经让我麻木，我一动也不动，甚至无法思考怎样下去，安全地回家”可知，“我”一个人无助地趴在悬崖的岩石上，任时间一点点过去，乙句的环境描写烘托出“我”害怕、无助、紧张的心理。</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本题考查复述。注意字数要求，叙述的内容要完整。</w:t>
      </w:r>
    </w:p>
    <w:p>
      <w:pPr>
        <w:spacing w:line="360" w:lineRule="auto"/>
        <w:jc w:val="left"/>
        <w:textAlignment w:val="center"/>
        <w:rPr>
          <w:rFonts w:ascii="宋体" w:eastAsia="宋体" w:hAnsi="宋体" w:cs="宋体"/>
          <w:color w:val="000000"/>
        </w:rPr>
      </w:pPr>
      <w:r>
        <w:rPr>
          <w:rFonts w:ascii="宋体" w:eastAsia="宋体" w:hAnsi="宋体" w:cs="宋体"/>
          <w:color w:val="000000"/>
        </w:rPr>
        <w:t>（1）以父亲的口吻复述。示例：我迟迟没等到儿子回家，儿子的好友杰里告诉我儿子还在悬崖上。我在悬崖下看到了趴在岩石上不敢下来的儿子。儿子很慌张，我大声鼓励安慰他，告诉他可以爬下悬崖，让他按照我手电筒的光一步一步移动，每移动一小步我都大声鼓励表扬他，最终，儿子战胜了恐惧，爬下了悬崖。</w:t>
      </w:r>
    </w:p>
    <w:p>
      <w:pPr>
        <w:spacing w:line="360" w:lineRule="auto"/>
        <w:jc w:val="left"/>
        <w:textAlignment w:val="center"/>
        <w:rPr>
          <w:rFonts w:ascii="宋体" w:eastAsia="宋体" w:hAnsi="宋体" w:cs="宋体"/>
          <w:color w:val="000000"/>
        </w:rPr>
      </w:pPr>
      <w:r>
        <w:rPr>
          <w:rFonts w:ascii="宋体" w:eastAsia="宋体" w:hAnsi="宋体" w:cs="宋体"/>
          <w:color w:val="000000"/>
        </w:rPr>
        <w:t>（2）以杰里的口吻复述。示例：我打算和小伙伴们爬悬崖，但我的好友亨特很犹豫，我知道他身体不好，但我不希望他做胆小鬼，我和其他小伙伴开始往上爬，亨特爬得很慢，我们爬到顶部的时候，亨特还在半山腰，我们没等亨特爬下来就回家了，回家后，我担心亨特还留在悬崖上，就去找亨特的父亲，亨特果然还没回家，我就带着亨特的父亲去找亨特。后来在亨特父亲的指引下，亨特一步步爬下悬崖。</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（二）（共8分）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阅读《拒绝被牵的小狼》，完成下面小题。</w:t>
      </w:r>
    </w:p>
    <w:p>
      <w:pPr>
        <w:spacing w:line="360" w:lineRule="auto"/>
        <w:ind w:firstLine="420"/>
        <w:jc w:val="center"/>
        <w:textAlignment w:val="center"/>
        <w:rPr>
          <w:rFonts w:ascii="楷体" w:eastAsia="楷体" w:hAnsi="楷体" w:cs="楷体"/>
          <w:color w:val="000000"/>
        </w:rPr>
      </w:pPr>
      <w:r>
        <w:rPr>
          <w:rFonts w:ascii="楷体" w:eastAsia="楷体" w:hAnsi="楷体" w:cs="楷体"/>
          <w:color w:val="000000"/>
        </w:rPr>
        <w:t>拒绝被牵的小狼</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①熊可牵，虎可牵，狮可牵，大象也可牵。蒙古草原狼，不可牵。</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②小狼宁可被勒死，也不肯被搬家的牛车牵上路……</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③张继原急得一头汗，嚷嚷道：“你早干什么来了？早就应该训练牵着小狼走。”</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陈阵没好气儿地说：“我怎么没训？小时候它分量轻，还能拽得动它。可到了后来，谁还能拽得动？一个夏天，从来都是它拽着我走，从来就不让我牵。拽狠了，它就咬人。狼不是狗，你打死它，它也不听你的。狼不是老虎狮子，你见过大马戏团有狼表演吗？再厉害的驯兽员也驯不服狼！你见狼见得比我多，难道你还不知道狼……”</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⑤陈阵将拴着小母狗和小狼的那辆牛车，调到车队的最后。他把最后一头牛的牛头绳拴在第五辆牛车的后横木上，然后大喊一声：“出发！”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张继原不敢坐在头车上赶车，而是牵着头牛慢慢走。牛车一辆跟着一辆启动了，当最后一辆车动起来的时候，小母狗马上跟着动，可是小狼一直等到近三米长的铁链快拽直了还不动。这次搬家的六头大犍牛，都是高建中挑选出来的最壮最快的牛。为了搬家，还按照草原规矩，把牛少吃多喝地拴了三天，吊空了庞大的肚皮，此时正是犍牛憋足劲拉车的好时候。六头牛大步流星地走起来，狼哪里犟得过牛，小狼连撑地的准备动作还没有做好，就一下子被牛车呼地拽了一个大跟头。</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小狼又惊又怒，拼命挣扎，四爪乱抓，扒住地猛地一翻身，急忙爬起来，跑了几步，迅速做好了四爪撑地的抵抗动作。牛车上了车道，加快了速度。小狼梗着脖子，踉踉跄跄地撑了十几米，又被牛车拽翻。铁链像拖死狗一样地拖着小狼，草根茬剐下一层狼毛。一旦小狼被拖倒在地，它的后脖子就使不上劲，而吃劲的地方却是致命的咽喉。皮项圈越勒越紧，勒得它伸长了舌头，翻着白眼。小狼张大嘴，拼命喘气挣扎，四爪乱蹬，陈阵吓得几乎就要喊停车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就在这时，小狼忽然发狂地拱动身体，连蹬带踹，后腿终于踹着了路埂，又奇迹般地向前一窜，一轱辘翻过身爬了起来。小狼生怕铁链拉直，又向前快跑了几步。陈阵发现这次小狼比上次多跑了两步，它明显是为了多抢出点时间，以便再做更有效的抵抗动作。小狼抢在铁链拽直以前，极力把身体大幅度地后仰，身体的重心比前一次更加靠后半尺。铁链一拉直，小狼居然没被拽倒，它犟犟地梗着脖子，死死地撑地，四只狼爪像搂草机一般，搂起路梗上的一堆秋草。草越积越多，成了滑行障碍，呼地一下，小狼又被牛车拽了一个大跟头。急忙跑了几步，再撑地。</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小母狗侧头同情地看看小狼，发出哼哼的声音，还向它伸了一下爪子。那意思像是说，快像我这样走，要不然会被拖死的。可是小狼对小母狗连理也不理，继续用自己的方式顽抗。拽倒了，拱动身体踹蹬路埂，挣扎着爬起来；冲前几步，摆好姿势，梗着脖子，被绷直的绞索勒紧；然后再一次被拽倒，再拼命翻过身……</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陈阵发现，小狼不是不会跟着牛车跑和走，不是学不会小狗的跟车步伐。但是，它宁可忍受与死亡绞索搏斗的疼痛，就是不肯像狗那样被牵着走。拒牵与被牵——在性格上绝对是狼与狗、狼与狮虎熊象的根本界限。草原上没有一条狼会越出这道界限，向人投降。拒绝服从，拒绝被牵，是一条真正的蒙古草原狼，作为狼的绝对准则。</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⑪小狼仍在死抗，坚硬的沙路像粗砂纸，磨着小狼爪，鲜血淋漓。</w:t>
      </w:r>
      <w:r>
        <w:rPr>
          <w:rFonts w:ascii="楷体" w:eastAsia="楷体" w:hAnsi="楷体" w:cs="楷体"/>
          <w:color w:val="000000"/>
          <w:u w:val="single"/>
        </w:rPr>
        <w:t>陈阵的胸口一阵猛烈的心绞痛</w:t>
      </w:r>
      <w:r>
        <w:rPr>
          <w:rFonts w:ascii="楷体" w:eastAsia="楷体" w:hAnsi="楷体" w:cs="楷体"/>
          <w:color w:val="000000"/>
        </w:rPr>
        <w:t>。陈阵由此觉得，自己对草原狼的认识还是太肤浅了。很长时间以来，他一直认为狼以食为天、狼以杀为天，显然都不是。那种认识是以人之心，度狼之腹。草原狼无论食与杀，都不是目的，而是为了自己不可侵犯的自由、独立和尊严。也正因如此，它拥有了让人感到羞愧和敬仰的精神力量。</w:t>
      </w:r>
    </w:p>
    <w:p>
      <w:pPr>
        <w:spacing w:line="360" w:lineRule="auto"/>
        <w:jc w:val="right"/>
        <w:textAlignment w:val="center"/>
        <w:rPr>
          <w:rFonts w:ascii="宋体" w:eastAsia="宋体" w:hAnsi="宋体" w:cs="宋体"/>
          <w:color w:val="000000"/>
        </w:rPr>
      </w:pPr>
      <w:r>
        <w:rPr>
          <w:rFonts w:ascii="宋体" w:eastAsia="宋体" w:hAnsi="宋体" w:cs="宋体"/>
          <w:color w:val="000000"/>
        </w:rPr>
        <w:t xml:space="preserve"> (节选自姜戎《狼图腾》，有删改)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选文中的“小狼”一定给你留下了深刻的印象，请用两个词语概括“小狼”的形象特点，并分别结合文章内容说说你的依据。</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选文第</w:t>
      </w:r>
      <w:r>
        <w:rPr>
          <w:rFonts w:ascii="MS Mincho" w:eastAsia="MS Mincho" w:hAnsi="MS Mincho" w:cs="MS Mincho"/>
          <w:color w:val="000000"/>
        </w:rPr>
        <w:t>⑪</w:t>
      </w:r>
      <w:r>
        <w:rPr>
          <w:rFonts w:ascii="宋体" w:eastAsia="宋体" w:hAnsi="宋体" w:cs="宋体"/>
          <w:color w:val="000000"/>
        </w:rPr>
        <w:t>段写道“陈阵的胸口一阵猛烈的心绞痛”。结合上下文推测陈阵有此感觉的原因。</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小说《狼图腾》曾在2015年被拍成电影。以下是一位参加首映礼的学长书写的看首映宣传海报的感受。请仿照例句，写写你看原著封面的感受。</w:t>
      </w:r>
    </w:p>
    <w:p>
      <w:pPr>
        <w:spacing w:line="360" w:lineRule="auto"/>
        <w:jc w:val="left"/>
        <w:textAlignment w:val="center"/>
        <w:rPr>
          <w:rFonts w:ascii="宋体" w:eastAsia="宋体" w:hAnsi="宋体" w:cs="宋体"/>
          <w:color w:val="000000"/>
        </w:rPr>
      </w:pPr>
      <w:r>
        <w:rPr>
          <w:rFonts w:ascii="宋体" w:eastAsia="宋体" w:hAnsi="宋体" w:cs="宋体"/>
          <w:color w:val="000000"/>
        </w:rPr>
        <w:t>例句：《狼图腾》首映宣传海报的画面耐人寻味，晴朗的天空中呈现飞翔姿态的云朵草原狼，引发了观影者对剧情的期待。</w:t>
      </w:r>
    </w:p>
    <w:p>
      <w:pPr>
        <w:spacing w:line="360" w:lineRule="auto"/>
        <w:jc w:val="left"/>
        <w:textAlignment w:val="center"/>
        <w:rPr>
          <w:color w:val="000000"/>
        </w:rPr>
      </w:pPr>
      <w:r>
        <w:rPr>
          <w:rFonts w:ascii="宋体" w:eastAsia="宋体" w:hAnsi="宋体" w:cs="宋体"/>
          <w:color w:val="000000"/>
        </w:rPr>
        <w:drawing>
          <wp:inline>
            <wp:extent cx="2238375" cy="1495425"/>
            <wp:docPr id="15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
                    <pic:cNvPicPr>
                      <a:picLocks noChangeAspect="1"/>
                    </pic:cNvPicPr>
                  </pic:nvPicPr>
                  <pic:blipFill>
                    <a:blip r:embed="rId108"/>
                    <a:stretch>
                      <a:fillRect/>
                    </a:stretch>
                  </pic:blipFill>
                  <pic:spPr>
                    <a:xfrm>
                      <a:off x="0" y="0"/>
                      <a:ext cx="2238375" cy="1495425"/>
                    </a:xfrm>
                    <a:prstGeom prst="rect">
                      <a:avLst/>
                    </a:prstGeom>
                  </pic:spPr>
                </pic:pic>
              </a:graphicData>
            </a:graphic>
          </wp:inline>
        </w:drawing>
      </w:r>
      <w:r>
        <w:rPr>
          <w:rFonts w:ascii="宋体" w:eastAsia="宋体" w:hAnsi="宋体" w:cs="宋体"/>
          <w:color w:val="000000"/>
        </w:rPr>
        <w:drawing>
          <wp:inline>
            <wp:extent cx="1695450" cy="1695450"/>
            <wp:docPr id="151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
                    <pic:cNvPicPr>
                      <a:picLocks noChangeAspect="1"/>
                    </pic:cNvPicPr>
                  </pic:nvPicPr>
                  <pic:blipFill>
                    <a:blip r:embed="rId109"/>
                    <a:stretch>
                      <a:fillRect/>
                    </a:stretch>
                  </pic:blipFill>
                  <pic:spPr>
                    <a:xfrm>
                      <a:off x="0" y="0"/>
                      <a:ext cx="1695450" cy="16954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首映礼宣传海报                           原著封面</w:t>
      </w:r>
    </w:p>
    <w:p>
      <w:pPr>
        <w:spacing w:line="360" w:lineRule="auto"/>
        <w:textAlignment w:val="center"/>
        <w:rPr>
          <w:rFonts w:ascii="宋体" w:eastAsia="宋体" w:hAnsi="宋体" w:cs="宋体"/>
          <w:color w:val="000000"/>
        </w:rPr>
      </w:pPr>
      <w:r>
        <w:rPr>
          <w:color w:val="2E75B6"/>
        </w:rPr>
        <w:t>【答案】</w:t>
      </w:r>
      <w:r>
        <w:rPr>
          <w:color w:val="000000"/>
        </w:rPr>
        <w:t xml:space="preserve">18. </w:t>
      </w:r>
      <w:r>
        <w:rPr>
          <w:rFonts w:ascii="宋体" w:eastAsia="宋体" w:hAnsi="宋体" w:cs="宋体"/>
          <w:color w:val="000000"/>
        </w:rPr>
        <w:t>答案示例：向往自由，在搬家的路上，不肯像狗那样被牵着走，宁愿鲜血淋漓，也要想尽办法不被牵，可见小狼对自由的向往。倔强，小狼拒绝被牵，宁可忍受与死亡绞索搏斗的疼痛，尽管经历了一次次血的代价，也从没放弃用自己的方式坚持抗争。（智慧，小狼在第一次被忽然拽了个跟头后，不断调整自己，为了多抢出点时间做更有效的抵抗动作而多跑几步，身体的重心比前一次更加靠后半尺。）</w:t>
      </w:r>
      <w:r>
        <w:rPr>
          <w:color w:val="000000"/>
        </w:rPr>
        <w:t xml:space="preserve">    </w:t>
      </w:r>
    </w:p>
    <w:p>
      <w:pPr>
        <w:spacing w:line="360" w:lineRule="auto"/>
        <w:textAlignment w:val="center"/>
        <w:rPr>
          <w:rFonts w:ascii="宋体" w:eastAsia="宋体" w:hAnsi="宋体" w:cs="宋体"/>
          <w:color w:val="000000"/>
        </w:rPr>
      </w:pPr>
      <w:r>
        <w:rPr>
          <w:color w:val="000000"/>
        </w:rPr>
        <w:t xml:space="preserve">19. </w:t>
      </w:r>
      <w:r>
        <w:rPr>
          <w:rFonts w:ascii="宋体" w:eastAsia="宋体" w:hAnsi="宋体" w:cs="宋体"/>
          <w:color w:val="000000"/>
        </w:rPr>
        <w:t>答案示例：陈阵感到“猛烈的心绞痛”，既是因看到小狼已被牵拽的浑身是血而心痛，也是为自己不了解草原狼的性格和精神感到自责与羞愧。</w:t>
      </w:r>
      <w:r>
        <w:rPr>
          <w:color w:val="000000"/>
        </w:rPr>
        <w:t xml:space="preserve">    </w:t>
      </w:r>
    </w:p>
    <w:p>
      <w:pPr>
        <w:spacing w:line="360" w:lineRule="auto"/>
        <w:textAlignment w:val="center"/>
        <w:rPr>
          <w:rFonts w:ascii="宋体" w:eastAsia="宋体" w:hAnsi="宋体" w:cs="宋体"/>
          <w:color w:val="000000"/>
        </w:rPr>
      </w:pPr>
      <w:r>
        <w:rPr>
          <w:color w:val="000000"/>
        </w:rPr>
        <w:t xml:space="preserve">20. </w:t>
      </w:r>
      <w:r>
        <w:rPr>
          <w:rFonts w:ascii="宋体" w:eastAsia="宋体" w:hAnsi="宋体" w:cs="宋体"/>
          <w:color w:val="000000"/>
        </w:rPr>
        <w:t>答案示例：《狼图腾》原著封面震撼人心，深色的背景下凸显眼眸深邃的草原狼，引发了读者对原著内容的渴望。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【18题详解】</w:t>
      </w:r>
    </w:p>
    <w:p>
      <w:pPr>
        <w:spacing w:line="360" w:lineRule="auto"/>
        <w:textAlignment w:val="center"/>
        <w:rPr>
          <w:rFonts w:ascii="宋体" w:eastAsia="宋体" w:hAnsi="宋体" w:cs="宋体"/>
          <w:color w:val="000000"/>
        </w:rPr>
      </w:pPr>
      <w:r>
        <w:rPr>
          <w:color w:val="000000"/>
        </w:rPr>
        <w:t>本</w:t>
      </w:r>
      <w:r>
        <w:rPr>
          <w:rFonts w:ascii="宋体" w:eastAsia="宋体" w:hAnsi="宋体" w:cs="宋体"/>
          <w:color w:val="000000"/>
        </w:rPr>
        <w:t>题考查概括形象。作答此题，需在透彻理解文章内容的基础上，选取与文中人或物相关的情节或描写段落加以分析。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由小说第②段“小狼宁可被勒死，也不肯被搬家的牛车牵上路”可知，小狼固执倔强、渴望自由、不惧死亡；</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⑧段“就在这时，小狼忽然发狂地拱动身体，连蹬带踹，后腿终于踹着了路埂，又奇迹般地向前一窜，一轱辘翻过身爬了起来。小狼生怕铁链拉直，又向前快跑了几步。陈阵发现这次小狼比上次多跑了两步，它明显是为了多抢出点时间，以便再做更有效的抵抗动作。小狼抢在铁链拽直以前，极力把身体大幅度地后仰，身体的重心比前一次更加靠后半尺。铁链一拉直，小狼居然没被拽倒”可知，小狼聪明敏捷、机警灵活；</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⑨段“可是小狼对小母狗连理也不理，继续用自己的方式顽抗。拽倒了，拱动身体踹蹬路埂，挣扎着爬起来；冲前几步，摆好姿势，梗着脖子，被绷直的绞索勒紧；然后再一次被拽倒，再拼命翻过身”可知，小狼桀骜不驯、坚强勇毅；</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本题考查人物心理描写。</w:t>
      </w:r>
    </w:p>
    <w:p>
      <w:pPr>
        <w:spacing w:line="360" w:lineRule="auto"/>
        <w:jc w:val="left"/>
        <w:textAlignment w:val="center"/>
        <w:rPr>
          <w:rFonts w:ascii="宋体" w:eastAsia="宋体" w:hAnsi="宋体" w:cs="宋体"/>
          <w:color w:val="000000"/>
        </w:rPr>
      </w:pPr>
      <w:r>
        <w:rPr>
          <w:rFonts w:ascii="宋体" w:eastAsia="宋体" w:hAnsi="宋体" w:cs="宋体"/>
          <w:color w:val="000000"/>
        </w:rPr>
        <w:t>由小说第⑪段“小狼仍在死抗，坚硬的沙路像粗砂纸，磨着小狼爪，鲜血淋漓”可知，陈阵看到小狼殊死抵抗，宁死也不被牛马拖行后，狼爪被磨的鲜血淋漓后内心极为心痛，为小狼的顽强抵抗与固执倔强所打动，被小狼骨子里桀骜不驯、不屈不挠的意志所震撼；</w:t>
      </w:r>
    </w:p>
    <w:p>
      <w:pPr>
        <w:spacing w:line="360" w:lineRule="auto"/>
        <w:jc w:val="left"/>
        <w:textAlignment w:val="center"/>
        <w:rPr>
          <w:rFonts w:ascii="宋体" w:eastAsia="宋体" w:hAnsi="宋体" w:cs="宋体"/>
          <w:color w:val="000000"/>
        </w:rPr>
      </w:pPr>
      <w:r>
        <w:rPr>
          <w:rFonts w:ascii="宋体" w:eastAsia="宋体" w:hAnsi="宋体" w:cs="宋体"/>
          <w:color w:val="000000"/>
        </w:rPr>
        <w:t>由第⑪段“陈阵由此觉得，自己对草原狼的认识还是太肤浅了。很长时间以来，他一直认为狼以食为天、狼以杀为天，显然都不是。那种认识是以人之心，度狼之腹。草原狼无论食与杀，都不是目的，而是为了自己不可侵犯的自由、独立和尊严。也正因如此，它拥有了让人感到羞愧和敬仰的精神力量”可知，通过此次经历，陈阵深刻认识到草原狼刻在灵魂中的骨气与意志，他为之前对草原狼性格和精神肤浅的认知而感到愧疚和自责。</w:t>
      </w:r>
    </w:p>
    <w:p>
      <w:pPr>
        <w:spacing w:line="360" w:lineRule="auto"/>
        <w:jc w:val="left"/>
        <w:textAlignment w:val="center"/>
        <w:rPr>
          <w:rFonts w:ascii="宋体" w:eastAsia="宋体" w:hAnsi="宋体" w:cs="宋体"/>
          <w:color w:val="000000"/>
        </w:rPr>
      </w:pPr>
      <w:r>
        <w:rPr>
          <w:rFonts w:ascii="宋体" w:eastAsia="宋体" w:hAnsi="宋体" w:cs="宋体"/>
          <w:color w:val="000000"/>
        </w:rPr>
        <w:t>因此，陈阵感到“猛烈的心绞痛”的原因既是对小狼浑身是血的心痛，又是对自己之前不了解草原狼的愧疚与自责。</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本题考查图文转换。作答此题，要仔细观察图片内容，把握图中重点信息，结合题旨加以阐述。</w:t>
      </w:r>
    </w:p>
    <w:p>
      <w:pPr>
        <w:spacing w:line="360" w:lineRule="auto"/>
        <w:jc w:val="left"/>
        <w:textAlignment w:val="center"/>
        <w:rPr>
          <w:color w:val="000000"/>
        </w:rPr>
      </w:pPr>
      <w:r>
        <w:rPr>
          <w:color w:val="000000"/>
        </w:rPr>
        <w:t>示例1：《狼图腾》首映宣传海报极具震撼力。</w:t>
      </w:r>
    </w:p>
    <w:p>
      <w:pPr>
        <w:spacing w:line="360" w:lineRule="auto"/>
        <w:jc w:val="left"/>
        <w:textAlignment w:val="center"/>
        <w:rPr>
          <w:color w:val="000000"/>
        </w:rPr>
      </w:pPr>
      <w:r>
        <w:rPr>
          <w:color w:val="000000"/>
        </w:rPr>
        <w:t>画面主体运用热情似火的红色加以渲染，低垂的云朵下，几匹草原狼在辽阔的草原驻足；牧羊人骑着骏马在草原奔驰。观众好似身临其境一般，观影的欲望瞬间被点燃。</w:t>
      </w:r>
    </w:p>
    <w:p>
      <w:pPr>
        <w:spacing w:line="360" w:lineRule="auto"/>
        <w:jc w:val="left"/>
        <w:textAlignment w:val="center"/>
        <w:rPr>
          <w:color w:val="000000"/>
        </w:rPr>
      </w:pPr>
      <w:r>
        <w:rPr>
          <w:color w:val="000000"/>
        </w:rPr>
        <w:t>示例2：《狼图腾》原著封面深邃神秘。</w:t>
      </w:r>
    </w:p>
    <w:p>
      <w:pPr>
        <w:spacing w:line="360" w:lineRule="auto"/>
        <w:jc w:val="left"/>
        <w:textAlignment w:val="center"/>
        <w:rPr>
          <w:rFonts w:ascii="宋体" w:eastAsia="宋体" w:hAnsi="宋体" w:cs="宋体"/>
          <w:color w:val="000000"/>
        </w:rPr>
      </w:pPr>
      <w:r>
        <w:rPr>
          <w:rFonts w:ascii="宋体" w:eastAsia="宋体" w:hAnsi="宋体" w:cs="宋体"/>
          <w:color w:val="000000"/>
        </w:rPr>
        <w:t>一袭黑的背景下，闪烁着幽幽绿光的眼睛格外醒目。“狼图腾”三个字突出醒目、苍劲有力；封面给人一种庄重感和神秘感，读者不禁要一睹这部长篇著作。</w:t>
      </w:r>
    </w:p>
    <w:p>
      <w:pPr>
        <w:pStyle w:val="Heading3"/>
      </w:pPr>
      <w:r>
        <w:t>市延庆区</w:t>
      </w:r>
    </w:p>
    <w:p>
      <w:pPr>
        <w:spacing w:line="360" w:lineRule="auto"/>
        <w:jc w:val="left"/>
        <w:textAlignment w:val="center"/>
        <w:rPr>
          <w:color w:val="000000"/>
        </w:rPr>
      </w:pPr>
      <w:r>
        <w:rPr>
          <w:rFonts w:ascii="宋体" w:eastAsia="宋体" w:hAnsi="宋体" w:cs="宋体"/>
          <w:b/>
          <w:color w:val="000000"/>
          <w:sz w:val="24"/>
        </w:rPr>
        <w:t>四、现代文阅读（共18分）</w:t>
      </w:r>
    </w:p>
    <w:p>
      <w:pPr>
        <w:spacing w:line="360" w:lineRule="auto"/>
        <w:jc w:val="left"/>
        <w:textAlignment w:val="center"/>
        <w:rPr>
          <w:color w:val="000000"/>
        </w:rPr>
      </w:pPr>
      <w:r>
        <w:rPr>
          <w:rFonts w:ascii="宋体" w:eastAsia="宋体" w:hAnsi="宋体" w:cs="宋体"/>
          <w:b/>
          <w:color w:val="000000"/>
          <w:sz w:val="24"/>
        </w:rPr>
        <w:t>（一）（共8分）</w:t>
      </w:r>
    </w:p>
    <w:p>
      <w:pPr>
        <w:spacing w:line="360" w:lineRule="auto"/>
        <w:jc w:val="left"/>
        <w:textAlignment w:val="center"/>
        <w:rPr>
          <w:color w:val="000000"/>
        </w:rPr>
      </w:pPr>
      <w:r>
        <w:rPr>
          <w:rFonts w:ascii="宋体" w:eastAsia="宋体" w:hAnsi="宋体" w:cs="宋体"/>
          <w:color w:val="000000"/>
        </w:rPr>
        <w:t>阅读下面材料，完成下面小题。</w:t>
      </w:r>
    </w:p>
    <w:p>
      <w:pPr>
        <w:spacing w:line="360" w:lineRule="auto"/>
        <w:jc w:val="left"/>
        <w:textAlignment w:val="center"/>
        <w:rPr>
          <w:color w:val="000000"/>
        </w:rPr>
      </w:pPr>
      <w:r>
        <w:rPr>
          <w:rFonts w:ascii="宋体" w:eastAsia="宋体" w:hAnsi="宋体" w:cs="宋体"/>
          <w:color w:val="000000"/>
        </w:rPr>
        <w:t>【材料一】</w:t>
      </w:r>
    </w:p>
    <w:p>
      <w:pPr>
        <w:spacing w:line="360" w:lineRule="auto"/>
        <w:ind w:firstLine="420"/>
        <w:jc w:val="left"/>
        <w:textAlignment w:val="center"/>
        <w:rPr>
          <w:color w:val="000000"/>
        </w:rPr>
      </w:pPr>
      <w:r>
        <w:rPr>
          <w:rFonts w:ascii="楷体" w:eastAsia="楷体" w:hAnsi="楷体" w:cs="楷体"/>
          <w:color w:val="000000"/>
        </w:rPr>
        <w:t>随着生活条件的改善和生活水平的提高，人们珍惜粮食的观念渐渐淡薄，浪费粮食的现象屡见不鲜。</w:t>
      </w:r>
    </w:p>
    <w:p>
      <w:pPr>
        <w:spacing w:line="360" w:lineRule="auto"/>
        <w:ind w:firstLine="420"/>
        <w:jc w:val="left"/>
        <w:textAlignment w:val="center"/>
        <w:rPr>
          <w:color w:val="000000"/>
        </w:rPr>
      </w:pPr>
      <w:r>
        <w:rPr>
          <w:rFonts w:ascii="楷体" w:eastAsia="楷体" w:hAnsi="楷体" w:cs="楷体"/>
          <w:color w:val="000000"/>
        </w:rPr>
        <w:t>我国浪费粮食现象严重。有数据显示，我们国家每年浪费的食物折合成粮食，估计有1000亿斤。这个数量，可以用作约3</w:t>
      </w:r>
      <w:r>
        <w:rPr>
          <w:rFonts w:ascii="Times New Roman" w:eastAsia="Times New Roman" w:hAnsi="Times New Roman" w:cs="Times New Roman"/>
          <w:color w:val="000000"/>
        </w:rPr>
        <w:t>.</w:t>
      </w:r>
      <w:r>
        <w:rPr>
          <w:rFonts w:ascii="楷体" w:eastAsia="楷体" w:hAnsi="楷体" w:cs="楷体"/>
          <w:color w:val="000000"/>
        </w:rPr>
        <w:t>5亿人一年的口粮需要。这种“舌尖上的浪费”引起了国家的关注。</w:t>
      </w:r>
    </w:p>
    <w:p>
      <w:pPr>
        <w:spacing w:line="360" w:lineRule="auto"/>
        <w:ind w:firstLine="420"/>
        <w:jc w:val="left"/>
        <w:textAlignment w:val="center"/>
        <w:rPr>
          <w:color w:val="000000"/>
        </w:rPr>
      </w:pPr>
      <w:r>
        <w:rPr>
          <w:rFonts w:ascii="楷体" w:eastAsia="楷体" w:hAnsi="楷体" w:cs="楷体"/>
          <w:color w:val="000000"/>
        </w:rPr>
        <w:t>2020年8月11日，习近平总书记作出重要指示强调，坚决制止餐饮浪费行为，切实培养节约习惯，在全社会</w:t>
      </w:r>
      <w:r>
        <w:rPr>
          <w:rFonts w:ascii="楷体" w:eastAsia="楷体" w:hAnsi="楷体" w:cs="楷体"/>
          <w:color w:val="000000"/>
          <w:u w:val="single"/>
        </w:rPr>
        <w:t xml:space="preserve">①       </w:t>
      </w:r>
      <w:r>
        <w:rPr>
          <w:rFonts w:ascii="楷体" w:eastAsia="楷体" w:hAnsi="楷体" w:cs="楷体"/>
          <w:color w:val="000000"/>
        </w:rPr>
        <w:t>（营造/打造）浪费可耻、节约光荣的氛围。</w:t>
      </w:r>
    </w:p>
    <w:p>
      <w:pPr>
        <w:spacing w:line="360" w:lineRule="auto"/>
        <w:ind w:firstLine="420"/>
        <w:jc w:val="left"/>
        <w:textAlignment w:val="center"/>
        <w:rPr>
          <w:color w:val="000000"/>
        </w:rPr>
      </w:pPr>
      <w:r>
        <w:rPr>
          <w:rFonts w:ascii="楷体" w:eastAsia="楷体" w:hAnsi="楷体" w:cs="楷体"/>
          <w:color w:val="000000"/>
        </w:rPr>
        <w:t>2021年4月29日，十三届全国人大常委会第二十八次会议表决通过《中华人民共和国反食品浪费法》，自公布之日起施行。</w:t>
      </w:r>
    </w:p>
    <w:p>
      <w:pPr>
        <w:spacing w:line="360" w:lineRule="auto"/>
        <w:jc w:val="left"/>
        <w:textAlignment w:val="center"/>
        <w:rPr>
          <w:color w:val="000000"/>
        </w:rPr>
      </w:pPr>
      <w:r>
        <w:rPr>
          <w:rFonts w:ascii="宋体" w:eastAsia="宋体" w:hAnsi="宋体" w:cs="宋体"/>
          <w:color w:val="000000"/>
        </w:rPr>
        <w:t>【材料二】</w:t>
      </w:r>
    </w:p>
    <w:p>
      <w:pPr>
        <w:spacing w:line="360" w:lineRule="auto"/>
        <w:jc w:val="center"/>
        <w:textAlignment w:val="center"/>
        <w:rPr>
          <w:color w:val="000000"/>
        </w:rPr>
      </w:pPr>
      <w:r>
        <w:rPr>
          <w:rFonts w:ascii="楷体" w:eastAsia="楷体" w:hAnsi="楷体" w:cs="楷体"/>
          <w:color w:val="000000"/>
        </w:rPr>
        <w:t>餐饮浪费现象的主要原因调查统计图</w:t>
      </w:r>
    </w:p>
    <w:p>
      <w:pPr>
        <w:spacing w:line="360" w:lineRule="auto"/>
        <w:jc w:val="center"/>
        <w:textAlignment w:val="center"/>
        <w:rPr>
          <w:color w:val="000000"/>
        </w:rPr>
      </w:pPr>
      <w:r>
        <w:rPr>
          <w:color w:val="000000"/>
        </w:rPr>
        <w:drawing>
          <wp:inline>
            <wp:extent cx="4076700" cy="1476375"/>
            <wp:docPr id="15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
                    <pic:cNvPicPr>
                      <a:picLocks noChangeAspect="1"/>
                    </pic:cNvPicPr>
                  </pic:nvPicPr>
                  <pic:blipFill>
                    <a:blip r:embed="rId110"/>
                    <a:stretch>
                      <a:fillRect/>
                    </a:stretch>
                  </pic:blipFill>
                  <pic:spPr>
                    <a:xfrm>
                      <a:off x="0" y="0"/>
                      <a:ext cx="4076700" cy="1476375"/>
                    </a:xfrm>
                    <a:prstGeom prst="rect">
                      <a:avLst/>
                    </a:prstGeom>
                  </pic:spPr>
                </pic:pic>
              </a:graphicData>
            </a:graphic>
          </wp:inline>
        </w:drawing>
      </w:r>
    </w:p>
    <w:p>
      <w:pPr>
        <w:spacing w:line="360" w:lineRule="auto"/>
        <w:ind w:firstLine="420"/>
        <w:jc w:val="left"/>
        <w:textAlignment w:val="center"/>
        <w:rPr>
          <w:color w:val="000000"/>
        </w:rPr>
      </w:pPr>
      <w:r>
        <w:rPr>
          <w:rFonts w:ascii="楷体" w:eastAsia="楷体" w:hAnsi="楷体" w:cs="楷体"/>
          <w:color w:val="000000"/>
        </w:rPr>
        <w:t>A</w:t>
      </w:r>
      <w:r>
        <w:rPr>
          <w:rFonts w:ascii="Times New Roman" w:eastAsia="Times New Roman" w:hAnsi="Times New Roman" w:cs="Times New Roman"/>
          <w:color w:val="000000"/>
        </w:rPr>
        <w:t>.</w:t>
      </w:r>
      <w:r>
        <w:rPr>
          <w:rFonts w:ascii="楷体" w:eastAsia="楷体" w:hAnsi="楷体" w:cs="楷体"/>
          <w:color w:val="000000"/>
        </w:rPr>
        <w:t>节约意识淡薄  B</w:t>
      </w:r>
      <w:r>
        <w:rPr>
          <w:rFonts w:ascii="Times New Roman" w:eastAsia="Times New Roman" w:hAnsi="Times New Roman" w:cs="Times New Roman"/>
          <w:color w:val="000000"/>
        </w:rPr>
        <w:t>.</w:t>
      </w:r>
      <w:r>
        <w:rPr>
          <w:rFonts w:ascii="楷体" w:eastAsia="楷体" w:hAnsi="楷体" w:cs="楷体"/>
          <w:color w:val="000000"/>
        </w:rPr>
        <w:t>觉得多点菜、有剩余是好客的表现  C</w:t>
      </w:r>
      <w:r>
        <w:rPr>
          <w:rFonts w:ascii="Times New Roman" w:eastAsia="Times New Roman" w:hAnsi="Times New Roman" w:cs="Times New Roman"/>
          <w:color w:val="000000"/>
        </w:rPr>
        <w:t>.</w:t>
      </w:r>
      <w:r>
        <w:rPr>
          <w:rFonts w:ascii="楷体" w:eastAsia="楷体" w:hAnsi="楷体" w:cs="楷体"/>
          <w:color w:val="000000"/>
        </w:rPr>
        <w:t>许多餐馆提供大盘餐量，吃不完  D</w:t>
      </w:r>
      <w:r>
        <w:rPr>
          <w:rFonts w:ascii="Times New Roman" w:eastAsia="Times New Roman" w:hAnsi="Times New Roman" w:cs="Times New Roman"/>
          <w:color w:val="000000"/>
        </w:rPr>
        <w:t>.</w:t>
      </w:r>
      <w:r>
        <w:rPr>
          <w:rFonts w:ascii="楷体" w:eastAsia="楷体" w:hAnsi="楷体" w:cs="楷体"/>
          <w:color w:val="000000"/>
        </w:rPr>
        <w:t>公款吃喝，不是花自己钱  E</w:t>
      </w:r>
      <w:r>
        <w:rPr>
          <w:rFonts w:ascii="Times New Roman" w:eastAsia="Times New Roman" w:hAnsi="Times New Roman" w:cs="Times New Roman"/>
          <w:color w:val="000000"/>
        </w:rPr>
        <w:t>.</w:t>
      </w:r>
      <w:r>
        <w:rPr>
          <w:rFonts w:ascii="楷体" w:eastAsia="楷体" w:hAnsi="楷体" w:cs="楷体"/>
          <w:color w:val="000000"/>
        </w:rPr>
        <w:t>一些餐饮习惯，如点菜要成双，讲究数量等  F</w:t>
      </w:r>
      <w:r>
        <w:rPr>
          <w:rFonts w:ascii="Times New Roman" w:eastAsia="Times New Roman" w:hAnsi="Times New Roman" w:cs="Times New Roman"/>
          <w:color w:val="000000"/>
        </w:rPr>
        <w:t>.</w:t>
      </w:r>
      <w:r>
        <w:rPr>
          <w:rFonts w:ascii="楷体" w:eastAsia="楷体" w:hAnsi="楷体" w:cs="楷体"/>
          <w:color w:val="000000"/>
        </w:rPr>
        <w:t>讲排场，比阔气，觉得有面子  G.其他</w:t>
      </w:r>
    </w:p>
    <w:p>
      <w:pPr>
        <w:spacing w:line="360" w:lineRule="auto"/>
        <w:jc w:val="left"/>
        <w:textAlignment w:val="center"/>
        <w:rPr>
          <w:color w:val="000000"/>
        </w:rPr>
      </w:pPr>
      <w:r>
        <w:rPr>
          <w:rFonts w:ascii="宋体" w:eastAsia="宋体" w:hAnsi="宋体" w:cs="宋体"/>
          <w:color w:val="000000"/>
        </w:rPr>
        <w:t>【材料三】</w:t>
      </w:r>
    </w:p>
    <w:p>
      <w:pPr>
        <w:spacing w:line="360" w:lineRule="auto"/>
        <w:ind w:firstLine="420"/>
        <w:jc w:val="left"/>
        <w:textAlignment w:val="center"/>
        <w:rPr>
          <w:color w:val="000000"/>
        </w:rPr>
      </w:pPr>
      <w:r>
        <w:rPr>
          <w:rFonts w:ascii="楷体" w:eastAsia="楷体" w:hAnsi="楷体" w:cs="楷体"/>
          <w:color w:val="000000"/>
        </w:rPr>
        <w:t>在全球粮食安全面临挑战的当下，政府主导、全民参与的整体协调推进，有助于最终实现减少粮食浪费的目的。</w:t>
      </w:r>
    </w:p>
    <w:p>
      <w:pPr>
        <w:spacing w:line="360" w:lineRule="auto"/>
        <w:ind w:firstLine="420"/>
        <w:jc w:val="left"/>
        <w:textAlignment w:val="center"/>
        <w:rPr>
          <w:color w:val="000000"/>
        </w:rPr>
      </w:pPr>
      <w:r>
        <w:rPr>
          <w:rFonts w:ascii="楷体" w:eastAsia="楷体" w:hAnsi="楷体" w:cs="楷体"/>
          <w:color w:val="000000"/>
        </w:rPr>
        <w:t>一方面要</w:t>
      </w:r>
      <w:r>
        <w:rPr>
          <w:rFonts w:ascii="楷体" w:eastAsia="楷体" w:hAnsi="楷体" w:cs="楷体"/>
          <w:color w:val="000000"/>
          <w:u w:val="single"/>
        </w:rPr>
        <w:t xml:space="preserve">②     </w:t>
      </w:r>
      <w:r>
        <w:rPr>
          <w:rFonts w:ascii="楷体" w:eastAsia="楷体" w:hAnsi="楷体" w:cs="楷体"/>
          <w:color w:val="000000"/>
        </w:rPr>
        <w:t>。要让人们增强对我国人口多、耕地少、水资源短缺、粮食安全压力大等问题的认识，增强粮食安全危机意识；还要大力弘扬中华民族勤俭节约、戒奢克俭的优良传统；同时更要推动餐饮节约理念进家庭、进机关、进乡村、进社区、进学校、进企业，在全社会厉行节约之风。</w:t>
      </w:r>
    </w:p>
    <w:p>
      <w:pPr>
        <w:spacing w:line="360" w:lineRule="auto"/>
        <w:ind w:firstLine="420"/>
        <w:jc w:val="left"/>
        <w:textAlignment w:val="center"/>
        <w:rPr>
          <w:color w:val="000000"/>
        </w:rPr>
      </w:pPr>
      <w:r>
        <w:rPr>
          <w:rFonts w:ascii="楷体" w:eastAsia="楷体" w:hAnsi="楷体" w:cs="楷体"/>
          <w:color w:val="000000"/>
        </w:rPr>
        <w:t>另一方面要加强对餐饮消费督促检查。针对在宴席、自助餐厅、机关食堂等场合浪费的问题，注重运用各种社会力量进行监督。对那些陋习不改，依旧讲排场，比阔气，造成餐饮浪费严重的单位和个人，要采取多种手段进行批评曝光，制造强大舆论压力。</w:t>
      </w:r>
    </w:p>
    <w:p>
      <w:pPr>
        <w:spacing w:line="360" w:lineRule="auto"/>
        <w:jc w:val="left"/>
        <w:textAlignment w:val="center"/>
        <w:rPr>
          <w:color w:val="000000"/>
        </w:rPr>
      </w:pPr>
      <w:r>
        <w:rPr>
          <w:color w:val="000000"/>
        </w:rPr>
        <w:t xml:space="preserve">11. </w:t>
      </w:r>
      <w:r>
        <w:rPr>
          <w:rFonts w:ascii="宋体" w:eastAsia="宋体" w:hAnsi="宋体" w:cs="宋体"/>
          <w:color w:val="000000"/>
        </w:rPr>
        <w:t>阅读材料二，概括造成餐饮浪费的三点最主要原因（每点不超5个字）。</w:t>
      </w:r>
    </w:p>
    <w:p>
      <w:pPr>
        <w:spacing w:line="360" w:lineRule="auto"/>
        <w:jc w:val="left"/>
        <w:textAlignment w:val="center"/>
        <w:rPr>
          <w:color w:val="000000"/>
        </w:rPr>
      </w:pPr>
      <w:r>
        <w:rPr>
          <w:color w:val="000000"/>
        </w:rPr>
        <w:t xml:space="preserve">12. </w:t>
      </w:r>
      <w:r>
        <w:rPr>
          <w:rFonts w:ascii="宋体" w:eastAsia="宋体" w:hAnsi="宋体" w:cs="宋体"/>
          <w:color w:val="000000"/>
        </w:rPr>
        <w:t>阅读材料一和材料三，在横线处依次填入的词语和句子，最恰当的一项是（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①营造②弘扬“俭文化”，增强危机意识，倡导节约风气</w:t>
      </w:r>
    </w:p>
    <w:p>
      <w:pPr>
        <w:spacing w:line="360" w:lineRule="auto"/>
        <w:jc w:val="left"/>
        <w:textAlignment w:val="center"/>
        <w:rPr>
          <w:color w:val="000000"/>
        </w:rPr>
      </w:pPr>
      <w:r>
        <w:rPr>
          <w:color w:val="000000"/>
        </w:rPr>
        <w:t xml:space="preserve">B. </w:t>
      </w:r>
      <w:r>
        <w:rPr>
          <w:rFonts w:ascii="宋体" w:eastAsia="宋体" w:hAnsi="宋体" w:cs="宋体"/>
          <w:color w:val="000000"/>
        </w:rPr>
        <w:t>①营造②增强危机意识，弘扬“俭文化”，倡导节约风气</w:t>
      </w:r>
    </w:p>
    <w:p>
      <w:pPr>
        <w:spacing w:line="360" w:lineRule="auto"/>
        <w:jc w:val="left"/>
        <w:textAlignment w:val="center"/>
        <w:rPr>
          <w:color w:val="000000"/>
        </w:rPr>
      </w:pPr>
      <w:r>
        <w:rPr>
          <w:color w:val="000000"/>
        </w:rPr>
        <w:t xml:space="preserve">C. </w:t>
      </w:r>
      <w:r>
        <w:rPr>
          <w:rFonts w:ascii="宋体" w:eastAsia="宋体" w:hAnsi="宋体" w:cs="宋体"/>
          <w:color w:val="000000"/>
        </w:rPr>
        <w:t>①打造②增强危机意识，倡导节约风气，弘扬“俭文化”</w:t>
      </w:r>
    </w:p>
    <w:p>
      <w:pPr>
        <w:spacing w:line="360" w:lineRule="auto"/>
        <w:jc w:val="left"/>
        <w:textAlignment w:val="center"/>
        <w:rPr>
          <w:color w:val="000000"/>
        </w:rPr>
      </w:pPr>
      <w:r>
        <w:rPr>
          <w:color w:val="000000"/>
        </w:rPr>
        <w:t xml:space="preserve">D. </w:t>
      </w:r>
      <w:r>
        <w:rPr>
          <w:rFonts w:ascii="宋体" w:eastAsia="宋体" w:hAnsi="宋体" w:cs="宋体"/>
          <w:color w:val="000000"/>
        </w:rPr>
        <w:t>①打造②弘扬“俭文化”，倡导节约风气，增强危机意识</w:t>
      </w:r>
    </w:p>
    <w:p>
      <w:pPr>
        <w:spacing w:line="360" w:lineRule="auto"/>
        <w:jc w:val="left"/>
        <w:textAlignment w:val="center"/>
        <w:rPr>
          <w:color w:val="000000"/>
        </w:rPr>
      </w:pPr>
      <w:r>
        <w:rPr>
          <w:color w:val="000000"/>
        </w:rPr>
        <w:t xml:space="preserve">13. </w:t>
      </w:r>
      <w:r>
        <w:rPr>
          <w:rFonts w:ascii="宋体" w:eastAsia="宋体" w:hAnsi="宋体" w:cs="宋体"/>
          <w:color w:val="000000"/>
        </w:rPr>
        <w:t>请你结合以上三则材料，说说解决餐饮浪费现象的措施有哪些。（至少三条）</w:t>
      </w:r>
    </w:p>
    <w:p>
      <w:pPr>
        <w:spacing w:line="360" w:lineRule="auto"/>
        <w:textAlignment w:val="center"/>
        <w:rPr>
          <w:color w:val="000000"/>
        </w:rPr>
      </w:pPr>
      <w:r>
        <w:rPr>
          <w:color w:val="2E75B6"/>
        </w:rPr>
        <w:t>【答案】</w:t>
      </w:r>
      <w:r>
        <w:rPr>
          <w:color w:val="000000"/>
        </w:rPr>
        <w:t xml:space="preserve">11. </w:t>
      </w:r>
      <w:r>
        <w:rPr>
          <w:color w:val="000000"/>
        </w:rPr>
        <w:t>①节约意识差②撑面子或讲排场③虚荣心强</w:t>
      </w:r>
      <w:r>
        <w:rPr>
          <w:color w:val="000000"/>
        </w:rPr>
        <w:t xml:space="preserve">    </w:t>
      </w:r>
      <w:r>
        <w:rPr>
          <w:color w:val="000000"/>
        </w:rPr>
        <w:t xml:space="preserve">12. </w:t>
      </w:r>
      <w:r>
        <w:rPr>
          <w:color w:val="000000"/>
        </w:rPr>
        <w:t>B</w:t>
      </w:r>
      <w:r>
        <w:rPr>
          <w:color w:val="000000"/>
        </w:rPr>
        <w:t xml:space="preserve">    </w:t>
      </w:r>
    </w:p>
    <w:p>
      <w:pPr>
        <w:spacing w:line="360" w:lineRule="auto"/>
        <w:textAlignment w:val="center"/>
        <w:rPr>
          <w:color w:val="000000"/>
        </w:rPr>
      </w:pPr>
      <w:r>
        <w:rPr>
          <w:color w:val="000000"/>
        </w:rPr>
        <w:t xml:space="preserve">13. </w:t>
      </w:r>
      <w:r>
        <w:rPr>
          <w:color w:val="000000"/>
        </w:rPr>
        <w:t>①践行光盘行动；②餐饮业推出半份菜或者小份菜；③打包剩饭剩菜。</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rFonts w:ascii="宋体" w:eastAsia="宋体" w:hAnsi="宋体" w:cs="宋体"/>
          <w:color w:val="000000"/>
        </w:rPr>
        <w:t>考查图表转化能力。解答时，根据图表内容和提示信息进行分析概括即可，注意字数要求。通过“餐饮浪费现象的主要原因调查统计图”可知，在造成餐饮浪费现象各项原因中F、A、B三项所占比例最高；通过F项“讲排场，比阔气，觉得有面子”的内容可概括为：比阔气或好面子；通过A项“节约意识淡薄”的内容可概括为：不讲节约；通过B项“觉得多点菜、有剩余是好客的表现”的内容可概括为：爱慕虚荣。</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eastAsia="宋体" w:hAnsi="宋体" w:cs="宋体"/>
          <w:color w:val="000000"/>
        </w:rPr>
        <w:t>考查词语运用和补充句子的能力。解答时，应理解词语本义和句子内容，结合上下文和语境进行辨析。营造：经营建造；打造：制造、创造。根据句子“浪费可耻、节约光荣的氛围”的内容和语境，应使用“营造”；</w:t>
      </w:r>
    </w:p>
    <w:p>
      <w:pPr>
        <w:spacing w:line="360" w:lineRule="auto"/>
        <w:jc w:val="left"/>
        <w:textAlignment w:val="center"/>
        <w:rPr>
          <w:color w:val="000000"/>
        </w:rPr>
      </w:pPr>
      <w:r>
        <w:rPr>
          <w:rFonts w:ascii="宋体" w:eastAsia="宋体" w:hAnsi="宋体" w:cs="宋体"/>
          <w:color w:val="000000"/>
        </w:rPr>
        <w:t>通过下文“要让人们增强对我国人口多、耕地少、水资源短缺、粮食安全压力大等问题的认识，增强粮食安全危机意识；还要大力弘扬中华民族勤俭节约、戒奢克俭的优良传统；同时更要推动餐饮节约理念进家庭、进机关、进乡村、进社区、进学校、进企业，在全社会厉行节约之风”的内容可知，本段叙述的顺序是“增强危机意识，弘扬‘俭文化’，倡导节约风气”；</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eastAsia="宋体" w:hAnsi="宋体" w:cs="宋体"/>
          <w:color w:val="000000"/>
        </w:rPr>
        <w:t>考查对材料内容的理解和语言表达能力。解答时，围绕对材料内容的理解和对造成餐饮浪费现象各项原因的认识，结合生活实际，提出合理建议即可。通过材料一中“习近平总书记作出重要指示强调，坚决制止餐饮浪费行为，切实培养节约习惯，在全社会营造浪费可耻、节约光荣的氛围”的内容，可建议培养节约习惯，营造节约氛围；通过材料二中介绍的三项造成餐饮浪费的主要原因，F项“讲排场，比阔气，觉得有面子”、 A项“节约意识淡薄”、B项“觉得多点菜、有剩余是好客的表现”的内容可建议增强节约意识，杜绝虚荣攀比；通过材料三中“要让人们增强对我国人口多、耕地少、水资源短缺、粮食安全压力大等问题的认识，增强粮食安全危机意识；还要大力弘扬中华民族勤俭节约、戒奢克俭的优良传统；同时更要推动餐饮节约理念进家庭、进机关、进乡村、进社区、进学校、进企业，在全社会厉行节约之风。另一方面要加强对餐饮消费督促检查”的内容，可建议厉行节约，加强监督。</w:t>
      </w:r>
      <w:r>
        <w:rPr>
          <w:rFonts w:ascii="宋体" w:eastAsia="宋体" w:hAnsi="宋体" w:cs="宋体"/>
          <w:color w:val="000000"/>
        </w:rPr>
        <w:br/>
      </w:r>
      <w:r>
        <w:rPr>
          <w:rFonts w:ascii="宋体" w:eastAsia="宋体" w:hAnsi="宋体" w:cs="宋体"/>
          <w:color w:val="000000"/>
        </w:rPr>
        <w:t>示例：1、适量点餐、剩餐打包；2、增强大家的节约意识；3、杜绝饭桌上的攀比。</w:t>
      </w:r>
    </w:p>
    <w:p>
      <w:pPr>
        <w:spacing w:line="360" w:lineRule="auto"/>
        <w:jc w:val="left"/>
        <w:textAlignment w:val="center"/>
        <w:rPr>
          <w:color w:val="000000"/>
        </w:rPr>
      </w:pPr>
      <w:r>
        <w:rPr>
          <w:rFonts w:ascii="宋体" w:eastAsia="宋体" w:hAnsi="宋体" w:cs="宋体"/>
          <w:b/>
          <w:color w:val="000000"/>
          <w:sz w:val="24"/>
        </w:rPr>
        <w:t>（二）（共10分）</w:t>
      </w:r>
    </w:p>
    <w:p>
      <w:pPr>
        <w:spacing w:line="360" w:lineRule="auto"/>
        <w:jc w:val="left"/>
        <w:textAlignment w:val="center"/>
        <w:rPr>
          <w:color w:val="000000"/>
        </w:rPr>
      </w:pPr>
      <w:r>
        <w:rPr>
          <w:rFonts w:ascii="宋体" w:eastAsia="宋体" w:hAnsi="宋体" w:cs="宋体"/>
          <w:color w:val="000000"/>
        </w:rPr>
        <w:t>阅读《家有斑鸠》，完成下面小题。</w:t>
      </w:r>
    </w:p>
    <w:p>
      <w:pPr>
        <w:spacing w:line="360" w:lineRule="auto"/>
        <w:jc w:val="center"/>
        <w:textAlignment w:val="center"/>
        <w:rPr>
          <w:color w:val="000000"/>
        </w:rPr>
      </w:pPr>
      <w:r>
        <w:rPr>
          <w:rFonts w:ascii="楷体" w:eastAsia="楷体" w:hAnsi="楷体" w:cs="楷体"/>
          <w:color w:val="000000"/>
        </w:rPr>
        <w:t>家有斑鸠</w:t>
      </w:r>
    </w:p>
    <w:p>
      <w:pPr>
        <w:spacing w:line="360" w:lineRule="auto"/>
        <w:jc w:val="center"/>
        <w:textAlignment w:val="center"/>
        <w:rPr>
          <w:color w:val="000000"/>
        </w:rPr>
      </w:pPr>
      <w:r>
        <w:rPr>
          <w:rFonts w:ascii="楷体" w:eastAsia="楷体" w:hAnsi="楷体" w:cs="楷体"/>
          <w:color w:val="000000"/>
        </w:rPr>
        <w:t>陈忠实</w:t>
      </w:r>
    </w:p>
    <w:p>
      <w:pPr>
        <w:spacing w:line="360" w:lineRule="auto"/>
        <w:ind w:firstLine="420"/>
        <w:jc w:val="left"/>
        <w:textAlignment w:val="center"/>
        <w:rPr>
          <w:color w:val="000000"/>
        </w:rPr>
      </w:pPr>
      <w:r>
        <w:rPr>
          <w:rFonts w:ascii="楷体" w:eastAsia="楷体" w:hAnsi="楷体" w:cs="楷体"/>
          <w:color w:val="000000"/>
        </w:rPr>
        <w:t>①住到乡下老屋的第一个早晨，刚睁开眼，便听到“咕咕——咕咕”的鸟叫声。我断定是斑鸠，不由得惊喜。披上衣服，竟有点迫不及待，悄声静气地靠近窗户，透过玻璃望出去，后屋的前檐上，果然有两只斑鸠。一只站在瓦楞上，另一只围着它转着，一边转着，一边点头，发出“咕咕——咕咕”的叫声。</w:t>
      </w:r>
    </w:p>
    <w:p>
      <w:pPr>
        <w:spacing w:line="360" w:lineRule="auto"/>
        <w:ind w:firstLine="420"/>
        <w:jc w:val="left"/>
        <w:textAlignment w:val="center"/>
        <w:rPr>
          <w:color w:val="000000"/>
        </w:rPr>
      </w:pPr>
      <w:r>
        <w:rPr>
          <w:rFonts w:ascii="楷体" w:eastAsia="楷体" w:hAnsi="楷体" w:cs="楷体"/>
          <w:color w:val="000000"/>
        </w:rPr>
        <w:t>②多年前大约这个时节，我和朋友住在一处自然环境极佳的乡村屋舍里。我们最喜欢站着或坐在屋子的后院里。后院是一片绿茸茸的草坪，有几种疏于管理的花木。树木的枝杈上，栖息着，毋宁说侍立着一群鸟儿。一种通体黑色的梭子形状的鸟儿，在人刚打开后门走到草坪边的时候，它们便从树枝上飞下来，落在草坪上，期待着人撒出面包屑或什么吃食。你撒了吃剩的面包屑或米粒，它们就在你面前的草地上争食，甚至大胆地跳到人的脚前来。偶尔，还会有一只两只松鼠不知从哪棵树上蹿下来，和梭子鸟儿在草地上抢夺食物。</w:t>
      </w:r>
    </w:p>
    <w:p>
      <w:pPr>
        <w:spacing w:line="360" w:lineRule="auto"/>
        <w:ind w:firstLine="420"/>
        <w:jc w:val="left"/>
        <w:textAlignment w:val="center"/>
        <w:rPr>
          <w:color w:val="000000"/>
        </w:rPr>
      </w:pPr>
      <w:r>
        <w:rPr>
          <w:rFonts w:ascii="楷体" w:eastAsia="楷体" w:hAnsi="楷体" w:cs="楷体"/>
          <w:color w:val="000000"/>
        </w:rPr>
        <w:t>③我在那个令人忘情的人与鸟兽共处的后院草坪上，曾经想过在我家的小院里，如若能有这样一群敢于光顾的鸟儿就好了。然而，实际想来，实现这样人鸟人兽共存共荣的和谐景象，恐怕也不是短时间的事。【甲】</w:t>
      </w:r>
      <w:r>
        <w:rPr>
          <w:rFonts w:ascii="楷体" w:eastAsia="楷体" w:hAnsi="楷体" w:cs="楷体"/>
          <w:color w:val="000000"/>
          <w:u w:val="single"/>
        </w:rPr>
        <w:t>我们把鸟儿兽儿作为美食作为美裳作为玩物作为发财的对象而心狠手狠的年月，已无法计算。</w:t>
      </w:r>
      <w:r>
        <w:rPr>
          <w:rFonts w:ascii="楷体" w:eastAsia="楷体" w:hAnsi="楷体" w:cs="楷体"/>
          <w:color w:val="000000"/>
        </w:rPr>
        <w:t>我能记得和看到的，一是上世纪五十年代对麻雀发动的全民战争，麻雀虽未绝种，倒是把所有飞翔在天空的各色鸟儿吓得肝胆欲裂，它们肯定会把对人的恐惧和防范以生存戒律传递给子子孙孙。再是种种药剂和化肥，杀了害虫长了庄稼，却把许多食虫食草的鸟儿整得种族灭绝——更不要说那些利欲熏心丧尽良知捕杀濒临灭绝的珍禽异兽者。我曾瞎猜过，能够存活到今天的鸟类、兽类，肯定具备一组特别优秀的专司提防、警惕人类伤害的基因。不然，早该在明枪暗弓以及五花八门的机关和陷阱里灭绝了。</w:t>
      </w:r>
    </w:p>
    <w:p>
      <w:pPr>
        <w:spacing w:line="360" w:lineRule="auto"/>
        <w:ind w:firstLine="420"/>
        <w:jc w:val="left"/>
        <w:textAlignment w:val="center"/>
        <w:rPr>
          <w:color w:val="000000"/>
        </w:rPr>
      </w:pPr>
      <w:r>
        <w:rPr>
          <w:rFonts w:ascii="楷体" w:eastAsia="楷体" w:hAnsi="楷体" w:cs="楷体"/>
          <w:color w:val="000000"/>
        </w:rPr>
        <w:t>④还是说我家的斑鸠。</w:t>
      </w:r>
    </w:p>
    <w:p>
      <w:pPr>
        <w:spacing w:line="360" w:lineRule="auto"/>
        <w:ind w:firstLine="420"/>
        <w:jc w:val="left"/>
        <w:textAlignment w:val="center"/>
        <w:rPr>
          <w:color w:val="000000"/>
        </w:rPr>
      </w:pPr>
      <w:r>
        <w:rPr>
          <w:rFonts w:ascii="楷体" w:eastAsia="楷体" w:hAnsi="楷体" w:cs="楷体"/>
          <w:color w:val="000000"/>
        </w:rPr>
        <w:t>⑤我有记事能力的时候就认识并记住了斑鸠。在我家乡的鸟类中，斑鸠是最朴拙最不显眼近乎丑陋的一种鸟儿。灰褐色的羽毛比不得任何一种鸟儿，连麻雀的羽翅上的暗纹也比不得。没有长喙和高足，比不得啄木鸟和鹭鸶。没有动人的叫声，从早到晚都是粗浑单调的“咕咕咕——咕咕咕”的声音。它的巢仅由几十根柴枝，横竖搭置成一个浅浅的潦草的窝。小时候我站在树下，可以从窝底部的缝隙透见窝里有几枚蛋。记得有篇小学课文，说斑鸠是最懒惰的，懒得连窝也不认真搭建，冬天便冻死在这种既不遮风亦不挡雨的窝里。</w:t>
      </w:r>
    </w:p>
    <w:p>
      <w:pPr>
        <w:spacing w:line="360" w:lineRule="auto"/>
        <w:ind w:firstLine="420"/>
        <w:jc w:val="left"/>
        <w:textAlignment w:val="center"/>
        <w:rPr>
          <w:color w:val="000000"/>
        </w:rPr>
      </w:pPr>
      <w:r>
        <w:rPr>
          <w:rFonts w:ascii="楷体" w:eastAsia="楷体" w:hAnsi="楷体" w:cs="楷体"/>
          <w:color w:val="000000"/>
        </w:rPr>
        <w:t>⑥然而，整个八十年代到九十年代初，我住在祖居的老屋读书写字，没有看见过一只斑鸠。我以为再也看不到斑鸠了。</w:t>
      </w:r>
    </w:p>
    <w:p>
      <w:pPr>
        <w:spacing w:line="360" w:lineRule="auto"/>
        <w:ind w:firstLine="420"/>
        <w:jc w:val="left"/>
        <w:textAlignment w:val="center"/>
        <w:rPr>
          <w:color w:val="000000"/>
        </w:rPr>
      </w:pPr>
      <w:r>
        <w:rPr>
          <w:rFonts w:ascii="楷体" w:eastAsia="楷体" w:hAnsi="楷体" w:cs="楷体"/>
          <w:color w:val="000000"/>
        </w:rPr>
        <w:t>⑦斑鸠却在我重返家乡的第一个清晨出现了，就在我的房檐上。</w:t>
      </w:r>
    </w:p>
    <w:p>
      <w:pPr>
        <w:spacing w:line="360" w:lineRule="auto"/>
        <w:ind w:firstLine="420"/>
        <w:jc w:val="left"/>
        <w:textAlignment w:val="center"/>
        <w:rPr>
          <w:color w:val="000000"/>
        </w:rPr>
      </w:pPr>
      <w:r>
        <w:rPr>
          <w:rFonts w:ascii="楷体" w:eastAsia="楷体" w:hAnsi="楷体" w:cs="楷体"/>
          <w:color w:val="000000"/>
        </w:rPr>
        <w:t>⑧我便轻手开门，怕惊吓了它们。它们还是飞走了。</w:t>
      </w:r>
    </w:p>
    <w:p>
      <w:pPr>
        <w:spacing w:line="360" w:lineRule="auto"/>
        <w:ind w:firstLine="420"/>
        <w:jc w:val="left"/>
        <w:textAlignment w:val="center"/>
        <w:rPr>
          <w:color w:val="000000"/>
        </w:rPr>
      </w:pPr>
      <w:r>
        <w:rPr>
          <w:rFonts w:ascii="楷体" w:eastAsia="楷体" w:hAnsi="楷体" w:cs="楷体"/>
          <w:color w:val="000000"/>
        </w:rPr>
        <w:t>⑨初始，无论我怎样轻手蹑足开门走路，它们一发现我从屋内走到院中，扑棱一声就从屋脊或围墙上起飞了，飞到高高的村树上去了。我仍然往小院里抛撒米谷。直到某一日，我开门出来。【乙】</w:t>
      </w:r>
      <w:r>
        <w:rPr>
          <w:rFonts w:ascii="楷体" w:eastAsia="楷体" w:hAnsi="楷体" w:cs="楷体"/>
          <w:color w:val="000000"/>
          <w:u w:val="single"/>
        </w:rPr>
        <w:t>两只斑鸠突然从院中飞起，落到房檐上，还在探头探脑瞅着院中尚未吃完的谷米。</w:t>
      </w:r>
      <w:r>
        <w:rPr>
          <w:rFonts w:ascii="楷体" w:eastAsia="楷体" w:hAnsi="楷体" w:cs="楷体"/>
          <w:color w:val="000000"/>
        </w:rPr>
        <w:t xml:space="preserve"> 我心里一动，它们终于有胆子到院内落脚啄食了，这是一次突破性的进展。</w:t>
      </w:r>
    </w:p>
    <w:p>
      <w:pPr>
        <w:spacing w:line="360" w:lineRule="auto"/>
        <w:ind w:firstLine="420"/>
        <w:jc w:val="left"/>
        <w:textAlignment w:val="center"/>
        <w:rPr>
          <w:color w:val="000000"/>
        </w:rPr>
      </w:pPr>
      <w:r>
        <w:rPr>
          <w:rFonts w:ascii="楷体" w:eastAsia="楷体" w:hAnsi="楷体" w:cs="楷体"/>
          <w:color w:val="000000"/>
        </w:rPr>
        <w:t>⑩我和斑鸠的关系获得令人振奋的突破之后，随之便是持久的停滞不前。斑鸠在房檐在房脊在院墙上栖息追连，似乎已经放心无虞。然而有我在场的时候，它们绝不飞落到院里来啄食，无论我抛撒的米谷多么富于诱惑。有几次我从室内的窗玻璃前窥视到斑鸠在院中啄食米谷的情景，每当我出门，它们便惊慌地飞上房顶。这一刻，我清醒地意识到，它们还不完全是我家的斑鸠。</w:t>
      </w:r>
    </w:p>
    <w:p>
      <w:pPr>
        <w:spacing w:line="360" w:lineRule="auto"/>
        <w:ind w:firstLine="420"/>
        <w:jc w:val="left"/>
        <w:textAlignment w:val="center"/>
        <w:rPr>
          <w:color w:val="000000"/>
        </w:rPr>
      </w:pPr>
      <w:r>
        <w:rPr>
          <w:rFonts w:ascii="楷体" w:eastAsia="楷体" w:hAnsi="楷体" w:cs="楷体"/>
          <w:color w:val="000000"/>
        </w:rPr>
        <w:t>⑪要让斑鸠随心无虞地落到小院里，心里踏实地啄食，在我的眼下，在我的脚前，尚需一些时日。</w:t>
      </w:r>
    </w:p>
    <w:p>
      <w:pPr>
        <w:spacing w:line="360" w:lineRule="auto"/>
        <w:ind w:firstLine="420"/>
        <w:jc w:val="left"/>
        <w:textAlignment w:val="center"/>
        <w:rPr>
          <w:color w:val="000000"/>
        </w:rPr>
      </w:pPr>
      <w:r>
        <w:rPr>
          <w:rFonts w:ascii="楷体" w:eastAsia="楷体" w:hAnsi="楷体" w:cs="楷体"/>
          <w:color w:val="000000"/>
        </w:rPr>
        <w:t>⑫我将等待。</w:t>
      </w:r>
    </w:p>
    <w:p>
      <w:pPr>
        <w:spacing w:line="360" w:lineRule="auto"/>
        <w:jc w:val="right"/>
        <w:textAlignment w:val="center"/>
        <w:rPr>
          <w:color w:val="000000"/>
        </w:rPr>
      </w:pPr>
      <w:r>
        <w:rPr>
          <w:rFonts w:ascii="宋体" w:eastAsia="宋体" w:hAnsi="宋体" w:cs="宋体"/>
          <w:color w:val="000000"/>
        </w:rPr>
        <w:t>（选自《我走在这活泼泼的人间》，有删改）</w:t>
      </w:r>
    </w:p>
    <w:p>
      <w:pPr>
        <w:spacing w:line="360" w:lineRule="auto"/>
        <w:jc w:val="left"/>
        <w:textAlignment w:val="center"/>
        <w:rPr>
          <w:color w:val="000000"/>
        </w:rPr>
      </w:pPr>
      <w:r>
        <w:rPr>
          <w:color w:val="000000"/>
        </w:rPr>
        <w:t xml:space="preserve">14. </w:t>
      </w:r>
      <w:r>
        <w:rPr>
          <w:rFonts w:ascii="宋体" w:eastAsia="宋体" w:hAnsi="宋体" w:cs="宋体"/>
          <w:color w:val="000000"/>
        </w:rPr>
        <w:t>阅读全文，补全横线上的内容。</w:t>
      </w:r>
    </w:p>
    <w:p>
      <w:pPr>
        <w:spacing w:line="360" w:lineRule="auto"/>
        <w:jc w:val="left"/>
        <w:textAlignment w:val="center"/>
        <w:rPr>
          <w:color w:val="000000"/>
        </w:rPr>
      </w:pPr>
      <w:r>
        <w:rPr>
          <w:rFonts w:ascii="宋体" w:eastAsia="宋体" w:hAnsi="宋体" w:cs="宋体"/>
          <w:color w:val="000000"/>
        </w:rPr>
        <w:t>⑴有记事能力时，</w:t>
      </w:r>
      <w:r>
        <w:rPr>
          <w:rFonts w:ascii="宋体" w:eastAsia="宋体" w:hAnsi="宋体" w:cs="宋体"/>
          <w:color w:val="000000"/>
          <w:u w:val="single"/>
        </w:rPr>
        <w:t>①</w:t>
      </w:r>
      <w:r>
        <w:rPr>
          <w:color w:val="000000"/>
        </w:rPr>
        <w:t>_______</w:t>
      </w:r>
      <w:r>
        <w:rPr>
          <w:rFonts w:ascii="宋体" w:eastAsia="宋体" w:hAnsi="宋体" w:cs="宋体"/>
          <w:color w:val="000000"/>
        </w:rPr>
        <w:t>，觉得它丑陋懒惰。</w:t>
      </w:r>
    </w:p>
    <w:p>
      <w:pPr>
        <w:spacing w:line="360" w:lineRule="auto"/>
        <w:jc w:val="left"/>
        <w:textAlignment w:val="center"/>
        <w:rPr>
          <w:color w:val="000000"/>
        </w:rPr>
      </w:pPr>
      <w:r>
        <w:rPr>
          <w:rFonts w:ascii="宋体" w:eastAsia="宋体" w:hAnsi="宋体" w:cs="宋体"/>
          <w:color w:val="000000"/>
        </w:rPr>
        <w:t>⑵</w:t>
      </w:r>
      <w:r>
        <w:rPr>
          <w:rFonts w:ascii="宋体" w:eastAsia="宋体" w:hAnsi="宋体" w:cs="宋体"/>
          <w:color w:val="000000"/>
          <w:u w:val="single"/>
        </w:rPr>
        <w:t>②</w:t>
      </w:r>
      <w:r>
        <w:rPr>
          <w:color w:val="000000"/>
        </w:rPr>
        <w:t>_______</w:t>
      </w:r>
      <w:r>
        <w:rPr>
          <w:rFonts w:ascii="宋体" w:eastAsia="宋体" w:hAnsi="宋体" w:cs="宋体"/>
          <w:color w:val="000000"/>
        </w:rPr>
        <w:t>，我没有见过一只斑鸠，内心有一点失落遗憾。</w:t>
      </w:r>
    </w:p>
    <w:p>
      <w:pPr>
        <w:spacing w:line="360" w:lineRule="auto"/>
        <w:jc w:val="left"/>
        <w:textAlignment w:val="center"/>
        <w:rPr>
          <w:color w:val="000000"/>
        </w:rPr>
      </w:pPr>
      <w:r>
        <w:rPr>
          <w:rFonts w:ascii="宋体" w:eastAsia="宋体" w:hAnsi="宋体" w:cs="宋体"/>
          <w:color w:val="000000"/>
        </w:rPr>
        <w:t>⑶重返家乡的第一天早晨，我在房檐上再次见到斑鸠，</w:t>
      </w:r>
      <w:r>
        <w:rPr>
          <w:rFonts w:ascii="宋体" w:eastAsia="宋体" w:hAnsi="宋体" w:cs="宋体"/>
          <w:color w:val="000000"/>
          <w:u w:val="single"/>
        </w:rPr>
        <w:t>③</w:t>
      </w:r>
      <w:r>
        <w:rPr>
          <w:color w:val="000000"/>
        </w:rPr>
        <w:t>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⑷重返家乡后的某一日，我给斑鸠喂食，</w:t>
      </w:r>
      <w:r>
        <w:rPr>
          <w:rFonts w:ascii="宋体" w:eastAsia="宋体" w:hAnsi="宋体" w:cs="宋体"/>
          <w:color w:val="000000"/>
          <w:u w:val="single"/>
        </w:rPr>
        <w:t>④</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请结合文章内容，从【甲】【乙】两句中任选一句进行赏析。</w:t>
      </w:r>
    </w:p>
    <w:p>
      <w:pPr>
        <w:spacing w:line="360" w:lineRule="auto"/>
        <w:jc w:val="left"/>
        <w:textAlignment w:val="center"/>
        <w:rPr>
          <w:color w:val="000000"/>
        </w:rPr>
      </w:pPr>
      <w:r>
        <w:rPr>
          <w:color w:val="000000"/>
        </w:rPr>
        <w:t xml:space="preserve">16. </w:t>
      </w:r>
      <w:r>
        <w:rPr>
          <w:rFonts w:ascii="宋体" w:eastAsia="宋体" w:hAnsi="宋体" w:cs="宋体"/>
          <w:color w:val="000000"/>
        </w:rPr>
        <w:t>结尾“我将等待”一句中，你认为作者“等待”的是什么？请结合文章内容简要分析。</w:t>
      </w:r>
    </w:p>
    <w:p>
      <w:pPr>
        <w:spacing w:line="360" w:lineRule="auto"/>
        <w:textAlignment w:val="center"/>
        <w:rPr>
          <w:color w:val="000000"/>
        </w:rPr>
      </w:pPr>
      <w:r>
        <w:rPr>
          <w:color w:val="2E75B6"/>
        </w:rPr>
        <w:t>【答案】</w:t>
      </w:r>
      <w:r>
        <w:rPr>
          <w:color w:val="000000"/>
        </w:rPr>
        <w:t xml:space="preserve">14. </w:t>
      </w:r>
      <w:r>
        <w:rPr>
          <w:color w:val="000000"/>
        </w:rPr>
        <w:t xml:space="preserve">    ①. </w:t>
      </w:r>
      <w:r>
        <w:rPr>
          <w:color w:val="000000"/>
        </w:rPr>
        <w:t>我认识并记住了斑鸠</w:t>
      </w:r>
      <w:r>
        <w:rPr>
          <w:color w:val="000000"/>
        </w:rPr>
        <w:t xml:space="preserve">    ②. </w:t>
      </w:r>
      <w:r>
        <w:rPr>
          <w:color w:val="000000"/>
        </w:rPr>
        <w:t>八十年代到九十年代初</w:t>
      </w:r>
      <w:r>
        <w:rPr>
          <w:color w:val="000000"/>
        </w:rPr>
        <w:t xml:space="preserve">    ③. </w:t>
      </w:r>
      <w:r>
        <w:rPr>
          <w:color w:val="000000"/>
        </w:rPr>
        <w:t>不由得惊喜万分</w:t>
      </w:r>
      <w:r>
        <w:rPr>
          <w:color w:val="000000"/>
        </w:rPr>
        <w:t xml:space="preserve">    ④. </w:t>
      </w:r>
      <w:r>
        <w:rPr>
          <w:color w:val="000000"/>
        </w:rPr>
        <w:t>渴望它们随心无虞地到院中啄食</w:t>
      </w:r>
      <w:r>
        <w:rPr>
          <w:color w:val="000000"/>
        </w:rPr>
        <w:t xml:space="preserve">    </w:t>
      </w:r>
    </w:p>
    <w:p>
      <w:pPr>
        <w:spacing w:line="360" w:lineRule="auto"/>
        <w:textAlignment w:val="center"/>
        <w:rPr>
          <w:color w:val="000000"/>
        </w:rPr>
      </w:pPr>
      <w:r>
        <w:rPr>
          <w:color w:val="000000"/>
        </w:rPr>
        <w:t xml:space="preserve">15. </w:t>
      </w:r>
      <w:r>
        <w:rPr>
          <w:color w:val="000000"/>
        </w:rPr>
        <w:t>【甲】处句子罗列了人类多种伤害动物的多种的方法，没有标点的一气读完，可以充分感受到人类伤害动物方法之多，并且在语气上更能感受到作者的愤慨之情。</w:t>
      </w:r>
    </w:p>
    <w:p>
      <w:pPr>
        <w:spacing w:line="360" w:lineRule="auto"/>
        <w:ind w:left="15"/>
        <w:jc w:val="left"/>
        <w:textAlignment w:val="center"/>
        <w:rPr>
          <w:color w:val="000000"/>
        </w:rPr>
      </w:pPr>
      <w:r>
        <w:rPr>
          <w:rFonts w:ascii="宋体" w:eastAsia="宋体" w:hAnsi="宋体" w:cs="宋体"/>
          <w:color w:val="000000"/>
        </w:rPr>
        <w:t>【乙】处</w:t>
      </w:r>
      <w:r>
        <w:rPr>
          <w:rFonts w:ascii="宋体" w:eastAsia="宋体" w:hAnsi="宋体" w:cs="宋体"/>
          <w:color w:val="000000"/>
          <w:position w:val="0"/>
        </w:rPr>
        <w:drawing>
          <wp:inline>
            <wp:extent cx="133350" cy="177800"/>
            <wp:docPr id="15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
                    <pic:cNvPicPr>
                      <a:picLocks noChangeAspect="1"/>
                    </pic:cNvPicPr>
                  </pic:nvPicPr>
                  <pic:blipFill>
                    <a:blip r:embed="rId11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“探头探脑”，在这里是对斑鸠的情态描写，写出了斑鸠看到人类时的机警、小心。体现了人类对动物的残害之久。</w:t>
      </w:r>
      <w:r>
        <w:rPr>
          <w:color w:val="000000"/>
        </w:rPr>
        <w:t xml:space="preserve">    </w:t>
      </w:r>
    </w:p>
    <w:p>
      <w:pPr>
        <w:spacing w:line="360" w:lineRule="auto"/>
        <w:ind w:left="15"/>
        <w:jc w:val="left"/>
        <w:textAlignment w:val="center"/>
        <w:rPr>
          <w:color w:val="000000"/>
        </w:rPr>
      </w:pPr>
      <w:r>
        <w:rPr>
          <w:color w:val="000000"/>
        </w:rPr>
        <w:t xml:space="preserve">16. </w:t>
      </w:r>
      <w:r>
        <w:rPr>
          <w:rFonts w:ascii="宋体" w:eastAsia="宋体" w:hAnsi="宋体" w:cs="宋体"/>
          <w:color w:val="000000"/>
        </w:rPr>
        <w:t>示例1：等待斑鸠。从文中看，“我”有尊重斑鸠生命的意识，也有保护斑鸠的行为。“我”坚持给斑鸠喂食，不惊吓打扰它们，斑鸠已经开始到院中啄食，“我”和斑鸠的关系有了突破性进展。而且“我”有耐心继续坚持，继续等待，相信斑鸠定会放下戒心，成为“我家的斑鸠”。</w:t>
      </w:r>
    </w:p>
    <w:p>
      <w:pPr>
        <w:spacing w:line="360" w:lineRule="auto"/>
        <w:ind w:left="15"/>
        <w:jc w:val="left"/>
        <w:textAlignment w:val="center"/>
        <w:rPr>
          <w:color w:val="000000"/>
        </w:rPr>
      </w:pPr>
      <w:r>
        <w:rPr>
          <w:rFonts w:ascii="宋体" w:eastAsia="宋体" w:hAnsi="宋体" w:cs="宋体"/>
          <w:color w:val="000000"/>
        </w:rPr>
        <w:t>示例2：等待人与动物真正的和谐相处。文中写过去人们对鸟类的伤害，让“斑鸠”一直对人类保持戒心；生活中还有不少人缺乏尊重自然保护生态的意识，伤害鸟兽的行为也时有发生。斑鸠要建立起对人类的信任还很困难，作者希望人类能够热爱动物，等待人类与动物和谐相处的那一天的到来。</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本题考查信息梳理与概括提炼能力。</w:t>
      </w:r>
    </w:p>
    <w:p>
      <w:pPr>
        <w:spacing w:line="360" w:lineRule="auto"/>
        <w:jc w:val="left"/>
        <w:textAlignment w:val="center"/>
        <w:rPr>
          <w:color w:val="000000"/>
        </w:rPr>
      </w:pPr>
      <w:r>
        <w:rPr>
          <w:rFonts w:ascii="宋体" w:eastAsia="宋体" w:hAnsi="宋体" w:cs="宋体"/>
          <w:color w:val="000000"/>
        </w:rPr>
        <w:t>从第⑤段“我有记事能力的时候就认识并记住了斑鸠。在我家乡的鸟类中，斑鸠是最朴拙最不显眼近乎丑陋的一种鸟儿……斑鸠是最懒惰的，懒得连窝也不认真搭建，冬天便冻死在这种既不遮风亦不挡雨的窝里”可知，有记事能力时，我认识并记住了斑鸠，觉得它丑陋懒惰；</w:t>
      </w:r>
    </w:p>
    <w:p>
      <w:pPr>
        <w:spacing w:line="360" w:lineRule="auto"/>
        <w:jc w:val="left"/>
        <w:textAlignment w:val="center"/>
        <w:rPr>
          <w:color w:val="000000"/>
        </w:rPr>
      </w:pPr>
      <w:r>
        <w:rPr>
          <w:rFonts w:ascii="宋体" w:eastAsia="宋体" w:hAnsi="宋体" w:cs="宋体"/>
          <w:color w:val="000000"/>
        </w:rPr>
        <w:t>从第⑥段“然而，整个八十年代到九十年代初，我住在祖居的老屋读书写字，没有看见过一只斑鸠。我以为再也看不到斑鸠了”可知，八十年代到九十年代初，我没有见过一只斑鸠，内心有一点失落遗憾；</w:t>
      </w:r>
    </w:p>
    <w:p>
      <w:pPr>
        <w:spacing w:line="360" w:lineRule="auto"/>
        <w:jc w:val="left"/>
        <w:textAlignment w:val="center"/>
        <w:rPr>
          <w:color w:val="000000"/>
        </w:rPr>
      </w:pPr>
      <w:r>
        <w:rPr>
          <w:rFonts w:ascii="宋体" w:eastAsia="宋体" w:hAnsi="宋体" w:cs="宋体"/>
          <w:color w:val="000000"/>
        </w:rPr>
        <w:t>从第⑦段“斑鸠却在我重返家乡的第一个清晨出现了，就在我的房檐上”可知，重返家乡的第一天早晨，我在房檐上再次见到斑鸠，不由得惊喜万分；</w:t>
      </w:r>
    </w:p>
    <w:p>
      <w:pPr>
        <w:spacing w:line="360" w:lineRule="auto"/>
        <w:jc w:val="left"/>
        <w:textAlignment w:val="center"/>
        <w:rPr>
          <w:color w:val="000000"/>
        </w:rPr>
      </w:pPr>
      <w:r>
        <w:rPr>
          <w:rFonts w:ascii="宋体" w:eastAsia="宋体" w:hAnsi="宋体" w:cs="宋体"/>
          <w:color w:val="000000"/>
        </w:rPr>
        <w:t>从第⑨段“……直到某一日，我开门出来。两只斑鸠突然从院中飞起，落到房檐上，还在探头探脑瞅着院中尚未吃完的谷米”、和第⑪段“要让斑鸠随心无虞地落到小院里，心里踏实地啄食，在我的眼下，在我的脚前，尚需一些时日”可知，重返家乡后的某一日，我给斑鸠喂食，渴望它们随心无虞地到院中啄食。</w:t>
      </w:r>
    </w:p>
    <w:p>
      <w:pPr>
        <w:spacing w:line="360" w:lineRule="auto"/>
        <w:jc w:val="left"/>
        <w:textAlignment w:val="center"/>
        <w:rPr>
          <w:color w:val="000000"/>
        </w:rPr>
      </w:pPr>
      <w:r>
        <w:rPr>
          <w:color w:val="000000"/>
        </w:rPr>
        <w:t>综上分析，填写对应的空格即可。</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本题考查关键词句的赏析。可从修辞手法、描写方法和关键词语的使用，结合“本义、内含、情感和主题”这三方面来欣赏分析。</w:t>
      </w:r>
    </w:p>
    <w:p>
      <w:pPr>
        <w:spacing w:line="360" w:lineRule="auto"/>
        <w:jc w:val="left"/>
        <w:textAlignment w:val="center"/>
        <w:rPr>
          <w:color w:val="000000"/>
        </w:rPr>
      </w:pPr>
      <w:r>
        <w:rPr>
          <w:rFonts w:ascii="宋体" w:eastAsia="宋体" w:hAnsi="宋体" w:cs="宋体"/>
          <w:color w:val="000000"/>
        </w:rPr>
        <w:t>【甲】处句子“作为美食作为美裳作为玩物作为发财”运用了反复的修辞手法，“作为”一词反复使用，罗列了人类多种伤害动物的多种的方法，强调了人类为了自己的私欲而伤害鸟兽的手段数不胜数，突出了作者的愤慨之情；这些列举的手段没有标点，这一快节奏的急速的语气更能感受到作者的焦躁、忧虑和气愤之情。</w:t>
      </w:r>
    </w:p>
    <w:p>
      <w:pPr>
        <w:spacing w:line="360" w:lineRule="auto"/>
        <w:jc w:val="left"/>
        <w:textAlignment w:val="center"/>
        <w:rPr>
          <w:color w:val="000000"/>
        </w:rPr>
      </w:pPr>
      <w:r>
        <w:rPr>
          <w:rFonts w:ascii="宋体" w:eastAsia="宋体" w:hAnsi="宋体" w:cs="宋体"/>
          <w:color w:val="000000"/>
        </w:rPr>
        <w:t>【乙】处“还在探头探脑瞅着院中尚未吃完的谷米”中的“探头探脑”，在这里是对斑鸠的情态描写，写出了斑鸠一边看谷米，一边注意人类的神情。体现出它们对人类怀有提防之心，生怕受到人类的伤害，这就从侧面体现了人类对动物的残害之久、伤害之深。故“探头探脑”并没有丑化斑鸠，而是生动地表现了斑鸠的小心、机警，对人类怀有戒备之心。</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本题考查理解运用能力。</w:t>
      </w:r>
    </w:p>
    <w:p>
      <w:pPr>
        <w:spacing w:line="360" w:lineRule="auto"/>
        <w:jc w:val="left"/>
        <w:textAlignment w:val="center"/>
        <w:rPr>
          <w:color w:val="000000"/>
        </w:rPr>
      </w:pPr>
      <w:r>
        <w:rPr>
          <w:rFonts w:ascii="宋体" w:eastAsia="宋体" w:hAnsi="宋体" w:cs="宋体"/>
          <w:color w:val="000000"/>
        </w:rPr>
        <w:t>从第⑪段“要让斑鸠随心无虞地落到小院里，心里踏实地啄食，在我的眼下，在我的脚前，尚需一些时日”，结合第⑨段“它们终于有胆子到院内落脚啄食了，这是一次突破性的进展”可知，“我”与斑鸠的关系已有了突破性进展，“我”觉得假以时日斑鸠会随心无虞地落到小院里，相信通过我们的努力，斑鸠定能慢慢建立起对人类的信任。故“我”等待的是“斑鸠随心无虞地落到小院里，心里踏实地啄食”，这是从表面上理解；</w:t>
      </w:r>
    </w:p>
    <w:p>
      <w:pPr>
        <w:spacing w:line="360" w:lineRule="auto"/>
        <w:jc w:val="left"/>
        <w:textAlignment w:val="center"/>
        <w:rPr>
          <w:color w:val="000000"/>
        </w:rPr>
      </w:pPr>
      <w:r>
        <w:rPr>
          <w:rFonts w:ascii="宋体" w:eastAsia="宋体" w:hAnsi="宋体" w:cs="宋体"/>
          <w:color w:val="000000"/>
        </w:rPr>
        <w:t>从第③段“我在那个令人忘情的人与鸟兽共处的后院草坪上，曾经想过在我家的小院里，如若能有这样一群敢于光顾的鸟儿就好了。然而，实际想来，实现这样人鸟人兽共存共荣的和谐景象，恐怕也不是短时间的事”“我们把鸟儿兽儿作为美食作为美裳作为玩物作为发财的对象而心狠手狠的年月，已无法计算”等内容可知，过去人们对鸟类的伤害，让“斑鸠们”一直对人类保持戒心；生活中还有不少人缺乏尊重自然保护生态的意识，伤害鸟兽的行为也时有发生，可见“我”等待的又是“人鸟人兽共存共荣的和谐景象”的出现，这也是文章的主题所在。</w:t>
      </w:r>
    </w:p>
    <w:p>
      <w:pPr>
        <w:spacing w:line="360" w:lineRule="auto"/>
        <w:jc w:val="left"/>
        <w:textAlignment w:val="center"/>
        <w:rPr>
          <w:color w:val="000000"/>
        </w:rPr>
      </w:pPr>
      <w:r>
        <w:rPr>
          <w:rFonts w:ascii="宋体" w:eastAsia="宋体" w:hAnsi="宋体" w:cs="宋体"/>
          <w:color w:val="000000"/>
        </w:rPr>
        <w:t>据此分析作答即可。</w:t>
      </w:r>
    </w:p>
    <w:p>
      <w:pPr>
        <w:pStyle w:val="Heading3"/>
      </w:pPr>
      <w:r>
        <w:t>怀柔区</w:t>
      </w:r>
    </w:p>
    <w:p>
      <w:pPr>
        <w:spacing w:line="360" w:lineRule="auto"/>
        <w:jc w:val="left"/>
        <w:textAlignment w:val="center"/>
        <w:rPr>
          <w:color w:val="000000"/>
        </w:rPr>
      </w:pPr>
      <w:r>
        <w:rPr>
          <w:rFonts w:ascii="宋体" w:eastAsia="宋体" w:hAnsi="宋体" w:cs="宋体"/>
          <w:b/>
          <w:color w:val="000000"/>
          <w:sz w:val="24"/>
        </w:rPr>
        <w:t>四、现代文阅读（共22分）</w:t>
      </w:r>
    </w:p>
    <w:p>
      <w:pPr>
        <w:spacing w:line="360" w:lineRule="auto"/>
        <w:jc w:val="left"/>
        <w:textAlignment w:val="center"/>
        <w:rPr>
          <w:color w:val="000000"/>
        </w:rPr>
      </w:pPr>
      <w:r>
        <w:rPr>
          <w:rFonts w:ascii="宋体" w:eastAsia="宋体" w:hAnsi="宋体" w:cs="宋体"/>
          <w:b/>
          <w:color w:val="000000"/>
          <w:sz w:val="24"/>
        </w:rPr>
        <w:t>（一）</w:t>
      </w:r>
    </w:p>
    <w:p>
      <w:pPr>
        <w:spacing w:line="360" w:lineRule="auto"/>
        <w:jc w:val="left"/>
        <w:textAlignment w:val="center"/>
        <w:rPr>
          <w:color w:val="000000"/>
        </w:rPr>
      </w:pPr>
      <w:r>
        <w:rPr>
          <w:rFonts w:ascii="宋体" w:eastAsia="宋体" w:hAnsi="宋体" w:cs="宋体"/>
          <w:color w:val="000000"/>
        </w:rPr>
        <w:t>阅读《冬天是一首长诗》，完成下面小题。</w:t>
      </w:r>
    </w:p>
    <w:p>
      <w:pPr>
        <w:spacing w:line="360" w:lineRule="auto"/>
        <w:ind w:firstLine="420"/>
        <w:jc w:val="center"/>
        <w:textAlignment w:val="center"/>
        <w:rPr>
          <w:color w:val="000000"/>
        </w:rPr>
      </w:pPr>
      <w:r>
        <w:rPr>
          <w:rFonts w:ascii="楷体" w:eastAsia="楷体" w:hAnsi="楷体" w:cs="楷体"/>
          <w:color w:val="000000"/>
        </w:rPr>
        <w:t>冬天是一首长诗</w:t>
      </w:r>
    </w:p>
    <w:p>
      <w:pPr>
        <w:spacing w:line="360" w:lineRule="auto"/>
        <w:ind w:firstLine="420"/>
        <w:jc w:val="center"/>
        <w:textAlignment w:val="center"/>
        <w:rPr>
          <w:color w:val="000000"/>
        </w:rPr>
      </w:pPr>
      <w:r>
        <w:rPr>
          <w:rFonts w:ascii="楷体" w:eastAsia="楷体" w:hAnsi="楷体" w:cs="楷体"/>
          <w:color w:val="000000"/>
        </w:rPr>
        <w:t>寇俊杰</w:t>
      </w:r>
    </w:p>
    <w:p>
      <w:pPr>
        <w:spacing w:line="360" w:lineRule="auto"/>
        <w:ind w:firstLine="420"/>
        <w:jc w:val="left"/>
        <w:textAlignment w:val="center"/>
        <w:rPr>
          <w:color w:val="000000"/>
        </w:rPr>
      </w:pPr>
      <w:r>
        <w:rPr>
          <w:rFonts w:ascii="楷体" w:eastAsia="楷体" w:hAnsi="楷体" w:cs="楷体"/>
          <w:color w:val="000000"/>
        </w:rPr>
        <w:t>①相比春天的和煦、夏天的蓬勃、秋天的凉爽，北方冬天的寒冷和寂寥就显得漫长而难耐，但如果在冬天能过出诗意，那么它就是一首豪迈而热情的长诗。</w:t>
      </w:r>
    </w:p>
    <w:p>
      <w:pPr>
        <w:spacing w:line="360" w:lineRule="auto"/>
        <w:ind w:firstLine="420"/>
        <w:jc w:val="left"/>
        <w:textAlignment w:val="center"/>
        <w:rPr>
          <w:color w:val="000000"/>
        </w:rPr>
      </w:pPr>
      <w:r>
        <w:rPr>
          <w:rFonts w:ascii="楷体" w:eastAsia="楷体" w:hAnsi="楷体" w:cs="楷体"/>
          <w:color w:val="000000"/>
        </w:rPr>
        <w:t>②天气在忽冷忽热中走向寒冷，冬天的到来不是平铺直叙，开门见山的写法并不适合这首长诗。高明的诗人总是要有前期的铺陈造势，要沉得住气，起承转合，渐入佳境。一连几天的暖阳高照，在不经意的清晨，辽阔赤裸的庄稼地披上了一层薄薄的白纱，伴着几分入骨的寒气，玉米地里暗黄的肌肤还时隐时现，很有一种只知其美却一时难懂的朦胧诗的味道。玉米是诗行，田垄是章节，勤劳的庄稼人是最早在大地上抒写长诗的人，不管文化高低，不分高矮胖瘦，庄稼人都是天生的诗人，四四方方的地块是诗的形式美。阳光下的黄和霜后的白是诗的色彩美，柔和淡雅、一望无垠，是诗的音韵美，这首长诗押的是丰收的韵脚，走的是乡村振兴的诗风。</w:t>
      </w:r>
    </w:p>
    <w:p>
      <w:pPr>
        <w:spacing w:line="360" w:lineRule="auto"/>
        <w:ind w:firstLine="420"/>
        <w:jc w:val="left"/>
        <w:textAlignment w:val="center"/>
        <w:rPr>
          <w:color w:val="000000"/>
        </w:rPr>
      </w:pPr>
      <w:r>
        <w:rPr>
          <w:rFonts w:ascii="楷体" w:eastAsia="楷体" w:hAnsi="楷体" w:cs="楷体"/>
          <w:color w:val="000000"/>
        </w:rPr>
        <w:t>③冬天是首长诗，每个章节都不可忽略。冬雪雪冬小大寒，每个节气都非常有存在感，因为它们都有故事发生。立冬是开场的序言，还带着秋阳的温度，热闹而排场；小雪已进冬天的大门，雪似下非下；大雪节气到了，但真正的大雪却迟迟未到，是需要八抬大轿来请的“大腕”吗？冬至在岁末的前十天左右到来，人们带着饺子的香味走进新年；小寒是给人的提醒，以防大寒来临人们措手不及；大寒最能代表冬天的特质，是冬天这首长诗的高潮部分。还有冬天的遗韵——倒春寒，那何尝不是诗歌余味犹存的雅致呢？功夫在诗外。这首长诗一路读来，是层层铺垫，步步蓄势，最后把情节推向高潮，四野无声，万籁俱寂，银装素裹，冰雕玉砌。</w:t>
      </w:r>
    </w:p>
    <w:p>
      <w:pPr>
        <w:spacing w:line="360" w:lineRule="auto"/>
        <w:ind w:firstLine="420"/>
        <w:jc w:val="left"/>
        <w:textAlignment w:val="center"/>
        <w:rPr>
          <w:color w:val="000000"/>
        </w:rPr>
      </w:pPr>
      <w:r>
        <w:rPr>
          <w:rFonts w:ascii="楷体" w:eastAsia="楷体" w:hAnsi="楷体" w:cs="楷体"/>
          <w:color w:val="000000"/>
        </w:rPr>
        <w:t>④冬天是首长诗，讲究动静的结合之美。冬天的静是在积蓄力量，蓄势待发，但有时的“闹”也是在憧憬着美好的未来。冬天的“静”是这首长诗的名词，雪人、冰挂、雾松、冰雕……它们是美丽冬天的创造者，是冰雪长诗里的主人公；冬天里的“闹”是这首长诗的动词，打雪仗也好，跳广场舞也好，在雪地里踩出一串脚印也好……动起来才能跟上这个时代的步伐；过年的“闹”是这首长诗的形容词，虽然过年的形式变了许多，但年味却并没有远离，人们脸上的笑容无不表示着生活幸福指数的提升。</w:t>
      </w:r>
    </w:p>
    <w:p>
      <w:pPr>
        <w:spacing w:line="360" w:lineRule="auto"/>
        <w:ind w:firstLine="420"/>
        <w:jc w:val="left"/>
        <w:textAlignment w:val="center"/>
        <w:rPr>
          <w:color w:val="000000"/>
        </w:rPr>
      </w:pPr>
      <w:r>
        <w:rPr>
          <w:rFonts w:ascii="楷体" w:eastAsia="楷体" w:hAnsi="楷体" w:cs="楷体"/>
          <w:color w:val="000000"/>
        </w:rPr>
        <w:t>⑤冬天是一首长诗，沉稳大度，激情满怀，它不但抒写出了冬天的特色，更吟唱出了对生活的赞美，表达出了对新时代的致敬。</w:t>
      </w:r>
      <w:r>
        <w:rPr>
          <w:rFonts w:ascii="楷体" w:eastAsia="楷体" w:hAnsi="楷体" w:cs="楷体"/>
          <w:color w:val="000000"/>
          <w:u w:val="wave"/>
        </w:rPr>
        <w:t>漫长的冬天慢慢过，行多的诗歌细细品，把时光过慢，把诗歌读懂，在温暖的梦里体会雪野下的真滋味。</w:t>
      </w:r>
    </w:p>
    <w:p>
      <w:pPr>
        <w:spacing w:line="360" w:lineRule="auto"/>
        <w:jc w:val="right"/>
        <w:textAlignment w:val="center"/>
        <w:rPr>
          <w:color w:val="000000"/>
        </w:rPr>
      </w:pPr>
      <w:r>
        <w:rPr>
          <w:rFonts w:ascii="宋体" w:eastAsia="宋体" w:hAnsi="宋体" w:cs="宋体"/>
          <w:color w:val="000000"/>
        </w:rPr>
        <w:t>（节选自2021.11.20《劳动午报》）</w:t>
      </w:r>
    </w:p>
    <w:p>
      <w:pPr>
        <w:spacing w:line="360" w:lineRule="auto"/>
        <w:jc w:val="left"/>
        <w:textAlignment w:val="center"/>
        <w:rPr>
          <w:color w:val="000000"/>
        </w:rPr>
      </w:pPr>
      <w:r>
        <w:rPr>
          <w:color w:val="000000"/>
        </w:rPr>
        <w:t xml:space="preserve">12. </w:t>
      </w:r>
      <w:r>
        <w:rPr>
          <w:rFonts w:ascii="宋体" w:eastAsia="宋体" w:hAnsi="宋体" w:cs="宋体"/>
          <w:color w:val="000000"/>
        </w:rPr>
        <w:t>阅读文章②到⑤段，用简洁的语言概括出作者把“冬天”比作“一首长诗”的原因。</w:t>
      </w:r>
    </w:p>
    <w:p>
      <w:pPr>
        <w:spacing w:line="360" w:lineRule="auto"/>
        <w:jc w:val="left"/>
        <w:textAlignment w:val="center"/>
        <w:rPr>
          <w:color w:val="000000"/>
        </w:rPr>
      </w:pPr>
      <w:r>
        <w:rPr>
          <w:color w:val="000000"/>
        </w:rPr>
        <w:t xml:space="preserve">13. </w:t>
      </w:r>
      <w:r>
        <w:rPr>
          <w:rFonts w:ascii="宋体" w:eastAsia="宋体" w:hAnsi="宋体" w:cs="宋体"/>
          <w:color w:val="000000"/>
        </w:rPr>
        <w:t>本文读来别有一番韵味。请阅读第③段，选出你最喜欢的语句，从语言表达方面（词语、修辞等）谈一谈喜欢的理由。</w:t>
      </w:r>
    </w:p>
    <w:p>
      <w:pPr>
        <w:spacing w:line="360" w:lineRule="auto"/>
        <w:jc w:val="left"/>
        <w:textAlignment w:val="center"/>
        <w:rPr>
          <w:color w:val="000000"/>
        </w:rPr>
      </w:pPr>
      <w:r>
        <w:rPr>
          <w:color w:val="000000"/>
        </w:rPr>
        <w:t xml:space="preserve">14. </w:t>
      </w:r>
      <w:r>
        <w:rPr>
          <w:rFonts w:ascii="宋体" w:eastAsia="宋体" w:hAnsi="宋体" w:cs="宋体"/>
          <w:color w:val="000000"/>
        </w:rPr>
        <w:t>结合文章内容，谈谈你对文章结尾处画线语句的理解。</w:t>
      </w:r>
    </w:p>
    <w:p>
      <w:pPr>
        <w:spacing w:line="360" w:lineRule="auto"/>
        <w:textAlignment w:val="center"/>
        <w:rPr>
          <w:color w:val="000000"/>
        </w:rPr>
      </w:pPr>
      <w:r>
        <w:rPr>
          <w:color w:val="2E75B6"/>
        </w:rPr>
        <w:t>【答案】</w:t>
      </w:r>
      <w:r>
        <w:rPr>
          <w:color w:val="000000"/>
        </w:rPr>
        <w:t xml:space="preserve">12. </w:t>
      </w:r>
      <w:r>
        <w:rPr>
          <w:rFonts w:ascii="宋体" w:eastAsia="宋体" w:hAnsi="宋体" w:cs="宋体"/>
          <w:color w:val="000000"/>
        </w:rPr>
        <w:t>（结构或节奏上）冬的到来不是平铺直叙的，讲究铺陈造势；（内容上）冬天的每个节气（章节），都有存在感，都精彩；（表达技巧）冬讲求动静结合之美；（主题上）激情满怀，表达对生活对时代的赞美之情。</w:t>
      </w:r>
      <w:r>
        <w:rPr>
          <w:color w:val="000000"/>
        </w:rPr>
        <w:t xml:space="preserve">    </w:t>
      </w:r>
    </w:p>
    <w:p>
      <w:pPr>
        <w:spacing w:line="360" w:lineRule="auto"/>
        <w:textAlignment w:val="center"/>
        <w:rPr>
          <w:color w:val="000000"/>
        </w:rPr>
      </w:pPr>
      <w:r>
        <w:rPr>
          <w:color w:val="000000"/>
        </w:rPr>
        <w:t xml:space="preserve">13. </w:t>
      </w:r>
      <w:r>
        <w:rPr>
          <w:rFonts w:ascii="宋体" w:eastAsia="宋体" w:hAnsi="宋体" w:cs="宋体"/>
          <w:color w:val="000000"/>
        </w:rPr>
        <w:t>我喜欢“大雪节气到了，但真正的大雪却迟迟未到，是需要八抬大轿来请的‘大腕’吗？” 把大雪比喻成明星“大腕”，“八抬大轿”“请”，形象生动地突出了大雪到来得慢，人们等得焦急。</w:t>
      </w:r>
      <w:r>
        <w:rPr>
          <w:color w:val="000000"/>
        </w:rPr>
        <w:t xml:space="preserve">    </w:t>
      </w:r>
    </w:p>
    <w:p>
      <w:pPr>
        <w:spacing w:line="360" w:lineRule="auto"/>
        <w:textAlignment w:val="center"/>
        <w:rPr>
          <w:color w:val="000000"/>
        </w:rPr>
      </w:pPr>
      <w:r>
        <w:rPr>
          <w:color w:val="000000"/>
        </w:rPr>
        <w:t xml:space="preserve">14. </w:t>
      </w:r>
      <w:r>
        <w:rPr>
          <w:rFonts w:ascii="宋体" w:eastAsia="宋体" w:hAnsi="宋体" w:cs="宋体"/>
          <w:color w:val="000000"/>
        </w:rPr>
        <w:t>北方的冬天比较长，但不要焦躁，就像品味长诗一样，慢慢去品味冬天的独特韵味，就能体会到冬天的美好、生活的美好、时代的美好。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rFonts w:ascii="宋体" w:eastAsia="宋体" w:hAnsi="宋体" w:cs="宋体"/>
          <w:color w:val="000000"/>
        </w:rPr>
        <w:t>考查对文章内容的理解和概括。解答时，全面把握段落内容，抓住重点语句进行分析概括。</w:t>
      </w:r>
    </w:p>
    <w:p>
      <w:pPr>
        <w:spacing w:line="360" w:lineRule="auto"/>
        <w:jc w:val="left"/>
        <w:textAlignment w:val="center"/>
        <w:rPr>
          <w:color w:val="000000"/>
        </w:rPr>
      </w:pPr>
      <w:r>
        <w:rPr>
          <w:rFonts w:ascii="宋体" w:eastAsia="宋体" w:hAnsi="宋体" w:cs="宋体"/>
          <w:color w:val="000000"/>
        </w:rPr>
        <w:t>通过第②段中“天气在忽冷忽热中走向寒冷，冬天的到来不是平铺直叙，开门见山的写法并不适合这首长诗。高明的诗人总是要有前期的铺陈造势，要沉得住气，起承转合，渐入佳境”的内容，可概括为：节奏上，冬的到来不是平铺直叙的，而是讲究铺陈造势，起承转合；</w:t>
      </w:r>
    </w:p>
    <w:p>
      <w:pPr>
        <w:spacing w:line="360" w:lineRule="auto"/>
        <w:jc w:val="left"/>
        <w:textAlignment w:val="center"/>
        <w:rPr>
          <w:color w:val="000000"/>
        </w:rPr>
      </w:pPr>
      <w:r>
        <w:rPr>
          <w:rFonts w:ascii="宋体" w:eastAsia="宋体" w:hAnsi="宋体" w:cs="宋体"/>
          <w:color w:val="000000"/>
        </w:rPr>
        <w:t>通过第③段中“冬天是首长诗，每个章节都不可忽略。冬雪雪冬小大寒，每个节气都非常有存在感，因为它们都有故事发生”的内容，可概括为：内容上，冬天的每一个章节，都很有存在感；</w:t>
      </w:r>
    </w:p>
    <w:p>
      <w:pPr>
        <w:spacing w:line="360" w:lineRule="auto"/>
        <w:jc w:val="left"/>
        <w:textAlignment w:val="center"/>
        <w:rPr>
          <w:color w:val="000000"/>
        </w:rPr>
      </w:pPr>
      <w:r>
        <w:rPr>
          <w:rFonts w:ascii="宋体" w:eastAsia="宋体" w:hAnsi="宋体" w:cs="宋体"/>
          <w:color w:val="000000"/>
        </w:rPr>
        <w:t>通过第④段中“冬天是首长诗，讲究动静的结合之美。冬天的静是在积蓄力量，蓄势待发”的内容，可概括为：表达技巧上，冬讲究动静结合之美；</w:t>
      </w:r>
    </w:p>
    <w:p>
      <w:pPr>
        <w:spacing w:line="360" w:lineRule="auto"/>
        <w:jc w:val="left"/>
        <w:textAlignment w:val="center"/>
        <w:rPr>
          <w:color w:val="000000"/>
        </w:rPr>
      </w:pPr>
      <w:r>
        <w:rPr>
          <w:rFonts w:ascii="宋体" w:eastAsia="宋体" w:hAnsi="宋体" w:cs="宋体"/>
          <w:color w:val="000000"/>
        </w:rPr>
        <w:t>通过第⑤段中“冬天是一首长诗，沉稳大度，激情满怀，它不但抒写出了冬天的特色，更吟唱出了对生活的赞美，表达出了对新时代的致敬”的内容，可概括为：主题上，满怀热情，表达对生活的赞美，对新时代的致敬。</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eastAsia="宋体" w:hAnsi="宋体" w:cs="宋体"/>
          <w:color w:val="000000"/>
        </w:rPr>
        <w:t>考查对句子的赏析。解答时，可根据文段内容，找出语言表达方面（词语、修辞等）有亮点的句子进行分析作答即可。如“大雪节气到了，但真正的大雪却迟迟未到，是需要八抬大轿来请的‘大腕’吗”，该句运用比喻的修辞手法，把大雪比喻成明星“大腕”，“八抬大轿”“请”，生动形象地表现出了大雪的姗姗来迟，突出了人们苦苦等待的焦急心情；如“四野无声，万籁俱寂，银装素裹，冰雕玉砌”，该句运用四字词语或成语，增强文章语言的凝练美、节奏美、形象美，简洁明了，生动形象。</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考查对文章重点语句的理解。解答时，要结合句子内容、语境，联系文章内容和主旨进行分析。结合第①段中“相比春天的和煦、夏天的蓬勃、秋天的凉爽，北方冬天的寒冷和寂寥就显得漫长而难耐，但如果在冬天能过出诗意，那么它就是一首豪迈而热情的长诗”，和上文“冬天是一首长诗，沉稳大度，激情满怀，它不但抒写出了冬天的特色，更吟唱出了对生活的赞美，表达出了对新时代的致敬”的内容可知，“漫长的冬天慢慢过，行多的诗歌细细品，把时光过慢，把诗歌读懂，在温暖的梦里体会雪野下的真滋味”是在提醒我们：北方冬天寒冷寂寥，是得漫长难耐的，但是我们如果耐得住寂寞，不着急不抱怨，像品味一首优美的长诗一样，去品味属于冬天特有的韵味，就能体会到冬天和生活，以及时代的美好之处。</w:t>
      </w:r>
    </w:p>
    <w:p>
      <w:pPr>
        <w:spacing w:line="360" w:lineRule="auto"/>
        <w:jc w:val="left"/>
        <w:textAlignment w:val="center"/>
        <w:rPr>
          <w:color w:val="000000"/>
        </w:rPr>
      </w:pPr>
      <w:r>
        <w:rPr>
          <w:rFonts w:ascii="宋体" w:eastAsia="宋体" w:hAnsi="宋体" w:cs="宋体"/>
          <w:b/>
          <w:color w:val="000000"/>
          <w:sz w:val="24"/>
        </w:rPr>
        <w:t>（二）</w:t>
      </w:r>
    </w:p>
    <w:p>
      <w:pPr>
        <w:spacing w:line="360" w:lineRule="auto"/>
        <w:jc w:val="left"/>
        <w:textAlignment w:val="center"/>
        <w:rPr>
          <w:color w:val="000000"/>
        </w:rPr>
      </w:pPr>
      <w:r>
        <w:rPr>
          <w:rFonts w:ascii="宋体" w:eastAsia="宋体" w:hAnsi="宋体" w:cs="宋体"/>
          <w:color w:val="000000"/>
        </w:rPr>
        <w:t>阅读《贵人》，完成下面小题。</w:t>
      </w:r>
    </w:p>
    <w:p>
      <w:pPr>
        <w:spacing w:line="360" w:lineRule="auto"/>
        <w:ind w:firstLine="420"/>
        <w:jc w:val="center"/>
        <w:textAlignment w:val="center"/>
        <w:rPr>
          <w:color w:val="000000"/>
        </w:rPr>
      </w:pPr>
      <w:r>
        <w:rPr>
          <w:rFonts w:ascii="楷体" w:eastAsia="楷体" w:hAnsi="楷体" w:cs="楷体"/>
          <w:color w:val="000000"/>
        </w:rPr>
        <w:t>贵人</w:t>
      </w:r>
    </w:p>
    <w:p>
      <w:pPr>
        <w:spacing w:line="360" w:lineRule="auto"/>
        <w:ind w:firstLine="420"/>
        <w:jc w:val="center"/>
        <w:textAlignment w:val="center"/>
        <w:rPr>
          <w:color w:val="000000"/>
        </w:rPr>
      </w:pPr>
      <w:r>
        <w:rPr>
          <w:rFonts w:ascii="楷体" w:eastAsia="楷体" w:hAnsi="楷体" w:cs="楷体"/>
          <w:color w:val="000000"/>
        </w:rPr>
        <w:t>曹化君</w:t>
      </w:r>
    </w:p>
    <w:p>
      <w:pPr>
        <w:spacing w:line="360" w:lineRule="auto"/>
        <w:ind w:firstLine="420"/>
        <w:jc w:val="left"/>
        <w:textAlignment w:val="center"/>
        <w:rPr>
          <w:color w:val="000000"/>
        </w:rPr>
      </w:pPr>
      <w:r>
        <w:rPr>
          <w:rFonts w:ascii="楷体" w:eastAsia="楷体" w:hAnsi="楷体" w:cs="楷体"/>
          <w:color w:val="000000"/>
        </w:rPr>
        <w:t>①晨跑回来，经过一个路口，有个卖菜的老妇，只卖两样，小葱和草莓。</w:t>
      </w:r>
    </w:p>
    <w:p>
      <w:pPr>
        <w:spacing w:line="360" w:lineRule="auto"/>
        <w:ind w:firstLine="420"/>
        <w:jc w:val="left"/>
        <w:textAlignment w:val="center"/>
        <w:rPr>
          <w:color w:val="000000"/>
        </w:rPr>
      </w:pPr>
      <w:r>
        <w:rPr>
          <w:rFonts w:ascii="楷体" w:eastAsia="楷体" w:hAnsi="楷体" w:cs="楷体"/>
          <w:color w:val="000000"/>
        </w:rPr>
        <w:t>②我挑了一把葱递给摊主。她接过去，放进秤盘，说，三块。</w:t>
      </w:r>
    </w:p>
    <w:p>
      <w:pPr>
        <w:spacing w:line="360" w:lineRule="auto"/>
        <w:ind w:firstLine="420"/>
        <w:jc w:val="left"/>
        <w:textAlignment w:val="center"/>
        <w:rPr>
          <w:color w:val="000000"/>
        </w:rPr>
      </w:pPr>
      <w:r>
        <w:rPr>
          <w:rFonts w:ascii="楷体" w:eastAsia="楷体" w:hAnsi="楷体" w:cs="楷体"/>
          <w:color w:val="000000"/>
        </w:rPr>
        <w:t>③真便宜呀。心里这样嘟哝着，掏出一张票子递给她。</w:t>
      </w:r>
      <w:r>
        <w:rPr>
          <w:rFonts w:ascii="楷体" w:eastAsia="楷体" w:hAnsi="楷体" w:cs="楷体"/>
          <w:color w:val="000000"/>
          <w:u w:val="wave"/>
        </w:rPr>
        <w:t>她伸手从塑料布上拿起两棵葱，和秤盘里的捆在一起，递给我，顺手将票子接过去。</w:t>
      </w:r>
    </w:p>
    <w:p>
      <w:pPr>
        <w:spacing w:line="360" w:lineRule="auto"/>
        <w:ind w:firstLine="420"/>
        <w:jc w:val="left"/>
        <w:textAlignment w:val="center"/>
        <w:rPr>
          <w:color w:val="000000"/>
        </w:rPr>
      </w:pPr>
      <w:r>
        <w:rPr>
          <w:rFonts w:ascii="楷体" w:eastAsia="楷体" w:hAnsi="楷体" w:cs="楷体"/>
          <w:color w:val="000000"/>
        </w:rPr>
        <w:t>④草莓多少钱一斤？她抬起头来望着我笑，不是草莓，香莓，两块钱一斤。</w:t>
      </w:r>
    </w:p>
    <w:p>
      <w:pPr>
        <w:spacing w:line="360" w:lineRule="auto"/>
        <w:ind w:firstLine="420"/>
        <w:jc w:val="left"/>
        <w:textAlignment w:val="center"/>
        <w:rPr>
          <w:color w:val="000000"/>
        </w:rPr>
      </w:pPr>
      <w:r>
        <w:rPr>
          <w:rFonts w:ascii="楷体" w:eastAsia="楷体" w:hAnsi="楷体" w:cs="楷体"/>
          <w:color w:val="000000"/>
        </w:rPr>
        <w:t>⑤我接过她递来的两枚硬币，抬脚离开，她说，等等。她从布包里掏出一双鞋垫，递到我手里，笑眯眯地说，棉布的，可吸汗啦。</w:t>
      </w:r>
    </w:p>
    <w:p>
      <w:pPr>
        <w:spacing w:line="360" w:lineRule="auto"/>
        <w:ind w:firstLine="420"/>
        <w:jc w:val="left"/>
        <w:textAlignment w:val="center"/>
        <w:rPr>
          <w:color w:val="000000"/>
        </w:rPr>
      </w:pPr>
      <w:r>
        <w:rPr>
          <w:rFonts w:ascii="楷体" w:eastAsia="楷体" w:hAnsi="楷体" w:cs="楷体"/>
          <w:color w:val="000000"/>
        </w:rPr>
        <w:t>⑥</w:t>
      </w:r>
      <w:r>
        <w:rPr>
          <w:rFonts w:ascii="楷体" w:eastAsia="楷体" w:hAnsi="楷体" w:cs="楷体"/>
          <w:color w:val="000000"/>
          <w:u w:val="single"/>
        </w:rPr>
        <w:t>我不由得皱了一下眉头，瞅一眼她佝偻的腰身和花白的头发，伸手把鞋垫接过来，说，多少钱？</w:t>
      </w:r>
      <w:r>
        <w:rPr>
          <w:rFonts w:ascii="楷体" w:eastAsia="楷体" w:hAnsi="楷体" w:cs="楷体"/>
          <w:color w:val="000000"/>
        </w:rPr>
        <w:t>她摆摆手。</w:t>
      </w:r>
    </w:p>
    <w:p>
      <w:pPr>
        <w:spacing w:line="360" w:lineRule="auto"/>
        <w:ind w:firstLine="420"/>
        <w:jc w:val="left"/>
        <w:textAlignment w:val="center"/>
        <w:rPr>
          <w:color w:val="000000"/>
        </w:rPr>
      </w:pPr>
      <w:r>
        <w:rPr>
          <w:rFonts w:ascii="楷体" w:eastAsia="楷体" w:hAnsi="楷体" w:cs="楷体"/>
          <w:color w:val="000000"/>
        </w:rPr>
        <w:t>⑦给我说了下面的故事。</w:t>
      </w:r>
    </w:p>
    <w:p>
      <w:pPr>
        <w:spacing w:line="360" w:lineRule="auto"/>
        <w:ind w:firstLine="420"/>
        <w:jc w:val="left"/>
        <w:textAlignment w:val="center"/>
        <w:rPr>
          <w:color w:val="000000"/>
        </w:rPr>
      </w:pPr>
      <w:r>
        <w:rPr>
          <w:rFonts w:ascii="楷体" w:eastAsia="楷体" w:hAnsi="楷体" w:cs="楷体"/>
          <w:color w:val="000000"/>
        </w:rPr>
        <w:t>⑧“上个星期五下午，我摘了黄瓜和香莓来卖。才摆放在地上，就下雨了。望着一辆辆飞驰的车辆和急匆匆的行人，我心里越来越急躁。正当我焦躁不安的时候，一个穿迷彩服的人走过来，买了满满一袋黄瓜和香莓。</w:t>
      </w:r>
    </w:p>
    <w:p>
      <w:pPr>
        <w:spacing w:line="360" w:lineRule="auto"/>
        <w:ind w:firstLine="420"/>
        <w:jc w:val="left"/>
        <w:textAlignment w:val="center"/>
        <w:rPr>
          <w:color w:val="000000"/>
        </w:rPr>
      </w:pPr>
      <w:r>
        <w:rPr>
          <w:rFonts w:ascii="楷体" w:eastAsia="楷体" w:hAnsi="楷体" w:cs="楷体"/>
          <w:color w:val="000000"/>
        </w:rPr>
        <w:t>⑨雨越下越紧。我劝自己，坏就坏了吧，人淋病了更不合算，才要收拾摊子，一辆电动车停在跟前，那人下车来买了一袋子黄瓜和香莓。跟着，陆陆续续不断有人赶过来，一袋子两袋子地要，一会儿功夫全都卖空了。</w:t>
      </w:r>
    </w:p>
    <w:p>
      <w:pPr>
        <w:spacing w:line="360" w:lineRule="auto"/>
        <w:ind w:firstLine="420"/>
        <w:jc w:val="left"/>
        <w:textAlignment w:val="center"/>
        <w:rPr>
          <w:color w:val="000000"/>
        </w:rPr>
      </w:pPr>
      <w:r>
        <w:rPr>
          <w:rFonts w:ascii="楷体" w:eastAsia="楷体" w:hAnsi="楷体" w:cs="楷体"/>
          <w:color w:val="000000"/>
        </w:rPr>
        <w:t>⑩回到家我把这件稀奇事儿说给家人，闺女说我遇见贵人了，一定是第一个买我菜的人发了微信群。我想了好几天，到底没想出贵人是谁，后来就不想了，买我菜的人都是我的贵人，以后每次卖菜我就带上一摞鞋垫子。”</w:t>
      </w:r>
    </w:p>
    <w:p>
      <w:pPr>
        <w:spacing w:line="360" w:lineRule="auto"/>
        <w:ind w:firstLine="420"/>
        <w:jc w:val="left"/>
        <w:textAlignment w:val="center"/>
        <w:rPr>
          <w:color w:val="000000"/>
        </w:rPr>
      </w:pPr>
      <w:r>
        <w:rPr>
          <w:rFonts w:ascii="Cambria Math" w:eastAsia="Cambria Math" w:hAnsi="Cambria Math" w:cs="Cambria Math"/>
          <w:color w:val="000000"/>
        </w:rPr>
        <w:t>⑪</w:t>
      </w:r>
      <w:r>
        <w:rPr>
          <w:rFonts w:ascii="楷体" w:eastAsia="楷体" w:hAnsi="楷体" w:cs="楷体"/>
          <w:color w:val="000000"/>
        </w:rPr>
        <w:t>我低头瞅一眼手里的鞋垫，心里油然升起一股感动和得意，为一颗颗美好的心，为自己成为贵人。</w:t>
      </w:r>
    </w:p>
    <w:p>
      <w:pPr>
        <w:spacing w:line="360" w:lineRule="auto"/>
        <w:ind w:firstLine="420"/>
        <w:jc w:val="left"/>
        <w:textAlignment w:val="center"/>
        <w:rPr>
          <w:color w:val="000000"/>
        </w:rPr>
      </w:pPr>
      <w:r>
        <w:rPr>
          <w:rFonts w:ascii="Cambria Math" w:eastAsia="Cambria Math" w:hAnsi="Cambria Math" w:cs="Cambria Math"/>
          <w:color w:val="000000"/>
        </w:rPr>
        <w:t>⑫</w:t>
      </w:r>
      <w:r>
        <w:rPr>
          <w:rFonts w:ascii="楷体" w:eastAsia="楷体" w:hAnsi="楷体" w:cs="楷体"/>
          <w:color w:val="000000"/>
        </w:rPr>
        <w:t>一直以为，贵人和达官是邻居，遇见贵人更是一件比达官更奢侈或高不可攀的事情，而在卖菜人的意识里，那个雨天，甚至所有买她菜的人都是她的贵人，她每天都会遇见贵人。</w:t>
      </w:r>
    </w:p>
    <w:p>
      <w:pPr>
        <w:spacing w:line="360" w:lineRule="auto"/>
        <w:ind w:firstLine="420"/>
        <w:jc w:val="left"/>
        <w:textAlignment w:val="center"/>
        <w:rPr>
          <w:color w:val="000000"/>
        </w:rPr>
      </w:pPr>
      <w:r>
        <w:rPr>
          <w:rFonts w:ascii="Cambria Math" w:eastAsia="Cambria Math" w:hAnsi="Cambria Math" w:cs="Cambria Math"/>
          <w:color w:val="000000"/>
        </w:rPr>
        <w:t>⑬</w:t>
      </w:r>
      <w:r>
        <w:rPr>
          <w:rFonts w:ascii="楷体" w:eastAsia="楷体" w:hAnsi="楷体" w:cs="楷体"/>
          <w:color w:val="000000"/>
        </w:rPr>
        <w:t>忽而对眼前这个衣着朴素的老农起了敬佩之情，她把贵人的标杆架在触手可及的众人之间，雨中的一把伞，泥泞中的一只手……只要愿意，贵人人人可做，天天可遇。</w:t>
      </w:r>
    </w:p>
    <w:p>
      <w:pPr>
        <w:spacing w:line="360" w:lineRule="auto"/>
        <w:jc w:val="right"/>
        <w:textAlignment w:val="center"/>
        <w:rPr>
          <w:color w:val="000000"/>
        </w:rPr>
      </w:pPr>
      <w:r>
        <w:rPr>
          <w:rFonts w:ascii="宋体" w:eastAsia="宋体" w:hAnsi="宋体" w:cs="宋体"/>
          <w:color w:val="000000"/>
        </w:rPr>
        <w:t>（选自2021年10月5日《文萃》）</w:t>
      </w:r>
    </w:p>
    <w:p>
      <w:pPr>
        <w:spacing w:line="360" w:lineRule="auto"/>
        <w:jc w:val="left"/>
        <w:textAlignment w:val="center"/>
        <w:rPr>
          <w:color w:val="000000"/>
        </w:rPr>
      </w:pPr>
      <w:r>
        <w:rPr>
          <w:color w:val="000000"/>
        </w:rPr>
        <w:t xml:space="preserve">15. </w:t>
      </w:r>
      <w:r>
        <w:rPr>
          <w:rFonts w:ascii="宋体" w:eastAsia="宋体" w:hAnsi="宋体" w:cs="宋体"/>
          <w:color w:val="000000"/>
        </w:rPr>
        <w:t>从作者视角，将全文的叙事及作者情感变化补写完整。</w:t>
      </w:r>
    </w:p>
    <w:tbl>
      <w:tblPr>
        <w:tblStyle w:val="TableNormal"/>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770"/>
        <w:gridCol w:w="3710"/>
      </w:tblGrid>
      <w:tr>
        <w:tblPrEx>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36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叙事</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情感变化</w:t>
            </w:r>
          </w:p>
        </w:tc>
      </w:tr>
      <w:tr>
        <w:tblPrEx>
          <w:tblW w:w="7500" w:type="dxa"/>
          <w:tblCellMar>
            <w:top w:w="120" w:type="dxa"/>
            <w:left w:w="120" w:type="dxa"/>
            <w:bottom w:w="120" w:type="dxa"/>
            <w:right w:w="120" w:type="dxa"/>
          </w:tblCellMar>
        </w:tblPrEx>
        <w:trPr>
          <w:cantSplit w:val="0"/>
          <w:trHeight w:val="330"/>
        </w:trPr>
        <w:tc>
          <w:tcPr>
            <w:tcW w:w="36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“我”买葱，老人又递鞋垫</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r>
      <w:tr>
        <w:tblPrEx>
          <w:tblW w:w="7500" w:type="dxa"/>
          <w:tblCellMar>
            <w:top w:w="120" w:type="dxa"/>
            <w:left w:w="120" w:type="dxa"/>
            <w:bottom w:w="120" w:type="dxa"/>
            <w:right w:w="120" w:type="dxa"/>
          </w:tblCellMar>
        </w:tblPrEx>
        <w:trPr>
          <w:cantSplit w:val="0"/>
          <w:trHeight w:val="330"/>
        </w:trPr>
        <w:tc>
          <w:tcPr>
            <w:tcW w:w="36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我深受感动</w:t>
            </w:r>
          </w:p>
        </w:tc>
      </w:tr>
      <w:tr>
        <w:tblPrEx>
          <w:tblW w:w="7500" w:type="dxa"/>
          <w:tblCellMar>
            <w:top w:w="120" w:type="dxa"/>
            <w:left w:w="120" w:type="dxa"/>
            <w:bottom w:w="120" w:type="dxa"/>
            <w:right w:w="120" w:type="dxa"/>
          </w:tblCellMar>
        </w:tblPrEx>
        <w:trPr>
          <w:cantSplit w:val="0"/>
          <w:trHeight w:val="330"/>
        </w:trPr>
        <w:tc>
          <w:tcPr>
            <w:tcW w:w="36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“我”悟懂老人</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w:t>
            </w:r>
          </w:p>
        </w:tc>
      </w:tr>
    </w:tbl>
    <w:p>
      <w:pPr>
        <w:spacing w:line="360" w:lineRule="auto"/>
        <w:jc w:val="left"/>
        <w:textAlignment w:val="center"/>
        <w:rPr>
          <w:color w:val="000000"/>
        </w:rPr>
      </w:pPr>
      <w:r>
        <w:rPr>
          <w:color w:val="000000"/>
        </w:rPr>
        <w:t xml:space="preserve">16. </w:t>
      </w:r>
      <w:r>
        <w:rPr>
          <w:rFonts w:ascii="宋体" w:eastAsia="宋体" w:hAnsi="宋体" w:cs="宋体"/>
          <w:color w:val="000000"/>
        </w:rPr>
        <w:t>按要求作答。</w:t>
      </w:r>
    </w:p>
    <w:p>
      <w:pPr>
        <w:spacing w:line="360" w:lineRule="auto"/>
        <w:jc w:val="left"/>
        <w:textAlignment w:val="center"/>
        <w:rPr>
          <w:color w:val="000000"/>
        </w:rPr>
      </w:pPr>
      <w:r>
        <w:rPr>
          <w:rFonts w:ascii="宋体" w:eastAsia="宋体" w:hAnsi="宋体" w:cs="宋体"/>
          <w:color w:val="000000"/>
        </w:rPr>
        <w:t>（1）参考示例，用横线圈画出文章第③段画波浪线语句的细节描写，并且做批注。</w:t>
      </w:r>
    </w:p>
    <w:p>
      <w:pPr>
        <w:spacing w:line="360" w:lineRule="auto"/>
        <w:jc w:val="left"/>
        <w:textAlignment w:val="center"/>
        <w:rPr>
          <w:color w:val="000000"/>
        </w:rPr>
      </w:pPr>
      <w:r>
        <w:rPr>
          <w:rFonts w:ascii="宋体" w:eastAsia="宋体" w:hAnsi="宋体" w:cs="宋体"/>
          <w:color w:val="000000"/>
        </w:rPr>
        <w:t>示例：圈画：她</w:t>
      </w:r>
      <w:r>
        <w:rPr>
          <w:rFonts w:ascii="宋体" w:eastAsia="宋体" w:hAnsi="宋体" w:cs="宋体"/>
          <w:color w:val="000000"/>
          <w:u w:val="single"/>
        </w:rPr>
        <w:t>抬起</w:t>
      </w:r>
      <w:r>
        <w:rPr>
          <w:rFonts w:ascii="宋体" w:eastAsia="宋体" w:hAnsi="宋体" w:cs="宋体"/>
          <w:color w:val="000000"/>
        </w:rPr>
        <w:t>头来望着我</w:t>
      </w:r>
      <w:r>
        <w:rPr>
          <w:rFonts w:ascii="宋体" w:eastAsia="宋体" w:hAnsi="宋体" w:cs="宋体"/>
          <w:color w:val="000000"/>
          <w:u w:val="single"/>
        </w:rPr>
        <w:t>笑</w:t>
      </w:r>
      <w:r>
        <w:rPr>
          <w:rFonts w:ascii="宋体" w:eastAsia="宋体" w:hAnsi="宋体" w:cs="宋体"/>
          <w:color w:val="000000"/>
        </w:rPr>
        <w:t>，不是草莓，香莓，两块钱一斤。</w:t>
      </w:r>
    </w:p>
    <w:p>
      <w:pPr>
        <w:spacing w:line="360" w:lineRule="auto"/>
        <w:jc w:val="left"/>
        <w:textAlignment w:val="center"/>
        <w:rPr>
          <w:color w:val="000000"/>
        </w:rPr>
      </w:pPr>
      <w:r>
        <w:rPr>
          <w:rFonts w:ascii="宋体" w:eastAsia="宋体" w:hAnsi="宋体" w:cs="宋体"/>
          <w:color w:val="000000"/>
        </w:rPr>
        <w:t>批注：“抬起”“笑”这两个动作和神态的细节，生动地写出了老人对待顾客的热情和真诚。</w:t>
      </w:r>
    </w:p>
    <w:p>
      <w:pPr>
        <w:spacing w:line="360" w:lineRule="auto"/>
        <w:jc w:val="left"/>
        <w:textAlignment w:val="center"/>
        <w:rPr>
          <w:color w:val="000000"/>
        </w:rPr>
      </w:pPr>
      <w:r>
        <w:rPr>
          <w:rFonts w:ascii="宋体" w:eastAsia="宋体" w:hAnsi="宋体" w:cs="宋体"/>
          <w:color w:val="000000"/>
        </w:rPr>
        <w:t>（2）阅读文章第⑥段画横线的语句，请你发挥想象，补写出作者此刻的心理活动。</w:t>
      </w:r>
    </w:p>
    <w:p>
      <w:pPr>
        <w:spacing w:line="360" w:lineRule="auto"/>
        <w:jc w:val="left"/>
        <w:textAlignment w:val="center"/>
        <w:rPr>
          <w:color w:val="000000"/>
        </w:rPr>
      </w:pPr>
      <w:r>
        <w:rPr>
          <w:rFonts w:ascii="宋体" w:eastAsia="宋体" w:hAnsi="宋体" w:cs="宋体"/>
          <w:color w:val="000000"/>
        </w:rPr>
        <w:t>我不由得皱了一下眉头，瞅一眼她，她佝偻的腰身和花白的头发，伸手把鞋垫接过来，说：“多少钱？”</w:t>
      </w:r>
    </w:p>
    <w:p>
      <w:pPr>
        <w:spacing w:line="360" w:lineRule="auto"/>
        <w:jc w:val="left"/>
        <w:textAlignment w:val="center"/>
        <w:rPr>
          <w:color w:val="000000"/>
        </w:rPr>
      </w:pPr>
      <w:r>
        <w:rPr>
          <w:color w:val="000000"/>
        </w:rPr>
        <w:t xml:space="preserve">17. </w:t>
      </w:r>
      <w:r>
        <w:rPr>
          <w:rFonts w:ascii="宋体" w:eastAsia="宋体" w:hAnsi="宋体" w:cs="宋体"/>
          <w:color w:val="000000"/>
        </w:rPr>
        <w:t>作者认为的贵人和老人认为的贵人有什么区别？说说你从老人身上学到了什么？</w:t>
      </w:r>
    </w:p>
    <w:p>
      <w:pPr>
        <w:spacing w:line="360" w:lineRule="auto"/>
        <w:textAlignment w:val="center"/>
        <w:rPr>
          <w:color w:val="000000"/>
        </w:rPr>
      </w:pPr>
      <w:r>
        <w:rPr>
          <w:color w:val="2E75B6"/>
        </w:rPr>
        <w:t>【答案】</w:t>
      </w:r>
      <w:r>
        <w:rPr>
          <w:color w:val="000000"/>
        </w:rPr>
        <w:t xml:space="preserve">15. </w:t>
      </w:r>
      <w:r>
        <w:rPr>
          <w:rFonts w:ascii="宋体" w:eastAsia="宋体" w:hAnsi="宋体" w:cs="宋体"/>
          <w:color w:val="000000"/>
        </w:rPr>
        <w:t>①“我”有点反感（惊讶）  ②“我”听老人讲故事  ③“我”充满敬佩</w:t>
      </w:r>
      <w:r>
        <w:rPr>
          <w:color w:val="000000"/>
        </w:rPr>
        <w:t xml:space="preserve">    </w:t>
      </w:r>
    </w:p>
    <w:p>
      <w:pPr>
        <w:spacing w:line="360" w:lineRule="auto"/>
        <w:textAlignment w:val="center"/>
        <w:rPr>
          <w:color w:val="000000"/>
        </w:rPr>
      </w:pPr>
      <w:r>
        <w:rPr>
          <w:color w:val="000000"/>
        </w:rPr>
        <w:t xml:space="preserve">16. </w:t>
      </w:r>
      <w:r>
        <w:rPr>
          <w:rFonts w:ascii="宋体" w:eastAsia="宋体" w:hAnsi="宋体" w:cs="宋体"/>
          <w:color w:val="000000"/>
        </w:rPr>
        <w:t>（1）圈画“伸”“（从塑料布上）拿”“捆”“递”“接”一系列动词。批注：写出了老人做事麻利，“从塑料布上拿”，体现给“我”加两棵葱的动作毫不犹豫，表现出她待人真诚，真心感谢人。</w:t>
      </w:r>
    </w:p>
    <w:p>
      <w:pPr>
        <w:spacing w:line="360" w:lineRule="auto"/>
        <w:jc w:val="left"/>
        <w:textAlignment w:val="center"/>
        <w:rPr>
          <w:color w:val="000000"/>
        </w:rPr>
      </w:pPr>
      <w:r>
        <w:rPr>
          <w:rFonts w:ascii="宋体" w:eastAsia="宋体" w:hAnsi="宋体" w:cs="宋体"/>
          <w:color w:val="000000"/>
        </w:rPr>
        <w:t>（2）示例：这老人真让人反感，买了她的菜还推销上了鞋垫，不过看她年纪这么大了，照顾一下她的生意。</w:t>
      </w:r>
      <w:r>
        <w:rPr>
          <w:color w:val="000000"/>
        </w:rPr>
        <w:t xml:space="preserve">    </w:t>
      </w:r>
    </w:p>
    <w:p>
      <w:pPr>
        <w:spacing w:line="360" w:lineRule="auto"/>
        <w:jc w:val="left"/>
        <w:textAlignment w:val="center"/>
        <w:rPr>
          <w:color w:val="000000"/>
        </w:rPr>
      </w:pPr>
      <w:r>
        <w:rPr>
          <w:color w:val="000000"/>
        </w:rPr>
        <w:t xml:space="preserve">17. </w:t>
      </w:r>
      <w:r>
        <w:rPr>
          <w:rFonts w:ascii="宋体" w:eastAsia="宋体" w:hAnsi="宋体" w:cs="宋体"/>
          <w:color w:val="000000"/>
        </w:rPr>
        <w:t>第一问，作者一直以为，贵人和达官是邻居，遇见贵人更是一件比达官更奢侈或高不可攀的事情。卖菜老人认为那个雨天所有买她菜的人都是他的贵人，她每天都会遇见贵人。第二问，老人虽然生活比较艰难，却朴实、心地善良；懂得感恩回报。</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考查内容概括和行文思路整理。答题思路：题干要求，仿照题中所给句式，从“我”的角度概括故事情节并梳理“我”的情感变化；在概括情节时可以根据题中所给的两个情节定位要概括的情节，抓住关键词句，尽量选用原文词句。句式：“我”</w:t>
      </w:r>
      <w:r>
        <w:rPr>
          <w:rFonts w:ascii="Times New Roman" w:eastAsia="Times New Roman" w:hAnsi="Times New Roman" w:cs="Times New Roman"/>
          <w:color w:val="000000"/>
        </w:rPr>
        <w:t>+</w:t>
      </w:r>
      <w:r>
        <w:rPr>
          <w:rFonts w:ascii="宋体" w:eastAsia="宋体" w:hAnsi="宋体" w:cs="宋体"/>
          <w:color w:val="000000"/>
        </w:rPr>
        <w:t>行为或情节（“我”对老人的情感态度）。</w:t>
      </w:r>
    </w:p>
    <w:p>
      <w:pPr>
        <w:spacing w:line="360" w:lineRule="auto"/>
        <w:jc w:val="left"/>
        <w:textAlignment w:val="center"/>
        <w:rPr>
          <w:color w:val="000000"/>
        </w:rPr>
      </w:pPr>
      <w:r>
        <w:rPr>
          <w:rFonts w:ascii="宋体" w:eastAsia="宋体" w:hAnsi="宋体" w:cs="宋体"/>
          <w:color w:val="000000"/>
        </w:rPr>
        <w:t>第一空，通过第</w:t>
      </w:r>
      <w:r>
        <w:rPr>
          <w:rFonts w:ascii="楷体" w:eastAsia="楷体" w:hAnsi="楷体" w:cs="楷体"/>
          <w:color w:val="000000"/>
        </w:rPr>
        <w:t>⑥</w:t>
      </w:r>
      <w:r>
        <w:rPr>
          <w:rFonts w:ascii="宋体" w:eastAsia="宋体" w:hAnsi="宋体" w:cs="宋体"/>
          <w:color w:val="000000"/>
        </w:rPr>
        <w:t>段“我不由得皱了一下眉头，瞅一眼她佝偻的腰身和花白的头发，伸手把鞋垫接过来，说：‘多少钱？’她摆摆手，不要钱”可知，“皱了一下眉头”表现“我”当时是不满意的，以为她要推销鞋垫，故“我”当时的情感态度是：有点反感；</w:t>
      </w:r>
    </w:p>
    <w:p>
      <w:pPr>
        <w:spacing w:line="360" w:lineRule="auto"/>
        <w:jc w:val="left"/>
        <w:textAlignment w:val="center"/>
        <w:rPr>
          <w:color w:val="000000"/>
        </w:rPr>
      </w:pPr>
      <w:r>
        <w:rPr>
          <w:rFonts w:ascii="宋体" w:eastAsia="宋体" w:hAnsi="宋体" w:cs="宋体"/>
          <w:color w:val="000000"/>
        </w:rPr>
        <w:t>第二空，通过第</w:t>
      </w:r>
      <w:r>
        <w:rPr>
          <w:rFonts w:ascii="楷体" w:eastAsia="楷体" w:hAnsi="楷体" w:cs="楷体"/>
          <w:color w:val="000000"/>
        </w:rPr>
        <w:t>⑦</w:t>
      </w:r>
      <w:r>
        <w:rPr>
          <w:rFonts w:ascii="宋体" w:eastAsia="宋体" w:hAnsi="宋体" w:cs="宋体"/>
          <w:color w:val="000000"/>
        </w:rPr>
        <w:t>段“她给我说了下面</w:t>
      </w:r>
      <w:r>
        <w:rPr>
          <w:rFonts w:ascii="宋体" w:eastAsia="宋体" w:hAnsi="宋体" w:cs="宋体"/>
          <w:color w:val="000000"/>
          <w:position w:val="0"/>
        </w:rPr>
        <w:drawing>
          <wp:inline>
            <wp:extent cx="133350" cy="177800"/>
            <wp:docPr id="15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
                    <pic:cNvPicPr>
                      <a:picLocks noChangeAspect="1"/>
                    </pic:cNvPicPr>
                  </pic:nvPicPr>
                  <pic:blipFill>
                    <a:blip r:embed="rId11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故事”、第</w:t>
      </w:r>
      <w:r>
        <w:rPr>
          <w:rFonts w:ascii="楷体" w:eastAsia="楷体" w:hAnsi="楷体" w:cs="楷体"/>
          <w:color w:val="000000"/>
        </w:rPr>
        <w:t>⑩</w:t>
      </w:r>
      <w:r>
        <w:rPr>
          <w:rFonts w:ascii="宋体" w:eastAsia="宋体" w:hAnsi="宋体" w:cs="宋体"/>
          <w:color w:val="000000"/>
        </w:rPr>
        <w:t>段“我想了好几天，到底没想出贵人是谁，后来就不想了，买我菜的人都是我的贵人，以后每次卖菜我就带上一摞鞋垫子”可以概括为：“我”听老人讲故事，了解赠送鞋垫过程；</w:t>
      </w:r>
    </w:p>
    <w:p>
      <w:pPr>
        <w:spacing w:line="360" w:lineRule="auto"/>
        <w:jc w:val="left"/>
        <w:textAlignment w:val="center"/>
        <w:rPr>
          <w:color w:val="000000"/>
        </w:rPr>
      </w:pPr>
      <w:r>
        <w:rPr>
          <w:rFonts w:ascii="宋体" w:eastAsia="宋体" w:hAnsi="宋体" w:cs="宋体"/>
          <w:color w:val="000000"/>
        </w:rPr>
        <w:t>第三空，通过第</w:t>
      </w:r>
      <w:r>
        <w:rPr>
          <w:rFonts w:ascii="Cambria Math" w:eastAsia="Cambria Math" w:hAnsi="Cambria Math" w:cs="Cambria Math"/>
          <w:color w:val="000000"/>
        </w:rPr>
        <w:t>⑬</w:t>
      </w:r>
      <w:r>
        <w:rPr>
          <w:rFonts w:ascii="宋体" w:eastAsia="宋体" w:hAnsi="宋体" w:cs="宋体"/>
          <w:color w:val="000000"/>
        </w:rPr>
        <w:t>段“忽而对眼前这个衣着朴素的老农起了敬佩之情”的内容可概括为：“我”满怀敬意。</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1）考查对句子的赏析。解答时，根据题干要求，结合句子具体内容进行分析即可。通过句中“她伸手从塑料布上拿起两棵葱，和秤盘里的捆在一起，递给我，顺手将票子接过去”的内容可知，运用了动作描写。“伸”“拿”“捆”“递”“接”一系列动词细节（需要圈起来），（批注）表现出老人做事十分爽利；“从塑料布上拿”，表现出给“我”加两棵葱的动作不假思索，毫无停滞之感，突出了她待人真诚。</w:t>
      </w:r>
    </w:p>
    <w:p>
      <w:pPr>
        <w:spacing w:line="360" w:lineRule="auto"/>
        <w:jc w:val="left"/>
        <w:textAlignment w:val="center"/>
        <w:rPr>
          <w:color w:val="000000"/>
        </w:rPr>
      </w:pPr>
      <w:r>
        <w:rPr>
          <w:rFonts w:ascii="宋体" w:eastAsia="宋体" w:hAnsi="宋体" w:cs="宋体"/>
          <w:color w:val="000000"/>
        </w:rPr>
        <w:t>（2）考查作者心理的分析。解答时，要结合上下文内容和语境进行分析。“我不由得皱了一下眉头，瞅一眼她，她佝偻的腰身和花白的头发，伸手把鞋垫接过来，说：‘多少钱？’”可知作者误会了老人的用意，以为老人想趁机把鞋垫搭售给“我”；“我不由得皱了一下眉头”表现了“我”心理的不耐烦和反感，“瞅一眼她……”后又不忍拒绝；以第一人称写出“我”心里的想法即可。</w:t>
      </w:r>
    </w:p>
    <w:p>
      <w:pPr>
        <w:spacing w:line="360" w:lineRule="auto"/>
        <w:jc w:val="left"/>
        <w:textAlignment w:val="center"/>
        <w:rPr>
          <w:color w:val="000000"/>
        </w:rPr>
      </w:pPr>
      <w:r>
        <w:rPr>
          <w:rFonts w:ascii="宋体" w:eastAsia="宋体" w:hAnsi="宋体" w:cs="宋体"/>
          <w:color w:val="000000"/>
        </w:rPr>
        <w:t>示例：没想到，本以为很实在的老人竟然还硬要卖给我鞋垫，真讨厌；不过，她这么大岁数，腰都直不起来，也确实可怜，我还是买一双吧。</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eastAsia="宋体" w:hAnsi="宋体" w:cs="宋体"/>
          <w:color w:val="000000"/>
        </w:rPr>
        <w:t>考查对文章内容的理解概括和语言表达能力。</w:t>
      </w:r>
    </w:p>
    <w:p>
      <w:pPr>
        <w:spacing w:line="360" w:lineRule="auto"/>
        <w:jc w:val="left"/>
        <w:textAlignment w:val="center"/>
        <w:rPr>
          <w:color w:val="000000"/>
        </w:rPr>
      </w:pPr>
      <w:r>
        <w:rPr>
          <w:rFonts w:ascii="宋体" w:eastAsia="宋体" w:hAnsi="宋体" w:cs="宋体"/>
          <w:color w:val="000000"/>
        </w:rPr>
        <w:t>第一问，通过第</w:t>
      </w:r>
      <w:r>
        <w:rPr>
          <w:rFonts w:ascii="Cambria Math" w:eastAsia="Cambria Math" w:hAnsi="Cambria Math" w:cs="Cambria Math"/>
          <w:color w:val="000000"/>
        </w:rPr>
        <w:t>⑫</w:t>
      </w:r>
      <w:r>
        <w:rPr>
          <w:rFonts w:ascii="宋体" w:eastAsia="宋体" w:hAnsi="宋体" w:cs="宋体"/>
          <w:color w:val="000000"/>
        </w:rPr>
        <w:t>段中“一直以为，贵人和达官是邻居，遇见贵人更是一件比达官更奢侈或高不可攀的事情的内容可知，作者认为贵人和达官是邻居，遇见贵人更是一件比达官更奢侈或高不可攀的事情；</w:t>
      </w:r>
    </w:p>
    <w:p>
      <w:pPr>
        <w:spacing w:line="360" w:lineRule="auto"/>
        <w:jc w:val="left"/>
        <w:textAlignment w:val="center"/>
        <w:rPr>
          <w:color w:val="000000"/>
        </w:rPr>
      </w:pPr>
      <w:r>
        <w:rPr>
          <w:rFonts w:ascii="宋体" w:eastAsia="宋体" w:hAnsi="宋体" w:cs="宋体"/>
          <w:color w:val="000000"/>
        </w:rPr>
        <w:t>通过第</w:t>
      </w:r>
      <w:r>
        <w:rPr>
          <w:rFonts w:ascii="Cambria Math" w:eastAsia="Cambria Math" w:hAnsi="Cambria Math" w:cs="Cambria Math"/>
          <w:color w:val="000000"/>
        </w:rPr>
        <w:t>⑫</w:t>
      </w:r>
      <w:r>
        <w:rPr>
          <w:rFonts w:ascii="宋体" w:eastAsia="宋体" w:hAnsi="宋体" w:cs="宋体"/>
          <w:color w:val="000000"/>
        </w:rPr>
        <w:t>段中“在卖菜人的意识里，那个雨天甚至所有买她菜的人都是她的贵人，她每天都会遇见贵人，一波又一波”的内容可知：卖菜老人认为那个雨天甚至所有买他菜的人都是她的贵人，她每天都会遇见贵人；</w:t>
      </w:r>
    </w:p>
    <w:p>
      <w:pPr>
        <w:spacing w:line="360" w:lineRule="auto"/>
        <w:jc w:val="left"/>
        <w:textAlignment w:val="center"/>
        <w:rPr>
          <w:color w:val="000000"/>
        </w:rPr>
      </w:pPr>
      <w:r>
        <w:rPr>
          <w:rFonts w:ascii="宋体" w:eastAsia="宋体" w:hAnsi="宋体" w:cs="宋体"/>
          <w:color w:val="000000"/>
        </w:rPr>
        <w:t>第二问，通过第⑥段“她佝偻的腰身和花白的头发”可知老人生活比较艰难；通过第⑤段“她从布包里掏出一双鞋垫，递到我手里，笑眯眯的说，棉布的，可吸汗啦”和第⑩段“以后每次卖菜我就带上一摞鞋垫子”，送给买她菜的人每人一双，可见老人朴实善良，用实际行动感恩回报她的“贵人”们。据此结合生活实际，谈出自己对“感恩”“互助”的理解即可。</w:t>
      </w:r>
    </w:p>
    <w:p>
      <w:pPr>
        <w:spacing w:line="360" w:lineRule="auto"/>
        <w:jc w:val="left"/>
        <w:textAlignment w:val="center"/>
        <w:rPr>
          <w:color w:val="000000"/>
        </w:rPr>
      </w:pPr>
      <w:r>
        <w:rPr>
          <w:rFonts w:ascii="宋体" w:eastAsia="宋体" w:hAnsi="宋体" w:cs="宋体"/>
          <w:color w:val="000000"/>
        </w:rPr>
        <w:t>示例：我们要像文章中老人一样懂得感恩，感谢那些乐于助人的人们，我们自己也要在他人处于困境时提供帮助，学习卖菜的老人，把对“贵人”的感激回馈给社会，让“贵人”成为一个循环。</w:t>
      </w:r>
    </w:p>
    <w:p>
      <w:pPr>
        <w:pStyle w:val="Heading3"/>
      </w:pPr>
      <w:r>
        <w:t>昌平区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四、现代文阅读（共20分）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阅读《秋之声》，完成下面小题</w:t>
      </w:r>
      <w:r>
        <w:rPr>
          <w:rFonts w:ascii="宋体" w:eastAsia="宋体" w:hAnsi="宋体" w:cs="宋体"/>
          <w:color w:val="000000"/>
          <w:position w:val="-12"/>
        </w:rPr>
        <w:drawing>
          <wp:inline>
            <wp:extent cx="127000" cy="76200"/>
            <wp:docPr id="15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
                    <pic:cNvPicPr>
                      <a:picLocks noChangeAspect="1"/>
                    </pic:cNvPicPr>
                  </pic:nvPicPr>
                  <pic:blipFill>
                    <a:blip r:embed="rId113"/>
                    <a:stretch>
                      <a:fillRect/>
                    </a:stretch>
                  </pic:blipFill>
                  <pic:spPr>
                    <a:xfrm>
                      <a:off x="0" y="0"/>
                      <a:ext cx="127000" cy="76200"/>
                    </a:xfrm>
                    <a:prstGeom prst="rect">
                      <a:avLst/>
                    </a:prstGeom>
                  </pic:spPr>
                </pic:pic>
              </a:graphicData>
            </a:graphic>
          </wp:inline>
        </w:drawing>
      </w:r>
    </w:p>
    <w:p>
      <w:pPr>
        <w:spacing w:line="360" w:lineRule="auto"/>
        <w:jc w:val="center"/>
        <w:textAlignment w:val="center"/>
        <w:rPr>
          <w:rFonts w:ascii="楷体" w:eastAsia="楷体" w:hAnsi="楷体" w:cs="楷体"/>
          <w:color w:val="000000"/>
        </w:rPr>
      </w:pPr>
      <w:r>
        <w:rPr>
          <w:rFonts w:ascii="楷体" w:eastAsia="楷体" w:hAnsi="楷体" w:cs="楷体"/>
          <w:color w:val="000000"/>
        </w:rPr>
        <w:t>秋之声</w:t>
      </w:r>
    </w:p>
    <w:p>
      <w:pPr>
        <w:spacing w:line="360" w:lineRule="auto"/>
        <w:jc w:val="center"/>
        <w:textAlignment w:val="center"/>
        <w:rPr>
          <w:rFonts w:ascii="楷体" w:eastAsia="楷体" w:hAnsi="楷体" w:cs="楷体"/>
          <w:color w:val="000000"/>
        </w:rPr>
      </w:pPr>
      <w:r>
        <w:rPr>
          <w:rFonts w:ascii="楷体" w:eastAsia="楷体" w:hAnsi="楷体" w:cs="楷体"/>
          <w:color w:val="000000"/>
        </w:rPr>
        <w:t>郑亚演</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①月色染着秋天的韵味，秋的声音便由远而近地鸣叫起来。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②先是秋雁从碧净的高空掠过，然后在空旷的荒野丢落几声啼鸣；白露裹着霜重的余音，开始在田野，在山间，在天水的交接处弥漫；茂密的森林因鸟鸣显得更加静谧；奔腾的小溪因鸟鸣显得更加和谐。</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③在这到处都竞相争鸣的秋天里，耳朵总是充盈着袅袅的余音；即使躺在床上，也会被呜声搅动，叫人睡不安稳。如果你踩着柔软的月光走出去，秋的声音便会冲你而来，撞击你的耳鼓，叫你心动。</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④此时，村落的狗叫开始从小巷的深处传来，“汪汪汪”，短促而令人心惊。它们叫累了，便趴在墙角一隅，眼睁睁地听着蟋蟀的鸣叫，当听到主人“唧罗罗”的叫声，就摇着尾巴蹿过篱笆，回到它的狗窝里。</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忙完秋种的黄牛，喘着气，啃着主人堆放树头的青草，然后抬起头来，面对它要寻找的另一半，发出震耳欲聋的“哞哞”的叫喊。尽管这是一种没有丝毫美感的声音，但它却流露出一种纯朴、一种粗犷、一种辛勤劳动后淡淡的惆怅。</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那些鸣叫了一个夏天的秋蝉，带着沙哑的嗓子，不甘示弱，在霜染微黄叶子的荫蔽下，也加入秋天的鸣唱。它埋怨整天“吱吱喳喳”的雀鸟太无情了。雀鸟临近夜晚，却收起叫声，藏进阴森森的林子里；即使清晨叫了一阵，也只是在装腔作势，无非为肌肠辘辘而叫，为寻觅小虫而叫。而秋蝉的鸣唱直至夜阑人静，毫无倦意地传递着一种秋之信息。</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⑦那些懒惰于静夜的蛀虫却藏在门缝里，用贪婪的牙齿与木头摩擦，发出沉闷的“咔咔”声，听起来既不生动，又给人增添几分压抑感；它们仿佛是天籁之音的另一类。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池塘边，刚睡醒的白色的鸭子，摇摇摆摆地从棚子里款款走出，眺望着远方的天水间，然后张开扁扁的嘴巴，对着星星和一钩月亮叫喊，早起的雄鸡也懒洋洋地吐出几声啼鸣。这喧闹的场景，俨然上演了一场鸡与鸭的和谐对唱，萦绕着秋天婉转的晨韵。</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⑨两峰相峙的山涧小溪，无忧无虑，奔跑的脚步从未停歇，它们带着山的翠绿，风的啸叫，从曲曲弯弯的石缝绕过，“哧哧淙淙”地响着，向山脚下奔流而去……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拂晓，空谷的鸟鸣，开始在柿子熟透的、殷红的树缝间传出。使空谷显得更加幽静，森林更加寂寥；呼呼的山风驱赶着鸟声，从陡峭的悬崖上扑面而来。此时，风在回旋，山岚在回旋，眼前呈现一个天籁汇聚、声乐齐鸣的秋天。</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⑪风声呼呼，雁叫嗄嗄，溪流淙淙……这，不正是秋天的绝唱吗？</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本文描述了众多秋天声音，按照</w:t>
      </w:r>
      <w:r>
        <w:rPr>
          <w:rFonts w:ascii="宋体" w:eastAsia="宋体" w:hAnsi="宋体" w:cs="宋体"/>
          <w:color w:val="000000"/>
          <w:u w:val="single"/>
        </w:rPr>
        <w:t>①</w:t>
      </w:r>
      <w:r>
        <w:rPr>
          <w:rFonts w:ascii="宋体" w:eastAsia="宋体" w:hAnsi="宋体" w:cs="宋体"/>
          <w:color w:val="000000"/>
        </w:rPr>
        <w:t>______</w:t>
      </w:r>
      <w:r>
        <w:rPr>
          <w:rFonts w:ascii="宋体" w:eastAsia="宋体" w:hAnsi="宋体" w:cs="宋体"/>
          <w:color w:val="000000"/>
        </w:rPr>
        <w:t>和</w:t>
      </w:r>
      <w:r>
        <w:rPr>
          <w:rFonts w:ascii="宋体" w:eastAsia="宋体" w:hAnsi="宋体" w:cs="宋体"/>
          <w:color w:val="000000"/>
          <w:u w:val="single"/>
        </w:rPr>
        <w:t>②</w:t>
      </w:r>
      <w:r>
        <w:rPr>
          <w:rFonts w:ascii="宋体" w:eastAsia="宋体" w:hAnsi="宋体" w:cs="宋体"/>
          <w:color w:val="000000"/>
        </w:rPr>
        <w:t>______</w:t>
      </w:r>
      <w:r>
        <w:rPr>
          <w:rFonts w:ascii="宋体" w:eastAsia="宋体" w:hAnsi="宋体" w:cs="宋体"/>
          <w:color w:val="000000"/>
        </w:rPr>
        <w:t>的顺序依次写来，由远到近，由傍晚写到了</w:t>
      </w:r>
      <w:r>
        <w:rPr>
          <w:rFonts w:ascii="宋体" w:eastAsia="宋体" w:hAnsi="宋体" w:cs="宋体"/>
          <w:color w:val="000000"/>
          <w:u w:val="single"/>
        </w:rPr>
        <w:t>③</w:t>
      </w:r>
      <w:r>
        <w:rPr>
          <w:rFonts w:ascii="宋体" w:eastAsia="宋体" w:hAnsi="宋体" w:cs="宋体"/>
          <w:color w:val="000000"/>
        </w:rPr>
        <w:t>______</w:t>
      </w:r>
      <w:r>
        <w:rPr>
          <w:rFonts w:ascii="宋体" w:eastAsia="宋体" w:hAnsi="宋体" w:cs="宋体"/>
          <w:color w:val="000000"/>
        </w:rPr>
        <w:t>，繁多却不杂乱。</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文章第⑥段写秋蝉鸣唱的同时，为什么还要写雀鸟的鸣叫，结合文章内容说说这样写的好处。</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品味第⑨段的语句，说说拟人手法的表达效果。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结合全文，对文章最后一段理解错误的一项是（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“风声呼呼，雁叫嘎嗄，溪流淙淙……”构成一组排比，让人感受到了一个天籁汇聚、声乐齐鸣的秋天。</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B. </w:t>
      </w:r>
      <w:r>
        <w:rPr>
          <w:rFonts w:ascii="宋体" w:eastAsia="宋体" w:hAnsi="宋体" w:cs="宋体"/>
          <w:color w:val="000000"/>
        </w:rPr>
        <w:t>结尾段汇集的这些声音与开篇的描述形成呼应，使文章结构更加完整，同时借助秋天声音的多样表现出秋天特有的韵味。</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C. </w:t>
      </w:r>
      <w:r>
        <w:rPr>
          <w:rFonts w:ascii="宋体" w:eastAsia="宋体" w:hAnsi="宋体" w:cs="宋体"/>
          <w:color w:val="000000"/>
        </w:rPr>
        <w:t>文章最后一句“这，不正是秋天的绝唱吗？”运用了反问的修辞手法，表达出作者对秋天即将逝去的无奈。</w:t>
      </w:r>
    </w:p>
    <w:p>
      <w:pPr>
        <w:spacing w:line="360" w:lineRule="auto"/>
        <w:textAlignment w:val="center"/>
        <w:rPr>
          <w:rFonts w:ascii="宋体" w:eastAsia="宋体" w:hAnsi="宋体" w:cs="宋体"/>
          <w:color w:val="000000"/>
        </w:rPr>
      </w:pPr>
      <w:r>
        <w:rPr>
          <w:color w:val="2E75B6"/>
        </w:rPr>
        <w:t>【答案】</w:t>
      </w:r>
      <w:r>
        <w:rPr>
          <w:color w:val="000000"/>
        </w:rPr>
        <w:t xml:space="preserve">14. </w:t>
      </w:r>
      <w:r>
        <w:rPr>
          <w:color w:val="000000"/>
        </w:rPr>
        <w:t xml:space="preserve">    ①. </w:t>
      </w:r>
      <w:r>
        <w:rPr>
          <w:rFonts w:ascii="宋体" w:eastAsia="宋体" w:hAnsi="宋体" w:cs="宋体"/>
          <w:color w:val="000000"/>
        </w:rPr>
        <w:t>空间（地点）</w:t>
      </w:r>
      <w:r>
        <w:rPr>
          <w:color w:val="000000"/>
        </w:rPr>
        <w:t xml:space="preserve">    ②. </w:t>
      </w:r>
      <w:r>
        <w:rPr>
          <w:rFonts w:ascii="宋体" w:eastAsia="宋体" w:hAnsi="宋体" w:cs="宋体"/>
          <w:color w:val="000000"/>
        </w:rPr>
        <w:t>时间</w:t>
      </w:r>
      <w:r>
        <w:rPr>
          <w:color w:val="000000"/>
        </w:rPr>
        <w:t xml:space="preserve">    ③. </w:t>
      </w:r>
      <w:r>
        <w:rPr>
          <w:rFonts w:ascii="宋体" w:eastAsia="宋体" w:hAnsi="宋体" w:cs="宋体"/>
          <w:color w:val="000000"/>
        </w:rPr>
        <w:t>拂晓</w:t>
      </w:r>
      <w:r>
        <w:rPr>
          <w:color w:val="000000"/>
        </w:rPr>
        <w:t xml:space="preserve">    </w:t>
      </w:r>
    </w:p>
    <w:p>
      <w:pPr>
        <w:spacing w:line="360" w:lineRule="auto"/>
        <w:textAlignment w:val="center"/>
        <w:rPr>
          <w:rFonts w:ascii="宋体" w:eastAsia="宋体" w:hAnsi="宋体" w:cs="宋体"/>
          <w:color w:val="000000"/>
        </w:rPr>
      </w:pPr>
      <w:r>
        <w:rPr>
          <w:color w:val="000000"/>
        </w:rPr>
        <w:t xml:space="preserve">15. </w:t>
      </w:r>
      <w:r>
        <w:rPr>
          <w:rFonts w:ascii="宋体" w:eastAsia="宋体" w:hAnsi="宋体" w:cs="宋体"/>
          <w:color w:val="000000"/>
        </w:rPr>
        <w:t>运用了对比手法，突出秋蝉鸣叫时间之长，毫无倦意，且叫得起劲的特点；通过写到雀鸟的鸣叫，增添了秋声的丰富、喧闹。（写出2点即可）</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无忧无虑、奔跑等词语运用了拟人的手法，生动形象地写出了秋天溪水跳跃、奔流的样子，表达了作者对秋水的喜爱之情。</w:t>
      </w:r>
      <w:r>
        <w:rPr>
          <w:color w:val="000000"/>
        </w:rPr>
        <w:t xml:space="preserve">    </w:t>
      </w:r>
      <w:r>
        <w:rPr>
          <w:color w:val="000000"/>
        </w:rPr>
        <w:t xml:space="preserve">17. </w:t>
      </w:r>
      <w:r>
        <w:rPr>
          <w:color w:val="000000"/>
        </w:rPr>
        <w: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【14题详解】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对文章内容的理解和概括。从第①段“秋的声音便由远而近地鸣叫起来”、第②段“先是秋雁从碧净的高空掠过”“白露裹着霜重的余音，开始在田野，在山间，在天水的交接处弥漫”、第④段“村落的狗叫开始从小巷的深处传来”，可知①处填：空间（地点）；</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⑥段“雀鸟临近夜晚”、第⑦段“那些懒惰于静夜的蛀虫却藏在门缝里”、第⑧段“池塘边，刚睡醒的白色的鸭子，摇摇摆摆地从棚子里款款走出，眺望着远方的天水间，然后张开扁扁的嘴巴，对着星星和一钩月亮叫喊，早起的雄鸡也懒洋洋地吐出几声啼鸣”、第⑩段“拂晓，空谷的鸟鸣”，可知②处填：时间；③处填：拂晓。</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本题考查对比的作用。</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⑥段“那些鸣叫了一个夏天的秋蝉，带着沙哑的嗓子，不甘示弱，在霜染微黄叶子的荫蔽下，也加入秋天的鸣唱。它埋怨整天“吱吱喳喳”的雀鸟太无情了”“雀鸟临近夜晚，却收起叫声，藏进阴森森的林子里；即使清晨叫了一阵，也只是在装腔作势”，可知：运用了对比手法，将秋蝉鸣唱和雀鸟的鸣叫进行了对比，从“而秋蝉的鸣唱直至夜阑人静，毫无倦意地传递着一种秋之信息”，可知突出秋蝉鸣叫时间之长，毫无倦意，且叫得起劲的特点；写雀鸟的鸣叫，增添了秋声的丰富、喧闹。</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本题考查拟人的表达效果。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⑨段“无忧无虑”“奔跑的脚步”“带着”“奔流”等词语，看出运用了拟人的手法，把秋天的山涧小溪人格化；从“奔跑的脚步从未停歇”“向山脚下奔流而去”可知，生动形象地写出了秋天溪水跳跃、奔流的样子；结合第⑪段“风声呼呼，雁叫嗄嗄，溪流淙淙……这，不正是秋天的绝唱吗”，可知表达了作者对秋水的喜爱之情。</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本题考查文章内容的理解。注意题干要求的是找出理解错误的一项。</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C</w:t>
      </w:r>
      <w:r>
        <w:rPr>
          <w:rFonts w:ascii="宋体" w:eastAsia="宋体" w:hAnsi="宋体" w:cs="宋体"/>
          <w:color w:val="000000"/>
        </w:rPr>
        <w:t>.文章最后一句“这，不正是秋天的绝唱吗？”运用了反问的修辞手法，表达出作者对秋之声的喜爱赞美之情，所以选项中“表达出作者对秋天即将逝去的无奈”理解错误；</w:t>
      </w:r>
    </w:p>
    <w:p>
      <w:pPr>
        <w:spacing w:line="360" w:lineRule="auto"/>
        <w:jc w:val="left"/>
        <w:textAlignment w:val="center"/>
        <w:rPr>
          <w:rFonts w:ascii="宋体" w:eastAsia="宋体" w:hAnsi="宋体" w:cs="宋体"/>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（二）（共11分）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阅读《我在教丁香树开花》，完成下面小题。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我在教丁香树开花</w:t>
      </w:r>
    </w:p>
    <w:p>
      <w:pPr>
        <w:spacing w:line="360" w:lineRule="auto"/>
        <w:jc w:val="center"/>
        <w:textAlignment w:val="center"/>
        <w:rPr>
          <w:rFonts w:ascii="楷体" w:eastAsia="楷体" w:hAnsi="楷体" w:cs="楷体"/>
          <w:color w:val="000000"/>
        </w:rPr>
      </w:pPr>
      <w:r>
        <w:rPr>
          <w:rFonts w:ascii="楷体" w:eastAsia="楷体" w:hAnsi="楷体" w:cs="楷体"/>
          <w:color w:val="000000"/>
        </w:rPr>
        <w:t>刘继荣</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①第一次遇见那少年，是初冬。午后的阳光暖得像春天，小小的蛋糕店里，溢满了糕点刚出炉的香，仿佛每个人都幸福。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店旁有所小学，放学后，煞是热闹。此时，顾客不多，店主夫妇悠闲地聊着天。谈到门前那棵不开花的丁香树，一个打算挖掉重栽，一个说再等等看。老奶奶的语气里带了气恼：“我六十岁了，又不是六岁，等不了那么久！”老爷爷笑：“明天起我就教它开花，保证到春天就学会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我不禁莞尔，拎着盛糕点的纸袋，准备离开。身后忽然有人叫道：“阿姨偷走我们的点心啦！”我大惊，转头，那位个子高高面庞稚气的男孩，正是冲我喊叫的。有位中年人边向我点头致歉，边揽住男孩的肩，努力安抚道：“你看，我们的点心在这里呀！”他打开手中纸袋，里面的点心与我的一模一样。少年恍然大悟：“原来，是我们偷了阿姨的呀！”大家都笑了，连正在生气的老奶奶也笑得眼睛弯弯。</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④那位父亲温和地解释了很久，再加上我的说明，男孩才弄明白大家谁都不是小偷。他用双手蒙住脸，向我道歉，那模样似乎只有三岁。</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⑤父亲平静地告诉我，儿子十九岁了。他一直都在努力学习说话、购物、坐公交车等技能，希望再有十九年的努力，他能变成一个像大家一样的普通人：工作或失业，恋爱或失恋，结婚或独身。</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父亲头发斑白，语气平和。这十九年来，他们一定有一段漫长的故事，有他们共同承担的无数往事，还有点点滴滴积攒起来的勇气与人生经验。可我什么也没问，只是目送这对父子远去，那棵丁香树，默默默与我站在一起。我想：老爷爷将会怎样教它开花呢？</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天越来越冷，丁香树只余纤纤弱枝。我常常在蛋糕店遇见这对父子，我发现，儿子没有安全感，只要离开父亲几步，就会惊慌失措，语无伦次。爸爸让他买东西，老夫妇每次都会鼓励他，他成功后，父亲会向老夫妇以及后面耐心等待的客人再三道谢。他说，儿子特别喜欢这间店，这是他能记得的最远的地方。出来的时候，男孩喜欢站在丁香树下，与树比一比身高，老奶奶逗他：“谁高呀？”男孩大声回答：“我高！”这时候，他很像很像一个普通人。</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⑧爸爸渐渐拉开与儿子的距离，每次似乎只有一步，后来，他退到店外。儿子时不时扭过身子，见父亲就在丁香树下，便长吁一口气，抹抹鼻尖上的汗。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⑨一个春天的周末，男孩居然独自来到蛋糕店，</w:t>
      </w:r>
      <w:r>
        <w:rPr>
          <w:rFonts w:ascii="楷体" w:eastAsia="楷体" w:hAnsi="楷体" w:cs="楷体"/>
          <w:color w:val="000000"/>
          <w:em w:val="dot"/>
        </w:rPr>
        <w:t>我不禁一喜，见他忐忑，又隐隐担忧</w:t>
      </w:r>
      <w:r>
        <w:rPr>
          <w:rFonts w:ascii="楷体" w:eastAsia="楷体" w:hAnsi="楷体" w:cs="楷体"/>
          <w:color w:val="000000"/>
        </w:rPr>
        <w:t>，今天顾客特别多，有个小女生过生日，丁香树下的两张桌子被拼到一起，坐满了笑语盈盈的小伙伴。店主一个人忙，他说老妻在楼上，怎么叫都不肯下来，又在为丁香树不开花的事不高兴了，为了给她个惊喜，已经找人来挖树了。</w:t>
      </w:r>
      <w:r>
        <w:rPr>
          <w:rFonts w:ascii="楷体" w:eastAsia="楷体" w:hAnsi="楷体" w:cs="楷体"/>
          <w:color w:val="000000"/>
          <w:u w:val="single"/>
        </w:rPr>
        <w:t>男孩神色愈发紧张、嘴唇哆嗦着，欲言又止，只是摇头。</w:t>
      </w:r>
      <w:r>
        <w:rPr>
          <w:rFonts w:ascii="楷体" w:eastAsia="楷体" w:hAnsi="楷体" w:cs="楷体"/>
          <w:color w:val="000000"/>
        </w:rPr>
        <w:t>最后男孩缓缓张开双臂，蹲下去，再站起来。一句话哽在胸口，如一朵花哽在枝丫，他只能以这种方式表达。</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⑩忽然，男孩的目光充满惊喜，他的父亲出现了，也许，他一直都在附近。像魔咒被解除，男孩开口，一个字一个字地说：“我在教丁香树开花，不要挖掉丁香树。”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⑪老奶奶匆匆下来了，她气喘吁吁地向男孩保证：永远不会挖掉这棵丁香树，会一直等着它开花，如果不开，也没有关系。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⑫掌声、欢呼声，让我的</w:t>
      </w:r>
      <w:r>
        <w:rPr>
          <w:rFonts w:ascii="楷体" w:eastAsia="楷体" w:hAnsi="楷体" w:cs="楷体"/>
          <w:color w:val="000000"/>
          <w:em w:val="dot"/>
        </w:rPr>
        <w:t>鼻子隐隐发酸</w:t>
      </w:r>
      <w:r>
        <w:rPr>
          <w:rFonts w:ascii="楷体" w:eastAsia="楷体" w:hAnsi="楷体" w:cs="楷体"/>
          <w:color w:val="000000"/>
        </w:rPr>
        <w:t>。在这座小城里，我们陌生又熟悉，有时相遇，有时忘记，有时彼此守护，彼此学习。</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⑬我们相互学着开放，学着摇曳，学着在经历过最深的恐惧绝望以及厌倦之后，仍会或羞怯、或放肆地释放出心里最明净的温柔。</w:t>
      </w:r>
    </w:p>
    <w:p>
      <w:pPr>
        <w:spacing w:line="360" w:lineRule="auto"/>
        <w:jc w:val="right"/>
        <w:textAlignment w:val="center"/>
        <w:rPr>
          <w:rFonts w:ascii="宋体" w:eastAsia="宋体" w:hAnsi="宋体" w:cs="宋体"/>
          <w:color w:val="000000"/>
        </w:rPr>
      </w:pPr>
      <w:r>
        <w:rPr>
          <w:rFonts w:ascii="宋体" w:eastAsia="宋体" w:hAnsi="宋体" w:cs="宋体"/>
          <w:color w:val="000000"/>
        </w:rPr>
        <w:t>（有删改）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阅读全文，对文章题目中“丁香树开花”含义理解错误的一项（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小店门前的丁香树开出花朵。</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B. </w:t>
      </w:r>
      <w:r>
        <w:rPr>
          <w:rFonts w:ascii="宋体" w:eastAsia="宋体" w:hAnsi="宋体" w:cs="宋体"/>
          <w:color w:val="000000"/>
        </w:rPr>
        <w:t>店主夫妇放弃了挖掉丁香树的想法。</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C. </w:t>
      </w:r>
      <w:r>
        <w:rPr>
          <w:rFonts w:ascii="宋体" w:eastAsia="宋体" w:hAnsi="宋体" w:cs="宋体"/>
          <w:color w:val="000000"/>
        </w:rPr>
        <w:t>小城里人们彼此守护，彼此温暖。</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D. </w:t>
      </w:r>
      <w:r>
        <w:rPr>
          <w:rFonts w:ascii="宋体" w:eastAsia="宋体" w:hAnsi="宋体" w:cs="宋体"/>
          <w:color w:val="000000"/>
        </w:rPr>
        <w:t>男孩成长为一个普通人。</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阅读文章③—⑩段，概括出父亲为了帮助儿子变成“一个像大家一样的普通人”，做了哪些事。（写出三件即可）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阅读文章第⑨段，结合上下文，说说“我”为什么又喜又忧？</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21. </w:t>
      </w:r>
      <w:r>
        <w:rPr>
          <w:rFonts w:ascii="宋体" w:eastAsia="宋体" w:hAnsi="宋体" w:cs="宋体"/>
          <w:color w:val="000000"/>
        </w:rPr>
        <w:t>文中对人物的描写生动传神，请赏析文中第⑨段画线句。</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22. </w:t>
      </w:r>
      <w:r>
        <w:rPr>
          <w:rFonts w:ascii="宋体" w:eastAsia="宋体" w:hAnsi="宋体" w:cs="宋体"/>
          <w:color w:val="000000"/>
        </w:rPr>
        <w:t>对文章第⑫段中“我的鼻子隐隐发酸”的原因理解不正确的一项是（   ）</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A. </w:t>
      </w:r>
      <w:r>
        <w:rPr>
          <w:rFonts w:ascii="宋体" w:eastAsia="宋体" w:hAnsi="宋体" w:cs="宋体"/>
          <w:color w:val="000000"/>
        </w:rPr>
        <w:t>男孩终于清楚地表达出自己的想法，他距离成为普通人又迈进了一步，我为此感到欣喜。</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B. </w:t>
      </w:r>
      <w:r>
        <w:rPr>
          <w:rFonts w:ascii="宋体" w:eastAsia="宋体" w:hAnsi="宋体" w:cs="宋体"/>
          <w:color w:val="000000"/>
        </w:rPr>
        <w:t>小女生在丁香树下过生日，桌旁坐满了笑语盈盈的小伙伴。那热烈、欢快的场景深深打动了我。</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C. </w:t>
      </w:r>
      <w:r>
        <w:rPr>
          <w:rFonts w:ascii="宋体" w:eastAsia="宋体" w:hAnsi="宋体" w:cs="宋体"/>
          <w:color w:val="000000"/>
        </w:rPr>
        <w:t>老奶奶为了男孩心灵不受到伤害，决定不砍丁香树，我为老奶奶的善良感动。</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D. </w:t>
      </w:r>
      <w:r>
        <w:rPr>
          <w:rFonts w:ascii="宋体" w:eastAsia="宋体" w:hAnsi="宋体" w:cs="宋体"/>
          <w:color w:val="000000"/>
        </w:rPr>
        <w:t>一群人为此鼓掌、欢呼，让我感受到小城人彼此守护，彼此帮衬的温暖。</w:t>
      </w:r>
    </w:p>
    <w:p>
      <w:pPr>
        <w:spacing w:line="360" w:lineRule="auto"/>
        <w:textAlignment w:val="center"/>
        <w:rPr>
          <w:rFonts w:ascii="宋体" w:eastAsia="宋体" w:hAnsi="宋体" w:cs="宋体"/>
          <w:color w:val="000000"/>
        </w:rPr>
      </w:pPr>
      <w:r>
        <w:rPr>
          <w:color w:val="2E75B6"/>
        </w:rPr>
        <w:t>【答案】</w:t>
      </w:r>
      <w:r>
        <w:rPr>
          <w:color w:val="000000"/>
        </w:rPr>
        <w:t xml:space="preserve">18. </w:t>
      </w:r>
      <w:r>
        <w:rPr>
          <w:color w:val="000000"/>
        </w:rPr>
        <w:t>B</w:t>
      </w:r>
      <w:r>
        <w:rPr>
          <w:color w:val="000000"/>
        </w:rPr>
        <w:t xml:space="preserve">    </w:t>
      </w:r>
      <w:r>
        <w:rPr>
          <w:color w:val="000000"/>
        </w:rPr>
        <w:t xml:space="preserve">19. </w:t>
      </w:r>
      <w:r>
        <w:rPr>
          <w:rFonts w:ascii="宋体" w:eastAsia="宋体" w:hAnsi="宋体" w:cs="宋体"/>
          <w:color w:val="000000"/>
        </w:rPr>
        <w:t>①他为儿子解释不懂的事；②一直努力教儿子学习、说话、购物、做公交车等技能；③教儿子买东西，感谢周围的人配合；④一直默默陪伴儿子，适当的时候放手让儿子自己锻炼（答出三点即可）</w:t>
      </w:r>
      <w:r>
        <w:rPr>
          <w:color w:val="000000"/>
        </w:rPr>
        <w:t xml:space="preserve">    </w:t>
      </w:r>
    </w:p>
    <w:p>
      <w:pPr>
        <w:spacing w:line="360" w:lineRule="auto"/>
        <w:textAlignment w:val="center"/>
        <w:rPr>
          <w:rFonts w:ascii="宋体" w:eastAsia="宋体" w:hAnsi="宋体" w:cs="宋体"/>
          <w:color w:val="000000"/>
        </w:rPr>
      </w:pPr>
      <w:r>
        <w:rPr>
          <w:color w:val="000000"/>
        </w:rPr>
        <w:t xml:space="preserve">20. </w:t>
      </w:r>
      <w:r>
        <w:rPr>
          <w:rFonts w:ascii="宋体" w:eastAsia="宋体" w:hAnsi="宋体" w:cs="宋体"/>
          <w:color w:val="000000"/>
        </w:rPr>
        <w:t>喜的是：男孩能独自一人来蛋糕店，相对独立了，有进步了，所以“我”不禁一喜。忧的是：孩子忐忑，父亲不在身边，今天顾客又多，怕孩子紧张出状况，所以为他担心。</w:t>
      </w:r>
      <w:r>
        <w:rPr>
          <w:color w:val="000000"/>
        </w:rPr>
        <w:t xml:space="preserve">    </w:t>
      </w:r>
    </w:p>
    <w:p>
      <w:pPr>
        <w:spacing w:line="360" w:lineRule="auto"/>
        <w:textAlignment w:val="center"/>
        <w:rPr>
          <w:rFonts w:ascii="宋体" w:eastAsia="宋体" w:hAnsi="宋体" w:cs="宋体"/>
          <w:color w:val="000000"/>
        </w:rPr>
      </w:pPr>
      <w:r>
        <w:rPr>
          <w:color w:val="000000"/>
        </w:rPr>
        <w:t xml:space="preserve">21. </w:t>
      </w:r>
      <w:r>
        <w:rPr>
          <w:rFonts w:ascii="宋体" w:eastAsia="宋体" w:hAnsi="宋体" w:cs="宋体"/>
          <w:color w:val="000000"/>
        </w:rPr>
        <w:t>“嘴唇哆嗦”写出男孩听到要挖丁香树时</w:t>
      </w:r>
      <w:r>
        <w:rPr>
          <w:rFonts w:ascii="宋体" w:eastAsia="宋体" w:hAnsi="宋体" w:cs="宋体"/>
          <w:color w:val="000000"/>
          <w:position w:val="0"/>
        </w:rPr>
        <w:drawing>
          <wp:inline>
            <wp:extent cx="133350" cy="177800"/>
            <wp:docPr id="15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
                    <pic:cNvPicPr>
                      <a:picLocks noChangeAspect="1"/>
                    </pic:cNvPicPr>
                  </pic:nvPicPr>
                  <pic:blipFill>
                    <a:blip r:embed="rId11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紧张，“欲言又止”写出了他想阻止却又不会表达的急切心理，只能用“摇头”来表达他的意思。</w:t>
      </w:r>
      <w:r>
        <w:rPr>
          <w:color w:val="000000"/>
        </w:rPr>
        <w:t xml:space="preserve">    </w:t>
      </w:r>
      <w:r>
        <w:rPr>
          <w:color w:val="000000"/>
        </w:rPr>
        <w:t xml:space="preserve">22. </w:t>
      </w:r>
      <w:r>
        <w:rPr>
          <w:color w:val="000000"/>
        </w:rPr>
        <w:t>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本题考查理解题目的含义。</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根据第⑪段中的“会一直等着它开花，如果不开，也没有关系”可知，题目的表面意思是小店前的丁香树开出花朵；</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⑫段中的“在这座小城里，我们陌生又熟悉，有时相遇，有时忘记，有时彼此守护，彼此学习”和第⑬段中的“会或羞怯、或放肆地释放出心里最明净的温柔”可知，题目的深层含义指的是小城里的人们彼此守信，彼此学习，用自己心中最明净的温柔温暖对方；</w:t>
      </w:r>
    </w:p>
    <w:p>
      <w:pPr>
        <w:spacing w:line="360" w:lineRule="auto"/>
        <w:jc w:val="left"/>
        <w:textAlignment w:val="center"/>
        <w:rPr>
          <w:rFonts w:ascii="宋体" w:eastAsia="宋体" w:hAnsi="宋体" w:cs="宋体"/>
          <w:color w:val="000000"/>
        </w:rPr>
      </w:pPr>
      <w:r>
        <w:rPr>
          <w:rFonts w:ascii="宋体" w:eastAsia="宋体" w:hAnsi="宋体" w:cs="宋体"/>
          <w:color w:val="000000"/>
        </w:rPr>
        <w:t>文中的丁香树还有其象征意义，丁香树不开花，象征着那个男孩头脑发良不全，几近生活不能自理；“丁香树开花”，象征着那个男孩在父母和周围人的关爱下逐渐成为一个生活能自理的，正常的普通人；</w:t>
      </w:r>
    </w:p>
    <w:p>
      <w:pPr>
        <w:spacing w:line="360" w:lineRule="auto"/>
        <w:jc w:val="left"/>
        <w:textAlignment w:val="center"/>
        <w:rPr>
          <w:rFonts w:ascii="宋体" w:eastAsia="宋体" w:hAnsi="宋体" w:cs="宋体"/>
          <w:color w:val="000000"/>
        </w:rPr>
      </w:pPr>
      <w:r>
        <w:rPr>
          <w:rFonts w:ascii="宋体" w:eastAsia="宋体" w:hAnsi="宋体" w:cs="宋体"/>
          <w:color w:val="000000"/>
        </w:rPr>
        <w:t>“丁香树开花”没有“店主夫妇放弃了挖掉丁香树的想法”的含义；</w:t>
      </w:r>
    </w:p>
    <w:p>
      <w:pPr>
        <w:spacing w:line="360" w:lineRule="auto"/>
        <w:jc w:val="left"/>
        <w:textAlignment w:val="center"/>
        <w:rPr>
          <w:rFonts w:ascii="宋体" w:eastAsia="宋体" w:hAnsi="宋体" w:cs="宋体"/>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【19题详解】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考查概括事件。</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根据第④段中的“那位父亲温和地解释了很久，再加上我的说明，男孩才弄明白大家谁都不是小偷”可得：他向儿子解释不懂的事，让儿子明白我并没有偷点心；</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根据第⑤段中的“他一直都在努力学习说话、购物、坐公交车等技能，希望再有十九年的努力，他能变成一个像大家一样的普通人”可得：一直努力教儿子学习、说话、购物、做公交车等技能；</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根据第⑦段中的“爸爸让他买东西，老夫妇每次都会鼓励他，他成功后，父亲会向老夫妇以及后面耐心等待的客人再三道谢”可得：教儿子买东西，感谢周围的人配合；</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根据第⑧段中的“爸爸渐渐拉开与儿子的距离，每次似乎只有一步，后来，他退到店外。儿子时不时扭过身子，见父亲就在丁香树下”可得：一直默默陪伴儿子，适当的时候放手让儿子自己锻炼。</w:t>
      </w:r>
    </w:p>
    <w:p>
      <w:pPr>
        <w:spacing w:line="360" w:lineRule="auto"/>
        <w:jc w:val="left"/>
        <w:textAlignment w:val="center"/>
        <w:rPr>
          <w:color w:val="000000"/>
        </w:rPr>
      </w:pPr>
      <w:r>
        <w:rPr>
          <w:color w:val="000000"/>
        </w:rPr>
        <w:t>【20题详解】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考查对重点句子的理解。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根据第⑨段中的“一个春天的周末，男孩居然独自来到蛋糕店”可知，作者喜的原因是看到男孩独自一个来到蛋糕店，而不是他和父亲一起，这说明他已经逐渐成为一个正常的普通人，所以作者高兴；</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⑨段中的“今天顾客特别多，有个小女生过生日，丁香树下的两张桌子被拼到一起，坐满了笑语盈盈的小伙伴”可知，作者忧的原因是男孩自己一个人来到蛋糕店，父亲又不在身边，今天店里的顾客还特别的多，害怕孩子看到这么多人紧张而出什么意外，所以作者担心。</w:t>
      </w:r>
    </w:p>
    <w:p>
      <w:pPr>
        <w:spacing w:line="360" w:lineRule="auto"/>
        <w:jc w:val="left"/>
        <w:textAlignment w:val="center"/>
        <w:rPr>
          <w:color w:val="000000"/>
        </w:rPr>
      </w:pPr>
      <w:r>
        <w:rPr>
          <w:color w:val="000000"/>
        </w:rPr>
        <w:t>【21题详解】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考查赏析句子。</w:t>
      </w:r>
    </w:p>
    <w:p>
      <w:pPr>
        <w:spacing w:line="360" w:lineRule="auto"/>
        <w:jc w:val="left"/>
        <w:textAlignment w:val="center"/>
        <w:rPr>
          <w:rFonts w:ascii="宋体" w:eastAsia="宋体" w:hAnsi="宋体" w:cs="宋体"/>
          <w:color w:val="000000"/>
        </w:rPr>
      </w:pPr>
      <w:r>
        <w:rPr>
          <w:rFonts w:ascii="宋体" w:eastAsia="宋体" w:hAnsi="宋体" w:cs="宋体"/>
          <w:color w:val="000000"/>
        </w:rPr>
        <w:t>联系前句“他说老妻在楼上，怎么叫都不肯下来，又在为丁香树不开花的事不高兴了，为了给她个惊喜，已经找人来挖树了”可知，男孩此时听到了店主人要挖掉丁香树，他此时很紧张，所以才会“愈发紧张、嘴唇哆嗦”；“欲言又止”是说他想要阻止，却不知道怎么表达，毕竟他才能自己来店里，还不会充分地表达自己的意思，最终只能用“只是摇头”来表达自己内心的抗拒与意愿。</w:t>
      </w:r>
    </w:p>
    <w:p>
      <w:pPr>
        <w:spacing w:line="360" w:lineRule="auto"/>
        <w:jc w:val="left"/>
        <w:textAlignment w:val="center"/>
        <w:rPr>
          <w:color w:val="000000"/>
        </w:rPr>
      </w:pPr>
      <w:r>
        <w:rPr>
          <w:color w:val="000000"/>
        </w:rPr>
        <w:t>【22题详解】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联系第⑩段中的“男孩开口，一个字一个字地说：‘我在教丁香树开花，不要挖掉丁香树。’”可知，男孩看到自己的父亲出现，完整地表达出了自己的想法，这是一个巨大的进步，作者为此感到欣喜；</w:t>
      </w:r>
    </w:p>
    <w:p>
      <w:pPr>
        <w:spacing w:line="360" w:lineRule="auto"/>
        <w:jc w:val="left"/>
        <w:textAlignment w:val="center"/>
        <w:rPr>
          <w:rFonts w:ascii="宋体" w:eastAsia="宋体" w:hAnsi="宋体" w:cs="宋体"/>
          <w:color w:val="000000"/>
        </w:rPr>
      </w:pPr>
      <w:r>
        <w:rPr>
          <w:rFonts w:ascii="宋体" w:eastAsia="宋体" w:hAnsi="宋体" w:cs="宋体"/>
          <w:color w:val="000000"/>
        </w:rPr>
        <w:t>联系第⑪段中的“她气喘吁吁地向男孩保证：永远不会挖掉这棵丁香树，会一直等着它开花，如果不开，也没有关系”可知，老奶奶保证不会挖掉丁香树，她这样做是为了保护男孩纯洁的灵魂，作者被她的善良而感动；</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⑫段中的“在这座小城里，我们陌生又熟悉，有时相遇，有时忘记，有时彼此守护，彼此学习”可知，作者从们的掌声与欢呼声里，感受到人们之间的守护，感受到人性的善良与温暖；种种情绪交织，作者才会“鼻子隐隐发酸”；</w:t>
      </w:r>
    </w:p>
    <w:p>
      <w:pPr>
        <w:spacing w:line="360" w:lineRule="auto"/>
        <w:jc w:val="left"/>
        <w:textAlignment w:val="center"/>
        <w:rPr>
          <w:rFonts w:ascii="宋体" w:eastAsia="宋体" w:hAnsi="宋体" w:cs="宋体"/>
          <w:color w:val="000000"/>
        </w:rPr>
      </w:pPr>
      <w:r>
        <w:rPr>
          <w:rFonts w:ascii="宋体" w:eastAsia="宋体" w:hAnsi="宋体" w:cs="宋体"/>
          <w:color w:val="000000"/>
        </w:rPr>
        <w:t>作者写“小女生在丁香树下过生日，桌旁坐满了笑语盈盈的小伙伴”是为了表现蛋糕店不同以往的热闹，从而引出作者对男孩的担忧，并引出下文男孩清晰地表达自己的想法，老奶奶决意不再挖树的情节；</w:t>
      </w:r>
    </w:p>
    <w:p>
      <w:pPr>
        <w:spacing w:line="360" w:lineRule="auto"/>
        <w:jc w:val="left"/>
        <w:textAlignment w:val="center"/>
        <w:rPr>
          <w:rFonts w:ascii="宋体" w:eastAsia="宋体" w:hAnsi="宋体" w:cs="宋体"/>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pStyle w:val="Heading3"/>
      </w:pPr>
      <w:r>
        <w:t>朝阳区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四、现代文阅读（共22分）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（一）（共12分）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阅读【甲】【乙】两文，完成下面小题。</w:t>
      </w:r>
    </w:p>
    <w:p>
      <w:pPr>
        <w:spacing w:line="360" w:lineRule="auto"/>
        <w:jc w:val="left"/>
        <w:textAlignment w:val="center"/>
        <w:rPr>
          <w:rFonts w:ascii="宋体" w:eastAsia="宋体" w:hAnsi="宋体" w:cs="宋体"/>
          <w:color w:val="000000"/>
        </w:rPr>
      </w:pPr>
      <w:r>
        <w:rPr>
          <w:rFonts w:ascii="宋体" w:eastAsia="宋体" w:hAnsi="宋体" w:cs="宋体"/>
          <w:color w:val="000000"/>
        </w:rPr>
        <w:t>【甲】</w:t>
      </w:r>
    </w:p>
    <w:p>
      <w:pPr>
        <w:spacing w:line="360" w:lineRule="auto"/>
        <w:jc w:val="center"/>
        <w:textAlignment w:val="center"/>
        <w:rPr>
          <w:rFonts w:ascii="楷体" w:eastAsia="楷体" w:hAnsi="楷体" w:cs="楷体"/>
          <w:color w:val="000000"/>
        </w:rPr>
      </w:pPr>
      <w:r>
        <w:rPr>
          <w:rFonts w:ascii="楷体" w:eastAsia="楷体" w:hAnsi="楷体" w:cs="楷体"/>
          <w:color w:val="000000"/>
        </w:rPr>
        <w:t>天的文学</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①晚上九点半钟以后，孩子们都已熟睡，我悄悄地到门前的广场上去看星。</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看到北斗沉下去，只见斗柄的时候，我回到房间里，拿一册《天文学》来一翻。用铅笔在纸上试算：地球一匝为七万二千里，光每秒钟绕地球七匝，即每秒钟行五十万四千里；一小时有三千六百秒，一天有八万六千四百秒，一年有三万一千一百零四万</w:t>
      </w:r>
      <w:r>
        <w:rPr>
          <w:rFonts w:ascii="楷体" w:eastAsia="楷体" w:hAnsi="楷体" w:cs="楷体"/>
          <w:color w:val="000000"/>
          <w:vertAlign w:val="superscript"/>
        </w:rPr>
        <w:t>①</w:t>
      </w:r>
      <w:r>
        <w:rPr>
          <w:rFonts w:ascii="楷体" w:eastAsia="楷体" w:hAnsi="楷体" w:cs="楷体"/>
          <w:color w:val="000000"/>
        </w:rPr>
        <w:t>秒；光走一年的路长，为五十万四千乘三万一千一百零四万</w:t>
      </w:r>
      <w:r>
        <w:rPr>
          <w:rFonts w:ascii="楷体" w:eastAsia="楷体" w:hAnsi="楷体" w:cs="楷体"/>
          <w:color w:val="000000"/>
          <w:vertAlign w:val="superscript"/>
        </w:rPr>
        <w:t>②</w:t>
      </w:r>
      <w:r>
        <w:rPr>
          <w:rFonts w:ascii="楷体" w:eastAsia="楷体" w:hAnsi="楷体" w:cs="楷体"/>
          <w:color w:val="000000"/>
        </w:rPr>
        <w:t>里，即一“光年”之长。自地球到织女星的距离为十光年，到牵牛星的距离为十四光年，到大熊星的星云要一千万光年！……我算到这里，忽然头痛起来，手里的铅笔沉重得不能移动，没有再算下去的精神了。于是放下铅笔，抛弃纸头，倒在床里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我躺在床上，从枕上窥见窗外的星，如练的银河，“秋宵的女王”的织女，南王的热闹。啊，秋夜的盛妆！我忘记了我的头痛了。我脑中浮出诗句来：“织女明星来枕上，了知身不在人间。”立刻似乎身轻如羽，翱翔于星座之间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④我俯视银河之波澜，访问织女的孤居，抚慰卡丽斯德神女的化身的大熊……“地球，再会！”我今晚要徜徉于银河之滨，牛女北斗之间了。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⑤第二天早晨起来，我脑中历历地残留着昨夜的星界漫游的记忆；可是昨夜的头痛，也还保留着一些余味。</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⑥我想：几万万里，几千万年，算它做什么？天文本来是“天的文学”，谁教你们算的？</w:t>
      </w:r>
    </w:p>
    <w:p>
      <w:pPr>
        <w:spacing w:line="360" w:lineRule="auto"/>
        <w:jc w:val="right"/>
        <w:textAlignment w:val="center"/>
        <w:rPr>
          <w:rFonts w:ascii="宋体" w:eastAsia="宋体" w:hAnsi="宋体" w:cs="宋体"/>
          <w:color w:val="000000"/>
        </w:rPr>
      </w:pPr>
      <w:r>
        <w:rPr>
          <w:rFonts w:ascii="宋体" w:eastAsia="宋体" w:hAnsi="宋体" w:cs="宋体"/>
          <w:color w:val="000000"/>
        </w:rPr>
        <w:t>（节选自丰子恺同名文章，有删改）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注释：①②计算有误。应为三千一百五十三万六千。</w:t>
      </w:r>
    </w:p>
    <w:p>
      <w:pPr>
        <w:spacing w:line="360" w:lineRule="auto"/>
        <w:jc w:val="left"/>
        <w:textAlignment w:val="center"/>
        <w:rPr>
          <w:rFonts w:ascii="宋体" w:eastAsia="宋体" w:hAnsi="宋体" w:cs="宋体"/>
          <w:color w:val="000000"/>
        </w:rPr>
      </w:pPr>
      <w:r>
        <w:rPr>
          <w:rFonts w:ascii="宋体" w:eastAsia="宋体" w:hAnsi="宋体" w:cs="宋体"/>
          <w:color w:val="000000"/>
        </w:rPr>
        <w:t>【乙】</w:t>
      </w:r>
    </w:p>
    <w:p>
      <w:pPr>
        <w:spacing w:line="360" w:lineRule="auto"/>
        <w:jc w:val="center"/>
        <w:textAlignment w:val="center"/>
        <w:rPr>
          <w:color w:val="000000"/>
        </w:rPr>
      </w:pPr>
      <w:r>
        <w:rPr>
          <w:rFonts w:ascii="宋体" w:eastAsia="宋体" w:hAnsi="宋体" w:cs="宋体"/>
          <w:color w:val="000000"/>
        </w:rPr>
        <w:drawing>
          <wp:inline>
            <wp:extent cx="1504950" cy="2114550"/>
            <wp:docPr id="15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
                    <pic:cNvPicPr>
                      <a:picLocks noChangeAspect="1"/>
                    </pic:cNvPicPr>
                  </pic:nvPicPr>
                  <pic:blipFill>
                    <a:blip r:embed="rId115"/>
                    <a:stretch>
                      <a:fillRect/>
                    </a:stretch>
                  </pic:blipFill>
                  <pic:spPr>
                    <a:xfrm>
                      <a:off x="0" y="0"/>
                      <a:ext cx="1504950" cy="2114550"/>
                    </a:xfrm>
                    <a:prstGeom prst="rect">
                      <a:avLst/>
                    </a:prstGeom>
                  </pic:spPr>
                </pic:pic>
              </a:graphicData>
            </a:graphic>
          </wp:inline>
        </w:drawing>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①我在上海市复兴中学读高一时，到旧货摊上购买了一块直径约100毫米、焦距不到1米的平凸透镜当物镜，用几块放大镜当目镜，制成了一个开普勒天文望远镜。</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用这架简陋的望远镜，我居然看到了木星的四颗卫星、土星的光环、金星的盈亏，还清晰地看到了月球表面的环形山。那年好像接近火星“大冲”（火星、地球和太阳在一条直线上），在望远镜中，火红色的火星特别明亮。外公丰子恺很高兴，对我观察到的天文现象很感兴趣，还问我能否看到火星的卫星。我说“火卫一”和“火卫二”都太小了，没看见。外公根据我描述的情形，当时挥毫作画送给我，并题诗一首：“</w:t>
      </w:r>
      <w:r>
        <w:rPr>
          <w:rFonts w:ascii="楷体" w:eastAsia="楷体" w:hAnsi="楷体" w:cs="楷体"/>
          <w:color w:val="000000"/>
          <w:u w:val="single"/>
        </w:rPr>
        <w:t>自制望远镜，天空望火星。仔细看清楚，他年去旅行。</w:t>
      </w:r>
      <w:r>
        <w:rPr>
          <w:rFonts w:ascii="楷体" w:eastAsia="楷体" w:hAnsi="楷体" w:cs="楷体"/>
          <w:color w:val="000000"/>
        </w:rPr>
        <w:t>”这幅画后来在上海《新民晚报》发表。外公又写了一个条幅送我：“</w:t>
      </w:r>
      <w:r>
        <w:rPr>
          <w:rFonts w:ascii="楷体" w:eastAsia="楷体" w:hAnsi="楷体" w:cs="楷体"/>
          <w:color w:val="000000"/>
          <w:u w:val="single"/>
        </w:rPr>
        <w:t>盛年不重来，一日难再晨。及时当勉励，岁月不待人。</w:t>
      </w:r>
      <w:r>
        <w:rPr>
          <w:rFonts w:ascii="楷体" w:eastAsia="楷体" w:hAnsi="楷体" w:cs="楷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高三文理分科时，我已向外公学了多年的古文诗词，还向外公学了三年美术，同时，我又热爱数学、物理，分科拿不定主意，就去征求外公的意见。外公没有片刻犹豫：“我们家学文、艺术、外语的多，你的数理成绩这样好，又喜欢天文，我看不如去考北大学物理。”他对我说，物理不好学，但有志者事竟成。他还告诉我，他上初中时，数理学得很好，一直是班里第一名。后来师从李叔同先生，专心学美术音乐，数理成绩才掉到二三十名。</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听了外公的话，我心里的天平立刻向理工科倾斜，后来如愿以偿，第一志愿考上了北大物理系（第二、第三志愿都是天文系）。毕业后我从事物理学的研究和光学工程、光学仪器的开发，一直到今天。看到我国自主研制的火星探测器“天问一号”成功发射的报道，想起六十多年前外公的题诗。如果外公在天有灵，愿他全程观察中国的飞船到火星去旅行的壮举！</w:t>
      </w:r>
    </w:p>
    <w:p>
      <w:pPr>
        <w:spacing w:line="360" w:lineRule="auto"/>
        <w:jc w:val="right"/>
        <w:textAlignment w:val="center"/>
        <w:rPr>
          <w:rFonts w:ascii="宋体" w:eastAsia="宋体" w:hAnsi="宋体" w:cs="宋体"/>
          <w:color w:val="000000"/>
        </w:rPr>
      </w:pPr>
      <w:r>
        <w:rPr>
          <w:rFonts w:ascii="宋体" w:eastAsia="宋体" w:hAnsi="宋体" w:cs="宋体"/>
          <w:color w:val="000000"/>
        </w:rPr>
        <w:t>（取材自宋菲君的回忆性散文，有删改）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阅读甲文，体会作者的情感，说说文章为什么取题为《天的文学》。</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甲文语言生动有趣。请从文中找到一处做简要分析。</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乙文中，宋菲君回忆了外公丰子恺给自己写的一首小诗和一个条幅。结合文章内容，说说其中寄寓了丰子恺什么情感。</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丰子恺曾说：“我的心为四事所占据了，天上的神明与星辰，人间的艺术与儿童。”结合甲乙两文的内容，说说他是怎样看待“天上的星辰”和“人间的儿童”的。</w:t>
      </w:r>
    </w:p>
    <w:p>
      <w:pPr>
        <w:spacing w:line="360" w:lineRule="auto"/>
        <w:textAlignment w:val="center"/>
        <w:rPr>
          <w:rFonts w:ascii="宋体" w:eastAsia="宋体" w:hAnsi="宋体" w:cs="宋体"/>
          <w:color w:val="000000"/>
        </w:rPr>
      </w:pPr>
      <w:r>
        <w:rPr>
          <w:color w:val="2E75B6"/>
        </w:rPr>
        <w:t>【答案】</w:t>
      </w:r>
      <w:r>
        <w:rPr>
          <w:color w:val="000000"/>
        </w:rPr>
        <w:t xml:space="preserve">15. </w:t>
      </w:r>
      <w:r>
        <w:rPr>
          <w:rFonts w:ascii="宋体" w:eastAsia="宋体" w:hAnsi="宋体" w:cs="宋体"/>
          <w:color w:val="000000"/>
        </w:rPr>
        <w:t>将“天文学”改为“天的文学”，是从科学转向文学的奇特表达；巧妙地概括了作者学习天文却无奈放弃，转而用浪漫文艺的方式神游太空的有趣经历；表达了作者丰富的想象力和富有诗意的情趣。</w:t>
      </w:r>
      <w:r>
        <w:rPr>
          <w:color w:val="000000"/>
        </w:rPr>
        <w:t xml:space="preserve">    </w:t>
      </w:r>
    </w:p>
    <w:p>
      <w:pPr>
        <w:spacing w:line="360" w:lineRule="auto"/>
        <w:textAlignment w:val="center"/>
        <w:rPr>
          <w:rFonts w:ascii="宋体" w:eastAsia="宋体" w:hAnsi="宋体" w:cs="宋体"/>
          <w:color w:val="000000"/>
        </w:rPr>
      </w:pPr>
      <w:r>
        <w:rPr>
          <w:color w:val="000000"/>
        </w:rPr>
        <w:t xml:space="preserve">16. </w:t>
      </w:r>
      <w:r>
        <w:rPr>
          <w:rFonts w:ascii="宋体" w:eastAsia="宋体" w:hAnsi="宋体" w:cs="宋体"/>
          <w:color w:val="000000"/>
        </w:rPr>
        <w:t>“立刻似乎身轻如羽，翱翔于星座之间了。”作者用夸张的手法，表达了自己用诗意的眼光想象宇宙星辰时，心里的愉快与轻松，既形象生动又充满趣味。</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丰子恺借小诗表达了对外孙自制望远镜观测太空行为的赞许，对未来探索太空的期望；条幅内容表达了丰子恺对外孙惜时勤奋的劝勉。</w:t>
      </w:r>
      <w:r>
        <w:rPr>
          <w:color w:val="000000"/>
        </w:rPr>
        <w:t xml:space="preserve">    </w:t>
      </w:r>
    </w:p>
    <w:p>
      <w:pPr>
        <w:spacing w:line="360" w:lineRule="auto"/>
        <w:textAlignment w:val="center"/>
        <w:rPr>
          <w:rFonts w:ascii="宋体" w:eastAsia="宋体" w:hAnsi="宋体" w:cs="宋体"/>
          <w:color w:val="000000"/>
        </w:rPr>
      </w:pPr>
      <w:r>
        <w:rPr>
          <w:color w:val="000000"/>
        </w:rPr>
        <w:t xml:space="preserve">18. </w:t>
      </w:r>
      <w:r>
        <w:rPr>
          <w:rFonts w:ascii="宋体" w:eastAsia="宋体" w:hAnsi="宋体" w:cs="宋体"/>
          <w:color w:val="000000"/>
        </w:rPr>
        <w:t>丰子恺看待“天上的星辰”充满丰富的想象和浪漫的诗意；他认为要尊重儿童，呵护“人间的儿童”的童真、童趣，引导鼓励儿童快乐成长。</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考查赏析题目。</w:t>
      </w:r>
    </w:p>
    <w:p>
      <w:pPr>
        <w:spacing w:line="360" w:lineRule="auto"/>
        <w:jc w:val="left"/>
        <w:textAlignment w:val="center"/>
        <w:rPr>
          <w:rFonts w:ascii="宋体" w:eastAsia="宋体" w:hAnsi="宋体" w:cs="宋体"/>
          <w:color w:val="000000"/>
        </w:rPr>
      </w:pPr>
      <w:r>
        <w:rPr>
          <w:rFonts w:ascii="宋体" w:eastAsia="宋体" w:hAnsi="宋体" w:cs="宋体"/>
          <w:color w:val="000000"/>
        </w:rPr>
        <w:t>“天文学”与“天的文学”表义不同。天文学是一门科学，“天的文学”是一种文学。将“天文学”称为“天的文学”，新颖别致，表达奇特，富有意趣。</w:t>
      </w:r>
    </w:p>
    <w:p>
      <w:pPr>
        <w:spacing w:line="360" w:lineRule="auto"/>
        <w:jc w:val="left"/>
        <w:textAlignment w:val="center"/>
        <w:rPr>
          <w:rFonts w:ascii="宋体" w:eastAsia="宋体" w:hAnsi="宋体" w:cs="宋体"/>
          <w:color w:val="000000"/>
        </w:rPr>
      </w:pPr>
      <w:r>
        <w:rPr>
          <w:rFonts w:ascii="宋体" w:eastAsia="宋体" w:hAnsi="宋体" w:cs="宋体"/>
          <w:color w:val="000000"/>
        </w:rPr>
        <w:t>联系甲文第二段中的“我算到这里，忽然头痛起来，手里的铅笔沉重得不能移动，没有再算下去的精神了”和第五段中的“我脑中历历地残留着昨夜的星界漫游的记忆；可是昨夜的头痛，也还保留着一些余味”可知，作者想要学习天文学，却是学得头痛，实在学不下去，于是躺在床上，用文学特有的浪漫方式漫游了星界，也可以说作者用文学的方式诠释了自己对于天文学的理解。题目就是对这个过程的一个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三段中作者看到银河，想到那些富有意蕴的古诗名句可知，作者富有诗意的情趣。根据第四段中的“俯视银河之波澜，访问织女的孤居，抚慰卡丽斯德神女的化身的大熊”可知，作者有丰富的想象力。作者以文学的方式遨游太空，漫游星界，“天的文学”表达了作者丰富的想象力和富有诗意的情趣。</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赏析句子。开放类试题，从文中找出一句生动有趣的句子，然后结合所用手法和具体语境赏析即可。如第四段中的“我俯视银河之波澜，访问织女的孤居，抚慰卡丽斯德神女的化身的大熊……”，作者运用联想，表达了自己对于浩瀚星空的向往，传达出自己精神上的愉悦与自由，生动形象，富有趣味。</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考查对重点句子的理解。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小诗：“自制望远镜，天空望火星”表达了丰子恺对外孙自制望远镜观测太空的赞许。“仔细看清楚，他年去旅行”表现了他对外孙的鼓励，希望外孙将来能到太空去旅行，探索太空的秘密。</w:t>
      </w:r>
    </w:p>
    <w:p>
      <w:pPr>
        <w:spacing w:line="360" w:lineRule="auto"/>
        <w:jc w:val="left"/>
        <w:textAlignment w:val="center"/>
        <w:rPr>
          <w:rFonts w:ascii="宋体" w:eastAsia="宋体" w:hAnsi="宋体" w:cs="宋体"/>
          <w:color w:val="000000"/>
        </w:rPr>
      </w:pPr>
      <w:r>
        <w:rPr>
          <w:rFonts w:ascii="宋体" w:eastAsia="宋体" w:hAnsi="宋体" w:cs="宋体"/>
          <w:color w:val="000000"/>
        </w:rPr>
        <w:t>条幅：“盛年不重来，一日难再晨”强调了时间的珍贵，告诫外孙要珍惜时间。“及时当勉励，岁月不待人”直接劝勉外孙要勤奋自强，不要虚度光阴。</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考查对文本内容的理解。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根据甲文第三段中的“脑中浮出诗句来：‘织女明星来枕上，了知身不在人间。’”可知，丰子恺看到星空，就想到那些美好的诗句，有着浪漫的诗意。</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甲文第四段中的“我俯视银河之波澜，访问织女的孤居，抚慰卡丽斯德神女的化身的大熊”可知作者“天上的星辰”有着丰富的想象力，他想象自己飞上了星空，可以俯瞰银河，可以与织女和天上的神女交谈。</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乙文第二段中，我把自己用自制望远镜观测星空的事告诉了外公，他写一首小诗来表示对我的赞许与期望，这说明他对儿童有着充分的尊重，呵护着儿童心中小小的梦。他写给我的条幅，告诫我要珍惜时间，勉励我勤奋努力，这些都充满了他对儿童的殷切期望与引导鼓励。</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（二）（共10分）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阅读《擦亮路牌的人》，完成下面小题。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擦亮路牌的人</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①我认识一个人，他的职业是擦洗路牌。</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他每天早上七点离开家，大约一个半小时后到达路牌清洗中心，穿上蓝色工作服和蓝色橡胶高筒靴，领一把蓝色的梯子，一只蓝色的水桶，一把蓝色的刷子和一条蓝色的皮围裙，推一辆蓝色的自行车，蹬车驶出大门。当全城所有路牌清洗工同时出发时，那情景看上去很是壮观，就像是一大群蓝色的鸟刚飞出巢。</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这位路牌清洗工干活儿的路线多年来一直没有变过。他所负责的街区，街巷都是以诗人和音乐家的名字命名的，比如：贝多芬大街、莫扎特小巷、歌德大街、布莱希特小巷……最后是威廉·布什广场。当他走完这条路线，一天的工作就结束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④清洗路牌是个辛苦活儿，但这位清洗工干得非常出色。他热爱自己的职业，热爱他的街道和牌子。如果不是有一天，一位妈妈带着她的孩子在他的蓝梯子旁停下脚，清洗工压根就没想过自己的生活需要改变。</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⑤“瞧，这‘格鲁克（GLUCK）大街’应该叫‘幸福（GL</w:t>
      </w:r>
      <w:r>
        <w:rPr>
          <w:rFonts w:ascii="Times New Roman" w:eastAsia="Times New Roman" w:hAnsi="Times New Roman" w:cs="Times New Roman"/>
          <w:color w:val="000000"/>
        </w:rPr>
        <w:t>ü</w:t>
      </w:r>
      <w:r>
        <w:rPr>
          <w:rFonts w:ascii="楷体" w:eastAsia="楷体" w:hAnsi="楷体" w:cs="楷体"/>
          <w:color w:val="000000"/>
        </w:rPr>
        <w:t>CK——德语“幸福”之意）大街’！”那孩子指着清洗工正在擦洗的那个路牌喊了起来，“是他把字上的两个小点给擦掉了。”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⑥“不，”妈妈笑着说，“这街名是对的。格鲁克是一个作曲家，是他发明了音乐的旋律，所以这街道用了他的名字。”</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⑦妈妈和孩子走远了，清洗工依然呆呆地注视着那个路牌。他突然意识到，他和那孩子一样对这位叫格鲁克的作曲家一无所知。这些著名人物的名字每天都出现在他的眼前，可是他对他们几乎没有什么了解。</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这可不行，他暗自想。那就先从音乐家开始吧。他走进音乐厅，走进歌剧院。圣诞节他送给自己一个唱片机，每个夜晚听着音乐，就好像在和音乐家们聊天——慢慢地，那些音乐家成为他的“好朋友”。干活儿时，他会吹起已经学会的旋律——莫扎特的《小夜曲》和贝多芬的《月光奏鸣曲》。后来，他甚至可以熟练地吹歌剧了。这可不容易，因为他只能吹出一个声音，而歌剧中的声音必须用想象来完成。</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接着，几周后，他成了图书馆最努力的读者。一个又一个深夜，他沉浸在作品里。书中的文字使他时而沉默无语，时而激动不已；让他深思熟虑，也给了他勇气、快乐和悲伤，诗人其实是用他们的文字进行表演，就像音乐家用声音、年轻人用球，或者魔术师用头巾进行表演一样。文字是写出来的音乐，他想，或者说，也许音乐是没有说出来的文字的声音。</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⑩“真遗憾，”他对同事们说，“没能更早点儿开始读书，现在才明白。”现在，清洗路牌时，他吹着口哨，背诵诗歌，唱着歌曲，讲着故事，还对一些作品作出评价。</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⑪这一天，有些行人停下来，听到了他的说唱。</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⑫他们惊讶无比。</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⑬站在梯子上的清洗工没有注意到这种变化，他只顾清洗并擦亮那些路牌，直到一尘不染的路牌闪闪发光，他用指尖抚摸着那些让他刻骨铭心的名字，哼唱着那些经典之作。</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⑭一家人经过他的梯子，驻足倾听；两个路过的小女孩不再聊天，抬头看着他；一个小伙子放下书包，认真地听起来；一个班级的学生和老师也围了过来……当清洗工把路牌清洗干净，从蓝色梯子上下来时，大家鼓起掌来。清洗工的脸一下子涨得通红。他赶紧收拾好工具，向下一个路牌走去。</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⑮人们跟着他。虽然这对一个清洗工来说不太合适，但他又能怎么办呢？他只好继续，并且努力不朝梯子下看。时钟终于指到下午五点，清洗工轻快地骑车离去，听众们在他的身后频频招手示意。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⑯第二天一早，听众们已经在巴赫大街等他了。清洗工屏住呼吸，慢慢数到十，然后把蓝梯子在第一个路牌下打开，开始清洗路牌和诵读作品，还夹杂自己的评价。人们点着脚尖围着他倾听着。当他擦洗净最后一块路牌，讲完最后一句话，人群里就发出一阵赞许。就这样，蓝色梯子前越来越拥挤。直到电视台《与你和我一样的人》栏目的记者来采访他。</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⑰他一夜之间成了名人。</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⑱大家都在讲述着他的故事。索要他签名的人把他团团围住。他收到一袋又一袋的来信。多所大学邀请他去作报告。清洗工如果接受邀请，可以得到令人羡慕的发展。</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⑲清洗工没有那么做。</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⑳“我只是一个普普通通的人。”他在回信中写道，“我每天最爱做的就是清洗路牌。我现在很快乐，我不想做教授，我离不开我的工作。顺致崇高的敬意。”</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㉑就这样，他还是他，一个路牌清洗工。</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电视台记者在采访路牌清洗工时，向他提问：“你为什么一边工作一边读诗、唱歌？”请你以路牌清洗工的口吻进行回答。</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请你结合文章内容，发挥合理想象，为文章第⑫段补写一段心理活动描写。</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21. </w:t>
      </w:r>
      <w:r>
        <w:rPr>
          <w:rFonts w:ascii="宋体" w:eastAsia="宋体" w:hAnsi="宋体" w:cs="宋体"/>
          <w:color w:val="000000"/>
        </w:rPr>
        <w:t>文章结尾说“就这样，他还是他”，你同意这样的看法吗？结合文章内容说明你的理由。</w:t>
      </w:r>
    </w:p>
    <w:p>
      <w:pPr>
        <w:spacing w:line="360" w:lineRule="auto"/>
        <w:textAlignment w:val="center"/>
        <w:rPr>
          <w:rFonts w:ascii="宋体" w:eastAsia="宋体" w:hAnsi="宋体" w:cs="宋体"/>
          <w:color w:val="000000"/>
        </w:rPr>
      </w:pPr>
      <w:r>
        <w:rPr>
          <w:color w:val="2E75B6"/>
        </w:rPr>
        <w:t>【答案】</w:t>
      </w:r>
      <w:r>
        <w:rPr>
          <w:color w:val="000000"/>
        </w:rPr>
        <w:t xml:space="preserve">19. </w:t>
      </w:r>
      <w:r>
        <w:rPr>
          <w:rFonts w:ascii="宋体" w:eastAsia="宋体" w:hAnsi="宋体" w:cs="宋体"/>
          <w:color w:val="000000"/>
        </w:rPr>
        <w:t>是一对母子的对话启发了我，我居然都不了解这些路牌上的音乐家和作家！当我开始学习，才发现音乐和文学太美好了！我情不自禁地想唱、想读，想和大家分享。看到大家也喜欢，我觉得特别幸福！</w:t>
      </w:r>
      <w:r>
        <w:rPr>
          <w:color w:val="000000"/>
        </w:rPr>
        <w:t xml:space="preserve">    </w:t>
      </w:r>
    </w:p>
    <w:p>
      <w:pPr>
        <w:spacing w:line="360" w:lineRule="auto"/>
        <w:textAlignment w:val="center"/>
        <w:rPr>
          <w:rFonts w:ascii="宋体" w:eastAsia="宋体" w:hAnsi="宋体" w:cs="宋体"/>
          <w:color w:val="000000"/>
        </w:rPr>
      </w:pPr>
      <w:r>
        <w:rPr>
          <w:color w:val="000000"/>
        </w:rPr>
        <w:t xml:space="preserve">20. </w:t>
      </w:r>
      <w:r>
        <w:rPr>
          <w:rFonts w:ascii="宋体" w:eastAsia="宋体" w:hAnsi="宋体" w:cs="宋体"/>
          <w:color w:val="000000"/>
        </w:rPr>
        <w:t>我还从没有见过这样一位清洗工呢！我原以为，清洗工就是清洗工，和诗歌、音乐工作不相关。现在居然有人同时做两件事情，太不可思议了！</w:t>
      </w:r>
      <w:r>
        <w:rPr>
          <w:color w:val="000000"/>
        </w:rPr>
        <w:t xml:space="preserve">    </w:t>
      </w:r>
    </w:p>
    <w:p>
      <w:pPr>
        <w:spacing w:line="360" w:lineRule="auto"/>
        <w:textAlignment w:val="center"/>
        <w:rPr>
          <w:rFonts w:ascii="宋体" w:eastAsia="宋体" w:hAnsi="宋体" w:cs="宋体"/>
          <w:color w:val="000000"/>
        </w:rPr>
      </w:pPr>
      <w:r>
        <w:rPr>
          <w:color w:val="000000"/>
        </w:rPr>
        <w:t xml:space="preserve">21. </w:t>
      </w:r>
      <w:r>
        <w:rPr>
          <w:rFonts w:ascii="宋体" w:eastAsia="宋体" w:hAnsi="宋体" w:cs="宋体"/>
          <w:color w:val="000000"/>
        </w:rPr>
        <w:t>示例一：我同意。他还是他，继续从事清洗路牌这一平凡的工作，没有因为受关注而改变自己对工作的热爱。</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示例二：我不同意。通过不断的学习，他对生活和工作有了新的认识，不再是按部就班地完成工作，还把知识分享给更多人。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【19题详解】</w:t>
      </w:r>
    </w:p>
    <w:p>
      <w:pPr>
        <w:spacing w:line="360" w:lineRule="auto"/>
        <w:jc w:val="left"/>
        <w:textAlignment w:val="center"/>
        <w:rPr>
          <w:rFonts w:ascii="宋体" w:eastAsia="宋体" w:hAnsi="宋体" w:cs="宋体"/>
          <w:color w:val="000000"/>
        </w:rPr>
      </w:pPr>
      <w:r>
        <w:rPr>
          <w:color w:val="000000"/>
        </w:rPr>
        <w:t>本题考查理解文章内容。</w:t>
      </w:r>
      <w:r>
        <w:rPr>
          <w:rFonts w:ascii="宋体" w:eastAsia="宋体" w:hAnsi="宋体" w:cs="宋体"/>
          <w:color w:val="000000"/>
        </w:rPr>
        <w:t>结合第</w:t>
      </w:r>
      <w:r>
        <w:rPr>
          <w:rFonts w:ascii="Times New Roman" w:eastAsia="Times New Roman" w:hAnsi="Times New Roman" w:cs="Times New Roman"/>
          <w:color w:val="000000"/>
        </w:rPr>
        <w:t>⑤⑥</w:t>
      </w:r>
      <w:r>
        <w:rPr>
          <w:rFonts w:ascii="宋体" w:eastAsia="宋体" w:hAnsi="宋体" w:cs="宋体"/>
          <w:color w:val="000000"/>
        </w:rPr>
        <w:t>段中母子的对话可知，那一对母子的对话启发了清洗工，让清洗工想去了解这些著名的人物；结合第</w:t>
      </w:r>
      <w:r>
        <w:rPr>
          <w:rFonts w:ascii="Times New Roman" w:eastAsia="Times New Roman" w:hAnsi="Times New Roman" w:cs="Times New Roman"/>
          <w:color w:val="000000"/>
        </w:rPr>
        <w:t>⑧</w:t>
      </w:r>
      <w:r>
        <w:rPr>
          <w:rFonts w:ascii="宋体" w:eastAsia="宋体" w:hAnsi="宋体" w:cs="宋体"/>
          <w:color w:val="000000"/>
        </w:rPr>
        <w:t>段句子“每个夜晚听着音乐，就好像在和音乐家们聊天</w:t>
      </w:r>
      <w:r>
        <w:rPr>
          <w:rFonts w:ascii="Times New Roman" w:eastAsia="Times New Roman" w:hAnsi="Times New Roman" w:cs="Times New Roman"/>
          <w:color w:val="000000"/>
        </w:rPr>
        <w:t>——</w:t>
      </w:r>
      <w:r>
        <w:rPr>
          <w:rFonts w:ascii="宋体" w:eastAsia="宋体" w:hAnsi="宋体" w:cs="宋体"/>
          <w:color w:val="000000"/>
        </w:rPr>
        <w:t>慢慢地，那些音乐家成为他的‘好朋友’”，第</w:t>
      </w:r>
      <w:r>
        <w:rPr>
          <w:rFonts w:ascii="Times New Roman" w:eastAsia="Times New Roman" w:hAnsi="Times New Roman" w:cs="Times New Roman"/>
          <w:color w:val="000000"/>
        </w:rPr>
        <w:t>⑨</w:t>
      </w:r>
      <w:r>
        <w:rPr>
          <w:rFonts w:ascii="宋体" w:eastAsia="宋体" w:hAnsi="宋体" w:cs="宋体"/>
          <w:color w:val="000000"/>
        </w:rPr>
        <w:t>段句子“书中的文字使他时而沉默无语，时而激动不已；让他深思熟虑，也给了他勇气、快乐和悲伤”可知，当清洗工深入了解这些人物和他们的作品后，发现音乐和文学的美好；结合第</w:t>
      </w:r>
      <w:r>
        <w:rPr>
          <w:rFonts w:ascii="Times New Roman" w:eastAsia="Times New Roman" w:hAnsi="Times New Roman" w:cs="Times New Roman"/>
          <w:color w:val="000000"/>
        </w:rPr>
        <w:t>⑩</w:t>
      </w:r>
      <w:r>
        <w:rPr>
          <w:rFonts w:ascii="宋体" w:eastAsia="宋体" w:hAnsi="宋体" w:cs="宋体"/>
          <w:color w:val="000000"/>
        </w:rPr>
        <w:t>段句子“清洗路牌时，他吹着口哨，背诵诗歌，唱着歌曲，讲着故事，还对一些作品作出评价”可知，清洗工发现作品和音乐的美好后，就情不自禁地想唱、想读，想和大家分享；结合第⑯段句子“清洗工屏住呼吸，慢慢数到十，然后把蓝梯子在第一个路牌下打开，开始清洗路牌和诵读作品，还夹杂自己的评价”，第⑳段句子“我每天最爱做的就是清洗路牌。我现在很快乐”可知，大家都喜欢清洗工，清洗工看到大家喜欢他，自己也感到快乐和幸福。结合分析内容，以路牌清洗工的口吻进行回答（第一人称）来回答即可。</w:t>
      </w:r>
    </w:p>
    <w:p>
      <w:pPr>
        <w:spacing w:line="360" w:lineRule="auto"/>
        <w:jc w:val="left"/>
        <w:textAlignment w:val="center"/>
        <w:rPr>
          <w:color w:val="000000"/>
        </w:rPr>
      </w:pPr>
      <w:r>
        <w:rPr>
          <w:color w:val="000000"/>
        </w:rPr>
        <w:t>【20题详解】</w:t>
      </w:r>
    </w:p>
    <w:p>
      <w:pPr>
        <w:spacing w:line="360" w:lineRule="auto"/>
        <w:jc w:val="left"/>
        <w:textAlignment w:val="center"/>
        <w:rPr>
          <w:rFonts w:ascii="宋体" w:eastAsia="宋体" w:hAnsi="宋体" w:cs="宋体"/>
          <w:color w:val="000000"/>
        </w:rPr>
      </w:pPr>
      <w:r>
        <w:rPr>
          <w:color w:val="000000"/>
        </w:rPr>
        <w:t>本题考查补写。</w:t>
      </w:r>
      <w:r>
        <w:rPr>
          <w:rFonts w:ascii="宋体" w:eastAsia="宋体" w:hAnsi="宋体" w:cs="宋体"/>
          <w:color w:val="000000"/>
        </w:rPr>
        <w:t>清洗工经过一段时间的学习，感受到了诗歌、音乐等的美好，因此在清洗路牌时，“他吹着口哨，背诵诗歌，唱着歌曲，讲着故事，还对一些作品作出评价（第</w:t>
      </w:r>
      <w:r>
        <w:rPr>
          <w:rFonts w:ascii="Times New Roman" w:eastAsia="Times New Roman" w:hAnsi="Times New Roman" w:cs="Times New Roman"/>
          <w:color w:val="000000"/>
        </w:rPr>
        <w:t>⑩</w:t>
      </w:r>
      <w:r>
        <w:rPr>
          <w:rFonts w:ascii="宋体" w:eastAsia="宋体" w:hAnsi="宋体" w:cs="宋体"/>
          <w:color w:val="000000"/>
        </w:rPr>
        <w:t>段句子）”，他的做法，引起了路人的关注，第⑪段句子“这一天，有些行人停下来，听到了他的说唱”，路人听他背诗、唱歌、讲故事和发表评论，感受到他与其他清洗工的不一样。因此，补写可从这个角度来进行。示例：这个清洗工怎么和其他清洗工不一样呢？他怎么会有这么好的记性？唱歌怎么这么好听呢？他发表的评论真的很有独到的见解，让我有耳目一新的感觉。我好喜欢这个清洗工呢。</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本题考查个性化解读文本。同意不同意都行，言之有理即可。</w:t>
      </w:r>
    </w:p>
    <w:p>
      <w:pPr>
        <w:spacing w:line="360" w:lineRule="auto"/>
        <w:jc w:val="left"/>
        <w:textAlignment w:val="center"/>
        <w:rPr>
          <w:rFonts w:ascii="宋体" w:eastAsia="宋体" w:hAnsi="宋体" w:cs="宋体"/>
          <w:color w:val="000000"/>
        </w:rPr>
      </w:pPr>
      <w:r>
        <w:rPr>
          <w:color w:val="000000"/>
        </w:rPr>
        <w:t>如果同意，</w:t>
      </w:r>
      <w:r>
        <w:rPr>
          <w:rFonts w:ascii="宋体" w:eastAsia="宋体" w:hAnsi="宋体" w:cs="宋体"/>
          <w:color w:val="000000"/>
        </w:rPr>
        <w:t>可从清洗工还是继续从事自己的清洗路牌的工作这个角度来思考。示例：我同意：他还是他。结合第⑳段句子“我只是一个普普通通的人”可知，清洗工还是一个普普通通的清洗工，没有因为受人追捧而换工作；结合第⑳段句子“我每天最爱做的就是清洗路牌。我现在很快乐，我不想做教授，我离不开我的工作”可知：他仍然特爱自己的工作，也没有想换个工作，他每天清洗清洗路牌，唱唱歌、背背诗、发表发表评论，这样的生活让他感到快乐。</w:t>
      </w:r>
    </w:p>
    <w:p>
      <w:pPr>
        <w:spacing w:line="360" w:lineRule="auto"/>
        <w:jc w:val="left"/>
        <w:textAlignment w:val="center"/>
        <w:rPr>
          <w:rFonts w:ascii="宋体" w:eastAsia="宋体" w:hAnsi="宋体" w:cs="宋体"/>
          <w:color w:val="000000"/>
        </w:rPr>
      </w:pPr>
      <w:r>
        <w:rPr>
          <w:rFonts w:ascii="宋体" w:eastAsia="宋体" w:hAnsi="宋体" w:cs="宋体"/>
          <w:color w:val="000000"/>
        </w:rPr>
        <w:t>如果不同意，可从清洗工对工作的态度、工作时精神面貌的变化这个角度思考。示例：我不同意。结合第</w:t>
      </w:r>
      <w:r>
        <w:rPr>
          <w:rFonts w:ascii="Times New Roman" w:eastAsia="Times New Roman" w:hAnsi="Times New Roman" w:cs="Times New Roman"/>
          <w:color w:val="000000"/>
        </w:rPr>
        <w:t>⑨</w:t>
      </w:r>
      <w:r>
        <w:rPr>
          <w:rFonts w:ascii="宋体" w:eastAsia="宋体" w:hAnsi="宋体" w:cs="宋体"/>
          <w:color w:val="000000"/>
        </w:rPr>
        <w:t>段句子“书中的文字使他时而沉默无语，时而激动不已；让他深思熟虑，也给了他勇气、快乐和悲伤”“文字是写出来的音乐，他想，或者说，也许音乐是没有说出来的文字的声音”可知，他通过读书，对生活、对工作有了新的认识；第</w:t>
      </w:r>
      <w:r>
        <w:rPr>
          <w:rFonts w:ascii="Times New Roman" w:eastAsia="Times New Roman" w:hAnsi="Times New Roman" w:cs="Times New Roman"/>
          <w:color w:val="000000"/>
        </w:rPr>
        <w:t>⑩</w:t>
      </w:r>
      <w:r>
        <w:rPr>
          <w:rFonts w:ascii="宋体" w:eastAsia="宋体" w:hAnsi="宋体" w:cs="宋体"/>
          <w:color w:val="000000"/>
        </w:rPr>
        <w:t>段句子“现在，清洗路牌时，他吹着口哨，背诵诗歌，唱着歌曲，讲着故事，还对一些作品作出评价”可知，现在，他不仅是在为了养活自己而工作，而是从工作中找到了乐趣，他对生活和工作有了新的认识。</w:t>
      </w:r>
    </w:p>
    <w:p>
      <w:pPr>
        <w:pStyle w:val="Heading3"/>
      </w:pPr>
      <w:r>
        <w:t>海淀区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三、现代文阅读（共19分）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（一）（共12分）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阅读下面的记叙文，完成下面小题。</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平生首次与松鼠邂逅，还是在遥远的1990年。夕阳余晖中，好几只松鼠在草坪上蹿来蹿去，也有的正抱着小松果大快朵颐。它们毛茸茸的，有着蓬松的长尾巴；灰色、青灰色、褐灰色、黑褐色，颜色各异；它们身体匀称灵活，十分温顺，惹人喜欢。同学告诉我，松鼠是野生动物，四肢强健，牙齿很尖锐，百分之八十的时间都在觅食。它还有钩状锐爪，具有一定杀伤力，千万别去冒犯它。</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②到了1996年，我才第一次与松鼠有亲密接触。乔迁新居，平日走进后院，随时都会看到一只或多只松鼠在那里，不是在玩耍，就是在觅食。两个儿子相继出生后，我们一家四口与松鼠玩得愈来愈</w:t>
      </w:r>
      <w:r>
        <w:rPr>
          <w:rFonts w:ascii="宋体" w:eastAsia="宋体" w:hAnsi="宋体" w:cs="宋体"/>
          <w:color w:val="000000"/>
        </w:rPr>
        <w:t>“</w:t>
      </w:r>
      <w:r>
        <w:rPr>
          <w:rFonts w:ascii="楷体" w:eastAsia="楷体" w:hAnsi="楷体" w:cs="楷体"/>
          <w:color w:val="000000"/>
        </w:rPr>
        <w:t>嗨</w:t>
      </w:r>
      <w:r>
        <w:rPr>
          <w:rFonts w:ascii="宋体" w:eastAsia="宋体" w:hAnsi="宋体" w:cs="宋体"/>
          <w:color w:val="000000"/>
        </w:rPr>
        <w:t>”</w:t>
      </w:r>
      <w:r>
        <w:rPr>
          <w:rFonts w:ascii="楷体" w:eastAsia="楷体" w:hAnsi="楷体" w:cs="楷体"/>
          <w:color w:val="000000"/>
        </w:rPr>
        <w:t>。一年四季中除了冬天，常常与松鼠上演</w:t>
      </w:r>
      <w:r>
        <w:rPr>
          <w:rFonts w:ascii="宋体" w:eastAsia="宋体" w:hAnsi="宋体" w:cs="宋体"/>
          <w:color w:val="000000"/>
        </w:rPr>
        <w:t>“</w:t>
      </w:r>
      <w:r>
        <w:rPr>
          <w:rFonts w:ascii="楷体" w:eastAsia="楷体" w:hAnsi="楷体" w:cs="楷体"/>
          <w:color w:val="000000"/>
        </w:rPr>
        <w:t>共舞</w:t>
      </w:r>
      <w:r>
        <w:rPr>
          <w:rFonts w:ascii="宋体" w:eastAsia="宋体" w:hAnsi="宋体" w:cs="宋体"/>
          <w:color w:val="000000"/>
        </w:rPr>
        <w:t>”</w:t>
      </w:r>
      <w:r>
        <w:rPr>
          <w:rFonts w:ascii="楷体" w:eastAsia="楷体" w:hAnsi="楷体" w:cs="楷体"/>
          <w:color w:val="000000"/>
        </w:rPr>
        <w:t>的大戏：它跑我追，它停我蹲，它进我退，它走我转……与松鼠共舞的日子，我们常常累得气喘如牛，但乐此不疲。</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③一个盛夏的傍晚，我们四口刚在后院打完一场</w:t>
      </w:r>
      <w:r>
        <w:rPr>
          <w:rFonts w:ascii="宋体" w:eastAsia="宋体" w:hAnsi="宋体" w:cs="宋体"/>
          <w:color w:val="000000"/>
        </w:rPr>
        <w:t>“</w:t>
      </w:r>
      <w:r>
        <w:rPr>
          <w:rFonts w:ascii="楷体" w:eastAsia="楷体" w:hAnsi="楷体" w:cs="楷体"/>
          <w:color w:val="000000"/>
        </w:rPr>
        <w:t>水仗</w:t>
      </w:r>
      <w:r>
        <w:rPr>
          <w:rFonts w:ascii="宋体" w:eastAsia="宋体" w:hAnsi="宋体" w:cs="宋体"/>
          <w:color w:val="000000"/>
        </w:rPr>
        <w:t>”</w:t>
      </w:r>
      <w:r>
        <w:rPr>
          <w:rFonts w:ascii="楷体" w:eastAsia="楷体" w:hAnsi="楷体" w:cs="楷体"/>
          <w:color w:val="000000"/>
        </w:rPr>
        <w:t>，只见一只大松鼠伏在草地上，全神贯注地啃苹果。一眨眼功夫，一只小松鼠也来了，大概想分享美食。大松鼠轻轻叹了一声，仿佛发出了盛情的邀请，小松鼠马上冲上前去，迅速加入到共享大餐的行列，高兴得呜呜叫，画面极其感人温馨。我拿起相机，往前靠拢几步，准备按快门拍下这温馨的一幕。谁知，它们箭一般跑到旁边的树丛里去了，遍寻不着。我们刚走回原位，只见大松鼠又伏在那儿啃苹果了。我们都看得傻了眼。我绝不甘心，跨前一步，它立马也看到了我，睁大眼睛打量我，好像在揣摩我的心思。我再往前挪了半步，准备对焦。说时迟，那时快，松鼠突然发出尖叫声，像发了疯一样扑向我，令我躲闪不及。我火速将相机扔在草地上，顺手拿起玩具水枪，向它示威。大儿子也马上拿起扫把，加入我的行列。松鼠见形势不妙，马上转身逃逸，边尖叫边</w:t>
      </w:r>
      <w:r>
        <w:rPr>
          <w:rFonts w:ascii="宋体" w:eastAsia="宋体" w:hAnsi="宋体" w:cs="宋体"/>
          <w:color w:val="000000"/>
        </w:rPr>
        <w:t>“</w:t>
      </w:r>
      <w:r>
        <w:rPr>
          <w:rFonts w:ascii="楷体" w:eastAsia="楷体" w:hAnsi="楷体" w:cs="楷体"/>
          <w:color w:val="000000"/>
        </w:rPr>
        <w:t>蹭蹭蹭</w:t>
      </w:r>
      <w:r>
        <w:rPr>
          <w:rFonts w:ascii="宋体" w:eastAsia="宋体" w:hAnsi="宋体" w:cs="宋体"/>
          <w:color w:val="000000"/>
        </w:rPr>
        <w:t>”</w:t>
      </w:r>
      <w:r>
        <w:rPr>
          <w:rFonts w:ascii="楷体" w:eastAsia="楷体" w:hAnsi="楷体" w:cs="楷体"/>
          <w:color w:val="000000"/>
        </w:rPr>
        <w:t>地爬上了树。</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④这时，我才感觉左手背略有疼痛。再仔细一瞧，表皮被松鼠的利爪抓伤了，还有两道血印呢。此刻，我才明白松鼠在享受美食时，是不喜欢被人围观的，更不用说近在咫尺的拍照了。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⑤到了2003年，我们换了新房子，一年四季，在住宅四周均能见到松鼠，但机率不高。随着两个儿子的长大，全家对松鼠的关注度也逐年下降了。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⑥2016的五月，院里来了新住客——向日葵。随着向日葵的盛开，在屋外见到松鼠的频率也愈来愈高。</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我的书斋落地窗正对着前院，伫立窗前，向日葵黄黄的花瓣围着花盘，远看似金黄色的小太阳，近看像娃娃的脸庞。看着它们，我的心情舒畅，思路敏捷。到了深秋，前院突然来了好几只松鼠，它们是来吃葵花籽的。好在种子早已留下了，就让它们来吃剩余的吧，多出来的到时也是当垃圾扔掉。一举两得，何乐而不为呢？大家相安无事。</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⑧第二年，我们特意多种了一点儿，说是专门给松鼠留下一定的</w:t>
      </w:r>
      <w:r>
        <w:rPr>
          <w:rFonts w:ascii="宋体" w:eastAsia="宋体" w:hAnsi="宋体" w:cs="宋体"/>
          <w:color w:val="000000"/>
        </w:rPr>
        <w:t>“</w:t>
      </w:r>
      <w:r>
        <w:rPr>
          <w:rFonts w:ascii="楷体" w:eastAsia="楷体" w:hAnsi="楷体" w:cs="楷体"/>
          <w:color w:val="000000"/>
        </w:rPr>
        <w:t>口粮</w:t>
      </w:r>
      <w:r>
        <w:rPr>
          <w:rFonts w:ascii="宋体" w:eastAsia="宋体" w:hAnsi="宋体" w:cs="宋体"/>
          <w:color w:val="000000"/>
        </w:rPr>
        <w:t>”</w:t>
      </w:r>
      <w:r>
        <w:rPr>
          <w:rFonts w:ascii="楷体" w:eastAsia="楷体" w:hAnsi="楷体" w:cs="楷体"/>
          <w:color w:val="000000"/>
        </w:rPr>
        <w:t>。当向日葵的绿色花盘开始变黄，花盘里就结出了数不清的葵花籽儿。本想过几日收种子，未曾料想第二天起床后，我看到草地上有不少葵花籽皮，再仔细检查，两个大向日葵上的籽儿几乎全被吃光了。</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【甲】</w:t>
      </w:r>
      <w:r>
        <w:rPr>
          <w:rFonts w:ascii="楷体" w:eastAsia="楷体" w:hAnsi="楷体" w:cs="楷体"/>
          <w:color w:val="000000"/>
          <w:u w:val="single"/>
        </w:rPr>
        <w:t>这肯定是松鼠干的好事！我们六神无主，转而忽然意识到和松鼠大战的爆发，我们得赶紧应战，把向日葵头全部用塑料袋包起来。</w:t>
      </w:r>
      <w:r>
        <w:rPr>
          <w:rFonts w:ascii="楷体" w:eastAsia="楷体" w:hAnsi="楷体" w:cs="楷体"/>
          <w:color w:val="000000"/>
        </w:rPr>
        <w:t>白天，我看到松鼠在前院来来往往，刚开始我一拍手，它就逃跑了，到后来用小木条赶它都不走。它就蹲在窗台上，津津有味地吃着葵花籽，时常发出叽叽喳喳的满足声，有时还大摆姿势让你拍照，真是让人爱恨交加。汲取以往的教训，我只是远远地用手机拍摄。毕竟我们不可能二十四小时与松鼠搏斗，索性成全了它们，就让它们吃个够吧！万万没料到第三天起床后，这二十多个塑料袋全部被撕破了，里面的葵花籽不翼而飞。原来是它们变本加厉，找来同伙，共享丰盛的大餐。【乙】</w:t>
      </w:r>
      <w:r>
        <w:rPr>
          <w:rFonts w:ascii="楷体" w:eastAsia="楷体" w:hAnsi="楷体" w:cs="楷体"/>
          <w:color w:val="000000"/>
          <w:u w:val="single"/>
        </w:rPr>
        <w:t>这帮松鼠，真是一年比一年聪明，那一个个小塑料袋成为它们觅食的</w:t>
      </w:r>
      <w:r>
        <w:rPr>
          <w:rFonts w:ascii="宋体" w:eastAsia="宋体" w:hAnsi="宋体" w:cs="宋体"/>
          <w:color w:val="000000"/>
          <w:u w:val="single"/>
        </w:rPr>
        <w:t>“</w:t>
      </w:r>
      <w:r>
        <w:rPr>
          <w:rFonts w:ascii="楷体" w:eastAsia="楷体" w:hAnsi="楷体" w:cs="楷体"/>
          <w:color w:val="000000"/>
          <w:u w:val="single"/>
        </w:rPr>
        <w:t>指路明灯</w:t>
      </w:r>
      <w:r>
        <w:rPr>
          <w:rFonts w:ascii="宋体" w:eastAsia="宋体" w:hAnsi="宋体" w:cs="宋体"/>
          <w:color w:val="000000"/>
          <w:u w:val="single"/>
        </w:rPr>
        <w:t>”</w:t>
      </w:r>
      <w:r>
        <w:rPr>
          <w:rFonts w:ascii="楷体" w:eastAsia="楷体" w:hAnsi="楷体" w:cs="楷体"/>
          <w:color w:val="000000"/>
          <w:u w:val="single"/>
        </w:rPr>
        <w:t>，它们可以轻而易举地大饱口福。两个回合的攻防博弈，我们彻底完败。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⑨今年等到炽热的七月底，我家前院的向日葵又盛开了。八月中旬，我又见一只松鼠蹲在书房的窗台上，它虎视眈眈地看着葵花。可惜，当下还没有籽儿供它享用。</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⑩透着玻璃窗，我指着它说：</w:t>
      </w:r>
      <w:r>
        <w:rPr>
          <w:rFonts w:ascii="宋体" w:eastAsia="宋体" w:hAnsi="宋体" w:cs="宋体"/>
          <w:color w:val="000000"/>
        </w:rPr>
        <w:t>“</w:t>
      </w:r>
      <w:r>
        <w:rPr>
          <w:rFonts w:ascii="楷体" w:eastAsia="楷体" w:hAnsi="楷体" w:cs="楷体"/>
          <w:color w:val="000000"/>
        </w:rPr>
        <w:t>小子，别急！到了秋天，跟你还有一场共舞呢！</w:t>
      </w:r>
      <w:r>
        <w:rPr>
          <w:rFonts w:ascii="宋体" w:eastAsia="宋体" w:hAnsi="宋体" w:cs="宋体"/>
          <w:color w:val="000000"/>
        </w:rPr>
        <w:t>”</w:t>
      </w:r>
    </w:p>
    <w:p>
      <w:pPr>
        <w:spacing w:line="360" w:lineRule="auto"/>
        <w:ind w:firstLine="420"/>
        <w:jc w:val="left"/>
        <w:textAlignment w:val="center"/>
        <w:rPr>
          <w:rFonts w:ascii="宋体" w:eastAsia="宋体" w:hAnsi="宋体" w:cs="宋体"/>
          <w:color w:val="000000"/>
        </w:rPr>
      </w:pPr>
      <w:r>
        <w:rPr>
          <w:rFonts w:ascii="楷体" w:eastAsia="楷体" w:hAnsi="楷体" w:cs="楷体"/>
          <w:color w:val="000000"/>
        </w:rPr>
        <w:t>11它发出响亮的喷气声，似乎在说：</w:t>
      </w:r>
      <w:r>
        <w:rPr>
          <w:rFonts w:ascii="宋体" w:eastAsia="宋体" w:hAnsi="宋体" w:cs="宋体"/>
          <w:color w:val="000000"/>
        </w:rPr>
        <w:t>“</w:t>
      </w:r>
      <w:r>
        <w:rPr>
          <w:rFonts w:ascii="楷体" w:eastAsia="楷体" w:hAnsi="楷体" w:cs="楷体"/>
          <w:color w:val="000000"/>
        </w:rPr>
        <w:t>到时再说，看谁能赢？……</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12转眼进入深秋，松鼠竟然纠集一大帮同伙，大肆吞噬我家的葵花籽。我们又与松鼠展开了一场</w:t>
      </w:r>
      <w:r>
        <w:rPr>
          <w:rFonts w:ascii="宋体" w:eastAsia="宋体" w:hAnsi="宋体" w:cs="宋体"/>
          <w:color w:val="000000"/>
        </w:rPr>
        <w:t>“</w:t>
      </w:r>
      <w:r>
        <w:rPr>
          <w:rFonts w:ascii="楷体" w:eastAsia="楷体" w:hAnsi="楷体" w:cs="楷体"/>
          <w:color w:val="000000"/>
        </w:rPr>
        <w:t>你争我抢</w:t>
      </w:r>
      <w:r>
        <w:rPr>
          <w:rFonts w:ascii="宋体" w:eastAsia="宋体" w:hAnsi="宋体" w:cs="宋体"/>
          <w:color w:val="000000"/>
        </w:rPr>
        <w:t>”</w:t>
      </w:r>
      <w:r>
        <w:rPr>
          <w:rFonts w:ascii="楷体" w:eastAsia="楷体" w:hAnsi="楷体" w:cs="楷体"/>
          <w:color w:val="000000"/>
        </w:rPr>
        <w:t>的搏斗。为防它们全部吃完葵花籽，我们只好提前剪下数个并不十分成熟的葵花头，拿到屋里晒干取籽。</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13明年栽种所需的籽儿总算收集完。窗台外，松鼠依然摇着尾巴大吃葵花籽。它吃它的，我做我的，各取所需，互不干扰。若要论输赢，只能说打个平手。或许，这就是矛盾对立中的和谐共处吧。</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（选自《上海文学》2021年第5期，作者孙博。有删改）</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与松鼠相处的三十年是“我”与松鼠相处状态变化的三十年，按时间顺序梳理文章脉络，补全下面表格的内容。</w:t>
      </w:r>
    </w:p>
    <w:tbl>
      <w:tblPr>
        <w:tblStyle w:val="TableNormal"/>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47"/>
        <w:gridCol w:w="6549"/>
        <w:gridCol w:w="1834"/>
      </w:tblGrid>
      <w:tr>
        <w:tblPrEx>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6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时间</w:t>
            </w:r>
          </w:p>
        </w:tc>
        <w:tc>
          <w:tcPr>
            <w:tcW w:w="34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事件</w:t>
            </w:r>
          </w:p>
        </w:tc>
        <w:tc>
          <w:tcPr>
            <w:tcW w:w="24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相处状态</w:t>
            </w:r>
          </w:p>
        </w:tc>
      </w:tr>
      <w:tr>
        <w:tblPrEx>
          <w:tblW w:w="7650" w:type="dxa"/>
          <w:tblCellMar>
            <w:top w:w="120" w:type="dxa"/>
            <w:left w:w="120" w:type="dxa"/>
            <w:bottom w:w="120" w:type="dxa"/>
            <w:right w:w="120" w:type="dxa"/>
          </w:tblCellMar>
        </w:tblPrEx>
        <w:trPr>
          <w:cantSplit w:val="0"/>
          <w:trHeight w:val="36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1996年盛夏傍晚</w:t>
            </w:r>
          </w:p>
        </w:tc>
        <w:tc>
          <w:tcPr>
            <w:tcW w:w="34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我给松鼠拍照，引发了一场战斗。</w:t>
            </w:r>
          </w:p>
        </w:tc>
        <w:tc>
          <w:tcPr>
            <w:tcW w:w="24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①</w:t>
            </w:r>
            <w:r>
              <w:rPr>
                <w:rFonts w:ascii="宋体" w:eastAsia="宋体" w:hAnsi="宋体" w:cs="宋体"/>
                <w:color w:val="000000"/>
              </w:rPr>
              <w:t>______</w:t>
            </w:r>
          </w:p>
        </w:tc>
      </w:tr>
      <w:tr>
        <w:tblPrEx>
          <w:tblW w:w="7650" w:type="dxa"/>
          <w:tblCellMar>
            <w:top w:w="120" w:type="dxa"/>
            <w:left w:w="120" w:type="dxa"/>
            <w:bottom w:w="120" w:type="dxa"/>
            <w:right w:w="120" w:type="dxa"/>
          </w:tblCellMar>
        </w:tblPrEx>
        <w:trPr>
          <w:cantSplit w:val="0"/>
          <w:trHeight w:val="36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2016年</w:t>
            </w:r>
          </w:p>
        </w:tc>
        <w:tc>
          <w:tcPr>
            <w:tcW w:w="34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②</w:t>
            </w:r>
            <w:r>
              <w:rPr>
                <w:rFonts w:ascii="宋体" w:eastAsia="宋体" w:hAnsi="宋体" w:cs="宋体"/>
                <w:color w:val="000000"/>
              </w:rPr>
              <w:t>_______</w:t>
            </w:r>
          </w:p>
        </w:tc>
        <w:tc>
          <w:tcPr>
            <w:tcW w:w="24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相安无事</w:t>
            </w:r>
          </w:p>
        </w:tc>
      </w:tr>
      <w:tr>
        <w:tblPrEx>
          <w:tblW w:w="7650" w:type="dxa"/>
          <w:tblCellMar>
            <w:top w:w="120" w:type="dxa"/>
            <w:left w:w="120" w:type="dxa"/>
            <w:bottom w:w="120" w:type="dxa"/>
            <w:right w:w="120" w:type="dxa"/>
          </w:tblCellMar>
        </w:tblPrEx>
        <w:trPr>
          <w:cantSplit w:val="0"/>
          <w:trHeight w:val="108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rFonts w:ascii="宋体" w:eastAsia="宋体" w:hAnsi="宋体" w:cs="宋体"/>
                <w:color w:val="000000"/>
              </w:rPr>
            </w:pPr>
            <w:r>
              <w:rPr>
                <w:rFonts w:ascii="宋体" w:eastAsia="宋体" w:hAnsi="宋体" w:cs="宋体"/>
                <w:color w:val="000000"/>
              </w:rPr>
              <w:t>2017年</w:t>
            </w:r>
          </w:p>
        </w:tc>
        <w:tc>
          <w:tcPr>
            <w:tcW w:w="34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我们给松鼠留出了葵花籽，但它们找来同伙，撕掉我们保护葵花籽的塑料袋，共享大餐。</w:t>
            </w:r>
          </w:p>
        </w:tc>
        <w:tc>
          <w:tcPr>
            <w:tcW w:w="24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③</w:t>
            </w:r>
            <w:r>
              <w:rPr>
                <w:rFonts w:ascii="宋体" w:eastAsia="宋体" w:hAnsi="宋体" w:cs="宋体"/>
                <w:color w:val="000000"/>
              </w:rPr>
              <w:t>______</w:t>
            </w:r>
          </w:p>
        </w:tc>
      </w:tr>
      <w:tr>
        <w:tblPrEx>
          <w:tblW w:w="7650" w:type="dxa"/>
          <w:tblCellMar>
            <w:top w:w="120" w:type="dxa"/>
            <w:left w:w="120" w:type="dxa"/>
            <w:bottom w:w="120" w:type="dxa"/>
            <w:right w:w="120" w:type="dxa"/>
          </w:tblCellMar>
        </w:tblPrEx>
        <w:trPr>
          <w:cantSplit w:val="0"/>
          <w:trHeight w:val="36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今年深秋</w:t>
            </w:r>
          </w:p>
        </w:tc>
        <w:tc>
          <w:tcPr>
            <w:tcW w:w="34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u w:val="single"/>
              </w:rPr>
            </w:pPr>
            <w:r>
              <w:rPr>
                <w:rFonts w:ascii="宋体" w:eastAsia="宋体" w:hAnsi="宋体" w:cs="宋体"/>
                <w:color w:val="000000"/>
                <w:u w:val="single"/>
              </w:rPr>
              <w:t>④</w:t>
            </w:r>
            <w:r>
              <w:rPr>
                <w:rFonts w:ascii="宋体" w:eastAsia="宋体" w:hAnsi="宋体" w:cs="宋体"/>
                <w:color w:val="000000"/>
              </w:rPr>
              <w:t>______</w:t>
            </w:r>
          </w:p>
        </w:tc>
        <w:tc>
          <w:tcPr>
            <w:tcW w:w="24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在矛盾对立中和谐共处</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文章语言表达很有特色，或大词小用，或褒词贬用，或妙用修辞，把作者与松鼠相处的情 景写得妙趣横生。阅读第⑧段中【甲】【乙】两处画线句，任选一处，从以上给出的三个角度中任选两个，分析其表达效果。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如果让你给这篇文章选一个题目，你会选择下面的哪一个？结合文章内容谈谈你的理解。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题目1：与松鼠共舞三十载  题目2：与松鼠战斗三十载</w:t>
      </w:r>
    </w:p>
    <w:p>
      <w:pPr>
        <w:spacing w:line="360" w:lineRule="auto"/>
        <w:textAlignment w:val="center"/>
        <w:rPr>
          <w:color w:val="000000"/>
        </w:rPr>
      </w:pPr>
      <w:r>
        <w:rPr>
          <w:color w:val="2E75B6"/>
        </w:rPr>
        <w:t>【答案】</w:t>
      </w:r>
      <w:r>
        <w:rPr>
          <w:color w:val="000000"/>
        </w:rPr>
        <w:t xml:space="preserve">16. </w:t>
      </w:r>
      <w:r>
        <w:rPr>
          <w:color w:val="000000"/>
        </w:rPr>
        <w:t xml:space="preserve">    ①. </w:t>
      </w:r>
      <w:r>
        <w:rPr>
          <w:color w:val="000000"/>
        </w:rPr>
        <w:t>①矛盾对立</w:t>
      </w:r>
      <w:r>
        <w:rPr>
          <w:color w:val="000000"/>
        </w:rPr>
        <w:t xml:space="preserve">    ②. </w:t>
      </w:r>
      <w:r>
        <w:rPr>
          <w:color w:val="000000"/>
        </w:rPr>
        <w:t xml:space="preserve">②好几只松鼠来到前院吃我家剩余的葵花籽 </w:t>
      </w:r>
      <w:r>
        <w:rPr>
          <w:color w:val="000000"/>
        </w:rPr>
        <w:t xml:space="preserve">    ③. </w:t>
      </w:r>
      <w:r>
        <w:rPr>
          <w:color w:val="000000"/>
        </w:rPr>
        <w:t>③矛盾升级/我们完败</w:t>
      </w:r>
      <w:r>
        <w:rPr>
          <w:color w:val="000000"/>
        </w:rPr>
        <w:t xml:space="preserve">    ④. </w:t>
      </w:r>
      <w:r>
        <w:rPr>
          <w:color w:val="000000"/>
        </w:rPr>
        <w:t>④松鼠纠结一大帮同伙大肆吞噬我家的葵花籽，我们只好提前剪下并不十分成熟的葵花头来取籽留种</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答案示例1：甲句把松鼠偷吃葵花籽说成是“好事”,这是褒词贬用，写出了作者对松鼠行为有些责怪又感到有趣的心理；把一家人阻止松鼠来吃葵花籽的行动以“大战”一词来界定，则是大词小用，生动地表现出一家人面对松鼠偷吃葵花籽时如临大敌、慌乱不安的情状。</w:t>
      </w:r>
      <w:r>
        <w:rPr>
          <w:color w:val="000000"/>
        </w:rPr>
        <w:br/>
      </w:r>
      <w:r>
        <w:rPr>
          <w:rFonts w:ascii="宋体" w:eastAsia="宋体" w:hAnsi="宋体" w:cs="宋体"/>
          <w:color w:val="000000"/>
        </w:rPr>
        <w:t>答案示例2：乙句把“一个个小塑料袋”比喻为“指路明灯”，既写出了塑料袋给松鼠偷食提供的帮助，又传达出作者内心的无奈无助；“攻防博弈”“彻底完败”则大词小用，写出了作者一家人为争夺葵花籽与松鼠之间较量的紧张、失败的沮丧，但又充满戏谑之感，颇有情趣。</w:t>
      </w:r>
      <w:r>
        <w:rPr>
          <w:color w:val="000000"/>
        </w:rPr>
        <w:t xml:space="preserve">    </w:t>
      </w:r>
    </w:p>
    <w:p>
      <w:pPr>
        <w:spacing w:line="360" w:lineRule="auto"/>
        <w:textAlignment w:val="center"/>
        <w:rPr>
          <w:rFonts w:ascii="宋体" w:eastAsia="宋体" w:hAnsi="宋体" w:cs="宋体"/>
          <w:color w:val="000000"/>
        </w:rPr>
      </w:pPr>
      <w:r>
        <w:rPr>
          <w:color w:val="000000"/>
        </w:rPr>
        <w:t xml:space="preserve">18. </w:t>
      </w:r>
      <w:r>
        <w:rPr>
          <w:color w:val="000000"/>
        </w:rPr>
        <w:t>选</w:t>
      </w:r>
      <w:r>
        <w:rPr>
          <w:rFonts w:ascii="宋体" w:eastAsia="宋体" w:hAnsi="宋体" w:cs="宋体"/>
          <w:color w:val="000000"/>
        </w:rPr>
        <w:t>择题目 1。“共舞”能够表现出我与松鼠三十年中相处关系的波折变化。从首次与松鼠邂逅感到其可爱并有了简单的了解，到后来与它们的亲密接触、追跑玩闹，因拍照打扰松鼠分享美食而被抓伤，抑或是再后来我们与之展开的“葵花籽争夺战”，尽管有矛盾冲突，但更多的是我们对松鼠不断了解、相互之间各取所需到最终在矛盾中和谐共处的情形。而且，“共舞”在文中多次出现，这一题目也与之形成呼应，表达了爱护动物，与动物和谐共生的主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本题考查内容概括。</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3段“我绝不甘心，跨前一步，它立马也看到了我，睁大眼睛打量我，好像在揣摩我的心思。我再往前挪了半步，准备对焦。说时迟，那时快，松鼠突然发出尖叫声，像发了疯一样扑向我，令我躲闪不及”第四段“再仔细一瞧，表皮被松鼠的利爪抓伤了，还有两道血印呢”，可知我和松鼠的相处状态是“矛盾对立”的。</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7段“到了深秋，前院突然来了好几只松鼠，它们是来吃葵花籽的。好在种子早已留下了，就让它们来吃剩余的吧”，可知“好几只松鼠来到前院吃我家剩余的葵花籽”，但好在种子早已留下了，就让它们来吃剩余的吧。大家相安无事。</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根据第8段“万万没料到第三天起床后，这二十多个塑料袋全部被撕破了，里面的葵花籽不翼而飞。原来是它们变本加厉，找来同伙，共享丰盛的大餐”，可知“两个回合的攻防博弈，我们彻底完败”。</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第12段“松鼠竟然纠集一大帮同伙，大肆吞噬我家的葵花籽”和“为防它们全部吃完葵花籽，我们只好提前剪下数个并不十分成熟的葵花头，拿到屋里晒干取籽”，可知“松鼠纠结一大帮同伙大肆吞噬我家的葵花籽，我们只好提前剪下并不十分成熟的葵花头来取籽留种”，算是也能和谐共处了吧。</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本题考查语句赏析</w:t>
      </w:r>
      <w:r>
        <w:rPr>
          <w:rFonts w:ascii="宋体" w:eastAsia="宋体" w:hAnsi="宋体" w:cs="宋体"/>
          <w:color w:val="000000"/>
          <w:position w:val="-12"/>
        </w:rPr>
        <w:drawing>
          <wp:inline>
            <wp:extent cx="127000" cy="76200"/>
            <wp:docPr id="15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
                    <pic:cNvPicPr>
                      <a:picLocks noChangeAspect="1"/>
                    </pic:cNvPicPr>
                  </pic:nvPicPr>
                  <pic:blipFill>
                    <a:blip r:embed="rId116"/>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甲：</w:t>
      </w:r>
    </w:p>
    <w:p>
      <w:pPr>
        <w:spacing w:line="360" w:lineRule="auto"/>
        <w:jc w:val="left"/>
        <w:textAlignment w:val="center"/>
        <w:rPr>
          <w:rFonts w:ascii="宋体" w:eastAsia="宋体" w:hAnsi="宋体" w:cs="宋体"/>
          <w:color w:val="000000"/>
        </w:rPr>
      </w:pPr>
      <w:r>
        <w:rPr>
          <w:rFonts w:ascii="宋体" w:eastAsia="宋体" w:hAnsi="宋体" w:cs="宋体"/>
          <w:color w:val="000000"/>
        </w:rPr>
        <w:t>大词小用：松鼠偷吃葵花籽儿，我们防备它们来吃，双方的交锋极为简单；这里作者却用“大战”来形容，明显是大词小用，把我们如临大敌的情态生动的表现出来。</w:t>
      </w:r>
    </w:p>
    <w:p>
      <w:pPr>
        <w:spacing w:line="360" w:lineRule="auto"/>
        <w:jc w:val="left"/>
        <w:textAlignment w:val="center"/>
        <w:rPr>
          <w:rFonts w:ascii="宋体" w:eastAsia="宋体" w:hAnsi="宋体" w:cs="宋体"/>
          <w:color w:val="000000"/>
        </w:rPr>
      </w:pPr>
      <w:r>
        <w:rPr>
          <w:rFonts w:ascii="宋体" w:eastAsia="宋体" w:hAnsi="宋体" w:cs="宋体"/>
          <w:color w:val="000000"/>
        </w:rPr>
        <w:t>褒词贬用：松鼠偷吃葵花籽儿，肯定是坏事，但这里作者却说是“好事”，明显是褒词贬用，表达了对松鼠又怜爱又怨恼的情绪。</w:t>
      </w:r>
    </w:p>
    <w:p>
      <w:pPr>
        <w:spacing w:line="360" w:lineRule="auto"/>
        <w:jc w:val="left"/>
        <w:textAlignment w:val="center"/>
        <w:rPr>
          <w:rFonts w:ascii="宋体" w:eastAsia="宋体" w:hAnsi="宋体" w:cs="宋体"/>
          <w:color w:val="000000"/>
        </w:rPr>
      </w:pPr>
      <w:r>
        <w:rPr>
          <w:rFonts w:ascii="宋体" w:eastAsia="宋体" w:hAnsi="宋体" w:cs="宋体"/>
          <w:color w:val="000000"/>
        </w:rPr>
        <w:t>妙用修辞：“这肯定是松鼠干的好事！”巧妙运用了拟人的修辞，把松鼠当做对手，生动形象地表达了自己对松鼠既怨恼又怜爱的情绪。</w:t>
      </w:r>
    </w:p>
    <w:p>
      <w:pPr>
        <w:spacing w:line="360" w:lineRule="auto"/>
        <w:jc w:val="left"/>
        <w:textAlignment w:val="center"/>
        <w:rPr>
          <w:rFonts w:ascii="宋体" w:eastAsia="宋体" w:hAnsi="宋体" w:cs="宋体"/>
          <w:color w:val="000000"/>
        </w:rPr>
      </w:pPr>
      <w:r>
        <w:rPr>
          <w:rFonts w:ascii="宋体" w:eastAsia="宋体" w:hAnsi="宋体" w:cs="宋体"/>
          <w:color w:val="000000"/>
        </w:rPr>
        <w:t>乙：</w:t>
      </w:r>
    </w:p>
    <w:p>
      <w:pPr>
        <w:spacing w:line="360" w:lineRule="auto"/>
        <w:jc w:val="left"/>
        <w:textAlignment w:val="center"/>
        <w:rPr>
          <w:rFonts w:ascii="宋体" w:eastAsia="宋体" w:hAnsi="宋体" w:cs="宋体"/>
          <w:color w:val="000000"/>
        </w:rPr>
      </w:pPr>
      <w:r>
        <w:rPr>
          <w:rFonts w:ascii="宋体" w:eastAsia="宋体" w:hAnsi="宋体" w:cs="宋体"/>
          <w:color w:val="000000"/>
        </w:rPr>
        <w:t>大词小用：把我们与松鼠之间的斗争说成是“攻防博弈”，把我们被松鼠吃去葵花籽儿说成“彻底完败”，都是大词小用，起到了风趣幽默的效果。</w:t>
      </w:r>
    </w:p>
    <w:p>
      <w:pPr>
        <w:spacing w:line="360" w:lineRule="auto"/>
        <w:jc w:val="left"/>
        <w:textAlignment w:val="center"/>
        <w:rPr>
          <w:rFonts w:ascii="宋体" w:eastAsia="宋体" w:hAnsi="宋体" w:cs="宋体"/>
          <w:color w:val="000000"/>
        </w:rPr>
      </w:pPr>
      <w:r>
        <w:rPr>
          <w:rFonts w:ascii="宋体" w:eastAsia="宋体" w:hAnsi="宋体" w:cs="宋体"/>
          <w:color w:val="000000"/>
        </w:rPr>
        <w:t>褒词贬用：松鼠越来越难以防范，变得越来越狡猾，这里作者却说是“聪明”，明显是褒词贬用，表达了对松鼠既怨恼又无奈的情绪。</w:t>
      </w:r>
    </w:p>
    <w:p>
      <w:pPr>
        <w:spacing w:line="360" w:lineRule="auto"/>
        <w:jc w:val="left"/>
        <w:textAlignment w:val="center"/>
        <w:rPr>
          <w:rFonts w:ascii="宋体" w:eastAsia="宋体" w:hAnsi="宋体" w:cs="宋体"/>
          <w:color w:val="000000"/>
        </w:rPr>
      </w:pPr>
      <w:r>
        <w:rPr>
          <w:rFonts w:ascii="宋体" w:eastAsia="宋体" w:hAnsi="宋体" w:cs="宋体"/>
          <w:color w:val="000000"/>
        </w:rPr>
        <w:t>妙用修辞：把一个个小塑料袋比喻成松鼠们觅食的“指路明灯”，既写出了自己聪明反被聪明误，塑料袋反而成了帮了松鼠的忙，又表达了自己内心无奈又无助的感受。</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本题考查文本主旨。</w:t>
      </w:r>
    </w:p>
    <w:p>
      <w:pPr>
        <w:spacing w:line="360" w:lineRule="auto"/>
        <w:jc w:val="left"/>
        <w:textAlignment w:val="center"/>
        <w:rPr>
          <w:rFonts w:ascii="宋体" w:eastAsia="宋体" w:hAnsi="宋体" w:cs="宋体"/>
          <w:color w:val="000000"/>
        </w:rPr>
      </w:pPr>
      <w:r>
        <w:rPr>
          <w:rFonts w:ascii="宋体" w:eastAsia="宋体" w:hAnsi="宋体" w:cs="宋体"/>
          <w:color w:val="000000"/>
        </w:rPr>
        <w:t>确定文章题目，必须先掌握文章主旨，这样才能文题统一。</w:t>
      </w:r>
    </w:p>
    <w:p>
      <w:pPr>
        <w:spacing w:line="360" w:lineRule="auto"/>
        <w:jc w:val="left"/>
        <w:textAlignment w:val="center"/>
        <w:rPr>
          <w:rFonts w:ascii="宋体" w:eastAsia="宋体" w:hAnsi="宋体" w:cs="宋体"/>
          <w:color w:val="000000"/>
        </w:rPr>
      </w:pPr>
      <w:r>
        <w:rPr>
          <w:rFonts w:ascii="宋体" w:eastAsia="宋体" w:hAnsi="宋体" w:cs="宋体"/>
          <w:color w:val="000000"/>
        </w:rPr>
        <w:t>文章讲述了我与松鼠相处的三十年的故事。从最初感受到的可爱到后来的日渐亲密，再到后来被抓伤，为争夺葵花籽儿儿多次“明争暗斗”，虽然冲突不断，但我们也在冲突中日渐了解了松鼠，从而实现了矛盾中的和谐共处。由此可知，我与松鼠之间不是你死我活的敌对关系，而是亦敌亦友的特殊关系，因此用“战斗”一词就过于生硬了，没有那么严重。其次，“共舞”一词在文中多次出现，如第2段的“一年四季中除了冬天，常常与松鼠上演“共舞”的大戏：它跑我追，它停我蹲，它进我退，它走我转……与松鼠共舞的日子，我们常常累得气喘如牛，但乐此不疲”和第10段“小子，别急！到了秋天，跟你还有一场共舞呢”，这些内容无疑与“与松鼠共舞三十载”这一题目形成呼应，表达了作者爱护动物，与动物和谐共处的主旨。</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（二）（共7分）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阅读下面的议论性文字，完成下面小题。</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袁隆平先生去世，举世皆悲，山河失色。人们以不同的方式纪念这位在农粮科技进步、国家粮食安全、世界粮食发展等领域做出杰出贡献的科学家。作为一个对饥馑年代有深刻记忆的60后，我对袁老的辞世尤为悲恸。于这哀悼中，我又有了一份追忆、一些思考。除了世人皆知的科技贡献，他还给这个世界留下了什么精神遗产呢？</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对于科研工作者而言，袁老的遗产是一种敢于挑战权威、反复实践的求真精神。从1961年发现</w:t>
      </w:r>
      <w:r>
        <w:rPr>
          <w:rFonts w:ascii="宋体" w:eastAsia="宋体" w:hAnsi="宋体" w:cs="宋体"/>
          <w:color w:val="000000"/>
        </w:rPr>
        <w:t>“</w:t>
      </w:r>
      <w:r>
        <w:rPr>
          <w:rFonts w:ascii="楷体" w:eastAsia="楷体" w:hAnsi="楷体" w:cs="楷体"/>
          <w:color w:val="000000"/>
        </w:rPr>
        <w:t>天然杂交稻株</w:t>
      </w:r>
      <w:r>
        <w:rPr>
          <w:rFonts w:ascii="宋体" w:eastAsia="宋体" w:hAnsi="宋体" w:cs="宋体"/>
          <w:color w:val="000000"/>
        </w:rPr>
        <w:t>”</w:t>
      </w:r>
      <w:r>
        <w:rPr>
          <w:rFonts w:ascii="楷体" w:eastAsia="楷体" w:hAnsi="楷体" w:cs="楷体"/>
          <w:color w:val="000000"/>
        </w:rPr>
        <w:t>而提出杂交水稻课题起，袁老就顶着某些权威学者嘲笑他</w:t>
      </w:r>
      <w:r>
        <w:rPr>
          <w:rFonts w:ascii="宋体" w:eastAsia="宋体" w:hAnsi="宋体" w:cs="宋体"/>
          <w:color w:val="000000"/>
        </w:rPr>
        <w:t>“</w:t>
      </w:r>
      <w:r>
        <w:rPr>
          <w:rFonts w:ascii="楷体" w:eastAsia="楷体" w:hAnsi="楷体" w:cs="楷体"/>
          <w:color w:val="000000"/>
        </w:rPr>
        <w:t>对遗传学的无知</w:t>
      </w:r>
      <w:r>
        <w:rPr>
          <w:rFonts w:ascii="宋体" w:eastAsia="宋体" w:hAnsi="宋体" w:cs="宋体"/>
          <w:color w:val="000000"/>
        </w:rPr>
        <w:t>”</w:t>
      </w:r>
      <w:r>
        <w:rPr>
          <w:rFonts w:ascii="楷体" w:eastAsia="楷体" w:hAnsi="楷体" w:cs="楷体"/>
          <w:color w:val="000000"/>
        </w:rPr>
        <w:t>的压力，选种、试验、失败，再选种、再播种、再观察……袁老坚信实践能发现真理，也能验证真理。他一生专注于田畴，反复试验求证，拼尽毕生精力用农业科技战胜饥饿。【甲】时下不少年轻人口中流行</w:t>
      </w:r>
      <w:r>
        <w:rPr>
          <w:rFonts w:ascii="宋体" w:eastAsia="宋体" w:hAnsi="宋体" w:cs="宋体"/>
          <w:color w:val="000000"/>
        </w:rPr>
        <w:t>“</w:t>
      </w:r>
      <w:r>
        <w:rPr>
          <w:rFonts w:ascii="楷体" w:eastAsia="楷体" w:hAnsi="楷体" w:cs="楷体"/>
          <w:color w:val="000000"/>
        </w:rPr>
        <w:t>躺平</w:t>
      </w:r>
      <w:r>
        <w:rPr>
          <w:rFonts w:ascii="宋体" w:eastAsia="宋体" w:hAnsi="宋体" w:cs="宋体"/>
          <w:color w:val="000000"/>
        </w:rPr>
        <w:t>”</w:t>
      </w:r>
      <w:r>
        <w:rPr>
          <w:rFonts w:ascii="楷体" w:eastAsia="楷体" w:hAnsi="楷体" w:cs="楷体"/>
          <w:color w:val="000000"/>
        </w:rPr>
        <w:t>，让人看到的是面对挑战的止步和逃避，是注重个人舒适、缺乏社会责任感的消极无为。与其指责批评他们，不如给他们找到可以引领青春世界、照亮未来人生的灯。人生是需要梦想的，但梦想的实现，是需要精神照亮、勖励而行的。袁老有两个梦，一是</w:t>
      </w:r>
      <w:r>
        <w:rPr>
          <w:rFonts w:ascii="宋体" w:eastAsia="宋体" w:hAnsi="宋体" w:cs="宋体"/>
          <w:color w:val="000000"/>
        </w:rPr>
        <w:t>“</w:t>
      </w:r>
      <w:r>
        <w:rPr>
          <w:rFonts w:ascii="楷体" w:eastAsia="楷体" w:hAnsi="楷体" w:cs="楷体"/>
          <w:color w:val="000000"/>
        </w:rPr>
        <w:t>禾下乘凉梦</w:t>
      </w:r>
      <w:r>
        <w:rPr>
          <w:rFonts w:ascii="宋体" w:eastAsia="宋体" w:hAnsi="宋体" w:cs="宋体"/>
          <w:color w:val="000000"/>
        </w:rPr>
        <w:t>”</w:t>
      </w:r>
      <w:r>
        <w:rPr>
          <w:rFonts w:ascii="楷体" w:eastAsia="楷体" w:hAnsi="楷体" w:cs="楷体"/>
          <w:color w:val="000000"/>
        </w:rPr>
        <w:t>，二是</w:t>
      </w:r>
      <w:r>
        <w:rPr>
          <w:rFonts w:ascii="宋体" w:eastAsia="宋体" w:hAnsi="宋体" w:cs="宋体"/>
          <w:color w:val="000000"/>
        </w:rPr>
        <w:t>“</w:t>
      </w:r>
      <w:r>
        <w:rPr>
          <w:rFonts w:ascii="楷体" w:eastAsia="楷体" w:hAnsi="楷体" w:cs="楷体"/>
          <w:color w:val="000000"/>
        </w:rPr>
        <w:t>杂交水稻覆盖天下梦</w:t>
      </w:r>
      <w:r>
        <w:rPr>
          <w:rFonts w:ascii="宋体" w:eastAsia="宋体" w:hAnsi="宋体" w:cs="宋体"/>
          <w:color w:val="000000"/>
        </w:rPr>
        <w:t>”</w:t>
      </w:r>
      <w:r>
        <w:rPr>
          <w:rFonts w:ascii="楷体" w:eastAsia="楷体" w:hAnsi="楷体" w:cs="楷体"/>
          <w:color w:val="000000"/>
        </w:rPr>
        <w:t>。从青年时期起他就下定决心</w:t>
      </w:r>
      <w:r>
        <w:rPr>
          <w:rFonts w:ascii="宋体" w:eastAsia="宋体" w:hAnsi="宋体" w:cs="宋体"/>
          <w:color w:val="000000"/>
        </w:rPr>
        <w:t>“</w:t>
      </w:r>
      <w:r>
        <w:rPr>
          <w:rFonts w:ascii="楷体" w:eastAsia="楷体" w:hAnsi="楷体" w:cs="楷体"/>
          <w:color w:val="000000"/>
        </w:rPr>
        <w:t>解决粮食增产问题，不让老百姓挨饿</w:t>
      </w:r>
      <w:r>
        <w:rPr>
          <w:rFonts w:ascii="宋体" w:eastAsia="宋体" w:hAnsi="宋体" w:cs="宋体"/>
          <w:color w:val="000000"/>
        </w:rPr>
        <w:t>”</w:t>
      </w:r>
      <w:r>
        <w:rPr>
          <w:rFonts w:ascii="楷体" w:eastAsia="楷体" w:hAnsi="楷体" w:cs="楷体"/>
          <w:color w:val="000000"/>
        </w:rPr>
        <w:t>，他心存稻梁梦，却</w:t>
      </w:r>
      <w:r>
        <w:rPr>
          <w:rFonts w:ascii="宋体" w:eastAsia="宋体" w:hAnsi="宋体" w:cs="宋体"/>
          <w:color w:val="000000"/>
        </w:rPr>
        <w:t>“</w:t>
      </w:r>
      <w:r>
        <w:rPr>
          <w:rFonts w:ascii="楷体" w:eastAsia="楷体" w:hAnsi="楷体" w:cs="楷体"/>
          <w:color w:val="000000"/>
        </w:rPr>
        <w:t>不为稻梁谋</w:t>
      </w:r>
      <w:r>
        <w:rPr>
          <w:rFonts w:ascii="宋体" w:eastAsia="宋体" w:hAnsi="宋体" w:cs="宋体"/>
          <w:color w:val="000000"/>
        </w:rPr>
        <w:t>”</w:t>
      </w:r>
      <w:r>
        <w:rPr>
          <w:rFonts w:ascii="楷体" w:eastAsia="楷体" w:hAnsi="楷体" w:cs="楷体"/>
          <w:color w:val="000000"/>
        </w:rPr>
        <w:t>，而</w:t>
      </w:r>
      <w:r>
        <w:rPr>
          <w:rFonts w:ascii="宋体" w:eastAsia="宋体" w:hAnsi="宋体" w:cs="宋体"/>
          <w:color w:val="000000"/>
        </w:rPr>
        <w:t>“</w:t>
      </w:r>
      <w:r>
        <w:rPr>
          <w:rFonts w:ascii="楷体" w:eastAsia="楷体" w:hAnsi="楷体" w:cs="楷体"/>
          <w:color w:val="000000"/>
        </w:rPr>
        <w:t>为天下计</w:t>
      </w:r>
      <w:r>
        <w:rPr>
          <w:rFonts w:ascii="宋体" w:eastAsia="宋体" w:hAnsi="宋体" w:cs="宋体"/>
          <w:color w:val="000000"/>
        </w:rPr>
        <w:t>”</w:t>
      </w:r>
      <w:r>
        <w:rPr>
          <w:rFonts w:ascii="楷体" w:eastAsia="楷体" w:hAnsi="楷体" w:cs="楷体"/>
          <w:color w:val="000000"/>
        </w:rPr>
        <w:t>。我想，袁老一生的追求，本身就是最好的精神引领。他淡泊名利却心系天下，对于广大青年而言不就是最好的人生之灯吗？【乙】</w:t>
      </w:r>
    </w:p>
    <w:p>
      <w:pPr>
        <w:spacing w:line="360" w:lineRule="auto"/>
        <w:jc w:val="right"/>
        <w:textAlignment w:val="center"/>
        <w:rPr>
          <w:rFonts w:ascii="宋体" w:eastAsia="宋体" w:hAnsi="宋体" w:cs="宋体"/>
          <w:color w:val="000000"/>
        </w:rPr>
      </w:pPr>
      <w:r>
        <w:rPr>
          <w:rFonts w:ascii="宋体" w:eastAsia="宋体" w:hAnsi="宋体" w:cs="宋体"/>
          <w:color w:val="000000"/>
        </w:rPr>
        <w:t>（取材于李安《袁隆平的精神遗产》）</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19. </w:t>
      </w:r>
      <w:r>
        <w:rPr>
          <w:rFonts w:ascii="宋体" w:eastAsia="宋体" w:hAnsi="宋体" w:cs="宋体"/>
          <w:color w:val="000000"/>
        </w:rPr>
        <w:t>阅读文章，概括袁隆平除了科技贡献以外，还给我们留下了哪些精神遗产。</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20. </w:t>
      </w:r>
      <w:r>
        <w:rPr>
          <w:rFonts w:ascii="宋体" w:eastAsia="宋体" w:hAnsi="宋体" w:cs="宋体"/>
          <w:color w:val="000000"/>
        </w:rPr>
        <w:t>下面这段对袁隆平精神价值的评论性语句，你认为放入文中【甲】【乙】两处，哪一处更恰当？请简要说明理由。</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袁老尊重权威，但不迷信权威的每一个观点，他是真理的忠实追随者。半个多世纪以来，他挽起裤管，行走于阡陌稻田，坚持杂交水稻研究，直至生命的最后时刻。他的境界堪称当代科研工作者的一面镜子，照照镜子，我们可以时时鞭策自己，正视不足，改正不足。</w:t>
      </w:r>
    </w:p>
    <w:p>
      <w:pPr>
        <w:spacing w:line="360" w:lineRule="auto"/>
        <w:textAlignment w:val="center"/>
        <w:rPr>
          <w:color w:val="000000"/>
        </w:rPr>
      </w:pPr>
      <w:r>
        <w:rPr>
          <w:color w:val="2E75B6"/>
        </w:rPr>
        <w:t>【答案】</w:t>
      </w:r>
      <w:r>
        <w:rPr>
          <w:color w:val="000000"/>
        </w:rPr>
        <w:t xml:space="preserve">19. </w:t>
      </w:r>
      <w:r>
        <w:rPr>
          <w:color w:val="000000"/>
        </w:rPr>
        <w:t>敢于挑战权威、反复实践的求真精神。淡泊名利却心系天下的济世情怀。</w:t>
      </w:r>
      <w:r>
        <w:rPr>
          <w:color w:val="000000"/>
        </w:rPr>
        <w:t xml:space="preserve">    </w:t>
      </w:r>
    </w:p>
    <w:p>
      <w:pPr>
        <w:spacing w:line="360" w:lineRule="auto"/>
        <w:textAlignment w:val="center"/>
        <w:rPr>
          <w:color w:val="000000"/>
        </w:rPr>
      </w:pPr>
      <w:r>
        <w:rPr>
          <w:color w:val="000000"/>
        </w:rPr>
        <w:t xml:space="preserve">20. </w:t>
      </w:r>
      <w:r>
        <w:rPr>
          <w:color w:val="000000"/>
        </w:rPr>
        <w:t>应放在甲处。这段话主要是对袁老尊重权威而不迷信权威、坚持实践研究的精神进行评价，是对原文概述袁老顶着某些权威的嘲笑而反复试验求证的事例进行的分析论证。（或从以下两个角度解释也可。角度 1：能够论证甲处所在段落的观点：袁老的遗产是一种敢于挑战权威、反复实践的求真精神。角度 2：与原文甲处所在段落中“袁老坚信实践能发现真理，也能验证真理”的论述相呼应）</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1.本题考查文章内容概括与理解。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由文章第二段“对于科研工作者而言，袁老的遗产是一种敢于挑战权威、反复实践的求真精神”可得出：袁老给我们留下了敢于挑战权威、反复实践的求真精神；由第二段结尾“我想，袁老一生的追求，本身就是最好的精神引领。他淡泊名利却心系天下，对于广大青年而言不就是最好的人生之灯吗？”可得出：袁老还给我们留下了淡泊名利却心系天下的情怀。</w:t>
      </w:r>
    </w:p>
    <w:p>
      <w:pPr>
        <w:spacing w:line="360" w:lineRule="auto"/>
        <w:jc w:val="left"/>
        <w:textAlignment w:val="center"/>
        <w:rPr>
          <w:rFonts w:ascii="宋体" w:eastAsia="宋体" w:hAnsi="宋体" w:cs="宋体"/>
          <w:color w:val="000000"/>
        </w:rPr>
      </w:pPr>
      <w:r>
        <w:rPr>
          <w:rFonts w:ascii="宋体" w:eastAsia="宋体" w:hAnsi="宋体" w:cs="宋体"/>
          <w:color w:val="000000"/>
        </w:rPr>
        <w:t>这些对于我们广大青年而言，都是弥足珍贵的精神遗产，引领着我们广大青年向着更高更远处勇敢进发。</w:t>
      </w:r>
    </w:p>
    <w:p>
      <w:pPr>
        <w:spacing w:line="360" w:lineRule="auto"/>
        <w:jc w:val="left"/>
        <w:textAlignment w:val="center"/>
        <w:rPr>
          <w:rFonts w:ascii="宋体" w:eastAsia="宋体" w:hAnsi="宋体" w:cs="宋体"/>
          <w:color w:val="000000"/>
        </w:rPr>
      </w:pPr>
      <w:r>
        <w:rPr>
          <w:rFonts w:ascii="宋体" w:eastAsia="宋体" w:hAnsi="宋体" w:cs="宋体"/>
          <w:color w:val="000000"/>
        </w:rPr>
        <w:t>2.本题考查文段内容补充。</w:t>
      </w:r>
    </w:p>
    <w:p>
      <w:pPr>
        <w:spacing w:line="360" w:lineRule="auto"/>
        <w:jc w:val="left"/>
        <w:textAlignment w:val="center"/>
        <w:rPr>
          <w:rFonts w:ascii="宋体" w:eastAsia="宋体" w:hAnsi="宋体" w:cs="宋体"/>
          <w:color w:val="000000"/>
        </w:rPr>
      </w:pPr>
      <w:r>
        <w:rPr>
          <w:rFonts w:ascii="宋体" w:eastAsia="宋体" w:hAnsi="宋体" w:cs="宋体"/>
          <w:color w:val="000000"/>
        </w:rPr>
        <w:t>先分析题干中的语句，由“袁老尊重权威，但不迷信权威的每一个观点，他是真理的忠实追随者”可知，选段对袁老尊重权威，但不盲从权威，坚持实践检验真理的品质进行了评价，这是对文章甲处上文的“袁老坚信实践能发现真理，也能验证真理”的分析论证，更是对文段开头“对于科研工作者而言，袁老的遗产是一种敢于挑战权威、反复实践的求真精神”的有力呼应；再由“他的境界堪称当代科研工作者的一面镜子，照照镜子，我们可以时时鞭策自己，正视不足，改正不足”可知，选段不仅高度赞扬了袁老作为科研工作者的崇高境界，也由袁老联系到了“我们”自己，引导人们去正视自己的不足，反思自己的状态，这里正好引出了甲处下文“时下不少年轻人口中流行‘躺平’，让人看到的是面对挑战的止步和逃避，是注重个人舒适、缺乏社会责任感的消极无为”的论述。所以选段的语句放在文中甲处起着承上启下的作用。而乙处已经处于文章的末尾，由“我想，袁老一生的追求，本身就是最好的精神引领。他淡泊名利却心系天下，对于广大青年而言不就是最好的人生之灯吗？”可知，这里论述的是袁老淡泊名利却心系天下的情怀对广大青年的影响，与袁老尊重权威，不盲从权威，坚持实践检验真理的观点并不相同。</w:t>
      </w:r>
    </w:p>
    <w:p>
      <w:pPr>
        <w:spacing w:line="360" w:lineRule="auto"/>
        <w:jc w:val="left"/>
        <w:textAlignment w:val="center"/>
        <w:rPr>
          <w:rFonts w:ascii="宋体" w:eastAsia="宋体" w:hAnsi="宋体" w:cs="宋体"/>
          <w:color w:val="000000"/>
        </w:rPr>
      </w:pPr>
      <w:r>
        <w:rPr>
          <w:rFonts w:ascii="宋体" w:eastAsia="宋体" w:hAnsi="宋体" w:cs="宋体"/>
          <w:color w:val="000000"/>
        </w:rPr>
        <w:t>故应放在文中甲处。</w:t>
      </w:r>
    </w:p>
    <w:p>
      <w:pPr>
        <w:pStyle w:val="Heading3"/>
      </w:pPr>
      <w:r>
        <w:t>石景山区</w:t>
      </w:r>
    </w:p>
    <w:p>
      <w:r>
        <w:t>【未能自动提取，请查看原卷：精品解析：北京市石景山区2021-2022学年七年级上学期期末语文试题（原卷版）.docx】</w:t>
      </w:r>
    </w:p>
    <w:p>
      <w:pPr>
        <w:pStyle w:val="Heading3"/>
      </w:pPr>
      <w:r>
        <w:t>西城区</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四、现代文阅读（共18分）</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（一）（共9分）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阅读文章，完成下面小题。</w:t>
      </w:r>
    </w:p>
    <w:p>
      <w:pPr>
        <w:spacing w:line="360" w:lineRule="auto"/>
        <w:jc w:val="center"/>
        <w:textAlignment w:val="center"/>
        <w:rPr>
          <w:rFonts w:ascii="楷体" w:eastAsia="楷体" w:hAnsi="楷体" w:cs="楷体"/>
          <w:color w:val="000000"/>
        </w:rPr>
      </w:pPr>
      <w:r>
        <w:rPr>
          <w:rFonts w:ascii="宋体" w:eastAsia="宋体" w:hAnsi="宋体" w:cs="宋体"/>
          <w:color w:val="000000"/>
          <w:u w:val="single"/>
        </w:rPr>
        <w:t xml:space="preserve">     </w:t>
      </w:r>
      <w:r>
        <w:rPr>
          <w:rFonts w:ascii="楷体" w:eastAsia="楷体" w:hAnsi="楷体" w:cs="楷体"/>
          <w:color w:val="000000"/>
        </w:rPr>
        <w:t>的燕子</w:t>
      </w:r>
    </w:p>
    <w:p>
      <w:pPr>
        <w:spacing w:line="360" w:lineRule="auto"/>
        <w:jc w:val="center"/>
        <w:textAlignment w:val="center"/>
        <w:rPr>
          <w:rFonts w:ascii="楷体" w:eastAsia="楷体" w:hAnsi="楷体" w:cs="楷体"/>
          <w:color w:val="000000"/>
        </w:rPr>
      </w:pPr>
      <w:r>
        <w:rPr>
          <w:rFonts w:ascii="楷体" w:eastAsia="楷体" w:hAnsi="楷体" w:cs="楷体"/>
          <w:color w:val="000000"/>
        </w:rPr>
        <w:t>王彦明</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落在电线上，它们就是灵动的音符，在欢快的跃动中，改变着村庄的节奏；在空中陡然转身，就擦向了水面，剪去了春水之上的平静。燕子斜身掠进院中，它们的啁啾之声，仿佛成了生活的指针，关乎时间、爱和温暖。</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②当燕子的啁啾之声已经融进我们的日常时，却没有人知道它们到来的确切日期，意识到的时候，它们已经筑好了巢。小时候，我们唱</w:t>
      </w:r>
      <w:r>
        <w:rPr>
          <w:rFonts w:ascii="宋体" w:eastAsia="宋体" w:hAnsi="宋体" w:cs="宋体"/>
          <w:color w:val="000000"/>
        </w:rPr>
        <w:t>“</w:t>
      </w:r>
      <w:r>
        <w:rPr>
          <w:rFonts w:ascii="楷体" w:eastAsia="楷体" w:hAnsi="楷体" w:cs="楷体"/>
          <w:color w:val="000000"/>
        </w:rPr>
        <w:t>小燕子，穿花衣，年年春天来这里……</w:t>
      </w:r>
      <w:r>
        <w:rPr>
          <w:rFonts w:ascii="宋体" w:eastAsia="宋体" w:hAnsi="宋体" w:cs="宋体"/>
          <w:color w:val="000000"/>
        </w:rPr>
        <w:t>”</w:t>
      </w:r>
      <w:r>
        <w:rPr>
          <w:rFonts w:ascii="楷体" w:eastAsia="楷体" w:hAnsi="楷体" w:cs="楷体"/>
          <w:color w:val="000000"/>
        </w:rPr>
        <w:t>。晏殊说：</w:t>
      </w:r>
      <w:r>
        <w:rPr>
          <w:rFonts w:ascii="宋体" w:eastAsia="宋体" w:hAnsi="宋体" w:cs="宋体"/>
          <w:color w:val="000000"/>
        </w:rPr>
        <w:t>“</w:t>
      </w:r>
      <w:r>
        <w:rPr>
          <w:rFonts w:ascii="楷体" w:eastAsia="楷体" w:hAnsi="楷体" w:cs="楷体"/>
          <w:color w:val="000000"/>
        </w:rPr>
        <w:t>燕子来时新社，梨花落后清明。</w:t>
      </w:r>
      <w:r>
        <w:rPr>
          <w:rFonts w:ascii="宋体" w:eastAsia="宋体" w:hAnsi="宋体" w:cs="宋体"/>
          <w:color w:val="000000"/>
        </w:rPr>
        <w:t>”</w:t>
      </w:r>
      <w:r>
        <w:rPr>
          <w:rFonts w:ascii="楷体" w:eastAsia="楷体" w:hAnsi="楷体" w:cs="楷体"/>
          <w:color w:val="000000"/>
        </w:rPr>
        <w:t>可见燕子是立春之后、清明之前就来了。那时候时间是缓慢的，即使季节切换，我们还是会慢上半拍。只有在燕子的俯瞰中生活，我们才有着清晰的时刻。屋檐下，天空中，那些轻盈灵动的身影、那些清脆悦耳的鸟叫声，提醒着我们：春天已经来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③人们对于燕子的亲近感，来自那翩然而至的形象，来自同一屋檐下的亲人的属性。燕子是和</w:t>
      </w:r>
      <w:r>
        <w:rPr>
          <w:rFonts w:ascii="宋体" w:eastAsia="宋体" w:hAnsi="宋体" w:cs="宋体"/>
          <w:color w:val="000000"/>
        </w:rPr>
        <w:t>“</w:t>
      </w:r>
      <w:r>
        <w:rPr>
          <w:rFonts w:ascii="楷体" w:eastAsia="楷体" w:hAnsi="楷体" w:cs="楷体"/>
          <w:color w:val="000000"/>
        </w:rPr>
        <w:t>家</w:t>
      </w:r>
      <w:r>
        <w:rPr>
          <w:rFonts w:ascii="宋体" w:eastAsia="宋体" w:hAnsi="宋体" w:cs="宋体"/>
          <w:color w:val="000000"/>
        </w:rPr>
        <w:t>”</w:t>
      </w:r>
      <w:r>
        <w:rPr>
          <w:rFonts w:ascii="楷体" w:eastAsia="楷体" w:hAnsi="楷体" w:cs="楷体"/>
          <w:color w:val="000000"/>
        </w:rPr>
        <w:t>靠得最近的鸟类，它们甚至可以被视为家的一部分。它们就蜗居在屋檐或房梁的深处。古话说</w:t>
      </w:r>
      <w:r>
        <w:rPr>
          <w:rFonts w:ascii="宋体" w:eastAsia="宋体" w:hAnsi="宋体" w:cs="宋体"/>
          <w:color w:val="000000"/>
        </w:rPr>
        <w:t>“</w:t>
      </w:r>
      <w:r>
        <w:rPr>
          <w:rFonts w:ascii="楷体" w:eastAsia="楷体" w:hAnsi="楷体" w:cs="楷体"/>
          <w:color w:val="000000"/>
        </w:rPr>
        <w:t>燕子不进苦寒门，燕子不落忧愁家</w:t>
      </w:r>
      <w:r>
        <w:rPr>
          <w:rFonts w:ascii="宋体" w:eastAsia="宋体" w:hAnsi="宋体" w:cs="宋体"/>
          <w:color w:val="000000"/>
        </w:rPr>
        <w:t>”</w:t>
      </w:r>
      <w:r>
        <w:rPr>
          <w:rFonts w:ascii="楷体" w:eastAsia="楷体" w:hAnsi="楷体" w:cs="楷体"/>
          <w:color w:val="000000"/>
        </w:rPr>
        <w:t>，农人都把燕子入户筑巢看作是吉祥的征兆。燕子勤劳肯干，巢穴是一口泥一口泥衔来的，它们终日在空中捕捉苍蝇、蚊子等害虫，是农人最亲密的益鸟。燕子，已然成为我们的家人，我们就在燕子的俯瞰中生活着。</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④有一次，从田里回家，在屋外就看到燕子在屋子里不停盘旋。母亲说估计小燕子掉下来了。我说我去把小燕子放进窝里，她没同意，而是让父亲去做了这件事，并且告诉我，燕子护子心切，如果你去，会啄你的眼睛。渐渐长大，我就不再信这样的话了，我知道母亲是怕我爬高危险。如今，忆及燕子在屋中焦急盘旋的身影，我明白了那谎言背后的关切，就像是燕子对孩子的爱，它们让我懂得父母对我也有着同样的爱。</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有时候，肚子饿了，抬头四望，只有窠里的小燕子同处家中，我就问，小燕子，我饿了，你饿了没有？有时候，作业太多了，叹一口气，仰起头，我仍旧问屋檐下不停吱喳的它们，小燕子，我的作业太多了，你们怎么那么闲呢？它们就像我的家人一样，成为我倾诉的对象。</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⑥等到小燕子都可以飞了，可以落到电线上，成为美丽的音符，可以划过水面，成为春天最轻巧的剪刀，我知道夏天就快来了。我曾想是不是小燕子长大了，就得离开家了呢？我曾询问过我的一位鸟类专家朋友，竟得到了否定的答案。他说燕子是念家的，一旦选定一户人家筑巢，终其一生都会回到这户人家里，哪怕跋山涉水，也会年年回家。听到这里，我那种家的归属感就越发强烈了。</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⑦人们包容燕子、关照燕子，甚至认为它们是富贵的鸟，是</w:t>
      </w:r>
      <w:r>
        <w:rPr>
          <w:rFonts w:ascii="宋体" w:eastAsia="宋体" w:hAnsi="宋体" w:cs="宋体"/>
          <w:color w:val="000000"/>
        </w:rPr>
        <w:t>“</w:t>
      </w:r>
      <w:r>
        <w:rPr>
          <w:rFonts w:ascii="楷体" w:eastAsia="楷体" w:hAnsi="楷体" w:cs="楷体"/>
          <w:color w:val="000000"/>
        </w:rPr>
        <w:t>旧时王谢堂前燕</w:t>
      </w:r>
      <w:r>
        <w:rPr>
          <w:rFonts w:ascii="宋体" w:eastAsia="宋体" w:hAnsi="宋体" w:cs="宋体"/>
          <w:color w:val="000000"/>
        </w:rPr>
        <w:t>”</w:t>
      </w:r>
      <w:r>
        <w:rPr>
          <w:rFonts w:ascii="楷体" w:eastAsia="楷体" w:hAnsi="楷体" w:cs="楷体"/>
          <w:color w:val="000000"/>
        </w:rPr>
        <w:t>，如今</w:t>
      </w:r>
      <w:r>
        <w:rPr>
          <w:rFonts w:ascii="宋体" w:eastAsia="宋体" w:hAnsi="宋体" w:cs="宋体"/>
          <w:color w:val="000000"/>
        </w:rPr>
        <w:t>“</w:t>
      </w:r>
      <w:r>
        <w:rPr>
          <w:rFonts w:ascii="楷体" w:eastAsia="楷体" w:hAnsi="楷体" w:cs="楷体"/>
          <w:color w:val="000000"/>
        </w:rPr>
        <w:t>飞入寻常百姓家</w:t>
      </w:r>
      <w:r>
        <w:rPr>
          <w:rFonts w:ascii="宋体" w:eastAsia="宋体" w:hAnsi="宋体" w:cs="宋体"/>
          <w:color w:val="000000"/>
        </w:rPr>
        <w:t>”</w:t>
      </w:r>
      <w:r>
        <w:rPr>
          <w:rFonts w:ascii="楷体" w:eastAsia="楷体" w:hAnsi="楷体" w:cs="楷体"/>
          <w:color w:val="000000"/>
        </w:rPr>
        <w:t>，和我们亲近，是纡尊降贵，是应该被照顾的。</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⑧但当它们偶尔洒落一摊粪便时，也会让人无比厌烦，就有人发誓要除去那个巢穴。等看到嗷嗷待哺的小燕子，就心软了，用簸箕收来一些土撒在上面，覆盖好了，再用簸箕收走。</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⑨等到收拾完一切，那人还会站在巢穴下，笑自己的</w:t>
      </w:r>
      <w:r>
        <w:rPr>
          <w:rFonts w:ascii="宋体" w:eastAsia="宋体" w:hAnsi="宋体" w:cs="宋体"/>
          <w:color w:val="000000"/>
        </w:rPr>
        <w:t>“</w:t>
      </w:r>
      <w:r>
        <w:rPr>
          <w:rFonts w:ascii="楷体" w:eastAsia="楷体" w:hAnsi="楷体" w:cs="楷体"/>
          <w:color w:val="000000"/>
          <w:em w:val="dot"/>
        </w:rPr>
        <w:t>痴</w:t>
      </w:r>
      <w:r>
        <w:rPr>
          <w:rFonts w:ascii="宋体" w:eastAsia="宋体" w:hAnsi="宋体" w:cs="宋体"/>
          <w:color w:val="000000"/>
        </w:rPr>
        <w:t>”</w:t>
      </w:r>
      <w:r>
        <w:rPr>
          <w:rFonts w:ascii="楷体" w:eastAsia="楷体" w:hAnsi="楷体" w:cs="楷体"/>
          <w:color w:val="000000"/>
        </w:rPr>
        <w:t>。</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燕子走的时间，真的是一个谜。就像它们的来，它们的去没有一声告别，忽然就离开了，全无声息。当我们意识到的时候，就剩下一只空巢无声地悬挂着。想到这些，往昔的鸣叫声，跳跃、盘旋的身影，就像荡开的涟漪，轻轻一点，越过了整个童年。韦庄写道：</w:t>
      </w:r>
      <w:r>
        <w:rPr>
          <w:rFonts w:ascii="宋体" w:eastAsia="宋体" w:hAnsi="宋体" w:cs="宋体"/>
          <w:color w:val="000000"/>
        </w:rPr>
        <w:t>“</w:t>
      </w:r>
      <w:r>
        <w:rPr>
          <w:rFonts w:ascii="楷体" w:eastAsia="楷体" w:hAnsi="楷体" w:cs="楷体"/>
          <w:color w:val="000000"/>
        </w:rPr>
        <w:t>去岁辞巢别近邻，今来空讶草堂新。</w:t>
      </w:r>
      <w:r>
        <w:rPr>
          <w:rFonts w:ascii="宋体" w:eastAsia="宋体" w:hAnsi="宋体" w:cs="宋体"/>
          <w:color w:val="000000"/>
        </w:rPr>
        <w:t>”</w:t>
      </w:r>
      <w:r>
        <w:rPr>
          <w:rFonts w:ascii="楷体" w:eastAsia="楷体" w:hAnsi="楷体" w:cs="楷体"/>
          <w:color w:val="000000"/>
        </w:rPr>
        <w:t>我想我们是时候收拾一下院子和厅堂，</w:t>
      </w:r>
      <w:r>
        <w:rPr>
          <w:rFonts w:ascii="宋体" w:eastAsia="宋体" w:hAnsi="宋体" w:cs="宋体"/>
          <w:color w:val="000000"/>
        </w:rPr>
        <w:t>“</w:t>
      </w:r>
      <w:r>
        <w:rPr>
          <w:rFonts w:ascii="楷体" w:eastAsia="楷体" w:hAnsi="楷体" w:cs="楷体"/>
          <w:color w:val="000000"/>
        </w:rPr>
        <w:t>我们家的燕子</w:t>
      </w:r>
      <w:r>
        <w:rPr>
          <w:rFonts w:ascii="宋体" w:eastAsia="宋体" w:hAnsi="宋体" w:cs="宋体"/>
          <w:color w:val="000000"/>
        </w:rPr>
        <w:t>”</w:t>
      </w:r>
      <w:r>
        <w:rPr>
          <w:rFonts w:ascii="楷体" w:eastAsia="楷体" w:hAnsi="楷体" w:cs="楷体"/>
          <w:color w:val="000000"/>
        </w:rPr>
        <w:t>会在春天的时候归来，我们也将继续在燕子的俯瞰中生活。</w:t>
      </w:r>
    </w:p>
    <w:p>
      <w:pPr>
        <w:spacing w:line="360" w:lineRule="auto"/>
        <w:jc w:val="right"/>
        <w:textAlignment w:val="center"/>
        <w:rPr>
          <w:rFonts w:ascii="宋体" w:eastAsia="宋体" w:hAnsi="宋体" w:cs="宋体"/>
          <w:color w:val="000000"/>
        </w:rPr>
      </w:pPr>
      <w:r>
        <w:rPr>
          <w:rFonts w:ascii="宋体" w:eastAsia="宋体" w:hAnsi="宋体" w:cs="宋体"/>
          <w:color w:val="000000"/>
        </w:rPr>
        <w:t>（选自《中国青年作家报》，有改动）</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13. </w:t>
      </w:r>
      <w:r>
        <w:rPr>
          <w:rFonts w:ascii="宋体" w:eastAsia="宋体" w:hAnsi="宋体" w:cs="宋体"/>
          <w:color w:val="000000"/>
        </w:rPr>
        <w:t>阅读文章②—⑥段，梳理行文思路，完成下面表格。</w:t>
      </w:r>
    </w:p>
    <w:p>
      <w:pPr>
        <w:spacing w:line="360" w:lineRule="auto"/>
        <w:jc w:val="left"/>
        <w:textAlignment w:val="center"/>
        <w:rPr>
          <w:color w:val="000000"/>
        </w:rPr>
      </w:pPr>
      <w:r>
        <w:rPr>
          <w:rFonts w:ascii="宋体" w:eastAsia="宋体" w:hAnsi="宋体" w:cs="宋体"/>
          <w:color w:val="000000"/>
        </w:rPr>
        <w:drawing>
          <wp:inline>
            <wp:extent cx="5219700" cy="1028700"/>
            <wp:docPr id="15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
                    <pic:cNvPicPr>
                      <a:picLocks noChangeAspect="1"/>
                    </pic:cNvPicPr>
                  </pic:nvPicPr>
                  <pic:blipFill>
                    <a:blip r:embed="rId117"/>
                    <a:stretch>
                      <a:fillRect/>
                    </a:stretch>
                  </pic:blipFill>
                  <pic:spPr>
                    <a:xfrm>
                      <a:off x="0" y="0"/>
                      <a:ext cx="5219700" cy="10287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14. </w:t>
      </w:r>
      <w:r>
        <w:rPr>
          <w:rFonts w:ascii="宋体" w:eastAsia="宋体" w:hAnsi="宋体" w:cs="宋体"/>
          <w:color w:val="000000"/>
        </w:rPr>
        <w:t>请结合相关文段说说第⑨段中加点字“痴”的表现和原因。</w:t>
      </w:r>
    </w:p>
    <w:p>
      <w:pPr>
        <w:spacing w:line="360" w:lineRule="auto"/>
        <w:jc w:val="left"/>
        <w:textAlignment w:val="center"/>
        <w:rPr>
          <w:rFonts w:ascii="宋体" w:eastAsia="宋体" w:hAnsi="宋体" w:cs="宋体"/>
          <w:color w:val="000000"/>
        </w:rPr>
      </w:pPr>
      <w:r>
        <w:rPr>
          <w:rFonts w:ascii="宋体" w:eastAsia="宋体" w:hAnsi="宋体" w:cs="宋体"/>
          <w:color w:val="000000"/>
        </w:rPr>
        <w:t>“痴”的表现：</w:t>
      </w:r>
      <w:r>
        <w:rPr>
          <w:rFonts w:ascii="宋体" w:eastAsia="宋体" w:hAnsi="宋体" w:cs="宋体"/>
          <w:color w:val="000000"/>
        </w:rPr>
        <w:t>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“痴”的原因：</w:t>
      </w:r>
      <w:r>
        <w:rPr>
          <w:rFonts w:ascii="宋体" w:eastAsia="宋体" w:hAnsi="宋体" w:cs="宋体"/>
          <w:color w:val="000000"/>
        </w:rPr>
        <w:t>______________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15. </w:t>
      </w:r>
      <w:r>
        <w:rPr>
          <w:rFonts w:ascii="宋体" w:eastAsia="宋体" w:hAnsi="宋体" w:cs="宋体"/>
          <w:color w:val="000000"/>
        </w:rPr>
        <w:t>请将本文的标题补充完整，并结合文章内容说明你为什么这样补充。</w:t>
      </w:r>
    </w:p>
    <w:p>
      <w:pPr>
        <w:spacing w:line="360" w:lineRule="auto"/>
        <w:jc w:val="left"/>
        <w:textAlignment w:val="center"/>
        <w:rPr>
          <w:rFonts w:ascii="宋体" w:eastAsia="宋体" w:hAnsi="宋体" w:cs="宋体"/>
          <w:color w:val="000000"/>
        </w:rPr>
      </w:pPr>
      <w:r>
        <w:rPr>
          <w:rFonts w:ascii="宋体" w:eastAsia="宋体" w:hAnsi="宋体" w:cs="宋体"/>
          <w:color w:val="000000"/>
        </w:rPr>
        <w:t>标题：</w:t>
      </w:r>
      <w:r>
        <w:rPr>
          <w:rFonts w:ascii="宋体" w:eastAsia="宋体" w:hAnsi="宋体" w:cs="宋体"/>
          <w:color w:val="000000"/>
        </w:rPr>
        <w:t>______________</w:t>
      </w:r>
      <w:r>
        <w:rPr>
          <w:rFonts w:ascii="宋体" w:eastAsia="宋体" w:hAnsi="宋体" w:cs="宋体"/>
          <w:color w:val="000000"/>
        </w:rPr>
        <w:t>的燕子</w:t>
      </w:r>
    </w:p>
    <w:p>
      <w:pPr>
        <w:spacing w:line="360" w:lineRule="auto"/>
        <w:jc w:val="left"/>
        <w:textAlignment w:val="center"/>
        <w:rPr>
          <w:rFonts w:ascii="宋体" w:eastAsia="宋体" w:hAnsi="宋体" w:cs="宋体"/>
          <w:color w:val="000000"/>
        </w:rPr>
      </w:pPr>
      <w:r>
        <w:rPr>
          <w:rFonts w:ascii="宋体" w:eastAsia="宋体" w:hAnsi="宋体" w:cs="宋体"/>
          <w:color w:val="000000"/>
        </w:rPr>
        <w:t>说明：</w:t>
      </w:r>
      <w:r>
        <w:rPr>
          <w:rFonts w:ascii="宋体" w:eastAsia="宋体" w:hAnsi="宋体" w:cs="宋体"/>
          <w:color w:val="000000"/>
        </w:rPr>
        <w:t>______________</w:t>
      </w:r>
    </w:p>
    <w:p>
      <w:pPr>
        <w:spacing w:line="360" w:lineRule="auto"/>
        <w:textAlignment w:val="center"/>
        <w:rPr>
          <w:color w:val="2E75B6"/>
        </w:rPr>
      </w:pPr>
      <w:r>
        <w:rPr>
          <w:color w:val="2E75B6"/>
        </w:rPr>
        <w:t>【13~15题答案】</w:t>
      </w:r>
    </w:p>
    <w:p>
      <w:pPr>
        <w:spacing w:line="360" w:lineRule="auto"/>
        <w:textAlignment w:val="center"/>
        <w:rPr>
          <w:rFonts w:ascii="宋体" w:eastAsia="宋体" w:hAnsi="宋体" w:cs="宋体"/>
          <w:color w:val="000000"/>
        </w:rPr>
      </w:pPr>
      <w:r>
        <w:rPr>
          <w:color w:val="2E75B6"/>
        </w:rPr>
        <w:t>【答案】</w:t>
      </w:r>
      <w:r>
        <w:rPr>
          <w:color w:val="000000"/>
        </w:rPr>
        <w:t xml:space="preserve">13. </w:t>
      </w:r>
      <w:r>
        <w:rPr>
          <w:rFonts w:ascii="宋体" w:eastAsia="宋体" w:hAnsi="宋体" w:cs="宋体"/>
          <w:color w:val="000000"/>
        </w:rPr>
        <w:t>示例：（1）春天的讯息</w:t>
      </w:r>
    </w:p>
    <w:p>
      <w:pPr>
        <w:spacing w:line="360" w:lineRule="auto"/>
        <w:jc w:val="left"/>
        <w:textAlignment w:val="center"/>
        <w:rPr>
          <w:rFonts w:ascii="宋体" w:eastAsia="宋体" w:hAnsi="宋体" w:cs="宋体"/>
          <w:color w:val="000000"/>
        </w:rPr>
      </w:pPr>
      <w:r>
        <w:rPr>
          <w:rFonts w:ascii="宋体" w:eastAsia="宋体" w:hAnsi="宋体" w:cs="宋体"/>
          <w:color w:val="000000"/>
        </w:rPr>
        <w:t>（2）燕子对孩子的爱让我懂得了父母对子女的爱。</w:t>
      </w:r>
    </w:p>
    <w:p>
      <w:pPr>
        <w:spacing w:line="360" w:lineRule="auto"/>
        <w:jc w:val="left"/>
        <w:textAlignment w:val="center"/>
        <w:rPr>
          <w:rFonts w:ascii="宋体" w:eastAsia="宋体" w:hAnsi="宋体" w:cs="宋体"/>
          <w:color w:val="000000"/>
        </w:rPr>
      </w:pPr>
      <w:r>
        <w:rPr>
          <w:rFonts w:ascii="宋体" w:eastAsia="宋体" w:hAnsi="宋体" w:cs="宋体"/>
          <w:color w:val="000000"/>
        </w:rPr>
        <w:t>（3）燕子像家人一样，成为我倾诉的对象。</w:t>
      </w:r>
    </w:p>
    <w:p>
      <w:pPr>
        <w:spacing w:line="360" w:lineRule="auto"/>
        <w:jc w:val="left"/>
        <w:textAlignment w:val="center"/>
        <w:rPr>
          <w:rFonts w:ascii="宋体" w:eastAsia="宋体" w:hAnsi="宋体" w:cs="宋体"/>
          <w:color w:val="000000"/>
        </w:rPr>
      </w:pPr>
      <w:r>
        <w:rPr>
          <w:rFonts w:ascii="宋体" w:eastAsia="宋体" w:hAnsi="宋体" w:cs="宋体"/>
          <w:color w:val="000000"/>
        </w:rPr>
        <w:t>（4）小燕子长大也不离开家，让我增强了家的归属感。</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14. </w:t>
      </w:r>
      <w:r>
        <w:rPr>
          <w:color w:val="000000"/>
        </w:rPr>
        <w:t xml:space="preserve">    ①. </w:t>
      </w:r>
      <w:r>
        <w:rPr>
          <w:rFonts w:ascii="宋体" w:eastAsia="宋体" w:hAnsi="宋体" w:cs="宋体"/>
          <w:color w:val="000000"/>
        </w:rPr>
        <w:t>示例：表现</w:t>
      </w:r>
      <w:r>
        <w:rPr>
          <w:rFonts w:ascii="Times New Roman" w:eastAsia="Times New Roman" w:hAnsi="Times New Roman" w:cs="Times New Roman"/>
          <w:color w:val="000000"/>
        </w:rPr>
        <w:t>——</w:t>
      </w:r>
      <w:r>
        <w:rPr>
          <w:rFonts w:ascii="宋体" w:eastAsia="宋体" w:hAnsi="宋体" w:cs="宋体"/>
          <w:color w:val="000000"/>
        </w:rPr>
        <w:t>燕子落下粪便，让人觉得厌烦，本想除去巢穴，后来还是自己把燕子的粪便收拾干净；</w:t>
      </w:r>
      <w:r>
        <w:rPr>
          <w:color w:val="000000"/>
        </w:rPr>
        <w:t xml:space="preserve">    ②. </w:t>
      </w:r>
      <w:r>
        <w:rPr>
          <w:rFonts w:ascii="宋体" w:eastAsia="宋体" w:hAnsi="宋体" w:cs="宋体"/>
          <w:color w:val="000000"/>
        </w:rPr>
        <w:t>原因</w:t>
      </w:r>
      <w:r>
        <w:rPr>
          <w:rFonts w:ascii="Times New Roman" w:eastAsia="Times New Roman" w:hAnsi="Times New Roman" w:cs="Times New Roman"/>
          <w:color w:val="000000"/>
        </w:rPr>
        <w:t>——</w:t>
      </w:r>
      <w:r>
        <w:rPr>
          <w:rFonts w:ascii="宋体" w:eastAsia="宋体" w:hAnsi="宋体" w:cs="宋体"/>
          <w:color w:val="000000"/>
        </w:rPr>
        <w:t>觉得燕子是纡尊降贵，是需要被人宽容和照顾的，且看到小燕子心软。</w:t>
      </w:r>
      <w:r>
        <w:rPr>
          <w:color w:val="000000"/>
        </w:rPr>
        <w:t xml:space="preserve">    </w:t>
      </w:r>
    </w:p>
    <w:p>
      <w:pPr>
        <w:spacing w:line="360" w:lineRule="auto"/>
        <w:jc w:val="left"/>
        <w:textAlignment w:val="center"/>
        <w:rPr>
          <w:rFonts w:ascii="宋体" w:eastAsia="宋体" w:hAnsi="宋体" w:cs="宋体"/>
          <w:color w:val="000000"/>
        </w:rPr>
      </w:pPr>
      <w:r>
        <w:rPr>
          <w:color w:val="000000"/>
        </w:rPr>
        <w:t xml:space="preserve">15. </w:t>
      </w:r>
      <w:r>
        <w:rPr>
          <w:color w:val="000000"/>
        </w:rPr>
        <w:t xml:space="preserve">    ①. </w:t>
      </w:r>
      <w:r>
        <w:rPr>
          <w:rFonts w:ascii="宋体" w:eastAsia="宋体" w:hAnsi="宋体" w:cs="宋体"/>
          <w:color w:val="000000"/>
        </w:rPr>
        <w:t>标题：俯瞰人间的燕子（我家的燕子/春天的燕子/温暖的燕子/我最爱的燕子……）</w:t>
      </w:r>
      <w:r>
        <w:rPr>
          <w:color w:val="000000"/>
        </w:rPr>
        <w:t xml:space="preserve">    ②. </w:t>
      </w:r>
      <w:r>
        <w:rPr>
          <w:rFonts w:ascii="宋体" w:eastAsia="宋体" w:hAnsi="宋体" w:cs="宋体"/>
          <w:color w:val="000000"/>
        </w:rPr>
        <w:t>说明：文中燕子的出现，为人们带来了春天的讯息，带来了家的温暖和明亮；人们把燕子当作家人一样亲近和喜爱，与燕子相依相伴，充满着对“家”的眷恋和对美好生活的向往……这个题目表现了燕子与人们和谐共处的主题。</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【13题详解】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 信息梳理与概括提炼。</w:t>
      </w:r>
    </w:p>
    <w:p>
      <w:pPr>
        <w:spacing w:line="360" w:lineRule="auto"/>
        <w:jc w:val="left"/>
        <w:textAlignment w:val="center"/>
        <w:rPr>
          <w:rFonts w:ascii="宋体" w:eastAsia="宋体" w:hAnsi="宋体" w:cs="宋体"/>
          <w:color w:val="000000"/>
        </w:rPr>
      </w:pPr>
      <w:r>
        <w:rPr>
          <w:rFonts w:ascii="宋体" w:eastAsia="宋体" w:hAnsi="宋体" w:cs="宋体"/>
          <w:color w:val="000000"/>
        </w:rPr>
        <w:t>文章②—⑥段</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从第②段“见燕子是立春之后、清明之前就来了……屋檐下，天空中，那些轻盈灵动的身影、那些清脆悦耳的鸟叫声，提醒着我们：春天已经来了”可知，燕子给人们带来的是春天的讯息；</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从第③段“人们对于燕子的亲近感，来自那翩然而至的形象，来自同一屋檐下的亲人的属性……燕子，已然成为我们的家人”可知，燕子与同一屋檐下的人如同亲密的家人。</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④段“……如今，忆及燕子在屋中焦急盘旋的身影，我明白了那谎言背后的关切，就像是燕子对孩子的爱，它们让我懂得父母对我也有着同样的爱”可知，燕子与同一屋檐下的人如同亲密的家人第一方面内容是：燕子对孩子的爱让我懂得了父母对子女的爱；</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⑤段“……我就问，小燕子，我饿了，你饿了没有？有……小燕子，我的作业太多了，你们怎么那么闲呢？它们就像我的家人一样，成为我倾诉的对象”可知，燕子与同一屋檐下的人如同亲密的家人第二方面内容是：燕子像家人一样，成为我倾诉的对象。</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⑥段“燕子是念家的，一旦选定一户人家筑巢，终其一生都会回到这户人家里，哪怕跋山涉水，也会年年回家。听到这里，我那种家的归属感就越发强烈了”可知，小燕子长大也不离开家，让我增强了家的归属感。这是燕子与同一屋檐下的人如同亲密的家人的第三方面内容。</w:t>
      </w:r>
    </w:p>
    <w:p>
      <w:pPr>
        <w:spacing w:line="360" w:lineRule="auto"/>
        <w:jc w:val="left"/>
        <w:textAlignment w:val="center"/>
        <w:rPr>
          <w:color w:val="000000"/>
        </w:rPr>
      </w:pPr>
      <w:r>
        <w:rPr>
          <w:color w:val="000000"/>
        </w:rPr>
        <w:t>【14题详解】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本题考查理解分析能力。</w:t>
      </w:r>
    </w:p>
    <w:p>
      <w:pPr>
        <w:spacing w:line="360" w:lineRule="auto"/>
        <w:jc w:val="left"/>
        <w:textAlignment w:val="center"/>
        <w:rPr>
          <w:rFonts w:ascii="宋体" w:eastAsia="宋体" w:hAnsi="宋体" w:cs="宋体"/>
          <w:color w:val="000000"/>
        </w:rPr>
      </w:pPr>
      <w:r>
        <w:rPr>
          <w:rFonts w:ascii="宋体" w:eastAsia="宋体" w:hAnsi="宋体" w:cs="宋体"/>
          <w:color w:val="000000"/>
        </w:rPr>
        <w:t>第⑨段“等到收拾完一切，那人还会站在巢穴下，笑自己的‘痴’”可知，笑自己“痴”缘于“等到自己收拾完一切”，再联系第⑧段“但当它们偶尔洒落一摊粪便时，也会让人无比厌烦，就有人发誓要除去那个巢穴。等看到嗷嗷待哺的小燕子，就心软了，用簸箕收来一些土撒在上面，覆盖好了，再用簸箕收走”可得“痴”的表现为：燕子落下粪便，让人觉得厌烦，本想除去巢穴，后来还是自己把燕子的粪便收拾干净；</w:t>
      </w:r>
    </w:p>
    <w:p>
      <w:pPr>
        <w:spacing w:line="360" w:lineRule="auto"/>
        <w:jc w:val="left"/>
        <w:textAlignment w:val="center"/>
        <w:rPr>
          <w:rFonts w:ascii="宋体" w:eastAsia="宋体" w:hAnsi="宋体" w:cs="宋体"/>
          <w:color w:val="000000"/>
        </w:rPr>
      </w:pPr>
      <w:r>
        <w:rPr>
          <w:rFonts w:ascii="宋体" w:eastAsia="宋体" w:hAnsi="宋体" w:cs="宋体"/>
          <w:color w:val="000000"/>
        </w:rPr>
        <w:t>再联系第⑦段“人们包容燕子、关照燕子，甚至认为它们是富贵的鸟……和我们亲近，是纡尊降贵，是应该被照顾的”和第⑧段“等看到嗷嗷待哺的小燕子，就心软了”可知，如此之“痴”的原因可概括为：觉得燕子是纡尊降贵，是需要被人宽容和照顾的，且看到小燕子心软。</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综上分析，概括作答即可。</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本题考查理解分析能力。</w:t>
      </w:r>
    </w:p>
    <w:p>
      <w:pPr>
        <w:spacing w:line="360" w:lineRule="auto"/>
        <w:jc w:val="left"/>
        <w:textAlignment w:val="center"/>
        <w:rPr>
          <w:rFonts w:ascii="宋体" w:eastAsia="宋体" w:hAnsi="宋体" w:cs="宋体"/>
          <w:color w:val="000000"/>
        </w:rPr>
      </w:pPr>
      <w:r>
        <w:rPr>
          <w:rFonts w:ascii="宋体" w:eastAsia="宋体" w:hAnsi="宋体" w:cs="宋体"/>
          <w:color w:val="000000"/>
        </w:rPr>
        <w:t>标题可表现主要的“人或物”、表现他（它）的特点，表达我们对他（它）的情感，表现主题等；结合文章的主要内容：文中燕子的出现，为人们带来了春天的讯息（第②段），带来了家的温暖和明亮（第③段）；人们把燕子当作家人一样亲近和喜爱，与燕子相依相伴，充满着对“家”的眷恋和对美好生活的向往（第④⑤⑥段）等内容，和本文的主题：燕子与人们和谐共处，来拟题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像“俯瞰人间的燕子、温暖的燕子（表现燕子的特点）”“可爱的燕子、我最爱的燕子（表达我们对它的情感）”等，都是不错的补充。</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（二）（共9分）</w:t>
      </w:r>
    </w:p>
    <w:p>
      <w:pPr>
        <w:spacing w:line="360" w:lineRule="auto"/>
        <w:jc w:val="left"/>
        <w:textAlignment w:val="center"/>
        <w:rPr>
          <w:rFonts w:ascii="宋体" w:eastAsia="宋体" w:hAnsi="宋体" w:cs="宋体"/>
          <w:color w:val="000000"/>
        </w:rPr>
      </w:pPr>
      <w:r>
        <w:rPr>
          <w:rFonts w:ascii="宋体" w:eastAsia="宋体" w:hAnsi="宋体" w:cs="宋体"/>
          <w:color w:val="000000"/>
        </w:rPr>
        <w:t>阅读《松鼠》完成下面小题。</w:t>
      </w:r>
    </w:p>
    <w:p>
      <w:pPr>
        <w:spacing w:line="360" w:lineRule="auto"/>
        <w:jc w:val="center"/>
        <w:textAlignment w:val="center"/>
        <w:rPr>
          <w:rFonts w:ascii="楷体" w:eastAsia="楷体" w:hAnsi="楷体" w:cs="楷体"/>
          <w:color w:val="000000"/>
        </w:rPr>
      </w:pPr>
      <w:r>
        <w:rPr>
          <w:rFonts w:ascii="楷体" w:eastAsia="楷体" w:hAnsi="楷体" w:cs="楷体"/>
          <w:color w:val="000000"/>
        </w:rPr>
        <w:t>松  鼠</w:t>
      </w:r>
    </w:p>
    <w:p>
      <w:pPr>
        <w:spacing w:line="360" w:lineRule="auto"/>
        <w:jc w:val="center"/>
        <w:textAlignment w:val="center"/>
        <w:rPr>
          <w:rFonts w:ascii="楷体" w:eastAsia="楷体" w:hAnsi="楷体" w:cs="楷体"/>
          <w:color w:val="000000"/>
        </w:rPr>
      </w:pPr>
      <w:r>
        <w:rPr>
          <w:rFonts w:ascii="楷体" w:eastAsia="楷体" w:hAnsi="楷体" w:cs="楷体"/>
          <w:color w:val="000000"/>
        </w:rPr>
        <w:t>科莱特（法）</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①朋友送我一只小松鼠，我叫它皮蒂里基。一开始，我就觉察到它野性十足，换句话说，它对于人一无所知，竟以为可以无所顾忌。它的身上燃烧着一颗海盗和山大王的灵魂，并在它那站起来才22公分长的身体内随意地表现出来。</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②一进门，它就把波斯猫吓得直哆嗦，而叭儿狗在它面前竟说不出话来。瞧着这个快快活活、疯疯癫癫的家伙一本正经地坐在椅子靠背上，瞪着那双像羚羊般椭圆形眼睛盯着每一样东西，谁会不发抖呢？它一边口中咂咂作响，一边摇晃它那镶有一条</w:t>
      </w:r>
      <w:r>
        <w:rPr>
          <w:rFonts w:ascii="宋体" w:eastAsia="宋体" w:hAnsi="宋体" w:cs="宋体"/>
          <w:color w:val="000000"/>
        </w:rPr>
        <w:t>“</w:t>
      </w:r>
      <w:r>
        <w:rPr>
          <w:rFonts w:ascii="楷体" w:eastAsia="楷体" w:hAnsi="楷体" w:cs="楷体"/>
          <w:color w:val="000000"/>
        </w:rPr>
        <w:t>绦带</w:t>
      </w:r>
      <w:r>
        <w:rPr>
          <w:rFonts w:ascii="宋体" w:eastAsia="宋体" w:hAnsi="宋体" w:cs="宋体"/>
          <w:color w:val="000000"/>
        </w:rPr>
        <w:t>”</w:t>
      </w:r>
      <w:r>
        <w:rPr>
          <w:rFonts w:ascii="楷体" w:eastAsia="楷体" w:hAnsi="楷体" w:cs="楷体"/>
          <w:color w:val="000000"/>
        </w:rPr>
        <w:t>的可爱的圆耳朵，把榛子壳和它的威风胡乱撒向我那些惊愕不已的小动物们。</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③第一天，它喝牛奶，在我的头发上蹭干净两只手，然后模仿松鸦的叫声，往空中蹦跳。过一会儿，它又趴在一块地毯上，把一个戴头盔的半裸人物的鼻子吃掉。不过，它并不认为我会惩罚它，又回到我的肩上，梳理我的头发。</w:t>
      </w:r>
    </w:p>
    <w:p>
      <w:pPr>
        <w:spacing w:line="360" w:lineRule="auto"/>
        <w:ind w:firstLine="420"/>
        <w:jc w:val="left"/>
        <w:textAlignment w:val="center"/>
        <w:rPr>
          <w:rFonts w:ascii="楷体" w:eastAsia="楷体" w:hAnsi="楷体" w:cs="楷体"/>
          <w:color w:val="000000"/>
        </w:rPr>
      </w:pPr>
      <w:r>
        <w:rPr>
          <w:rFonts w:ascii="宋体" w:eastAsia="宋体" w:hAnsi="宋体" w:cs="宋体"/>
          <w:color w:val="000000"/>
        </w:rPr>
        <w:t>④“</w:t>
      </w:r>
      <w:r>
        <w:rPr>
          <w:rFonts w:ascii="楷体" w:eastAsia="楷体" w:hAnsi="楷体" w:cs="楷体"/>
          <w:color w:val="000000"/>
        </w:rPr>
        <w:t>它挺好看，可是……它对人亲热吗？它听话吗？</w:t>
      </w:r>
      <w:r>
        <w:rPr>
          <w:rFonts w:ascii="宋体" w:eastAsia="宋体" w:hAnsi="宋体" w:cs="宋体"/>
          <w:color w:val="000000"/>
        </w:rPr>
        <w:t>”</w:t>
      </w:r>
      <w:r>
        <w:rPr>
          <w:rFonts w:ascii="楷体" w:eastAsia="楷体" w:hAnsi="楷体" w:cs="楷体"/>
          <w:color w:val="000000"/>
        </w:rPr>
        <w:t>我的朋友这么问道。</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⑤我觉得，他们这样直截了当地提出问题真放肆，而且，对待动物多么卑劣……</w:t>
      </w:r>
      <w:r>
        <w:rPr>
          <w:rFonts w:ascii="宋体" w:eastAsia="宋体" w:hAnsi="宋体" w:cs="宋体"/>
          <w:color w:val="000000"/>
        </w:rPr>
        <w:t>“</w:t>
      </w:r>
      <w:r>
        <w:rPr>
          <w:rFonts w:ascii="楷体" w:eastAsia="楷体" w:hAnsi="楷体" w:cs="楷体"/>
          <w:color w:val="000000"/>
        </w:rPr>
        <w:t>有来有往</w:t>
      </w:r>
      <w:r>
        <w:rPr>
          <w:rFonts w:ascii="宋体" w:eastAsia="宋体" w:hAnsi="宋体" w:cs="宋体"/>
          <w:color w:val="000000"/>
        </w:rPr>
        <w:t>”</w:t>
      </w:r>
      <w:r>
        <w:rPr>
          <w:rFonts w:ascii="楷体" w:eastAsia="楷体" w:hAnsi="楷体" w:cs="楷体"/>
          <w:color w:val="000000"/>
        </w:rPr>
        <w:t>，可我们又给了它们什么呢？一点儿食物，——和一条锁链。</w:t>
      </w:r>
    </w:p>
    <w:p>
      <w:pPr>
        <w:spacing w:line="360" w:lineRule="auto"/>
        <w:ind w:firstLine="420"/>
        <w:jc w:val="left"/>
        <w:textAlignment w:val="center"/>
        <w:rPr>
          <w:rFonts w:ascii="宋体" w:eastAsia="宋体" w:hAnsi="宋体" w:cs="宋体"/>
          <w:color w:val="000000"/>
        </w:rPr>
      </w:pPr>
      <w:r>
        <w:rPr>
          <w:rFonts w:ascii="宋体" w:eastAsia="宋体" w:hAnsi="宋体" w:cs="宋体"/>
          <w:color w:val="000000"/>
        </w:rPr>
        <w:t>⑥“</w:t>
      </w:r>
      <w:r>
        <w:rPr>
          <w:rFonts w:ascii="楷体" w:eastAsia="楷体" w:hAnsi="楷体" w:cs="楷体"/>
          <w:color w:val="000000"/>
        </w:rPr>
        <w:t>抓住它，把它拴住，它把糖果盒拿走啦！</w:t>
      </w:r>
      <w:r>
        <w:rPr>
          <w:rFonts w:ascii="宋体" w:eastAsia="宋体" w:hAnsi="宋体" w:cs="宋体"/>
          <w:color w:val="000000"/>
        </w:rPr>
        <w:t>”</w:t>
      </w:r>
    </w:p>
    <w:p>
      <w:pPr>
        <w:spacing w:line="360" w:lineRule="auto"/>
        <w:ind w:firstLine="420"/>
        <w:jc w:val="left"/>
        <w:textAlignment w:val="center"/>
        <w:rPr>
          <w:rFonts w:ascii="楷体" w:eastAsia="楷体" w:hAnsi="楷体" w:cs="楷体"/>
          <w:color w:val="000000"/>
          <w:u w:val="single"/>
        </w:rPr>
      </w:pPr>
      <w:r>
        <w:rPr>
          <w:rFonts w:ascii="楷体" w:eastAsia="楷体" w:hAnsi="楷体" w:cs="楷体"/>
          <w:color w:val="000000"/>
        </w:rPr>
        <w:t>⑦一条锁链箍在了皮蒂里基的腰上，似乎正在磨损它的毛皮。</w:t>
      </w:r>
      <w:r>
        <w:rPr>
          <w:rFonts w:ascii="楷体" w:eastAsia="楷体" w:hAnsi="楷体" w:cs="楷体"/>
          <w:color w:val="000000"/>
          <w:u w:val="single"/>
        </w:rPr>
        <w:t>它那如羽毛般轻盈、如火焰般闪烁、翘在空中的尾巴在跳来跳去时发出一种如苦役犯戴的镣铐的声音。</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⑧它被缚住之后，就把一双手紧紧贴在胸前，出神地凝视着由花园和草地构成的一片无边的绿色，身体则有规律地战栗，我只能把这种战栗比作生命垂危的蝴蝶的抖动。我牵住链子的另一端，它便随我一起在草坪上行走，它用前肢攫住一棵鲜花盛开的女贞树底部的枝桠，发疯似的摇晃它，咬住它，仿佛要看看这树枝是不是活的。它瞧见空中飞过的鸟儿，便伸长脖子向鸟儿致意，这一举动几乎使它离开了地面……</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⑨度过了复活节假日，它发胖了。除了我敞开给它的榛子、核桃、杏仁外，它还咬了窗帘、镜框的一角，凿穿了一个银匙，整天把一根葡萄枝搂在怀里走来走去，用嘴唇舔着。它在我双肩之间蹿来蹿去，往我耳朵里吹气，可是，我讨厌它身上那条链子的声音和它柔软光滑的肋部的周围那一小圈被磨损的皮毛。</w:t>
      </w:r>
    </w:p>
    <w:p>
      <w:pPr>
        <w:spacing w:line="360" w:lineRule="auto"/>
        <w:ind w:firstLine="420"/>
        <w:jc w:val="left"/>
        <w:textAlignment w:val="center"/>
        <w:rPr>
          <w:rFonts w:ascii="楷体" w:eastAsia="楷体" w:hAnsi="楷体" w:cs="楷体"/>
          <w:color w:val="000000"/>
        </w:rPr>
      </w:pPr>
      <w:r>
        <w:rPr>
          <w:rFonts w:ascii="楷体" w:eastAsia="楷体" w:hAnsi="楷体" w:cs="楷体"/>
          <w:color w:val="000000"/>
        </w:rPr>
        <w:t>⑩我给皮蒂里基以自由的时候，我回想起来正是六月，温煦的微风轻轻吹拂，洋槐花和双瓣樱桃花如一条条雪白的斜线在空气中摇曳。我解开了它的锁链——而自由了的松鼠却一动也不动，它两只手交叉，久久地、全神贯注地坐在窗台上。它开始做它的习惯动作，把手塞进腹部和链子之间，但它没找到链子。它笨拙而轻轻地跳了一下，估量那根原先拴它的断链带的确切长度，然后，又试着跳了一下，那时，它只是瞅着我。最后，它不安地咳嗽，急急地奔跑起来，然后，消失得无影无踪。</w:t>
      </w:r>
    </w:p>
    <w:p>
      <w:pPr>
        <w:spacing w:line="360" w:lineRule="auto"/>
        <w:jc w:val="right"/>
        <w:textAlignment w:val="center"/>
        <w:rPr>
          <w:rFonts w:ascii="宋体" w:eastAsia="宋体" w:hAnsi="宋体" w:cs="宋体"/>
          <w:color w:val="000000"/>
        </w:rPr>
      </w:pPr>
      <w:r>
        <w:rPr>
          <w:rFonts w:ascii="宋体" w:eastAsia="宋体" w:hAnsi="宋体" w:cs="宋体"/>
          <w:color w:val="000000"/>
        </w:rPr>
        <w:t>（节选自《义务教育教科书语文自读课本七年级上册》，有改动）</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16. </w:t>
      </w:r>
      <w:r>
        <w:rPr>
          <w:rFonts w:ascii="宋体" w:eastAsia="宋体" w:hAnsi="宋体" w:cs="宋体"/>
          <w:color w:val="000000"/>
        </w:rPr>
        <w:t>文章讲述了“我”与松鼠的一段故事，请按文章顺序将情节补充完整。（每空限填一个动词）</w:t>
      </w:r>
    </w:p>
    <w:p>
      <w:pPr>
        <w:spacing w:line="360" w:lineRule="auto"/>
        <w:jc w:val="left"/>
        <w:textAlignment w:val="center"/>
        <w:rPr>
          <w:rFonts w:ascii="宋体" w:eastAsia="宋体" w:hAnsi="宋体" w:cs="宋体"/>
          <w:color w:val="000000"/>
        </w:rPr>
      </w:pPr>
      <w:r>
        <w:rPr>
          <w:rFonts w:ascii="宋体" w:eastAsia="宋体" w:hAnsi="宋体" w:cs="宋体"/>
          <w:color w:val="000000"/>
          <w:u w:val="single"/>
        </w:rPr>
        <w:t>①</w:t>
      </w:r>
      <w:r>
        <w:rPr>
          <w:rFonts w:ascii="宋体" w:eastAsia="宋体" w:hAnsi="宋体" w:cs="宋体"/>
          <w:color w:val="000000"/>
        </w:rPr>
        <w:t>_____</w:t>
      </w:r>
      <w:r>
        <w:rPr>
          <w:rFonts w:ascii="宋体" w:eastAsia="宋体" w:hAnsi="宋体" w:cs="宋体"/>
          <w:color w:val="000000"/>
        </w:rPr>
        <w:t>松鼠→</w:t>
      </w:r>
      <w:r>
        <w:rPr>
          <w:rFonts w:ascii="宋体" w:eastAsia="宋体" w:hAnsi="宋体" w:cs="宋体"/>
          <w:color w:val="000000"/>
          <w:u w:val="single"/>
        </w:rPr>
        <w:t>②</w:t>
      </w:r>
      <w:r>
        <w:rPr>
          <w:rFonts w:ascii="宋体" w:eastAsia="宋体" w:hAnsi="宋体" w:cs="宋体"/>
          <w:color w:val="000000"/>
        </w:rPr>
        <w:t>____</w:t>
      </w:r>
      <w:r>
        <w:rPr>
          <w:rFonts w:ascii="宋体" w:eastAsia="宋体" w:hAnsi="宋体" w:cs="宋体"/>
          <w:color w:val="000000"/>
        </w:rPr>
        <w:t>松鼠→</w:t>
      </w:r>
      <w:r>
        <w:rPr>
          <w:rFonts w:ascii="宋体" w:eastAsia="宋体" w:hAnsi="宋体" w:cs="宋体"/>
          <w:color w:val="000000"/>
          <w:u w:val="single"/>
        </w:rPr>
        <w:t>③</w:t>
      </w:r>
      <w:r>
        <w:rPr>
          <w:rFonts w:ascii="宋体" w:eastAsia="宋体" w:hAnsi="宋体" w:cs="宋体"/>
          <w:color w:val="000000"/>
        </w:rPr>
        <w:t>____</w:t>
      </w:r>
      <w:r>
        <w:rPr>
          <w:rFonts w:ascii="宋体" w:eastAsia="宋体" w:hAnsi="宋体" w:cs="宋体"/>
          <w:color w:val="000000"/>
        </w:rPr>
        <w:t xml:space="preserve"> 松鼠</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17. </w:t>
      </w:r>
      <w:r>
        <w:rPr>
          <w:rFonts w:ascii="宋体" w:eastAsia="宋体" w:hAnsi="宋体" w:cs="宋体"/>
          <w:color w:val="000000"/>
        </w:rPr>
        <w:t>请从修辞方法的角度，结合上下文，赏析文中的画线句。</w:t>
      </w:r>
    </w:p>
    <w:p>
      <w:pPr>
        <w:spacing w:line="360" w:lineRule="auto"/>
        <w:jc w:val="left"/>
        <w:textAlignment w:val="center"/>
        <w:rPr>
          <w:rFonts w:ascii="宋体" w:eastAsia="宋体" w:hAnsi="宋体" w:cs="宋体"/>
          <w:color w:val="000000"/>
        </w:rPr>
      </w:pPr>
      <w:r>
        <w:rPr>
          <w:rFonts w:ascii="宋体" w:eastAsia="宋体" w:hAnsi="宋体" w:cs="宋体"/>
          <w:color w:val="000000"/>
        </w:rPr>
        <w:t xml:space="preserve">18. </w:t>
      </w:r>
      <w:r>
        <w:rPr>
          <w:rFonts w:ascii="宋体" w:eastAsia="宋体" w:hAnsi="宋体" w:cs="宋体"/>
          <w:color w:val="000000"/>
        </w:rPr>
        <w:t>文章结尾写松鼠“消失得无影无踪”，有读者认为，松鼠一定会回来的，你同意吗？说说你的看法。</w:t>
      </w:r>
    </w:p>
    <w:p>
      <w:pPr>
        <w:spacing w:line="360" w:lineRule="auto"/>
        <w:textAlignment w:val="center"/>
        <w:rPr>
          <w:color w:val="2E75B6"/>
        </w:rPr>
      </w:pPr>
      <w:r>
        <w:rPr>
          <w:color w:val="2E75B6"/>
        </w:rPr>
        <w:t>【16~18题答案】</w:t>
      </w:r>
    </w:p>
    <w:p>
      <w:pPr>
        <w:spacing w:line="360" w:lineRule="auto"/>
        <w:textAlignment w:val="center"/>
        <w:rPr>
          <w:rFonts w:ascii="宋体" w:eastAsia="宋体" w:hAnsi="宋体" w:cs="宋体"/>
          <w:color w:val="000000"/>
        </w:rPr>
      </w:pPr>
      <w:r>
        <w:rPr>
          <w:color w:val="2E75B6"/>
        </w:rPr>
        <w:t>【答案】</w:t>
      </w:r>
      <w:r>
        <w:rPr>
          <w:color w:val="000000"/>
        </w:rPr>
        <w:t xml:space="preserve">16. </w:t>
      </w:r>
      <w:r>
        <w:rPr>
          <w:color w:val="000000"/>
        </w:rPr>
        <w:t xml:space="preserve">    ①. </w:t>
      </w:r>
      <w:r>
        <w:rPr>
          <w:rFonts w:ascii="宋体" w:eastAsia="宋体" w:hAnsi="宋体" w:cs="宋体"/>
          <w:color w:val="000000"/>
        </w:rPr>
        <w:t>得（收养）</w:t>
      </w:r>
      <w:r>
        <w:rPr>
          <w:color w:val="000000"/>
        </w:rPr>
        <w:t xml:space="preserve">    ②. </w:t>
      </w:r>
      <w:r>
        <w:rPr>
          <w:rFonts w:ascii="宋体" w:eastAsia="宋体" w:hAnsi="宋体" w:cs="宋体"/>
          <w:color w:val="000000"/>
        </w:rPr>
        <w:t>拴（缚住）</w:t>
      </w:r>
      <w:r>
        <w:rPr>
          <w:color w:val="000000"/>
        </w:rPr>
        <w:t xml:space="preserve">    ③. </w:t>
      </w:r>
      <w:r>
        <w:rPr>
          <w:rFonts w:ascii="宋体" w:eastAsia="宋体" w:hAnsi="宋体" w:cs="宋体"/>
          <w:color w:val="000000"/>
        </w:rPr>
        <w:t>放（放生）</w:t>
      </w:r>
      <w:r>
        <w:rPr>
          <w:color w:val="000000"/>
        </w:rPr>
        <w:t xml:space="preserve">    </w:t>
      </w:r>
    </w:p>
    <w:p>
      <w:pPr>
        <w:spacing w:line="360" w:lineRule="auto"/>
        <w:textAlignment w:val="center"/>
        <w:rPr>
          <w:rFonts w:ascii="宋体" w:eastAsia="宋体" w:hAnsi="宋体" w:cs="宋体"/>
          <w:color w:val="000000"/>
        </w:rPr>
      </w:pPr>
      <w:r>
        <w:rPr>
          <w:color w:val="000000"/>
        </w:rPr>
        <w:t xml:space="preserve">17. </w:t>
      </w:r>
      <w:r>
        <w:rPr>
          <w:rFonts w:ascii="宋体" w:eastAsia="宋体" w:hAnsi="宋体" w:cs="宋体"/>
          <w:color w:val="000000"/>
        </w:rPr>
        <w:t>示例：本句运用比喻修辞，把松鼠的尾巴比喻成“羽毛”和“火焰”，把它跳来跳去时发出的声音比喻成“苦役犯戴的镣铐的声音”，形象地写出美丽的松鼠被锁链束缚后的痛苦状态，表达了“我”对它的同情和怜悯。</w:t>
      </w:r>
      <w:r>
        <w:rPr>
          <w:color w:val="000000"/>
        </w:rPr>
        <w:t xml:space="preserve">    </w:t>
      </w:r>
    </w:p>
    <w:p>
      <w:pPr>
        <w:spacing w:line="360" w:lineRule="auto"/>
        <w:textAlignment w:val="center"/>
        <w:rPr>
          <w:rFonts w:ascii="宋体" w:eastAsia="宋体" w:hAnsi="宋体" w:cs="宋体"/>
          <w:color w:val="000000"/>
        </w:rPr>
      </w:pPr>
      <w:r>
        <w:rPr>
          <w:color w:val="000000"/>
        </w:rPr>
        <w:t xml:space="preserve">18. </w:t>
      </w:r>
      <w:r>
        <w:rPr>
          <w:rFonts w:ascii="宋体" w:eastAsia="宋体" w:hAnsi="宋体" w:cs="宋体"/>
          <w:color w:val="000000"/>
        </w:rPr>
        <w:t>示例一：同意。动物也是有感情的，“我”帮助它打开锁链，带着它去草坪，给它喂食，它和我建立了深厚的感情，所以可能还会回来找我。</w:t>
      </w:r>
    </w:p>
    <w:p>
      <w:pPr>
        <w:spacing w:line="360" w:lineRule="auto"/>
        <w:jc w:val="left"/>
        <w:textAlignment w:val="center"/>
        <w:rPr>
          <w:rFonts w:ascii="宋体" w:eastAsia="宋体" w:hAnsi="宋体" w:cs="宋体"/>
          <w:color w:val="000000"/>
        </w:rPr>
      </w:pPr>
      <w:r>
        <w:rPr>
          <w:rFonts w:ascii="宋体" w:eastAsia="宋体" w:hAnsi="宋体" w:cs="宋体"/>
          <w:color w:val="000000"/>
        </w:rPr>
        <w:t>示例二：不同意。这个小松鼠是个野性十足、热爱自由的生灵，被铁链拴住后，它非常不快乐，所以它一旦获得了自由，就不会再回来了。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textAlignment w:val="center"/>
        <w:rPr>
          <w:color w:val="000000"/>
        </w:rPr>
      </w:pPr>
      <w:r>
        <w:rPr>
          <w:color w:val="000000"/>
        </w:rPr>
        <w:t>【16题详解】</w:t>
      </w:r>
    </w:p>
    <w:p>
      <w:pPr>
        <w:spacing w:line="360" w:lineRule="auto"/>
        <w:textAlignment w:val="center"/>
        <w:rPr>
          <w:rFonts w:ascii="宋体" w:eastAsia="宋体" w:hAnsi="宋体" w:cs="宋体"/>
          <w:color w:val="000000"/>
        </w:rPr>
      </w:pPr>
      <w:r>
        <w:rPr>
          <w:rFonts w:ascii="宋体" w:eastAsia="宋体" w:hAnsi="宋体" w:cs="宋体"/>
          <w:color w:val="000000"/>
        </w:rPr>
        <w:t>本题考查 信息梳理与概括能力。填写的词语既要能概括主要内容，还要限填一个动词。</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从第①—④段知，这是写我得到了朋友送来一只松鼠，是“得松鼠”；</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从第⑤—⑨段知，由于松鼠不听话，把糖果盒拿走，从第⑦段“一条锁链箍在了皮蒂里基的腰上，似乎正在磨损它的毛皮”可知，这部分写的是“拴松鼠”；</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从第⑩段“我解开了它的锁链——而自由了的松鼠却一动也不动，它两只手交叉，久久地、全神贯注地坐在窗台上”可知，我给皮蒂里基以自由，这是写“放松鼠”。</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本题考查关键词句赏析。可从修辞手法、描写方法和关键词句的使用这三方面，结合词句的本义、内含、情感主题来赏析。</w:t>
      </w:r>
    </w:p>
    <w:p>
      <w:pPr>
        <w:spacing w:line="360" w:lineRule="auto"/>
        <w:jc w:val="left"/>
        <w:textAlignment w:val="center"/>
        <w:rPr>
          <w:rFonts w:ascii="宋体" w:eastAsia="宋体" w:hAnsi="宋体" w:cs="宋体"/>
          <w:color w:val="000000"/>
        </w:rPr>
      </w:pPr>
      <w:r>
        <w:rPr>
          <w:rFonts w:ascii="宋体" w:eastAsia="宋体" w:hAnsi="宋体" w:cs="宋体"/>
          <w:color w:val="000000"/>
        </w:rPr>
        <w:t>“它那如羽毛般轻盈、如火焰般闪烁、翘在空中的尾巴在跳来跳去时发出一种如苦役犯戴的镣铐的声音”一句中，把松鼠的尾巴比喻成“羽毛”和“火焰”，运用了比喻的修辞手法，生动形象地写出了松鼠尾巴的轻盈和不停晃动。</w:t>
      </w:r>
    </w:p>
    <w:p>
      <w:pPr>
        <w:spacing w:line="360" w:lineRule="auto"/>
        <w:jc w:val="left"/>
        <w:textAlignment w:val="center"/>
        <w:rPr>
          <w:rFonts w:ascii="宋体" w:eastAsia="宋体" w:hAnsi="宋体" w:cs="宋体"/>
          <w:color w:val="000000"/>
        </w:rPr>
      </w:pPr>
      <w:r>
        <w:rPr>
          <w:rFonts w:ascii="宋体" w:eastAsia="宋体" w:hAnsi="宋体" w:cs="宋体"/>
          <w:color w:val="000000"/>
        </w:rPr>
        <w:t>另外，“苦役犯戴的镣铐的声音”又是来形容松鼠跳来跳去时发出的声音，同样是比喻修辞。联系上句“一条锁链箍在了皮蒂里基的腰上，似乎正在磨损它的毛皮”可知，这一比喻生动刻画了它被锁链束缚后的痛苦状态，这让拥有“如羽毛般轻盈、如火焰般闪烁、翘在空中的尾巴”的松鼠更加痛苦不堪，表达作者对这被拴起来的活泼而轻盈的小动物的同情和关心。</w:t>
      </w:r>
    </w:p>
    <w:p>
      <w:pPr>
        <w:spacing w:line="360" w:lineRule="auto"/>
        <w:jc w:val="left"/>
        <w:textAlignment w:val="center"/>
        <w:rPr>
          <w:color w:val="000000"/>
        </w:rPr>
      </w:pPr>
      <w:r>
        <w:rPr>
          <w:color w:val="000000"/>
        </w:rPr>
        <w:t>【18题详解】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本题考查理解分析能力。可根据课文相关内容，对松鼠是否还回来作出合理的判断和分析。言之有理即可。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从第⑩段“……那时，它只是瞅着我。最后，它不安地咳嗽，急急地奔跑起来”可知，松鼠与“我”已经有了一定的情感，小松鼠如果一去不返，不能表现小松鼠对“我”的依恋之深、感恩之情，故它回来的可能性很大。</w:t>
      </w:r>
    </w:p>
    <w:p>
      <w:pPr>
        <w:spacing w:line="360" w:lineRule="auto"/>
        <w:jc w:val="left"/>
        <w:textAlignment w:val="center"/>
        <w:rPr>
          <w:rFonts w:ascii="宋体" w:eastAsia="宋体" w:hAnsi="宋体" w:cs="宋体"/>
          <w:color w:val="000000"/>
        </w:rPr>
      </w:pPr>
      <w:r>
        <w:rPr>
          <w:rFonts w:ascii="宋体" w:eastAsia="宋体" w:hAnsi="宋体" w:cs="宋体"/>
          <w:color w:val="000000"/>
        </w:rPr>
        <w:t>但从第⑧段“它被缚住之后……身体则有规律地战栗，……它用前肢攫住一棵鲜花盛开的女贞树底部的枝桠，发疯似的摇晃它，咬住它，仿佛要看看这树枝是不是活的。它瞧见空中飞过的鸟儿，便伸长脖子向鸟儿致意，这一举动几乎使它离开了地面……”再联系动物天然的野性可知，向往自由和山林自然的天性来分析，松鼠回来的可能性几乎为零。</w:t>
      </w:r>
    </w:p>
    <w:p>
      <w:pPr>
        <w:pStyle w:val="Heading3"/>
      </w:pPr>
      <w:r>
        <w:t>门头沟区</w:t>
      </w:r>
    </w:p>
    <w:p>
      <w:pPr>
        <w:spacing w:line="360" w:lineRule="auto"/>
        <w:jc w:val="left"/>
        <w:textAlignment w:val="center"/>
        <w:rPr>
          <w:color w:val="000000"/>
        </w:rPr>
      </w:pPr>
      <w:r>
        <w:rPr>
          <w:rFonts w:ascii="宋体" w:eastAsia="宋体" w:hAnsi="宋体" w:cs="宋体"/>
          <w:b/>
          <w:color w:val="000000"/>
          <w:sz w:val="24"/>
        </w:rPr>
        <w:t>四、现代文阅读（共25分）</w:t>
      </w:r>
    </w:p>
    <w:p>
      <w:pPr>
        <w:spacing w:line="360" w:lineRule="auto"/>
        <w:jc w:val="left"/>
        <w:textAlignment w:val="center"/>
        <w:rPr>
          <w:color w:val="000000"/>
        </w:rPr>
      </w:pPr>
      <w:r>
        <w:rPr>
          <w:color w:val="000000"/>
        </w:rPr>
        <w:t xml:space="preserve">10. </w:t>
      </w:r>
      <w:r>
        <w:rPr>
          <w:rFonts w:ascii="宋体" w:eastAsia="宋体" w:hAnsi="宋体" w:cs="宋体"/>
          <w:color w:val="000000"/>
        </w:rPr>
        <w:t>阅读《大地之灯》，完成问题。</w:t>
      </w:r>
    </w:p>
    <w:p>
      <w:pPr>
        <w:spacing w:line="360" w:lineRule="auto"/>
        <w:ind w:firstLine="420"/>
        <w:jc w:val="center"/>
        <w:textAlignment w:val="center"/>
        <w:rPr>
          <w:color w:val="000000"/>
        </w:rPr>
      </w:pPr>
      <w:r>
        <w:rPr>
          <w:rFonts w:ascii="楷体" w:eastAsia="楷体" w:hAnsi="楷体" w:cs="楷体"/>
          <w:color w:val="000000"/>
        </w:rPr>
        <w:t>大地之灯</w:t>
      </w:r>
    </w:p>
    <w:p>
      <w:pPr>
        <w:spacing w:line="360" w:lineRule="auto"/>
        <w:ind w:firstLine="420"/>
        <w:jc w:val="center"/>
        <w:textAlignment w:val="center"/>
        <w:rPr>
          <w:color w:val="000000"/>
        </w:rPr>
      </w:pPr>
      <w:r>
        <w:rPr>
          <w:rFonts w:ascii="楷体" w:eastAsia="楷体" w:hAnsi="楷体" w:cs="楷体"/>
          <w:color w:val="000000"/>
        </w:rPr>
        <w:t>寒　石</w:t>
      </w:r>
    </w:p>
    <w:p>
      <w:pPr>
        <w:spacing w:line="360" w:lineRule="auto"/>
        <w:ind w:firstLine="420"/>
        <w:jc w:val="left"/>
        <w:textAlignment w:val="center"/>
        <w:rPr>
          <w:color w:val="000000"/>
        </w:rPr>
      </w:pPr>
      <w:r>
        <w:rPr>
          <w:rFonts w:ascii="楷体" w:eastAsia="楷体" w:hAnsi="楷体" w:cs="楷体"/>
          <w:color w:val="000000"/>
        </w:rPr>
        <w:t>①入梅之后，雨雾迷离，天地晦暗；大地需要照明，众生需要照明，“该掌灯了”。</w:t>
      </w:r>
    </w:p>
    <w:p>
      <w:pPr>
        <w:spacing w:line="360" w:lineRule="auto"/>
        <w:ind w:firstLine="420"/>
        <w:jc w:val="left"/>
        <w:textAlignment w:val="center"/>
        <w:rPr>
          <w:color w:val="000000"/>
        </w:rPr>
      </w:pPr>
      <w:r>
        <w:rPr>
          <w:rFonts w:ascii="楷体" w:eastAsia="楷体" w:hAnsi="楷体" w:cs="楷体"/>
          <w:color w:val="000000"/>
        </w:rPr>
        <w:t>②荒野众生，蚂蚁个小，腿短而细，在泥泞中跋涉，它得找准落脚点，有灯指引才不会沉陷；瓢虫飞不远，又不得不飞，每一次起飞都是一种冒险，更需要灯照明，避免一头撞上一株草；兔子这家伙眼大无光，雨季更需要灯光，不然它会找不到一棵青菜或胡萝卜的位置……</w:t>
      </w:r>
    </w:p>
    <w:p>
      <w:pPr>
        <w:spacing w:line="360" w:lineRule="auto"/>
        <w:ind w:firstLine="420"/>
        <w:jc w:val="left"/>
        <w:textAlignment w:val="center"/>
        <w:rPr>
          <w:color w:val="000000"/>
        </w:rPr>
      </w:pPr>
      <w:r>
        <w:rPr>
          <w:rFonts w:ascii="楷体" w:eastAsia="楷体" w:hAnsi="楷体" w:cs="楷体"/>
          <w:color w:val="000000"/>
        </w:rPr>
        <w:t>③天空之灯，是月亮、星星，当然也包括太阳。大地之灯，不同时节以不同形式呈现：春天是各色花儿，那些灿若繁星的花朵，把初醒的大地装扮、照亮。入夏之后，就变成了果实，最早点亮的是一些姓草或树的莓们。</w:t>
      </w:r>
    </w:p>
    <w:p>
      <w:pPr>
        <w:spacing w:line="360" w:lineRule="auto"/>
        <w:ind w:firstLine="420"/>
        <w:jc w:val="left"/>
        <w:textAlignment w:val="center"/>
        <w:rPr>
          <w:color w:val="000000"/>
        </w:rPr>
      </w:pPr>
      <w:r>
        <w:rPr>
          <w:rFonts w:ascii="楷体" w:eastAsia="楷体" w:hAnsi="楷体" w:cs="楷体"/>
          <w:color w:val="000000"/>
        </w:rPr>
        <w:t>④草或树的莓们，真的是为灯而生的吧。它们一生下来，就是灯的模样，长大成熟了，红亮得能放出光。鲁迅说它“像小珊瑚珠攒成的小球”，难道他不觉得更像是小珊瑚珠攒成的一盏小灯笼吗？</w:t>
      </w:r>
      <w:r>
        <w:rPr>
          <w:rFonts w:ascii="楷体" w:eastAsia="楷体" w:hAnsi="楷体" w:cs="楷体"/>
          <w:color w:val="000000"/>
          <w:u w:val="single"/>
        </w:rPr>
        <w:t>一粒粒小珊瑚珠鲜红、透亮，每一粒里面都有一粒燃烧的火种，无数这样的火种攒在一起，就是一盏盏红彤彤、美丽可爱的小灯笼</w:t>
      </w:r>
      <w:r>
        <w:rPr>
          <w:rFonts w:ascii="楷体" w:eastAsia="楷体" w:hAnsi="楷体" w:cs="楷体"/>
          <w:color w:val="000000"/>
        </w:rPr>
        <w:t>。它们有的系在一些带刺的草茎上，与大地保持很亲近的距离，为一些小个子的动物们照明。</w:t>
      </w:r>
    </w:p>
    <w:p>
      <w:pPr>
        <w:spacing w:line="360" w:lineRule="auto"/>
        <w:ind w:firstLine="420"/>
        <w:jc w:val="left"/>
        <w:textAlignment w:val="center"/>
        <w:rPr>
          <w:color w:val="000000"/>
        </w:rPr>
      </w:pPr>
      <w:r>
        <w:rPr>
          <w:rFonts w:ascii="楷体" w:eastAsia="楷体" w:hAnsi="楷体" w:cs="楷体"/>
          <w:color w:val="000000"/>
        </w:rPr>
        <w:t>⑤梅雨时节，草茎以下的通道拥挤而泥泞，那些小家伙们为生计奔走不易，一坨泥巴、一摊水渍、一节横生的草茎都可能阻断它们前行的路，让它们迷失方向。而一盏盏这样的灯，让它们的行走变得轻车熟路，安逸许多。也有的挂在稍高一些的枝梢上，一排排一串串一簇簇这样的小灯笼一挂，整棵树整丛枝就惹眼地明亮起来。大眼睛的兔子循着迷雾中几盏灯的坐标，可以顺利找到山脚下某片菜园里的一棵胡萝卜或青菜；满载而归的山鼠们在灯的照耀下，在雨雾中顺利找到自己的洞口。雨天，地下潮闷难耐，蚯蚓们都钻出地面呼吸新鲜空气来了，鸟儿们可以趁机换换口味，开开荤，在灯光下一啄一个准。</w:t>
      </w:r>
    </w:p>
    <w:p>
      <w:pPr>
        <w:spacing w:line="360" w:lineRule="auto"/>
        <w:ind w:firstLine="420"/>
        <w:jc w:val="left"/>
        <w:textAlignment w:val="center"/>
        <w:rPr>
          <w:color w:val="000000"/>
        </w:rPr>
      </w:pPr>
      <w:r>
        <w:rPr>
          <w:rFonts w:ascii="楷体" w:eastAsia="楷体" w:hAnsi="楷体" w:cs="楷体"/>
          <w:color w:val="000000"/>
        </w:rPr>
        <w:t>⑥草或树的莓们个不大，位居丛林和荒野的最低处，心态却格外明亮高调。初夏时节，天空经常给大地添个乱，唱唱反调。大地觉得都入夏了，雨可以歇歇了，天空偏不，天天梅雨不断，满世界泛潮渗水。好在草或树的莓们不怕雨淋，越淋它越鲜艳动人，光芒润泽得似乎要滴出水来，照亮别人的同时也照亮了自己。</w:t>
      </w:r>
    </w:p>
    <w:p>
      <w:pPr>
        <w:spacing w:line="360" w:lineRule="auto"/>
        <w:ind w:firstLine="420"/>
        <w:jc w:val="left"/>
        <w:textAlignment w:val="center"/>
        <w:rPr>
          <w:color w:val="000000"/>
        </w:rPr>
      </w:pPr>
      <w:r>
        <w:rPr>
          <w:rFonts w:ascii="楷体" w:eastAsia="楷体" w:hAnsi="楷体" w:cs="楷体"/>
          <w:color w:val="000000"/>
        </w:rPr>
        <w:t>⑦或许是太招人喜欢了，草或树的莓们给自己武装了一身倒钩的棘刺，干上枝上柄上茎上叶上，到处都是。但是，纵然如此，依然无法抗拒爱慕者的痴迷与狂热。如果有人说兔子喜爱草或树的莓，没人会表示怀疑。三角形的嘴对采食草莓再合适没有。莓儿的柔嫩与甜蜜是青菜、胡萝卜无法比拟的。当然它只爱那些系在草茎上的红灯笼，对于那些高挂于树枝上的莓，它向来敬而远之，至多投去暧昧一眼。山鼠除了跟兔子抢食低处的草莓外，时而兴起，冒着被扎得遍体鳞伤的风险，爬树去采食那些高处的灯笼。田鼠们表示，草灯笼甘甜，树灯笼甜里带点酸，偶尔换换口味挺好！至于昆虫们，它们无所谓高处低处，棘刺再锐利对它们也无效，遇到哪盏是哪盏。</w:t>
      </w:r>
    </w:p>
    <w:p>
      <w:pPr>
        <w:spacing w:line="360" w:lineRule="auto"/>
        <w:ind w:firstLine="420"/>
        <w:jc w:val="left"/>
        <w:textAlignment w:val="center"/>
        <w:rPr>
          <w:color w:val="000000"/>
        </w:rPr>
      </w:pPr>
      <w:r>
        <w:rPr>
          <w:rFonts w:ascii="楷体" w:eastAsia="楷体" w:hAnsi="楷体" w:cs="楷体"/>
          <w:color w:val="000000"/>
        </w:rPr>
        <w:t>⑧没有鸟儿是不喜欢莓儿的。一只鸟儿在莓们成熟光芒的感召下，几百米高空就可以准确锁定一棵草或树的莓。它们呼朋引伴，叽叽喳喳，不怕被毛刺扎破皮、弄乱羽毛，一阵风卷残云就把一树红莓收拾了，然后心满意足地远走高飞。鸟儿不知道的是，它拍拍翅膀远飞时顺带也圆了小小莓儿一个漂洋过海、远走天涯的宏愿。所以，每当耳畔响起俄罗斯歌曲《红莓花儿开》的优美旋律时，我就对莓这种植物油然而生感佩和敬意。</w:t>
      </w:r>
    </w:p>
    <w:p>
      <w:pPr>
        <w:spacing w:line="360" w:lineRule="auto"/>
        <w:ind w:firstLine="420"/>
        <w:jc w:val="left"/>
        <w:textAlignment w:val="center"/>
        <w:rPr>
          <w:color w:val="000000"/>
        </w:rPr>
      </w:pPr>
      <w:r>
        <w:rPr>
          <w:rFonts w:ascii="楷体" w:eastAsia="楷体" w:hAnsi="楷体" w:cs="楷体"/>
          <w:color w:val="000000"/>
        </w:rPr>
        <w:t>⑨我们人类对莓的喜爱，单从培育出种种肥美的草莓品种就可见一斑。我幼时，每当大地被那些星星点点的草或树的莓们点亮，村里的小伙伴们就约好似的一窝蜂涌向村口溪头或山坡上，把一盏盏的小灯笼摘下，或塞进嘴里，或用草茎串起来，一串串红玛瑙、珊瑚珠儿似的挂在胸前，一个个笑靥如花。</w:t>
      </w:r>
    </w:p>
    <w:p>
      <w:pPr>
        <w:spacing w:line="360" w:lineRule="auto"/>
        <w:ind w:firstLine="420"/>
        <w:jc w:val="left"/>
        <w:textAlignment w:val="center"/>
        <w:rPr>
          <w:color w:val="000000"/>
        </w:rPr>
      </w:pPr>
      <w:r>
        <w:rPr>
          <w:rFonts w:ascii="楷体" w:eastAsia="楷体" w:hAnsi="楷体" w:cs="楷体"/>
          <w:color w:val="000000"/>
        </w:rPr>
        <w:t>⑩有天，有个孩子踌躇满志，胸前挂了三串红彤彤的莓儿回家。大人打趣，问这三串莓都给谁吃。孩子答曰：一串给妈妈，一串给爸爸，另一串给城里的妹妹……那一刻，孩子被一种曼妙的光泽照亮，通透如玉。</w:t>
      </w:r>
    </w:p>
    <w:p>
      <w:pPr>
        <w:spacing w:line="360" w:lineRule="auto"/>
        <w:jc w:val="left"/>
        <w:textAlignment w:val="center"/>
        <w:rPr>
          <w:color w:val="000000"/>
        </w:rPr>
      </w:pPr>
      <w:r>
        <w:rPr>
          <w:color w:val="000000"/>
        </w:rPr>
        <w:t>（1）</w:t>
      </w:r>
      <w:r>
        <w:rPr>
          <w:rFonts w:ascii="宋体" w:eastAsia="宋体" w:hAnsi="宋体" w:cs="宋体"/>
          <w:color w:val="000000"/>
        </w:rPr>
        <w:t xml:space="preserve">文中提到的“大地之灯”，春季指的是 </w:t>
      </w:r>
      <w:r>
        <w:rPr>
          <w:color w:val="000000"/>
        </w:rPr>
        <w:t>_____</w:t>
      </w:r>
      <w:r>
        <w:rPr>
          <w:rFonts w:ascii="宋体" w:eastAsia="宋体" w:hAnsi="宋体" w:cs="宋体"/>
          <w:color w:val="000000"/>
        </w:rPr>
        <w:t xml:space="preserve">，入夏后，变成而从全文来看。“大地之灯”主要指的是 </w:t>
      </w:r>
      <w:r>
        <w:rPr>
          <w:color w:val="000000"/>
        </w:rPr>
        <w:t>_____</w:t>
      </w:r>
      <w:r>
        <w:rPr>
          <w:rFonts w:ascii="宋体" w:eastAsia="宋体" w:hAnsi="宋体" w:cs="宋体"/>
          <w:color w:val="000000"/>
        </w:rPr>
        <w:t xml:space="preserve">和 </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文中第④段的划线语句形象生动，富有表现力，请你结合文章内容，从修辞的角度加以赏析。</w:t>
      </w:r>
    </w:p>
    <w:p>
      <w:pPr>
        <w:spacing w:line="360" w:lineRule="auto"/>
        <w:jc w:val="left"/>
        <w:textAlignment w:val="center"/>
        <w:rPr>
          <w:color w:val="000000"/>
        </w:rPr>
      </w:pPr>
      <w:r>
        <w:rPr>
          <w:color w:val="000000"/>
        </w:rPr>
        <w:t>（3）</w:t>
      </w:r>
      <w:r>
        <w:rPr>
          <w:rFonts w:ascii="宋体" w:eastAsia="宋体" w:hAnsi="宋体" w:cs="宋体"/>
          <w:color w:val="000000"/>
        </w:rPr>
        <w:t>请结合文章内容，说说你对结尾处“那一刻，孩子被一种曼妙的光泽照亮，通透如玉”这句话的理解。（不少于150字）</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花儿</w:t>
      </w:r>
      <w:r>
        <w:rPr>
          <w:color w:val="000000"/>
        </w:rPr>
        <w:t xml:space="preserve">    ②. </w:t>
      </w:r>
      <w:r>
        <w:rPr>
          <w:rFonts w:ascii="宋体" w:eastAsia="宋体" w:hAnsi="宋体" w:cs="宋体"/>
          <w:color w:val="000000"/>
        </w:rPr>
        <w:t>草</w:t>
      </w:r>
      <w:r>
        <w:rPr>
          <w:color w:val="000000"/>
        </w:rPr>
        <w:t xml:space="preserve">    ③. </w:t>
      </w:r>
      <w:r>
        <w:rPr>
          <w:rFonts w:ascii="宋体" w:eastAsia="宋体" w:hAnsi="宋体" w:cs="宋体"/>
          <w:color w:val="000000"/>
        </w:rPr>
        <w:t>树的莓们。</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运用比喻修辞，生动形象地表达了作者对草或树的莓们的喜爱和赞美之情。</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孩子用纯真圣洁的爱点亮人的心灵，给人温暖、美丽和希望。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本题考查文章内容概括。</w:t>
      </w:r>
    </w:p>
    <w:p>
      <w:pPr>
        <w:spacing w:line="360" w:lineRule="auto"/>
        <w:jc w:val="left"/>
        <w:textAlignment w:val="center"/>
        <w:rPr>
          <w:color w:val="000000"/>
        </w:rPr>
      </w:pPr>
      <w:r>
        <w:rPr>
          <w:rFonts w:ascii="宋体" w:eastAsia="宋体" w:hAnsi="宋体" w:cs="宋体"/>
          <w:color w:val="000000"/>
        </w:rPr>
        <w:t>结合原文第</w:t>
      </w:r>
      <w:r>
        <w:rPr>
          <w:rFonts w:ascii="楷体" w:eastAsia="楷体" w:hAnsi="楷体" w:cs="楷体"/>
          <w:color w:val="000000"/>
        </w:rPr>
        <w:t>③段</w:t>
      </w:r>
      <w:r>
        <w:rPr>
          <w:rFonts w:ascii="宋体" w:eastAsia="宋体" w:hAnsi="宋体" w:cs="宋体"/>
          <w:color w:val="000000"/>
        </w:rPr>
        <w:t>“春天是各色花儿，那些灿若繁星的花朵，把初醒的大地装扮、照亮”，故第一空概括为：花儿。结合此段后文“入夏之后，就变成了果实，最早点亮的是一些姓草或树的莓们”，第二空和第三空分别概括为：草 和树的莓们。</w:t>
      </w:r>
    </w:p>
    <w:p>
      <w:pPr>
        <w:spacing w:line="360" w:lineRule="auto"/>
        <w:jc w:val="left"/>
        <w:textAlignment w:val="center"/>
        <w:rPr>
          <w:color w:val="000000"/>
        </w:rPr>
      </w:pPr>
      <w:r>
        <w:rPr>
          <w:color w:val="000000"/>
          <w:position w:val="0"/>
        </w:rPr>
        <w:drawing>
          <wp:inline>
            <wp:extent cx="95250" cy="171450"/>
            <wp:docPr id="15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
                    <pic:cNvPicPr>
                      <a:picLocks noChangeAspect="1"/>
                    </pic:cNvPicPr>
                  </pic:nvPicPr>
                  <pic:blipFill>
                    <a:blip r:embed="rId118"/>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本题考查对句子表达效果的赏析。</w:t>
      </w:r>
    </w:p>
    <w:p>
      <w:pPr>
        <w:spacing w:line="360" w:lineRule="auto"/>
        <w:jc w:val="left"/>
        <w:textAlignment w:val="center"/>
        <w:rPr>
          <w:color w:val="000000"/>
        </w:rPr>
      </w:pPr>
      <w:r>
        <w:rPr>
          <w:rFonts w:ascii="宋体" w:eastAsia="宋体" w:hAnsi="宋体" w:cs="宋体"/>
          <w:color w:val="000000"/>
        </w:rPr>
        <w:t>结合第④段“一粒粒小珊瑚珠”“这样的火种”“一盏盏红彤彤、美丽可爱的小灯笼”可知使用了比喻的修辞，将莓比作小珊瑚珠和灯笼，里面的小颗粒比作火种。写出草莓鲜红、透亮的样子，语言生动活泼，充满趣味，从这里也可以看出文字背后传达出作者对草或树的莓们的喜爱和赞美之情。</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本题考查句子理解。解答此题首先理解句子的字面意义，其次根据其出现在文末这个位置，可结合主旨探究其内涵。</w:t>
      </w:r>
    </w:p>
    <w:p>
      <w:pPr>
        <w:spacing w:line="360" w:lineRule="auto"/>
        <w:jc w:val="left"/>
        <w:textAlignment w:val="center"/>
        <w:rPr>
          <w:color w:val="000000"/>
        </w:rPr>
      </w:pPr>
      <w:r>
        <w:rPr>
          <w:rFonts w:ascii="宋体" w:eastAsia="宋体" w:hAnsi="宋体" w:cs="宋体"/>
          <w:color w:val="000000"/>
        </w:rPr>
        <w:t>根据原文第④段“它们有的系在一些带刺的草茎上，与大地保持很亲近的距离，为一些小个子的动物们照明”，第⑤段“也有的挂在稍高一些的枝梢上，一排排一串串一簇簇这样的小灯笼一挂，整棵树整丛枝就惹眼地明亮起来”，第⑥段“草或树的莓们个不大，位居丛林和荒野的最低处，心态却格外明亮高调”“好在草或树的莓们不怕雨淋，越淋它越鲜艳动人，光芒润泽得似乎要滴出水来，照亮别人的同时也照亮了自己”等语句可知，文中的草或树的莓们，是美丽的灯笼，为荒野众生照亮前行的路，照亮别人也照亮自己，给人温暖、力量、希望。它们微小但带来的力量却是很大的，而文末写到的孩子，摘到三串莓儿却说“一串给妈妈，一串给爸爸，另一串给城里的妹妹”，这正和草或树的莓们相同，都是用纯真圣洁的爱、用善良点亮人的心灵，给人温暖、美丽和希望。这种曼妙的光泽正像草或树的莓们一样鲜红、透亮。</w:t>
      </w:r>
    </w:p>
    <w:p>
      <w:pPr>
        <w:spacing w:line="360" w:lineRule="auto"/>
        <w:jc w:val="left"/>
        <w:textAlignment w:val="center"/>
        <w:rPr>
          <w:color w:val="000000"/>
        </w:rPr>
      </w:pPr>
      <w:r>
        <w:rPr>
          <w:rFonts w:ascii="宋体" w:eastAsia="宋体" w:hAnsi="宋体" w:cs="宋体"/>
          <w:color w:val="000000"/>
        </w:rPr>
        <w:t>示例：草和树的莓们，是美丽的灯笼，为荒野众生照亮前行的路；它们位居低处，心态却格外明亮，照亮别人也照亮自己，给黑暗中前行迷路的人指明方向。孩子摘到三串莓儿却说“一串给妈妈，一串给爸爸，另一串给城里的妹妹”，这正和草或树的莓们相同，都是用纯真圣洁的爱、用善点亮人的心灵，给人温暖、美丽和希望。这种曼妙的光泽正像草或树的莓们一样鲜红、透亮。</w:t>
      </w:r>
    </w:p>
    <w:p>
      <w:pPr>
        <w:spacing w:line="360" w:lineRule="auto"/>
        <w:jc w:val="left"/>
        <w:textAlignment w:val="center"/>
        <w:rPr>
          <w:color w:val="000000"/>
        </w:rPr>
      </w:pPr>
      <w:r>
        <w:rPr>
          <w:color w:val="000000"/>
        </w:rPr>
        <w:t xml:space="preserve">11. </w:t>
      </w:r>
      <w:r>
        <w:rPr>
          <w:rFonts w:ascii="宋体" w:eastAsia="宋体" w:hAnsi="宋体" w:cs="宋体"/>
          <w:color w:val="000000"/>
        </w:rPr>
        <w:t>阅读下面的文字，完成问题。</w:t>
      </w:r>
    </w:p>
    <w:p>
      <w:pPr>
        <w:spacing w:line="360" w:lineRule="auto"/>
        <w:ind w:firstLine="420"/>
        <w:jc w:val="center"/>
        <w:textAlignment w:val="center"/>
        <w:rPr>
          <w:color w:val="000000"/>
        </w:rPr>
      </w:pPr>
      <w:r>
        <w:rPr>
          <w:rFonts w:ascii="楷体" w:eastAsia="楷体" w:hAnsi="楷体" w:cs="楷体"/>
          <w:color w:val="000000"/>
        </w:rPr>
        <w:t>梨树，甜了一方山水</w:t>
      </w:r>
    </w:p>
    <w:p>
      <w:pPr>
        <w:spacing w:line="360" w:lineRule="auto"/>
        <w:ind w:firstLine="420"/>
        <w:jc w:val="center"/>
        <w:textAlignment w:val="center"/>
        <w:rPr>
          <w:color w:val="000000"/>
        </w:rPr>
      </w:pPr>
      <w:r>
        <w:rPr>
          <w:rFonts w:ascii="楷体" w:eastAsia="楷体" w:hAnsi="楷体" w:cs="楷体"/>
          <w:color w:val="000000"/>
        </w:rPr>
        <w:t>李汀</w:t>
      </w:r>
    </w:p>
    <w:p>
      <w:pPr>
        <w:spacing w:line="360" w:lineRule="auto"/>
        <w:ind w:firstLine="420"/>
        <w:jc w:val="left"/>
        <w:textAlignment w:val="center"/>
        <w:rPr>
          <w:color w:val="000000"/>
        </w:rPr>
      </w:pPr>
      <w:r>
        <w:rPr>
          <w:rFonts w:ascii="楷体" w:eastAsia="楷体" w:hAnsi="楷体" w:cs="楷体"/>
          <w:color w:val="000000"/>
        </w:rPr>
        <w:t>①梨树下乘凉是夏日里一件畅快事。青石板院坝里一棵老梨树，主干粗壮，树身上的纹路如沟壑、如断壁。正值盛夏，酷暑难熬，走进小院，浓荫密密，绿风荡漾。老陈坐在梨树下，眯着眼睛，哼着小曲儿。见有人进了院子，赶快让座。</w:t>
      </w:r>
      <w:r>
        <w:rPr>
          <w:rFonts w:ascii="楷体" w:eastAsia="楷体" w:hAnsi="楷体" w:cs="楷体"/>
          <w:color w:val="000000"/>
          <w:em w:val="dot"/>
        </w:rPr>
        <w:t>快来</w:t>
      </w:r>
      <w:r>
        <w:rPr>
          <w:rFonts w:ascii="楷体" w:eastAsia="楷体" w:hAnsi="楷体" w:cs="楷体"/>
          <w:color w:val="000000"/>
        </w:rPr>
        <w:t>，</w:t>
      </w:r>
      <w:r>
        <w:rPr>
          <w:rFonts w:ascii="楷体" w:eastAsia="楷体" w:hAnsi="楷体" w:cs="楷体"/>
          <w:color w:val="000000"/>
          <w:em w:val="dot"/>
        </w:rPr>
        <w:t>快来</w:t>
      </w:r>
      <w:r>
        <w:rPr>
          <w:rFonts w:ascii="楷体" w:eastAsia="楷体" w:hAnsi="楷体" w:cs="楷体"/>
          <w:color w:val="000000"/>
        </w:rPr>
        <w:t>，这梨树下有细风，凉快呢。</w:t>
      </w:r>
    </w:p>
    <w:p>
      <w:pPr>
        <w:spacing w:line="360" w:lineRule="auto"/>
        <w:ind w:firstLine="420"/>
        <w:jc w:val="left"/>
        <w:textAlignment w:val="center"/>
        <w:rPr>
          <w:color w:val="000000"/>
        </w:rPr>
      </w:pPr>
      <w:r>
        <w:rPr>
          <w:rFonts w:ascii="楷体" w:eastAsia="楷体" w:hAnsi="楷体" w:cs="楷体"/>
          <w:color w:val="000000"/>
        </w:rPr>
        <w:t>②没等我们坐下来，老陈伸手摘了梨树上一颗梨子递过来。一尝，入口化渣，满口汁水，一行人连口称赞：</w:t>
      </w:r>
      <w:r>
        <w:rPr>
          <w:rFonts w:ascii="楷体" w:eastAsia="楷体" w:hAnsi="楷体" w:cs="楷体"/>
          <w:color w:val="000000"/>
          <w:em w:val="dot"/>
        </w:rPr>
        <w:t>好吃</w:t>
      </w:r>
      <w:r>
        <w:rPr>
          <w:rFonts w:ascii="楷体" w:eastAsia="楷体" w:hAnsi="楷体" w:cs="楷体"/>
          <w:color w:val="000000"/>
        </w:rPr>
        <w:t>，</w:t>
      </w:r>
      <w:r>
        <w:rPr>
          <w:rFonts w:ascii="楷体" w:eastAsia="楷体" w:hAnsi="楷体" w:cs="楷体"/>
          <w:color w:val="000000"/>
          <w:em w:val="dot"/>
        </w:rPr>
        <w:t>好吃</w:t>
      </w:r>
      <w:r>
        <w:rPr>
          <w:rFonts w:ascii="楷体" w:eastAsia="楷体" w:hAnsi="楷体" w:cs="楷体"/>
          <w:color w:val="000000"/>
        </w:rPr>
        <w:t>。老陈笑说：老梨树结的。</w:t>
      </w:r>
    </w:p>
    <w:p>
      <w:pPr>
        <w:spacing w:line="360" w:lineRule="auto"/>
        <w:ind w:firstLine="420"/>
        <w:jc w:val="left"/>
        <w:textAlignment w:val="center"/>
        <w:rPr>
          <w:color w:val="000000"/>
        </w:rPr>
      </w:pPr>
      <w:r>
        <w:rPr>
          <w:rFonts w:ascii="楷体" w:eastAsia="楷体" w:hAnsi="楷体" w:cs="楷体"/>
          <w:color w:val="000000"/>
        </w:rPr>
        <w:t>③坐在梨树下，老陈兴奋地对我们说：</w:t>
      </w:r>
      <w:r>
        <w:rPr>
          <w:rFonts w:ascii="楷体" w:eastAsia="楷体" w:hAnsi="楷体" w:cs="楷体"/>
          <w:color w:val="000000"/>
          <w:u w:val="single"/>
        </w:rPr>
        <w:t>你看，梨子多美，多像一盏盏灯</w:t>
      </w:r>
      <w:r>
        <w:rPr>
          <w:rFonts w:ascii="楷体" w:eastAsia="楷体" w:hAnsi="楷体" w:cs="楷体"/>
          <w:color w:val="000000"/>
        </w:rPr>
        <w:t>！</w:t>
      </w:r>
    </w:p>
    <w:p>
      <w:pPr>
        <w:spacing w:line="360" w:lineRule="auto"/>
        <w:ind w:firstLine="420"/>
        <w:jc w:val="left"/>
        <w:textAlignment w:val="center"/>
        <w:rPr>
          <w:color w:val="000000"/>
        </w:rPr>
      </w:pPr>
      <w:r>
        <w:rPr>
          <w:rFonts w:ascii="楷体" w:eastAsia="楷体" w:hAnsi="楷体" w:cs="楷体"/>
          <w:color w:val="000000"/>
        </w:rPr>
        <w:t>④我们抬头一看，树枝上一颗颗梨子在阳光里晃动，仿佛有光在摇曳。</w:t>
      </w:r>
    </w:p>
    <w:p>
      <w:pPr>
        <w:spacing w:line="360" w:lineRule="auto"/>
        <w:ind w:firstLine="420"/>
        <w:jc w:val="left"/>
        <w:textAlignment w:val="center"/>
        <w:rPr>
          <w:color w:val="000000"/>
        </w:rPr>
      </w:pPr>
      <w:r>
        <w:rPr>
          <w:rFonts w:ascii="楷体" w:eastAsia="楷体" w:hAnsi="楷体" w:cs="楷体"/>
          <w:color w:val="000000"/>
        </w:rPr>
        <w:t>⑤老陈笑着说：村子里上千亩的梨树，都快四五十年了。想想，那时候自己三十多岁，栽梨树还真是不容易，每一棵梨树都有一个故事。</w:t>
      </w:r>
    </w:p>
    <w:p>
      <w:pPr>
        <w:spacing w:line="360" w:lineRule="auto"/>
        <w:ind w:firstLine="420"/>
        <w:jc w:val="left"/>
        <w:textAlignment w:val="center"/>
        <w:rPr>
          <w:color w:val="000000"/>
        </w:rPr>
      </w:pPr>
      <w:r>
        <w:rPr>
          <w:rFonts w:ascii="楷体" w:eastAsia="楷体" w:hAnsi="楷体" w:cs="楷体"/>
          <w:color w:val="000000"/>
        </w:rPr>
        <w:t>⑥先说这棵栽在田坎上的梨树吧。顺着老陈手指的方向看过去，一棵老梨树树皮开裂纵横，树枝沧桑蜿蜒。这棵老梨树不言不语，站在高高的田坎上守着这一园子的梨树。这是最早栽下的梨树了。那时候，村里人还喊我小陈。大家说，小陈，梨树能当饭吃？我不服那口气，不在大田大地里栽，就把梨树栽在田坎上。第二年开始挂果，第三年这棵树上的梨就卖了近百元。当时，村里传开了：多栽苍溪雪梨树，不到几年就致富，要是栽上百十株，保你当上万元户。一下子，村里家家户户开始在田坎上栽梨树，有的甚至在大田大地里也栽上梨树。记得</w:t>
      </w:r>
      <w:r>
        <w:rPr>
          <w:rFonts w:ascii="Times New Roman" w:eastAsia="Times New Roman" w:hAnsi="Times New Roman" w:cs="Times New Roman"/>
          <w:color w:val="000000"/>
        </w:rPr>
        <w:t>1984</w:t>
      </w:r>
      <w:r>
        <w:rPr>
          <w:rFonts w:ascii="楷体" w:eastAsia="楷体" w:hAnsi="楷体" w:cs="楷体"/>
          <w:color w:val="000000"/>
        </w:rPr>
        <w:t>年，雪梨大户卢履清去北京参会，还把这梨子带到北京呢！老陈笑呵呵地说：我把这棵梨树命名为致富一号树。</w:t>
      </w:r>
    </w:p>
    <w:p>
      <w:pPr>
        <w:spacing w:line="360" w:lineRule="auto"/>
        <w:ind w:firstLine="420"/>
        <w:jc w:val="left"/>
        <w:textAlignment w:val="center"/>
        <w:rPr>
          <w:color w:val="000000"/>
        </w:rPr>
      </w:pPr>
      <w:r>
        <w:rPr>
          <w:rFonts w:ascii="楷体" w:eastAsia="楷体" w:hAnsi="楷体" w:cs="楷体"/>
          <w:color w:val="000000"/>
        </w:rPr>
        <w:t>⑦一号树，就是示范树，就是带头树。这一园子的梨树，这一半坡的梨树，春天，满树白雪；初秋，果实摇曳。让人一看，心里总是满满当当的激动。</w:t>
      </w:r>
    </w:p>
    <w:p>
      <w:pPr>
        <w:spacing w:line="360" w:lineRule="auto"/>
        <w:ind w:firstLine="420"/>
        <w:jc w:val="left"/>
        <w:textAlignment w:val="center"/>
        <w:rPr>
          <w:color w:val="000000"/>
        </w:rPr>
      </w:pPr>
      <w:r>
        <w:rPr>
          <w:rFonts w:ascii="楷体" w:eastAsia="楷体" w:hAnsi="楷体" w:cs="楷体"/>
          <w:color w:val="000000"/>
        </w:rPr>
        <w:t>⑧致富奔小康，这雪梨树是立了大功的。这一村子的人，都靠雪梨致富了。</w:t>
      </w:r>
    </w:p>
    <w:p>
      <w:pPr>
        <w:spacing w:line="360" w:lineRule="auto"/>
        <w:ind w:firstLine="420"/>
        <w:jc w:val="left"/>
        <w:textAlignment w:val="center"/>
        <w:rPr>
          <w:color w:val="000000"/>
        </w:rPr>
      </w:pPr>
      <w:r>
        <w:rPr>
          <w:rFonts w:ascii="楷体" w:eastAsia="楷体" w:hAnsi="楷体" w:cs="楷体"/>
          <w:color w:val="000000"/>
        </w:rPr>
        <w:t>⑨跟随老陈在梨树园里转悠，有一种甜润的气息充满心田。走到一棵歪脖子梨树下，老陈停下来，慢慢讲述起来。别小看这棵梨树，它是坚强树。栽了三回，才栽活。湿地栽树，开始看长得好好的，长着长着，就缩回去了。后来先排水，地里垫上一层枯草树叶，再刨坑栽树，终于在这地里把梨树栽活了。老陈露出一脸的骄傲，一阵风吹来，歪脖子梨树摇晃身姿，像是在向人们致意。</w:t>
      </w:r>
    </w:p>
    <w:p>
      <w:pPr>
        <w:spacing w:line="360" w:lineRule="auto"/>
        <w:ind w:firstLine="420"/>
        <w:jc w:val="left"/>
        <w:textAlignment w:val="center"/>
        <w:rPr>
          <w:color w:val="000000"/>
        </w:rPr>
      </w:pPr>
      <w:r>
        <w:rPr>
          <w:rFonts w:ascii="楷体" w:eastAsia="楷体" w:hAnsi="楷体" w:cs="楷体"/>
          <w:color w:val="000000"/>
        </w:rPr>
        <w:t>⑩我把我的感觉告诉老陈，他哈哈一笑说：当然，它们都认识我这老头子了。</w:t>
      </w:r>
    </w:p>
    <w:p>
      <w:pPr>
        <w:spacing w:line="360" w:lineRule="auto"/>
        <w:ind w:firstLine="420"/>
        <w:jc w:val="left"/>
        <w:textAlignment w:val="center"/>
        <w:rPr>
          <w:color w:val="000000"/>
        </w:rPr>
      </w:pPr>
      <w:r>
        <w:rPr>
          <w:rFonts w:ascii="楷体" w:eastAsia="楷体" w:hAnsi="楷体" w:cs="楷体"/>
          <w:color w:val="000000"/>
        </w:rPr>
        <w:t>⑪说着，老陈带我们来到梨园山腰一老井处，见一股细水从一岩石缝流出，水光闪烁。侧耳细听，似有轻轻的水流声。令人惊奇的是岩石上有一老树，数丈之高，树身需两人合抱，树根却把这岩石团团抱住。岩石多洞，每个洞里都是老树的根须。老陈笑笑说：村里人看重这树呢。啥子树，大家猜猜吧。冬青树？香樟树？老陈摇摇头，又笑笑说：梨树，野砂梨树。一行人一脸迷惑，异口同声地重复道：野砂梨树？</w:t>
      </w:r>
    </w:p>
    <w:p>
      <w:pPr>
        <w:spacing w:line="360" w:lineRule="auto"/>
        <w:ind w:firstLine="420"/>
        <w:jc w:val="left"/>
        <w:textAlignment w:val="center"/>
        <w:rPr>
          <w:color w:val="000000"/>
        </w:rPr>
      </w:pPr>
      <w:r>
        <w:rPr>
          <w:rFonts w:ascii="楷体" w:eastAsia="楷体" w:hAnsi="楷体" w:cs="楷体"/>
          <w:color w:val="000000"/>
        </w:rPr>
        <w:t>⑫老陈接着说：我们村开始发展梨树，就是先育这种野砂梨树，再在上面嫁接雪梨树呢，多艰辛的过程啊。</w:t>
      </w:r>
    </w:p>
    <w:p>
      <w:pPr>
        <w:spacing w:line="360" w:lineRule="auto"/>
        <w:ind w:firstLine="420"/>
        <w:jc w:val="left"/>
        <w:textAlignment w:val="center"/>
        <w:rPr>
          <w:color w:val="000000"/>
        </w:rPr>
      </w:pPr>
      <w:r>
        <w:rPr>
          <w:rFonts w:ascii="楷体" w:eastAsia="楷体" w:hAnsi="楷体" w:cs="楷体"/>
          <w:color w:val="000000"/>
        </w:rPr>
        <w:t>⑬野砂梨，果皮褐色，拳头大小，汁多，酸甜。而清朝的《苍溪县志》载雪梨：“肉白如雪，味甘于蜜，清香无渣，入口即化……”由酸到甜，由砂梨到雪梨，梨子相伴人类走过了多么漫长的路程。由此看来，那时的苍溪雪梨已经在不断选育优化，品种众多了。到如今，有了早熟翠冠梨、中熟黄金梨，以及晚熟雪梨。不过，大家念念不忘的还是那肉白如雪、入口即化的雪梨。记得家乡集市上，卖雪梨不带称，而是按个卖。将一颗一颗雪梨摆于地上，小的，一斤多；大的，两三斤呢。椭圆形的雪梨，就像一盏盏的马灯，站在地上等着上门的顾客。</w:t>
      </w:r>
    </w:p>
    <w:p>
      <w:pPr>
        <w:spacing w:line="360" w:lineRule="auto"/>
        <w:ind w:firstLine="420"/>
        <w:jc w:val="left"/>
        <w:textAlignment w:val="center"/>
        <w:rPr>
          <w:color w:val="000000"/>
        </w:rPr>
      </w:pPr>
      <w:r>
        <w:rPr>
          <w:rFonts w:ascii="楷体" w:eastAsia="楷体" w:hAnsi="楷体" w:cs="楷体"/>
          <w:color w:val="000000"/>
        </w:rPr>
        <w:t>⑭老陈乐呵呵地说：人一辈子要干很多事，我老陈就干了一件事，种了一辈子的梨树。</w:t>
      </w:r>
    </w:p>
    <w:p>
      <w:pPr>
        <w:spacing w:line="360" w:lineRule="auto"/>
        <w:ind w:firstLine="420"/>
        <w:jc w:val="left"/>
        <w:textAlignment w:val="center"/>
        <w:rPr>
          <w:color w:val="000000"/>
        </w:rPr>
      </w:pPr>
      <w:r>
        <w:rPr>
          <w:rFonts w:ascii="楷体" w:eastAsia="楷体" w:hAnsi="楷体" w:cs="楷体"/>
          <w:color w:val="000000"/>
        </w:rPr>
        <w:t>⑮乡党委王书记带着几个同志来了，给老陈送“光荣在党五十年”纪念章。金灿灿的纪念章挂在老陈脖子上，老陈一个劲摸着纪念章，激动得泪眼汪汪。</w:t>
      </w:r>
    </w:p>
    <w:p>
      <w:pPr>
        <w:spacing w:line="360" w:lineRule="auto"/>
        <w:ind w:firstLine="420"/>
        <w:jc w:val="left"/>
        <w:textAlignment w:val="center"/>
        <w:rPr>
          <w:color w:val="000000"/>
        </w:rPr>
      </w:pPr>
      <w:r>
        <w:rPr>
          <w:rFonts w:ascii="楷体" w:eastAsia="楷体" w:hAnsi="楷体" w:cs="楷体"/>
          <w:color w:val="000000"/>
        </w:rPr>
        <w:t>⑯看看一行人，看看满山坡的梨树，老陈深深鞠躬。</w:t>
      </w:r>
      <w:r>
        <w:rPr>
          <w:rFonts w:ascii="楷体" w:eastAsia="楷体" w:hAnsi="楷体" w:cs="楷体"/>
          <w:color w:val="000000"/>
          <w:u w:val="single"/>
        </w:rPr>
        <w:t>满目青山，其实，老陈也是一棵历经风雨的老梨树了，他甜了这里的一方山水，甜了这一村的乡亲</w:t>
      </w:r>
      <w:r>
        <w:rPr>
          <w:rFonts w:ascii="楷体" w:eastAsia="楷体" w:hAnsi="楷体" w:cs="楷体"/>
          <w:color w:val="000000"/>
        </w:rPr>
        <w:t>。</w:t>
      </w:r>
    </w:p>
    <w:p>
      <w:pPr>
        <w:spacing w:line="360" w:lineRule="auto"/>
        <w:jc w:val="right"/>
        <w:textAlignment w:val="center"/>
        <w:rPr>
          <w:color w:val="000000"/>
        </w:rPr>
      </w:pPr>
      <w:r>
        <w:rPr>
          <w:rFonts w:ascii="宋体" w:eastAsia="宋体" w:hAnsi="宋体" w:cs="宋体"/>
          <w:color w:val="000000"/>
        </w:rPr>
        <w:t>（选自《人民日报》2021年10月18日第20版。有删改）</w:t>
      </w:r>
    </w:p>
    <w:p>
      <w:pPr>
        <w:spacing w:line="360" w:lineRule="auto"/>
        <w:jc w:val="left"/>
        <w:textAlignment w:val="center"/>
        <w:rPr>
          <w:color w:val="000000"/>
        </w:rPr>
      </w:pPr>
      <w:r>
        <w:rPr>
          <w:color w:val="000000"/>
        </w:rPr>
        <w:t>（1）</w:t>
      </w:r>
      <w:r>
        <w:rPr>
          <w:rFonts w:ascii="宋体" w:eastAsia="宋体" w:hAnsi="宋体" w:cs="宋体"/>
          <w:color w:val="000000"/>
        </w:rPr>
        <w:t>文章⑥﹣⑬段描述了老陈和梨树的相关片段。根据文意。将下列空白处补充完整。</w:t>
      </w:r>
    </w:p>
    <w:p>
      <w:pPr>
        <w:spacing w:line="360" w:lineRule="auto"/>
        <w:jc w:val="left"/>
        <w:textAlignment w:val="center"/>
        <w:rPr>
          <w:color w:val="000000"/>
        </w:rPr>
      </w:pPr>
      <w:r>
        <w:rPr>
          <w:rFonts w:ascii="宋体" w:eastAsia="宋体" w:hAnsi="宋体" w:cs="宋体"/>
          <w:color w:val="000000"/>
        </w:rPr>
        <w:t>①</w:t>
      </w:r>
      <w:r>
        <w:rPr>
          <w:color w:val="000000"/>
        </w:rPr>
        <w:t>_____</w:t>
      </w:r>
      <w:r>
        <w:rPr>
          <w:rFonts w:ascii="宋体" w:eastAsia="宋体" w:hAnsi="宋体" w:cs="宋体"/>
          <w:color w:val="000000"/>
        </w:rPr>
        <w:t>，使家家户户共同致富。</w:t>
      </w:r>
    </w:p>
    <w:p>
      <w:pPr>
        <w:spacing w:line="360" w:lineRule="auto"/>
        <w:jc w:val="left"/>
        <w:textAlignment w:val="center"/>
        <w:rPr>
          <w:color w:val="000000"/>
        </w:rPr>
      </w:pPr>
      <w:r>
        <w:rPr>
          <w:rFonts w:ascii="宋体" w:eastAsia="宋体" w:hAnsi="宋体" w:cs="宋体"/>
          <w:color w:val="000000"/>
        </w:rPr>
        <w:t>②老陈设法三栽梨树，</w:t>
      </w:r>
      <w:r>
        <w:rPr>
          <w:color w:val="000000"/>
        </w:rPr>
        <w:t>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③老陈艰辛嫁接梨树，</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在第①和第②段中，加点词语“快来，快来”和“好吃，好吃”，请分析它们在情感表达上起到了什么作用？</w:t>
      </w:r>
    </w:p>
    <w:p>
      <w:pPr>
        <w:spacing w:line="360" w:lineRule="auto"/>
        <w:jc w:val="left"/>
        <w:textAlignment w:val="center"/>
        <w:rPr>
          <w:color w:val="000000"/>
        </w:rPr>
      </w:pPr>
      <w:r>
        <w:rPr>
          <w:color w:val="000000"/>
        </w:rPr>
        <w:t>（3）</w:t>
      </w:r>
      <w:r>
        <w:rPr>
          <w:rFonts w:ascii="宋体" w:eastAsia="宋体" w:hAnsi="宋体" w:cs="宋体"/>
          <w:color w:val="000000"/>
        </w:rPr>
        <w:t>结合文中的具体内容，谈谈老陈是怎样的一个人。</w:t>
      </w:r>
    </w:p>
    <w:p>
      <w:pPr>
        <w:spacing w:line="360" w:lineRule="auto"/>
        <w:jc w:val="left"/>
        <w:textAlignment w:val="center"/>
        <w:rPr>
          <w:color w:val="000000"/>
        </w:rPr>
      </w:pPr>
      <w:r>
        <w:rPr>
          <w:color w:val="000000"/>
        </w:rPr>
        <w:t>（4）</w:t>
      </w:r>
      <w:r>
        <w:rPr>
          <w:rFonts w:ascii="宋体" w:eastAsia="宋体" w:hAnsi="宋体" w:cs="宋体"/>
          <w:color w:val="000000"/>
        </w:rPr>
        <w:t>初一年级开展读书交流活动，开设了“作品推送”环节。现向同学们征集作品推荐语。请你根据《梨树，甜了一方山水》的中心思想，写一段推荐语。要求：内容准确、具体，表达简洁、通顺，字数在</w:t>
      </w:r>
      <w:r>
        <w:rPr>
          <w:rFonts w:ascii="Times New Roman" w:eastAsia="Times New Roman" w:hAnsi="Times New Roman" w:cs="Times New Roman"/>
          <w:color w:val="000000"/>
        </w:rPr>
        <w:t>100</w:t>
      </w:r>
      <w:r>
        <w:rPr>
          <w:rFonts w:ascii="宋体" w:eastAsia="宋体" w:hAnsi="宋体" w:cs="宋体"/>
          <w:color w:val="000000"/>
        </w:rPr>
        <w:t>字左右。</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老陈带领乡亲种梨树</w:t>
      </w:r>
      <w:r>
        <w:rPr>
          <w:color w:val="000000"/>
        </w:rPr>
        <w:t xml:space="preserve">    ②. </w:t>
      </w:r>
      <w:r>
        <w:rPr>
          <w:rFonts w:ascii="宋体" w:eastAsia="宋体" w:hAnsi="宋体" w:cs="宋体"/>
          <w:color w:val="000000"/>
        </w:rPr>
        <w:t>使湿地栽树获得成功</w:t>
      </w:r>
      <w:r>
        <w:rPr>
          <w:color w:val="000000"/>
        </w:rPr>
        <w:t xml:space="preserve">    ③. </w:t>
      </w:r>
      <w:r>
        <w:rPr>
          <w:rFonts w:ascii="宋体" w:eastAsia="宋体" w:hAnsi="宋体" w:cs="宋体"/>
          <w:color w:val="000000"/>
        </w:rPr>
        <w:t>使梨树品种优化、丰富</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“快来，快来”和“好吃，好吃”运用了反复的手法，突出了老陈热情好客的性格特点和“我们”对梨的赞叹之情。</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①热情淳朴。由“见有人进了院子，赶快让座。快来，快来”可见。②敢闯敢干，有创新精神。由“我不服那口气，不在大田大地里栽，就把梨树栽在田坎上”可见。③积极探索，勤劳肯干。由“后来先排水，地里垫上一层枯草树叶，再刨坑栽树，终于在这地里把梨树栽活了”“我们村开始发展梨树，就是先育这种野砂梨树，再在上面嫁接雪梨树呢，多艰辛的过程啊”可见。④能坚持，有毅力。由“我老陈就干了一件事，种了一辈子的梨树”可见。⑤爱党敬业，热爱家乡。由“金灿灿的纪念章挂在老陈脖子上，老陈一个劲摸着纪念章，激动得泪眼汪汪”“看看一行人，看看满山坡的梨树，老陈深深鞠躬”可见。</w:t>
      </w:r>
      <w:r>
        <w:rPr>
          <w:color w:val="000000"/>
        </w:rPr>
        <w:t xml:space="preserve">    </w:t>
      </w:r>
    </w:p>
    <w:p>
      <w:pPr>
        <w:spacing w:line="360" w:lineRule="auto"/>
        <w:textAlignment w:val="center"/>
        <w:rPr>
          <w:color w:val="000000"/>
        </w:rPr>
      </w:pPr>
      <w:r>
        <w:rPr>
          <w:color w:val="000000"/>
        </w:rPr>
        <w:t>（4）</w:t>
      </w:r>
      <w:r>
        <w:rPr>
          <w:rFonts w:ascii="宋体" w:eastAsia="宋体" w:hAnsi="宋体" w:cs="宋体"/>
          <w:color w:val="000000"/>
        </w:rPr>
        <w:t>示例：一生坚持种梨树，五十年，从当年的一号树到如今的上千亩。富了乡亲，美了乡村。这就是老陈的人生，这就是一个农村共产党员不忘初心、带领乡亲脱贫致富的感人事迹。让我们走进《梨树，甜了一方山水》，感受这份美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本题考查文章内容的梳理概括。观察题干可知，前一分句概括老陈的做法，后一分句概括取得的成绩。</w:t>
      </w:r>
    </w:p>
    <w:p>
      <w:pPr>
        <w:spacing w:line="360" w:lineRule="auto"/>
        <w:jc w:val="left"/>
        <w:textAlignment w:val="center"/>
        <w:rPr>
          <w:color w:val="000000"/>
        </w:rPr>
      </w:pPr>
      <w:r>
        <w:rPr>
          <w:rFonts w:ascii="宋体" w:eastAsia="宋体" w:hAnsi="宋体" w:cs="宋体"/>
          <w:color w:val="000000"/>
        </w:rPr>
        <w:t>第一空根据第⑥段“我不服那口气，不在大田大地里栽，就把梨树栽在田坎上”“一下子，村里家家户户开始在田坎上栽梨树，有的甚至在大田大地里也栽上梨树”等语句，概括为：老陈带领乡亲种梨树。</w:t>
      </w:r>
    </w:p>
    <w:p>
      <w:pPr>
        <w:spacing w:line="360" w:lineRule="auto"/>
        <w:jc w:val="left"/>
        <w:textAlignment w:val="center"/>
        <w:rPr>
          <w:color w:val="000000"/>
        </w:rPr>
      </w:pPr>
      <w:r>
        <w:rPr>
          <w:rFonts w:ascii="宋体" w:eastAsia="宋体" w:hAnsi="宋体" w:cs="宋体"/>
          <w:color w:val="000000"/>
        </w:rPr>
        <w:t>第二空根据第⑨段“湿地栽树，开始看长得好好的，长着长着，就缩回去了。后来先排水，地里垫上一层枯草树叶，再刨坑栽树，终于在这地里把梨树栽活了”等语句，概括为：使湿地栽树获得成功。</w:t>
      </w:r>
    </w:p>
    <w:p>
      <w:pPr>
        <w:spacing w:line="360" w:lineRule="auto"/>
        <w:jc w:val="left"/>
        <w:textAlignment w:val="center"/>
        <w:rPr>
          <w:color w:val="000000"/>
        </w:rPr>
      </w:pPr>
      <w:r>
        <w:rPr>
          <w:rFonts w:ascii="宋体" w:eastAsia="宋体" w:hAnsi="宋体" w:cs="宋体"/>
          <w:color w:val="000000"/>
        </w:rPr>
        <w:t>第三空根据第</w:t>
      </w:r>
      <w:r>
        <w:rPr>
          <w:rFonts w:ascii="Cambria Math" w:eastAsia="Cambria Math" w:hAnsi="Cambria Math" w:cs="Cambria Math"/>
          <w:color w:val="000000"/>
        </w:rPr>
        <w:t>⑬</w:t>
      </w:r>
      <w:r>
        <w:rPr>
          <w:rFonts w:ascii="宋体" w:eastAsia="宋体" w:hAnsi="宋体" w:cs="宋体"/>
          <w:color w:val="000000"/>
        </w:rPr>
        <w:t>段“由此看来，那时的苍溪雪梨已经在不断选育优化，品种众多了。到如今，有了早熟翠冠梨、中熟黄金梨，以及晚熟雪梨”，概括为：使梨树品种优化、丰富。</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反复的作用。“快来，快来”和“好吃，好吃”运用了反复手法，具有突出强调的作用。“快来，快来”是老陈招呼“我们”时说的话，可见其热情好客的特点；“好吃，好吃”是“我们”对梨的评价，根据原文第②段“一尝，入口化渣，满口汁水，一行人连口称赞”可知语言中洋溢着对雪梨的赞叹之情。可据此作答。</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本题考查人物形象分析和概括。解答此题首先要抓住文中描写人物的句子，再结合人物事迹和其他人物的评价分析概括。</w:t>
      </w:r>
    </w:p>
    <w:p>
      <w:pPr>
        <w:spacing w:line="360" w:lineRule="auto"/>
        <w:jc w:val="left"/>
        <w:textAlignment w:val="center"/>
        <w:rPr>
          <w:color w:val="000000"/>
        </w:rPr>
      </w:pPr>
      <w:r>
        <w:rPr>
          <w:rFonts w:ascii="宋体" w:eastAsia="宋体" w:hAnsi="宋体" w:cs="宋体"/>
          <w:color w:val="000000"/>
        </w:rPr>
        <w:t>由第①段“见有人进了院子，赶快让座。快来，快来，这梨树下有细风，凉快呢”可见，老陈热情淳朴；</w:t>
      </w:r>
    </w:p>
    <w:p>
      <w:pPr>
        <w:spacing w:line="360" w:lineRule="auto"/>
        <w:jc w:val="left"/>
        <w:textAlignment w:val="center"/>
        <w:rPr>
          <w:color w:val="000000"/>
        </w:rPr>
      </w:pPr>
      <w:r>
        <w:rPr>
          <w:rFonts w:ascii="宋体" w:eastAsia="宋体" w:hAnsi="宋体" w:cs="宋体"/>
          <w:color w:val="000000"/>
        </w:rPr>
        <w:t>由第⑥段“大家说，小陈，梨树能当饭吃？我不服那口气，不在大田大地里栽，就把梨树栽在田坎上”可见，老陈敢闯敢干，有创新精神；</w:t>
      </w:r>
    </w:p>
    <w:p>
      <w:pPr>
        <w:spacing w:line="360" w:lineRule="auto"/>
        <w:jc w:val="left"/>
        <w:textAlignment w:val="center"/>
        <w:rPr>
          <w:color w:val="000000"/>
        </w:rPr>
      </w:pPr>
      <w:r>
        <w:rPr>
          <w:rFonts w:ascii="宋体" w:eastAsia="宋体" w:hAnsi="宋体" w:cs="宋体"/>
          <w:color w:val="000000"/>
        </w:rPr>
        <w:t>由第⑨段“湿地栽树，开始看长得好好的，长着长着，就缩回去了。后来先排水，地里垫上一层枯草树叶，再刨坑栽树，终于在这地里把梨树栽活了”，第</w:t>
      </w:r>
      <w:r>
        <w:rPr>
          <w:rFonts w:ascii="Cambria Math" w:eastAsia="Cambria Math" w:hAnsi="Cambria Math" w:cs="Cambria Math"/>
          <w:color w:val="000000"/>
        </w:rPr>
        <w:t>⑫</w:t>
      </w:r>
      <w:r>
        <w:rPr>
          <w:rFonts w:ascii="宋体" w:eastAsia="宋体" w:hAnsi="宋体" w:cs="宋体"/>
          <w:color w:val="000000"/>
        </w:rPr>
        <w:t>段“老陈接着说：我们村开始发展梨树，就是先育这种野砂梨树，再在上面嫁接雪梨树呢，多艰辛的过程啊”可见，老陈积极探索，勤劳肯干；</w:t>
      </w:r>
    </w:p>
    <w:p>
      <w:pPr>
        <w:spacing w:line="360" w:lineRule="auto"/>
        <w:jc w:val="left"/>
        <w:textAlignment w:val="center"/>
        <w:rPr>
          <w:color w:val="000000"/>
        </w:rPr>
      </w:pPr>
      <w:r>
        <w:rPr>
          <w:rFonts w:ascii="宋体" w:eastAsia="宋体" w:hAnsi="宋体" w:cs="宋体"/>
          <w:color w:val="000000"/>
        </w:rPr>
        <w:t>由第</w:t>
      </w:r>
      <w:r>
        <w:rPr>
          <w:rFonts w:ascii="Cambria Math" w:eastAsia="Cambria Math" w:hAnsi="Cambria Math" w:cs="Cambria Math"/>
          <w:color w:val="000000"/>
        </w:rPr>
        <w:t>⑭</w:t>
      </w:r>
      <w:r>
        <w:rPr>
          <w:rFonts w:ascii="宋体" w:eastAsia="宋体" w:hAnsi="宋体" w:cs="宋体"/>
          <w:color w:val="000000"/>
        </w:rPr>
        <w:t>段“老陈乐呵呵地说：人一辈子要干很多事，我老陈就干了一件事，种了一辈子的梨树”可见，老陈能坚持，有毅力；</w:t>
      </w:r>
    </w:p>
    <w:p>
      <w:pPr>
        <w:spacing w:line="360" w:lineRule="auto"/>
        <w:jc w:val="left"/>
        <w:textAlignment w:val="center"/>
        <w:rPr>
          <w:color w:val="000000"/>
        </w:rPr>
      </w:pPr>
      <w:r>
        <w:rPr>
          <w:rFonts w:ascii="宋体" w:eastAsia="宋体" w:hAnsi="宋体" w:cs="宋体"/>
          <w:color w:val="000000"/>
        </w:rPr>
        <w:t>由第</w:t>
      </w:r>
      <w:r>
        <w:rPr>
          <w:rFonts w:ascii="Cambria Math" w:eastAsia="Cambria Math" w:hAnsi="Cambria Math" w:cs="Cambria Math"/>
          <w:color w:val="000000"/>
        </w:rPr>
        <w:t>⑮</w:t>
      </w:r>
      <w:r>
        <w:rPr>
          <w:rFonts w:ascii="宋体" w:eastAsia="宋体" w:hAnsi="宋体" w:cs="宋体"/>
          <w:color w:val="000000"/>
        </w:rPr>
        <w:t>段“乡党委王书记带着几个同志来了，给老陈送‘光荣在党五十年’纪念章”“看看一行人，看看满山坡的梨树，老陈深深鞠躬”可见，老陈爱党敬业，热爱家乡。可据此作答。</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此题考查语言表达。根据题干要求，写这部作品的推荐语，重点要放在文章的中心思想上，故此题可先简述老陈的事迹，再结合文章主旨表达赞美之情。措辞注意通顺、简洁，带有一定的引导性即可。本文通过叙述老陈带领全村人种雪梨树发家致富的事，表现了老陈热爱家乡、几十年如一日克服困难、带领村民齐奔小康路的优秀品质，赞美了共产党员带领群众脱贫致富的伟大精神，展现了一幅幅山区脱贫致富奔小康的美丽画卷。</w:t>
      </w:r>
    </w:p>
    <w:p>
      <w:pPr>
        <w:spacing w:line="360" w:lineRule="auto"/>
        <w:jc w:val="left"/>
        <w:textAlignment w:val="center"/>
        <w:rPr>
          <w:color w:val="000000"/>
        </w:rPr>
      </w:pPr>
      <w:r>
        <w:rPr>
          <w:rFonts w:ascii="宋体" w:eastAsia="宋体" w:hAnsi="宋体" w:cs="宋体"/>
          <w:color w:val="000000"/>
        </w:rPr>
        <w:t>示例：从敢闯敢干，用一种创新精神带着乡亲们种梨树开启发家致富之路的小陈，到后来成为积极探索，用毅力和坚持将梨树品种优化、丰富的老陈。光荣在党的五十年，老陈就像这梨树一样，甜了这一方山水，甜了这一村的乡亲。让我们走进《梨树，甜了一方山水》，感受这份美好。</w:t>
      </w:r>
    </w:p>
    <w:p>
      <w:pPr>
        <w:pStyle w:val="Heading1"/>
      </w:pPr>
      <w:r>
        <w:t>2022-2023学年</w:t>
      </w:r>
    </w:p>
    <w:p>
      <w:pPr>
        <w:pStyle w:val="Heading2"/>
      </w:pPr>
      <w:r>
        <w:t>月考</w:t>
      </w:r>
    </w:p>
    <w:p>
      <w:pPr>
        <w:pStyle w:val="Heading3"/>
      </w:pPr>
      <w:r>
        <w:t>汇文中学（第一次月考）</w:t>
      </w:r>
    </w:p>
    <w:p>
      <w:r>
        <w:t>【未能自动提取，请查看原卷：精品解析：北京汇文中学2022-2023学年七年级上学期第一次月考语文试题（原卷版）.docx】</w:t>
      </w:r>
    </w:p>
    <w:p>
      <w:pPr>
        <w:pStyle w:val="Heading2"/>
      </w:pPr>
      <w:r>
        <w:t>期中</w:t>
      </w:r>
    </w:p>
    <w:p>
      <w:pPr>
        <w:pStyle w:val="Heading3"/>
      </w:pPr>
      <w:r>
        <w:t>大兴区</w:t>
      </w:r>
    </w:p>
    <w:p>
      <w:pPr>
        <w:spacing w:line="360" w:lineRule="auto"/>
        <w:jc w:val="left"/>
        <w:textAlignment w:val="center"/>
        <w:rPr>
          <w:color w:val="000000"/>
        </w:rPr>
      </w:pPr>
      <w:r>
        <w:rPr>
          <w:rFonts w:ascii="宋体" w:eastAsia="宋体" w:hAnsi="宋体" w:cs="宋体"/>
          <w:b/>
          <w:color w:val="000000"/>
          <w:sz w:val="24"/>
        </w:rPr>
        <w:t>四、现代文阅读（共18分）</w:t>
      </w:r>
    </w:p>
    <w:p>
      <w:pPr>
        <w:spacing w:line="360" w:lineRule="auto"/>
        <w:jc w:val="left"/>
        <w:textAlignment w:val="center"/>
        <w:rPr>
          <w:color w:val="000000"/>
        </w:rPr>
      </w:pPr>
      <w:r>
        <w:rPr>
          <w:color w:val="000000"/>
        </w:rPr>
        <w:t xml:space="preserve">10. </w:t>
      </w:r>
      <w:r>
        <w:rPr>
          <w:rFonts w:ascii="宋体" w:eastAsia="宋体" w:hAnsi="宋体" w:cs="宋体"/>
          <w:color w:val="000000"/>
        </w:rPr>
        <w:t>阅读材料，完成各小题。</w:t>
      </w:r>
    </w:p>
    <w:p>
      <w:pPr>
        <w:spacing w:line="360" w:lineRule="auto"/>
        <w:jc w:val="left"/>
        <w:textAlignment w:val="center"/>
        <w:rPr>
          <w:color w:val="000000"/>
        </w:rPr>
      </w:pPr>
      <w:r>
        <w:rPr>
          <w:rFonts w:ascii="宋体" w:eastAsia="宋体" w:hAnsi="宋体" w:cs="宋体"/>
          <w:color w:val="000000"/>
        </w:rPr>
        <w:t>【材料一】</w:t>
      </w:r>
    </w:p>
    <w:p>
      <w:pPr>
        <w:spacing w:line="360" w:lineRule="auto"/>
        <w:ind w:firstLine="420"/>
        <w:jc w:val="left"/>
        <w:textAlignment w:val="center"/>
        <w:rPr>
          <w:color w:val="000000"/>
        </w:rPr>
      </w:pPr>
      <w:r>
        <w:rPr>
          <w:rFonts w:ascii="楷体" w:eastAsia="楷体" w:hAnsi="楷体" w:cs="楷体"/>
          <w:color w:val="000000"/>
        </w:rPr>
        <w:t>在中国传统文化中，许多鸟都被赋予了独特的象征意义。</w:t>
      </w:r>
    </w:p>
    <w:p>
      <w:pPr>
        <w:spacing w:line="360" w:lineRule="auto"/>
        <w:ind w:firstLine="420"/>
        <w:jc w:val="left"/>
        <w:textAlignment w:val="center"/>
        <w:rPr>
          <w:color w:val="000000"/>
        </w:rPr>
      </w:pPr>
      <w:r>
        <w:rPr>
          <w:rFonts w:ascii="楷体" w:eastAsia="楷体" w:hAnsi="楷体" w:cs="楷体"/>
          <w:color w:val="000000"/>
        </w:rPr>
        <w:t>古代神话传说中出现的凤凰、大鹏等神鸟，有着各自不同的文化象征。凤凰在神话传说中为群鸟之长，它身型长大、色彩鲜艳、尾羽华美，代表高贵祥瑞、和谐美满。大鹏鸟是神话传说中最大的一种鸟，体形庞大，高飞于天，因而人们用其象征志向高远、气概豪放。</w:t>
      </w:r>
    </w:p>
    <w:p>
      <w:pPr>
        <w:spacing w:line="360" w:lineRule="auto"/>
        <w:ind w:firstLine="420"/>
        <w:jc w:val="left"/>
        <w:textAlignment w:val="center"/>
        <w:rPr>
          <w:color w:val="000000"/>
        </w:rPr>
      </w:pPr>
      <w:r>
        <w:rPr>
          <w:rFonts w:ascii="楷体" w:eastAsia="楷体" w:hAnsi="楷体" w:cs="楷体"/>
          <w:color w:val="000000"/>
        </w:rPr>
        <w:t>自然界中的鸟儿们也被赋予了各种不同的象征意义。鹤为长寿之禽，因此象征着健康、高寿，后世常以</w:t>
      </w:r>
      <w:r>
        <w:rPr>
          <w:rFonts w:ascii="宋体" w:eastAsia="宋体" w:hAnsi="宋体" w:cs="宋体"/>
          <w:color w:val="000000"/>
        </w:rPr>
        <w:t>“</w:t>
      </w:r>
      <w:r>
        <w:rPr>
          <w:rFonts w:ascii="楷体" w:eastAsia="楷体" w:hAnsi="楷体" w:cs="楷体"/>
          <w:color w:val="000000"/>
        </w:rPr>
        <w:t>鹤寿</w:t>
      </w:r>
      <w:r>
        <w:rPr>
          <w:rFonts w:ascii="宋体" w:eastAsia="宋体" w:hAnsi="宋体" w:cs="宋体"/>
          <w:color w:val="000000"/>
        </w:rPr>
        <w:t>”“</w:t>
      </w:r>
      <w:r>
        <w:rPr>
          <w:rFonts w:ascii="楷体" w:eastAsia="楷体" w:hAnsi="楷体" w:cs="楷体"/>
          <w:color w:val="000000"/>
        </w:rPr>
        <w:t>鹤龄</w:t>
      </w:r>
      <w:r>
        <w:rPr>
          <w:rFonts w:ascii="宋体" w:eastAsia="宋体" w:hAnsi="宋体" w:cs="宋体"/>
          <w:color w:val="000000"/>
        </w:rPr>
        <w:t>”</w:t>
      </w:r>
      <w:r>
        <w:rPr>
          <w:rFonts w:ascii="楷体" w:eastAsia="楷体" w:hAnsi="楷体" w:cs="楷体"/>
          <w:color w:val="000000"/>
        </w:rPr>
        <w:t>等作为祝寿之辞。喜鹊鸣叫时首尾上扬，声音动听，常寓意喜事将近。杜鹃和鹚鸠叫声凄苦哀伤，所以往往和思归、哀怨、愁苦的情绪联系在一起。乌鸦浑身乌黑，又喜食腐，于是成了不祥的象征。</w:t>
      </w:r>
    </w:p>
    <w:p>
      <w:pPr>
        <w:spacing w:line="360" w:lineRule="auto"/>
        <w:jc w:val="left"/>
        <w:textAlignment w:val="center"/>
        <w:rPr>
          <w:color w:val="000000"/>
        </w:rPr>
      </w:pPr>
      <w:r>
        <w:rPr>
          <w:rFonts w:ascii="宋体" w:eastAsia="宋体" w:hAnsi="宋体" w:cs="宋体"/>
          <w:color w:val="000000"/>
        </w:rPr>
        <w:t>【材料二】</w:t>
      </w:r>
    </w:p>
    <w:p>
      <w:pPr>
        <w:spacing w:line="360" w:lineRule="auto"/>
        <w:ind w:firstLine="420"/>
        <w:jc w:val="left"/>
        <w:textAlignment w:val="center"/>
        <w:rPr>
          <w:color w:val="000000"/>
        </w:rPr>
      </w:pPr>
      <w:r>
        <w:rPr>
          <w:rFonts w:ascii="楷体" w:eastAsia="楷体" w:hAnsi="楷体" w:cs="楷体"/>
          <w:color w:val="000000"/>
        </w:rPr>
        <w:t>在远古华夏先民的心目中，鸟的地位相当崇高，因此鸟纹成为一种传统的装饰纹样，常见于青铜器、玉器和陶瓷器的表面。乌纹包括凤纹、鸾（</w:t>
      </w:r>
      <w:r>
        <w:rPr>
          <w:rFonts w:ascii="Times New Roman" w:eastAsia="Times New Roman" w:hAnsi="Times New Roman" w:cs="Times New Roman"/>
          <w:color w:val="000000"/>
        </w:rPr>
        <w:t>luán</w:t>
      </w:r>
      <w:r>
        <w:rPr>
          <w:rFonts w:ascii="楷体" w:eastAsia="楷体" w:hAnsi="楷体" w:cs="楷体"/>
          <w:color w:val="000000"/>
        </w:rPr>
        <w:t>）纹、鸱（</w:t>
      </w:r>
      <w:r>
        <w:rPr>
          <w:rFonts w:ascii="Times New Roman" w:eastAsia="Times New Roman" w:hAnsi="Times New Roman" w:cs="Times New Roman"/>
          <w:color w:val="000000"/>
        </w:rPr>
        <w:t>chī</w:t>
      </w:r>
      <w:r>
        <w:rPr>
          <w:rFonts w:ascii="楷体" w:eastAsia="楷体" w:hAnsi="楷体" w:cs="楷体"/>
          <w:color w:val="000000"/>
        </w:rPr>
        <w:t>）鹗（</w:t>
      </w:r>
      <w:r>
        <w:rPr>
          <w:rFonts w:ascii="Times New Roman" w:eastAsia="Times New Roman" w:hAnsi="Times New Roman" w:cs="Times New Roman"/>
          <w:color w:val="000000"/>
        </w:rPr>
        <w:t>è</w:t>
      </w:r>
      <w:r>
        <w:rPr>
          <w:rFonts w:ascii="楷体" w:eastAsia="楷体" w:hAnsi="楷体" w:cs="楷体"/>
          <w:color w:val="000000"/>
        </w:rPr>
        <w:t>）纹以及成群排列的雁纹等。其中，凤纹是我国先民使用较多的纹样之一。</w:t>
      </w:r>
    </w:p>
    <w:p>
      <w:pPr>
        <w:spacing w:line="360" w:lineRule="auto"/>
        <w:ind w:firstLine="420"/>
        <w:jc w:val="left"/>
        <w:textAlignment w:val="center"/>
        <w:rPr>
          <w:color w:val="000000"/>
        </w:rPr>
      </w:pPr>
      <w:r>
        <w:rPr>
          <w:rFonts w:ascii="楷体" w:eastAsia="楷体" w:hAnsi="楷体" w:cs="楷体"/>
          <w:color w:val="000000"/>
        </w:rPr>
        <w:t>早在新石器时期，凤纹的雏形便已经出现了。此时的凤纹笔画简单，造型朴拙，形态多为伫立观望或展翅欲飞。</w:t>
      </w:r>
    </w:p>
    <w:p>
      <w:pPr>
        <w:spacing w:line="360" w:lineRule="auto"/>
        <w:ind w:firstLine="420"/>
        <w:jc w:val="left"/>
        <w:textAlignment w:val="center"/>
        <w:rPr>
          <w:color w:val="000000"/>
        </w:rPr>
      </w:pPr>
      <w:r>
        <w:rPr>
          <w:rFonts w:ascii="楷体" w:eastAsia="楷体" w:hAnsi="楷体" w:cs="楷体"/>
          <w:color w:val="000000"/>
        </w:rPr>
        <w:t>秦汉时期的凤纹，长冠修颈，挺胸展翅，多作飞鸣起舞状，形象生动。这期间，还出现了</w:t>
      </w:r>
      <w:r>
        <w:rPr>
          <w:rFonts w:ascii="宋体" w:eastAsia="宋体" w:hAnsi="宋体" w:cs="宋体"/>
          <w:color w:val="000000"/>
        </w:rPr>
        <w:t>“</w:t>
      </w:r>
      <w:r>
        <w:rPr>
          <w:rFonts w:ascii="楷体" w:eastAsia="楷体" w:hAnsi="楷体" w:cs="楷体"/>
          <w:color w:val="000000"/>
        </w:rPr>
        <w:t>百鸟朝凤</w:t>
      </w:r>
      <w:r>
        <w:rPr>
          <w:rFonts w:ascii="宋体" w:eastAsia="宋体" w:hAnsi="宋体" w:cs="宋体"/>
          <w:color w:val="000000"/>
        </w:rPr>
        <w:t>”“</w:t>
      </w:r>
      <w:r>
        <w:rPr>
          <w:rFonts w:ascii="楷体" w:eastAsia="楷体" w:hAnsi="楷体" w:cs="楷体"/>
          <w:color w:val="000000"/>
        </w:rPr>
        <w:t>龙凤呈祥</w:t>
      </w:r>
      <w:r>
        <w:rPr>
          <w:rFonts w:ascii="宋体" w:eastAsia="宋体" w:hAnsi="宋体" w:cs="宋体"/>
          <w:color w:val="000000"/>
        </w:rPr>
        <w:t>”</w:t>
      </w:r>
      <w:r>
        <w:rPr>
          <w:rFonts w:ascii="楷体" w:eastAsia="楷体" w:hAnsi="楷体" w:cs="楷体"/>
          <w:color w:val="000000"/>
        </w:rPr>
        <w:t>等一系列寓意吉祥的装饰纹样。至此，凤纹发展成为民族装饰艺术的代表。唐代的凤纹精神饱满，奋发昂扬，常以振翅飞翔的姿态出现。在女性头部装饰的金钗花冠上，凤纹则以特有的丰腴姿容，反映出时代的审美取向。宋代的凤纹，则喜用柔和的线条，显示怡然自得的情调。宋代装饰艺术在观念形态上偏重寓意，此时的凤多与牡丹相配，形成凤衔牡丹、凤穿牡丹等纹样，传达着吉庆如意的愿望。</w:t>
      </w:r>
    </w:p>
    <w:p>
      <w:pPr>
        <w:spacing w:line="360" w:lineRule="auto"/>
        <w:ind w:firstLine="420"/>
        <w:jc w:val="left"/>
        <w:textAlignment w:val="center"/>
        <w:rPr>
          <w:color w:val="000000"/>
        </w:rPr>
      </w:pPr>
      <w:r>
        <w:rPr>
          <w:rFonts w:ascii="楷体" w:eastAsia="楷体" w:hAnsi="楷体" w:cs="楷体"/>
          <w:color w:val="000000"/>
        </w:rPr>
        <w:t>到了明清时期，凤纹已经成为一种特定的造型，无论在圆形、方形还是其他装饰形体上，纹样构成都各具其内在形式，而凤纹的共性形态，也进一步规范化。当时南京织造云锦的老艺人总结出一套画凤口诀：</w:t>
      </w:r>
      <w:r>
        <w:rPr>
          <w:rFonts w:ascii="宋体" w:eastAsia="宋体" w:hAnsi="宋体" w:cs="宋体"/>
          <w:color w:val="000000"/>
        </w:rPr>
        <w:t>“</w:t>
      </w:r>
      <w:r>
        <w:rPr>
          <w:rFonts w:ascii="楷体" w:eastAsia="楷体" w:hAnsi="楷体" w:cs="楷体"/>
          <w:color w:val="000000"/>
        </w:rPr>
        <w:t>首如锦鸡，冠似如意，翅如仙鹤。</w:t>
      </w:r>
      <w:r>
        <w:rPr>
          <w:rFonts w:ascii="宋体" w:eastAsia="宋体" w:hAnsi="宋体" w:cs="宋体"/>
          <w:color w:val="000000"/>
        </w:rPr>
        <w:t>”</w:t>
      </w:r>
      <w:r>
        <w:rPr>
          <w:rFonts w:ascii="楷体" w:eastAsia="楷体" w:hAnsi="楷体" w:cs="楷体"/>
          <w:color w:val="000000"/>
        </w:rPr>
        <w:t>这表明当时工艺美术品上的凤鸟纹样已具有成熟的装饰特征。</w:t>
      </w:r>
    </w:p>
    <w:p>
      <w:pPr>
        <w:spacing w:line="360" w:lineRule="auto"/>
        <w:jc w:val="left"/>
        <w:textAlignment w:val="center"/>
        <w:rPr>
          <w:color w:val="000000"/>
        </w:rPr>
      </w:pPr>
      <w:r>
        <w:rPr>
          <w:color w:val="000000"/>
        </w:rPr>
        <w:t>（1）</w:t>
      </w:r>
      <w:r>
        <w:rPr>
          <w:rFonts w:ascii="宋体" w:eastAsia="宋体" w:hAnsi="宋体" w:cs="宋体"/>
          <w:color w:val="000000"/>
        </w:rPr>
        <w:t xml:space="preserve">阅读材料一，这段材料依次为我们介绍了 </w:t>
      </w:r>
      <w:r>
        <w:rPr>
          <w:color w:val="000000"/>
        </w:rPr>
        <w:t>_____</w:t>
      </w:r>
      <w:r>
        <w:rPr>
          <w:rFonts w:ascii="宋体" w:eastAsia="宋体" w:hAnsi="宋体" w:cs="宋体"/>
          <w:color w:val="000000"/>
        </w:rPr>
        <w:t xml:space="preserve">和 </w:t>
      </w:r>
      <w:r>
        <w:rPr>
          <w:color w:val="000000"/>
        </w:rPr>
        <w:t>_____</w:t>
      </w:r>
      <w:r>
        <w:rPr>
          <w:rFonts w:ascii="宋体" w:eastAsia="宋体" w:hAnsi="宋体" w:cs="宋体"/>
          <w:color w:val="000000"/>
        </w:rPr>
        <w:t>在中国文化中的象征意义。</w:t>
      </w:r>
    </w:p>
    <w:p>
      <w:pPr>
        <w:spacing w:line="360" w:lineRule="auto"/>
        <w:jc w:val="left"/>
        <w:textAlignment w:val="center"/>
        <w:rPr>
          <w:color w:val="000000"/>
        </w:rPr>
      </w:pPr>
      <w:r>
        <w:rPr>
          <w:color w:val="000000"/>
        </w:rPr>
        <w:t>（2）</w:t>
      </w:r>
      <w:r>
        <w:rPr>
          <w:rFonts w:ascii="宋体" w:eastAsia="宋体" w:hAnsi="宋体" w:cs="宋体"/>
          <w:color w:val="000000"/>
        </w:rPr>
        <w:t>根据材料二的内容，判断下列几种风纹图案分别属于哪一时期，将对应选项的字母分别填入下面的横线上。</w:t>
      </w:r>
    </w:p>
    <w:p>
      <w:pPr>
        <w:spacing w:line="360" w:lineRule="auto"/>
        <w:jc w:val="left"/>
        <w:textAlignment w:val="center"/>
        <w:rPr>
          <w:color w:val="000000"/>
        </w:rPr>
      </w:pPr>
      <w:r>
        <w:rPr>
          <w:color w:val="000000"/>
        </w:rPr>
        <w:drawing>
          <wp:inline>
            <wp:extent cx="5238750" cy="1851288"/>
            <wp:docPr id="15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
                    <pic:cNvPicPr>
                      <a:picLocks noChangeAspect="1"/>
                    </pic:cNvPicPr>
                  </pic:nvPicPr>
                  <pic:blipFill>
                    <a:blip r:embed="rId119"/>
                    <a:stretch>
                      <a:fillRect/>
                    </a:stretch>
                  </pic:blipFill>
                  <pic:spPr>
                    <a:xfrm>
                      <a:off x="0" y="0"/>
                      <a:ext cx="5238750" cy="1851288"/>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A</w:t>
      </w:r>
      <w:r>
        <w:rPr>
          <w:rFonts w:ascii="Times New Roman" w:eastAsia="Times New Roman" w:hAnsi="Times New Roman" w:cs="Times New Roman"/>
          <w:color w:val="000000"/>
        </w:rPr>
        <w:t>.</w:t>
      </w:r>
      <w:r>
        <w:rPr>
          <w:rFonts w:ascii="宋体" w:eastAsia="宋体" w:hAnsi="宋体" w:cs="宋体"/>
          <w:color w:val="000000"/>
        </w:rPr>
        <w:t>新石器时期</w:t>
      </w:r>
      <w:r>
        <w:rPr>
          <w:color w:val="000000"/>
        </w:rPr>
        <w:t xml:space="preserve">    </w:t>
      </w:r>
      <w:r>
        <w:rPr>
          <w:rFonts w:ascii="宋体" w:eastAsia="宋体" w:hAnsi="宋体" w:cs="宋体"/>
          <w:color w:val="000000"/>
        </w:rPr>
        <w:t xml:space="preserve">    B</w:t>
      </w:r>
      <w:r>
        <w:rPr>
          <w:rFonts w:ascii="Times New Roman" w:eastAsia="Times New Roman" w:hAnsi="Times New Roman" w:cs="Times New Roman"/>
          <w:color w:val="000000"/>
        </w:rPr>
        <w:t>.</w:t>
      </w:r>
      <w:r>
        <w:rPr>
          <w:rFonts w:ascii="宋体" w:eastAsia="宋体" w:hAnsi="宋体" w:cs="宋体"/>
          <w:color w:val="000000"/>
        </w:rPr>
        <w:t>秦汉</w:t>
      </w:r>
      <w:r>
        <w:rPr>
          <w:color w:val="000000"/>
        </w:rPr>
        <w:t xml:space="preserve">    </w:t>
      </w:r>
      <w:r>
        <w:rPr>
          <w:rFonts w:ascii="宋体" w:eastAsia="宋体" w:hAnsi="宋体" w:cs="宋体"/>
          <w:color w:val="000000"/>
        </w:rPr>
        <w:t xml:space="preserve">    C</w:t>
      </w:r>
      <w:r>
        <w:rPr>
          <w:rFonts w:ascii="Times New Roman" w:eastAsia="Times New Roman" w:hAnsi="Times New Roman" w:cs="Times New Roman"/>
          <w:color w:val="000000"/>
        </w:rPr>
        <w:t>.</w:t>
      </w:r>
      <w:r>
        <w:rPr>
          <w:rFonts w:ascii="宋体" w:eastAsia="宋体" w:hAnsi="宋体" w:cs="宋体"/>
          <w:color w:val="000000"/>
        </w:rPr>
        <w:t>宋代</w:t>
      </w:r>
    </w:p>
    <w:p>
      <w:pPr>
        <w:spacing w:line="360" w:lineRule="auto"/>
        <w:jc w:val="left"/>
        <w:textAlignment w:val="center"/>
        <w:rPr>
          <w:color w:val="000000"/>
        </w:rPr>
      </w:pPr>
      <w:r>
        <w:rPr>
          <w:color w:val="000000"/>
        </w:rPr>
        <w:t>（3）</w:t>
      </w:r>
      <w:r>
        <w:rPr>
          <w:rFonts w:ascii="宋体" w:eastAsia="宋体" w:hAnsi="宋体" w:cs="宋体"/>
          <w:color w:val="000000"/>
        </w:rPr>
        <w:t>你所在的班级打算出一期以“中华优秀传统文化——鸟文化”为主题的板报，除了以上两则材料，还需要补充一则与主题相关的材料。阅读以下两则链接材料，你认为选择哪则更合适？说说你的理由。</w:t>
      </w:r>
    </w:p>
    <w:p>
      <w:pPr>
        <w:spacing w:line="360" w:lineRule="auto"/>
        <w:jc w:val="left"/>
        <w:textAlignment w:val="center"/>
        <w:rPr>
          <w:color w:val="000000"/>
        </w:rPr>
      </w:pPr>
      <w:r>
        <w:rPr>
          <w:rFonts w:ascii="宋体" w:eastAsia="宋体" w:hAnsi="宋体" w:cs="宋体"/>
          <w:color w:val="000000"/>
        </w:rPr>
        <w:t>链接材料一：</w:t>
      </w:r>
    </w:p>
    <w:p>
      <w:pPr>
        <w:spacing w:line="360" w:lineRule="auto"/>
        <w:ind w:firstLine="420"/>
        <w:jc w:val="left"/>
        <w:textAlignment w:val="center"/>
        <w:rPr>
          <w:color w:val="000000"/>
        </w:rPr>
      </w:pPr>
      <w:r>
        <w:rPr>
          <w:rFonts w:ascii="楷体" w:eastAsia="楷体" w:hAnsi="楷体" w:cs="楷体"/>
          <w:color w:val="000000"/>
        </w:rPr>
        <w:t>中国诗词中经常见到各类鸟的身影，比如大雁、凤凰、杜鹃、鹤等都是极为重要的吟咏对象。诗词中借</w:t>
      </w:r>
      <w:r>
        <w:rPr>
          <w:rFonts w:ascii="宋体" w:eastAsia="宋体" w:hAnsi="宋体" w:cs="宋体"/>
          <w:color w:val="000000"/>
        </w:rPr>
        <w:t>“</w:t>
      </w:r>
      <w:r>
        <w:rPr>
          <w:rFonts w:ascii="楷体" w:eastAsia="楷体" w:hAnsi="楷体" w:cs="楷体"/>
          <w:color w:val="000000"/>
        </w:rPr>
        <w:t>鸟</w:t>
      </w:r>
      <w:r>
        <w:rPr>
          <w:rFonts w:ascii="宋体" w:eastAsia="宋体" w:hAnsi="宋体" w:cs="宋体"/>
          <w:color w:val="000000"/>
        </w:rPr>
        <w:t>”</w:t>
      </w:r>
      <w:r>
        <w:rPr>
          <w:rFonts w:ascii="楷体" w:eastAsia="楷体" w:hAnsi="楷体" w:cs="楷体"/>
          <w:color w:val="000000"/>
        </w:rPr>
        <w:t>这一形象表达的情感，除了与鸟的象征义有关，也往往与鸟所处的具体状态有关。飞翔状态的鸟，可以令空间感扩展、时间感延伸，通常能塑造出高远的意境。鸣叫状态的鸟，其叫声也往往容易让人产生联想，触发情感。</w:t>
      </w:r>
    </w:p>
    <w:p>
      <w:pPr>
        <w:spacing w:line="360" w:lineRule="auto"/>
        <w:jc w:val="left"/>
        <w:textAlignment w:val="center"/>
        <w:rPr>
          <w:color w:val="000000"/>
        </w:rPr>
      </w:pPr>
      <w:r>
        <w:rPr>
          <w:rFonts w:ascii="宋体" w:eastAsia="宋体" w:hAnsi="宋体" w:cs="宋体"/>
          <w:color w:val="000000"/>
        </w:rPr>
        <w:t>链接材料二：</w:t>
      </w:r>
    </w:p>
    <w:p>
      <w:pPr>
        <w:spacing w:line="360" w:lineRule="auto"/>
        <w:ind w:firstLine="420"/>
        <w:jc w:val="left"/>
        <w:textAlignment w:val="center"/>
        <w:rPr>
          <w:color w:val="000000"/>
        </w:rPr>
      </w:pPr>
      <w:r>
        <w:rPr>
          <w:rFonts w:ascii="楷体" w:eastAsia="楷体" w:hAnsi="楷体" w:cs="楷体"/>
          <w:color w:val="000000"/>
        </w:rPr>
        <w:t>鸟类的迁徙是自然界十分常见的现象，根据鸟类迁徙的行为，可将鸟类分成不同的类型。没有迁徙行为的鸟类，称为</w:t>
      </w:r>
      <w:r>
        <w:rPr>
          <w:rFonts w:ascii="宋体" w:eastAsia="宋体" w:hAnsi="宋体" w:cs="宋体"/>
          <w:color w:val="000000"/>
        </w:rPr>
        <w:t>“</w:t>
      </w:r>
      <w:r>
        <w:rPr>
          <w:rFonts w:ascii="楷体" w:eastAsia="楷体" w:hAnsi="楷体" w:cs="楷体"/>
          <w:color w:val="000000"/>
        </w:rPr>
        <w:t>留鸟</w:t>
      </w:r>
      <w:r>
        <w:rPr>
          <w:rFonts w:ascii="宋体" w:eastAsia="宋体" w:hAnsi="宋体" w:cs="宋体"/>
          <w:color w:val="000000"/>
        </w:rPr>
        <w:t>”</w:t>
      </w:r>
      <w:r>
        <w:rPr>
          <w:rFonts w:ascii="楷体" w:eastAsia="楷体" w:hAnsi="楷体" w:cs="楷体"/>
          <w:color w:val="000000"/>
        </w:rPr>
        <w:t>，它们常年居住在出生地，大部分甚至终身不离开自己的巢区。有迁徙行为的鸟类，称为</w:t>
      </w:r>
      <w:r>
        <w:rPr>
          <w:rFonts w:ascii="宋体" w:eastAsia="宋体" w:hAnsi="宋体" w:cs="宋体"/>
          <w:color w:val="000000"/>
        </w:rPr>
        <w:t>“</w:t>
      </w:r>
      <w:r>
        <w:rPr>
          <w:rFonts w:ascii="楷体" w:eastAsia="楷体" w:hAnsi="楷体" w:cs="楷体"/>
          <w:color w:val="000000"/>
        </w:rPr>
        <w:t>候鸟</w:t>
      </w:r>
      <w:r>
        <w:rPr>
          <w:rFonts w:ascii="宋体" w:eastAsia="宋体" w:hAnsi="宋体" w:cs="宋体"/>
          <w:color w:val="000000"/>
        </w:rPr>
        <w:t>”</w:t>
      </w:r>
      <w:r>
        <w:rPr>
          <w:rFonts w:ascii="楷体" w:eastAsia="楷体" w:hAnsi="楷体" w:cs="楷体"/>
          <w:color w:val="000000"/>
        </w:rPr>
        <w:t>，它们的迁徙行为大多与季节有关，每年春秋两季会沿着固定的路线往返于繁殖地和避寒地之间。</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古代神话传说中出现的凤凰、大鹏等神鸟</w:t>
      </w:r>
      <w:r>
        <w:rPr>
          <w:color w:val="000000"/>
        </w:rPr>
        <w:t xml:space="preserve">    ②. </w:t>
      </w:r>
      <w:r>
        <w:rPr>
          <w:rFonts w:ascii="宋体" w:eastAsia="宋体" w:hAnsi="宋体" w:cs="宋体"/>
          <w:color w:val="000000"/>
        </w:rPr>
        <w:t>自然界中的鸟儿们</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A</w:t>
      </w:r>
      <w:r>
        <w:rPr>
          <w:color w:val="000000"/>
        </w:rPr>
        <w:t xml:space="preserve">    </w:t>
      </w:r>
      <w:r>
        <w:rPr>
          <w:color w:val="000000"/>
        </w:rPr>
        <w:t>（3）</w:t>
      </w:r>
      <w:r>
        <w:rPr>
          <w:rFonts w:ascii="宋体" w:eastAsia="宋体" w:hAnsi="宋体" w:cs="宋体"/>
          <w:color w:val="000000"/>
        </w:rPr>
        <w:t>我认为材料一更合适。链接材料一中介绍了中国诗词中的“鸟”这一形象所表达的情感与高远的意境，同时也介绍了鸟的叫声与诗人情感的关系。更加符合“中华优秀传统文化</w:t>
      </w:r>
      <w:r>
        <w:rPr>
          <w:rFonts w:ascii="Times New Roman" w:eastAsia="Times New Roman" w:hAnsi="Times New Roman" w:cs="Times New Roman"/>
          <w:color w:val="000000"/>
        </w:rPr>
        <w:t>——</w:t>
      </w:r>
      <w:r>
        <w:rPr>
          <w:rFonts w:ascii="宋体" w:eastAsia="宋体" w:hAnsi="宋体" w:cs="宋体"/>
          <w:color w:val="000000"/>
        </w:rPr>
        <w:t>鸟文化”这一主题。而链接材料二中多介绍自然界中鸟类的迁徙现象，属于自然现象，因此材料一更合适。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本题考查对材料的理解和分析。</w:t>
      </w:r>
    </w:p>
    <w:p>
      <w:pPr>
        <w:spacing w:line="360" w:lineRule="auto"/>
        <w:jc w:val="left"/>
        <w:textAlignment w:val="center"/>
        <w:rPr>
          <w:color w:val="000000"/>
        </w:rPr>
      </w:pPr>
      <w:r>
        <w:rPr>
          <w:rFonts w:ascii="宋体" w:eastAsia="宋体" w:hAnsi="宋体" w:cs="宋体"/>
          <w:color w:val="000000"/>
        </w:rPr>
        <w:t>结合【材料一】中第二段“古代神话传说中出现的凤凰、大鹏等神鸟，有着各自不同的文化象征”和第三段“自然界中的鸟儿们也被赋予了各种不同的象征意义”，可知材料一依次介绍了古代神话传说中出现的凤凰、大鹏等神鸟和自然界中的鸟儿们在中国文化中的象征意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本题考查筛选信息的能力。</w:t>
      </w:r>
    </w:p>
    <w:p>
      <w:pPr>
        <w:spacing w:line="360" w:lineRule="auto"/>
        <w:jc w:val="left"/>
        <w:textAlignment w:val="center"/>
        <w:rPr>
          <w:color w:val="000000"/>
        </w:rPr>
      </w:pPr>
      <w:r>
        <w:rPr>
          <w:rFonts w:ascii="宋体" w:eastAsia="宋体" w:hAnsi="宋体" w:cs="宋体"/>
          <w:color w:val="000000"/>
        </w:rPr>
        <w:t>赏析第一则图案，它的特点是图案中鸟儿呈飞翔的姿态，生动形象，可知其符合材料三中“秦汉时期的凤纹，长冠修颈，挺胸展翅，多作飞鸣起舞状，形象生动”。因此对应</w:t>
      </w:r>
      <w:r>
        <w:rPr>
          <w:rFonts w:ascii="Times New Roman" w:eastAsia="Times New Roman" w:hAnsi="Times New Roman" w:cs="Times New Roman"/>
          <w:color w:val="000000"/>
        </w:rPr>
        <w:t>B</w:t>
      </w:r>
      <w:r>
        <w:rPr>
          <w:rFonts w:ascii="宋体" w:eastAsia="宋体" w:hAnsi="宋体" w:cs="宋体"/>
          <w:color w:val="000000"/>
        </w:rPr>
        <w:t>项；赏析第二则图案，它的特点是图案规整具有花朵图案，可知其符合材料三中的“宋代装饰艺术在观念形态上偏重寓意，此时的凤多与牡丹相配，形成凤衔牡丹、凤穿牡丹等纹样”，对应</w:t>
      </w:r>
      <w:r>
        <w:rPr>
          <w:rFonts w:ascii="Times New Roman" w:eastAsia="Times New Roman" w:hAnsi="Times New Roman" w:cs="Times New Roman"/>
          <w:color w:val="000000"/>
        </w:rPr>
        <w:t>C</w:t>
      </w:r>
      <w:r>
        <w:rPr>
          <w:rFonts w:ascii="宋体" w:eastAsia="宋体" w:hAnsi="宋体" w:cs="宋体"/>
          <w:color w:val="000000"/>
        </w:rPr>
        <w:t>项；赏析第三则图案，它的特点是造型简单，线条简洁，可知其符合“早在新石器时期，凤纹的雏形便已经出现了。此时的凤纹笔画简单、造型单一，有的伫立观望，有的展翅欲飞”。对应</w:t>
      </w:r>
      <w:r>
        <w:rPr>
          <w:rFonts w:ascii="Times New Roman" w:eastAsia="Times New Roman" w:hAnsi="Times New Roman" w:cs="Times New Roman"/>
          <w:color w:val="000000"/>
        </w:rPr>
        <w:t>A</w:t>
      </w:r>
      <w:r>
        <w:rPr>
          <w:rFonts w:ascii="宋体" w:eastAsia="宋体" w:hAnsi="宋体" w:cs="宋体"/>
          <w:color w:val="000000"/>
        </w:rPr>
        <w:t>项。</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本题考查对材料的理解和分析。</w:t>
      </w:r>
    </w:p>
    <w:p>
      <w:pPr>
        <w:spacing w:line="360" w:lineRule="auto"/>
        <w:jc w:val="left"/>
        <w:textAlignment w:val="center"/>
        <w:rPr>
          <w:color w:val="000000"/>
        </w:rPr>
      </w:pPr>
      <w:r>
        <w:rPr>
          <w:rFonts w:ascii="宋体" w:eastAsia="宋体" w:hAnsi="宋体" w:cs="宋体"/>
          <w:color w:val="000000"/>
        </w:rPr>
        <w:t>根据题目可知要选择以“中华优秀传统文化</w:t>
      </w:r>
      <w:r>
        <w:rPr>
          <w:rFonts w:ascii="Times New Roman" w:eastAsia="Times New Roman" w:hAnsi="Times New Roman" w:cs="Times New Roman"/>
          <w:color w:val="000000"/>
        </w:rPr>
        <w:t>——</w:t>
      </w:r>
      <w:r>
        <w:rPr>
          <w:rFonts w:ascii="宋体" w:eastAsia="宋体" w:hAnsi="宋体" w:cs="宋体"/>
          <w:color w:val="000000"/>
        </w:rPr>
        <w:t>鸟文化”为主题的材料。从链接材料一中“中国诗词中经常见到各类鸟的身影”可知，材料一是介绍中国诗词中的鸟文化，符合主题要求。从链接材料二中“鸟类的迁徙是自然界十分常见的现象”“有迁徙行为的鸟类，称为‘留鸟’”“有迁徙行为的鸟类，称为‘候鸟’”可知，材料二是介绍鸟类的迁徙，是对于自然现象的介绍，因此不符合主题要求。答题时，要根据所选择的材料合理说明理由。</w:t>
      </w:r>
    </w:p>
    <w:p>
      <w:pPr>
        <w:spacing w:line="360" w:lineRule="auto"/>
        <w:jc w:val="left"/>
        <w:textAlignment w:val="center"/>
        <w:rPr>
          <w:color w:val="000000"/>
        </w:rPr>
      </w:pPr>
      <w:r>
        <w:rPr>
          <w:color w:val="000000"/>
        </w:rPr>
        <w:t xml:space="preserve">11. </w:t>
      </w:r>
      <w:r>
        <w:rPr>
          <w:rFonts w:ascii="宋体" w:eastAsia="宋体" w:hAnsi="宋体" w:cs="宋体"/>
          <w:color w:val="000000"/>
        </w:rPr>
        <w:t>阅读《我愿意去读懂你》，完成各小题。</w:t>
      </w:r>
    </w:p>
    <w:p>
      <w:pPr>
        <w:spacing w:line="360" w:lineRule="auto"/>
        <w:jc w:val="center"/>
        <w:textAlignment w:val="center"/>
        <w:rPr>
          <w:color w:val="000000"/>
        </w:rPr>
      </w:pPr>
      <w:r>
        <w:rPr>
          <w:rFonts w:ascii="楷体" w:eastAsia="楷体" w:hAnsi="楷体" w:cs="楷体"/>
          <w:color w:val="000000"/>
        </w:rPr>
        <w:t>我愿意去读懂你</w:t>
      </w:r>
    </w:p>
    <w:p>
      <w:pPr>
        <w:spacing w:line="360" w:lineRule="auto"/>
        <w:jc w:val="center"/>
        <w:textAlignment w:val="center"/>
        <w:rPr>
          <w:color w:val="000000"/>
        </w:rPr>
      </w:pPr>
      <w:r>
        <w:rPr>
          <w:rFonts w:ascii="楷体" w:eastAsia="楷体" w:hAnsi="楷体" w:cs="楷体"/>
          <w:color w:val="000000"/>
        </w:rPr>
        <w:t>王小毛</w:t>
      </w:r>
    </w:p>
    <w:p>
      <w:pPr>
        <w:spacing w:line="360" w:lineRule="auto"/>
        <w:ind w:firstLine="420"/>
        <w:jc w:val="left"/>
        <w:textAlignment w:val="center"/>
        <w:rPr>
          <w:color w:val="000000"/>
        </w:rPr>
      </w:pPr>
      <w:r>
        <w:rPr>
          <w:rFonts w:ascii="楷体" w:eastAsia="楷体" w:hAnsi="楷体" w:cs="楷体"/>
          <w:color w:val="000000"/>
        </w:rPr>
        <w:t>①我真后悔给爸买智能手机，更后悔教会他刷朋友圈。</w:t>
      </w:r>
    </w:p>
    <w:p>
      <w:pPr>
        <w:spacing w:line="360" w:lineRule="auto"/>
        <w:ind w:firstLine="420"/>
        <w:jc w:val="left"/>
        <w:textAlignment w:val="center"/>
        <w:rPr>
          <w:color w:val="000000"/>
        </w:rPr>
      </w:pPr>
      <w:r>
        <w:rPr>
          <w:rFonts w:ascii="楷体" w:eastAsia="楷体" w:hAnsi="楷体" w:cs="楷体"/>
          <w:color w:val="000000"/>
        </w:rPr>
        <w:t>②周一，我在公司被忙碌的工作牵得团团转，郁闷地在朋友圈发了条动态：</w:t>
      </w:r>
      <w:r>
        <w:rPr>
          <w:rFonts w:ascii="宋体" w:eastAsia="宋体" w:hAnsi="宋体" w:cs="宋体"/>
          <w:color w:val="000000"/>
        </w:rPr>
        <w:t>“</w:t>
      </w:r>
      <w:r>
        <w:rPr>
          <w:rFonts w:ascii="楷体" w:eastAsia="楷体" w:hAnsi="楷体" w:cs="楷体"/>
          <w:color w:val="000000"/>
        </w:rPr>
        <w:t>一个上午累成狗。</w:t>
      </w:r>
      <w:r>
        <w:rPr>
          <w:rFonts w:ascii="宋体" w:eastAsia="宋体" w:hAnsi="宋体" w:cs="宋体"/>
          <w:color w:val="000000"/>
        </w:rPr>
        <w:t>”</w:t>
      </w:r>
      <w:r>
        <w:rPr>
          <w:rFonts w:ascii="楷体" w:eastAsia="楷体" w:hAnsi="楷体" w:cs="楷体"/>
          <w:color w:val="000000"/>
        </w:rPr>
        <w:t>几分钟后，手机提示音响个不停，全是爸发来的超长语音。我以为家里出了什么大事，赶紧放下工作躲进厕所收听。</w:t>
      </w:r>
    </w:p>
    <w:p>
      <w:pPr>
        <w:spacing w:line="360" w:lineRule="auto"/>
        <w:ind w:firstLine="420"/>
        <w:jc w:val="left"/>
        <w:textAlignment w:val="center"/>
        <w:rPr>
          <w:color w:val="000000"/>
        </w:rPr>
      </w:pPr>
      <w:r>
        <w:rPr>
          <w:rFonts w:ascii="楷体" w:eastAsia="楷体" w:hAnsi="楷体" w:cs="楷体"/>
          <w:color w:val="000000"/>
        </w:rPr>
        <w:t>③哦，原来是一堂生动的思想教育课，最后还说：</w:t>
      </w:r>
      <w:r>
        <w:rPr>
          <w:rFonts w:ascii="宋体" w:eastAsia="宋体" w:hAnsi="宋体" w:cs="宋体"/>
          <w:color w:val="000000"/>
        </w:rPr>
        <w:t>“</w:t>
      </w:r>
      <w:r>
        <w:rPr>
          <w:rFonts w:ascii="楷体" w:eastAsia="楷体" w:hAnsi="楷体" w:cs="楷体"/>
          <w:color w:val="000000"/>
        </w:rPr>
        <w:t>不要把自己和狗相提并论，你是狗，你爸是什么？</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④我抱着手机真是哭笑不得，不知和爸从何说起。</w:t>
      </w:r>
    </w:p>
    <w:p>
      <w:pPr>
        <w:spacing w:line="360" w:lineRule="auto"/>
        <w:ind w:firstLine="420"/>
        <w:jc w:val="left"/>
        <w:textAlignment w:val="center"/>
        <w:rPr>
          <w:color w:val="000000"/>
        </w:rPr>
      </w:pPr>
      <w:r>
        <w:rPr>
          <w:rFonts w:ascii="楷体" w:eastAsia="楷体" w:hAnsi="楷体" w:cs="楷体"/>
          <w:color w:val="000000"/>
        </w:rPr>
        <w:t>⑤一个周末，我约了闺蜜逛街，回来时发现好端端的家被我表妹一条名叫</w:t>
      </w:r>
      <w:r>
        <w:rPr>
          <w:rFonts w:ascii="宋体" w:eastAsia="宋体" w:hAnsi="宋体" w:cs="宋体"/>
          <w:color w:val="000000"/>
        </w:rPr>
        <w:t>“</w:t>
      </w:r>
      <w:r>
        <w:rPr>
          <w:rFonts w:ascii="楷体" w:eastAsia="楷体" w:hAnsi="楷体" w:cs="楷体"/>
          <w:color w:val="000000"/>
        </w:rPr>
        <w:t>肉肉</w:t>
      </w:r>
      <w:r>
        <w:rPr>
          <w:rFonts w:ascii="宋体" w:eastAsia="宋体" w:hAnsi="宋体" w:cs="宋体"/>
          <w:color w:val="000000"/>
        </w:rPr>
        <w:t>”</w:t>
      </w:r>
      <w:r>
        <w:rPr>
          <w:rFonts w:ascii="楷体" w:eastAsia="楷体" w:hAnsi="楷体" w:cs="楷体"/>
          <w:color w:val="000000"/>
        </w:rPr>
        <w:t>的哈士奇给</w:t>
      </w:r>
      <w:r>
        <w:rPr>
          <w:rFonts w:ascii="宋体" w:eastAsia="宋体" w:hAnsi="宋体" w:cs="宋体"/>
          <w:color w:val="000000"/>
        </w:rPr>
        <w:t>“</w:t>
      </w:r>
      <w:r>
        <w:rPr>
          <w:rFonts w:ascii="楷体" w:eastAsia="楷体" w:hAnsi="楷体" w:cs="楷体"/>
          <w:color w:val="000000"/>
        </w:rPr>
        <w:t>强拆</w:t>
      </w:r>
      <w:r>
        <w:rPr>
          <w:rFonts w:ascii="宋体" w:eastAsia="宋体" w:hAnsi="宋体" w:cs="宋体"/>
          <w:color w:val="000000"/>
        </w:rPr>
        <w:t>”</w:t>
      </w:r>
      <w:r>
        <w:rPr>
          <w:rFonts w:ascii="楷体" w:eastAsia="楷体" w:hAnsi="楷体" w:cs="楷体"/>
          <w:color w:val="000000"/>
        </w:rPr>
        <w:t>了，可是肇事者一脸不屑地蹲在门口根本没表现出一点儿愧疚之意。卫生纸被撕碎了，我忍；沙发被啃了，也可不计较；但当我看到摔碎的粉饼和折断的口红时，一股怒火拱上心头，立刻拍照片配上狠话发到朋友圈：</w:t>
      </w:r>
      <w:r>
        <w:rPr>
          <w:rFonts w:ascii="宋体" w:eastAsia="宋体" w:hAnsi="宋体" w:cs="宋体"/>
          <w:color w:val="000000"/>
        </w:rPr>
        <w:t>“</w:t>
      </w:r>
      <w:r>
        <w:rPr>
          <w:rFonts w:ascii="楷体" w:eastAsia="楷体" w:hAnsi="楷体" w:cs="楷体"/>
          <w:color w:val="000000"/>
        </w:rPr>
        <w:t>这种狗怎么炖好吃？</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⑥几分钟后，我爸的斥责电话就打了进来：</w:t>
      </w:r>
      <w:r>
        <w:rPr>
          <w:rFonts w:ascii="宋体" w:eastAsia="宋体" w:hAnsi="宋体" w:cs="宋体"/>
          <w:color w:val="000000"/>
        </w:rPr>
        <w:t>“</w:t>
      </w:r>
      <w:r>
        <w:rPr>
          <w:rFonts w:ascii="楷体" w:eastAsia="楷体" w:hAnsi="楷体" w:cs="楷体"/>
          <w:color w:val="000000"/>
        </w:rPr>
        <w:t>你是不是疯了，为了这么点儿事儿就要杀肉肉！</w:t>
      </w:r>
      <w:r>
        <w:rPr>
          <w:rFonts w:ascii="宋体" w:eastAsia="宋体" w:hAnsi="宋体" w:cs="宋体"/>
          <w:color w:val="000000"/>
        </w:rPr>
        <w:t>”</w:t>
      </w:r>
      <w:r>
        <w:rPr>
          <w:rFonts w:ascii="楷体" w:eastAsia="楷体" w:hAnsi="楷体" w:cs="楷体"/>
          <w:color w:val="000000"/>
        </w:rPr>
        <w:t>我实在无语。</w:t>
      </w:r>
    </w:p>
    <w:p>
      <w:pPr>
        <w:spacing w:line="360" w:lineRule="auto"/>
        <w:ind w:firstLine="420"/>
        <w:jc w:val="left"/>
        <w:textAlignment w:val="center"/>
        <w:rPr>
          <w:color w:val="000000"/>
        </w:rPr>
      </w:pPr>
      <w:r>
        <w:rPr>
          <w:rFonts w:ascii="楷体" w:eastAsia="楷体" w:hAnsi="楷体" w:cs="楷体"/>
          <w:color w:val="000000"/>
        </w:rPr>
        <w:t>⑦为避免爸产生不必要的误解，此后我再发朋友圈，都会选择性地屏蔽他，仅向他展现自己</w:t>
      </w:r>
      <w:r>
        <w:rPr>
          <w:rFonts w:ascii="宋体" w:eastAsia="宋体" w:hAnsi="宋体" w:cs="宋体"/>
          <w:color w:val="000000"/>
        </w:rPr>
        <w:t>“</w:t>
      </w:r>
      <w:r>
        <w:rPr>
          <w:rFonts w:ascii="楷体" w:eastAsia="楷体" w:hAnsi="楷体" w:cs="楷体"/>
          <w:color w:val="000000"/>
        </w:rPr>
        <w:t>积极向上</w:t>
      </w:r>
      <w:r>
        <w:rPr>
          <w:rFonts w:ascii="宋体" w:eastAsia="宋体" w:hAnsi="宋体" w:cs="宋体"/>
          <w:color w:val="000000"/>
        </w:rPr>
        <w:t>”</w:t>
      </w:r>
      <w:r>
        <w:rPr>
          <w:rFonts w:ascii="楷体" w:eastAsia="楷体" w:hAnsi="楷体" w:cs="楷体"/>
          <w:color w:val="000000"/>
        </w:rPr>
        <w:t>的一面。因此，爸的唠叨明显少了。</w:t>
      </w:r>
    </w:p>
    <w:p>
      <w:pPr>
        <w:spacing w:line="360" w:lineRule="auto"/>
        <w:ind w:firstLine="420"/>
        <w:jc w:val="left"/>
        <w:textAlignment w:val="center"/>
        <w:rPr>
          <w:color w:val="000000"/>
        </w:rPr>
      </w:pPr>
      <w:r>
        <w:rPr>
          <w:rFonts w:ascii="楷体" w:eastAsia="楷体" w:hAnsi="楷体" w:cs="楷体"/>
          <w:color w:val="000000"/>
        </w:rPr>
        <w:t>⑧有一天天气甚好，我穿着新买的春装去公园玩，因为知道爸喜欢我参加户外活动，便拍了几张美图展示健康生活理念。爸好像一直擎着手机窥探我，整日无事可做，只等在另一头伺机而动——照片刚发好，就是一个秒赞。</w:t>
      </w:r>
    </w:p>
    <w:p>
      <w:pPr>
        <w:spacing w:line="360" w:lineRule="auto"/>
        <w:ind w:firstLine="420"/>
        <w:jc w:val="left"/>
        <w:textAlignment w:val="center"/>
        <w:rPr>
          <w:color w:val="000000"/>
        </w:rPr>
      </w:pPr>
      <w:r>
        <w:rPr>
          <w:rFonts w:ascii="楷体" w:eastAsia="楷体" w:hAnsi="楷体" w:cs="楷体"/>
          <w:color w:val="000000"/>
        </w:rPr>
        <w:t>⑨可接着，我又收到三篇</w:t>
      </w:r>
      <w:r>
        <w:rPr>
          <w:rFonts w:ascii="宋体" w:eastAsia="宋体" w:hAnsi="宋体" w:cs="宋体"/>
          <w:color w:val="000000"/>
        </w:rPr>
        <w:t>“</w:t>
      </w:r>
      <w:r>
        <w:rPr>
          <w:rFonts w:ascii="楷体" w:eastAsia="楷体" w:hAnsi="楷体" w:cs="楷体"/>
          <w:color w:val="000000"/>
        </w:rPr>
        <w:t>深度好文</w:t>
      </w:r>
      <w:r>
        <w:rPr>
          <w:rFonts w:ascii="宋体" w:eastAsia="宋体" w:hAnsi="宋体" w:cs="宋体"/>
          <w:color w:val="000000"/>
        </w:rPr>
        <w:t>”</w:t>
      </w:r>
      <w:r>
        <w:rPr>
          <w:rFonts w:ascii="楷体" w:eastAsia="楷体" w:hAnsi="楷体" w:cs="楷体"/>
          <w:color w:val="000000"/>
        </w:rPr>
        <w:t>，内容大概是</w:t>
      </w:r>
      <w:r>
        <w:rPr>
          <w:rFonts w:ascii="宋体" w:eastAsia="宋体" w:hAnsi="宋体" w:cs="宋体"/>
          <w:color w:val="000000"/>
        </w:rPr>
        <w:t>“</w:t>
      </w:r>
      <w:r>
        <w:rPr>
          <w:rFonts w:ascii="楷体" w:eastAsia="楷体" w:hAnsi="楷体" w:cs="楷体"/>
          <w:color w:val="000000"/>
        </w:rPr>
        <w:t>小心病从脚入</w:t>
      </w:r>
      <w:r>
        <w:rPr>
          <w:rFonts w:ascii="宋体" w:eastAsia="宋体" w:hAnsi="宋体" w:cs="宋体"/>
          <w:color w:val="000000"/>
        </w:rPr>
        <w:t>”“</w:t>
      </w:r>
      <w:r>
        <w:rPr>
          <w:rFonts w:ascii="楷体" w:eastAsia="楷体" w:hAnsi="楷体" w:cs="楷体"/>
          <w:color w:val="000000"/>
        </w:rPr>
        <w:t>女人最怕脚受凉</w:t>
      </w:r>
      <w:r>
        <w:rPr>
          <w:rFonts w:ascii="宋体" w:eastAsia="宋体" w:hAnsi="宋体" w:cs="宋体"/>
          <w:color w:val="000000"/>
        </w:rPr>
        <w:t>”“</w:t>
      </w:r>
      <w:r>
        <w:rPr>
          <w:rFonts w:ascii="楷体" w:eastAsia="楷体" w:hAnsi="楷体" w:cs="楷体"/>
          <w:color w:val="000000"/>
        </w:rPr>
        <w:t>足部穴位详图</w:t>
      </w:r>
      <w:r>
        <w:rPr>
          <w:rFonts w:ascii="宋体" w:eastAsia="宋体" w:hAnsi="宋体" w:cs="宋体"/>
          <w:color w:val="000000"/>
        </w:rPr>
        <w:t>”</w:t>
      </w:r>
      <w:r>
        <w:rPr>
          <w:rFonts w:ascii="楷体" w:eastAsia="楷体" w:hAnsi="楷体" w:cs="楷体"/>
          <w:color w:val="000000"/>
        </w:rPr>
        <w:t>。</w:t>
      </w:r>
    </w:p>
    <w:p>
      <w:pPr>
        <w:spacing w:line="360" w:lineRule="auto"/>
        <w:ind w:firstLine="420"/>
        <w:jc w:val="left"/>
        <w:textAlignment w:val="center"/>
        <w:rPr>
          <w:color w:val="000000"/>
        </w:rPr>
      </w:pPr>
      <w:r>
        <w:rPr>
          <w:rFonts w:ascii="楷体" w:eastAsia="楷体" w:hAnsi="楷体" w:cs="楷体"/>
          <w:color w:val="000000"/>
        </w:rPr>
        <w:t>⑩唉，真是防不胜防！为了扮潮，我特意露出一截脚踝，没想到大好春色他不看，偏偏把注意力放到我的脚上。</w:t>
      </w:r>
    </w:p>
    <w:p>
      <w:pPr>
        <w:spacing w:line="360" w:lineRule="auto"/>
        <w:ind w:firstLine="420"/>
        <w:jc w:val="left"/>
        <w:textAlignment w:val="center"/>
        <w:rPr>
          <w:color w:val="000000"/>
        </w:rPr>
      </w:pPr>
      <w:r>
        <w:rPr>
          <w:rFonts w:ascii="楷体" w:eastAsia="楷体" w:hAnsi="楷体" w:cs="楷体"/>
          <w:color w:val="000000"/>
        </w:rPr>
        <w:t>⑪我赶紧解释，气温回升，一点都不冷，街上的小姑娘都这样打扮。爸大概觉得用语音说费事，直接打电话过来。</w:t>
      </w:r>
    </w:p>
    <w:p>
      <w:pPr>
        <w:spacing w:line="360" w:lineRule="auto"/>
        <w:ind w:firstLine="420"/>
        <w:jc w:val="left"/>
        <w:textAlignment w:val="center"/>
        <w:rPr>
          <w:color w:val="000000"/>
        </w:rPr>
      </w:pPr>
      <w:r>
        <w:rPr>
          <w:rFonts w:ascii="楷体" w:eastAsia="楷体" w:hAnsi="楷体" w:cs="楷体"/>
          <w:color w:val="000000"/>
        </w:rPr>
        <w:t>⑫最后的结果是我只好妥协，下午回家换了长裤、长袜，并拍照片发给他看。此后，我每天都能收到爸推送的</w:t>
      </w:r>
      <w:r>
        <w:rPr>
          <w:rFonts w:ascii="宋体" w:eastAsia="宋体" w:hAnsi="宋体" w:cs="宋体"/>
          <w:color w:val="000000"/>
        </w:rPr>
        <w:t>“</w:t>
      </w:r>
      <w:r>
        <w:rPr>
          <w:rFonts w:ascii="楷体" w:eastAsia="楷体" w:hAnsi="楷体" w:cs="楷体"/>
          <w:color w:val="000000"/>
        </w:rPr>
        <w:t>养生文</w:t>
      </w:r>
      <w:r>
        <w:rPr>
          <w:rFonts w:ascii="宋体" w:eastAsia="宋体" w:hAnsi="宋体" w:cs="宋体"/>
          <w:color w:val="000000"/>
        </w:rPr>
        <w:t>”</w:t>
      </w:r>
      <w:r>
        <w:rPr>
          <w:rFonts w:ascii="楷体" w:eastAsia="楷体" w:hAnsi="楷体" w:cs="楷体"/>
          <w:color w:val="000000"/>
        </w:rPr>
        <w:t>，感觉自己有望活到下个世纪。</w:t>
      </w:r>
    </w:p>
    <w:p>
      <w:pPr>
        <w:spacing w:line="360" w:lineRule="auto"/>
        <w:ind w:firstLine="420"/>
        <w:jc w:val="left"/>
        <w:textAlignment w:val="center"/>
        <w:rPr>
          <w:color w:val="000000"/>
        </w:rPr>
      </w:pPr>
      <w:r>
        <w:rPr>
          <w:rFonts w:ascii="楷体" w:eastAsia="楷体" w:hAnsi="楷体" w:cs="楷体"/>
          <w:color w:val="000000"/>
        </w:rPr>
        <w:t>⑬十一假期到来前三天，爸一改风格，每天准时分享两篇感恩父母系列文章，接着还发来这样的语音：</w:t>
      </w:r>
      <w:r>
        <w:rPr>
          <w:rFonts w:ascii="宋体" w:eastAsia="宋体" w:hAnsi="宋体" w:cs="宋体"/>
          <w:color w:val="000000"/>
        </w:rPr>
        <w:t>“</w:t>
      </w:r>
      <w:r>
        <w:rPr>
          <w:rFonts w:ascii="楷体" w:eastAsia="楷体" w:hAnsi="楷体" w:cs="楷体"/>
          <w:color w:val="000000"/>
        </w:rPr>
        <w:t>女儿呀，你要是忙，就不要回来了！爸特别好……咳……咳……</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⑭听听，我怎么能不回去？</w:t>
      </w:r>
    </w:p>
    <w:p>
      <w:pPr>
        <w:spacing w:line="360" w:lineRule="auto"/>
        <w:ind w:firstLine="420"/>
        <w:jc w:val="left"/>
        <w:textAlignment w:val="center"/>
        <w:rPr>
          <w:color w:val="000000"/>
        </w:rPr>
      </w:pPr>
      <w:r>
        <w:rPr>
          <w:rFonts w:ascii="楷体" w:eastAsia="楷体" w:hAnsi="楷体" w:cs="楷体"/>
          <w:color w:val="000000"/>
        </w:rPr>
        <w:t>⑮那日下了出租车，只见爸正满面红光地在小区门口等我，一边还在和几位邻居侃大山。我主动和几位叔叔打招呼，爸对我的举止、衣着特别满意，在回家的路上不停地向我示好：</w:t>
      </w:r>
      <w:r>
        <w:rPr>
          <w:rFonts w:ascii="宋体" w:eastAsia="宋体" w:hAnsi="宋体" w:cs="宋体"/>
          <w:color w:val="000000"/>
        </w:rPr>
        <w:t>“</w:t>
      </w:r>
      <w:r>
        <w:rPr>
          <w:rFonts w:ascii="楷体" w:eastAsia="楷体" w:hAnsi="楷体" w:cs="楷体"/>
          <w:color w:val="000000"/>
        </w:rPr>
        <w:t>女儿啊，老爸给你做了一桌好吃的，还买了你最爱吃的……</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⑯爸的厨艺确实很好。我空着肚子赶火车，早已饿得饥肠辘辘，一见蛋黄煽鸡翅、蒜蓉开背虾、红烧排骨，我扑上去抄起筷子准备开吃，却被爸叫停：</w:t>
      </w:r>
      <w:r>
        <w:rPr>
          <w:rFonts w:ascii="宋体" w:eastAsia="宋体" w:hAnsi="宋体" w:cs="宋体"/>
          <w:color w:val="000000"/>
        </w:rPr>
        <w:t>“</w:t>
      </w:r>
      <w:r>
        <w:rPr>
          <w:rFonts w:ascii="楷体" w:eastAsia="楷体" w:hAnsi="楷体" w:cs="楷体"/>
          <w:color w:val="000000"/>
        </w:rPr>
        <w:t>等下！我先拍个照！</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⑰为了取个全景，爸踩着一个小凳子，其间三次下来调整摆盘。好不容易拍完饭桌，为了凑</w:t>
      </w:r>
      <w:r>
        <w:rPr>
          <w:rFonts w:ascii="宋体" w:eastAsia="宋体" w:hAnsi="宋体" w:cs="宋体"/>
          <w:color w:val="000000"/>
        </w:rPr>
        <w:t>“</w:t>
      </w:r>
      <w:r>
        <w:rPr>
          <w:rFonts w:ascii="楷体" w:eastAsia="楷体" w:hAnsi="楷体" w:cs="楷体"/>
          <w:color w:val="000000"/>
        </w:rPr>
        <w:t>九宫格</w:t>
      </w:r>
      <w:r>
        <w:rPr>
          <w:rFonts w:ascii="宋体" w:eastAsia="宋体" w:hAnsi="宋体" w:cs="宋体"/>
          <w:color w:val="000000"/>
        </w:rPr>
        <w:t>”</w:t>
      </w:r>
      <w:r>
        <w:rPr>
          <w:rFonts w:ascii="楷体" w:eastAsia="楷体" w:hAnsi="楷体" w:cs="楷体"/>
          <w:color w:val="000000"/>
        </w:rPr>
        <w:t>，他还要拍我送他的礼物，以及我吃得满嘴流油的圈样子。他没完没了地折腾，根本顾不上吃饭。我风卷残云，吃饱喝足后，见他仍捧着手机，不停地删删改改。爸发完朋友圈，才安心地坐到饭桌前，不忘提醒我去点赞。</w:t>
      </w:r>
    </w:p>
    <w:p>
      <w:pPr>
        <w:spacing w:line="360" w:lineRule="auto"/>
        <w:ind w:firstLine="420"/>
        <w:jc w:val="left"/>
        <w:textAlignment w:val="center"/>
        <w:rPr>
          <w:color w:val="000000"/>
        </w:rPr>
      </w:pPr>
      <w:r>
        <w:rPr>
          <w:rFonts w:ascii="楷体" w:eastAsia="楷体" w:hAnsi="楷体" w:cs="楷体"/>
          <w:color w:val="000000"/>
        </w:rPr>
        <w:t>⑱饭后收拾碗筷，爸忽然想起什么，抬起头问：</w:t>
      </w:r>
      <w:r>
        <w:rPr>
          <w:rFonts w:ascii="宋体" w:eastAsia="宋体" w:hAnsi="宋体" w:cs="宋体"/>
          <w:color w:val="000000"/>
        </w:rPr>
        <w:t>“</w:t>
      </w:r>
      <w:r>
        <w:rPr>
          <w:rFonts w:ascii="楷体" w:eastAsia="楷体" w:hAnsi="楷体" w:cs="楷体"/>
          <w:color w:val="000000"/>
        </w:rPr>
        <w:t>你不会真想把肉肉炖了吧？</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⑲唉，我不知该怎么跟他解释，毕竟，他能理解的网络词还停留在</w:t>
      </w:r>
      <w:r>
        <w:rPr>
          <w:rFonts w:ascii="宋体" w:eastAsia="宋体" w:hAnsi="宋体" w:cs="宋体"/>
          <w:color w:val="000000"/>
        </w:rPr>
        <w:t>“</w:t>
      </w:r>
      <w:r>
        <w:rPr>
          <w:rFonts w:ascii="楷体" w:eastAsia="楷体" w:hAnsi="楷体" w:cs="楷体"/>
          <w:color w:val="000000"/>
        </w:rPr>
        <w:t>给力</w:t>
      </w:r>
      <w:r>
        <w:rPr>
          <w:rFonts w:ascii="宋体" w:eastAsia="宋体" w:hAnsi="宋体" w:cs="宋体"/>
          <w:color w:val="000000"/>
        </w:rPr>
        <w:t>”</w:t>
      </w:r>
      <w:r>
        <w:rPr>
          <w:rFonts w:ascii="楷体" w:eastAsia="楷体" w:hAnsi="楷体" w:cs="楷体"/>
          <w:color w:val="000000"/>
        </w:rPr>
        <w:t>这个层面。我说：</w:t>
      </w:r>
      <w:r>
        <w:rPr>
          <w:rFonts w:ascii="宋体" w:eastAsia="宋体" w:hAnsi="宋体" w:cs="宋体"/>
          <w:color w:val="000000"/>
        </w:rPr>
        <w:t>“</w:t>
      </w:r>
      <w:r>
        <w:rPr>
          <w:rFonts w:ascii="楷体" w:eastAsia="楷体" w:hAnsi="楷体" w:cs="楷体"/>
          <w:color w:val="000000"/>
        </w:rPr>
        <w:t>老爸，我们这代人的表达方式，不是你想的那样严肃。</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⑳爸的脸红了，憋了很久，才说：</w:t>
      </w:r>
      <w:r>
        <w:rPr>
          <w:rFonts w:ascii="宋体" w:eastAsia="宋体" w:hAnsi="宋体" w:cs="宋体"/>
          <w:color w:val="000000"/>
        </w:rPr>
        <w:t>“</w:t>
      </w:r>
      <w:r>
        <w:rPr>
          <w:rFonts w:ascii="楷体" w:eastAsia="楷体" w:hAnsi="楷体" w:cs="楷体"/>
          <w:color w:val="000000"/>
        </w:rPr>
        <w:t>你什么事都不跟爸说，爸只能自己想办法去了解。</w:t>
      </w:r>
      <w:r>
        <w:rPr>
          <w:rFonts w:ascii="宋体" w:eastAsia="宋体" w:hAnsi="宋体" w:cs="宋体"/>
          <w:color w:val="000000"/>
        </w:rPr>
        <w:t>”</w:t>
      </w:r>
      <w:r>
        <w:rPr>
          <w:rFonts w:ascii="楷体" w:eastAsia="楷体" w:hAnsi="楷体" w:cs="楷体"/>
          <w:color w:val="000000"/>
        </w:rPr>
        <w:t>我心里突然不是滋味，假装埋头刷朋友圈，内心早已波澜四起。</w:t>
      </w:r>
    </w:p>
    <w:p>
      <w:pPr>
        <w:spacing w:line="360" w:lineRule="auto"/>
        <w:ind w:firstLine="420"/>
        <w:jc w:val="left"/>
        <w:textAlignment w:val="center"/>
        <w:rPr>
          <w:color w:val="000000"/>
        </w:rPr>
      </w:pPr>
      <w:r>
        <w:rPr>
          <w:rFonts w:ascii="楷体" w:eastAsia="楷体" w:hAnsi="楷体" w:cs="楷体"/>
          <w:color w:val="000000"/>
        </w:rPr>
        <w:t>㉑妈去世早，是爸把我拉扯成人。我知道爸爱我，但我总觉得在这世上没有可以倾诉少女心事的人。后来，相继出现的各种社交工具给我的情绪提供了出口，我和那些素不相识的陌生人谈烦恼、聊困惑。爸担心我，但我什么都不愿意和他讲，他能做的，便是努力融入我的世界，跟在我的身后，捕捉我喜怒哀乐的蛛丝马迹。</w:t>
      </w:r>
    </w:p>
    <w:p>
      <w:pPr>
        <w:spacing w:line="360" w:lineRule="auto"/>
        <w:ind w:firstLine="420"/>
        <w:jc w:val="left"/>
        <w:textAlignment w:val="center"/>
        <w:rPr>
          <w:color w:val="000000"/>
        </w:rPr>
      </w:pPr>
      <w:r>
        <w:rPr>
          <w:rFonts w:ascii="楷体" w:eastAsia="楷体" w:hAnsi="楷体" w:cs="楷体"/>
          <w:color w:val="000000"/>
        </w:rPr>
        <w:t>㉒网络对于爸来说，是陌生的。爸并不擅长操作软件，也不喜欢在虚拟网络中互动。这些年，爸一直跟着我，从QQ到微博，再到微信，艰难地适应着这个日新月异的网络时代。爸在QQ上，只与我一人聊天；爸的微博，只关注我一人；爸在微信上倒是偶尔和亲友交流，但把我设为置顶聊夭对象。翻一翻我们俩的聊天记录，每次天气突变、流行病来袭……他总是兴师动众地搬运一堆文章，希望能帮到我，而我的回复，永远都是简单的几个字或者表情。</w:t>
      </w:r>
    </w:p>
    <w:p>
      <w:pPr>
        <w:spacing w:line="360" w:lineRule="auto"/>
        <w:ind w:firstLine="420"/>
        <w:jc w:val="left"/>
        <w:textAlignment w:val="center"/>
        <w:rPr>
          <w:color w:val="000000"/>
        </w:rPr>
      </w:pPr>
      <w:r>
        <w:rPr>
          <w:rFonts w:ascii="楷体" w:eastAsia="楷体" w:hAnsi="楷体" w:cs="楷体"/>
          <w:color w:val="000000"/>
        </w:rPr>
        <w:t>㉓隔日早餐时间，我发现爸坐在桌前看手机。许久，他才笑着说：</w:t>
      </w:r>
      <w:r>
        <w:rPr>
          <w:rFonts w:ascii="宋体" w:eastAsia="宋体" w:hAnsi="宋体" w:cs="宋体"/>
          <w:color w:val="000000"/>
        </w:rPr>
        <w:t>“</w:t>
      </w:r>
      <w:r>
        <w:rPr>
          <w:rFonts w:ascii="楷体" w:eastAsia="楷体" w:hAnsi="楷体" w:cs="楷体"/>
          <w:color w:val="000000"/>
        </w:rPr>
        <w:t>哈哈，‘累成狗’原来是这个意思啊！</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㉔爸又开始学网络用语了，看他认真记录的样子，我不想再做他特别难懂的女儿。</w:t>
      </w:r>
    </w:p>
    <w:p>
      <w:pPr>
        <w:spacing w:line="360" w:lineRule="auto"/>
        <w:ind w:firstLine="420"/>
        <w:jc w:val="left"/>
        <w:textAlignment w:val="center"/>
        <w:rPr>
          <w:color w:val="000000"/>
        </w:rPr>
      </w:pPr>
      <w:r>
        <w:rPr>
          <w:rFonts w:ascii="楷体" w:eastAsia="楷体" w:hAnsi="楷体" w:cs="楷体"/>
          <w:color w:val="000000"/>
        </w:rPr>
        <w:t>㉕回到自己的小家后，我做的第一件事就是上网整理网络用语，逐条解释，给爸发过去。因为在亲情的世界里，只有我们俩。</w:t>
      </w:r>
      <w:r>
        <w:rPr>
          <w:rFonts w:ascii="楷体" w:eastAsia="楷体" w:hAnsi="楷体" w:cs="楷体"/>
          <w:color w:val="000000"/>
          <w:u w:val="single"/>
        </w:rPr>
        <w:t>他越来越苍老，靠近我的姿态越来越</w:t>
      </w:r>
      <w:r>
        <w:rPr>
          <w:rFonts w:ascii="楷体" w:eastAsia="楷体" w:hAnsi="楷体" w:cs="楷体"/>
          <w:color w:val="000000"/>
          <w:em w:val="dot"/>
        </w:rPr>
        <w:t>笨拙</w:t>
      </w:r>
      <w:r>
        <w:rPr>
          <w:rFonts w:ascii="楷体" w:eastAsia="楷体" w:hAnsi="楷体" w:cs="楷体"/>
          <w:color w:val="000000"/>
          <w:u w:val="single"/>
        </w:rPr>
        <w:t>，所以我想等一等他。</w:t>
      </w:r>
      <w:r>
        <w:rPr>
          <w:rFonts w:ascii="楷体" w:eastAsia="楷体" w:hAnsi="楷体" w:cs="楷体"/>
          <w:color w:val="000000"/>
        </w:rPr>
        <w:t>我也愿意认真地去读懂爸，我想告诉他，我的心其实从未与他疏远。</w:t>
      </w:r>
    </w:p>
    <w:p>
      <w:pPr>
        <w:spacing w:line="360" w:lineRule="auto"/>
        <w:jc w:val="right"/>
        <w:textAlignment w:val="center"/>
        <w:rPr>
          <w:color w:val="000000"/>
        </w:rPr>
      </w:pPr>
      <w:r>
        <w:rPr>
          <w:rFonts w:ascii="宋体" w:eastAsia="宋体" w:hAnsi="宋体" w:cs="宋体"/>
          <w:color w:val="000000"/>
        </w:rPr>
        <w:t>（文章有改动）</w:t>
      </w:r>
    </w:p>
    <w:p>
      <w:pPr>
        <w:spacing w:line="360" w:lineRule="auto"/>
        <w:jc w:val="left"/>
        <w:textAlignment w:val="center"/>
        <w:rPr>
          <w:color w:val="000000"/>
        </w:rPr>
      </w:pPr>
      <w:r>
        <w:rPr>
          <w:color w:val="000000"/>
        </w:rPr>
        <w:t>（1）</w:t>
      </w:r>
      <w:r>
        <w:rPr>
          <w:rFonts w:ascii="宋体" w:eastAsia="宋体" w:hAnsi="宋体" w:cs="宋体"/>
          <w:color w:val="000000"/>
        </w:rPr>
        <w:t>文章写了一对父女寻常的生活小事，其中浸润着朴实绵长的亲情。阅读文章，将下列空白处补充完整。</w:t>
      </w:r>
    </w:p>
    <w:p>
      <w:pPr>
        <w:spacing w:line="360" w:lineRule="auto"/>
        <w:jc w:val="left"/>
        <w:textAlignment w:val="center"/>
        <w:rPr>
          <w:color w:val="000000"/>
        </w:rPr>
      </w:pPr>
      <w:r>
        <w:rPr>
          <w:rFonts w:ascii="宋体" w:eastAsia="宋体" w:hAnsi="宋体" w:cs="宋体"/>
          <w:color w:val="000000"/>
        </w:rPr>
        <w:t>①</w:t>
      </w:r>
    </w:p>
    <w:p>
      <w:pPr>
        <w:spacing w:line="360" w:lineRule="auto"/>
        <w:jc w:val="left"/>
        <w:textAlignment w:val="center"/>
        <w:rPr>
          <w:color w:val="000000"/>
        </w:rPr>
      </w:pPr>
      <w:r>
        <w:rPr>
          <w:rFonts w:ascii="宋体" w:eastAsia="宋体" w:hAnsi="宋体" w:cs="宋体"/>
          <w:color w:val="000000"/>
        </w:rPr>
        <w:t>②我因家里被表妹的狗破坏而在朋友圈发狠话，爸打来电话斥责我。</w:t>
      </w:r>
    </w:p>
    <w:p>
      <w:pPr>
        <w:spacing w:line="360" w:lineRule="auto"/>
        <w:jc w:val="left"/>
        <w:textAlignment w:val="center"/>
        <w:rPr>
          <w:color w:val="000000"/>
        </w:rPr>
      </w:pPr>
      <w:r>
        <w:rPr>
          <w:rFonts w:ascii="宋体" w:eastAsia="宋体" w:hAnsi="宋体" w:cs="宋体"/>
          <w:color w:val="000000"/>
        </w:rPr>
        <w:t>③我逛公园发露脚踝的美照，爸发来长文教育我注意保暖养生。</w:t>
      </w:r>
    </w:p>
    <w:p>
      <w:pPr>
        <w:spacing w:line="360" w:lineRule="auto"/>
        <w:jc w:val="left"/>
        <w:textAlignment w:val="center"/>
        <w:rPr>
          <w:color w:val="000000"/>
        </w:rPr>
      </w:pPr>
      <w:r>
        <w:rPr>
          <w:rFonts w:ascii="宋体" w:eastAsia="宋体" w:hAnsi="宋体" w:cs="宋体"/>
          <w:color w:val="000000"/>
        </w:rPr>
        <w:t>④</w:t>
      </w:r>
    </w:p>
    <w:p>
      <w:pPr>
        <w:spacing w:line="360" w:lineRule="auto"/>
        <w:jc w:val="left"/>
        <w:textAlignment w:val="center"/>
        <w:rPr>
          <w:color w:val="000000"/>
        </w:rPr>
      </w:pPr>
      <w:r>
        <w:rPr>
          <w:rFonts w:ascii="宋体" w:eastAsia="宋体" w:hAnsi="宋体" w:cs="宋体"/>
          <w:color w:val="000000"/>
        </w:rPr>
        <w:t>⑤爸好奇我使用的网络语言并开始学习，我整理网络用语发给爸。</w:t>
      </w:r>
    </w:p>
    <w:p>
      <w:pPr>
        <w:spacing w:line="360" w:lineRule="auto"/>
        <w:jc w:val="left"/>
        <w:textAlignment w:val="center"/>
        <w:rPr>
          <w:color w:val="000000"/>
        </w:rPr>
      </w:pPr>
      <w:r>
        <w:rPr>
          <w:color w:val="000000"/>
        </w:rPr>
        <w:t>（2）</w:t>
      </w:r>
      <w:r>
        <w:rPr>
          <w:rFonts w:ascii="宋体" w:eastAsia="宋体" w:hAnsi="宋体" w:cs="宋体"/>
          <w:color w:val="000000"/>
        </w:rPr>
        <w:t>请联系上下文，说出㉕段画线句中的加点词在文中的含义，并从父亲和女儿两个角度，分别分析加点词蕴含的情感。</w:t>
      </w:r>
    </w:p>
    <w:p>
      <w:pPr>
        <w:spacing w:line="360" w:lineRule="auto"/>
        <w:jc w:val="left"/>
        <w:textAlignment w:val="center"/>
        <w:rPr>
          <w:color w:val="000000"/>
        </w:rPr>
      </w:pPr>
      <w:r>
        <w:rPr>
          <w:rFonts w:ascii="宋体" w:eastAsia="宋体" w:hAnsi="宋体" w:cs="宋体"/>
          <w:color w:val="000000"/>
        </w:rPr>
        <w:t>他越来越苍老，靠近我的姿态越来越</w:t>
      </w:r>
      <w:r>
        <w:rPr>
          <w:rFonts w:ascii="宋体" w:eastAsia="宋体" w:hAnsi="宋体" w:cs="宋体"/>
          <w:color w:val="000000"/>
          <w:em w:val="dot"/>
        </w:rPr>
        <w:t>笨拙</w:t>
      </w:r>
      <w:r>
        <w:rPr>
          <w:rFonts w:ascii="宋体" w:eastAsia="宋体" w:hAnsi="宋体" w:cs="宋体"/>
          <w:color w:val="000000"/>
        </w:rPr>
        <w:t>，所以我想等一等他。</w:t>
      </w:r>
    </w:p>
    <w:p>
      <w:pPr>
        <w:spacing w:line="360" w:lineRule="auto"/>
        <w:jc w:val="left"/>
        <w:textAlignment w:val="center"/>
        <w:rPr>
          <w:color w:val="000000"/>
        </w:rPr>
      </w:pPr>
      <w:r>
        <w:rPr>
          <w:color w:val="000000"/>
        </w:rPr>
        <w:t>（3）</w:t>
      </w:r>
      <w:r>
        <w:rPr>
          <w:rFonts w:ascii="宋体" w:eastAsia="宋体" w:hAnsi="宋体" w:cs="宋体"/>
          <w:color w:val="000000"/>
        </w:rPr>
        <w:t>同学们想将这篇文章推荐到校刊，你觉得适合刊登在哪一个栏目？请说明理由。</w:t>
      </w:r>
    </w:p>
    <w:p>
      <w:pPr>
        <w:spacing w:line="360" w:lineRule="auto"/>
        <w:jc w:val="left"/>
        <w:textAlignment w:val="center"/>
        <w:rPr>
          <w:color w:val="000000"/>
        </w:rPr>
      </w:pPr>
      <w:r>
        <w:rPr>
          <w:rFonts w:ascii="宋体" w:eastAsia="宋体" w:hAnsi="宋体" w:cs="宋体"/>
          <w:color w:val="000000"/>
        </w:rPr>
        <w:t>【甲】心灵成长</w:t>
      </w:r>
    </w:p>
    <w:p>
      <w:pPr>
        <w:spacing w:line="360" w:lineRule="auto"/>
        <w:jc w:val="left"/>
        <w:textAlignment w:val="center"/>
        <w:rPr>
          <w:color w:val="000000"/>
        </w:rPr>
      </w:pPr>
      <w:r>
        <w:rPr>
          <w:rFonts w:ascii="宋体" w:eastAsia="宋体" w:hAnsi="宋体" w:cs="宋体"/>
          <w:color w:val="000000"/>
        </w:rPr>
        <w:t>【乙】挚爱亲情</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①“我”因工作劳累发条动态，爸发来超长语音教育“我”；④“我”十一回家，爸吃饭前忙着把做的美食和“我”带的礼物拍照发朋友圈。</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笨拙”的本意是不聪明、不灵巧，在文中指越来越苍老的父亲努力用各种网络方式了解“我”，但却跟不上“我”和时代的脚步。该词既体现出父亲对“我”无微不至的关注与深沉的爱，也传达出“我”对父亲的愧疚与理解。</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示例：挚爱亲情。逐渐苍老的父亲努力通过网络去了解女儿，关注女儿，笨拙却感人；离家在外的女儿对父亲从不懂到理解，从疏离到靠近，曲折却暖心。一对父女寻常的生活小事中浸润着真挚动人、朴实绵长的人间亲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本题考查文章内容概括。</w:t>
      </w:r>
    </w:p>
    <w:p>
      <w:pPr>
        <w:spacing w:line="360" w:lineRule="auto"/>
        <w:jc w:val="left"/>
        <w:textAlignment w:val="center"/>
        <w:rPr>
          <w:color w:val="000000"/>
        </w:rPr>
      </w:pPr>
      <w:r>
        <w:rPr>
          <w:rFonts w:ascii="宋体" w:eastAsia="宋体" w:hAnsi="宋体" w:cs="宋体"/>
          <w:color w:val="000000"/>
        </w:rPr>
        <w:t>结合文章第②段“周一，我在公司被忙碌的工作牵得团团转，郁闷地在朋友圈发了条动态：‘一个上午累成狗’……‘不要把自己和狗相提并论，你是狗，你爸是什么’”，①概括为：“我”因工作劳累发条动态，爸发来超长语音教育“我”；</w:t>
      </w:r>
    </w:p>
    <w:p>
      <w:pPr>
        <w:spacing w:line="360" w:lineRule="auto"/>
        <w:jc w:val="left"/>
        <w:textAlignment w:val="center"/>
        <w:rPr>
          <w:color w:val="000000"/>
        </w:rPr>
      </w:pPr>
      <w:r>
        <w:rPr>
          <w:rFonts w:ascii="宋体" w:eastAsia="宋体" w:hAnsi="宋体" w:cs="宋体"/>
          <w:color w:val="000000"/>
        </w:rPr>
        <w:t>结合文章第⑯段“爸的厨艺确实很好。我空着肚子赶火车，早已饿得饥肠辘辘，一见蛋黄煽鸡翅、蒜蓉开背虾、红烧排骨，我扑上去抄起筷子准备开吃，却被爸叫停：‘等下！我先拍个照’为了取个全景，爸踩着一个小凳子，其间三次下来调整摆盘。好不容易拍完饭桌，为了凑‘九宫格’，他还要拍我送他的礼物，以及我吃得满嘴流油的圈样子”，④概括为：“我”十一回家，爸吃饭前忙着把做的美食和“我”带的礼物拍照发朋友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本题考查词语表达效果分析。</w:t>
      </w:r>
    </w:p>
    <w:p>
      <w:pPr>
        <w:spacing w:line="360" w:lineRule="auto"/>
        <w:jc w:val="left"/>
        <w:textAlignment w:val="center"/>
        <w:rPr>
          <w:color w:val="000000"/>
        </w:rPr>
      </w:pPr>
      <w:r>
        <w:rPr>
          <w:rFonts w:ascii="宋体" w:eastAsia="宋体" w:hAnsi="宋体" w:cs="宋体"/>
          <w:color w:val="000000"/>
        </w:rPr>
        <w:t>“笨拙”的原意是指不灵巧，不聪明。根据文中第㉒段“这些年，爸一路跟着我，从</w:t>
      </w:r>
      <w:r>
        <w:rPr>
          <w:rFonts w:ascii="Times New Roman" w:eastAsia="Times New Roman" w:hAnsi="Times New Roman" w:cs="Times New Roman"/>
          <w:color w:val="000000"/>
        </w:rPr>
        <w:t>QQ</w:t>
      </w:r>
      <w:r>
        <w:rPr>
          <w:rFonts w:ascii="宋体" w:eastAsia="宋体" w:hAnsi="宋体" w:cs="宋体"/>
          <w:color w:val="000000"/>
        </w:rPr>
        <w:t>到微博，再到微信，一直艰难地适应着这个日新月异的网络时代。但他用尽全力也只做到了形式上的趋从</w:t>
      </w:r>
      <w:r>
        <w:rPr>
          <w:rFonts w:ascii="Times New Roman" w:eastAsia="Times New Roman" w:hAnsi="Times New Roman" w:cs="Times New Roman"/>
          <w:color w:val="000000"/>
        </w:rPr>
        <w:t>——</w:t>
      </w:r>
      <w:r>
        <w:rPr>
          <w:rFonts w:ascii="宋体" w:eastAsia="宋体" w:hAnsi="宋体" w:cs="宋体"/>
          <w:color w:val="000000"/>
        </w:rPr>
        <w:t>他其实并不懂我，更猜不透我在想什么”“爸担心我，但我什么都不愿意和他讲，他能做的，便是努力融入我的世界，甚至不顾自己滑稽的状态，跟在我的身后，捕捉我喜怒哀乐的蛛丝马迹”可知，越来越苍老的父亲因为对女儿无比关心但是却不了解女儿的内心，于是通过微信、微博、QQ等关注或是聊天的方式，希望能更接近女儿，多了解女儿一点。然而年老的父亲跟不上年轻人的时代潮流，总是会闹出一点“滑稽”的小笑话，这是父亲的“笨拙”之处。根据“我不想再做他特别难懂的女儿”可知，“我”意识到爸对“我”的关心，和爸努力想要以年轻人习惯的。方式接近“我”、关心“我”的良苦用心，体现出“我”对父亲的愧疚和理解。</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本题考查阅读拓展。这是一道开放性试题，答案不唯一。</w:t>
      </w:r>
    </w:p>
    <w:p>
      <w:pPr>
        <w:spacing w:line="360" w:lineRule="auto"/>
        <w:jc w:val="left"/>
        <w:textAlignment w:val="center"/>
        <w:rPr>
          <w:color w:val="000000"/>
        </w:rPr>
      </w:pPr>
      <w:r>
        <w:rPr>
          <w:rFonts w:ascii="宋体" w:eastAsia="宋体" w:hAnsi="宋体" w:cs="宋体"/>
          <w:color w:val="000000"/>
        </w:rPr>
        <w:t>解答时，要在通读全文的基础上，围绕题目“我愿意去读懂你”，从父亲和女儿两个角度进行情节的概括和主旨的归纳。标题中的“我愿意去读懂你”包含了两层含义，一是父亲努力通过网络去了解、接近女儿；二是女儿从一开始的不理解父亲的行为，到后来愿意去理解、体谅父亲。根据这两个角度，选择适合刊登的栏目即可。</w:t>
      </w:r>
    </w:p>
    <w:p>
      <w:pPr>
        <w:pStyle w:val="Heading2"/>
      </w:pPr>
      <w:r>
        <w:t>期末</w:t>
      </w:r>
    </w:p>
    <w:p>
      <w:pPr>
        <w:pStyle w:val="Heading3"/>
      </w:pPr>
      <w:r>
        <w:t>东城区</w:t>
      </w:r>
    </w:p>
    <w:p>
      <w:pPr>
        <w:spacing w:line="360" w:lineRule="auto"/>
        <w:jc w:val="left"/>
        <w:textAlignment w:val="center"/>
        <w:rPr>
          <w:color w:val="000000"/>
        </w:rPr>
      </w:pPr>
      <w:r>
        <w:rPr>
          <w:rFonts w:ascii="宋体" w:eastAsia="宋体" w:hAnsi="宋体" w:cs="宋体"/>
          <w:b/>
          <w:color w:val="000000"/>
          <w:sz w:val="24"/>
        </w:rPr>
        <w:t>四、现代文阅读（共21分）</w:t>
      </w:r>
    </w:p>
    <w:p>
      <w:pPr>
        <w:spacing w:line="360" w:lineRule="auto"/>
        <w:jc w:val="left"/>
        <w:textAlignment w:val="center"/>
        <w:rPr>
          <w:color w:val="000000"/>
        </w:rPr>
      </w:pPr>
      <w:r>
        <w:rPr>
          <w:color w:val="000000"/>
        </w:rPr>
        <w:t xml:space="preserve">10. </w:t>
      </w:r>
      <w:r>
        <w:rPr>
          <w:rFonts w:ascii="宋体" w:eastAsia="宋体" w:hAnsi="宋体" w:cs="宋体"/>
          <w:color w:val="000000"/>
        </w:rPr>
        <w:t>校园电视台以“在秋天里的行走”为主题，向各班征集电视散文。班级选择《太行山里的秋天》这篇文章进行录制，请你完成下列任务。</w:t>
      </w:r>
    </w:p>
    <w:p>
      <w:pPr>
        <w:spacing w:line="360" w:lineRule="auto"/>
        <w:ind w:firstLine="420"/>
        <w:jc w:val="center"/>
        <w:textAlignment w:val="center"/>
        <w:rPr>
          <w:color w:val="000000"/>
        </w:rPr>
      </w:pPr>
      <w:r>
        <w:rPr>
          <w:rFonts w:ascii="楷体" w:eastAsia="楷体" w:hAnsi="楷体" w:cs="楷体"/>
          <w:color w:val="000000"/>
        </w:rPr>
        <w:t>太行山里的秋天</w:t>
      </w:r>
    </w:p>
    <w:p>
      <w:pPr>
        <w:spacing w:line="360" w:lineRule="auto"/>
        <w:ind w:firstLine="420"/>
        <w:jc w:val="left"/>
        <w:textAlignment w:val="center"/>
        <w:rPr>
          <w:color w:val="000000"/>
        </w:rPr>
      </w:pPr>
      <w:r>
        <w:rPr>
          <w:rFonts w:ascii="楷体" w:eastAsia="楷体" w:hAnsi="楷体" w:cs="楷体"/>
          <w:color w:val="000000"/>
        </w:rPr>
        <w:t>①在北方，太行山里的秋天是迷人的，也是忙碌的，更是喧闹的。</w:t>
      </w:r>
    </w:p>
    <w:p>
      <w:pPr>
        <w:spacing w:line="360" w:lineRule="auto"/>
        <w:ind w:firstLine="420"/>
        <w:jc w:val="left"/>
        <w:textAlignment w:val="center"/>
        <w:rPr>
          <w:color w:val="000000"/>
        </w:rPr>
      </w:pPr>
      <w:r>
        <w:rPr>
          <w:rFonts w:ascii="楷体" w:eastAsia="楷体" w:hAnsi="楷体" w:cs="楷体"/>
          <w:color w:val="000000"/>
        </w:rPr>
        <w:t>②秋风节令一过，天高地阔，通透的蓝天更加通透，洁白的云团更加洁白，翠绿的群山仿佛感知到某种召唤，开始脱去夏装，换成秋天的盛装，</w:t>
      </w:r>
      <w:r>
        <w:rPr>
          <w:rFonts w:ascii="楷体" w:eastAsia="楷体" w:hAnsi="楷体" w:cs="楷体"/>
          <w:color w:val="000000"/>
          <w:u w:val="single"/>
        </w:rPr>
        <w:t>满山遍野红叶似火，黄叶赛金</w:t>
      </w:r>
      <w:r>
        <w:rPr>
          <w:rFonts w:ascii="楷体" w:eastAsia="楷体" w:hAnsi="楷体" w:cs="楷体"/>
          <w:color w:val="000000"/>
        </w:rPr>
        <w:t>。你看，层层叠叠，五颜六色，仿佛是谁失手打翻了调色板，各种颜色交织在一起，形成太行山里独特而迷人的秋景。</w:t>
      </w:r>
    </w:p>
    <w:p>
      <w:pPr>
        <w:spacing w:line="360" w:lineRule="auto"/>
        <w:ind w:firstLine="420"/>
        <w:jc w:val="left"/>
        <w:textAlignment w:val="center"/>
        <w:rPr>
          <w:color w:val="000000"/>
        </w:rPr>
      </w:pPr>
      <w:r>
        <w:rPr>
          <w:rFonts w:ascii="楷体" w:eastAsia="楷体" w:hAnsi="楷体" w:cs="楷体"/>
          <w:color w:val="000000"/>
        </w:rPr>
        <w:t>③和多彩的群山相比，田地也不逊色，放眼望去，一地金黄，</w:t>
      </w:r>
      <w:r>
        <w:rPr>
          <w:rFonts w:ascii="楷体" w:eastAsia="楷体" w:hAnsi="楷体" w:cs="楷体"/>
          <w:color w:val="000000"/>
          <w:u w:val="single"/>
        </w:rPr>
        <w:t>谷子是金黄的，玉米是金黄的，大豆是金黄的</w:t>
      </w:r>
      <w:r>
        <w:rPr>
          <w:rFonts w:ascii="MS Mincho" w:eastAsia="MS Mincho" w:hAnsi="MS Mincho" w:cs="MS Mincho"/>
          <w:color w:val="000000"/>
          <w:u w:val="single"/>
        </w:rPr>
        <w:t>⋯⋯</w:t>
      </w:r>
      <w:r>
        <w:rPr>
          <w:rFonts w:ascii="楷体" w:eastAsia="楷体" w:hAnsi="楷体" w:cs="楷体"/>
          <w:color w:val="000000"/>
        </w:rPr>
        <w:t>在阳光照耀下发出夺目的金光。</w:t>
      </w:r>
    </w:p>
    <w:p>
      <w:pPr>
        <w:spacing w:line="360" w:lineRule="auto"/>
        <w:ind w:firstLine="420"/>
        <w:jc w:val="left"/>
        <w:textAlignment w:val="center"/>
        <w:rPr>
          <w:color w:val="000000"/>
        </w:rPr>
      </w:pPr>
      <w:r>
        <w:rPr>
          <w:rFonts w:ascii="楷体" w:eastAsia="楷体" w:hAnsi="楷体" w:cs="楷体"/>
          <w:color w:val="000000"/>
        </w:rPr>
        <w:t>④此时的村庄是一年之中最为喧闹的。</w:t>
      </w:r>
      <w:r>
        <w:rPr>
          <w:rFonts w:ascii="楷体" w:eastAsia="楷体" w:hAnsi="楷体" w:cs="楷体"/>
          <w:color w:val="000000"/>
          <w:u w:val="single"/>
        </w:rPr>
        <w:t>农人们忙着检修收割机，说笑声伴着机声轰鸣</w:t>
      </w:r>
      <w:r>
        <w:rPr>
          <w:rFonts w:ascii="楷体" w:eastAsia="楷体" w:hAnsi="楷体" w:cs="楷体"/>
          <w:color w:val="000000"/>
        </w:rPr>
        <w:t>。村庄里的狗跑得比任何时候都要欢，它们相互嬉闹着，追逐着。</w:t>
      </w:r>
    </w:p>
    <w:p>
      <w:pPr>
        <w:spacing w:line="360" w:lineRule="auto"/>
        <w:ind w:firstLine="420"/>
        <w:jc w:val="left"/>
        <w:textAlignment w:val="center"/>
        <w:rPr>
          <w:color w:val="000000"/>
        </w:rPr>
      </w:pPr>
      <w:r>
        <w:rPr>
          <w:rFonts w:ascii="楷体" w:eastAsia="楷体" w:hAnsi="楷体" w:cs="楷体"/>
          <w:color w:val="000000"/>
        </w:rPr>
        <w:t>⑤我曾用一上午时间去观察一只田鼠。秋天的田鼠是最活跃的，它们似乎学会了和人共处，远远看到我走近，一点也不会慌张。这种小动物虽然住在阴暗潮湿的洞穴内，但它似乎很爱干净，时不时就会蹲坐在田边，用两个前爪梳理自己的皮毛，一身暗黄色的皮毛始终保持一尘不染，散发着光泽。一个上午，我看到这个小家伙忙着一趟一趟跑，从地里收集粮食，往洞穴内搬运，或大豆，或玉米，我曾指着奔跑的田鼠说：“快看，这家伙又在偷粮食。”村里的张大爷意味深长地说：“</w:t>
      </w:r>
      <w:r>
        <w:rPr>
          <w:rFonts w:ascii="楷体" w:eastAsia="楷体" w:hAnsi="楷体" w:cs="楷体"/>
          <w:color w:val="000000"/>
          <w:u w:val="single"/>
        </w:rPr>
        <w:t>孩子，它可不是偷，秋天的粮食只要没有颗粒归仓，就有它的一份。</w:t>
      </w:r>
      <w:r>
        <w:rPr>
          <w:rFonts w:ascii="楷体" w:eastAsia="楷体" w:hAnsi="楷体" w:cs="楷体"/>
          <w:color w:val="000000"/>
        </w:rPr>
        <w:t>”后来我就将“偷”换成了“收集”。在太行山里，人与万物共生，善良平和的天性仿佛与生俱来，根植在农人们的血液里。</w:t>
      </w:r>
    </w:p>
    <w:p>
      <w:pPr>
        <w:spacing w:line="360" w:lineRule="auto"/>
        <w:ind w:firstLine="420"/>
        <w:jc w:val="left"/>
        <w:textAlignment w:val="center"/>
        <w:rPr>
          <w:color w:val="000000"/>
        </w:rPr>
      </w:pPr>
      <w:r>
        <w:rPr>
          <w:rFonts w:ascii="楷体" w:eastAsia="楷体" w:hAnsi="楷体" w:cs="楷体"/>
          <w:color w:val="000000"/>
        </w:rPr>
        <w:t>⑥秋天对于山里的麻雀来说是最幸福的，谷子或高粱成熟了，这些成群结队的小家伙，飞来飞去，虽然不像田鼠那样储粮过冬，但是可以每天自由自在地吃得饱饱的。我不清楚蚂蚁会不会储藏粮食，但我知道秋天的蚂蚁，也会用嘴咬着一粒谷籽儿跑，这些小蚂蚁个个就像勇士，搬运着一粒粒饱满的谷籽儿，飞快地奔跑也不忘昂着头，农人们看见了，会挪开脚，尽量不去踩着它们。</w:t>
      </w:r>
    </w:p>
    <w:p>
      <w:pPr>
        <w:spacing w:line="360" w:lineRule="auto"/>
        <w:ind w:firstLine="420"/>
        <w:jc w:val="left"/>
        <w:textAlignment w:val="center"/>
        <w:rPr>
          <w:color w:val="000000"/>
        </w:rPr>
      </w:pPr>
      <w:r>
        <w:rPr>
          <w:rFonts w:ascii="楷体" w:eastAsia="楷体" w:hAnsi="楷体" w:cs="楷体"/>
          <w:color w:val="000000"/>
        </w:rPr>
        <w:t>⑦秋天的太行山是忙碌的，这忙碌不仅仅属于农人，还有田鼠、麻雀和蚂蚁等各种各样的小动物。秋天的太行山是喧闹的，这喧闹也不仅仅属于农人，更属于万物。一株株植物，不管是庄稼还是野草，春生夏长，历经风雨雷电，总希望秋天能结出丰硕的果实；一个个农人，春种夏忙，总希望有一个丰收的秋天；一只只小动物，忙忙碌碌中，也希望在秋天有更多的收获。</w:t>
      </w:r>
    </w:p>
    <w:p>
      <w:pPr>
        <w:spacing w:line="360" w:lineRule="auto"/>
        <w:jc w:val="right"/>
        <w:textAlignment w:val="center"/>
        <w:rPr>
          <w:color w:val="000000"/>
        </w:rPr>
      </w:pPr>
      <w:r>
        <w:rPr>
          <w:rFonts w:ascii="宋体" w:eastAsia="宋体" w:hAnsi="宋体" w:cs="宋体"/>
          <w:color w:val="000000"/>
        </w:rPr>
        <w:t>（取材于郭震海的同名文章）</w:t>
      </w:r>
    </w:p>
    <w:p>
      <w:pPr>
        <w:spacing w:line="360" w:lineRule="auto"/>
        <w:jc w:val="left"/>
        <w:textAlignment w:val="center"/>
        <w:rPr>
          <w:color w:val="000000"/>
        </w:rPr>
      </w:pPr>
      <w:r>
        <w:rPr>
          <w:color w:val="000000"/>
        </w:rPr>
        <w:t>（1）</w:t>
      </w:r>
      <w:r>
        <w:rPr>
          <w:rFonts w:ascii="宋体" w:eastAsia="宋体" w:hAnsi="宋体" w:cs="宋体"/>
          <w:color w:val="000000"/>
        </w:rPr>
        <w:t>画面拍摄制作小组根据文章所有的描写段落进行录制，并给分镜头画面配上小标题。请你在下面表格中的【甲】【乙】【丙】【丁】处填入恰当内容。</w:t>
      </w:r>
    </w:p>
    <w:tbl>
      <w:tblPr>
        <w:tblStyle w:val="TableNormal"/>
        <w:tblW w:w="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31"/>
        <w:gridCol w:w="2448"/>
        <w:gridCol w:w="2351"/>
      </w:tblGrid>
      <w:tr>
        <w:tblPrEx>
          <w:tblW w:w="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分镜头</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画面展现的描写段落</w:t>
            </w:r>
          </w:p>
        </w:tc>
        <w:tc>
          <w:tcPr>
            <w:tcW w:w="25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小标题</w:t>
            </w:r>
          </w:p>
        </w:tc>
      </w:tr>
      <w:tr>
        <w:tblPrEx>
          <w:tblW w:w="5850" w:type="dxa"/>
          <w:tblCellMar>
            <w:top w:w="120" w:type="dxa"/>
            <w:left w:w="120" w:type="dxa"/>
            <w:bottom w:w="120" w:type="dxa"/>
            <w:right w:w="120" w:type="dxa"/>
          </w:tblCellMar>
        </w:tblPrEx>
        <w:trPr>
          <w:cantSplit w:val="0"/>
          <w:trHeight w:val="330"/>
        </w:trPr>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1</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②段</w:t>
            </w:r>
          </w:p>
        </w:tc>
        <w:tc>
          <w:tcPr>
            <w:tcW w:w="25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w:t>
            </w:r>
          </w:p>
        </w:tc>
      </w:tr>
      <w:tr>
        <w:tblPrEx>
          <w:tblW w:w="5850" w:type="dxa"/>
          <w:tblCellMar>
            <w:top w:w="120" w:type="dxa"/>
            <w:left w:w="120" w:type="dxa"/>
            <w:bottom w:w="120" w:type="dxa"/>
            <w:right w:w="120" w:type="dxa"/>
          </w:tblCellMar>
        </w:tblPrEx>
        <w:trPr>
          <w:cantSplit w:val="0"/>
          <w:trHeight w:val="330"/>
        </w:trPr>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2</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③段</w:t>
            </w:r>
          </w:p>
        </w:tc>
        <w:tc>
          <w:tcPr>
            <w:tcW w:w="25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w:t>
            </w:r>
          </w:p>
        </w:tc>
      </w:tr>
      <w:tr>
        <w:tblPrEx>
          <w:tblW w:w="5850" w:type="dxa"/>
          <w:tblCellMar>
            <w:top w:w="120" w:type="dxa"/>
            <w:left w:w="120" w:type="dxa"/>
            <w:bottom w:w="120" w:type="dxa"/>
            <w:right w:w="120" w:type="dxa"/>
          </w:tblCellMar>
        </w:tblPrEx>
        <w:trPr>
          <w:cantSplit w:val="0"/>
          <w:trHeight w:val="330"/>
        </w:trPr>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3</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④段</w:t>
            </w:r>
          </w:p>
        </w:tc>
        <w:tc>
          <w:tcPr>
            <w:tcW w:w="25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【丙】</w:t>
            </w:r>
          </w:p>
        </w:tc>
      </w:tr>
      <w:tr>
        <w:tblPrEx>
          <w:tblW w:w="5850" w:type="dxa"/>
          <w:tblCellMar>
            <w:top w:w="120" w:type="dxa"/>
            <w:left w:w="120" w:type="dxa"/>
            <w:bottom w:w="120" w:type="dxa"/>
            <w:right w:w="120" w:type="dxa"/>
          </w:tblCellMar>
        </w:tblPrEx>
        <w:trPr>
          <w:cantSplit w:val="0"/>
          <w:trHeight w:val="330"/>
        </w:trPr>
        <w:tc>
          <w:tcPr>
            <w:tcW w:w="8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4</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【丁】</w:t>
            </w:r>
          </w:p>
        </w:tc>
        <w:tc>
          <w:tcPr>
            <w:tcW w:w="255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忙碌的小动物们</w:t>
            </w:r>
          </w:p>
        </w:tc>
      </w:tr>
    </w:tbl>
    <w:p>
      <w:pPr>
        <w:spacing w:line="360" w:lineRule="auto"/>
        <w:jc w:val="left"/>
        <w:textAlignment w:val="center"/>
        <w:rPr>
          <w:color w:val="000000"/>
        </w:rPr>
      </w:pPr>
      <w:r>
        <w:rPr>
          <w:color w:val="000000"/>
        </w:rPr>
        <w:t>（2）</w:t>
      </w:r>
      <w:r>
        <w:rPr>
          <w:rFonts w:ascii="宋体" w:eastAsia="宋体" w:hAnsi="宋体" w:cs="宋体"/>
          <w:color w:val="000000"/>
        </w:rPr>
        <w:t>朗诵配音小组设计了朗读脚本，下列不恰当的一项是（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原文：满山遍野红叶似火，黄叶赛金。</w:t>
      </w:r>
    </w:p>
    <w:p>
      <w:pPr>
        <w:spacing w:line="360" w:lineRule="auto"/>
        <w:jc w:val="left"/>
        <w:textAlignment w:val="center"/>
        <w:rPr>
          <w:color w:val="000000"/>
        </w:rPr>
      </w:pPr>
      <w:r>
        <w:rPr>
          <w:rFonts w:ascii="宋体" w:eastAsia="宋体" w:hAnsi="宋体" w:cs="宋体"/>
          <w:color w:val="000000"/>
        </w:rPr>
        <w:t>脚本：句中“似火”和“赛金”适合重读，强调出红叶与火、黄叶与金的形象关联，以突出赞美之情。</w:t>
      </w:r>
    </w:p>
    <w:p>
      <w:pPr>
        <w:spacing w:line="360" w:lineRule="auto"/>
        <w:jc w:val="left"/>
        <w:textAlignment w:val="center"/>
        <w:rPr>
          <w:color w:val="000000"/>
        </w:rPr>
      </w:pPr>
      <w:r>
        <w:rPr>
          <w:color w:val="000000"/>
        </w:rPr>
        <w:t xml:space="preserve">B. </w:t>
      </w:r>
      <w:r>
        <w:rPr>
          <w:rFonts w:ascii="宋体" w:eastAsia="宋体" w:hAnsi="宋体" w:cs="宋体"/>
          <w:color w:val="000000"/>
        </w:rPr>
        <w:t>原文：谷子是金黄的，玉米是金黄的，大豆是金黄的……</w:t>
      </w:r>
    </w:p>
    <w:p>
      <w:pPr>
        <w:spacing w:line="360" w:lineRule="auto"/>
        <w:jc w:val="left"/>
        <w:textAlignment w:val="center"/>
        <w:rPr>
          <w:color w:val="000000"/>
        </w:rPr>
      </w:pPr>
      <w:r>
        <w:rPr>
          <w:rFonts w:ascii="宋体" w:eastAsia="宋体" w:hAnsi="宋体" w:cs="宋体"/>
          <w:color w:val="000000"/>
        </w:rPr>
        <w:t>脚本：三个分句之间可以连读，用逐渐加快的语速表现出田中金黄庄稼的美不胜收，以突出喜爱之情。</w:t>
      </w:r>
    </w:p>
    <w:p>
      <w:pPr>
        <w:spacing w:line="360" w:lineRule="auto"/>
        <w:jc w:val="left"/>
        <w:textAlignment w:val="center"/>
        <w:rPr>
          <w:color w:val="000000"/>
        </w:rPr>
      </w:pPr>
      <w:r>
        <w:rPr>
          <w:color w:val="000000"/>
        </w:rPr>
        <w:t xml:space="preserve">C. </w:t>
      </w:r>
      <w:r>
        <w:rPr>
          <w:rFonts w:ascii="宋体" w:eastAsia="宋体" w:hAnsi="宋体" w:cs="宋体"/>
          <w:color w:val="000000"/>
        </w:rPr>
        <w:t>原文：农人们忙着检修收割机，说笑声伴着机声轰鸣。</w:t>
      </w:r>
    </w:p>
    <w:p>
      <w:pPr>
        <w:spacing w:line="360" w:lineRule="auto"/>
        <w:jc w:val="left"/>
        <w:textAlignment w:val="center"/>
        <w:rPr>
          <w:color w:val="000000"/>
        </w:rPr>
      </w:pPr>
      <w:r>
        <w:rPr>
          <w:rFonts w:ascii="宋体" w:eastAsia="宋体" w:hAnsi="宋体" w:cs="宋体"/>
          <w:color w:val="000000"/>
        </w:rPr>
        <w:t>脚本：这两句可以用欢乐轻快的语调来读，以营造出农人们在检修收割机时忙碌而又充满欢乐的氛围。</w:t>
      </w:r>
    </w:p>
    <w:p>
      <w:pPr>
        <w:spacing w:line="360" w:lineRule="auto"/>
        <w:jc w:val="left"/>
        <w:textAlignment w:val="center"/>
        <w:rPr>
          <w:color w:val="000000"/>
        </w:rPr>
      </w:pPr>
      <w:r>
        <w:rPr>
          <w:color w:val="000000"/>
        </w:rPr>
        <w:t xml:space="preserve">D. </w:t>
      </w:r>
      <w:r>
        <w:rPr>
          <w:rFonts w:ascii="宋体" w:eastAsia="宋体" w:hAnsi="宋体" w:cs="宋体"/>
          <w:color w:val="000000"/>
        </w:rPr>
        <w:t>原文：“孩子，它可不是偷，秋天的粮食只要没有颗粒归仓，就有它的一份。”</w:t>
      </w:r>
    </w:p>
    <w:p>
      <w:pPr>
        <w:spacing w:line="360" w:lineRule="auto"/>
        <w:jc w:val="left"/>
        <w:textAlignment w:val="center"/>
        <w:rPr>
          <w:color w:val="000000"/>
        </w:rPr>
      </w:pPr>
      <w:r>
        <w:rPr>
          <w:rFonts w:ascii="宋体" w:eastAsia="宋体" w:hAnsi="宋体" w:cs="宋体"/>
          <w:color w:val="000000"/>
        </w:rPr>
        <w:t>脚本：张大爷的话要读出责备的语气和愤怒的感情，以突出他对“我”诋毁田鼠偷食农人粮食的厌恶。</w:t>
      </w:r>
    </w:p>
    <w:p>
      <w:pPr>
        <w:spacing w:line="360" w:lineRule="auto"/>
        <w:jc w:val="left"/>
        <w:textAlignment w:val="center"/>
        <w:rPr>
          <w:color w:val="000000"/>
        </w:rPr>
      </w:pPr>
      <w:r>
        <w:rPr>
          <w:color w:val="000000"/>
        </w:rPr>
        <w:t>（3）</w:t>
      </w:r>
      <w:r>
        <w:rPr>
          <w:rFonts w:ascii="宋体" w:eastAsia="宋体" w:hAnsi="宋体" w:cs="宋体"/>
          <w:color w:val="000000"/>
        </w:rPr>
        <w:t>字幕制作小组准备引用古典诗句定格在结束画面中，以突显本文</w:t>
      </w:r>
      <w:r>
        <w:rPr>
          <w:rFonts w:ascii="宋体" w:eastAsia="宋体" w:hAnsi="宋体" w:cs="宋体"/>
          <w:color w:val="000000"/>
          <w:position w:val="0"/>
        </w:rPr>
        <w:drawing>
          <wp:inline>
            <wp:extent cx="133350" cy="177800"/>
            <wp:docPr id="15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
                    <pic:cNvPicPr>
                      <a:picLocks noChangeAspect="1"/>
                    </pic:cNvPicPr>
                  </pic:nvPicPr>
                  <pic:blipFill>
                    <a:blip r:embed="rId12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主旨。请从下面两个诗句中选出你认为适合的一个，并结合所选诗句和文章内容简要说明理由。</w:t>
      </w:r>
    </w:p>
    <w:p>
      <w:pPr>
        <w:spacing w:line="360" w:lineRule="auto"/>
        <w:jc w:val="left"/>
        <w:textAlignment w:val="center"/>
        <w:rPr>
          <w:color w:val="000000"/>
        </w:rPr>
      </w:pPr>
      <w:r>
        <w:rPr>
          <w:rFonts w:ascii="宋体" w:eastAsia="宋体" w:hAnsi="宋体" w:cs="宋体"/>
          <w:color w:val="000000"/>
        </w:rPr>
        <w:t>①自古逢秋悲寂寥，我言秋日胜春朝。（刘禹锡《秋日》）</w:t>
      </w:r>
    </w:p>
    <w:p>
      <w:pPr>
        <w:spacing w:line="360" w:lineRule="auto"/>
        <w:jc w:val="left"/>
        <w:textAlignment w:val="center"/>
        <w:rPr>
          <w:color w:val="000000"/>
        </w:rPr>
      </w:pPr>
      <w:r>
        <w:rPr>
          <w:rFonts w:ascii="宋体" w:eastAsia="宋体" w:hAnsi="宋体" w:cs="宋体"/>
          <w:color w:val="000000"/>
        </w:rPr>
        <w:t>②一年好景君须记，最是橙黄橘绿时。（苏轼《赠刘景文》）</w:t>
      </w:r>
    </w:p>
    <w:p>
      <w:pPr>
        <w:spacing w:line="360" w:lineRule="auto"/>
        <w:jc w:val="left"/>
        <w:textAlignment w:val="center"/>
        <w:rPr>
          <w:color w:val="000000"/>
        </w:rPr>
      </w:pPr>
      <w:r>
        <w:rPr>
          <w:rFonts w:ascii="宋体" w:eastAsia="宋体" w:hAnsi="宋体" w:cs="宋体"/>
          <w:color w:val="000000"/>
        </w:rPr>
        <w:t>选择：</w:t>
      </w:r>
      <w:r>
        <w:rPr>
          <w:color w:val="000000"/>
        </w:rPr>
        <w:t>____</w:t>
      </w:r>
      <w:r>
        <w:rPr>
          <w:rFonts w:ascii="宋体" w:eastAsia="宋体" w:hAnsi="宋体" w:cs="宋体"/>
          <w:color w:val="000000"/>
        </w:rPr>
        <w:t>（填序号）</w:t>
      </w:r>
    </w:p>
    <w:p>
      <w:pPr>
        <w:spacing w:line="360" w:lineRule="auto"/>
        <w:jc w:val="left"/>
        <w:textAlignment w:val="center"/>
        <w:rPr>
          <w:color w:val="000000"/>
        </w:rPr>
      </w:pPr>
      <w:r>
        <w:rPr>
          <w:rFonts w:ascii="宋体" w:eastAsia="宋体" w:hAnsi="宋体" w:cs="宋体"/>
          <w:color w:val="000000"/>
        </w:rPr>
        <w:t>理由：</w:t>
      </w:r>
      <w:r>
        <w:rPr>
          <w:color w:val="000000"/>
        </w:rPr>
        <w:t>______________________________________</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【甲】缤纷的色彩</w:t>
      </w:r>
    </w:p>
    <w:p>
      <w:pPr>
        <w:spacing w:line="360" w:lineRule="auto"/>
        <w:jc w:val="left"/>
        <w:textAlignment w:val="center"/>
        <w:rPr>
          <w:color w:val="000000"/>
        </w:rPr>
      </w:pPr>
      <w:r>
        <w:rPr>
          <w:rFonts w:ascii="宋体" w:eastAsia="宋体" w:hAnsi="宋体" w:cs="宋体"/>
          <w:color w:val="000000"/>
        </w:rPr>
        <w:t>【乙】金黄的大地</w:t>
      </w:r>
    </w:p>
    <w:p>
      <w:pPr>
        <w:spacing w:line="360" w:lineRule="auto"/>
        <w:jc w:val="left"/>
        <w:textAlignment w:val="center"/>
        <w:rPr>
          <w:color w:val="000000"/>
        </w:rPr>
      </w:pPr>
      <w:r>
        <w:rPr>
          <w:rFonts w:ascii="宋体" w:eastAsia="宋体" w:hAnsi="宋体" w:cs="宋体"/>
          <w:color w:val="000000"/>
        </w:rPr>
        <w:t>【丙】喧闹的村庄</w:t>
      </w:r>
    </w:p>
    <w:p>
      <w:pPr>
        <w:spacing w:line="360" w:lineRule="auto"/>
        <w:jc w:val="both"/>
        <w:textAlignment w:val="center"/>
        <w:rPr>
          <w:color w:val="000000"/>
        </w:rPr>
      </w:pPr>
      <w:r>
        <w:rPr>
          <w:rFonts w:ascii="宋体" w:eastAsia="宋体" w:hAnsi="宋体" w:cs="宋体"/>
          <w:color w:val="000000"/>
        </w:rPr>
        <w:t>【丁】⑤⑥⑦段</w:t>
      </w:r>
      <w:r>
        <w:rPr>
          <w:color w:val="000000"/>
        </w:rPr>
        <w:t xml:space="preserve">    </w:t>
      </w:r>
      <w:r>
        <w:rPr>
          <w:color w:val="000000"/>
        </w:rPr>
        <w:t>（2）</w:t>
      </w:r>
      <w:r>
        <w:rPr>
          <w:color w:val="000000"/>
        </w:rPr>
        <w:t>D</w:t>
      </w:r>
      <w:r>
        <w:rPr>
          <w:color w:val="000000"/>
        </w:rPr>
        <w:t xml:space="preserve">    </w:t>
      </w:r>
    </w:p>
    <w:p>
      <w:pPr>
        <w:spacing w:line="360" w:lineRule="auto"/>
        <w:jc w:val="both"/>
        <w:textAlignment w:val="center"/>
        <w:rPr>
          <w:color w:val="000000"/>
        </w:rPr>
      </w:pPr>
      <w:r>
        <w:rPr>
          <w:color w:val="000000"/>
        </w:rPr>
        <w:t>（3）</w:t>
      </w:r>
      <w:r>
        <w:rPr>
          <w:color w:val="000000"/>
        </w:rPr>
        <w:t xml:space="preserve">    ①. </w:t>
      </w:r>
      <w:r>
        <w:rPr>
          <w:rFonts w:ascii="宋体" w:eastAsia="宋体" w:hAnsi="宋体" w:cs="宋体"/>
          <w:color w:val="000000"/>
        </w:rPr>
        <w:t>②</w:t>
      </w:r>
      <w:r>
        <w:rPr>
          <w:color w:val="000000"/>
        </w:rPr>
        <w:t xml:space="preserve">    ②. </w:t>
      </w:r>
      <w:r>
        <w:rPr>
          <w:rFonts w:ascii="宋体" w:eastAsia="宋体" w:hAnsi="宋体" w:cs="宋体"/>
          <w:color w:val="000000"/>
        </w:rPr>
        <w:t>这句写出了秋天正是收获的季节。</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本题考查概括段落大意。</w:t>
      </w:r>
    </w:p>
    <w:p>
      <w:pPr>
        <w:spacing w:line="360" w:lineRule="auto"/>
        <w:jc w:val="left"/>
        <w:textAlignment w:val="center"/>
        <w:rPr>
          <w:color w:val="000000"/>
        </w:rPr>
      </w:pPr>
      <w:r>
        <w:rPr>
          <w:rFonts w:ascii="宋体" w:eastAsia="宋体" w:hAnsi="宋体" w:cs="宋体"/>
          <w:color w:val="000000"/>
        </w:rPr>
        <w:t>第②段“通透的蓝天更加通透，洁白的云团更加洁白，翠绿的群山仿佛感知到某种召唤，开始脱去夏装，换成秋天的盛装，满山遍野红叶似火，黄叶赛金。你看，层层叠叠，五颜六色”描写了蓝天、白云、五颜六色的树叶，这一段可概括为：缤纷的色彩；</w:t>
      </w:r>
    </w:p>
    <w:p>
      <w:pPr>
        <w:spacing w:line="360" w:lineRule="auto"/>
        <w:jc w:val="left"/>
        <w:textAlignment w:val="center"/>
        <w:rPr>
          <w:color w:val="000000"/>
        </w:rPr>
      </w:pPr>
      <w:r>
        <w:rPr>
          <w:rFonts w:ascii="宋体" w:eastAsia="宋体" w:hAnsi="宋体" w:cs="宋体"/>
          <w:color w:val="000000"/>
        </w:rPr>
        <w:t>根据第③段“田地也不逊色，放眼望去，一地金黄，谷子是金黄的，玉米是金黄的，大豆是金黄的”可概括为：金黄的大地；</w:t>
      </w:r>
    </w:p>
    <w:p>
      <w:pPr>
        <w:spacing w:line="360" w:lineRule="auto"/>
        <w:jc w:val="left"/>
        <w:textAlignment w:val="center"/>
        <w:rPr>
          <w:color w:val="000000"/>
        </w:rPr>
      </w:pPr>
      <w:r>
        <w:rPr>
          <w:rFonts w:ascii="宋体" w:eastAsia="宋体" w:hAnsi="宋体" w:cs="宋体"/>
          <w:color w:val="000000"/>
        </w:rPr>
        <w:t>根据第④段“此时的村庄是一年之中最为喧闹的”可概括为：喧闹的村庄；</w:t>
      </w:r>
    </w:p>
    <w:p>
      <w:pPr>
        <w:spacing w:line="360" w:lineRule="auto"/>
        <w:jc w:val="left"/>
        <w:textAlignment w:val="center"/>
        <w:rPr>
          <w:color w:val="000000"/>
        </w:rPr>
      </w:pPr>
      <w:r>
        <w:rPr>
          <w:rFonts w:ascii="宋体" w:eastAsia="宋体" w:hAnsi="宋体" w:cs="宋体"/>
          <w:color w:val="000000"/>
        </w:rPr>
        <w:t>从第⑤段的“一个上午，我看到这个小家伙忙着一趟一趟跑，从地里收集粮食，往洞穴内搬运”，第⑥段的“秋天对于山里的麻雀来说是最幸福的，谷子或高粱成熟了，这些成群结队的小家伙，飞来飞去”“但我知道秋天的蚂蚁，也会用嘴咬着一粒谷籽儿跑，这些小蚂蚁个个就像勇士，搬运着一粒粒饱满的谷籽儿，飞快地奔跑也不忘昂着头”，第⑦段的“秋天的太行山是忙碌的，这忙碌不仅仅属于农人，还有田鼠、麻雀和蚂蚁等各种各样的小动物”可知，这三段都描写了忙碌的小动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本题考查理解和朗读能力。</w:t>
      </w:r>
    </w:p>
    <w:p>
      <w:pPr>
        <w:spacing w:line="360" w:lineRule="auto"/>
        <w:jc w:val="left"/>
        <w:textAlignment w:val="center"/>
        <w:rPr>
          <w:color w:val="000000"/>
        </w:rPr>
      </w:pPr>
      <w:r>
        <w:rPr>
          <w:color w:val="000000"/>
        </w:rPr>
        <w:t>D.有误。</w:t>
      </w:r>
      <w:r>
        <w:rPr>
          <w:rFonts w:ascii="宋体" w:eastAsia="宋体" w:hAnsi="宋体" w:cs="宋体"/>
          <w:color w:val="000000"/>
        </w:rPr>
        <w:t>从“村里的张大爷意味深长地说”和“后来我就将‘偷’换成了‘收集’。在太行山里，人与万物共生，善良平和的天性仿佛与生俱来，根植在农人们的血液里”可知，张大爷的话没有责备、愤怒的感情，也没有对田鼠的厌恶；</w:t>
      </w:r>
    </w:p>
    <w:p>
      <w:pPr>
        <w:spacing w:line="360" w:lineRule="auto"/>
        <w:jc w:val="left"/>
        <w:textAlignment w:val="center"/>
        <w:rPr>
          <w:color w:val="000000"/>
        </w:rPr>
      </w:pPr>
      <w:r>
        <w:rPr>
          <w:color w:val="000000"/>
        </w:rPr>
        <w:t>故选D</w:t>
      </w:r>
      <w:r>
        <w:rPr>
          <w:color w:val="000000"/>
          <w:position w:val="-12"/>
        </w:rPr>
        <w:drawing>
          <wp:inline>
            <wp:extent cx="127000" cy="76200"/>
            <wp:docPr id="15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
                    <pic:cNvPicPr>
                      <a:picLocks noChangeAspect="1"/>
                    </pic:cNvPicPr>
                  </pic:nvPicPr>
                  <pic:blipFill>
                    <a:blip r:embed="rId121"/>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本题考查诗句和文章内容的理解。</w:t>
      </w:r>
    </w:p>
    <w:p>
      <w:pPr>
        <w:spacing w:line="360" w:lineRule="auto"/>
        <w:jc w:val="left"/>
        <w:textAlignment w:val="center"/>
        <w:rPr>
          <w:color w:val="000000"/>
        </w:rPr>
      </w:pPr>
      <w:r>
        <w:rPr>
          <w:color w:val="000000"/>
        </w:rPr>
        <w:t>①意思是：自古以来每逢秋天都会感到悲凉寂寥，我却认为秋天要胜过春天。这句话强调秋天并不死气沉沉，而是很有生气。②意思是：一年中最好的光景你一定要记住，那就是橙子金黄、橘子青绿的秋末冬初的时节啊。这句写出了秋天正是收获的季节。因此这两句都可选用。</w:t>
      </w:r>
    </w:p>
    <w:p>
      <w:pPr>
        <w:spacing w:line="360" w:lineRule="auto"/>
        <w:jc w:val="left"/>
        <w:textAlignment w:val="center"/>
        <w:rPr>
          <w:color w:val="000000"/>
        </w:rPr>
      </w:pPr>
      <w:r>
        <w:rPr>
          <w:color w:val="000000"/>
        </w:rPr>
        <w:t xml:space="preserve">11. </w:t>
      </w:r>
      <w:r>
        <w:rPr>
          <w:rFonts w:ascii="宋体" w:eastAsia="宋体" w:hAnsi="宋体" w:cs="宋体"/>
          <w:color w:val="000000"/>
        </w:rPr>
        <w:t>校文学社组织“乘着文学的翅膀”系列读书交流活动，本期阅读篇目是《“金灿灿”的白墙》。请你阅读文章，根据要求完成下列任务。</w:t>
      </w:r>
    </w:p>
    <w:p>
      <w:pPr>
        <w:spacing w:line="360" w:lineRule="auto"/>
        <w:ind w:firstLine="420"/>
        <w:jc w:val="center"/>
        <w:textAlignment w:val="center"/>
        <w:rPr>
          <w:color w:val="000000"/>
        </w:rPr>
      </w:pPr>
      <w:r>
        <w:rPr>
          <w:rFonts w:ascii="楷体" w:eastAsia="楷体" w:hAnsi="楷体" w:cs="楷体"/>
          <w:color w:val="000000"/>
        </w:rPr>
        <w:t>“金灿灿”的白墙</w:t>
      </w:r>
    </w:p>
    <w:p>
      <w:pPr>
        <w:spacing w:line="360" w:lineRule="auto"/>
        <w:ind w:firstLine="420"/>
        <w:jc w:val="left"/>
        <w:textAlignment w:val="center"/>
        <w:rPr>
          <w:color w:val="000000"/>
        </w:rPr>
      </w:pPr>
      <w:r>
        <w:rPr>
          <w:rFonts w:ascii="楷体" w:eastAsia="楷体" w:hAnsi="楷体" w:cs="楷体"/>
          <w:color w:val="000000"/>
        </w:rPr>
        <w:t>①我书桌的玻璃板下一直压着一张照片，照片上是一面贴满奖状的墙，金灿灿的奖状，像是一层层的蜂蜜从墙面上剥了出来。每次看到它，我的心中都会涌出一股不竭的动力。</w:t>
      </w:r>
    </w:p>
    <w:p>
      <w:pPr>
        <w:spacing w:line="360" w:lineRule="auto"/>
        <w:ind w:firstLine="420"/>
        <w:jc w:val="left"/>
        <w:textAlignment w:val="center"/>
        <w:rPr>
          <w:color w:val="000000"/>
        </w:rPr>
      </w:pPr>
      <w:r>
        <w:rPr>
          <w:rFonts w:ascii="楷体" w:eastAsia="楷体" w:hAnsi="楷体" w:cs="楷体"/>
          <w:color w:val="000000"/>
        </w:rPr>
        <w:t>②这面墙在老家，本是白色的，但看着过于素净。在我第一次领到奖状带回家时，母亲灵机一动，让我把它贴在白墙上。</w:t>
      </w:r>
      <w:r>
        <w:rPr>
          <w:rFonts w:ascii="楷体" w:eastAsia="楷体" w:hAnsi="楷体" w:cs="楷体"/>
          <w:color w:val="000000"/>
          <w:u w:val="single"/>
        </w:rPr>
        <w:t>整面墙仿佛突然有了生机，如若晨曦中亮起了一缕阳光</w:t>
      </w:r>
      <w:r>
        <w:rPr>
          <w:rFonts w:ascii="楷体" w:eastAsia="楷体" w:hAnsi="楷体" w:cs="楷体"/>
          <w:color w:val="000000"/>
        </w:rPr>
        <w:t>。不过，那时我个子矮，贴的位置很低，离得远些就看不见了，这让我有些生气。母亲安慰我道，这只是开始，以后你的个子越长越高，奖状越拿越多，一张张地往上面贴，不就都能看见了？</w:t>
      </w:r>
    </w:p>
    <w:p>
      <w:pPr>
        <w:spacing w:line="360" w:lineRule="auto"/>
        <w:ind w:firstLine="420"/>
        <w:jc w:val="left"/>
        <w:textAlignment w:val="center"/>
        <w:rPr>
          <w:color w:val="000000"/>
        </w:rPr>
      </w:pPr>
      <w:r>
        <w:rPr>
          <w:rFonts w:ascii="楷体" w:eastAsia="楷体" w:hAnsi="楷体" w:cs="楷体"/>
          <w:color w:val="000000"/>
        </w:rPr>
        <w:t>③我看着那面白墙，孤零零的奖状反射过一缕金光，让我的心脏猛地一跳。</w:t>
      </w:r>
    </w:p>
    <w:p>
      <w:pPr>
        <w:spacing w:line="360" w:lineRule="auto"/>
        <w:ind w:firstLine="420"/>
        <w:jc w:val="left"/>
        <w:textAlignment w:val="center"/>
        <w:rPr>
          <w:color w:val="000000"/>
        </w:rPr>
      </w:pPr>
      <w:r>
        <w:rPr>
          <w:rFonts w:ascii="楷体" w:eastAsia="楷体" w:hAnsi="楷体" w:cs="楷体"/>
          <w:color w:val="000000"/>
        </w:rPr>
        <w:t>④从那以后，每当我不想写作业时，母亲就会指着这面墙说，咱们不是想要贴满一面墙嘛？看着那补丁般可怜的奖状，再看着大片空白的墙面，我咬咬牙，把闲暇时光都泼上了墨香。功夫不负有心人，每个学期，我都能拿到奖状。</w:t>
      </w:r>
      <w:r>
        <w:rPr>
          <w:rFonts w:ascii="楷体" w:eastAsia="楷体" w:hAnsi="楷体" w:cs="楷体"/>
          <w:color w:val="000000"/>
          <w:u w:val="single"/>
        </w:rPr>
        <w:t>一拿回家，我就去找胶水，迫不及待地按到墙上，和下面已经贴好的对齐，左右比画个不停才贴上去，最后再拍上几下</w:t>
      </w:r>
      <w:r>
        <w:rPr>
          <w:rFonts w:ascii="楷体" w:eastAsia="楷体" w:hAnsi="楷体" w:cs="楷体"/>
          <w:color w:val="000000"/>
        </w:rPr>
        <w:t>。“你这拿奖状的速度还真的赶上了你长高的速度了！”母亲笑着说。“何止呢，总有一天我要垫着脚、踩着凳子才能贴上新的奖状！”我像是在许愿，也像是给自己许诺。</w:t>
      </w:r>
    </w:p>
    <w:p>
      <w:pPr>
        <w:spacing w:line="360" w:lineRule="auto"/>
        <w:ind w:firstLine="420"/>
        <w:jc w:val="left"/>
        <w:textAlignment w:val="center"/>
        <w:rPr>
          <w:color w:val="000000"/>
        </w:rPr>
      </w:pPr>
      <w:r>
        <w:rPr>
          <w:rFonts w:ascii="楷体" w:eastAsia="楷体" w:hAnsi="楷体" w:cs="楷体"/>
          <w:color w:val="000000"/>
        </w:rPr>
        <w:t>⑤随着奖状越贴越多，这面墙吸引了众多亲朋好友的目光。他们毫不吝啬夸奖之词，“这都是小闺女得的呀，真厉害！”直把我夸得满脸通红。母亲专门把餐桌搬到了这面墙前，对我说，这是最珍贵的背景，千金不换。</w:t>
      </w:r>
    </w:p>
    <w:p>
      <w:pPr>
        <w:spacing w:line="360" w:lineRule="auto"/>
        <w:ind w:firstLine="420"/>
        <w:jc w:val="left"/>
        <w:textAlignment w:val="center"/>
        <w:rPr>
          <w:color w:val="000000"/>
        </w:rPr>
      </w:pPr>
      <w:r>
        <w:rPr>
          <w:rFonts w:ascii="楷体" w:eastAsia="楷体" w:hAnsi="楷体" w:cs="楷体"/>
          <w:color w:val="000000"/>
        </w:rPr>
        <w:t>⑥而这些鼓励，也像是贴在我心里那面墙上的奖状。随着墙一点点变得灿金，我也一点点变得自信。每次考试，我都名列前茅，而拿到奖状后贴在墙上这个仪式也一直被保留，哪怕高中我搬到了城里，拿到奖状后我也会屯着，等过年时带回老家，贴在那面专属的墙上。高考前，我终于贴满了那面墙。</w:t>
      </w:r>
      <w:r>
        <w:rPr>
          <w:rFonts w:ascii="楷体" w:eastAsia="楷体" w:hAnsi="楷体" w:cs="楷体"/>
          <w:color w:val="000000"/>
          <w:u w:val="single"/>
        </w:rPr>
        <w:t>隐约间，我看见一张张奖状对我含着笑；风吹过，奖状轻轻颤动，似乎说着悄悄话</w:t>
      </w:r>
      <w:r>
        <w:rPr>
          <w:rFonts w:ascii="楷体" w:eastAsia="楷体" w:hAnsi="楷体" w:cs="楷体"/>
          <w:color w:val="000000"/>
        </w:rPr>
        <w:t>。母亲似乎也听见了，便说：“它们都在祝福你呢，我听得可清楚了，你今年高考肯定能金榜题名！”</w:t>
      </w:r>
    </w:p>
    <w:p>
      <w:pPr>
        <w:spacing w:line="360" w:lineRule="auto"/>
        <w:ind w:firstLine="420"/>
        <w:jc w:val="left"/>
        <w:textAlignment w:val="center"/>
        <w:rPr>
          <w:color w:val="000000"/>
        </w:rPr>
      </w:pPr>
      <w:r>
        <w:rPr>
          <w:rFonts w:ascii="楷体" w:eastAsia="楷体" w:hAnsi="楷体" w:cs="楷体"/>
          <w:color w:val="000000"/>
        </w:rPr>
        <w:t>⑦不过，我高考失意了，我辜负了它们的期待。它们发出金灿灿的光芒，刺痛了我的心。过去所有的荣誉与褒奖全被我归还给那个年少的我，而如今的我只好贴着失败的标签，背对着它们狼狈地离开。</w:t>
      </w:r>
    </w:p>
    <w:p>
      <w:pPr>
        <w:spacing w:line="360" w:lineRule="auto"/>
        <w:ind w:firstLine="420"/>
        <w:jc w:val="left"/>
        <w:textAlignment w:val="center"/>
        <w:rPr>
          <w:color w:val="000000"/>
        </w:rPr>
      </w:pPr>
      <w:r>
        <w:rPr>
          <w:rFonts w:ascii="楷体" w:eastAsia="楷体" w:hAnsi="楷体" w:cs="楷体"/>
          <w:color w:val="000000"/>
        </w:rPr>
        <w:t>⑧我再不愿意回到老家，直到大三暑假。决定考研后，我本想在校外租房子的，但母亲执意让我回老家，而且让我在奖状墙边复习。我明白母亲的用心，于是把生活切成片，分给英语、政治、专业课，仅留下一些边角料的时间供自己休息。身边的灿金色一点点溶解出来，为现在的晦暗重新镀金。考研的苦中，由此渗出了丝丝缕缕的甜，有着蜂蜜的口感。</w:t>
      </w:r>
    </w:p>
    <w:p>
      <w:pPr>
        <w:spacing w:line="360" w:lineRule="auto"/>
        <w:ind w:firstLine="420"/>
        <w:jc w:val="left"/>
        <w:textAlignment w:val="center"/>
        <w:rPr>
          <w:color w:val="000000"/>
        </w:rPr>
      </w:pPr>
      <w:r>
        <w:rPr>
          <w:rFonts w:ascii="楷体" w:eastAsia="楷体" w:hAnsi="楷体" w:cs="楷体"/>
          <w:color w:val="000000"/>
        </w:rPr>
        <w:t>⑨开学前，我给那面墙拍了张照片，洗了出来，压在玻璃板下，也压在我的梦境深处。它陪着我走过初试、复试，用温暖的金色将我包围，将我拥抱，让我度过了无数因紧张和焦虑而夜不能寐的日子。</w:t>
      </w:r>
    </w:p>
    <w:p>
      <w:pPr>
        <w:spacing w:line="360" w:lineRule="auto"/>
        <w:ind w:firstLine="420"/>
        <w:jc w:val="left"/>
        <w:textAlignment w:val="center"/>
        <w:rPr>
          <w:color w:val="000000"/>
        </w:rPr>
      </w:pPr>
      <w:r>
        <w:rPr>
          <w:rFonts w:ascii="楷体" w:eastAsia="楷体" w:hAnsi="楷体" w:cs="楷体"/>
          <w:color w:val="000000"/>
        </w:rPr>
        <w:t>⑩</w:t>
      </w:r>
      <w:r>
        <w:rPr>
          <w:rFonts w:ascii="楷体" w:eastAsia="楷体" w:hAnsi="楷体" w:cs="楷体"/>
          <w:color w:val="000000"/>
          <w:u w:val="single"/>
        </w:rPr>
        <w:t>研究生录取通知书到来的那天，夕阳在天边喷薄出无尽的霞光</w:t>
      </w:r>
      <w:r>
        <w:rPr>
          <w:rFonts w:ascii="楷体" w:eastAsia="楷体" w:hAnsi="楷体" w:cs="楷体"/>
          <w:color w:val="000000"/>
        </w:rPr>
        <w:t>。我把快递拿到奖状墙前，小心地拆开。抬起头时，母亲说我的眼中泛出了点点金光。</w:t>
      </w:r>
    </w:p>
    <w:p>
      <w:pPr>
        <w:spacing w:line="360" w:lineRule="auto"/>
        <w:ind w:firstLine="420"/>
        <w:jc w:val="left"/>
        <w:textAlignment w:val="center"/>
        <w:rPr>
          <w:color w:val="000000"/>
        </w:rPr>
      </w:pPr>
      <w:r>
        <w:rPr>
          <w:rFonts w:ascii="Cambria Math" w:eastAsia="Cambria Math" w:hAnsi="Cambria Math" w:cs="Cambria Math"/>
          <w:color w:val="000000"/>
        </w:rPr>
        <w:t>⑪</w:t>
      </w:r>
      <w:r>
        <w:rPr>
          <w:rFonts w:ascii="楷体" w:eastAsia="楷体" w:hAnsi="楷体" w:cs="楷体"/>
          <w:color w:val="000000"/>
        </w:rPr>
        <w:t>开学后的第一个假期，我再次回到老屋，垫起脚、踩在凳子上，把录取通知书贴在了墙的最高处。那一刻，我听到了奖状墙上久违的笑声，我心中的一些伤口终于不再作痛，而是渗出了丝丝缕缕的甜，金灿灿的，如同蜂蜜。</w:t>
      </w:r>
    </w:p>
    <w:p>
      <w:pPr>
        <w:spacing w:line="360" w:lineRule="auto"/>
        <w:jc w:val="right"/>
        <w:textAlignment w:val="center"/>
        <w:rPr>
          <w:color w:val="000000"/>
        </w:rPr>
      </w:pPr>
      <w:r>
        <w:rPr>
          <w:rFonts w:ascii="宋体" w:eastAsia="宋体" w:hAnsi="宋体" w:cs="宋体"/>
          <w:color w:val="000000"/>
        </w:rPr>
        <w:t>（取材于李涵琪的文章）</w:t>
      </w:r>
    </w:p>
    <w:p>
      <w:pPr>
        <w:spacing w:line="360" w:lineRule="auto"/>
        <w:jc w:val="left"/>
        <w:textAlignment w:val="center"/>
        <w:rPr>
          <w:color w:val="000000"/>
        </w:rPr>
      </w:pPr>
      <w:r>
        <w:rPr>
          <w:color w:val="000000"/>
        </w:rPr>
        <w:t>（1）</w:t>
      </w:r>
      <w:r>
        <w:rPr>
          <w:rFonts w:ascii="宋体" w:eastAsia="宋体" w:hAnsi="宋体" w:cs="宋体"/>
          <w:color w:val="000000"/>
        </w:rPr>
        <w:t>在“读通”环节，主持人让同学们默读全文，围绕“奖状墙”这个线索，简要梳理行文思路。请你在下面表格中的①</w:t>
      </w:r>
      <w:r>
        <w:rPr>
          <w:rFonts w:ascii="Times New Roman" w:eastAsia="Times New Roman" w:hAnsi="Times New Roman" w:cs="Times New Roman"/>
          <w:color w:val="000000"/>
        </w:rPr>
        <w:t>﹣</w:t>
      </w:r>
      <w:r>
        <w:rPr>
          <w:rFonts w:ascii="宋体" w:eastAsia="宋体" w:hAnsi="宋体" w:cs="宋体"/>
          <w:color w:val="000000"/>
        </w:rPr>
        <w:t>⑤处填入恰当内容。</w:t>
      </w:r>
    </w:p>
    <w:tbl>
      <w:tblPr>
        <w:tblStyle w:val="TableNormal"/>
        <w:tblW w:w="6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617"/>
        <w:gridCol w:w="2702"/>
        <w:gridCol w:w="1932"/>
      </w:tblGrid>
      <w:tr>
        <w:tblPrEx>
          <w:tblW w:w="6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时间</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奖状墙</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“我”的心理</w:t>
            </w:r>
          </w:p>
        </w:tc>
      </w:tr>
      <w:tr>
        <w:tblPrEx>
          <w:tblW w:w="627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开始</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得到鼓舞</w:t>
            </w:r>
          </w:p>
        </w:tc>
      </w:tr>
      <w:tr>
        <w:tblPrEx>
          <w:tblW w:w="627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以后</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奖状越贴越多</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r>
      <w:tr>
        <w:tblPrEx>
          <w:tblW w:w="627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高考前</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充满期待</w:t>
            </w:r>
          </w:p>
        </w:tc>
      </w:tr>
      <w:tr>
        <w:tblPrEx>
          <w:tblW w:w="627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④</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光芒刺心</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倍感狼狈</w:t>
            </w:r>
          </w:p>
        </w:tc>
      </w:tr>
      <w:tr>
        <w:tblPrEx>
          <w:tblW w:w="627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考研时</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灿金色一点点“溶解”</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得到慰藉</w:t>
            </w:r>
          </w:p>
        </w:tc>
      </w:tr>
      <w:tr>
        <w:tblPrEx>
          <w:tblW w:w="627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考研成功后</w:t>
            </w:r>
          </w:p>
        </w:tc>
        <w:tc>
          <w:tcPr>
            <w:tcW w:w="270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贴上录取通知书</w:t>
            </w:r>
          </w:p>
        </w:tc>
        <w:tc>
          <w:tcPr>
            <w:tcW w:w="19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⑤</w:t>
            </w:r>
          </w:p>
        </w:tc>
      </w:tr>
    </w:tbl>
    <w:p>
      <w:pPr>
        <w:spacing w:line="360" w:lineRule="auto"/>
        <w:jc w:val="left"/>
        <w:textAlignment w:val="center"/>
        <w:rPr>
          <w:color w:val="000000"/>
        </w:rPr>
      </w:pPr>
      <w:r>
        <w:rPr>
          <w:color w:val="000000"/>
        </w:rPr>
        <w:t>（2）</w:t>
      </w:r>
      <w:r>
        <w:rPr>
          <w:rFonts w:ascii="宋体" w:eastAsia="宋体" w:hAnsi="宋体" w:cs="宋体"/>
          <w:color w:val="000000"/>
        </w:rPr>
        <w:t>在“读细”环节，主持人请同学们找出自己喜欢的语句并作简要赏析。下列赏析，不恰当的一项是（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原文：整面墙仿佛突然有了生机，如若晨曦中亮起了一缕阳光。</w:t>
      </w:r>
    </w:p>
    <w:p>
      <w:pPr>
        <w:spacing w:line="360" w:lineRule="auto"/>
        <w:jc w:val="left"/>
        <w:textAlignment w:val="center"/>
        <w:rPr>
          <w:color w:val="000000"/>
        </w:rPr>
      </w:pPr>
      <w:r>
        <w:rPr>
          <w:rFonts w:ascii="宋体" w:eastAsia="宋体" w:hAnsi="宋体" w:cs="宋体"/>
          <w:color w:val="000000"/>
        </w:rPr>
        <w:t>赏析：一张小小的奖状让整面墙有了生机，化为晨曦中的一缕阳光，亮在“我”的眼里，也亮在了“我”的心中。</w:t>
      </w:r>
    </w:p>
    <w:p>
      <w:pPr>
        <w:spacing w:line="360" w:lineRule="auto"/>
        <w:jc w:val="left"/>
        <w:textAlignment w:val="center"/>
        <w:rPr>
          <w:color w:val="000000"/>
        </w:rPr>
      </w:pPr>
      <w:r>
        <w:rPr>
          <w:color w:val="000000"/>
        </w:rPr>
        <w:t xml:space="preserve">B. </w:t>
      </w:r>
      <w:r>
        <w:rPr>
          <w:rFonts w:ascii="宋体" w:eastAsia="宋体" w:hAnsi="宋体" w:cs="宋体"/>
          <w:color w:val="000000"/>
        </w:rPr>
        <w:t>原文：一拿回家，我就去找胶水，迫不及待地按到墙上，和下面已经贴好的对齐，左右比画个不停才贴上去，最后再拍上几下。</w:t>
      </w:r>
    </w:p>
    <w:p>
      <w:pPr>
        <w:spacing w:line="360" w:lineRule="auto"/>
        <w:jc w:val="left"/>
        <w:textAlignment w:val="center"/>
        <w:rPr>
          <w:color w:val="000000"/>
        </w:rPr>
      </w:pPr>
      <w:r>
        <w:rPr>
          <w:rFonts w:ascii="宋体" w:eastAsia="宋体" w:hAnsi="宋体" w:cs="宋体"/>
          <w:color w:val="000000"/>
        </w:rPr>
        <w:t>赏析：传神的动作和心理描写，表现出“我”贴奖状时的急切心情和认真态度，进而表现出“我”对奖状的珍爱。</w:t>
      </w:r>
    </w:p>
    <w:p>
      <w:pPr>
        <w:spacing w:line="360" w:lineRule="auto"/>
        <w:jc w:val="left"/>
        <w:textAlignment w:val="center"/>
        <w:rPr>
          <w:color w:val="000000"/>
        </w:rPr>
      </w:pPr>
      <w:r>
        <w:rPr>
          <w:color w:val="000000"/>
        </w:rPr>
        <w:t xml:space="preserve">C. </w:t>
      </w:r>
      <w:r>
        <w:rPr>
          <w:rFonts w:ascii="宋体" w:eastAsia="宋体" w:hAnsi="宋体" w:cs="宋体"/>
          <w:color w:val="000000"/>
        </w:rPr>
        <w:t>原文：隐约间，我看见一张张奖状对我含着笑；风吹过，奖状轻轻颤动，似乎说着悄悄话。</w:t>
      </w:r>
    </w:p>
    <w:p>
      <w:pPr>
        <w:spacing w:line="360" w:lineRule="auto"/>
        <w:jc w:val="left"/>
        <w:textAlignment w:val="center"/>
        <w:rPr>
          <w:color w:val="000000"/>
        </w:rPr>
      </w:pPr>
      <w:r>
        <w:rPr>
          <w:rFonts w:ascii="宋体" w:eastAsia="宋体" w:hAnsi="宋体" w:cs="宋体"/>
          <w:color w:val="000000"/>
        </w:rPr>
        <w:t>赏析：墙上的奖状具有了人的行为，竟对着“我”含笑说起悄悄话。得意忘形的“我”产生了难以理解的幻觉。</w:t>
      </w:r>
    </w:p>
    <w:p>
      <w:pPr>
        <w:spacing w:line="360" w:lineRule="auto"/>
        <w:jc w:val="left"/>
        <w:textAlignment w:val="center"/>
        <w:rPr>
          <w:color w:val="000000"/>
        </w:rPr>
      </w:pPr>
      <w:r>
        <w:rPr>
          <w:color w:val="000000"/>
        </w:rPr>
        <w:t xml:space="preserve">D. </w:t>
      </w:r>
      <w:r>
        <w:rPr>
          <w:rFonts w:ascii="宋体" w:eastAsia="宋体" w:hAnsi="宋体" w:cs="宋体"/>
          <w:color w:val="000000"/>
        </w:rPr>
        <w:t>原文：研究生录取通知书到来的那天，夕阳在天边喷薄出无尽的霞光。</w:t>
      </w:r>
    </w:p>
    <w:p>
      <w:pPr>
        <w:spacing w:line="360" w:lineRule="auto"/>
        <w:jc w:val="left"/>
        <w:textAlignment w:val="center"/>
        <w:rPr>
          <w:color w:val="000000"/>
        </w:rPr>
      </w:pPr>
      <w:r>
        <w:rPr>
          <w:rFonts w:ascii="宋体" w:eastAsia="宋体" w:hAnsi="宋体" w:cs="宋体"/>
          <w:color w:val="000000"/>
        </w:rPr>
        <w:t>赏析：夕阳在天边喷薄出无尽的霞光这一美景，将“我”接到录取通知书时的成功渲染得更加美好，令人沉醉。</w:t>
      </w:r>
    </w:p>
    <w:p>
      <w:pPr>
        <w:spacing w:line="360" w:lineRule="auto"/>
        <w:jc w:val="left"/>
        <w:textAlignment w:val="center"/>
        <w:rPr>
          <w:color w:val="000000"/>
        </w:rPr>
      </w:pPr>
      <w:r>
        <w:rPr>
          <w:color w:val="000000"/>
        </w:rPr>
        <w:t>（3）</w:t>
      </w:r>
      <w:r>
        <w:rPr>
          <w:rFonts w:ascii="宋体" w:eastAsia="宋体" w:hAnsi="宋体" w:cs="宋体"/>
          <w:color w:val="000000"/>
        </w:rPr>
        <w:t>在“读深”环节，主持人建议将本文推荐给校刊转载，有的同学认为应该推荐给“学习成长”专栏，有的同学认为应该推荐给“挚爱亲情”专栏。请你结合全文内容，给出建议并简要说明理由。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①第一次贴奖状②充满自信③奖状贴满墙④高考失意⑤感受甜蜜</w:t>
      </w:r>
      <w:r>
        <w:rPr>
          <w:color w:val="000000"/>
        </w:rPr>
        <w:t xml:space="preserve">    </w:t>
      </w:r>
      <w:r>
        <w:rPr>
          <w:color w:val="000000"/>
        </w:rPr>
        <w:t>（2）</w:t>
      </w:r>
      <w:r>
        <w:rPr>
          <w:color w:val="000000"/>
        </w:rPr>
        <w:t>C</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建议将本文推荐给“学习成长”专栏。因为本文记叙了“我”第一次得奖状受到鼓励，以后每年得奖状，越发自信，但是高考却失意了。后来经过努力高考成功后继续考研，把录取通知书贴到“奖状墙”，感受到了成功的甜蜜。这是作者学习成长的经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本题考查行文思路梳理</w:t>
      </w:r>
      <w:r>
        <w:rPr>
          <w:rFonts w:ascii="宋体" w:eastAsia="宋体" w:hAnsi="宋体" w:cs="宋体"/>
          <w:color w:val="000000"/>
          <w:position w:val="-12"/>
        </w:rPr>
        <w:drawing>
          <wp:inline>
            <wp:extent cx="127000" cy="76200"/>
            <wp:docPr id="15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
                    <pic:cNvPicPr>
                      <a:picLocks noChangeAspect="1"/>
                    </pic:cNvPicPr>
                  </pic:nvPicPr>
                  <pic:blipFill>
                    <a:blip r:embed="rId12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由表格中“开始”“得到鼓舞”可定位到第②段，由“在我第一次领到奖状带回家时，母亲灵机一动，让我把它贴在白墙上”可概括出：第一次贴奖状。</w:t>
      </w:r>
    </w:p>
    <w:p>
      <w:pPr>
        <w:spacing w:line="360" w:lineRule="auto"/>
        <w:jc w:val="left"/>
        <w:textAlignment w:val="center"/>
        <w:rPr>
          <w:color w:val="000000"/>
        </w:rPr>
      </w:pPr>
      <w:r>
        <w:rPr>
          <w:rFonts w:ascii="宋体" w:eastAsia="宋体" w:hAnsi="宋体" w:cs="宋体"/>
          <w:color w:val="000000"/>
        </w:rPr>
        <w:t>由表格中“奖状越贴越多”可定位到第⑤⑥段，由“随着奖状越贴越多，这面墙吸引了众多亲朋好友的目光。他们毫不吝啬夸奖之词”“而这些鼓励，也像是贴在我心里那面墙上的奖状。随着墙一点点变得灿金，我也一点点变得自信”可概括出：充满自信。</w:t>
      </w:r>
    </w:p>
    <w:p>
      <w:pPr>
        <w:spacing w:line="360" w:lineRule="auto"/>
        <w:jc w:val="left"/>
        <w:textAlignment w:val="center"/>
        <w:rPr>
          <w:color w:val="000000"/>
        </w:rPr>
      </w:pPr>
      <w:r>
        <w:rPr>
          <w:rFonts w:ascii="宋体" w:eastAsia="宋体" w:hAnsi="宋体" w:cs="宋体"/>
          <w:color w:val="000000"/>
        </w:rPr>
        <w:t>由表格中“高考前”“充满期待”可定位到第⑥段，根据“高考前，我终于贴满了那面墙。隐约间，我看见一张张奖状对我含着笑；风吹过，奖状轻轻颤动，似乎说着悄悄话。母亲似乎也听见了，便说：‘它们都在祝福你呢，我听得可清楚了，你今年高考肯定能金榜题名’”可概括出：奖状贴满墙。</w:t>
      </w:r>
    </w:p>
    <w:p>
      <w:pPr>
        <w:spacing w:line="360" w:lineRule="auto"/>
        <w:jc w:val="left"/>
        <w:textAlignment w:val="center"/>
        <w:rPr>
          <w:color w:val="000000"/>
        </w:rPr>
      </w:pPr>
      <w:r>
        <w:rPr>
          <w:rFonts w:ascii="宋体" w:eastAsia="宋体" w:hAnsi="宋体" w:cs="宋体"/>
          <w:color w:val="000000"/>
        </w:rPr>
        <w:t>由表格中“光芒刺心”“倍感狼狈”可定位到第⑦段，根据“不过，我高考失意了，我辜负了它们的期待”可概括出：高考失意。</w:t>
      </w:r>
    </w:p>
    <w:p>
      <w:pPr>
        <w:spacing w:line="360" w:lineRule="auto"/>
        <w:jc w:val="left"/>
        <w:textAlignment w:val="center"/>
        <w:rPr>
          <w:color w:val="000000"/>
        </w:rPr>
      </w:pPr>
      <w:r>
        <w:rPr>
          <w:rFonts w:ascii="宋体" w:eastAsia="宋体" w:hAnsi="宋体" w:cs="宋体"/>
          <w:color w:val="000000"/>
        </w:rPr>
        <w:t>由表格中“考研成功后”“贴上录取通知书”可定位到第⑪段，根据“开学后的第一个假期，我再次回到老屋，垫起脚、踩在凳子上，把录取通知书贴在了墙的最高处。那一刻，我听到了奖状墙上久违的笑声，我心中的一些伤口终于不再作痛，而是渗出了丝丝缕缕的甜，金灿灿的，如同蜂蜜”可概括出：感受甜蜜。</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本题考查句子赏析。</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由“含着笑”“说着悄悄话”可知，这里运用了拟人的修辞手法。结合第⑥段“母亲……说：‘它们都在祝福你呢，我听得可清楚了，你今年高考肯定能金榜题名！’”分析可知，这句话主要表现了母亲对“我”的期待和“我”对高考的祝愿。</w:t>
      </w:r>
      <w:r>
        <w:rPr>
          <w:rFonts w:ascii="Times New Roman" w:eastAsia="Times New Roman" w:hAnsi="Times New Roman" w:cs="Times New Roman"/>
          <w:color w:val="000000"/>
        </w:rPr>
        <w:t>C</w:t>
      </w:r>
      <w:r>
        <w:rPr>
          <w:rFonts w:ascii="宋体" w:eastAsia="宋体" w:hAnsi="宋体" w:cs="宋体"/>
          <w:color w:val="000000"/>
        </w:rPr>
        <w:t>项的赏析错误；</w:t>
      </w:r>
    </w:p>
    <w:p>
      <w:pPr>
        <w:spacing w:line="360" w:lineRule="auto"/>
        <w:jc w:val="left"/>
        <w:textAlignment w:val="center"/>
        <w:rPr>
          <w:color w:val="000000"/>
        </w:rPr>
      </w:pPr>
      <w:r>
        <w:rPr>
          <w:rFonts w:ascii="宋体" w:eastAsia="宋体" w:hAnsi="宋体" w:cs="宋体"/>
          <w:color w:val="000000"/>
        </w:rPr>
        <w:t>故选</w:t>
      </w:r>
      <w:r>
        <w:rPr>
          <w:color w:val="000000"/>
        </w:rPr>
        <w:t>C。</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本题考查主旨理解。</w:t>
      </w:r>
    </w:p>
    <w:p>
      <w:pPr>
        <w:spacing w:line="360" w:lineRule="auto"/>
        <w:jc w:val="left"/>
        <w:textAlignment w:val="center"/>
        <w:rPr>
          <w:color w:val="000000"/>
        </w:rPr>
      </w:pPr>
      <w:r>
        <w:rPr>
          <w:rFonts w:ascii="宋体" w:eastAsia="宋体" w:hAnsi="宋体" w:cs="宋体"/>
          <w:color w:val="000000"/>
        </w:rPr>
        <w:t>本文记叙了“我”第一次得奖状受到鼓励，以后每年得奖状，越发自信，但是高考却失意了。后来经过努力高考成功后继续考研，把录取通知书贴到“奖状墙”，感受到了成功的甜蜜。这是作者学习成长的经历。</w:t>
      </w:r>
    </w:p>
    <w:p>
      <w:pPr>
        <w:spacing w:line="360" w:lineRule="auto"/>
        <w:jc w:val="left"/>
        <w:textAlignment w:val="center"/>
        <w:rPr>
          <w:color w:val="000000"/>
        </w:rPr>
      </w:pPr>
      <w:r>
        <w:rPr>
          <w:rFonts w:ascii="宋体" w:eastAsia="宋体" w:hAnsi="宋体" w:cs="宋体"/>
          <w:color w:val="000000"/>
        </w:rPr>
        <w:t>文中的母亲只是建议“我”把奖状贴在墙上；肯定“我”多拿奖状；高考前给我祝愿，这些着墨不多，也不是主要内容。因此不能推荐给“挚爱亲情”专栏。</w:t>
      </w:r>
    </w:p>
    <w:p>
      <w:pPr>
        <w:pStyle w:val="Heading3"/>
      </w:pPr>
      <w:r>
        <w:t>丰台区</w:t>
      </w:r>
    </w:p>
    <w:p>
      <w:pPr>
        <w:spacing w:line="360" w:lineRule="auto"/>
        <w:jc w:val="left"/>
        <w:textAlignment w:val="center"/>
        <w:rPr>
          <w:color w:val="000000"/>
        </w:rPr>
      </w:pPr>
      <w:r>
        <w:rPr>
          <w:rFonts w:ascii="宋体" w:eastAsia="宋体" w:hAnsi="宋体" w:cs="宋体"/>
          <w:b/>
          <w:color w:val="000000"/>
          <w:sz w:val="24"/>
        </w:rPr>
        <w:t>四、现代文阅读。（共20分）</w:t>
      </w:r>
    </w:p>
    <w:p>
      <w:pPr>
        <w:spacing w:line="360" w:lineRule="auto"/>
        <w:jc w:val="left"/>
        <w:textAlignment w:val="center"/>
        <w:rPr>
          <w:color w:val="000000"/>
        </w:rPr>
      </w:pPr>
      <w:r>
        <w:rPr>
          <w:color w:val="000000"/>
        </w:rPr>
        <w:t xml:space="preserve">9. </w:t>
      </w:r>
      <w:r>
        <w:rPr>
          <w:rFonts w:ascii="宋体" w:eastAsia="宋体" w:hAnsi="宋体" w:cs="宋体"/>
          <w:color w:val="000000"/>
        </w:rPr>
        <w:t>阅读《济南的秋天》，完成问题。</w:t>
      </w:r>
    </w:p>
    <w:p>
      <w:pPr>
        <w:spacing w:line="360" w:lineRule="auto"/>
        <w:ind w:firstLine="420"/>
        <w:jc w:val="center"/>
        <w:textAlignment w:val="center"/>
        <w:rPr>
          <w:color w:val="000000"/>
        </w:rPr>
      </w:pPr>
      <w:r>
        <w:rPr>
          <w:rFonts w:ascii="楷体" w:eastAsia="楷体" w:hAnsi="楷体" w:cs="楷体"/>
          <w:color w:val="000000"/>
        </w:rPr>
        <w:t>济南的秋天</w:t>
      </w:r>
    </w:p>
    <w:p>
      <w:pPr>
        <w:spacing w:line="360" w:lineRule="auto"/>
        <w:ind w:firstLine="420"/>
        <w:jc w:val="center"/>
        <w:textAlignment w:val="center"/>
        <w:rPr>
          <w:color w:val="000000"/>
        </w:rPr>
      </w:pPr>
      <w:r>
        <w:rPr>
          <w:rFonts w:ascii="楷体" w:eastAsia="楷体" w:hAnsi="楷体" w:cs="楷体"/>
          <w:color w:val="000000"/>
        </w:rPr>
        <w:t>老舍</w:t>
      </w:r>
    </w:p>
    <w:p>
      <w:pPr>
        <w:spacing w:line="360" w:lineRule="auto"/>
        <w:ind w:firstLine="420"/>
        <w:jc w:val="left"/>
        <w:textAlignment w:val="center"/>
        <w:rPr>
          <w:color w:val="000000"/>
        </w:rPr>
      </w:pPr>
      <w:r>
        <w:rPr>
          <w:rFonts w:ascii="楷体" w:eastAsia="楷体" w:hAnsi="楷体" w:cs="楷体"/>
          <w:color w:val="000000"/>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pPr>
        <w:spacing w:line="360" w:lineRule="auto"/>
        <w:ind w:firstLine="420"/>
        <w:jc w:val="left"/>
        <w:textAlignment w:val="center"/>
        <w:rPr>
          <w:color w:val="000000"/>
        </w:rPr>
      </w:pPr>
      <w:r>
        <w:rPr>
          <w:rFonts w:ascii="楷体" w:eastAsia="楷体" w:hAnsi="楷体" w:cs="楷体"/>
          <w:color w:val="000000"/>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pPr>
        <w:spacing w:line="360" w:lineRule="auto"/>
        <w:ind w:firstLine="420"/>
        <w:jc w:val="left"/>
        <w:textAlignment w:val="center"/>
        <w:rPr>
          <w:color w:val="000000"/>
        </w:rPr>
      </w:pPr>
      <w:r>
        <w:rPr>
          <w:rFonts w:ascii="楷体" w:eastAsia="楷体" w:hAnsi="楷体" w:cs="楷体"/>
          <w:color w:val="000000"/>
        </w:rPr>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楷体" w:eastAsia="楷体" w:hAnsi="楷体" w:cs="楷体"/>
          <w:color w:val="000000"/>
          <w:u w:val="single"/>
        </w:rPr>
        <w:t>忽然黄色更真了一些，忽然又暗了一些，忽然像有层看不见的薄雾在那儿流动，忽然像有股细风替“自然”调合着彩色，轻轻的抹上一层各色俱全而全是淡美的色道儿</w:t>
      </w:r>
      <w:r>
        <w:rPr>
          <w:rFonts w:ascii="楷体" w:eastAsia="楷体" w:hAnsi="楷体" w:cs="楷体"/>
          <w:color w:val="000000"/>
        </w:rPr>
        <w:t>。有这样的山，再配上那蓝的天，晴暖的阳光；蓝得像要由蓝变绿了，可又没完全绿了；晴暖得要发燥了，可是有点凉风，正像诗一样的温柔；这便是济南的秋。</w:t>
      </w:r>
    </w:p>
    <w:p>
      <w:pPr>
        <w:spacing w:line="360" w:lineRule="auto"/>
        <w:ind w:firstLine="420"/>
        <w:jc w:val="left"/>
        <w:textAlignment w:val="center"/>
        <w:rPr>
          <w:color w:val="000000"/>
        </w:rPr>
      </w:pPr>
      <w:r>
        <w:rPr>
          <w:rFonts w:ascii="楷体" w:eastAsia="楷体" w:hAnsi="楷体" w:cs="楷体"/>
          <w:color w:val="000000"/>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pPr>
        <w:spacing w:line="360" w:lineRule="auto"/>
        <w:ind w:firstLine="420"/>
        <w:jc w:val="left"/>
        <w:textAlignment w:val="center"/>
        <w:rPr>
          <w:color w:val="000000"/>
        </w:rPr>
      </w:pPr>
      <w:r>
        <w:rPr>
          <w:rFonts w:ascii="楷体" w:eastAsia="楷体" w:hAnsi="楷体" w:cs="楷体"/>
          <w:color w:val="000000"/>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pPr>
        <w:spacing w:line="360" w:lineRule="auto"/>
        <w:jc w:val="right"/>
        <w:textAlignment w:val="center"/>
        <w:rPr>
          <w:color w:val="000000"/>
        </w:rPr>
      </w:pPr>
      <w:r>
        <w:rPr>
          <w:rFonts w:ascii="宋体" w:eastAsia="宋体" w:hAnsi="宋体" w:cs="宋体"/>
          <w:color w:val="000000"/>
        </w:rPr>
        <w:t>（取材于《老舍散文全集》第十四卷）</w:t>
      </w:r>
    </w:p>
    <w:p>
      <w:pPr>
        <w:spacing w:line="360" w:lineRule="auto"/>
        <w:jc w:val="left"/>
        <w:textAlignment w:val="center"/>
        <w:rPr>
          <w:color w:val="000000"/>
        </w:rPr>
      </w:pPr>
      <w:r>
        <w:rPr>
          <w:color w:val="000000"/>
        </w:rPr>
        <w:t>（1）</w:t>
      </w:r>
      <w:r>
        <w:rPr>
          <w:rFonts w:ascii="宋体" w:eastAsia="宋体" w:hAnsi="宋体" w:cs="宋体"/>
          <w:color w:val="000000"/>
        </w:rPr>
        <w:t>阅读全文，用一句话概括作者笔下济南秋天的特点。</w:t>
      </w:r>
    </w:p>
    <w:p>
      <w:pPr>
        <w:spacing w:line="360" w:lineRule="auto"/>
        <w:jc w:val="left"/>
        <w:textAlignment w:val="center"/>
        <w:rPr>
          <w:color w:val="000000"/>
        </w:rPr>
      </w:pPr>
      <w:r>
        <w:rPr>
          <w:color w:val="000000"/>
        </w:rPr>
        <w:t>（2）</w:t>
      </w:r>
      <w:r>
        <w:rPr>
          <w:rFonts w:ascii="宋体" w:eastAsia="宋体" w:hAnsi="宋体" w:cs="宋体"/>
          <w:color w:val="000000"/>
        </w:rPr>
        <w:t>在朗读第③段中的画线句时，有同学认为四个“忽然”都应该重读，也有同学不这样认为。根据你的理解，你在朗读时会如何处理，简要说明理由。</w:t>
      </w:r>
    </w:p>
    <w:p>
      <w:pPr>
        <w:spacing w:line="360" w:lineRule="auto"/>
        <w:jc w:val="left"/>
        <w:textAlignment w:val="center"/>
        <w:rPr>
          <w:color w:val="000000"/>
        </w:rPr>
      </w:pPr>
      <w:r>
        <w:rPr>
          <w:rFonts w:ascii="宋体" w:eastAsia="宋体" w:hAnsi="宋体" w:cs="宋体"/>
          <w:color w:val="000000"/>
        </w:rPr>
        <w:t>忽然黄色更真了一些，忽然又暗了一些，忽然像有层看不见的薄雾在那儿流动，忽然像有股细风替“自然”调合着彩色，轻轻的抹上一层各色俱全而全是淡美的色道儿。</w:t>
      </w:r>
    </w:p>
    <w:p>
      <w:pPr>
        <w:spacing w:line="360" w:lineRule="auto"/>
        <w:jc w:val="left"/>
        <w:textAlignment w:val="center"/>
        <w:rPr>
          <w:color w:val="000000"/>
        </w:rPr>
      </w:pPr>
      <w:r>
        <w:rPr>
          <w:color w:val="000000"/>
        </w:rPr>
        <w:t>（3）</w:t>
      </w:r>
      <w:r>
        <w:rPr>
          <w:rFonts w:ascii="宋体" w:eastAsia="宋体" w:hAnsi="宋体" w:cs="宋体"/>
          <w:color w:val="000000"/>
        </w:rPr>
        <w:t>根据本文第④段及下面材料，在后面文段中的横线上填写恰当的内容。</w:t>
      </w:r>
    </w:p>
    <w:p>
      <w:pPr>
        <w:spacing w:line="360" w:lineRule="auto"/>
        <w:ind w:firstLine="420"/>
        <w:jc w:val="left"/>
        <w:textAlignment w:val="center"/>
        <w:rPr>
          <w:color w:val="000000"/>
        </w:rPr>
      </w:pPr>
      <w:r>
        <w:rPr>
          <w:rFonts w:ascii="楷体" w:eastAsia="楷体" w:hAnsi="楷体" w:cs="楷体"/>
          <w:color w:val="000000"/>
        </w:rPr>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pPr>
        <w:spacing w:line="360" w:lineRule="auto"/>
        <w:jc w:val="left"/>
        <w:textAlignment w:val="center"/>
        <w:rPr>
          <w:color w:val="000000"/>
        </w:rPr>
      </w:pPr>
      <w:r>
        <w:rPr>
          <w:rFonts w:ascii="宋体" w:eastAsia="宋体" w:hAnsi="宋体" w:cs="宋体"/>
          <w:color w:val="000000"/>
        </w:rPr>
        <w:t>两段文字都是写济南的水，从时令上看，第④段写的是①</w:t>
      </w:r>
      <w:r>
        <w:rPr>
          <w:color w:val="000000"/>
        </w:rPr>
        <w:t>_____</w:t>
      </w:r>
      <w:r>
        <w:rPr>
          <w:rFonts w:ascii="宋体" w:eastAsia="宋体" w:hAnsi="宋体" w:cs="宋体"/>
          <w:color w:val="000000"/>
        </w:rPr>
        <w:t>的水，材料写的是②</w:t>
      </w:r>
      <w:r>
        <w:rPr>
          <w:color w:val="000000"/>
        </w:rPr>
        <w:t>_____</w:t>
      </w:r>
      <w:r>
        <w:rPr>
          <w:rFonts w:ascii="宋体" w:eastAsia="宋体" w:hAnsi="宋体" w:cs="宋体"/>
          <w:color w:val="000000"/>
        </w:rPr>
        <w:t>的水。两段文字突出水的共同特点是③</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“济南的秋天是诗境的”或“那中古的老城，带着这片秋色秋声，是济南，是诗”。</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都应该重读，因为高音与低音变化进行重读，可以更好突出济南秋天山色的各色俱全又变化多样的特点，渲染气氛，感染读者。</w:t>
      </w:r>
      <w:r>
        <w:rPr>
          <w:color w:val="000000"/>
        </w:rPr>
        <w:t xml:space="preserve">    </w:t>
      </w:r>
    </w:p>
    <w:p>
      <w:pPr>
        <w:spacing w:line="360" w:lineRule="auto"/>
        <w:textAlignment w:val="center"/>
        <w:rPr>
          <w:color w:val="000000"/>
        </w:rPr>
      </w:pPr>
      <w:r>
        <w:rPr>
          <w:color w:val="000000"/>
        </w:rPr>
        <w:t>（3）</w:t>
      </w:r>
      <w:r>
        <w:rPr>
          <w:color w:val="000000"/>
        </w:rPr>
        <w:t xml:space="preserve">    ①. </w:t>
      </w:r>
      <w:r>
        <w:rPr>
          <w:rFonts w:ascii="宋体" w:eastAsia="宋体" w:hAnsi="宋体" w:cs="宋体"/>
          <w:color w:val="000000"/>
        </w:rPr>
        <w:t>秋天</w:t>
      </w:r>
      <w:r>
        <w:rPr>
          <w:color w:val="000000"/>
        </w:rPr>
        <w:t xml:space="preserve">    ②. </w:t>
      </w:r>
      <w:r>
        <w:rPr>
          <w:rFonts w:ascii="宋体" w:eastAsia="宋体" w:hAnsi="宋体" w:cs="宋体"/>
          <w:color w:val="000000"/>
        </w:rPr>
        <w:t>冬天</w:t>
      </w:r>
      <w:r>
        <w:rPr>
          <w:color w:val="000000"/>
        </w:rPr>
        <w:t xml:space="preserve">    ③. </w:t>
      </w:r>
      <w:r>
        <w:rPr>
          <w:rFonts w:ascii="宋体" w:eastAsia="宋体" w:hAnsi="宋体" w:cs="宋体"/>
          <w:color w:val="000000"/>
        </w:rPr>
        <w:t>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本题考查内容概括。概括全文内容的句子通常在文章的开头或结尾。从文中重点句子①段“济南的秋天是诗境的”，③段“诗的境界中必须有山有水”，③段“正像诗一样的温柔”，</w:t>
      </w:r>
      <w:r>
        <w:rPr>
          <w:rFonts w:ascii="Arial Unicode MS" w:eastAsia="Arial Unicode MS" w:hAnsi="Arial Unicode MS" w:cs="Arial Unicode MS"/>
          <w:color w:val="000000"/>
        </w:rPr>
        <w:t>④</w:t>
      </w:r>
      <w:r>
        <w:rPr>
          <w:rFonts w:ascii="宋体" w:eastAsia="宋体" w:hAnsi="宋体" w:cs="宋体"/>
          <w:color w:val="000000"/>
        </w:rPr>
        <w:t>段“羡慕死诗人呀”，⑤段“那中古的老城，带着这片秋色秋声，是济南，是诗”可知，诗意是济南的秋天的特点，因此，可确定，文章的首句或尾句都可以。作者笔下济南秋天的特点：“济南的秋天是诗境的”或“那中古的老城，带着这片秋色秋声，是济南，是诗”。</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本题考查句子的朗读技巧。重读的往往是句子中的关键词，目的在于体现句子中心，增强语言美感。重读分为高音和低音两种。</w:t>
      </w:r>
    </w:p>
    <w:p>
      <w:pPr>
        <w:spacing w:line="360" w:lineRule="auto"/>
        <w:jc w:val="left"/>
        <w:textAlignment w:val="center"/>
        <w:rPr>
          <w:color w:val="000000"/>
        </w:rPr>
      </w:pPr>
      <w:r>
        <w:rPr>
          <w:rFonts w:ascii="宋体" w:eastAsia="宋体" w:hAnsi="宋体" w:cs="宋体"/>
          <w:color w:val="000000"/>
        </w:rPr>
        <w:t>“忽然黄色更真了一些，忽然又暗了一些，忽然像有层看不见的薄雾在那儿流动，忽然像有股细风替‘自然’调合着彩色，轻轻的抹上一层各色俱全而全是淡美的色道”这个句子是由四个“忽然”领起的排比句，也是描写景物的句子，从颜色角度写出了济南秋天山色的变化，从结构上看，四个“忽然”是并列关系，地位同等重要，这四个“忽然”意在突出济南秋天山色的各色俱全又变化多样的特点，所以应该重读；但是需注意高音与低音变化运用，更能渲染气氛，给读者以想象的空间。</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题考查内容概括。</w:t>
      </w:r>
    </w:p>
    <w:p>
      <w:pPr>
        <w:spacing w:line="360" w:lineRule="auto"/>
        <w:jc w:val="left"/>
        <w:textAlignment w:val="center"/>
        <w:rPr>
          <w:color w:val="000000"/>
        </w:rPr>
      </w:pPr>
      <w:r>
        <w:rPr>
          <w:rFonts w:ascii="宋体" w:eastAsia="宋体" w:hAnsi="宋体" w:cs="宋体"/>
          <w:color w:val="000000"/>
        </w:rPr>
        <w:t>本文第④段描写的是济南秋天的水，运用拟人手法，通过水藻“好像美人借着镜子鉴赏自己的美”“做着绿色的香梦”和鸭子“用黄金的脚掌碰它们一两下”及浣女用影子“吻”，突出它“清澄”的特点；</w:t>
      </w:r>
    </w:p>
    <w:p>
      <w:pPr>
        <w:spacing w:line="360" w:lineRule="auto"/>
        <w:jc w:val="left"/>
        <w:textAlignment w:val="center"/>
        <w:rPr>
          <w:color w:val="000000"/>
        </w:rPr>
      </w:pPr>
      <w:r>
        <w:rPr>
          <w:rFonts w:ascii="宋体" w:eastAsia="宋体" w:hAnsi="宋体" w:cs="宋体"/>
          <w:color w:val="000000"/>
        </w:rPr>
        <w:t>下面的材料选自课文老舍的《济南的冬天》，描写的是济南冬天的水，运用比喻、拟人多种手法，表现它“清亮”的特点。</w:t>
      </w:r>
    </w:p>
    <w:p>
      <w:pPr>
        <w:spacing w:line="360" w:lineRule="auto"/>
        <w:jc w:val="left"/>
        <w:textAlignment w:val="center"/>
        <w:rPr>
          <w:color w:val="000000"/>
        </w:rPr>
      </w:pPr>
      <w:r>
        <w:rPr>
          <w:color w:val="000000"/>
        </w:rPr>
        <w:t xml:space="preserve">10. </w:t>
      </w:r>
      <w:r>
        <w:rPr>
          <w:rFonts w:ascii="宋体" w:eastAsia="宋体" w:hAnsi="宋体" w:cs="宋体"/>
          <w:color w:val="000000"/>
        </w:rPr>
        <w:t>阅读《书桌》，完成问题。</w:t>
      </w:r>
    </w:p>
    <w:p>
      <w:pPr>
        <w:spacing w:line="360" w:lineRule="auto"/>
        <w:ind w:firstLine="420"/>
        <w:jc w:val="center"/>
        <w:textAlignment w:val="center"/>
        <w:rPr>
          <w:color w:val="000000"/>
        </w:rPr>
      </w:pPr>
      <w:r>
        <w:rPr>
          <w:rFonts w:ascii="楷体" w:eastAsia="楷体" w:hAnsi="楷体" w:cs="楷体"/>
          <w:color w:val="000000"/>
        </w:rPr>
        <w:t>书桌</w:t>
      </w:r>
    </w:p>
    <w:p>
      <w:pPr>
        <w:spacing w:line="360" w:lineRule="auto"/>
        <w:ind w:firstLine="420"/>
        <w:jc w:val="center"/>
        <w:textAlignment w:val="center"/>
        <w:rPr>
          <w:color w:val="000000"/>
        </w:rPr>
      </w:pPr>
      <w:r>
        <w:rPr>
          <w:rFonts w:ascii="楷体" w:eastAsia="楷体" w:hAnsi="楷体" w:cs="楷体"/>
          <w:color w:val="000000"/>
        </w:rPr>
        <w:t>冯骥才</w:t>
      </w:r>
    </w:p>
    <w:p>
      <w:pPr>
        <w:spacing w:line="360" w:lineRule="auto"/>
        <w:ind w:firstLine="420"/>
        <w:jc w:val="left"/>
        <w:textAlignment w:val="center"/>
        <w:rPr>
          <w:color w:val="000000"/>
        </w:rPr>
      </w:pPr>
      <w:r>
        <w:rPr>
          <w:rFonts w:ascii="楷体" w:eastAsia="楷体" w:hAnsi="楷体" w:cs="楷体"/>
          <w:color w:val="000000"/>
        </w:rPr>
        <w:t>①我有张小小的书桌。它又窄又矮，破旧极了。在外人眼里简直不成样子。上边的漆成片地剥落下来，残余的漆色变得晦黯发黑，连我自己都认不准它最新是什么颜色。桌面又满是划痕、硬伤，还有热水杯烫成的一个个套起来的深深浅浅的白圈儿。别看它这副模样，三十年来，却一直放在我的窗前，我房间透进光来的地方。我搬过几次家，换过几件家具，但从来没有想到处理掉它……</w:t>
      </w:r>
    </w:p>
    <w:p>
      <w:pPr>
        <w:spacing w:line="360" w:lineRule="auto"/>
        <w:ind w:firstLine="420"/>
        <w:jc w:val="left"/>
        <w:textAlignment w:val="center"/>
        <w:rPr>
          <w:color w:val="000000"/>
        </w:rPr>
      </w:pPr>
      <w:r>
        <w:rPr>
          <w:rFonts w:ascii="楷体" w:eastAsia="楷体" w:hAnsi="楷体" w:cs="楷体"/>
          <w:color w:val="000000"/>
        </w:rPr>
        <w:t>②记忆里，幼时的事，都是穿不成串儿的珠子。这珠子却在记忆的深井的底儿滴溜溜、闪闪发光地打转，很难抓住它们——</w:t>
      </w:r>
    </w:p>
    <w:p>
      <w:pPr>
        <w:spacing w:line="360" w:lineRule="auto"/>
        <w:ind w:firstLine="420"/>
        <w:jc w:val="left"/>
        <w:textAlignment w:val="center"/>
        <w:rPr>
          <w:color w:val="000000"/>
        </w:rPr>
      </w:pPr>
      <w:r>
        <w:rPr>
          <w:rFonts w:ascii="楷体" w:eastAsia="楷体" w:hAnsi="楷体" w:cs="楷体"/>
          <w:color w:val="000000"/>
        </w:rPr>
        <w:t>③</w:t>
      </w:r>
      <w:r>
        <w:rPr>
          <w:rFonts w:ascii="楷体" w:eastAsia="楷体" w:hAnsi="楷体" w:cs="楷体"/>
          <w:color w:val="000000"/>
          <w:u w:val="single"/>
        </w:rPr>
        <w:t>我把“人”字总误写成“入”字，就在这桌上吧！我一排排地晾干弹弓子用的小泥球儿，就在这桌上吧！我在小木板上钉钉子，就在这桌上吧！这些只有我才知道的故事，早已融进往昔岁月中的童年生活</w:t>
      </w:r>
      <w:r>
        <w:rPr>
          <w:rFonts w:ascii="楷体" w:eastAsia="楷体" w:hAnsi="楷体" w:cs="楷体"/>
          <w:color w:val="000000"/>
        </w:rPr>
        <w:t>。</w:t>
      </w:r>
    </w:p>
    <w:p>
      <w:pPr>
        <w:spacing w:line="360" w:lineRule="auto"/>
        <w:ind w:firstLine="420"/>
        <w:jc w:val="left"/>
        <w:textAlignment w:val="center"/>
        <w:rPr>
          <w:color w:val="000000"/>
        </w:rPr>
      </w:pPr>
      <w:r>
        <w:rPr>
          <w:rFonts w:ascii="楷体" w:eastAsia="楷体" w:hAnsi="楷体" w:cs="楷体"/>
          <w:color w:val="000000"/>
        </w:rPr>
        <w:t>④为此，我为此，我很少用湿布去拭抹它。</w:t>
      </w:r>
    </w:p>
    <w:p>
      <w:pPr>
        <w:spacing w:line="360" w:lineRule="auto"/>
        <w:ind w:firstLine="420"/>
        <w:jc w:val="left"/>
        <w:textAlignment w:val="center"/>
        <w:rPr>
          <w:color w:val="000000"/>
        </w:rPr>
      </w:pPr>
      <w:r>
        <w:rPr>
          <w:rFonts w:ascii="楷体" w:eastAsia="楷体" w:hAnsi="楷体" w:cs="楷体"/>
          <w:color w:val="000000"/>
        </w:rPr>
        <w:t>⑤只有一次例外。那是我上小学四年级时。我前排坐着一个女同学，十分瘦弱。她年龄与我一般大，个子却比我矮一头。两条短短的黄辫儿，简直是两根麻绳头。一天，上语文课，我没听讲，却悄悄把眼前的两条黄辫子拴在这女同学的椅子背儿上。正巧老师叫她回答问题，她一起身，拴住的辫子扯得她头痛得大叫。我的语文老师姓李，瘦削的脸满是黑胡茬，连脸颊上都是。一副黑边的近视镜混淆了他的眼神，使我头次见到他时以为他挺凶，其实他温和极了。他对我们调皮的忍耐限度比别的老师都高。但不知为什么，那天他好厉害，把我一把拉到课堂前，叫我伸出双手，狠狠打了十多板子。他真生气呢！气呼呼地直喘，什么话也说不出来了，只指着门瞪圆眼对我吼道：“走！快走！”我离开了课堂，一路跑回家。我手疼倒没什么，但当众挨打受罚，我的自尊心受不了。于是，我眼泪汪汪地在桌上写了“李老师是狗”！几个字。我写得那么痛快和解气，好像这几个字给我报了什么“仇”似的。这几个字就相当威风地在我桌上保留了好长时间。</w:t>
      </w:r>
    </w:p>
    <w:p>
      <w:pPr>
        <w:spacing w:line="360" w:lineRule="auto"/>
        <w:ind w:firstLine="420"/>
        <w:jc w:val="left"/>
        <w:textAlignment w:val="center"/>
        <w:rPr>
          <w:color w:val="000000"/>
        </w:rPr>
      </w:pPr>
      <w:r>
        <w:rPr>
          <w:rFonts w:ascii="楷体" w:eastAsia="楷体" w:hAnsi="楷体" w:cs="楷体"/>
          <w:color w:val="000000"/>
        </w:rPr>
        <w:t>⑥在表的滴答声中，在上下课的铃声中，在雨和雪轮番交替地敲打窗子声中，我长大起来。事也懂得多了。桌上那几个字却不那么神气了。反而怕被人瞧见，似乎成了一种不光彩、甚至是耻辱的污迹，我带着一种说不清是对李老师还是对长大后再也遇不到的那个瘦弱的女同学的愧疚心情，用手巾尖儿蘸些水使劲把这几个字抹下去。</w:t>
      </w:r>
    </w:p>
    <w:p>
      <w:pPr>
        <w:spacing w:line="360" w:lineRule="auto"/>
        <w:ind w:firstLine="420"/>
        <w:jc w:val="left"/>
        <w:textAlignment w:val="center"/>
        <w:rPr>
          <w:color w:val="000000"/>
        </w:rPr>
      </w:pPr>
      <w:r>
        <w:rPr>
          <w:rFonts w:ascii="楷体" w:eastAsia="楷体" w:hAnsi="楷体" w:cs="楷体"/>
          <w:color w:val="000000"/>
        </w:rPr>
        <w:t>⑦真奇怪！字儿抹掉了，好像心里</w:t>
      </w:r>
      <w:r>
        <w:rPr>
          <w:rFonts w:ascii="楷体" w:eastAsia="楷体" w:hAnsi="楷体" w:cs="楷体"/>
          <w:color w:val="000000"/>
          <w:em w:val="dot"/>
        </w:rPr>
        <w:t>干净</w:t>
      </w:r>
      <w:r>
        <w:rPr>
          <w:rFonts w:ascii="楷体" w:eastAsia="楷体" w:hAnsi="楷体" w:cs="楷体"/>
          <w:color w:val="000000"/>
        </w:rPr>
        <w:t>了一些。</w:t>
      </w:r>
    </w:p>
    <w:p>
      <w:pPr>
        <w:spacing w:line="360" w:lineRule="auto"/>
        <w:ind w:firstLine="420"/>
        <w:jc w:val="left"/>
        <w:textAlignment w:val="center"/>
        <w:rPr>
          <w:color w:val="000000"/>
        </w:rPr>
      </w:pPr>
      <w:r>
        <w:rPr>
          <w:rFonts w:ascii="楷体" w:eastAsia="楷体" w:hAnsi="楷体" w:cs="楷体"/>
          <w:color w:val="000000"/>
        </w:rPr>
        <w:t>⑧我上了中学，毕业了，参加了工作。它一直伴随着我。</w:t>
      </w:r>
    </w:p>
    <w:p>
      <w:pPr>
        <w:spacing w:line="360" w:lineRule="auto"/>
        <w:ind w:firstLine="420"/>
        <w:jc w:val="left"/>
        <w:textAlignment w:val="center"/>
        <w:rPr>
          <w:color w:val="000000"/>
        </w:rPr>
      </w:pPr>
      <w:r>
        <w:rPr>
          <w:rFonts w:ascii="楷体" w:eastAsia="楷体" w:hAnsi="楷体" w:cs="楷体"/>
          <w:color w:val="000000"/>
        </w:rPr>
        <w:t>⑨有一天我画画。画幅大，桌面小。不得不把一半画纸垂到桌下，先画铺在桌面上的一半；待画得差不多时，再拉上纸来画另一半。这样就很难照顾到画面的整体感，我画得那么别扭，真急了，止不住愤愤地骂道：</w:t>
      </w:r>
    </w:p>
    <w:p>
      <w:pPr>
        <w:spacing w:line="360" w:lineRule="auto"/>
        <w:ind w:firstLine="420"/>
        <w:jc w:val="left"/>
        <w:textAlignment w:val="center"/>
        <w:rPr>
          <w:color w:val="000000"/>
        </w:rPr>
      </w:pPr>
      <w:r>
        <w:rPr>
          <w:rFonts w:ascii="楷体" w:eastAsia="楷体" w:hAnsi="楷体" w:cs="楷体"/>
          <w:color w:val="000000"/>
        </w:rPr>
        <w:t>⑩“真该死，这破桌子！”</w:t>
      </w:r>
    </w:p>
    <w:p>
      <w:pPr>
        <w:spacing w:line="360" w:lineRule="auto"/>
        <w:ind w:firstLine="420"/>
        <w:jc w:val="left"/>
        <w:textAlignment w:val="center"/>
        <w:rPr>
          <w:color w:val="000000"/>
        </w:rPr>
      </w:pPr>
      <w:r>
        <w:rPr>
          <w:rFonts w:ascii="Cambria Math" w:eastAsia="Cambria Math" w:hAnsi="Cambria Math" w:cs="Cambria Math"/>
          <w:color w:val="000000"/>
        </w:rPr>
        <w:t>⑪</w:t>
      </w:r>
      <w:r>
        <w:rPr>
          <w:rFonts w:ascii="楷体" w:eastAsia="楷体" w:hAnsi="楷体" w:cs="楷体"/>
          <w:color w:val="000000"/>
          <w:u w:val="single"/>
        </w:rPr>
        <w:t>它听着，不吭一声。等我画好了画儿，张挂起来；画面却意外地好。我十分快活，早把桌子忘在一旁。它呢？依然默默旁立。它就是这样与我为伴，好像我不抛掉它，它就一心而从无二意地跟随着我</w:t>
      </w:r>
      <w:r>
        <w:rPr>
          <w:rFonts w:ascii="楷体" w:eastAsia="楷体" w:hAnsi="楷体" w:cs="楷体"/>
          <w:color w:val="000000"/>
        </w:rPr>
        <w:t>。</w:t>
      </w:r>
    </w:p>
    <w:p>
      <w:pPr>
        <w:spacing w:line="360" w:lineRule="auto"/>
        <w:ind w:firstLine="420"/>
        <w:jc w:val="left"/>
        <w:textAlignment w:val="center"/>
        <w:rPr>
          <w:color w:val="000000"/>
        </w:rPr>
      </w:pPr>
      <w:r>
        <w:rPr>
          <w:rFonts w:ascii="Cambria Math" w:eastAsia="Cambria Math" w:hAnsi="Cambria Math" w:cs="Cambria Math"/>
          <w:color w:val="000000"/>
        </w:rPr>
        <w:t>⑫</w:t>
      </w:r>
      <w:r>
        <w:rPr>
          <w:rFonts w:ascii="楷体" w:eastAsia="楷体" w:hAnsi="楷体" w:cs="楷体"/>
          <w:color w:val="000000"/>
        </w:rPr>
        <w:t>它就摆在我窗前。从窗子透进的光笼罩着它。我窗外是一棵大槐树的树冠。这树冠摇曳婆娑的影子总是和阳光一起投照在我这小小的桌面上。</w:t>
      </w:r>
    </w:p>
    <w:p>
      <w:pPr>
        <w:spacing w:line="360" w:lineRule="auto"/>
        <w:ind w:firstLine="420"/>
        <w:jc w:val="left"/>
        <w:textAlignment w:val="center"/>
        <w:rPr>
          <w:color w:val="000000"/>
        </w:rPr>
      </w:pPr>
      <w:r>
        <w:rPr>
          <w:rFonts w:ascii="Cambria Math" w:eastAsia="Cambria Math" w:hAnsi="Cambria Math" w:cs="Cambria Math"/>
          <w:color w:val="000000"/>
        </w:rPr>
        <w:t>⑬</w:t>
      </w:r>
      <w:r>
        <w:rPr>
          <w:rFonts w:ascii="楷体" w:eastAsia="楷体" w:hAnsi="楷体" w:cs="楷体"/>
          <w:color w:val="000000"/>
        </w:rPr>
        <w:t>每当这树冠的枝影间满是小小的黑点点时，那是春天；黑点点儿则是大槐树初发的芽豆豆。这期间，偶尔还有一种俗名叫做“绿叶儿”的候鸟，在枝间伶俐地蹦跳的影子出现在桌面上。夏天来了，树影日浓，渐渐变成一块阴凉，密密实实地遮盖住我的小桌。等到这块厚厚的阴凉破碎了，透现出一些晃动着的阳光的斑点儿时，秋风还会把一两片变黄的叶子吹进窗，像几只金色的小船，落在我这如同无风的水面一般平光光的桌面上。随后该关窗子了，玻璃蒙上了薄薄的水蒸气。那片叶无存、光秃秃、只剩下枝丫的树影，便像一张朦胧模糊的大网，把我的小桌罩住……</w:t>
      </w:r>
    </w:p>
    <w:p>
      <w:pPr>
        <w:spacing w:line="360" w:lineRule="auto"/>
        <w:ind w:firstLine="420"/>
        <w:jc w:val="left"/>
        <w:textAlignment w:val="center"/>
        <w:rPr>
          <w:color w:val="000000"/>
        </w:rPr>
      </w:pPr>
      <w:r>
        <w:rPr>
          <w:rFonts w:ascii="Cambria Math" w:eastAsia="Cambria Math" w:hAnsi="Cambria Math" w:cs="Cambria Math"/>
          <w:color w:val="000000"/>
        </w:rPr>
        <w:t>⑭</w:t>
      </w:r>
      <w:r>
        <w:rPr>
          <w:rFonts w:ascii="楷体" w:eastAsia="楷体" w:hAnsi="楷体" w:cs="楷体"/>
          <w:color w:val="000000"/>
        </w:rPr>
        <w:t>我终于失去了它。</w:t>
      </w:r>
    </w:p>
    <w:p>
      <w:pPr>
        <w:spacing w:line="360" w:lineRule="auto"/>
        <w:ind w:firstLine="420"/>
        <w:jc w:val="left"/>
        <w:textAlignment w:val="center"/>
        <w:rPr>
          <w:color w:val="000000"/>
        </w:rPr>
      </w:pPr>
      <w:r>
        <w:rPr>
          <w:rFonts w:ascii="Cambria Math" w:eastAsia="Cambria Math" w:hAnsi="Cambria Math" w:cs="Cambria Math"/>
          <w:color w:val="000000"/>
        </w:rPr>
        <w:t>⑮</w:t>
      </w:r>
      <w:r>
        <w:rPr>
          <w:rFonts w:ascii="楷体" w:eastAsia="楷体" w:hAnsi="楷体" w:cs="楷体"/>
          <w:color w:val="000000"/>
        </w:rPr>
        <w:t>在地震中，塌落下来的屋顶把它压垮。我的孩子正好躲在桌下，保住了生命。它才是真正地为我献出了一切呢！等我从废墟中把它找出来，只是一堆碎木板、木条和木块了。我请来一位能干的木匠，想把它复原。木匠师傅瞅着它，抽着烟，最后摇了摇头。并且</w:t>
      </w:r>
      <w:r>
        <w:rPr>
          <w:rFonts w:ascii="楷体" w:eastAsia="楷体" w:hAnsi="楷体" w:cs="楷体"/>
          <w:color w:val="000000"/>
          <w:em w:val="dot"/>
        </w:rPr>
        <w:t>莫名其妙</w:t>
      </w:r>
      <w:r>
        <w:rPr>
          <w:rFonts w:ascii="楷体" w:eastAsia="楷体" w:hAnsi="楷体" w:cs="楷体"/>
          <w:color w:val="000000"/>
        </w:rPr>
        <w:t>地瞧了我一眼，显然他不明白我何以有此意图——又不是复原一件碎损的稀世古物。</w:t>
      </w:r>
    </w:p>
    <w:p>
      <w:pPr>
        <w:spacing w:line="360" w:lineRule="auto"/>
        <w:ind w:firstLine="420"/>
        <w:jc w:val="left"/>
        <w:textAlignment w:val="center"/>
        <w:rPr>
          <w:color w:val="000000"/>
        </w:rPr>
      </w:pPr>
      <w:r>
        <w:rPr>
          <w:rFonts w:ascii="Cambria Math" w:eastAsia="Cambria Math" w:hAnsi="Cambria Math" w:cs="Cambria Math"/>
          <w:color w:val="000000"/>
        </w:rPr>
        <w:t>⑯</w:t>
      </w:r>
      <w:r>
        <w:rPr>
          <w:rFonts w:ascii="楷体" w:eastAsia="楷体" w:hAnsi="楷体" w:cs="楷体"/>
          <w:color w:val="000000"/>
        </w:rPr>
        <w:t>它就这样在我的生活中没了。</w:t>
      </w:r>
    </w:p>
    <w:p>
      <w:pPr>
        <w:spacing w:line="360" w:lineRule="auto"/>
        <w:ind w:firstLine="420"/>
        <w:jc w:val="left"/>
        <w:textAlignment w:val="center"/>
        <w:rPr>
          <w:color w:val="000000"/>
        </w:rPr>
      </w:pPr>
      <w:r>
        <w:rPr>
          <w:rFonts w:ascii="Cambria Math" w:eastAsia="Cambria Math" w:hAnsi="Cambria Math" w:cs="Cambria Math"/>
          <w:color w:val="000000"/>
        </w:rPr>
        <w:t>⑰</w:t>
      </w:r>
      <w:r>
        <w:rPr>
          <w:rFonts w:ascii="楷体" w:eastAsia="楷体" w:hAnsi="楷体" w:cs="楷体"/>
          <w:color w:val="000000"/>
        </w:rPr>
        <w:t>我因此感到隐隐的忧伤。不由得想起几句话，却想不起是谁说的了：</w:t>
      </w:r>
    </w:p>
    <w:p>
      <w:pPr>
        <w:spacing w:line="360" w:lineRule="auto"/>
        <w:ind w:firstLine="420"/>
        <w:jc w:val="left"/>
        <w:textAlignment w:val="center"/>
        <w:rPr>
          <w:color w:val="000000"/>
        </w:rPr>
      </w:pPr>
      <w:r>
        <w:rPr>
          <w:rFonts w:ascii="Cambria Math" w:eastAsia="Cambria Math" w:hAnsi="Cambria Math" w:cs="Cambria Math"/>
          <w:color w:val="000000"/>
        </w:rPr>
        <w:t>⑱</w:t>
      </w:r>
      <w:r>
        <w:rPr>
          <w:rFonts w:ascii="楷体" w:eastAsia="楷体" w:hAnsi="楷体" w:cs="楷体"/>
          <w:color w:val="000000"/>
        </w:rPr>
        <w:t>“啊，生活，你真迷人……哪怕是久已过去的，也叫人割舍不得；哪怕是不幸的，也渐渐能化为深沉的诗。”</w:t>
      </w:r>
    </w:p>
    <w:p>
      <w:pPr>
        <w:spacing w:line="360" w:lineRule="auto"/>
        <w:jc w:val="right"/>
        <w:textAlignment w:val="center"/>
        <w:rPr>
          <w:color w:val="000000"/>
        </w:rPr>
      </w:pPr>
      <w:r>
        <w:rPr>
          <w:rFonts w:ascii="宋体" w:eastAsia="宋体" w:hAnsi="宋体" w:cs="宋体"/>
          <w:color w:val="000000"/>
        </w:rPr>
        <w:t>（取材于冯骥才同名散文，有删改）</w:t>
      </w:r>
    </w:p>
    <w:p>
      <w:pPr>
        <w:spacing w:line="360" w:lineRule="auto"/>
        <w:jc w:val="left"/>
        <w:textAlignment w:val="center"/>
        <w:rPr>
          <w:color w:val="000000"/>
        </w:rPr>
      </w:pPr>
      <w:r>
        <w:rPr>
          <w:color w:val="000000"/>
        </w:rPr>
        <w:t>（1）</w:t>
      </w:r>
      <w:r>
        <w:rPr>
          <w:rFonts w:ascii="宋体" w:eastAsia="宋体" w:hAnsi="宋体" w:cs="宋体"/>
          <w:color w:val="000000"/>
        </w:rPr>
        <w:t>本文作者回忆了与书桌朝夕相处的岁月，梳理⑤﹣⑧段与书桌有关的往事和“我”的感受，将下面内容补充完整。</w:t>
      </w:r>
    </w:p>
    <w:tbl>
      <w:tblPr>
        <w:tblStyle w:val="TableNormal"/>
        <w:tblW w:w="7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30"/>
        <w:gridCol w:w="4050"/>
        <w:gridCol w:w="1530"/>
      </w:tblGrid>
      <w:tr>
        <w:tblPrEx>
          <w:tblW w:w="7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时间</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与书桌有关的往事</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“我”的感受</w:t>
            </w:r>
          </w:p>
        </w:tc>
      </w:tr>
      <w:tr>
        <w:tblPrEx>
          <w:tblW w:w="711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小学四年级时</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愤恨</w:t>
            </w:r>
          </w:p>
        </w:tc>
      </w:tr>
      <w:tr>
        <w:tblPrEx>
          <w:tblW w:w="711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长大后</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我用手巾把书桌上写的那几个字抹下去。</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r>
      <w:tr>
        <w:tblPrEx>
          <w:tblW w:w="711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工作后</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快活</w:t>
            </w:r>
          </w:p>
        </w:tc>
      </w:tr>
      <w:tr>
        <w:tblPrEx>
          <w:tblW w:w="7110" w:type="dxa"/>
          <w:tblCellMar>
            <w:top w:w="120" w:type="dxa"/>
            <w:left w:w="120" w:type="dxa"/>
            <w:bottom w:w="120" w:type="dxa"/>
            <w:right w:w="120" w:type="dxa"/>
          </w:tblCellMar>
        </w:tblPrEx>
        <w:trPr>
          <w:cantSplit w:val="0"/>
          <w:trHeight w:val="330"/>
        </w:trPr>
        <w:tc>
          <w:tcPr>
            <w:tcW w:w="15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地震时</w:t>
            </w:r>
          </w:p>
        </w:tc>
        <w:tc>
          <w:tcPr>
            <w:tcW w:w="38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④</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⑤</w:t>
            </w:r>
          </w:p>
        </w:tc>
      </w:tr>
    </w:tbl>
    <w:p>
      <w:pPr>
        <w:spacing w:line="360" w:lineRule="auto"/>
        <w:jc w:val="left"/>
        <w:textAlignment w:val="center"/>
        <w:rPr>
          <w:color w:val="000000"/>
        </w:rPr>
      </w:pPr>
      <w:r>
        <w:rPr>
          <w:color w:val="000000"/>
        </w:rPr>
        <w:t>（2）</w:t>
      </w:r>
      <w:r>
        <w:rPr>
          <w:rFonts w:ascii="宋体" w:eastAsia="宋体" w:hAnsi="宋体" w:cs="宋体"/>
          <w:color w:val="000000"/>
        </w:rPr>
        <w:t>结合文章内容，解说下面加点词语的含义。</w:t>
      </w:r>
    </w:p>
    <w:p>
      <w:pPr>
        <w:spacing w:line="360" w:lineRule="auto"/>
        <w:jc w:val="left"/>
        <w:textAlignment w:val="center"/>
        <w:rPr>
          <w:color w:val="000000"/>
        </w:rPr>
      </w:pPr>
      <w:r>
        <w:rPr>
          <w:rFonts w:ascii="宋体" w:eastAsia="宋体" w:hAnsi="宋体" w:cs="宋体"/>
          <w:color w:val="000000"/>
        </w:rPr>
        <w:t>①字儿抹掉了，好像心里</w:t>
      </w:r>
      <w:r>
        <w:rPr>
          <w:rFonts w:ascii="宋体" w:eastAsia="宋体" w:hAnsi="宋体" w:cs="宋体"/>
          <w:color w:val="000000"/>
          <w:em w:val="dot"/>
        </w:rPr>
        <w:t>干净</w:t>
      </w:r>
      <w:r>
        <w:rPr>
          <w:rFonts w:ascii="宋体" w:eastAsia="宋体" w:hAnsi="宋体" w:cs="宋体"/>
          <w:color w:val="000000"/>
        </w:rPr>
        <w:t>了一些。</w:t>
      </w:r>
    </w:p>
    <w:p>
      <w:pPr>
        <w:spacing w:line="360" w:lineRule="auto"/>
        <w:jc w:val="left"/>
        <w:textAlignment w:val="center"/>
        <w:rPr>
          <w:color w:val="000000"/>
        </w:rPr>
      </w:pPr>
      <w:r>
        <w:rPr>
          <w:rFonts w:ascii="宋体" w:eastAsia="宋体" w:hAnsi="宋体" w:cs="宋体"/>
          <w:color w:val="000000"/>
        </w:rPr>
        <w:t>干净：</w:t>
      </w:r>
    </w:p>
    <w:p>
      <w:pPr>
        <w:spacing w:line="360" w:lineRule="auto"/>
        <w:jc w:val="left"/>
        <w:textAlignment w:val="center"/>
        <w:rPr>
          <w:color w:val="000000"/>
        </w:rPr>
      </w:pPr>
      <w:r>
        <w:rPr>
          <w:rFonts w:ascii="宋体" w:eastAsia="宋体" w:hAnsi="宋体" w:cs="宋体"/>
          <w:color w:val="000000"/>
        </w:rPr>
        <w:t>②并且</w:t>
      </w:r>
      <w:r>
        <w:rPr>
          <w:rFonts w:ascii="宋体" w:eastAsia="宋体" w:hAnsi="宋体" w:cs="宋体"/>
          <w:color w:val="000000"/>
          <w:em w:val="dot"/>
        </w:rPr>
        <w:t>莫名其妙</w:t>
      </w:r>
      <w:r>
        <w:rPr>
          <w:rFonts w:ascii="宋体" w:eastAsia="宋体" w:hAnsi="宋体" w:cs="宋体"/>
          <w:color w:val="000000"/>
        </w:rPr>
        <w:t>地瞧了我一眼，显然他不明白我何以有此意图。</w:t>
      </w:r>
    </w:p>
    <w:p>
      <w:pPr>
        <w:spacing w:line="360" w:lineRule="auto"/>
        <w:jc w:val="left"/>
        <w:textAlignment w:val="center"/>
        <w:rPr>
          <w:color w:val="000000"/>
        </w:rPr>
      </w:pPr>
      <w:r>
        <w:rPr>
          <w:rFonts w:ascii="宋体" w:eastAsia="宋体" w:hAnsi="宋体" w:cs="宋体"/>
          <w:color w:val="000000"/>
        </w:rPr>
        <w:t>莫名其妙：</w:t>
      </w:r>
    </w:p>
    <w:p>
      <w:pPr>
        <w:spacing w:line="360" w:lineRule="auto"/>
        <w:jc w:val="left"/>
        <w:textAlignment w:val="center"/>
        <w:rPr>
          <w:color w:val="000000"/>
        </w:rPr>
      </w:pPr>
      <w:r>
        <w:rPr>
          <w:color w:val="000000"/>
        </w:rPr>
        <w:t>（3）</w:t>
      </w:r>
      <w:r>
        <w:rPr>
          <w:rFonts w:ascii="宋体" w:eastAsia="宋体" w:hAnsi="宋体" w:cs="宋体"/>
          <w:color w:val="000000"/>
        </w:rPr>
        <w:t>文章在写“我”与书桌的关系时饱含深情，比如第③段和第①段。请你选择其中一段，从语言表达的角度分析这样写的好处。</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①在书桌上写下辱骂李老师的话 ②释然  ③在书桌上画画  ④书桌保住了孩子的性命  ⑤忧伤。</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①内心的愧疚减轻了  ②觉得“我”奇怪，不明白“我”为什么这样做。</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示例：第③段，用排比的修辞手法，饱含深情的语言写出了小书桌陪“我”度过了美好的童年生活，表达了作者对逝去的有小桌陪伴的岁月的不舍之情。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本题考查内容理解概括。</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题干“小学四年级时”定位到第⑤段，联系⑤段“我手疼倒没什么，但当众挨打受罚，我的自尊心受不了。于是，我眼泪汪汪地在桌上写了‘李老师是狗’！几个字。我写得那么痛快和解气，好像这几个字给我报了什么‘仇’似的”可概括为：在书桌上写下辱骂李老师的话；</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）由题干“我用手巾把书桌上写的那几个字抹下去”定位到第⑥段，联系</w:t>
      </w:r>
      <w:r>
        <w:rPr>
          <w:rFonts w:ascii="Arial Unicode MS" w:eastAsia="Arial Unicode MS" w:hAnsi="Arial Unicode MS" w:cs="Arial Unicode MS"/>
          <w:color w:val="000000"/>
        </w:rPr>
        <w:t>⑦</w:t>
      </w:r>
      <w:r>
        <w:rPr>
          <w:rFonts w:ascii="宋体" w:eastAsia="宋体" w:hAnsi="宋体" w:cs="宋体"/>
          <w:color w:val="000000"/>
        </w:rPr>
        <w:t>段“真奇怪！字儿抹掉了，好像心里干净了一些”可概括为：随着年龄的增长，自己认识到这是一种不光彩的行为，抹掉那行字，内心的愧疚就减轻了，释然了；</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）由题干“工作后”定位到第⑧段，联系</w:t>
      </w:r>
      <w:r>
        <w:rPr>
          <w:rFonts w:ascii="Arial Unicode MS" w:eastAsia="Arial Unicode MS" w:hAnsi="Arial Unicode MS" w:cs="Arial Unicode MS"/>
          <w:color w:val="000000"/>
        </w:rPr>
        <w:t>⑨</w:t>
      </w:r>
      <w:r>
        <w:rPr>
          <w:rFonts w:ascii="宋体" w:eastAsia="宋体" w:hAnsi="宋体" w:cs="宋体"/>
          <w:color w:val="000000"/>
        </w:rPr>
        <w:t>段“有一天我画画。画幅大，桌面小。不得不把一半画纸垂到桌下，先画铺在桌面上的一半；待画得差不多时，再拉上纸来画另一半”可概括为：在书桌上画画；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）由题干“地震中”定位到第</w:t>
      </w:r>
      <w:r>
        <w:rPr>
          <w:rFonts w:ascii="Cambria Math" w:eastAsia="Cambria Math" w:hAnsi="Cambria Math" w:cs="Cambria Math"/>
          <w:color w:val="000000"/>
        </w:rPr>
        <w:t>⑮</w:t>
      </w:r>
      <w:r>
        <w:rPr>
          <w:rFonts w:ascii="宋体" w:eastAsia="宋体" w:hAnsi="宋体" w:cs="宋体"/>
          <w:color w:val="000000"/>
        </w:rPr>
        <w:t>段，联系</w:t>
      </w:r>
      <w:r>
        <w:rPr>
          <w:rFonts w:ascii="Cambria Math" w:eastAsia="Cambria Math" w:hAnsi="Cambria Math" w:cs="Cambria Math"/>
          <w:color w:val="000000"/>
        </w:rPr>
        <w:t>⑮</w:t>
      </w:r>
      <w:r>
        <w:rPr>
          <w:rFonts w:ascii="宋体" w:eastAsia="宋体" w:hAnsi="宋体" w:cs="宋体"/>
          <w:color w:val="000000"/>
        </w:rPr>
        <w:t>段“在地震中，塌落下来的屋顶把它压垮。我的孩子正好躲在桌下，保住了生命。它才是真正地为我献出了一切呢！等我从废墟中把它找出来，只是一堆碎木板、木条和木块了”“我因此感到隐隐的忧伤”可概括为：地震时，书桌保住了孩子的性命，书桌被压碎，“我”感到忧伤。</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本题考查词语理解赏析。</w:t>
      </w:r>
    </w:p>
    <w:p>
      <w:pPr>
        <w:spacing w:line="360" w:lineRule="auto"/>
        <w:jc w:val="left"/>
        <w:textAlignment w:val="center"/>
        <w:rPr>
          <w:color w:val="000000"/>
        </w:rPr>
      </w:pPr>
      <w:r>
        <w:rPr>
          <w:rFonts w:ascii="宋体" w:eastAsia="宋体" w:hAnsi="宋体" w:cs="宋体"/>
          <w:color w:val="000000"/>
        </w:rPr>
        <w:t>①联系</w:t>
      </w:r>
      <w:r>
        <w:rPr>
          <w:rFonts w:ascii="Arial Unicode MS" w:eastAsia="Arial Unicode MS" w:hAnsi="Arial Unicode MS" w:cs="Arial Unicode MS"/>
          <w:color w:val="000000"/>
        </w:rPr>
        <w:t>⑥</w:t>
      </w:r>
      <w:r>
        <w:rPr>
          <w:rFonts w:ascii="宋体" w:eastAsia="宋体" w:hAnsi="宋体" w:cs="宋体"/>
          <w:color w:val="000000"/>
        </w:rPr>
        <w:t>段“桌上那几个字却不那么神气了。反而怕被人瞧见，似乎成了一种不光彩、甚至是耻辱的污迹，我带着一种说不清是对李老师还是对长大后再也遇不到的那个瘦弱的女同学的愧疚心情，用手巾尖儿蘸些水使劲把这几个字抹下去”可知“字儿抹掉了，好像心里干净了一些”是指随着年龄的增长，自己认识到这是一种不光彩的行为，抹掉那行字，内心的愧疚就减轻了。</w:t>
      </w:r>
    </w:p>
    <w:p>
      <w:pPr>
        <w:spacing w:line="360" w:lineRule="auto"/>
        <w:jc w:val="left"/>
        <w:textAlignment w:val="center"/>
        <w:rPr>
          <w:color w:val="000000"/>
        </w:rPr>
      </w:pPr>
      <w:r>
        <w:rPr>
          <w:rFonts w:ascii="宋体" w:eastAsia="宋体" w:hAnsi="宋体" w:cs="宋体"/>
          <w:color w:val="000000"/>
        </w:rPr>
        <w:t>②联系</w:t>
      </w:r>
      <w:r>
        <w:rPr>
          <w:rFonts w:ascii="Cambria Math" w:eastAsia="Cambria Math" w:hAnsi="Cambria Math" w:cs="Cambria Math"/>
          <w:color w:val="000000"/>
        </w:rPr>
        <w:t>⑮</w:t>
      </w:r>
      <w:r>
        <w:rPr>
          <w:rFonts w:ascii="宋体" w:eastAsia="宋体" w:hAnsi="宋体" w:cs="宋体"/>
          <w:color w:val="000000"/>
        </w:rPr>
        <w:t>段“等我从废墟中把它找出来，只是一堆碎木板、木条和木块了。我请来一位能干的木匠，想把它复原”可知“并且莫名其妙地瞧了我一眼，显然他不明白我何以有此意图”中的“莫名其妙”是指木匠觉得“我”奇怪，不明白“我”为什么这样做。不明白“我”为什么专门请人修复一个普普通通的桌子，而且这张桌子已经破碎的比较厉害了。</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本题考查句段赏析。</w:t>
      </w:r>
    </w:p>
    <w:p>
      <w:pPr>
        <w:spacing w:line="360" w:lineRule="auto"/>
        <w:jc w:val="left"/>
        <w:textAlignment w:val="center"/>
        <w:rPr>
          <w:color w:val="000000"/>
        </w:rPr>
      </w:pPr>
      <w:r>
        <w:rPr>
          <w:rFonts w:ascii="宋体" w:eastAsia="宋体" w:hAnsi="宋体" w:cs="宋体"/>
          <w:color w:val="000000"/>
        </w:rPr>
        <w:t>联系①段“我有张小小的书桌。它又窄又矮，破旧极了。在外人眼里简直不成样子。上边的漆成片地剥落下来，残余的漆色变得晦黯发黑，连我自己都认不准它最新是什么颜色。桌面又满是划痕、硬伤，还有热水杯烫成的一个个套起来的深深浅浅的白圈儿。别看它这副模样，三十年来，却一直放在我的窗前，我房间透进光来的地方。我搬过几次家，换过几件家具，但从来没有想到处理掉它……”可知，这一处是景物描写，具体描写了小木桌的破旧，是通过写小木桌的破旧和“我”不舍得丢弃它，表达了作者对有小木桌陪伴的岁月的不舍之情。</w:t>
      </w:r>
    </w:p>
    <w:p>
      <w:pPr>
        <w:spacing w:line="360" w:lineRule="auto"/>
        <w:jc w:val="left"/>
        <w:textAlignment w:val="center"/>
        <w:rPr>
          <w:color w:val="000000"/>
        </w:rPr>
      </w:pPr>
      <w:r>
        <w:rPr>
          <w:rFonts w:ascii="宋体" w:eastAsia="宋体" w:hAnsi="宋体" w:cs="宋体"/>
          <w:color w:val="000000"/>
        </w:rPr>
        <w:t>联系③段“我把‘人’字总误写成‘入’字，就在这桌上吧！我一排排地晾干弹弓子用的小泥球儿，就在这桌上吧！我在小木板上钉钉子，就在这桌上吧！这些只有我才知道的故事，早已融进往昔岁月中的童年生活”可知是用排比的修辞手法，具体描写了“我”和小木桌的一些经历，饱含深情的语言写出了小书桌陪“我”度过了美好的童年生活，表达了作者对逝去的有小桌陪伴的岁月的不舍之情。</w:t>
      </w:r>
    </w:p>
    <w:p>
      <w:pPr>
        <w:pStyle w:val="Heading3"/>
      </w:pPr>
      <w:r>
        <w:t>大兴区</w:t>
      </w:r>
    </w:p>
    <w:p>
      <w:pPr>
        <w:spacing w:line="360" w:lineRule="auto"/>
        <w:jc w:val="left"/>
        <w:textAlignment w:val="center"/>
        <w:rPr>
          <w:color w:val="000000"/>
        </w:rPr>
      </w:pPr>
      <w:r>
        <w:rPr>
          <w:rFonts w:ascii="宋体" w:eastAsia="宋体" w:hAnsi="宋体" w:cs="宋体"/>
          <w:b/>
          <w:color w:val="000000"/>
          <w:sz w:val="24"/>
        </w:rPr>
        <w:t>四、现代文阅读（共</w:t>
      </w:r>
      <w:r>
        <w:rPr>
          <w:rFonts w:ascii="Times New Roman" w:eastAsia="Times New Roman" w:hAnsi="Times New Roman" w:cs="Times New Roman"/>
          <w:b/>
          <w:color w:val="000000"/>
          <w:sz w:val="24"/>
        </w:rPr>
        <w:t>23</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b/>
          <w:color w:val="000000"/>
          <w:sz w:val="24"/>
        </w:rPr>
        <w:t>（一）（共</w:t>
      </w:r>
      <w:r>
        <w:rPr>
          <w:rFonts w:ascii="Times New Roman" w:eastAsia="Times New Roman" w:hAnsi="Times New Roman" w:cs="Times New Roman"/>
          <w:b/>
          <w:color w:val="000000"/>
          <w:sz w:val="24"/>
        </w:rPr>
        <w:t>13</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color w:val="000000"/>
        </w:rPr>
        <w:t>阅读《传承不断的家脉》，完成下面小题。</w:t>
      </w:r>
    </w:p>
    <w:p>
      <w:pPr>
        <w:spacing w:line="360" w:lineRule="auto"/>
        <w:jc w:val="center"/>
        <w:textAlignment w:val="center"/>
        <w:rPr>
          <w:color w:val="000000"/>
        </w:rPr>
      </w:pPr>
      <w:r>
        <w:rPr>
          <w:rFonts w:ascii="楷体" w:eastAsia="楷体" w:hAnsi="楷体" w:cs="楷体"/>
          <w:color w:val="000000"/>
        </w:rPr>
        <w:t>传承不断的家脉</w:t>
      </w:r>
    </w:p>
    <w:p>
      <w:pPr>
        <w:spacing w:line="360" w:lineRule="auto"/>
        <w:jc w:val="center"/>
        <w:textAlignment w:val="center"/>
        <w:rPr>
          <w:color w:val="000000"/>
        </w:rPr>
      </w:pPr>
      <w:r>
        <w:rPr>
          <w:rFonts w:ascii="楷体" w:eastAsia="楷体" w:hAnsi="楷体" w:cs="楷体"/>
          <w:color w:val="000000"/>
        </w:rPr>
        <w:t>陈忠实</w:t>
      </w:r>
    </w:p>
    <w:p>
      <w:pPr>
        <w:spacing w:line="360" w:lineRule="auto"/>
        <w:ind w:firstLine="420"/>
        <w:jc w:val="left"/>
        <w:textAlignment w:val="center"/>
        <w:rPr>
          <w:color w:val="000000"/>
        </w:rPr>
      </w:pPr>
      <w:r>
        <w:rPr>
          <w:rFonts w:ascii="楷体" w:eastAsia="楷体" w:hAnsi="楷体" w:cs="楷体"/>
          <w:color w:val="000000"/>
        </w:rPr>
        <w:t>①</w:t>
      </w:r>
      <w:r>
        <w:rPr>
          <w:rFonts w:ascii="Times New Roman" w:eastAsia="Times New Roman" w:hAnsi="Times New Roman" w:cs="Times New Roman"/>
          <w:color w:val="000000"/>
        </w:rPr>
        <w:t>1950</w:t>
      </w:r>
      <w:r>
        <w:rPr>
          <w:rFonts w:ascii="楷体" w:eastAsia="楷体" w:hAnsi="楷体" w:cs="楷体"/>
          <w:color w:val="000000"/>
        </w:rPr>
        <w:t>年春节过后的一天晚上，在那盏祖传的清油灯之下，父亲把一支毛笔和一沓黄色仿纸交到我手里：</w:t>
      </w:r>
      <w:r>
        <w:rPr>
          <w:rFonts w:ascii="宋体" w:eastAsia="宋体" w:hAnsi="宋体" w:cs="宋体"/>
          <w:color w:val="000000"/>
        </w:rPr>
        <w:t>“</w:t>
      </w:r>
      <w:r>
        <w:rPr>
          <w:rFonts w:ascii="楷体" w:eastAsia="楷体" w:hAnsi="楷体" w:cs="楷体"/>
          <w:color w:val="000000"/>
        </w:rPr>
        <w:t>你明日早起去上学。</w:t>
      </w:r>
      <w:r>
        <w:rPr>
          <w:rFonts w:ascii="宋体" w:eastAsia="宋体" w:hAnsi="宋体" w:cs="宋体"/>
          <w:color w:val="000000"/>
        </w:rPr>
        <w:t>”</w:t>
      </w:r>
      <w:r>
        <w:rPr>
          <w:rFonts w:ascii="楷体" w:eastAsia="楷体" w:hAnsi="楷体" w:cs="楷体"/>
          <w:color w:val="000000"/>
        </w:rPr>
        <w:t>我拔掉竹筒笔帽儿，是一撮黑里透黄的动物毛做成的笔头。父亲说：</w:t>
      </w:r>
      <w:r>
        <w:rPr>
          <w:rFonts w:ascii="宋体" w:eastAsia="宋体" w:hAnsi="宋体" w:cs="宋体"/>
          <w:color w:val="000000"/>
        </w:rPr>
        <w:t>“</w:t>
      </w:r>
      <w:r>
        <w:rPr>
          <w:rFonts w:ascii="楷体" w:eastAsia="楷体" w:hAnsi="楷体" w:cs="楷体"/>
          <w:color w:val="000000"/>
        </w:rPr>
        <w:t>你跟你哥合用一只砚台。</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②我的三个孩子的上学日，是我们家的庆典日。在我看来，孩子走进学校的第一步，认识的第一个字，用铅笔写成的汉字第一画，才是孩子生命中光明的开启。他们从这一刻开始告别黑暗，走向智慧人类的途程。</w:t>
      </w:r>
    </w:p>
    <w:p>
      <w:pPr>
        <w:spacing w:line="360" w:lineRule="auto"/>
        <w:ind w:firstLine="420"/>
        <w:jc w:val="left"/>
        <w:textAlignment w:val="center"/>
        <w:rPr>
          <w:color w:val="000000"/>
        </w:rPr>
      </w:pPr>
      <w:r>
        <w:rPr>
          <w:rFonts w:ascii="楷体" w:eastAsia="楷体" w:hAnsi="楷体" w:cs="楷体"/>
          <w:color w:val="000000"/>
        </w:rPr>
        <w:t>③我们家木楼上有一只破旧的大木箱，乱扔着一堆书。我看着那些发黄的纸和一行行栗子大的字问父亲：</w:t>
      </w:r>
      <w:r>
        <w:rPr>
          <w:rFonts w:ascii="宋体" w:eastAsia="宋体" w:hAnsi="宋体" w:cs="宋体"/>
          <w:color w:val="000000"/>
        </w:rPr>
        <w:t>“</w:t>
      </w:r>
      <w:r>
        <w:rPr>
          <w:rFonts w:ascii="楷体" w:eastAsia="楷体" w:hAnsi="楷体" w:cs="楷体"/>
          <w:color w:val="000000"/>
        </w:rPr>
        <w:t>是你读过的书吗？</w:t>
      </w:r>
      <w:r>
        <w:rPr>
          <w:rFonts w:ascii="宋体" w:eastAsia="宋体" w:hAnsi="宋体" w:cs="宋体"/>
          <w:color w:val="000000"/>
        </w:rPr>
        <w:t>”</w:t>
      </w:r>
      <w:r>
        <w:rPr>
          <w:rFonts w:ascii="楷体" w:eastAsia="楷体" w:hAnsi="楷体" w:cs="楷体"/>
          <w:color w:val="000000"/>
        </w:rPr>
        <w:t>父亲说是他读过的，随之加重语气解释说：</w:t>
      </w:r>
      <w:r>
        <w:rPr>
          <w:rFonts w:ascii="宋体" w:eastAsia="宋体" w:hAnsi="宋体" w:cs="宋体"/>
          <w:color w:val="000000"/>
        </w:rPr>
        <w:t>“</w:t>
      </w:r>
      <w:r>
        <w:rPr>
          <w:rFonts w:ascii="楷体" w:eastAsia="楷体" w:hAnsi="楷体" w:cs="楷体"/>
          <w:color w:val="000000"/>
        </w:rPr>
        <w:t>那是你爷爷用毛笔抄写的。</w:t>
      </w:r>
      <w:r>
        <w:rPr>
          <w:rFonts w:ascii="宋体" w:eastAsia="宋体" w:hAnsi="宋体" w:cs="宋体"/>
          <w:color w:val="000000"/>
        </w:rPr>
        <w:t>”</w:t>
      </w:r>
      <w:r>
        <w:rPr>
          <w:rFonts w:ascii="楷体" w:eastAsia="楷体" w:hAnsi="楷体" w:cs="楷体"/>
          <w:color w:val="000000"/>
        </w:rPr>
        <w:t>我大为惊讶，原以为是石印的，毛笔字怎么会写到和我的课本上的字一样规矩呢？父亲说：</w:t>
      </w:r>
      <w:r>
        <w:rPr>
          <w:rFonts w:ascii="宋体" w:eastAsia="宋体" w:hAnsi="宋体" w:cs="宋体"/>
          <w:color w:val="000000"/>
        </w:rPr>
        <w:t>“</w:t>
      </w:r>
      <w:r>
        <w:rPr>
          <w:rFonts w:ascii="楷体" w:eastAsia="楷体" w:hAnsi="楷体" w:cs="楷体"/>
          <w:color w:val="000000"/>
        </w:rPr>
        <w:t>你爷爷是先生，当先生先得写好字，是人的门脸儿。</w:t>
      </w:r>
      <w:r>
        <w:rPr>
          <w:rFonts w:ascii="宋体" w:eastAsia="宋体" w:hAnsi="宋体" w:cs="宋体"/>
          <w:color w:val="000000"/>
        </w:rPr>
        <w:t>”</w:t>
      </w:r>
      <w:r>
        <w:rPr>
          <w:rFonts w:ascii="楷体" w:eastAsia="楷体" w:hAnsi="楷体" w:cs="楷体"/>
          <w:color w:val="000000"/>
        </w:rPr>
        <w:t>在我出生之前已谢世的爷爷会写一手好字，我最初的崇拜产生了。</w:t>
      </w:r>
    </w:p>
    <w:p>
      <w:pPr>
        <w:spacing w:line="360" w:lineRule="auto"/>
        <w:ind w:firstLine="420"/>
        <w:jc w:val="left"/>
        <w:textAlignment w:val="center"/>
        <w:rPr>
          <w:color w:val="000000"/>
        </w:rPr>
      </w:pPr>
      <w:r>
        <w:rPr>
          <w:rFonts w:ascii="楷体" w:eastAsia="楷体" w:hAnsi="楷体" w:cs="楷体"/>
          <w:color w:val="000000"/>
        </w:rPr>
        <w:t>④父亲的毛笔字显然比不得爷爷，然而父亲会写字。大年三十的后晌，村人夹着一卷红纸走进院来，父亲磨墨、裁纸，为乡亲写好一副副新春对联，摊在明厅里的地上晾干。我瞅着那些大字不识一个的村人像花瓣围绕着花蕊一样，围观父亲舞笔弄墨的情景，隐隐感到了一种难以言说的自豪。</w:t>
      </w:r>
    </w:p>
    <w:p>
      <w:pPr>
        <w:spacing w:line="360" w:lineRule="auto"/>
        <w:ind w:firstLine="420"/>
        <w:jc w:val="left"/>
        <w:textAlignment w:val="center"/>
        <w:rPr>
          <w:color w:val="000000"/>
        </w:rPr>
      </w:pPr>
      <w:r>
        <w:rPr>
          <w:rFonts w:ascii="楷体" w:eastAsia="楷体" w:hAnsi="楷体" w:cs="楷体"/>
          <w:color w:val="000000"/>
        </w:rPr>
        <w:t>⑤多年以后，我从城市躲回祖居的老屋，在准备和写作《白鹿原》的六年时间里，每到春节前一天后晌，为村人继续写迎春对联。每当造房上大梁或办婚丧大事，村人也来找我写对联。这当儿我就想起父亲写春联的情景，也想到爷爷手抄给父亲的那一厚册课本。</w:t>
      </w:r>
    </w:p>
    <w:p>
      <w:pPr>
        <w:spacing w:line="360" w:lineRule="auto"/>
        <w:ind w:firstLine="420"/>
        <w:jc w:val="left"/>
        <w:textAlignment w:val="center"/>
        <w:rPr>
          <w:color w:val="000000"/>
        </w:rPr>
      </w:pPr>
      <w:r>
        <w:rPr>
          <w:rFonts w:ascii="楷体" w:eastAsia="楷体" w:hAnsi="楷体" w:cs="楷体"/>
          <w:color w:val="000000"/>
        </w:rPr>
        <w:t>⑥我小时候有回晚上下了一场大雪，足足有一尺厚。第二天上课心里都在发慌，怎么回家去背馍呢？五十余里路程，步行，我十三岁。最后一节课上完，我走出教室门时就愣住了。</w:t>
      </w:r>
      <w:r>
        <w:rPr>
          <w:rFonts w:ascii="楷体" w:eastAsia="楷体" w:hAnsi="楷体" w:cs="楷体"/>
          <w:color w:val="000000"/>
          <w:u w:val="single"/>
        </w:rPr>
        <w:t>父亲披一身一头的雪迎着我走过来，肩头扛着一口袋馍馍，笑吟吟地说：</w:t>
      </w:r>
      <w:r>
        <w:rPr>
          <w:rFonts w:ascii="宋体" w:eastAsia="宋体" w:hAnsi="宋体" w:cs="宋体"/>
          <w:color w:val="000000"/>
          <w:u w:val="single"/>
        </w:rPr>
        <w:t>“</w:t>
      </w:r>
      <w:r>
        <w:rPr>
          <w:rFonts w:ascii="楷体" w:eastAsia="楷体" w:hAnsi="楷体" w:cs="楷体"/>
          <w:color w:val="000000"/>
          <w:u w:val="single"/>
        </w:rPr>
        <w:t>我给你把干粮送来了，这个星期你不要回家了，你走不动，雪太厚了……</w:t>
      </w:r>
      <w:r>
        <w:rPr>
          <w:rFonts w:ascii="宋体" w:eastAsia="宋体" w:hAnsi="宋体" w:cs="宋体"/>
          <w:color w:val="000000"/>
          <w:u w:val="single"/>
        </w:rPr>
        <w:t>”</w:t>
      </w:r>
    </w:p>
    <w:p>
      <w:pPr>
        <w:spacing w:line="360" w:lineRule="auto"/>
        <w:ind w:firstLine="420"/>
        <w:jc w:val="left"/>
        <w:textAlignment w:val="center"/>
        <w:rPr>
          <w:color w:val="000000"/>
        </w:rPr>
      </w:pPr>
      <w:r>
        <w:rPr>
          <w:rFonts w:ascii="楷体" w:eastAsia="楷体" w:hAnsi="楷体" w:cs="楷体"/>
          <w:color w:val="000000"/>
        </w:rPr>
        <w:t>⑦二女儿因为读俄语，补习需赶到高陵县一所开设俄语班的中学去。每到周日下午，我用自行车带着女儿走七八里土路赶到汽车站，一同乘公共汽车到西安东郊的纺织城，再换乘通高陵县的公共汽车，看着女儿坐好位子随车而去，我再原路返回蒋村的祖屋。我没有劳累的感觉，反而感觉到了时代的进步和生活的幸福，这比我父亲冒雪步行五十里为我送干粮方便得多了。</w:t>
      </w:r>
    </w:p>
    <w:p>
      <w:pPr>
        <w:spacing w:line="360" w:lineRule="auto"/>
        <w:ind w:firstLine="420"/>
        <w:jc w:val="left"/>
        <w:textAlignment w:val="center"/>
        <w:rPr>
          <w:color w:val="000000"/>
        </w:rPr>
      </w:pPr>
      <w:r>
        <w:rPr>
          <w:rFonts w:ascii="楷体" w:eastAsia="楷体" w:hAnsi="楷体" w:cs="楷体"/>
          <w:color w:val="000000"/>
        </w:rPr>
        <w:t>⑧父亲是一位地道的农民，比村子里的农民多了会写字会打算盘的本事，在下雨天不能下地劳作的空闲里，躺在祖屋的炕上读古典小说和秦腔戏本。他注重孩子念书学文化，他卖粮卖树卖柴，供我和哥哥读中学，至今依然在家乡传为佳话。</w:t>
      </w:r>
    </w:p>
    <w:p>
      <w:pPr>
        <w:spacing w:line="360" w:lineRule="auto"/>
        <w:ind w:firstLine="420"/>
        <w:jc w:val="left"/>
        <w:textAlignment w:val="center"/>
        <w:rPr>
          <w:color w:val="000000"/>
        </w:rPr>
      </w:pPr>
      <w:r>
        <w:rPr>
          <w:rFonts w:ascii="楷体" w:eastAsia="楷体" w:hAnsi="楷体" w:cs="楷体"/>
          <w:color w:val="000000"/>
        </w:rPr>
        <w:t>⑨我供给三个孩子上学的过程虽然也颇不轻松，然而比父亲当年的艰难却相去甚远。从做私塾先生的爷爷到我的孙儿这五代人中，父亲是最艰难的。他已经没有了做私塾先生的爷爷的地位和经济，而且作为一个农民也失去了对土地和牲畜的创造权利，然而却心强气盛地要拼死供给两个儿子读书。他的耐劳、他的勤俭、他的耿直和左邻右舍的村人并无多大差别，他的文化意识才是我们家里最可称道的东西，却绝非书香门第之类。</w:t>
      </w:r>
    </w:p>
    <w:p>
      <w:pPr>
        <w:spacing w:line="360" w:lineRule="auto"/>
        <w:ind w:firstLine="420"/>
        <w:jc w:val="left"/>
        <w:textAlignment w:val="center"/>
        <w:rPr>
          <w:color w:val="000000"/>
        </w:rPr>
      </w:pPr>
      <w:r>
        <w:rPr>
          <w:rFonts w:ascii="楷体" w:eastAsia="楷体" w:hAnsi="楷体" w:cs="楷体"/>
          <w:color w:val="000000"/>
        </w:rPr>
        <w:t>⑩这才是我们家几代人传承不断的脉。</w:t>
      </w:r>
    </w:p>
    <w:p>
      <w:pPr>
        <w:spacing w:line="360" w:lineRule="auto"/>
        <w:jc w:val="right"/>
        <w:textAlignment w:val="center"/>
        <w:rPr>
          <w:color w:val="000000"/>
        </w:rPr>
      </w:pPr>
      <w:r>
        <w:rPr>
          <w:rFonts w:ascii="宋体" w:eastAsia="宋体" w:hAnsi="宋体" w:cs="宋体"/>
          <w:color w:val="000000"/>
        </w:rPr>
        <w:t>（选自作者同名散文，有删改）</w:t>
      </w:r>
    </w:p>
    <w:p>
      <w:pPr>
        <w:spacing w:line="360" w:lineRule="auto"/>
        <w:jc w:val="left"/>
        <w:textAlignment w:val="center"/>
        <w:rPr>
          <w:color w:val="000000"/>
        </w:rPr>
      </w:pPr>
      <w:r>
        <w:rPr>
          <w:color w:val="000000"/>
        </w:rPr>
        <w:t xml:space="preserve">12. </w:t>
      </w:r>
      <w:r>
        <w:rPr>
          <w:rFonts w:ascii="宋体" w:eastAsia="宋体" w:hAnsi="宋体" w:cs="宋体"/>
          <w:color w:val="000000"/>
        </w:rPr>
        <w:t>抓标题阅读文章，是默读的重要方法。请根据题目“传承不断的家脉”拟出两个期待解决的问题。</w:t>
      </w:r>
    </w:p>
    <w:p>
      <w:pPr>
        <w:spacing w:line="360" w:lineRule="auto"/>
        <w:jc w:val="left"/>
        <w:textAlignment w:val="center"/>
        <w:rPr>
          <w:color w:val="000000"/>
        </w:rPr>
      </w:pPr>
      <w:r>
        <w:rPr>
          <w:color w:val="000000"/>
        </w:rPr>
        <w:t xml:space="preserve">13. </w:t>
      </w:r>
      <w:r>
        <w:rPr>
          <w:rFonts w:ascii="宋体" w:eastAsia="宋体" w:hAnsi="宋体" w:cs="宋体"/>
          <w:color w:val="000000"/>
        </w:rPr>
        <w:t>默读文章，要能在整体把握文意</w:t>
      </w:r>
      <w:r>
        <w:rPr>
          <w:rFonts w:ascii="宋体" w:eastAsia="宋体" w:hAnsi="宋体" w:cs="宋体"/>
          <w:color w:val="000000"/>
          <w:position w:val="0"/>
        </w:rPr>
        <w:drawing>
          <wp:inline>
            <wp:extent cx="133350" cy="177800"/>
            <wp:docPr id="15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
                    <pic:cNvPicPr>
                      <a:picLocks noChangeAspect="1"/>
                    </pic:cNvPicPr>
                  </pic:nvPicPr>
                  <pic:blipFill>
                    <a:blip r:embed="rId12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基础上，划分段落层次，理清作者思路。文章主要从四个方面记叙了爷爷、父亲与“我”三代人培养下一辈读书受教育的事情。阅读文章①—⑨段，补全表格。</w:t>
      </w:r>
    </w:p>
    <w:tbl>
      <w:tblPr>
        <w:tblStyle w:val="TableNormal"/>
        <w:tblW w:w="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449"/>
        <w:gridCol w:w="2751"/>
      </w:tblGrid>
      <w:tr>
        <w:tblPrEx>
          <w:tblW w:w="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405"/>
        </w:trPr>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段落</w:t>
            </w:r>
          </w:p>
        </w:tc>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传承的主要方面</w:t>
            </w:r>
          </w:p>
        </w:tc>
      </w:tr>
      <w:tr>
        <w:tblPrEx>
          <w:tblW w:w="5220" w:type="dxa"/>
          <w:tblCellMar>
            <w:top w:w="120" w:type="dxa"/>
            <w:left w:w="120" w:type="dxa"/>
            <w:bottom w:w="120" w:type="dxa"/>
            <w:right w:w="120" w:type="dxa"/>
          </w:tblCellMar>
        </w:tblPrEx>
        <w:trPr>
          <w:cantSplit w:val="0"/>
          <w:trHeight w:val="405"/>
        </w:trPr>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w:t>
            </w:r>
          </w:p>
        </w:tc>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上学日都有郑重</w:t>
            </w:r>
            <w:r>
              <w:rPr>
                <w:rFonts w:ascii="宋体" w:eastAsia="宋体" w:hAnsi="宋体" w:cs="宋体"/>
                <w:color w:val="000000"/>
                <w:position w:val="0"/>
              </w:rPr>
              <w:drawing>
                <wp:inline>
                  <wp:extent cx="133350" cy="177800"/>
                  <wp:docPr id="15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
                          <pic:cNvPicPr>
                            <a:picLocks noChangeAspect="1"/>
                          </pic:cNvPicPr>
                        </pic:nvPicPr>
                        <pic:blipFill>
                          <a:blip r:embed="rId12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仪式</w:t>
            </w:r>
          </w:p>
        </w:tc>
      </w:tr>
      <w:tr>
        <w:tblPrEx>
          <w:tblW w:w="5220" w:type="dxa"/>
          <w:tblCellMar>
            <w:top w:w="120" w:type="dxa"/>
            <w:left w:w="120" w:type="dxa"/>
            <w:bottom w:w="120" w:type="dxa"/>
            <w:right w:w="120" w:type="dxa"/>
          </w:tblCellMar>
        </w:tblPrEx>
        <w:trPr>
          <w:cantSplit w:val="0"/>
          <w:trHeight w:val="405"/>
        </w:trPr>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w:t>
            </w:r>
          </w:p>
        </w:tc>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【丙】</w:t>
            </w:r>
          </w:p>
        </w:tc>
      </w:tr>
      <w:tr>
        <w:tblPrEx>
          <w:tblW w:w="5220" w:type="dxa"/>
          <w:tblCellMar>
            <w:top w:w="120" w:type="dxa"/>
            <w:left w:w="120" w:type="dxa"/>
            <w:bottom w:w="120" w:type="dxa"/>
            <w:right w:w="120" w:type="dxa"/>
          </w:tblCellMar>
        </w:tblPrEx>
        <w:trPr>
          <w:cantSplit w:val="0"/>
          <w:trHeight w:val="405"/>
        </w:trPr>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⑥⑦</w:t>
            </w:r>
          </w:p>
        </w:tc>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用关爱护航子女教育</w:t>
            </w:r>
          </w:p>
        </w:tc>
      </w:tr>
      <w:tr>
        <w:tblPrEx>
          <w:tblW w:w="5220" w:type="dxa"/>
          <w:tblCellMar>
            <w:top w:w="120" w:type="dxa"/>
            <w:left w:w="120" w:type="dxa"/>
            <w:bottom w:w="120" w:type="dxa"/>
            <w:right w:w="120" w:type="dxa"/>
          </w:tblCellMar>
        </w:tblPrEx>
        <w:trPr>
          <w:cantSplit w:val="0"/>
          <w:trHeight w:val="405"/>
        </w:trPr>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⑧⑨</w:t>
            </w:r>
          </w:p>
        </w:tc>
        <w:tc>
          <w:tcPr>
            <w:tcW w:w="26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【丁】</w:t>
            </w:r>
          </w:p>
        </w:tc>
      </w:tr>
    </w:tbl>
    <w:p>
      <w:pPr>
        <w:spacing w:line="360" w:lineRule="auto"/>
        <w:jc w:val="left"/>
        <w:textAlignment w:val="center"/>
        <w:rPr>
          <w:color w:val="000000"/>
        </w:rPr>
      </w:pPr>
      <w:r>
        <w:rPr>
          <w:color w:val="000000"/>
        </w:rPr>
        <w:t xml:space="preserve">14. </w:t>
      </w:r>
      <w:r>
        <w:rPr>
          <w:rFonts w:ascii="宋体" w:eastAsia="宋体" w:hAnsi="宋体" w:cs="宋体"/>
          <w:color w:val="000000"/>
        </w:rPr>
        <w:t>默读文章，需要在关键处做好批注。请联系上下文，赏析第⑥段画线句对父亲生动细致的描写，补全批注。</w:t>
      </w:r>
    </w:p>
    <w:tbl>
      <w:tblPr>
        <w:tblStyle w:val="TableNormal"/>
        <w:tblW w:w="6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90"/>
      </w:tblGrid>
      <w:tr>
        <w:tblPrEx>
          <w:tblW w:w="6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660"/>
        </w:trPr>
        <w:tc>
          <w:tcPr>
            <w:tcW w:w="6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ind w:firstLine="420"/>
              <w:jc w:val="left"/>
              <w:textAlignment w:val="center"/>
              <w:rPr>
                <w:color w:val="000000"/>
              </w:rPr>
            </w:pPr>
            <w:r>
              <w:rPr>
                <w:rFonts w:ascii="楷体" w:eastAsia="楷体" w:hAnsi="楷体" w:cs="楷体"/>
                <w:color w:val="000000"/>
              </w:rPr>
              <w:t>父亲</w:t>
            </w:r>
            <w:r>
              <w:rPr>
                <w:rFonts w:ascii="楷体" w:eastAsia="楷体" w:hAnsi="楷体" w:cs="楷体"/>
                <w:color w:val="000000"/>
                <w:em w:val="dot"/>
              </w:rPr>
              <w:t>披</w:t>
            </w:r>
            <w:r>
              <w:rPr>
                <w:rFonts w:ascii="楷体" w:eastAsia="楷体" w:hAnsi="楷体" w:cs="楷体"/>
                <w:color w:val="000000"/>
              </w:rPr>
              <w:t>一身一头的雪迎着我走过来，肩头</w:t>
            </w:r>
            <w:r>
              <w:rPr>
                <w:rFonts w:ascii="楷体" w:eastAsia="楷体" w:hAnsi="楷体" w:cs="楷体"/>
                <w:color w:val="000000"/>
                <w:em w:val="dot"/>
              </w:rPr>
              <w:t>扛</w:t>
            </w:r>
            <w:r>
              <w:rPr>
                <w:rFonts w:ascii="楷体" w:eastAsia="楷体" w:hAnsi="楷体" w:cs="楷体"/>
                <w:color w:val="000000"/>
              </w:rPr>
              <w:t>着一口袋馍馍，</w:t>
            </w:r>
            <w:r>
              <w:rPr>
                <w:rFonts w:ascii="楷体" w:eastAsia="楷体" w:hAnsi="楷体" w:cs="楷体"/>
                <w:color w:val="000000"/>
                <w:u w:val="wave"/>
              </w:rPr>
              <w:t>笑吟吟</w:t>
            </w:r>
            <w:r>
              <w:rPr>
                <w:rFonts w:ascii="楷体" w:eastAsia="楷体" w:hAnsi="楷体" w:cs="楷体"/>
                <w:color w:val="000000"/>
              </w:rPr>
              <w:t>地说：</w:t>
            </w:r>
            <w:r>
              <w:rPr>
                <w:rFonts w:ascii="宋体" w:eastAsia="宋体" w:hAnsi="宋体" w:cs="宋体"/>
                <w:color w:val="000000"/>
              </w:rPr>
              <w:t>“</w:t>
            </w:r>
            <w:r>
              <w:rPr>
                <w:rFonts w:ascii="楷体" w:eastAsia="楷体" w:hAnsi="楷体" w:cs="楷体"/>
                <w:color w:val="000000"/>
              </w:rPr>
              <w:t>我给你把干粮送来了，这个星期你不要回家了，你走不动，雪太厚了……</w:t>
            </w:r>
            <w:r>
              <w:rPr>
                <w:rFonts w:ascii="宋体" w:eastAsia="宋体" w:hAnsi="宋体" w:cs="宋体"/>
                <w:color w:val="000000"/>
              </w:rPr>
              <w:t>”</w:t>
            </w:r>
          </w:p>
        </w:tc>
      </w:tr>
    </w:tbl>
    <w:p>
      <w:pPr>
        <w:spacing w:line="360" w:lineRule="auto"/>
        <w:jc w:val="left"/>
        <w:textAlignment w:val="center"/>
        <w:rPr>
          <w:color w:val="000000"/>
        </w:rPr>
      </w:pPr>
      <w:r>
        <w:rPr>
          <w:rFonts w:ascii="宋体" w:eastAsia="宋体" w:hAnsi="宋体" w:cs="宋体"/>
          <w:color w:val="000000"/>
          <w:u w:val="single"/>
        </w:rPr>
        <w:t>批注：这句话综合运用了多种人物描写的方法，在圈点的内容中，</w:t>
      </w:r>
      <w:r>
        <w:rPr>
          <w:rFonts w:ascii="宋体" w:eastAsia="宋体" w:hAnsi="宋体" w:cs="宋体"/>
          <w:color w:val="000000"/>
        </w:rPr>
        <w:t>____________</w:t>
      </w:r>
    </w:p>
    <w:p>
      <w:pPr>
        <w:spacing w:line="360" w:lineRule="auto"/>
        <w:jc w:val="left"/>
        <w:textAlignment w:val="center"/>
        <w:rPr>
          <w:color w:val="000000"/>
        </w:rPr>
      </w:pPr>
      <w:r>
        <w:rPr>
          <w:color w:val="000000"/>
        </w:rPr>
        <w:t xml:space="preserve">15. </w:t>
      </w:r>
      <w:r>
        <w:rPr>
          <w:rFonts w:ascii="宋体" w:eastAsia="宋体" w:hAnsi="宋体" w:cs="宋体"/>
          <w:color w:val="000000"/>
        </w:rPr>
        <w:t>默读文章，要能够根据上下文理解中心句的意义。文章结尾说：“这才是我们家几代人传承不断的脉。”“这”是指</w:t>
      </w:r>
      <w:r>
        <w:rPr>
          <w:rFonts w:ascii="宋体" w:eastAsia="宋体" w:hAnsi="宋体" w:cs="宋体"/>
          <w:color w:val="000000"/>
          <w:u w:val="single"/>
        </w:rPr>
        <w:t>（</w:t>
      </w:r>
      <w:r>
        <w:rPr>
          <w:rFonts w:ascii="Times New Roman" w:eastAsia="Times New Roman" w:hAnsi="Times New Roman" w:cs="Times New Roman"/>
          <w:color w:val="000000"/>
          <w:u w:val="single"/>
        </w:rPr>
        <w:t>1</w:t>
      </w:r>
      <w:r>
        <w:rPr>
          <w:rFonts w:ascii="宋体" w:eastAsia="宋体" w:hAnsi="宋体" w:cs="宋体"/>
          <w:color w:val="000000"/>
          <w:u w:val="single"/>
        </w:rPr>
        <w:t>）</w:t>
      </w:r>
      <w:r>
        <w:rPr>
          <w:rFonts w:ascii="宋体" w:eastAsia="宋体" w:hAnsi="宋体" w:cs="宋体"/>
          <w:color w:val="000000"/>
        </w:rPr>
        <w:t>。请结合自己的生活经历，简要阐述“家脉”对你成长的重要作用。</w:t>
      </w:r>
    </w:p>
    <w:p>
      <w:pPr>
        <w:spacing w:line="360" w:lineRule="auto"/>
        <w:textAlignment w:val="center"/>
        <w:rPr>
          <w:color w:val="000000"/>
        </w:rPr>
      </w:pPr>
      <w:r>
        <w:rPr>
          <w:color w:val="2E75B6"/>
        </w:rPr>
        <w:t>【答案】</w:t>
      </w:r>
      <w:r>
        <w:rPr>
          <w:color w:val="000000"/>
        </w:rPr>
        <w:t xml:space="preserve">12. </w:t>
      </w:r>
      <w:r>
        <w:rPr>
          <w:rFonts w:ascii="宋体" w:eastAsia="宋体" w:hAnsi="宋体" w:cs="宋体"/>
          <w:color w:val="000000"/>
        </w:rPr>
        <w:t>答案示例：传承不断的家脉是什么？为什么家脉是传承不断的？（传承不断的家脉对作者有什么影响？）</w:t>
      </w:r>
      <w:r>
        <w:rPr>
          <w:color w:val="000000"/>
        </w:rPr>
        <w:t xml:space="preserve">    </w:t>
      </w:r>
    </w:p>
    <w:p>
      <w:pPr>
        <w:spacing w:line="360" w:lineRule="auto"/>
        <w:textAlignment w:val="center"/>
        <w:rPr>
          <w:color w:val="000000"/>
        </w:rPr>
      </w:pPr>
      <w:r>
        <w:rPr>
          <w:color w:val="000000"/>
        </w:rPr>
        <w:t xml:space="preserve">13. </w:t>
      </w:r>
      <w:r>
        <w:rPr>
          <w:rFonts w:ascii="宋体" w:eastAsia="宋体" w:hAnsi="宋体" w:cs="宋体"/>
          <w:color w:val="000000"/>
        </w:rPr>
        <w:t>答案示例：【甲】①②    【乙】③④⑤    【丙】会写一手毛笔字【丁】倾力支持孩子读书求学</w:t>
      </w:r>
      <w:r>
        <w:rPr>
          <w:color w:val="000000"/>
        </w:rPr>
        <w:t xml:space="preserve">    </w:t>
      </w:r>
    </w:p>
    <w:p>
      <w:pPr>
        <w:spacing w:line="360" w:lineRule="auto"/>
        <w:textAlignment w:val="center"/>
        <w:rPr>
          <w:color w:val="000000"/>
        </w:rPr>
      </w:pPr>
      <w:r>
        <w:rPr>
          <w:color w:val="000000"/>
        </w:rPr>
        <w:t xml:space="preserve">14. </w:t>
      </w:r>
      <w:r>
        <w:rPr>
          <w:rFonts w:ascii="宋体" w:eastAsia="宋体" w:hAnsi="宋体" w:cs="宋体"/>
          <w:color w:val="000000"/>
        </w:rPr>
        <w:t>答案示例：“披一身一头</w:t>
      </w:r>
      <w:r>
        <w:rPr>
          <w:rFonts w:ascii="宋体" w:eastAsia="宋体" w:hAnsi="宋体" w:cs="宋体"/>
          <w:color w:val="000000"/>
          <w:position w:val="0"/>
        </w:rPr>
        <w:drawing>
          <wp:inline>
            <wp:extent cx="133350" cy="177800"/>
            <wp:docPr id="15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
                    <pic:cNvPicPr>
                      <a:picLocks noChangeAspect="1"/>
                    </pic:cNvPicPr>
                  </pic:nvPicPr>
                  <pic:blipFill>
                    <a:blip r:embed="rId12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雪”是对父亲外貌的描写，使用了准确的动词和一组数量词，写出了雪下得很大；“扛着一口袋馍馍”是对父亲的动作描写，动词“扛”和数量词“一口袋”写出了父亲送来的馍很多，比较重；“笑吟吟地说”描写了父亲说话时的神态，写出了父亲的慈爱。这些细节共同塑造出了父亲不辞辛劳、关爱子女的形象，表现出父亲对子女教育的重视。</w:t>
      </w:r>
      <w:r>
        <w:rPr>
          <w:color w:val="000000"/>
        </w:rPr>
        <w:t xml:space="preserve">    </w:t>
      </w:r>
    </w:p>
    <w:p>
      <w:pPr>
        <w:spacing w:line="360" w:lineRule="auto"/>
        <w:textAlignment w:val="center"/>
        <w:rPr>
          <w:color w:val="000000"/>
        </w:rPr>
      </w:pPr>
      <w:r>
        <w:rPr>
          <w:color w:val="000000"/>
        </w:rPr>
        <w:t xml:space="preserve">15.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）答案示例：文化意识</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）答案示例一：我的爷爷是一位中医，经常向亲朋好友普及养生的知识，我的爸爸现在是一名医务工作者，我对医学方面的知识产生了兴趣，经常向爷爷和爸爸请教，这对我的成长发挥了重要作用。</w:t>
      </w:r>
    </w:p>
    <w:p>
      <w:pPr>
        <w:spacing w:line="360" w:lineRule="auto"/>
        <w:jc w:val="both"/>
        <w:textAlignment w:val="center"/>
        <w:rPr>
          <w:color w:val="000000"/>
        </w:rPr>
      </w:pPr>
      <w:r>
        <w:rPr>
          <w:rFonts w:ascii="宋体" w:eastAsia="宋体" w:hAnsi="宋体" w:cs="宋体"/>
          <w:color w:val="000000"/>
        </w:rPr>
        <w:t>答案示例二：我的姥姥做事非常细心有条理，我的妈妈继承了这个传统，总是把家里的物品整理得井井有条，我现在也有独立整理房间的习惯了，这对我的成长发挥了重要作用。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color w:val="000000"/>
        </w:rPr>
        <w:t>本题考查拟写问题的能力。</w:t>
      </w:r>
    </w:p>
    <w:p>
      <w:pPr>
        <w:spacing w:line="360" w:lineRule="auto"/>
        <w:jc w:val="left"/>
        <w:textAlignment w:val="center"/>
        <w:rPr>
          <w:color w:val="000000"/>
        </w:rPr>
      </w:pPr>
      <w:r>
        <w:rPr>
          <w:color w:val="000000"/>
        </w:rPr>
        <w:t>根据题</w:t>
      </w:r>
      <w:r>
        <w:rPr>
          <w:rFonts w:ascii="宋体" w:eastAsia="宋体" w:hAnsi="宋体" w:cs="宋体"/>
          <w:color w:val="000000"/>
        </w:rPr>
        <w:t>目中的要求，围绕着文章标题“传承不断的家脉”提出两个问题。可以从“传承不断”一词提问，也可以从“家脉”一词进行提问。</w:t>
      </w:r>
    </w:p>
    <w:p>
      <w:pPr>
        <w:spacing w:line="360" w:lineRule="auto"/>
        <w:jc w:val="left"/>
        <w:textAlignment w:val="center"/>
        <w:rPr>
          <w:color w:val="000000"/>
        </w:rPr>
      </w:pPr>
      <w:r>
        <w:rPr>
          <w:rFonts w:ascii="宋体" w:eastAsia="宋体" w:hAnsi="宋体" w:cs="宋体"/>
          <w:color w:val="000000"/>
        </w:rPr>
        <w:t>示例：问题一：家脉传承不断依靠的是什么？问题二：家脉指的是什么？</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本题考查文章内容的梳理和概括能力。</w:t>
      </w:r>
    </w:p>
    <w:p>
      <w:pPr>
        <w:spacing w:line="360" w:lineRule="auto"/>
        <w:jc w:val="left"/>
        <w:textAlignment w:val="center"/>
        <w:rPr>
          <w:color w:val="000000"/>
        </w:rPr>
      </w:pPr>
      <w:r>
        <w:rPr>
          <w:color w:val="000000"/>
        </w:rPr>
        <w:t>根据</w:t>
      </w:r>
      <w:r>
        <w:rPr>
          <w:rFonts w:ascii="宋体" w:eastAsia="宋体" w:hAnsi="宋体" w:cs="宋体"/>
          <w:color w:val="000000"/>
        </w:rPr>
        <w:t>第①段中“父亲把一支毛笔和一沓黄色仿纸交到我手里：‘你明日早起去上学’”以及第②段中“我的三个孩子的上学日，是我们家的庆典日”可以看出我们家中在上学日都有着郑重的仪式，因此甲处为第①②段；</w:t>
      </w:r>
    </w:p>
    <w:p>
      <w:pPr>
        <w:spacing w:line="360" w:lineRule="auto"/>
        <w:jc w:val="left"/>
        <w:textAlignment w:val="center"/>
        <w:rPr>
          <w:color w:val="000000"/>
        </w:rPr>
      </w:pPr>
      <w:r>
        <w:rPr>
          <w:rFonts w:ascii="宋体" w:eastAsia="宋体" w:hAnsi="宋体" w:cs="宋体"/>
          <w:color w:val="000000"/>
        </w:rPr>
        <w:t>根据表格中第三行为⑥⑦段可知，乙处为③④⑤段；根据文中第③段“在我出生之前已谢世的爷爷会写一手好字”，第④段中“父亲的毛笔字显然比不得爷爷，然而父亲会写字”，第⑤段中“每到春节前一天后晌，为村人继续写迎春对联。每当造房上大梁或办婚丧大事，村人也来找我写对联”可以看出③④⑤段中爷爷、父亲和“我”都会写毛笔字，因此丙处传承的主要方面是：会写一手毛笔字；</w:t>
      </w:r>
    </w:p>
    <w:p>
      <w:pPr>
        <w:spacing w:line="360" w:lineRule="auto"/>
        <w:jc w:val="left"/>
        <w:textAlignment w:val="center"/>
        <w:rPr>
          <w:color w:val="000000"/>
        </w:rPr>
      </w:pPr>
      <w:r>
        <w:rPr>
          <w:rFonts w:ascii="宋体" w:eastAsia="宋体" w:hAnsi="宋体" w:cs="宋体"/>
          <w:color w:val="000000"/>
        </w:rPr>
        <w:t>根据第⑧段中“他注重孩子念书学文化，他卖粮卖树卖柴，供我和哥哥读中学”以及第⑨段中“我供给三个孩子上学的过程虽然也颇不轻松，然而比父亲当年的艰难却相去甚远”可以看出⑧⑨段中都写了家庭中重视文化教育，因此丁处传承的主要方面是：倾力支持孩子读书求学。</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本题考查句子赏析。</w:t>
      </w:r>
    </w:p>
    <w:p>
      <w:pPr>
        <w:spacing w:line="360" w:lineRule="auto"/>
        <w:jc w:val="left"/>
        <w:textAlignment w:val="center"/>
        <w:rPr>
          <w:color w:val="000000"/>
        </w:rPr>
      </w:pPr>
      <w:r>
        <w:rPr>
          <w:rFonts w:ascii="宋体" w:eastAsia="宋体" w:hAnsi="宋体" w:cs="宋体"/>
          <w:color w:val="000000"/>
        </w:rPr>
        <w:t>根据题目中“运用了多种人物描写”可以判断出从人物描写的角度进行赏析。“披一身一头的雪”是对于父亲的外貌描写，写出了父亲浑身是雪的模样，“一身一头的雪”写出了雪下得很大，“披”字写出了父亲冒着雪行走的形象，写出了父亲在雪天送粮对子女的关心和不辞辛劳；“肩头扛着一口袋馍馍”是对于父亲的动作描写，“扛”字写出了父亲的用力，从侧面突出了一口袋馒头很重；“笑吟吟地说”是对父亲的神态描写，写出了父亲微笑着和我讲话的神态，突出了父亲的慈爱；“我给你把干粮送来了，这个星期你不要回家了”是对于父亲的语言描写，写出了父亲不想让“我”在雪天回家太过辛苦，赶来送干粮，突出了父亲对子女的关爱，同时也写出了父亲为了“我”的教育用心良苦，突出了父亲对子女教育的重视。根据文段中的细节进行赏析，总结得出父亲形象，言之有理即可。</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本题考查对文章主旨及题目含义的理解。</w:t>
      </w:r>
    </w:p>
    <w:p>
      <w:pPr>
        <w:spacing w:line="360" w:lineRule="auto"/>
        <w:jc w:val="left"/>
        <w:textAlignment w:val="center"/>
        <w:rPr>
          <w:color w:val="000000"/>
        </w:rPr>
      </w:pPr>
      <w:r>
        <w:rPr>
          <w:rFonts w:ascii="宋体" w:eastAsia="宋体" w:hAnsi="宋体" w:cs="宋体"/>
          <w:color w:val="000000"/>
        </w:rPr>
        <w:t>首先要认真阅读文章内容，找出关键句子，根据文中第⑨段“他的文化意识才是我们家里最可称道的东西”，从中可知“这”值得是令人称道的文化意识。根据第⑨段“他的耐劳、他的勤俭、他的耿直和左邻右舍的村人并无多大差别，他的文化意识才是我们家里最可称道的东西，绝非书香门第之类”以及第⑩段“这才是我们家几代人传承不断的脉”，由以上句子，可以看出“家脉”在文中具体指家中几代人传承不断的文化意识。根据自身的成长经历，思考在自己成长中从祖辈、父辈学习继承的家族优秀的传统对自己产生的正向的、积极的影响，言之有理即可。</w:t>
      </w:r>
    </w:p>
    <w:p>
      <w:pPr>
        <w:spacing w:line="360" w:lineRule="auto"/>
        <w:jc w:val="left"/>
        <w:textAlignment w:val="center"/>
        <w:rPr>
          <w:color w:val="000000"/>
        </w:rPr>
      </w:pPr>
      <w:r>
        <w:rPr>
          <w:rFonts w:ascii="宋体" w:eastAsia="宋体" w:hAnsi="宋体" w:cs="宋体"/>
          <w:color w:val="000000"/>
        </w:rPr>
        <w:t>示例：我的爷爷写得一手好的毛笔字，我的爸爸也继承了爷爷的优点，从小重视练字。在我成长过程中，父亲从小就培养我练字的习惯，因此我也收获了一手工整好看的字体，这对我的学习有很大的帮助。</w:t>
      </w:r>
    </w:p>
    <w:p>
      <w:pPr>
        <w:spacing w:line="360" w:lineRule="auto"/>
        <w:jc w:val="left"/>
        <w:textAlignment w:val="center"/>
        <w:rPr>
          <w:color w:val="000000"/>
        </w:rPr>
      </w:pPr>
      <w:r>
        <w:rPr>
          <w:rFonts w:ascii="宋体" w:eastAsia="宋体" w:hAnsi="宋体" w:cs="宋体"/>
          <w:b/>
          <w:color w:val="000000"/>
          <w:sz w:val="24"/>
        </w:rPr>
        <w:t>（二）（共</w:t>
      </w:r>
      <w:r>
        <w:rPr>
          <w:rFonts w:ascii="Times New Roman" w:eastAsia="Times New Roman" w:hAnsi="Times New Roman" w:cs="Times New Roman"/>
          <w:b/>
          <w:color w:val="000000"/>
          <w:sz w:val="24"/>
        </w:rPr>
        <w:t>10</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color w:val="000000"/>
        </w:rPr>
        <w:t>阅读童话《鸟和冰山》，完成下面小题。</w:t>
      </w:r>
    </w:p>
    <w:p>
      <w:pPr>
        <w:spacing w:line="360" w:lineRule="auto"/>
        <w:jc w:val="center"/>
        <w:textAlignment w:val="center"/>
        <w:rPr>
          <w:color w:val="000000"/>
        </w:rPr>
      </w:pPr>
      <w:r>
        <w:rPr>
          <w:rFonts w:ascii="楷体" w:eastAsia="楷体" w:hAnsi="楷体" w:cs="楷体"/>
          <w:color w:val="000000"/>
        </w:rPr>
        <w:t>鸟和冰山</w:t>
      </w:r>
    </w:p>
    <w:p>
      <w:pPr>
        <w:spacing w:line="360" w:lineRule="auto"/>
        <w:jc w:val="center"/>
        <w:textAlignment w:val="center"/>
        <w:rPr>
          <w:color w:val="000000"/>
        </w:rPr>
      </w:pPr>
      <w:r>
        <w:rPr>
          <w:rFonts w:ascii="楷体" w:eastAsia="楷体" w:hAnsi="楷体" w:cs="楷体"/>
          <w:color w:val="000000"/>
        </w:rPr>
        <w:t>曹文轩</w:t>
      </w:r>
    </w:p>
    <w:p>
      <w:pPr>
        <w:spacing w:line="360" w:lineRule="auto"/>
        <w:ind w:firstLine="420"/>
        <w:jc w:val="left"/>
        <w:textAlignment w:val="center"/>
        <w:rPr>
          <w:color w:val="000000"/>
        </w:rPr>
      </w:pPr>
      <w:r>
        <w:rPr>
          <w:rFonts w:ascii="楷体" w:eastAsia="楷体" w:hAnsi="楷体" w:cs="楷体"/>
          <w:color w:val="000000"/>
        </w:rPr>
        <w:t>①这一年，寒流提前了，并且来得特别迅猛。一群大鸟，不分日夜，从北方飞向南方的家乡。</w:t>
      </w:r>
    </w:p>
    <w:p>
      <w:pPr>
        <w:spacing w:line="360" w:lineRule="auto"/>
        <w:ind w:firstLine="420"/>
        <w:jc w:val="left"/>
        <w:textAlignment w:val="center"/>
        <w:rPr>
          <w:color w:val="000000"/>
        </w:rPr>
      </w:pPr>
      <w:r>
        <w:rPr>
          <w:rFonts w:ascii="楷体" w:eastAsia="楷体" w:hAnsi="楷体" w:cs="楷体"/>
          <w:color w:val="000000"/>
        </w:rPr>
        <w:t>②海上有一座冰山，阳光下，光芒四射，像一颗巨大的钻石。大鸟被迷住了，迅速飞了下去。其他大鸟纷纷向它呼唤，催它赶路，可它还是一个劲地飞向了冰山。</w:t>
      </w:r>
    </w:p>
    <w:p>
      <w:pPr>
        <w:spacing w:line="360" w:lineRule="auto"/>
        <w:ind w:firstLine="420"/>
        <w:jc w:val="left"/>
        <w:textAlignment w:val="center"/>
        <w:rPr>
          <w:color w:val="000000"/>
        </w:rPr>
      </w:pPr>
      <w:r>
        <w:rPr>
          <w:rFonts w:ascii="楷体" w:eastAsia="楷体" w:hAnsi="楷体" w:cs="楷体"/>
          <w:color w:val="000000"/>
        </w:rPr>
        <w:t>③越靠近冰山，大鸟越觉得冰山迷人，它绕着冰山飞了两圈后，落在了冰山上。在冰山的光芒里，它痴迷地呆了好一阵，才突然想起它还要向南方飞去。</w:t>
      </w:r>
    </w:p>
    <w:p>
      <w:pPr>
        <w:spacing w:line="360" w:lineRule="auto"/>
        <w:ind w:firstLine="420"/>
        <w:jc w:val="left"/>
        <w:textAlignment w:val="center"/>
        <w:rPr>
          <w:color w:val="000000"/>
        </w:rPr>
      </w:pPr>
      <w:r>
        <w:rPr>
          <w:rFonts w:ascii="楷体" w:eastAsia="楷体" w:hAnsi="楷体" w:cs="楷体"/>
          <w:color w:val="000000"/>
        </w:rPr>
        <w:t>④可是，它却再也飞不起来了，它的双脚被冻住了。它拼命扇动双翅，挣扎了很久很久，到底也没有再能飞上天空。它耷拉着翅膀，无奈地看向南方，不住地喊叫。听上去像在哭泣。</w:t>
      </w:r>
    </w:p>
    <w:p>
      <w:pPr>
        <w:spacing w:line="360" w:lineRule="auto"/>
        <w:ind w:firstLine="420"/>
        <w:jc w:val="left"/>
        <w:textAlignment w:val="center"/>
        <w:rPr>
          <w:color w:val="000000"/>
        </w:rPr>
      </w:pPr>
      <w:r>
        <w:rPr>
          <w:rFonts w:ascii="楷体" w:eastAsia="楷体" w:hAnsi="楷体" w:cs="楷体"/>
          <w:color w:val="000000"/>
        </w:rPr>
        <w:t>⑤等大鸟慢慢平静下来后，它发现本来向北漂的冰山，却在向南方漂。它心里满是疑惑：</w:t>
      </w:r>
      <w:r>
        <w:rPr>
          <w:rFonts w:ascii="宋体" w:eastAsia="宋体" w:hAnsi="宋体" w:cs="宋体"/>
          <w:color w:val="000000"/>
        </w:rPr>
        <w:t>“</w:t>
      </w:r>
      <w:r>
        <w:rPr>
          <w:rFonts w:ascii="楷体" w:eastAsia="楷体" w:hAnsi="楷体" w:cs="楷体"/>
          <w:color w:val="000000"/>
        </w:rPr>
        <w:t>你为什么向南方漂去？</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⑥冰山与海水相碰，发出声音：</w:t>
      </w:r>
      <w:r>
        <w:rPr>
          <w:rFonts w:ascii="宋体" w:eastAsia="宋体" w:hAnsi="宋体" w:cs="宋体"/>
          <w:color w:val="000000"/>
        </w:rPr>
        <w:t>“</w:t>
      </w:r>
      <w:r>
        <w:rPr>
          <w:rFonts w:ascii="楷体" w:eastAsia="楷体" w:hAnsi="楷体" w:cs="楷体"/>
          <w:color w:val="000000"/>
        </w:rPr>
        <w:t>真的对不起，我把你冻住了。我要把你送回南方。</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⑦</w:t>
      </w:r>
      <w:r>
        <w:rPr>
          <w:rFonts w:ascii="宋体" w:eastAsia="宋体" w:hAnsi="宋体" w:cs="宋体"/>
          <w:color w:val="000000"/>
        </w:rPr>
        <w:t>“</w:t>
      </w:r>
      <w:r>
        <w:rPr>
          <w:rFonts w:ascii="楷体" w:eastAsia="楷体" w:hAnsi="楷体" w:cs="楷体"/>
          <w:color w:val="000000"/>
        </w:rPr>
        <w:t>那可不行，海水越来越暖，你会融化的！</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⑧</w:t>
      </w:r>
      <w:r>
        <w:rPr>
          <w:rFonts w:ascii="宋体" w:eastAsia="宋体" w:hAnsi="宋体" w:cs="宋体"/>
          <w:color w:val="000000"/>
        </w:rPr>
        <w:t>“</w:t>
      </w:r>
      <w:r>
        <w:rPr>
          <w:rFonts w:ascii="楷体" w:eastAsia="楷体" w:hAnsi="楷体" w:cs="楷体"/>
          <w:color w:val="000000"/>
        </w:rPr>
        <w:t>可我如果向北漂，你就永远也不能飞向天空了。</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⑨不分白天黑夜，冰山不顾一切地漂向南方，不管大鸟怎样阻止它。</w:t>
      </w:r>
    </w:p>
    <w:p>
      <w:pPr>
        <w:spacing w:line="360" w:lineRule="auto"/>
        <w:ind w:firstLine="420"/>
        <w:jc w:val="left"/>
        <w:textAlignment w:val="center"/>
        <w:rPr>
          <w:color w:val="000000"/>
        </w:rPr>
      </w:pPr>
      <w:r>
        <w:rPr>
          <w:rFonts w:ascii="楷体" w:eastAsia="楷体" w:hAnsi="楷体" w:cs="楷体"/>
          <w:color w:val="000000"/>
        </w:rPr>
        <w:t>⑩明亮的月光下，一艘大轮船经过。许多人拥到甲板上，观看着美丽的冰山，不住地赞叹着：</w:t>
      </w:r>
      <w:r>
        <w:rPr>
          <w:rFonts w:ascii="宋体" w:eastAsia="宋体" w:hAnsi="宋体" w:cs="宋体"/>
          <w:color w:val="000000"/>
        </w:rPr>
        <w:t>“</w:t>
      </w:r>
      <w:r>
        <w:rPr>
          <w:rFonts w:ascii="楷体" w:eastAsia="楷体" w:hAnsi="楷体" w:cs="楷体"/>
          <w:color w:val="000000"/>
        </w:rPr>
        <w:t>真漂亮！</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⑪有人发现了冰山漂去的方向，感到很惋惜：</w:t>
      </w:r>
      <w:r>
        <w:rPr>
          <w:rFonts w:ascii="宋体" w:eastAsia="宋体" w:hAnsi="宋体" w:cs="宋体"/>
          <w:color w:val="000000"/>
        </w:rPr>
        <w:t>“</w:t>
      </w:r>
      <w:r>
        <w:rPr>
          <w:rFonts w:ascii="楷体" w:eastAsia="楷体" w:hAnsi="楷体" w:cs="楷体"/>
          <w:color w:val="000000"/>
        </w:rPr>
        <w:t>它在向南漂去，这样，过不了多久，就要化掉的呀！</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⑫大鸟几乎是在恳求冰山了：</w:t>
      </w:r>
      <w:r>
        <w:rPr>
          <w:rFonts w:ascii="宋体" w:eastAsia="宋体" w:hAnsi="宋体" w:cs="宋体"/>
          <w:color w:val="000000"/>
        </w:rPr>
        <w:t>“</w:t>
      </w:r>
      <w:r>
        <w:rPr>
          <w:rFonts w:ascii="楷体" w:eastAsia="楷体" w:hAnsi="楷体" w:cs="楷体"/>
          <w:color w:val="000000"/>
        </w:rPr>
        <w:t>停下吧，停下吧！</w:t>
      </w:r>
      <w:r>
        <w:rPr>
          <w:rFonts w:ascii="宋体" w:eastAsia="宋体" w:hAnsi="宋体" w:cs="宋体"/>
          <w:color w:val="000000"/>
        </w:rPr>
        <w:t>”</w:t>
      </w:r>
      <w:r>
        <w:rPr>
          <w:rFonts w:ascii="楷体" w:eastAsia="楷体" w:hAnsi="楷体" w:cs="楷体"/>
          <w:color w:val="000000"/>
        </w:rPr>
        <w:t>它又拼命地扇动翅膀，想赶快飞起来，但还是失败了。</w:t>
      </w:r>
    </w:p>
    <w:p>
      <w:pPr>
        <w:spacing w:line="360" w:lineRule="auto"/>
        <w:ind w:firstLine="420"/>
        <w:jc w:val="left"/>
        <w:textAlignment w:val="center"/>
        <w:rPr>
          <w:color w:val="000000"/>
        </w:rPr>
      </w:pPr>
      <w:r>
        <w:rPr>
          <w:rFonts w:ascii="楷体" w:eastAsia="楷体" w:hAnsi="楷体" w:cs="楷体"/>
          <w:color w:val="000000"/>
        </w:rPr>
        <w:t>⑬冰山以更快的速度向南方漂去。</w:t>
      </w:r>
    </w:p>
    <w:p>
      <w:pPr>
        <w:spacing w:line="360" w:lineRule="auto"/>
        <w:ind w:firstLine="420"/>
        <w:jc w:val="left"/>
        <w:textAlignment w:val="center"/>
        <w:rPr>
          <w:color w:val="000000"/>
        </w:rPr>
      </w:pPr>
      <w:r>
        <w:rPr>
          <w:rFonts w:ascii="楷体" w:eastAsia="楷体" w:hAnsi="楷体" w:cs="楷体"/>
          <w:color w:val="000000"/>
        </w:rPr>
        <w:t>⑭一群海豹游了过来，对冰山说：</w:t>
      </w:r>
      <w:r>
        <w:rPr>
          <w:rFonts w:ascii="宋体" w:eastAsia="宋体" w:hAnsi="宋体" w:cs="宋体"/>
          <w:color w:val="000000"/>
        </w:rPr>
        <w:t>“</w:t>
      </w:r>
      <w:r>
        <w:rPr>
          <w:rFonts w:ascii="楷体" w:eastAsia="楷体" w:hAnsi="楷体" w:cs="楷体"/>
          <w:color w:val="000000"/>
        </w:rPr>
        <w:t>不能向南，你会化掉的，赶紧回头吧！</w:t>
      </w:r>
      <w:r>
        <w:rPr>
          <w:rFonts w:ascii="宋体" w:eastAsia="宋体" w:hAnsi="宋体" w:cs="宋体"/>
          <w:color w:val="000000"/>
        </w:rPr>
        <w:t>”</w:t>
      </w:r>
      <w:r>
        <w:rPr>
          <w:rFonts w:ascii="楷体" w:eastAsia="楷体" w:hAnsi="楷体" w:cs="楷体"/>
          <w:color w:val="000000"/>
        </w:rPr>
        <w:t>冰山依旧向南方漂去。</w:t>
      </w:r>
    </w:p>
    <w:p>
      <w:pPr>
        <w:spacing w:line="360" w:lineRule="auto"/>
        <w:ind w:firstLine="420"/>
        <w:jc w:val="left"/>
        <w:textAlignment w:val="center"/>
        <w:rPr>
          <w:color w:val="000000"/>
        </w:rPr>
      </w:pPr>
      <w:r>
        <w:rPr>
          <w:rFonts w:ascii="楷体" w:eastAsia="楷体" w:hAnsi="楷体" w:cs="楷体"/>
          <w:color w:val="000000"/>
        </w:rPr>
        <w:t>⑮海水越来越暖，冰山的底部在不住地融化。</w:t>
      </w:r>
    </w:p>
    <w:p>
      <w:pPr>
        <w:spacing w:line="360" w:lineRule="auto"/>
        <w:ind w:firstLine="420"/>
        <w:jc w:val="left"/>
        <w:textAlignment w:val="center"/>
        <w:rPr>
          <w:color w:val="000000"/>
        </w:rPr>
      </w:pPr>
      <w:r>
        <w:rPr>
          <w:rFonts w:ascii="楷体" w:eastAsia="楷体" w:hAnsi="楷体" w:cs="楷体"/>
          <w:color w:val="000000"/>
        </w:rPr>
        <w:t>⑯大鸟哭了起来：</w:t>
      </w:r>
      <w:r>
        <w:rPr>
          <w:rFonts w:ascii="宋体" w:eastAsia="宋体" w:hAnsi="宋体" w:cs="宋体"/>
          <w:color w:val="000000"/>
        </w:rPr>
        <w:t>“</w:t>
      </w:r>
      <w:r>
        <w:rPr>
          <w:rFonts w:ascii="楷体" w:eastAsia="楷体" w:hAnsi="楷体" w:cs="楷体"/>
          <w:color w:val="000000"/>
        </w:rPr>
        <w:t>你赶紧往回漂吧，往回漂吧！</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⑰冰山却一个劲地说：</w:t>
      </w:r>
      <w:r>
        <w:rPr>
          <w:rFonts w:ascii="宋体" w:eastAsia="宋体" w:hAnsi="宋体" w:cs="宋体"/>
          <w:color w:val="000000"/>
        </w:rPr>
        <w:t>“</w:t>
      </w:r>
      <w:r>
        <w:rPr>
          <w:rFonts w:ascii="楷体" w:eastAsia="楷体" w:hAnsi="楷体" w:cs="楷体"/>
          <w:color w:val="000000"/>
        </w:rPr>
        <w:t>不行呀，如果不是我，你都快要回到家乡了。</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⑱这一天，阳光明亮，大鸟忽然觉得它的双脚可以抬起了。它十分激动地对冰山说：</w:t>
      </w:r>
      <w:r>
        <w:rPr>
          <w:rFonts w:ascii="宋体" w:eastAsia="宋体" w:hAnsi="宋体" w:cs="宋体"/>
          <w:color w:val="000000"/>
        </w:rPr>
        <w:t>“</w:t>
      </w:r>
      <w:r>
        <w:rPr>
          <w:rFonts w:ascii="楷体" w:eastAsia="楷体" w:hAnsi="楷体" w:cs="楷体"/>
          <w:color w:val="000000"/>
        </w:rPr>
        <w:t>我能飞了，我能飞了，我可以回家啦！</w:t>
      </w:r>
      <w:r>
        <w:rPr>
          <w:rFonts w:ascii="宋体" w:eastAsia="宋体" w:hAnsi="宋体" w:cs="宋体"/>
          <w:color w:val="000000"/>
        </w:rPr>
        <w:t>”</w:t>
      </w:r>
      <w:r>
        <w:rPr>
          <w:rFonts w:ascii="楷体" w:eastAsia="楷体" w:hAnsi="楷体" w:cs="楷体"/>
          <w:color w:val="000000"/>
        </w:rPr>
        <w:t>它扇动翅膀，飞了起来。可是，大鸟很快掉进了海水里。它好几天没吃东西，已经没有一丝力气。</w:t>
      </w:r>
    </w:p>
    <w:p>
      <w:pPr>
        <w:spacing w:line="360" w:lineRule="auto"/>
        <w:ind w:firstLine="420"/>
        <w:jc w:val="left"/>
        <w:textAlignment w:val="center"/>
        <w:rPr>
          <w:color w:val="000000"/>
        </w:rPr>
      </w:pPr>
      <w:r>
        <w:rPr>
          <w:rFonts w:ascii="楷体" w:eastAsia="楷体" w:hAnsi="楷体" w:cs="楷体"/>
          <w:color w:val="000000"/>
        </w:rPr>
        <w:t>⑲</w:t>
      </w:r>
      <w:r>
        <w:rPr>
          <w:rFonts w:ascii="宋体" w:eastAsia="宋体" w:hAnsi="宋体" w:cs="宋体"/>
          <w:color w:val="000000"/>
        </w:rPr>
        <w:t>“</w:t>
      </w:r>
      <w:r>
        <w:rPr>
          <w:rFonts w:ascii="楷体" w:eastAsia="楷体" w:hAnsi="楷体" w:cs="楷体"/>
          <w:color w:val="000000"/>
        </w:rPr>
        <w:t>快，快回到我身上来！</w:t>
      </w:r>
      <w:r>
        <w:rPr>
          <w:rFonts w:ascii="宋体" w:eastAsia="宋体" w:hAnsi="宋体" w:cs="宋体"/>
          <w:color w:val="000000"/>
        </w:rPr>
        <w:t>”</w:t>
      </w:r>
      <w:r>
        <w:rPr>
          <w:rFonts w:ascii="楷体" w:eastAsia="楷体" w:hAnsi="楷体" w:cs="楷体"/>
          <w:color w:val="000000"/>
        </w:rPr>
        <w:t>冰山一动不动地停在大鸟的身边。</w:t>
      </w:r>
      <w:r>
        <w:rPr>
          <w:rFonts w:ascii="宋体" w:eastAsia="宋体" w:hAnsi="宋体" w:cs="宋体"/>
          <w:color w:val="000000"/>
        </w:rPr>
        <w:t>“</w:t>
      </w:r>
      <w:r>
        <w:rPr>
          <w:rFonts w:ascii="楷体" w:eastAsia="楷体" w:hAnsi="楷体" w:cs="楷体"/>
          <w:color w:val="000000"/>
        </w:rPr>
        <w:t>不，不！</w:t>
      </w:r>
      <w:r>
        <w:rPr>
          <w:rFonts w:ascii="宋体" w:eastAsia="宋体" w:hAnsi="宋体" w:cs="宋体"/>
          <w:color w:val="000000"/>
        </w:rPr>
        <w:t>”</w:t>
      </w:r>
      <w:r>
        <w:rPr>
          <w:rFonts w:ascii="楷体" w:eastAsia="楷体" w:hAnsi="楷体" w:cs="楷体"/>
          <w:color w:val="000000"/>
        </w:rPr>
        <w:t>大鸟扇了几下翅膀，却根本飞不起来。</w:t>
      </w:r>
    </w:p>
    <w:p>
      <w:pPr>
        <w:spacing w:line="360" w:lineRule="auto"/>
        <w:ind w:firstLine="420"/>
        <w:jc w:val="left"/>
        <w:textAlignment w:val="center"/>
        <w:rPr>
          <w:color w:val="000000"/>
        </w:rPr>
      </w:pPr>
      <w:r>
        <w:rPr>
          <w:rFonts w:ascii="楷体" w:eastAsia="楷体" w:hAnsi="楷体" w:cs="楷体"/>
          <w:color w:val="000000"/>
        </w:rPr>
        <w:t>⑳冰山在不住地融化，</w:t>
      </w:r>
      <w:r>
        <w:rPr>
          <w:rFonts w:ascii="宋体" w:eastAsia="宋体" w:hAnsi="宋体" w:cs="宋体"/>
          <w:color w:val="000000"/>
        </w:rPr>
        <w:t>“</w:t>
      </w:r>
      <w:r>
        <w:rPr>
          <w:rFonts w:ascii="楷体" w:eastAsia="楷体" w:hAnsi="楷体" w:cs="楷体"/>
          <w:color w:val="000000"/>
        </w:rPr>
        <w:t>我一定要送你回到你的家乡！</w:t>
      </w:r>
      <w:r>
        <w:rPr>
          <w:rFonts w:ascii="宋体" w:eastAsia="宋体" w:hAnsi="宋体" w:cs="宋体"/>
          <w:color w:val="000000"/>
        </w:rPr>
        <w:t>”</w:t>
      </w:r>
      <w:r>
        <w:rPr>
          <w:rFonts w:ascii="楷体" w:eastAsia="楷体" w:hAnsi="楷体" w:cs="楷体"/>
          <w:color w:val="000000"/>
        </w:rPr>
        <w:t>冰山坚定地说。</w:t>
      </w:r>
    </w:p>
    <w:p>
      <w:pPr>
        <w:spacing w:line="360" w:lineRule="auto"/>
        <w:ind w:firstLine="420"/>
        <w:jc w:val="left"/>
        <w:textAlignment w:val="center"/>
        <w:rPr>
          <w:color w:val="000000"/>
        </w:rPr>
      </w:pPr>
      <w:r>
        <w:rPr>
          <w:rFonts w:ascii="楷体" w:eastAsia="楷体" w:hAnsi="楷体" w:cs="楷体"/>
          <w:color w:val="000000"/>
        </w:rPr>
        <w:t>㉑大鸟只好爬到冰山上。冰山猛烈撞击海浪，一些小鱼被海浪冲到了冰山上，大鸟有了食物，气力在一点一点地恢复。</w:t>
      </w:r>
    </w:p>
    <w:p>
      <w:pPr>
        <w:spacing w:line="360" w:lineRule="auto"/>
        <w:ind w:firstLine="420"/>
        <w:jc w:val="left"/>
        <w:textAlignment w:val="center"/>
        <w:rPr>
          <w:color w:val="000000"/>
        </w:rPr>
      </w:pPr>
      <w:r>
        <w:rPr>
          <w:rFonts w:ascii="楷体" w:eastAsia="楷体" w:hAnsi="楷体" w:cs="楷体"/>
          <w:color w:val="000000"/>
        </w:rPr>
        <w:t>㉒大鸟终于又飞上了天。它绕着冰山一边飞，一边焦急地对冰山说：</w:t>
      </w:r>
      <w:r>
        <w:rPr>
          <w:rFonts w:ascii="宋体" w:eastAsia="宋体" w:hAnsi="宋体" w:cs="宋体"/>
          <w:color w:val="000000"/>
        </w:rPr>
        <w:t>“</w:t>
      </w:r>
      <w:r>
        <w:rPr>
          <w:rFonts w:ascii="楷体" w:eastAsia="楷体" w:hAnsi="楷体" w:cs="楷体"/>
          <w:color w:val="000000"/>
        </w:rPr>
        <w:t>你快点回去吧，你快点回去吧！</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㉓可是，冰山再也回不去了。两股洋流形成漩涡，困住了它。</w:t>
      </w:r>
    </w:p>
    <w:p>
      <w:pPr>
        <w:spacing w:line="360" w:lineRule="auto"/>
        <w:ind w:firstLine="420"/>
        <w:jc w:val="left"/>
        <w:textAlignment w:val="center"/>
        <w:rPr>
          <w:color w:val="000000"/>
        </w:rPr>
      </w:pPr>
      <w:r>
        <w:rPr>
          <w:rFonts w:ascii="楷体" w:eastAsia="楷体" w:hAnsi="楷体" w:cs="楷体"/>
          <w:color w:val="000000"/>
        </w:rPr>
        <w:t>㉔海水越来越暖，冰山在不住地融化。</w:t>
      </w:r>
    </w:p>
    <w:p>
      <w:pPr>
        <w:spacing w:line="360" w:lineRule="auto"/>
        <w:ind w:firstLine="420"/>
        <w:jc w:val="left"/>
        <w:textAlignment w:val="center"/>
        <w:rPr>
          <w:color w:val="000000"/>
        </w:rPr>
      </w:pPr>
      <w:r>
        <w:rPr>
          <w:rFonts w:ascii="楷体" w:eastAsia="楷体" w:hAnsi="楷体" w:cs="楷体"/>
          <w:color w:val="000000"/>
        </w:rPr>
        <w:t>㉕大鸟不肯飞走，日夜守着冰山。</w:t>
      </w:r>
    </w:p>
    <w:p>
      <w:pPr>
        <w:spacing w:line="360" w:lineRule="auto"/>
        <w:ind w:firstLine="420"/>
        <w:jc w:val="left"/>
        <w:textAlignment w:val="center"/>
        <w:rPr>
          <w:color w:val="000000"/>
        </w:rPr>
      </w:pPr>
      <w:r>
        <w:rPr>
          <w:rFonts w:ascii="楷体" w:eastAsia="楷体" w:hAnsi="楷体" w:cs="楷体"/>
          <w:color w:val="000000"/>
        </w:rPr>
        <w:t>㉖冰山的声音越来越微弱：</w:t>
      </w:r>
      <w:r>
        <w:rPr>
          <w:rFonts w:ascii="宋体" w:eastAsia="宋体" w:hAnsi="宋体" w:cs="宋体"/>
          <w:color w:val="000000"/>
        </w:rPr>
        <w:t>“</w:t>
      </w:r>
      <w:r>
        <w:rPr>
          <w:rFonts w:ascii="楷体" w:eastAsia="楷体" w:hAnsi="楷体" w:cs="楷体"/>
          <w:color w:val="000000"/>
        </w:rPr>
        <w:t>你飞走吧，飞走吧！</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㉗</w:t>
      </w:r>
      <w:r>
        <w:rPr>
          <w:rFonts w:ascii="宋体" w:eastAsia="宋体" w:hAnsi="宋体" w:cs="宋体"/>
          <w:color w:val="000000"/>
        </w:rPr>
        <w:t>“</w:t>
      </w:r>
      <w:r>
        <w:rPr>
          <w:rFonts w:ascii="楷体" w:eastAsia="楷体" w:hAnsi="楷体" w:cs="楷体"/>
          <w:color w:val="000000"/>
        </w:rPr>
        <w:t>不！</w:t>
      </w:r>
      <w:r>
        <w:rPr>
          <w:rFonts w:ascii="宋体" w:eastAsia="宋体" w:hAnsi="宋体" w:cs="宋体"/>
          <w:color w:val="000000"/>
        </w:rPr>
        <w:t>”</w:t>
      </w:r>
      <w:r>
        <w:rPr>
          <w:rFonts w:ascii="楷体" w:eastAsia="楷体" w:hAnsi="楷体" w:cs="楷体"/>
          <w:color w:val="000000"/>
        </w:rPr>
        <w:t>大鸟在空中呼叫着。</w:t>
      </w:r>
    </w:p>
    <w:p>
      <w:pPr>
        <w:spacing w:line="360" w:lineRule="auto"/>
        <w:ind w:firstLine="420"/>
        <w:jc w:val="left"/>
        <w:textAlignment w:val="center"/>
        <w:rPr>
          <w:color w:val="000000"/>
        </w:rPr>
      </w:pPr>
      <w:r>
        <w:rPr>
          <w:rFonts w:ascii="楷体" w:eastAsia="楷体" w:hAnsi="楷体" w:cs="楷体"/>
          <w:color w:val="000000"/>
        </w:rPr>
        <w:t>㉘</w:t>
      </w:r>
      <w:r>
        <w:rPr>
          <w:rFonts w:ascii="楷体" w:eastAsia="楷体" w:hAnsi="楷体" w:cs="楷体"/>
          <w:color w:val="000000"/>
          <w:u w:val="single"/>
        </w:rPr>
        <w:t>大鸟看着海面，已化成小冰粒的冰山随波浮动，闪着光芒，好像遗落在海面的钻石一般耀眼。</w:t>
      </w:r>
    </w:p>
    <w:p>
      <w:pPr>
        <w:spacing w:line="360" w:lineRule="auto"/>
        <w:ind w:firstLine="420"/>
        <w:jc w:val="left"/>
        <w:textAlignment w:val="center"/>
        <w:rPr>
          <w:color w:val="000000"/>
        </w:rPr>
      </w:pPr>
      <w:r>
        <w:rPr>
          <w:rFonts w:ascii="楷体" w:eastAsia="楷体" w:hAnsi="楷体" w:cs="楷体"/>
          <w:color w:val="000000"/>
        </w:rPr>
        <w:t>㉙大鸟绕着它，飞行了数圈之后，向水面一伸脑袋，用嘴巴衔住了它，将它吞进肚里，急速升向高空，向着南方，向着家乡不住地飞去……</w:t>
      </w:r>
    </w:p>
    <w:p>
      <w:pPr>
        <w:spacing w:line="360" w:lineRule="auto"/>
        <w:jc w:val="right"/>
        <w:textAlignment w:val="center"/>
        <w:rPr>
          <w:color w:val="000000"/>
        </w:rPr>
      </w:pPr>
      <w:r>
        <w:rPr>
          <w:rFonts w:ascii="宋体" w:eastAsia="宋体" w:hAnsi="宋体" w:cs="宋体"/>
          <w:color w:val="000000"/>
        </w:rPr>
        <w:t>（选自曹文轩绘本故事《鸟和冰山的故事》，有改动）</w:t>
      </w:r>
    </w:p>
    <w:p>
      <w:pPr>
        <w:spacing w:line="360" w:lineRule="auto"/>
        <w:jc w:val="left"/>
        <w:textAlignment w:val="center"/>
        <w:rPr>
          <w:color w:val="000000"/>
        </w:rPr>
      </w:pPr>
      <w:r>
        <w:rPr>
          <w:color w:val="000000"/>
        </w:rPr>
        <w:t xml:space="preserve">16. </w:t>
      </w:r>
      <w:r>
        <w:rPr>
          <w:rFonts w:ascii="宋体" w:eastAsia="宋体" w:hAnsi="宋体" w:cs="宋体"/>
          <w:color w:val="000000"/>
        </w:rPr>
        <w:t>故事的情节是由有因果关系的事件组成的，结合文章，仿照示例，补写两个有因果关系的情节。</w:t>
      </w:r>
    </w:p>
    <w:p>
      <w:pPr>
        <w:spacing w:line="360" w:lineRule="auto"/>
        <w:jc w:val="left"/>
        <w:textAlignment w:val="center"/>
        <w:rPr>
          <w:color w:val="000000"/>
        </w:rPr>
      </w:pPr>
      <w:r>
        <w:rPr>
          <w:rFonts w:ascii="宋体" w:eastAsia="宋体" w:hAnsi="宋体" w:cs="宋体"/>
          <w:color w:val="000000"/>
        </w:rPr>
        <w:t>示例：大鸟因为被冰山迷住而飞向冰山，结果脚被冻住。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 xml:space="preserve">17. </w:t>
      </w:r>
      <w:r>
        <w:rPr>
          <w:rFonts w:ascii="宋体" w:eastAsia="宋体" w:hAnsi="宋体" w:cs="宋体"/>
          <w:color w:val="000000"/>
        </w:rPr>
        <w:t>文中第㉘段的画线句运用了联想，表达了丰富的含义，请赏析其妙处。</w:t>
      </w:r>
    </w:p>
    <w:p>
      <w:pPr>
        <w:spacing w:line="360" w:lineRule="auto"/>
        <w:jc w:val="left"/>
        <w:textAlignment w:val="center"/>
        <w:rPr>
          <w:color w:val="000000"/>
        </w:rPr>
      </w:pPr>
      <w:r>
        <w:rPr>
          <w:color w:val="000000"/>
        </w:rPr>
        <w:t xml:space="preserve">18. </w:t>
      </w:r>
      <w:r>
        <w:rPr>
          <w:rFonts w:ascii="宋体" w:eastAsia="宋体" w:hAnsi="宋体" w:cs="宋体"/>
          <w:color w:val="000000"/>
        </w:rPr>
        <w:t>有读者为本文补写了如下结尾，你觉得好不好？请简述理由。</w:t>
      </w:r>
    </w:p>
    <w:p>
      <w:pPr>
        <w:spacing w:line="360" w:lineRule="auto"/>
        <w:ind w:firstLine="420"/>
        <w:jc w:val="left"/>
        <w:textAlignment w:val="center"/>
        <w:rPr>
          <w:color w:val="000000"/>
        </w:rPr>
      </w:pPr>
      <w:r>
        <w:rPr>
          <w:rFonts w:ascii="楷体" w:eastAsia="楷体" w:hAnsi="楷体" w:cs="楷体"/>
          <w:color w:val="000000"/>
        </w:rPr>
        <w:t>第二年，大鸟迫不及待地往北飞，往最寒冷的地方飞去。它从口中吐出了一滴水，那滴水在落到海面时，结成了一粒冰。大鸟在空中一直盘旋，一圈又一圈。</w:t>
      </w:r>
    </w:p>
    <w:p>
      <w:pPr>
        <w:spacing w:line="360" w:lineRule="auto"/>
        <w:ind w:firstLine="420"/>
        <w:jc w:val="left"/>
        <w:textAlignment w:val="center"/>
        <w:rPr>
          <w:color w:val="000000"/>
        </w:rPr>
      </w:pPr>
      <w:r>
        <w:rPr>
          <w:rFonts w:ascii="楷体" w:eastAsia="楷体" w:hAnsi="楷体" w:cs="楷体"/>
          <w:color w:val="000000"/>
        </w:rPr>
        <w:t>海面上的那粒冰也越来越大，终于又形成了一座冰山。</w:t>
      </w:r>
    </w:p>
    <w:p>
      <w:pPr>
        <w:spacing w:line="360" w:lineRule="auto"/>
        <w:ind w:firstLine="420"/>
        <w:jc w:val="left"/>
        <w:textAlignment w:val="center"/>
        <w:rPr>
          <w:color w:val="000000"/>
        </w:rPr>
      </w:pPr>
      <w:r>
        <w:rPr>
          <w:rFonts w:ascii="楷体" w:eastAsia="楷体" w:hAnsi="楷体" w:cs="楷体"/>
          <w:color w:val="000000"/>
        </w:rPr>
        <w:t>冰山复活了，它惊喜地仰望着在空中盘旋的大鸟。大鸟也在空中盘旋着，欢快地向着冰山……</w:t>
      </w:r>
    </w:p>
    <w:p>
      <w:pPr>
        <w:spacing w:line="360" w:lineRule="auto"/>
        <w:textAlignment w:val="center"/>
        <w:rPr>
          <w:color w:val="000000"/>
        </w:rPr>
      </w:pPr>
      <w:r>
        <w:rPr>
          <w:color w:val="2E75B6"/>
        </w:rPr>
        <w:t>【答案】</w:t>
      </w:r>
      <w:r>
        <w:rPr>
          <w:color w:val="000000"/>
        </w:rPr>
        <w:t xml:space="preserve">16. </w:t>
      </w:r>
      <w:r>
        <w:rPr>
          <w:rFonts w:ascii="宋体" w:eastAsia="宋体" w:hAnsi="宋体" w:cs="宋体"/>
          <w:color w:val="000000"/>
        </w:rPr>
        <w:t>答案示例：（</w:t>
      </w:r>
      <w:r>
        <w:rPr>
          <w:rFonts w:ascii="Times New Roman" w:eastAsia="Times New Roman" w:hAnsi="Times New Roman" w:cs="Times New Roman"/>
          <w:color w:val="000000"/>
        </w:rPr>
        <w:t>1</w:t>
      </w:r>
      <w:r>
        <w:rPr>
          <w:rFonts w:ascii="宋体" w:eastAsia="宋体" w:hAnsi="宋体" w:cs="宋体"/>
          <w:color w:val="000000"/>
        </w:rPr>
        <w:t>）冰山因为冻住了大鸟，想送它回南方，结果改变方向，向南漂去。</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）因为冰山被洋流困住漂不回去，变得很小，所以大鸟将冰山吞进肚里。</w:t>
      </w:r>
      <w:r>
        <w:rPr>
          <w:color w:val="000000"/>
        </w:rPr>
        <w:t xml:space="preserve">    </w:t>
      </w:r>
    </w:p>
    <w:p>
      <w:pPr>
        <w:spacing w:line="360" w:lineRule="auto"/>
        <w:jc w:val="both"/>
        <w:textAlignment w:val="center"/>
        <w:rPr>
          <w:color w:val="000000"/>
        </w:rPr>
      </w:pPr>
      <w:r>
        <w:rPr>
          <w:color w:val="000000"/>
        </w:rPr>
        <w:t xml:space="preserve">17. </w:t>
      </w:r>
      <w:r>
        <w:rPr>
          <w:rFonts w:ascii="宋体" w:eastAsia="宋体" w:hAnsi="宋体" w:cs="宋体"/>
          <w:color w:val="000000"/>
        </w:rPr>
        <w:t>答案示例：这个句子从眼前的“化成小冰粒的闪着光芒的冰山”，联想到了“钻石”，两个事物都很小且闪闪发亮，既写出了小冰粒在海面漂浮的情景，又表现出冰山为他人牺牲自我的品质如钻石般闪耀。</w:t>
      </w:r>
      <w:r>
        <w:rPr>
          <w:color w:val="000000"/>
        </w:rPr>
        <w:t xml:space="preserve">    </w:t>
      </w:r>
    </w:p>
    <w:p>
      <w:pPr>
        <w:spacing w:line="360" w:lineRule="auto"/>
        <w:jc w:val="both"/>
        <w:textAlignment w:val="center"/>
        <w:rPr>
          <w:color w:val="000000"/>
        </w:rPr>
      </w:pPr>
      <w:r>
        <w:rPr>
          <w:color w:val="000000"/>
        </w:rPr>
        <w:t xml:space="preserve">18. </w:t>
      </w:r>
      <w:r>
        <w:rPr>
          <w:rFonts w:ascii="宋体" w:eastAsia="宋体" w:hAnsi="宋体" w:cs="宋体"/>
          <w:color w:val="000000"/>
        </w:rPr>
        <w:t>答案示例一：好。承接前文“大鸟把冰山吞进肚里”这一情节，想象合理；丰富了故事的意蕴，表达了感恩的主题：呈现了一个比较完美的结局，满足了读者的心理期待。</w:t>
      </w:r>
    </w:p>
    <w:p>
      <w:pPr>
        <w:spacing w:line="360" w:lineRule="auto"/>
        <w:jc w:val="both"/>
        <w:textAlignment w:val="center"/>
        <w:rPr>
          <w:color w:val="000000"/>
        </w:rPr>
      </w:pPr>
      <w:r>
        <w:rPr>
          <w:rFonts w:ascii="宋体" w:eastAsia="宋体" w:hAnsi="宋体" w:cs="宋体"/>
          <w:color w:val="000000"/>
        </w:rPr>
        <w:t>答案示例二：不好。没有紧承文章结尾“大鸟向着家乡不住地飞去”的情节，情节跨度较大，衔接不够紧密；结尾没有凸显冰山为他人牺牲自我的精神，主旨表达与前文不一致；给出了一个非常确定的结局，不能给读者留下想象的空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本题考查内容分析。</w:t>
      </w:r>
    </w:p>
    <w:p>
      <w:pPr>
        <w:spacing w:line="360" w:lineRule="auto"/>
        <w:jc w:val="left"/>
        <w:textAlignment w:val="center"/>
        <w:rPr>
          <w:color w:val="000000"/>
        </w:rPr>
      </w:pPr>
      <w:r>
        <w:rPr>
          <w:rFonts w:ascii="宋体" w:eastAsia="宋体" w:hAnsi="宋体" w:cs="宋体"/>
          <w:color w:val="000000"/>
        </w:rPr>
        <w:t>结合第⑥段的“冰山与海水相碰，发出声音：真的对不起，我把你冻住了。我要把你送回南方”可以看出，因为冰山冻住了大鸟，想送它回南方，所以向南漂去。</w:t>
      </w:r>
    </w:p>
    <w:p>
      <w:pPr>
        <w:spacing w:line="360" w:lineRule="auto"/>
        <w:jc w:val="left"/>
        <w:textAlignment w:val="center"/>
        <w:rPr>
          <w:color w:val="000000"/>
        </w:rPr>
      </w:pPr>
      <w:r>
        <w:rPr>
          <w:rFonts w:ascii="宋体" w:eastAsia="宋体" w:hAnsi="宋体" w:cs="宋体"/>
          <w:color w:val="000000"/>
        </w:rPr>
        <w:t>结合第④段“可是，大鸟很快掉进了海水里。它好几天没吃东西，已经没有一丝力气”和第㉑段的“大鸟只好爬到冰山上。冰山猛烈撞击海浪，一些小鱼被海浪冲到了冰山上，大鸟有了食物，气力在一点一点地恢复”可以看出，大鸟被冻住的时间太久，没有力气起飞，所以还需要停留在冰山上，补充能量。结合第㉕段的“大鸟不肯飞走，日夜守着冰山”和第㉙段的“大鸟绕着它，飞行了数圈之后，向水面一伸脑袋，用嘴巴街住了它，将它吞进肚里，急速升向高空，向着南方，向着家乡不住地飞去”可以看出，大鸟不肯飞走，所以才能够等到冰山只有花生米那样大，可以吞下去。</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本题考查句子含义的理解和赏析。</w:t>
      </w:r>
    </w:p>
    <w:p>
      <w:pPr>
        <w:spacing w:line="360" w:lineRule="auto"/>
        <w:jc w:val="left"/>
        <w:textAlignment w:val="center"/>
        <w:rPr>
          <w:color w:val="000000"/>
        </w:rPr>
      </w:pPr>
      <w:r>
        <w:rPr>
          <w:color w:val="000000"/>
        </w:rPr>
        <w:t>根</w:t>
      </w:r>
      <w:r>
        <w:rPr>
          <w:rFonts w:ascii="宋体" w:eastAsia="宋体" w:hAnsi="宋体" w:cs="宋体"/>
          <w:color w:val="000000"/>
        </w:rPr>
        <w:t>据第②段“海上有一座冰山，阳光下，光芒四射，像一颗巨大的钻石”可以看出，曾经巨大的冰山就如同钻石一般光芒四射，即使冰山融化变小了，但是依旧“闪着光芒”，像钻石一样美丽；结合文章第⑧段“可我如果向北漂，你就永远也不能飞向天空了”以及第⑨段“不分白天黑夜，冰山不顾一切地漂向南方”可以看出，冰山为了将大鸟送回南方，不惜牺牲自我，结合“钻石”的光芒四射可以看出冰山的精神如同钻石一般夺目，散发出耀眼的光芒。</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eastAsia="宋体" w:hAnsi="宋体" w:cs="宋体"/>
          <w:color w:val="000000"/>
        </w:rPr>
        <w:t>本题考查结尾分析。</w:t>
      </w:r>
    </w:p>
    <w:p>
      <w:pPr>
        <w:spacing w:line="360" w:lineRule="auto"/>
        <w:jc w:val="left"/>
        <w:textAlignment w:val="center"/>
        <w:rPr>
          <w:color w:val="000000"/>
        </w:rPr>
      </w:pPr>
      <w:r>
        <w:rPr>
          <w:rFonts w:ascii="宋体" w:eastAsia="宋体" w:hAnsi="宋体" w:cs="宋体"/>
          <w:color w:val="000000"/>
        </w:rPr>
        <w:t>结合“大鸟迫不及待地往北飞”“大鸟在空中一直盘旋，一圈又一圈”和“冰山复活了，它惊喜地仰望着在空中盘旋的大鸟。大鸟也在空中盘旋着，欢快地向着冰山鸣叫”可以看出，这个结尾充满了理想主义的色彩，大鸟重新制造冰山，表现了大鸟的知恩图报，给人以思想上的教育；结局圆满，满足了读者尤其是小朋友的阅读期望，给人以积极向上的力量引导。但也正是喜悦性的直白结尾，缺少了思想上的震撼力，不能给人留下广阔的遐想空间；同时作者前文赞颂的冰山为人牺牲的精神在这样的结尾中，也被弱化，与前文中“向着南方，向着家乡不住地飞去”不一致，使文章结构不够严密。本题为开放性试题，答案不唯一，言之有理、理由充分即可。</w:t>
      </w:r>
    </w:p>
    <w:p>
      <w:pPr>
        <w:pStyle w:val="Heading3"/>
      </w:pPr>
      <w:r>
        <w:t>平谷区</w:t>
      </w:r>
    </w:p>
    <w:p>
      <w:pPr>
        <w:spacing w:line="360" w:lineRule="auto"/>
        <w:jc w:val="left"/>
        <w:textAlignment w:val="center"/>
        <w:rPr>
          <w:color w:val="000000"/>
        </w:rPr>
      </w:pPr>
      <w:r>
        <w:rPr>
          <w:rFonts w:ascii="宋体" w:hAnsi="宋体" w:eastAsia="宋体" w:cs="宋体"/>
          <w:b/>
          <w:color w:val="000000"/>
          <w:sz w:val="24"/>
        </w:rPr>
        <w:t>四、现代文阅读（共</w:t>
      </w:r>
      <w:r>
        <w:rPr>
          <w:rFonts w:ascii="Times New Roman" w:hAnsi="Times New Roman" w:eastAsia="Times New Roman" w:cs="Times New Roman"/>
          <w:b/>
          <w:color w:val="000000"/>
          <w:sz w:val="24"/>
        </w:rPr>
        <w:t>19</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（一） （共</w:t>
      </w:r>
      <w:r>
        <w:rPr>
          <w:rFonts w:ascii="Times New Roman" w:hAnsi="Times New Roman" w:eastAsia="Times New Roman" w:cs="Times New Roman"/>
          <w:b/>
          <w:color w:val="000000"/>
          <w:sz w:val="24"/>
        </w:rPr>
        <w:t>9</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阅读《秋天的怀念》，完成下面小题。</w:t>
      </w:r>
    </w:p>
    <w:p>
      <w:pPr>
        <w:spacing w:line="360" w:lineRule="auto"/>
        <w:jc w:val="center"/>
        <w:textAlignment w:val="center"/>
        <w:rPr>
          <w:color w:val="000000"/>
        </w:rPr>
      </w:pPr>
      <w:r>
        <w:rPr>
          <w:rFonts w:ascii="楷体" w:hAnsi="楷体" w:eastAsia="楷体" w:cs="楷体"/>
          <w:color w:val="000000"/>
        </w:rPr>
        <w:t>秋天的怀念</w:t>
      </w:r>
    </w:p>
    <w:p>
      <w:pPr>
        <w:spacing w:line="360" w:lineRule="auto"/>
        <w:jc w:val="center"/>
        <w:textAlignment w:val="center"/>
        <w:rPr>
          <w:color w:val="000000"/>
        </w:rPr>
      </w:pPr>
      <w:r>
        <w:rPr>
          <w:rFonts w:ascii="楷体" w:hAnsi="楷体" w:eastAsia="楷体" w:cs="楷体"/>
          <w:color w:val="000000"/>
        </w:rPr>
        <w:t>史铁生</w:t>
      </w:r>
    </w:p>
    <w:p>
      <w:pPr>
        <w:spacing w:line="360" w:lineRule="auto"/>
        <w:ind w:firstLine="420"/>
        <w:jc w:val="left"/>
        <w:textAlignment w:val="center"/>
        <w:rPr>
          <w:color w:val="000000"/>
        </w:rPr>
      </w:pPr>
      <w:r>
        <w:rPr>
          <w:rFonts w:ascii="楷体" w:hAnsi="楷体" w:eastAsia="楷体" w:cs="楷体"/>
          <w:color w:val="000000"/>
        </w:rPr>
        <w:t>①双腿瘫痪后，我的脾气变得暴怒无常。望着望着天上北归的雁阵，我会突然把面前的玻璃砸碎；听着听着李谷一甜美的歌声，我会猛地把手边的东西摔向四周的墙壁。母亲就悄悄地躲出去，在我看不见的地方偷偷地听着我的动静。【甲】</w:t>
      </w:r>
      <w:r>
        <w:rPr>
          <w:rFonts w:ascii="楷体" w:hAnsi="楷体" w:eastAsia="楷体" w:cs="楷体"/>
          <w:color w:val="000000"/>
          <w:u w:val="single"/>
        </w:rPr>
        <w:t>当一切恢复沉寂，她又悄悄地进来，眼边红红的，看着我</w:t>
      </w:r>
      <w:r>
        <w:rPr>
          <w:rFonts w:ascii="楷体" w:hAnsi="楷体" w:eastAsia="楷体" w:cs="楷体"/>
          <w:color w:val="000000"/>
        </w:rPr>
        <w:t>。</w:t>
      </w:r>
      <w:r>
        <w:rPr>
          <w:rFonts w:ascii="宋体" w:hAnsi="宋体" w:eastAsia="宋体" w:cs="宋体"/>
          <w:color w:val="000000"/>
        </w:rPr>
        <w:t>“</w:t>
      </w:r>
      <w:r>
        <w:rPr>
          <w:rFonts w:ascii="楷体" w:hAnsi="楷体" w:eastAsia="楷体" w:cs="楷体"/>
          <w:color w:val="000000"/>
        </w:rPr>
        <w:t>听说北海的花儿都开了，我推着你去走走。</w:t>
      </w:r>
      <w:r>
        <w:rPr>
          <w:rFonts w:ascii="宋体" w:hAnsi="宋体" w:eastAsia="宋体" w:cs="宋体"/>
          <w:color w:val="000000"/>
        </w:rPr>
        <w:t>”</w:t>
      </w:r>
      <w:r>
        <w:rPr>
          <w:rFonts w:ascii="楷体" w:hAnsi="楷体" w:eastAsia="楷体" w:cs="楷体"/>
          <w:color w:val="000000"/>
        </w:rPr>
        <w:t>她总是这么说。母亲喜欢花，可自从我的腿瘫痪以后，她侍弄的那些花都死了。</w:t>
      </w:r>
      <w:r>
        <w:rPr>
          <w:rFonts w:ascii="宋体" w:hAnsi="宋体" w:eastAsia="宋体" w:cs="宋体"/>
          <w:color w:val="000000"/>
        </w:rPr>
        <w:t>“</w:t>
      </w:r>
      <w:r>
        <w:rPr>
          <w:rFonts w:ascii="楷体" w:hAnsi="楷体" w:eastAsia="楷体" w:cs="楷体"/>
          <w:color w:val="000000"/>
        </w:rPr>
        <w:t>不，我不去！</w:t>
      </w:r>
      <w:r>
        <w:rPr>
          <w:rFonts w:ascii="宋体" w:hAnsi="宋体" w:eastAsia="宋体" w:cs="宋体"/>
          <w:color w:val="000000"/>
        </w:rPr>
        <w:t>”</w:t>
      </w:r>
      <w:r>
        <w:rPr>
          <w:rFonts w:ascii="楷体" w:hAnsi="楷体" w:eastAsia="楷体" w:cs="楷体"/>
          <w:color w:val="000000"/>
        </w:rPr>
        <w:t>我狠命地捶打这两条可恨的腿，喊着，</w:t>
      </w:r>
      <w:r>
        <w:rPr>
          <w:rFonts w:ascii="宋体" w:hAnsi="宋体" w:eastAsia="宋体" w:cs="宋体"/>
          <w:color w:val="000000"/>
        </w:rPr>
        <w:t>“</w:t>
      </w:r>
      <w:r>
        <w:rPr>
          <w:rFonts w:ascii="楷体" w:hAnsi="楷体" w:eastAsia="楷体" w:cs="楷体"/>
          <w:color w:val="000000"/>
        </w:rPr>
        <w:t>我可活什么劲儿！</w:t>
      </w:r>
      <w:r>
        <w:rPr>
          <w:rFonts w:ascii="宋体" w:hAnsi="宋体" w:eastAsia="宋体" w:cs="宋体"/>
          <w:color w:val="000000"/>
        </w:rPr>
        <w:t>”</w:t>
      </w:r>
      <w:r>
        <w:rPr>
          <w:rFonts w:ascii="楷体" w:hAnsi="楷体" w:eastAsia="楷体" w:cs="楷体"/>
          <w:color w:val="000000"/>
        </w:rPr>
        <w:t>母亲扑过来抓住我的手，忍住哭声说：</w:t>
      </w:r>
      <w:r>
        <w:rPr>
          <w:rFonts w:ascii="宋体" w:hAnsi="宋体" w:eastAsia="宋体" w:cs="宋体"/>
          <w:color w:val="000000"/>
        </w:rPr>
        <w:t>“</w:t>
      </w:r>
      <w:r>
        <w:rPr>
          <w:rFonts w:ascii="楷体" w:hAnsi="楷体" w:eastAsia="楷体" w:cs="楷体"/>
          <w:color w:val="000000"/>
        </w:rPr>
        <w:t>咱娘儿俩在一块儿，好好儿活，好好儿活……</w:t>
      </w:r>
      <w:r>
        <w:rPr>
          <w:rFonts w:ascii="宋体" w:hAnsi="宋体" w:eastAsia="宋体" w:cs="宋体"/>
          <w:color w:val="000000"/>
        </w:rPr>
        <w:t>”</w:t>
      </w:r>
    </w:p>
    <w:p>
      <w:pPr>
        <w:spacing w:line="360" w:lineRule="auto"/>
        <w:ind w:firstLine="420"/>
        <w:jc w:val="left"/>
        <w:textAlignment w:val="center"/>
        <w:rPr>
          <w:color w:val="000000"/>
        </w:rPr>
      </w:pPr>
      <w:r>
        <w:rPr>
          <w:rFonts w:ascii="楷体" w:hAnsi="楷体" w:eastAsia="楷体" w:cs="楷体"/>
          <w:color w:val="000000"/>
        </w:rPr>
        <w:t>②可我却一直都不知道，她的病已经到了那步田地。后来妹妹告诉我，【乙】</w:t>
      </w:r>
      <w:r>
        <w:rPr>
          <w:rFonts w:ascii="楷体" w:hAnsi="楷体" w:eastAsia="楷体" w:cs="楷体"/>
          <w:color w:val="000000"/>
          <w:u w:val="single"/>
        </w:rPr>
        <w:t>她常常肝疼得整宿整宿翻来覆去地睡不了觉</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③那天我又独自坐在屋里，看着窗外的树叶</w:t>
      </w:r>
      <w:r>
        <w:rPr>
          <w:rFonts w:ascii="宋体" w:hAnsi="宋体" w:eastAsia="宋体" w:cs="宋体"/>
          <w:color w:val="000000"/>
        </w:rPr>
        <w:t>“</w:t>
      </w:r>
      <w:r>
        <w:rPr>
          <w:rFonts w:ascii="楷体" w:hAnsi="楷体" w:eastAsia="楷体" w:cs="楷体"/>
          <w:color w:val="000000"/>
        </w:rPr>
        <w:t>唰唰啦啦</w:t>
      </w:r>
      <w:r>
        <w:rPr>
          <w:rFonts w:ascii="宋体" w:hAnsi="宋体" w:eastAsia="宋体" w:cs="宋体"/>
          <w:color w:val="000000"/>
        </w:rPr>
        <w:t>”</w:t>
      </w:r>
      <w:r>
        <w:rPr>
          <w:rFonts w:ascii="楷体" w:hAnsi="楷体" w:eastAsia="楷体" w:cs="楷体"/>
          <w:color w:val="000000"/>
        </w:rPr>
        <w:t>地飘落。母亲进来了，挡在窗前：</w:t>
      </w:r>
      <w:r>
        <w:rPr>
          <w:rFonts w:ascii="宋体" w:hAnsi="宋体" w:eastAsia="宋体" w:cs="宋体"/>
          <w:color w:val="000000"/>
        </w:rPr>
        <w:t>“</w:t>
      </w:r>
      <w:r>
        <w:rPr>
          <w:rFonts w:ascii="楷体" w:hAnsi="楷体" w:eastAsia="楷体" w:cs="楷体"/>
          <w:color w:val="000000"/>
        </w:rPr>
        <w:t>北海的菊花开了，我推着你去看看吧。</w:t>
      </w:r>
      <w:r>
        <w:rPr>
          <w:rFonts w:ascii="宋体" w:hAnsi="宋体" w:eastAsia="宋体" w:cs="宋体"/>
          <w:color w:val="000000"/>
        </w:rPr>
        <w:t>”</w:t>
      </w:r>
      <w:r>
        <w:rPr>
          <w:rFonts w:ascii="楷体" w:hAnsi="楷体" w:eastAsia="楷体" w:cs="楷体"/>
          <w:color w:val="000000"/>
        </w:rPr>
        <w:t>她憔悴的脸上现出央求般的神色。</w:t>
      </w:r>
      <w:r>
        <w:rPr>
          <w:rFonts w:ascii="宋体" w:hAnsi="宋体" w:eastAsia="宋体" w:cs="宋体"/>
          <w:color w:val="000000"/>
        </w:rPr>
        <w:t>“</w:t>
      </w:r>
      <w:r>
        <w:rPr>
          <w:rFonts w:ascii="楷体" w:hAnsi="楷体" w:eastAsia="楷体" w:cs="楷体"/>
          <w:color w:val="000000"/>
        </w:rPr>
        <w:t>什么时候？</w:t>
      </w:r>
      <w:r>
        <w:rPr>
          <w:rFonts w:ascii="宋体" w:hAnsi="宋体" w:eastAsia="宋体" w:cs="宋体"/>
          <w:color w:val="000000"/>
        </w:rPr>
        <w:t>”“</w:t>
      </w:r>
      <w:r>
        <w:rPr>
          <w:rFonts w:ascii="楷体" w:hAnsi="楷体" w:eastAsia="楷体" w:cs="楷体"/>
          <w:color w:val="000000"/>
        </w:rPr>
        <w:t>你要是愿意，就明天？</w:t>
      </w:r>
      <w:r>
        <w:rPr>
          <w:rFonts w:ascii="宋体" w:hAnsi="宋体" w:eastAsia="宋体" w:cs="宋体"/>
          <w:color w:val="000000"/>
        </w:rPr>
        <w:t>”</w:t>
      </w:r>
      <w:r>
        <w:rPr>
          <w:rFonts w:ascii="楷体" w:hAnsi="楷体" w:eastAsia="楷体" w:cs="楷体"/>
          <w:color w:val="000000"/>
        </w:rPr>
        <w:t>她说。我的回答已经让她喜出望外了。</w:t>
      </w:r>
      <w:r>
        <w:rPr>
          <w:rFonts w:ascii="宋体" w:hAnsi="宋体" w:eastAsia="宋体" w:cs="宋体"/>
          <w:color w:val="000000"/>
        </w:rPr>
        <w:t>“</w:t>
      </w:r>
      <w:r>
        <w:rPr>
          <w:rFonts w:ascii="楷体" w:hAnsi="楷体" w:eastAsia="楷体" w:cs="楷体"/>
          <w:color w:val="000000"/>
        </w:rPr>
        <w:t>好吧，就明天。</w:t>
      </w:r>
      <w:r>
        <w:rPr>
          <w:rFonts w:ascii="宋体" w:hAnsi="宋体" w:eastAsia="宋体" w:cs="宋体"/>
          <w:color w:val="000000"/>
        </w:rPr>
        <w:t>”</w:t>
      </w:r>
      <w:r>
        <w:rPr>
          <w:rFonts w:ascii="楷体" w:hAnsi="楷体" w:eastAsia="楷体" w:cs="楷体"/>
          <w:color w:val="000000"/>
        </w:rPr>
        <w:t>我说。【丙】</w:t>
      </w:r>
      <w:r>
        <w:rPr>
          <w:rFonts w:ascii="楷体" w:hAnsi="楷体" w:eastAsia="楷体" w:cs="楷体"/>
          <w:color w:val="000000"/>
          <w:u w:val="single"/>
        </w:rPr>
        <w:t>她高兴得一会儿坐下，一会儿站起：</w:t>
      </w:r>
      <w:r>
        <w:rPr>
          <w:rFonts w:ascii="宋体" w:hAnsi="宋体" w:eastAsia="宋体" w:cs="宋体"/>
          <w:color w:val="000000"/>
        </w:rPr>
        <w:t>“</w:t>
      </w:r>
      <w:r>
        <w:rPr>
          <w:rFonts w:ascii="楷体" w:hAnsi="楷体" w:eastAsia="楷体" w:cs="楷体"/>
          <w:color w:val="000000"/>
        </w:rPr>
        <w:t>那就赶紧准备准备。</w:t>
      </w:r>
      <w:r>
        <w:rPr>
          <w:rFonts w:ascii="宋体" w:hAnsi="宋体" w:eastAsia="宋体" w:cs="宋体"/>
          <w:color w:val="000000"/>
        </w:rPr>
        <w:t>”“</w:t>
      </w:r>
      <w:r>
        <w:rPr>
          <w:rFonts w:ascii="楷体" w:hAnsi="楷体" w:eastAsia="楷体" w:cs="楷体"/>
          <w:color w:val="000000"/>
        </w:rPr>
        <w:t>哎呀，烦不烦？几步路，有什么好准备的！</w:t>
      </w:r>
      <w:r>
        <w:rPr>
          <w:rFonts w:ascii="宋体" w:hAnsi="宋体" w:eastAsia="宋体" w:cs="宋体"/>
          <w:color w:val="000000"/>
        </w:rPr>
        <w:t>”</w:t>
      </w:r>
      <w:r>
        <w:rPr>
          <w:rFonts w:ascii="楷体" w:hAnsi="楷体" w:eastAsia="楷体" w:cs="楷体"/>
          <w:color w:val="000000"/>
        </w:rPr>
        <w:t>她也笑了，坐在我身边，絮絮叨叨地说着：</w:t>
      </w:r>
      <w:r>
        <w:rPr>
          <w:rFonts w:ascii="宋体" w:hAnsi="宋体" w:eastAsia="宋体" w:cs="宋体"/>
          <w:color w:val="000000"/>
        </w:rPr>
        <w:t>“</w:t>
      </w:r>
      <w:r>
        <w:rPr>
          <w:rFonts w:ascii="楷体" w:hAnsi="楷体" w:eastAsia="楷体" w:cs="楷体"/>
          <w:color w:val="000000"/>
        </w:rPr>
        <w:t>看完菊花，咱们就去‘仿膳’，你小时候最爱吃那儿的豌豆黄儿。还记得那回我带你去北海吗？你偏说那杨树花是毛毛虫，跑着，一脚踩扁一个……</w:t>
      </w:r>
      <w:r>
        <w:rPr>
          <w:rFonts w:ascii="宋体" w:hAnsi="宋体" w:eastAsia="宋体" w:cs="宋体"/>
          <w:color w:val="000000"/>
        </w:rPr>
        <w:t>”</w:t>
      </w:r>
      <w:r>
        <w:rPr>
          <w:rFonts w:ascii="楷体" w:hAnsi="楷体" w:eastAsia="楷体" w:cs="楷体"/>
          <w:color w:val="000000"/>
        </w:rPr>
        <w:t>她忽然不说了。对于</w:t>
      </w:r>
      <w:r>
        <w:rPr>
          <w:rFonts w:ascii="宋体" w:hAnsi="宋体" w:eastAsia="宋体" w:cs="宋体"/>
          <w:color w:val="000000"/>
        </w:rPr>
        <w:t>“</w:t>
      </w:r>
      <w:r>
        <w:rPr>
          <w:rFonts w:ascii="楷体" w:hAnsi="楷体" w:eastAsia="楷体" w:cs="楷体"/>
          <w:color w:val="000000"/>
        </w:rPr>
        <w:t>跑</w:t>
      </w:r>
      <w:r>
        <w:rPr>
          <w:rFonts w:ascii="宋体" w:hAnsi="宋体" w:eastAsia="宋体" w:cs="宋体"/>
          <w:color w:val="000000"/>
        </w:rPr>
        <w:t>”</w:t>
      </w:r>
      <w:r>
        <w:rPr>
          <w:rFonts w:ascii="楷体" w:hAnsi="楷体" w:eastAsia="楷体" w:cs="楷体"/>
          <w:color w:val="000000"/>
        </w:rPr>
        <w:t>和</w:t>
      </w:r>
      <w:r>
        <w:rPr>
          <w:rFonts w:ascii="宋体" w:hAnsi="宋体" w:eastAsia="宋体" w:cs="宋体"/>
          <w:color w:val="000000"/>
        </w:rPr>
        <w:t>“</w:t>
      </w:r>
      <w:r>
        <w:rPr>
          <w:rFonts w:ascii="楷体" w:hAnsi="楷体" w:eastAsia="楷体" w:cs="楷体"/>
          <w:color w:val="000000"/>
        </w:rPr>
        <w:t>踩</w:t>
      </w:r>
      <w:r>
        <w:rPr>
          <w:rFonts w:ascii="宋体" w:hAnsi="宋体" w:eastAsia="宋体" w:cs="宋体"/>
          <w:color w:val="000000"/>
        </w:rPr>
        <w:t>”</w:t>
      </w:r>
      <w:r>
        <w:rPr>
          <w:rFonts w:ascii="楷体" w:hAnsi="楷体" w:eastAsia="楷体" w:cs="楷体"/>
          <w:color w:val="000000"/>
        </w:rPr>
        <w:t>一类的字眼，她比我还敏感。她又悄悄地出去了。</w:t>
      </w:r>
    </w:p>
    <w:p>
      <w:pPr>
        <w:spacing w:line="360" w:lineRule="auto"/>
        <w:ind w:firstLine="420"/>
        <w:jc w:val="left"/>
        <w:textAlignment w:val="center"/>
        <w:rPr>
          <w:color w:val="000000"/>
        </w:rPr>
      </w:pPr>
      <w:r>
        <w:rPr>
          <w:rFonts w:ascii="楷体" w:hAnsi="楷体" w:eastAsia="楷体" w:cs="楷体"/>
          <w:color w:val="000000"/>
        </w:rPr>
        <w:t>④她出去了，就再也没回来。</w:t>
      </w:r>
    </w:p>
    <w:p>
      <w:pPr>
        <w:spacing w:line="360" w:lineRule="auto"/>
        <w:ind w:firstLine="420"/>
        <w:jc w:val="left"/>
        <w:textAlignment w:val="center"/>
        <w:rPr>
          <w:color w:val="000000"/>
        </w:rPr>
      </w:pPr>
      <w:r>
        <w:rPr>
          <w:rFonts w:ascii="楷体" w:hAnsi="楷体" w:eastAsia="楷体" w:cs="楷体"/>
          <w:color w:val="000000"/>
        </w:rPr>
        <w:t>⑤邻居们把她抬上车时，她还在大口大口地吐着鲜血。【丁】</w:t>
      </w:r>
      <w:r>
        <w:rPr>
          <w:rFonts w:ascii="楷体" w:hAnsi="楷体" w:eastAsia="楷体" w:cs="楷体"/>
          <w:color w:val="000000"/>
          <w:u w:val="single"/>
        </w:rPr>
        <w:t>我没想到她已经病成那样</w:t>
      </w:r>
      <w:r>
        <w:rPr>
          <w:rFonts w:ascii="楷体" w:hAnsi="楷体" w:eastAsia="楷体" w:cs="楷体"/>
          <w:color w:val="000000"/>
        </w:rPr>
        <w:t>。看着三轮车远去，也绝没有想到那竟是永远的诀别。</w:t>
      </w:r>
    </w:p>
    <w:p>
      <w:pPr>
        <w:spacing w:line="360" w:lineRule="auto"/>
        <w:ind w:firstLine="420"/>
        <w:jc w:val="left"/>
        <w:textAlignment w:val="center"/>
        <w:rPr>
          <w:color w:val="000000"/>
        </w:rPr>
      </w:pPr>
      <w:r>
        <w:rPr>
          <w:rFonts w:ascii="楷体" w:hAnsi="楷体" w:eastAsia="楷体" w:cs="楷体"/>
          <w:color w:val="000000"/>
        </w:rPr>
        <w:t>⑥邻居的小伙子背着我去看她的时候，她正艰难地呼吸着，像她那一生艰难的生活。别人告诉我，她昏迷前的最后一句话是：</w:t>
      </w:r>
      <w:r>
        <w:rPr>
          <w:rFonts w:ascii="宋体" w:hAnsi="宋体" w:eastAsia="宋体" w:cs="宋体"/>
          <w:color w:val="000000"/>
        </w:rPr>
        <w:t>“</w:t>
      </w:r>
      <w:r>
        <w:rPr>
          <w:rFonts w:ascii="楷体" w:hAnsi="楷体" w:eastAsia="楷体" w:cs="楷体"/>
          <w:color w:val="000000"/>
        </w:rPr>
        <w:t>我那个有病的儿子和我那个还未成年的女儿……</w:t>
      </w:r>
      <w:r>
        <w:rPr>
          <w:rFonts w:ascii="宋体" w:hAnsi="宋体" w:eastAsia="宋体" w:cs="宋体"/>
          <w:color w:val="000000"/>
        </w:rPr>
        <w:t>”</w:t>
      </w:r>
    </w:p>
    <w:p>
      <w:pPr>
        <w:spacing w:line="360" w:lineRule="auto"/>
        <w:ind w:firstLine="420"/>
        <w:jc w:val="left"/>
        <w:textAlignment w:val="center"/>
        <w:rPr>
          <w:color w:val="000000"/>
        </w:rPr>
      </w:pPr>
      <w:r>
        <w:rPr>
          <w:rFonts w:ascii="楷体" w:hAnsi="楷体" w:eastAsia="楷体" w:cs="楷体"/>
          <w:color w:val="000000"/>
        </w:rPr>
        <w:t>⑦又是秋天，妹妹推着我去北海看了菊花。黄色的花淡雅，白色的花高洁，紫红色的花热烈而深沉，泼泼洒洒，秋风中正开得烂漫。我懂得母亲没有说完的话。妹妹也懂。我俩在一块儿，要好好儿活……</w:t>
      </w:r>
    </w:p>
    <w:p>
      <w:pPr>
        <w:spacing w:line="360" w:lineRule="auto"/>
        <w:jc w:val="left"/>
        <w:textAlignment w:val="center"/>
        <w:rPr>
          <w:color w:val="000000"/>
        </w:rPr>
      </w:pPr>
      <w:r>
        <w:rPr>
          <w:color w:val="000000"/>
        </w:rPr>
        <w:t xml:space="preserve">12. </w:t>
      </w:r>
      <w:r>
        <w:rPr>
          <w:rFonts w:ascii="宋体" w:hAnsi="宋体" w:eastAsia="宋体" w:cs="宋体"/>
          <w:color w:val="000000"/>
        </w:rPr>
        <w:t>“看花”是文章的叙述主线。阅读文章，完成下面表格。</w:t>
      </w:r>
    </w:p>
    <w:tbl>
      <w:tblPr>
        <w:tblStyle w:val="4"/>
        <w:tblW w:w="7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44"/>
        <w:gridCol w:w="1346"/>
        <w:gridCol w:w="1290"/>
        <w:gridCol w:w="1514"/>
        <w:gridCol w:w="2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4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“看花”次数</w:t>
            </w:r>
          </w:p>
        </w:tc>
        <w:tc>
          <w:tcPr>
            <w:tcW w:w="1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内容概括</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“我”的情感</w:t>
            </w:r>
          </w:p>
        </w:tc>
        <w:tc>
          <w:tcPr>
            <w:tcW w:w="16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部分句子朗读设计（朗读符号：重音·连读</w:t>
            </w:r>
            <w:r>
              <w:rPr>
                <w:rFonts w:ascii="宋体" w:hAnsi="宋体" w:eastAsia="宋体" w:cs="宋体"/>
                <w:color w:val="000000"/>
                <w:vertAlign w:val="superscript"/>
              </w:rPr>
              <w:t>︿</w:t>
            </w:r>
            <w:r>
              <w:rPr>
                <w:rFonts w:ascii="宋体" w:hAnsi="宋体" w:eastAsia="宋体" w:cs="宋体"/>
                <w:color w:val="000000"/>
              </w:rPr>
              <w:t>　停顿</w:t>
            </w:r>
            <w:r>
              <w:rPr>
                <w:rFonts w:ascii="宋体" w:hAnsi="宋体" w:eastAsia="宋体" w:cs="宋体"/>
                <w:color w:val="000000"/>
                <w:vertAlign w:val="superscript"/>
              </w:rPr>
              <w:t>V</w:t>
            </w:r>
            <w:r>
              <w:rPr>
                <w:rFonts w:ascii="宋体" w:hAnsi="宋体" w:eastAsia="宋体" w:cs="宋体"/>
                <w:color w:val="000000"/>
              </w:rPr>
              <w:t>）</w:t>
            </w:r>
          </w:p>
        </w:tc>
        <w:tc>
          <w:tcPr>
            <w:tcW w:w="25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理由解说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5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W w:w="1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“我”拒绝母亲春天里看菊花的请求。</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强烈反对</w:t>
            </w:r>
          </w:p>
        </w:tc>
        <w:tc>
          <w:tcPr>
            <w:tcW w:w="16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她侍弄的那些</w:t>
            </w:r>
            <w:r>
              <w:rPr>
                <w:rFonts w:ascii="宋体" w:hAnsi="宋体" w:eastAsia="宋体" w:cs="宋体"/>
                <w:color w:val="000000"/>
                <w:em w:val="dot"/>
              </w:rPr>
              <w:t>花</w:t>
            </w:r>
            <w:r>
              <w:rPr>
                <w:rFonts w:ascii="宋体" w:hAnsi="宋体" w:eastAsia="宋体" w:cs="宋体"/>
                <w:color w:val="000000"/>
              </w:rPr>
              <w:t>____③____</w:t>
            </w:r>
            <w:r>
              <w:rPr>
                <w:rFonts w:ascii="宋体" w:hAnsi="宋体" w:eastAsia="宋体" w:cs="宋体"/>
                <w:color w:val="000000"/>
                <w:em w:val="dot"/>
              </w:rPr>
              <w:t>都</w:t>
            </w:r>
            <w:r>
              <w:rPr>
                <w:rFonts w:ascii="宋体" w:hAnsi="宋体" w:eastAsia="宋体" w:cs="宋体"/>
                <w:color w:val="000000"/>
              </w:rPr>
              <w:t>死了。（填朗读符号）</w:t>
            </w:r>
          </w:p>
        </w:tc>
        <w:tc>
          <w:tcPr>
            <w:tcW w:w="25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____④____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5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c>
          <w:tcPr>
            <w:tcW w:w="1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____①____ （从母亲的角度概括）</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勉强接受</w:t>
            </w:r>
          </w:p>
        </w:tc>
        <w:tc>
          <w:tcPr>
            <w:tcW w:w="16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你要是愿意，︿就V明天？</w:t>
            </w:r>
          </w:p>
        </w:tc>
        <w:tc>
          <w:tcPr>
            <w:tcW w:w="25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儿子终于答应去看花，母亲既惊喜又急切；但依然克制自己的情感，把决定权交给儿子。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395"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第三次</w:t>
            </w:r>
          </w:p>
        </w:tc>
        <w:tc>
          <w:tcPr>
            <w:tcW w:w="1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妹妹秋天里推着“我”去北海赏菊花，告慰母亲的在天之灵。</w:t>
            </w:r>
          </w:p>
        </w:tc>
        <w:tc>
          <w:tcPr>
            <w:tcW w:w="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____②____</w:t>
            </w:r>
          </w:p>
        </w:tc>
        <w:tc>
          <w:tcPr>
            <w:tcW w:w="16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我</w:t>
            </w:r>
            <w:r>
              <w:rPr>
                <w:rFonts w:ascii="宋体" w:hAnsi="宋体" w:eastAsia="宋体" w:cs="宋体"/>
                <w:color w:val="000000"/>
                <w:em w:val="dot"/>
              </w:rPr>
              <w:t>俩</w:t>
            </w:r>
            <w:r>
              <w:rPr>
                <w:rFonts w:ascii="宋体" w:hAnsi="宋体" w:eastAsia="宋体" w:cs="宋体"/>
                <w:color w:val="000000"/>
              </w:rPr>
              <w:t>在一块儿，︿</w:t>
            </w:r>
            <w:r>
              <w:rPr>
                <w:rFonts w:ascii="宋体" w:hAnsi="宋体" w:eastAsia="宋体" w:cs="宋体"/>
                <w:color w:val="000000"/>
                <w:em w:val="dot"/>
              </w:rPr>
              <w:t>要</w:t>
            </w:r>
            <w:r>
              <w:rPr>
                <w:rFonts w:ascii="宋体" w:hAnsi="宋体" w:eastAsia="宋体" w:cs="宋体"/>
                <w:color w:val="000000"/>
              </w:rPr>
              <w:t>V好好儿</w:t>
            </w:r>
            <w:r>
              <w:rPr>
                <w:rFonts w:ascii="宋体" w:hAnsi="宋体" w:eastAsia="宋体" w:cs="宋体"/>
                <w:color w:val="000000"/>
                <w:em w:val="dot"/>
              </w:rPr>
              <w:t>活</w:t>
            </w:r>
            <w:r>
              <w:rPr>
                <w:rFonts w:ascii="宋体" w:hAnsi="宋体" w:eastAsia="宋体" w:cs="宋体"/>
                <w:color w:val="000000"/>
              </w:rPr>
              <w:t>……</w:t>
            </w:r>
          </w:p>
        </w:tc>
        <w:tc>
          <w:tcPr>
            <w:tcW w:w="25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重读“俩”“要”“活”等字，表达此时“我”理解了母亲的良苦用</w:t>
            </w:r>
          </w:p>
          <w:p>
            <w:pPr>
              <w:spacing w:line="360" w:lineRule="auto"/>
              <w:jc w:val="left"/>
              <w:textAlignment w:val="center"/>
              <w:rPr>
                <w:color w:val="000000"/>
              </w:rPr>
            </w:pPr>
            <w:r>
              <w:rPr>
                <w:rFonts w:ascii="宋体" w:hAnsi="宋体" w:eastAsia="宋体" w:cs="宋体"/>
                <w:color w:val="000000"/>
              </w:rPr>
              <w:t>心，理解了活着的价值与意义。和妹妹一定要活得坚强、活得有尊严。</w:t>
            </w:r>
          </w:p>
        </w:tc>
      </w:tr>
    </w:tbl>
    <w:p>
      <w:pPr>
        <w:spacing w:line="360" w:lineRule="auto"/>
        <w:jc w:val="left"/>
        <w:textAlignment w:val="center"/>
        <w:rPr>
          <w:color w:val="000000"/>
        </w:rPr>
      </w:pPr>
      <w:r>
        <w:rPr>
          <w:color w:val="000000"/>
        </w:rPr>
        <w:t xml:space="preserve">13. </w:t>
      </w:r>
      <w:r>
        <w:rPr>
          <w:rFonts w:ascii="宋体" w:hAnsi="宋体" w:eastAsia="宋体" w:cs="宋体"/>
          <w:color w:val="000000"/>
        </w:rPr>
        <w:t>下列表述</w:t>
      </w:r>
      <w:r>
        <w:rPr>
          <w:rFonts w:ascii="宋体" w:hAnsi="宋体" w:eastAsia="宋体" w:cs="宋体"/>
          <w:color w:val="000000"/>
          <w:em w:val="dot"/>
        </w:rPr>
        <w:t>不</w:t>
      </w:r>
      <w:r>
        <w:rPr>
          <w:rFonts w:ascii="宋体" w:hAnsi="宋体" w:eastAsia="宋体" w:cs="宋体"/>
          <w:color w:val="000000"/>
        </w:rPr>
        <w:t>正确的一项是</w:t>
      </w:r>
      <w:r>
        <w:rPr>
          <w:color w:val="000000"/>
        </w:rPr>
        <w:t>（     ）</w:t>
      </w:r>
    </w:p>
    <w:p>
      <w:pPr>
        <w:spacing w:line="360" w:lineRule="auto"/>
        <w:jc w:val="left"/>
        <w:textAlignment w:val="center"/>
        <w:rPr>
          <w:color w:val="000000"/>
        </w:rPr>
      </w:pPr>
      <w:r>
        <w:rPr>
          <w:rFonts w:ascii="宋体" w:hAnsi="宋体" w:eastAsia="宋体" w:cs="宋体"/>
          <w:color w:val="000000"/>
        </w:rPr>
        <w:t>【甲】处“眼边红红的”说明母亲已经哭过，可是却不见眼泪、不闻哭声。母亲不想让儿子看到，也不想让儿子听到。母亲“隐藏”自己的哭泣，是觉得在儿子面前流泪是很难为情的。</w:t>
      </w:r>
    </w:p>
    <w:p>
      <w:pPr>
        <w:spacing w:line="360" w:lineRule="auto"/>
        <w:jc w:val="left"/>
        <w:textAlignment w:val="center"/>
        <w:rPr>
          <w:color w:val="000000"/>
        </w:rPr>
      </w:pPr>
      <w:r>
        <w:rPr>
          <w:rFonts w:ascii="宋体" w:hAnsi="宋体" w:eastAsia="宋体" w:cs="宋体"/>
          <w:color w:val="000000"/>
        </w:rPr>
        <w:t>【乙】处“整宿整宿”这一叠词，说明不是“一宿”，而是“一宿接着一宿”，突出母亲被病魔折磨的时间之长久；“翻来覆去”说明母亲被病痛折磨得一刻都不得安宁。</w:t>
      </w:r>
    </w:p>
    <w:p>
      <w:pPr>
        <w:spacing w:line="360" w:lineRule="auto"/>
        <w:jc w:val="left"/>
        <w:textAlignment w:val="center"/>
        <w:rPr>
          <w:color w:val="000000"/>
        </w:rPr>
      </w:pPr>
      <w:r>
        <w:rPr>
          <w:rFonts w:ascii="宋体" w:hAnsi="宋体" w:eastAsia="宋体" w:cs="宋体"/>
          <w:color w:val="000000"/>
        </w:rPr>
        <w:t>【丙】处“一会儿坐下，一会儿站起”是对母亲得知“我”同意去看花后的动作描写，形象地写出了母亲对“我”走出家门这一决定的欣喜。</w:t>
      </w:r>
    </w:p>
    <w:p>
      <w:pPr>
        <w:spacing w:line="360" w:lineRule="auto"/>
        <w:jc w:val="left"/>
        <w:textAlignment w:val="center"/>
        <w:rPr>
          <w:color w:val="000000"/>
        </w:rPr>
      </w:pPr>
      <w:r>
        <w:rPr>
          <w:rFonts w:ascii="宋体" w:hAnsi="宋体" w:eastAsia="宋体" w:cs="宋体"/>
          <w:color w:val="000000"/>
        </w:rPr>
        <w:t>【丁】处“没想到”写出“我”不知道母亲有病，更不知道母亲病痛的程度，从这个句子中我们能够感受到作者深深的自责、愧疚与痛苦。</w:t>
      </w:r>
    </w:p>
    <w:p>
      <w:pPr>
        <w:spacing w:line="360" w:lineRule="auto"/>
        <w:jc w:val="left"/>
        <w:textAlignment w:val="center"/>
        <w:rPr>
          <w:color w:val="000000"/>
        </w:rPr>
      </w:pPr>
      <w:r>
        <w:rPr>
          <w:color w:val="000000"/>
        </w:rPr>
        <w:t xml:space="preserve">14. </w:t>
      </w:r>
      <w:r>
        <w:rPr>
          <w:rFonts w:ascii="宋体" w:hAnsi="宋体" w:eastAsia="宋体" w:cs="宋体"/>
          <w:color w:val="000000"/>
        </w:rPr>
        <w:t>作者在⑦段为什么细致描写秋风中开得烂漫的各色菊花？</w:t>
      </w:r>
    </w:p>
    <w:p>
      <w:pPr>
        <w:spacing w:line="360" w:lineRule="auto"/>
        <w:textAlignment w:val="center"/>
        <w:rPr>
          <w:color w:val="000000"/>
        </w:rPr>
      </w:pPr>
      <w:r>
        <w:rPr>
          <w:color w:val="2E75B6"/>
        </w:rPr>
        <w:t>【答案】</w:t>
      </w:r>
      <w:r>
        <w:rPr>
          <w:color w:val="000000"/>
        </w:rPr>
        <w:t xml:space="preserve">12. </w:t>
      </w:r>
      <w:r>
        <w:rPr>
          <w:rFonts w:ascii="宋体" w:hAnsi="宋体" w:eastAsia="宋体" w:cs="宋体"/>
          <w:color w:val="000000"/>
        </w:rPr>
        <w:t>（1）母亲请求“我”和她出去看花；</w:t>
      </w:r>
    </w:p>
    <w:p>
      <w:pPr>
        <w:spacing w:line="360" w:lineRule="auto"/>
        <w:jc w:val="left"/>
        <w:textAlignment w:val="center"/>
        <w:rPr>
          <w:color w:val="000000"/>
        </w:rPr>
      </w:pPr>
      <w:r>
        <w:rPr>
          <w:rFonts w:ascii="宋体" w:hAnsi="宋体" w:eastAsia="宋体" w:cs="宋体"/>
          <w:color w:val="000000"/>
        </w:rPr>
        <w:t>（2）理解、怀念母亲；</w:t>
      </w:r>
    </w:p>
    <w:p>
      <w:pPr>
        <w:spacing w:line="360" w:lineRule="auto"/>
        <w:jc w:val="left"/>
        <w:textAlignment w:val="center"/>
        <w:rPr>
          <w:color w:val="000000"/>
        </w:rPr>
      </w:pPr>
      <w:r>
        <w:rPr>
          <w:rFonts w:ascii="宋体" w:hAnsi="宋体" w:eastAsia="宋体" w:cs="宋体"/>
          <w:color w:val="000000"/>
        </w:rPr>
        <w:t>（3）“花”应该停顿；</w:t>
      </w:r>
    </w:p>
    <w:p>
      <w:pPr>
        <w:spacing w:line="360" w:lineRule="auto"/>
        <w:jc w:val="left"/>
        <w:textAlignment w:val="center"/>
        <w:rPr>
          <w:color w:val="000000"/>
        </w:rPr>
      </w:pPr>
      <w:r>
        <w:rPr>
          <w:rFonts w:ascii="宋体" w:hAnsi="宋体" w:eastAsia="宋体" w:cs="宋体"/>
          <w:color w:val="000000"/>
        </w:rPr>
        <w:t>（4）母亲喜欢花，喜欢侍弄花，但他侍弄的那些花都死了。表示母亲完全放弃了自己的乐趣，把一切精力和关心都放在了儿子身上，花死，表明我和母亲的心情都很低落，没有活下去的信心。</w:t>
      </w:r>
      <w:r>
        <w:rPr>
          <w:color w:val="000000"/>
        </w:rPr>
        <w:t xml:space="preserve">    </w:t>
      </w:r>
    </w:p>
    <w:p>
      <w:pPr>
        <w:spacing w:line="360" w:lineRule="auto"/>
        <w:jc w:val="left"/>
        <w:textAlignment w:val="center"/>
        <w:rPr>
          <w:color w:val="000000"/>
        </w:rPr>
      </w:pPr>
      <w:r>
        <w:rPr>
          <w:color w:val="000000"/>
        </w:rPr>
        <w:t xml:space="preserve">13. </w:t>
      </w:r>
      <w:r>
        <w:rPr>
          <w:rFonts w:ascii="宋体" w:hAnsi="宋体" w:eastAsia="宋体" w:cs="宋体"/>
          <w:color w:val="000000"/>
        </w:rPr>
        <w:t>甲</w:t>
      </w:r>
      <w:r>
        <w:rPr>
          <w:color w:val="000000"/>
        </w:rPr>
        <w:t xml:space="preserve">    14. </w:t>
      </w:r>
      <w:r>
        <w:rPr>
          <w:rFonts w:ascii="宋体" w:hAnsi="宋体" w:eastAsia="宋体" w:cs="宋体"/>
          <w:color w:val="000000"/>
        </w:rPr>
        <w:t>作者在结尾浓墨重彩地描写这些菊花，既表现了自己已经懂得母亲“好好儿活”的嘱托，要活出生命的多姿多彩，也暗示了作者对母亲深深的怀念，带着指责与感激。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color w:val="000000"/>
        </w:rPr>
        <w:t>（1）本题考查内容概括。</w:t>
      </w:r>
    </w:p>
    <w:p>
      <w:pPr>
        <w:spacing w:line="360" w:lineRule="auto"/>
        <w:jc w:val="left"/>
        <w:textAlignment w:val="center"/>
        <w:rPr>
          <w:color w:val="000000"/>
        </w:rPr>
      </w:pPr>
      <w:r>
        <w:rPr>
          <w:rFonts w:ascii="宋体" w:hAnsi="宋体" w:eastAsia="宋体" w:cs="宋体"/>
          <w:color w:val="000000"/>
        </w:rPr>
        <w:t>根据题干“第二次”“看花”次数的提示，找到③段“母亲进来了，挡在窗前……她忽然不说了”可概括为：母亲请求“我”和她出去看花；</w:t>
      </w:r>
    </w:p>
    <w:p>
      <w:pPr>
        <w:spacing w:line="360" w:lineRule="auto"/>
        <w:jc w:val="left"/>
        <w:textAlignment w:val="center"/>
        <w:rPr>
          <w:color w:val="000000"/>
        </w:rPr>
      </w:pPr>
      <w:r>
        <w:rPr>
          <w:color w:val="000000"/>
        </w:rPr>
        <w:t>（2）本题考查感情理解。</w:t>
      </w:r>
    </w:p>
    <w:p>
      <w:pPr>
        <w:spacing w:line="360" w:lineRule="auto"/>
        <w:jc w:val="left"/>
        <w:textAlignment w:val="center"/>
        <w:rPr>
          <w:color w:val="000000"/>
        </w:rPr>
      </w:pPr>
      <w:r>
        <w:rPr>
          <w:rFonts w:ascii="宋体" w:hAnsi="宋体" w:eastAsia="宋体" w:cs="宋体"/>
          <w:color w:val="000000"/>
        </w:rPr>
        <w:t>根据“内容概括”“妹妹秋天里推着“我”去北海赏菊花，告慰母亲的在天之灵”，找到⑦段“我懂得母亲没有说完的话。妹妹也懂。我俩在一块儿，要好好儿活……”可知，该句是妹妹秋天里推着“我”去北海赏菊花的感情抒发，可以理解为：理解、怀念母亲。</w:t>
      </w:r>
    </w:p>
    <w:p>
      <w:pPr>
        <w:spacing w:line="360" w:lineRule="auto"/>
        <w:jc w:val="left"/>
        <w:textAlignment w:val="center"/>
        <w:rPr>
          <w:color w:val="000000"/>
        </w:rPr>
      </w:pPr>
      <w:r>
        <w:rPr>
          <w:rFonts w:ascii="宋体" w:hAnsi="宋体" w:eastAsia="宋体" w:cs="宋体"/>
          <w:color w:val="000000"/>
        </w:rPr>
        <w:t>（3）（4）题考查句子朗读设计。</w:t>
      </w:r>
    </w:p>
    <w:p>
      <w:pPr>
        <w:spacing w:line="360" w:lineRule="auto"/>
        <w:jc w:val="left"/>
        <w:textAlignment w:val="center"/>
        <w:rPr>
          <w:color w:val="000000"/>
        </w:rPr>
      </w:pPr>
      <w:r>
        <w:rPr>
          <w:rFonts w:ascii="宋体" w:hAnsi="宋体" w:eastAsia="宋体" w:cs="宋体"/>
          <w:color w:val="000000"/>
        </w:rPr>
        <w:t>根据①段“双腿瘫痪后，我的脾气变得暴怒无常。望着望着天上北归的雁阵，我会突然把面前的玻璃砸碎；听着听着李谷一甜美的歌声，我会猛地把手边的东西摔向四周的墙壁。母亲就悄悄地躲出去，在我看不见的地方偷偷地听着我的动静”可知，“我”当时的身体状况和心理状况都不好，母亲很担心；结合“母亲喜欢花，可自从我的腿瘫痪以后，她侍弄的那些花都死了”可知，母亲完全放弃了自己的乐趣，把一切精力和关心都放在了儿子身上。“花死”表明我和母亲的心情都很低落，没有活下去的信心，因此“花”后应停顿，以突出这种意思。重读“都”以表现母亲把一切精力和关心都放在了儿子身上，突出母亲的伟大。</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本题考查内容理解。</w:t>
      </w:r>
    </w:p>
    <w:p>
      <w:pPr>
        <w:spacing w:line="360" w:lineRule="auto"/>
        <w:jc w:val="left"/>
        <w:textAlignment w:val="center"/>
        <w:rPr>
          <w:color w:val="000000"/>
        </w:rPr>
      </w:pPr>
      <w:r>
        <w:rPr>
          <w:rFonts w:ascii="宋体" w:hAnsi="宋体" w:eastAsia="宋体" w:cs="宋体"/>
          <w:color w:val="000000"/>
        </w:rPr>
        <w:t>【甲】表述不正确。根据①段“双腿瘫痪后，我的脾气变得暴怒无常。望着望着天上北归的雁阵，我会突然把面前的玻璃砸碎；听着听着李谷一甜美的歌声，我会猛地把手边的东西摔向四周的墙壁。母亲就悄悄地躲出去，在我看不见的地方偷偷地听着我的动静”可知，“我”当时的身体状况和心理状况都不好，母亲“隐藏”自己的哭泣，是怕增加儿子的心理负担，是儿子的状况更糟糕，而非“是觉得在儿子面前流泪是很难为情的”。</w:t>
      </w:r>
    </w:p>
    <w:p>
      <w:pPr>
        <w:spacing w:line="360" w:lineRule="auto"/>
        <w:jc w:val="left"/>
        <w:textAlignment w:val="center"/>
        <w:rPr>
          <w:color w:val="000000"/>
        </w:rPr>
      </w:pPr>
      <w:r>
        <w:rPr>
          <w:rFonts w:ascii="宋体" w:hAnsi="宋体" w:eastAsia="宋体" w:cs="宋体"/>
          <w:color w:val="000000"/>
        </w:rPr>
        <w:t>故选【甲】。</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本题考查句段作用。</w:t>
      </w:r>
    </w:p>
    <w:p>
      <w:pPr>
        <w:spacing w:line="360" w:lineRule="auto"/>
        <w:jc w:val="left"/>
        <w:textAlignment w:val="center"/>
        <w:rPr>
          <w:color w:val="000000"/>
        </w:rPr>
      </w:pPr>
      <w:r>
        <w:rPr>
          <w:rFonts w:ascii="宋体" w:hAnsi="宋体" w:eastAsia="宋体" w:cs="宋体"/>
          <w:color w:val="000000"/>
        </w:rPr>
        <w:t>根据⑦段“我懂得母亲没有说完的话。妹妹也懂。我俩在一块儿，要好好儿活……”，结合母亲生前曾两次带让“我”去北海看花散心，结果均未成行，可知，在母亲去世后和妹妹一起去北海看花，是为了怀念母亲；结合“黄色的花淡雅，白色的花高洁，紫红色的花热烈而深沉，泼泼洒洒，秋风中正开得烂漫”对菊花的描写可知，已经懂得母亲“好好儿活”的嘱托，要像菊花一样活出生命的多姿多彩；结合①段“‘不，我不去！’我狠命地捶打这两条可恨的腿，喊着，‘我可活什么劲儿！</w:t>
      </w:r>
      <w:r>
        <w:rPr>
          <w:rFonts w:ascii="宋体" w:hAnsi="宋体" w:eastAsia="宋体" w:cs="宋体"/>
          <w:color w:val="000000"/>
        </w:rPr>
        <w:tab/>
      </w:r>
      <w:r>
        <w:rPr>
          <w:rFonts w:ascii="宋体" w:hAnsi="宋体" w:eastAsia="宋体" w:cs="宋体"/>
          <w:color w:val="000000"/>
        </w:rPr>
        <w:t>’母亲扑过来抓住我的手，忍住哭声说：‘咱娘儿俩在一块儿，好好儿活，好好儿活……</w:t>
      </w:r>
      <w:r>
        <w:rPr>
          <w:rFonts w:ascii="宋体" w:hAnsi="宋体" w:eastAsia="宋体" w:cs="宋体"/>
          <w:color w:val="000000"/>
        </w:rPr>
        <w:tab/>
      </w:r>
      <w:r>
        <w:rPr>
          <w:rFonts w:ascii="宋体" w:hAnsi="宋体" w:eastAsia="宋体" w:cs="宋体"/>
          <w:color w:val="000000"/>
        </w:rPr>
        <w:t>’”自己在母亲生前对母亲的粗暴可知，隐含着自责、愧疚和对母亲的感激之情。</w:t>
      </w:r>
    </w:p>
    <w:p>
      <w:pPr>
        <w:spacing w:line="360" w:lineRule="auto"/>
        <w:jc w:val="left"/>
        <w:textAlignment w:val="center"/>
        <w:rPr>
          <w:color w:val="000000"/>
        </w:rPr>
      </w:pPr>
      <w:r>
        <w:rPr>
          <w:rFonts w:ascii="宋体" w:hAnsi="宋体" w:eastAsia="宋体" w:cs="宋体"/>
          <w:b/>
          <w:color w:val="000000"/>
          <w:sz w:val="24"/>
        </w:rPr>
        <w:t>（二）（共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阅读《榆林如花隔云端》，完成下面小题。</w:t>
      </w:r>
    </w:p>
    <w:p>
      <w:pPr>
        <w:spacing w:line="360" w:lineRule="auto"/>
        <w:jc w:val="center"/>
        <w:textAlignment w:val="center"/>
        <w:rPr>
          <w:color w:val="000000"/>
        </w:rPr>
      </w:pPr>
      <w:r>
        <w:rPr>
          <w:rFonts w:ascii="楷体" w:hAnsi="楷体" w:eastAsia="楷体" w:cs="楷体"/>
          <w:color w:val="000000"/>
        </w:rPr>
        <w:t>榆林如花隔云端</w:t>
      </w:r>
    </w:p>
    <w:p>
      <w:pPr>
        <w:spacing w:line="360" w:lineRule="auto"/>
        <w:jc w:val="center"/>
        <w:textAlignment w:val="center"/>
        <w:rPr>
          <w:color w:val="000000"/>
        </w:rPr>
      </w:pPr>
      <w:r>
        <w:rPr>
          <w:rFonts w:ascii="楷体" w:hAnsi="楷体" w:eastAsia="楷体" w:cs="楷体"/>
          <w:color w:val="000000"/>
        </w:rPr>
        <w:t>刘成章</w:t>
      </w:r>
    </w:p>
    <w:p>
      <w:pPr>
        <w:spacing w:line="360" w:lineRule="auto"/>
        <w:ind w:firstLine="420"/>
        <w:jc w:val="left"/>
        <w:textAlignment w:val="center"/>
        <w:rPr>
          <w:color w:val="000000"/>
        </w:rPr>
      </w:pPr>
      <w:r>
        <w:rPr>
          <w:rFonts w:ascii="楷体" w:hAnsi="楷体" w:eastAsia="楷体" w:cs="楷体"/>
          <w:color w:val="000000"/>
        </w:rPr>
        <w:t>①一千三百多年前，诗人李白曾经慨叹</w:t>
      </w:r>
      <w:r>
        <w:rPr>
          <w:rFonts w:ascii="宋体" w:hAnsi="宋体" w:eastAsia="宋体" w:cs="宋体"/>
          <w:color w:val="000000"/>
        </w:rPr>
        <w:t>“</w:t>
      </w:r>
      <w:r>
        <w:rPr>
          <w:rFonts w:ascii="楷体" w:hAnsi="楷体" w:eastAsia="楷体" w:cs="楷体"/>
          <w:color w:val="000000"/>
        </w:rPr>
        <w:t>天长路远魂飞苦</w:t>
      </w:r>
      <w:r>
        <w:rPr>
          <w:rFonts w:ascii="宋体" w:hAnsi="宋体" w:eastAsia="宋体" w:cs="宋体"/>
          <w:color w:val="000000"/>
        </w:rPr>
        <w:t>”“</w:t>
      </w:r>
      <w:r>
        <w:rPr>
          <w:rFonts w:ascii="楷体" w:hAnsi="楷体" w:eastAsia="楷体" w:cs="楷体"/>
          <w:color w:val="000000"/>
        </w:rPr>
        <w:t>美人如花隔云端</w:t>
      </w:r>
      <w:r>
        <w:rPr>
          <w:rFonts w:ascii="宋体" w:hAnsi="宋体" w:eastAsia="宋体" w:cs="宋体"/>
          <w:color w:val="000000"/>
        </w:rPr>
        <w:t>”</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②五十多年前，我对榆林的感受也是如此。榆林是个塞上古城。它古典、精致，具有独特风采，却又难以接近。因为它不是敞露在那里，而是被严严实实地包裹着，一层风、一层沙地包裹在那里。要去一回榆林，着实不容易。</w:t>
      </w:r>
    </w:p>
    <w:p>
      <w:pPr>
        <w:spacing w:line="360" w:lineRule="auto"/>
        <w:ind w:firstLine="420"/>
        <w:jc w:val="left"/>
        <w:textAlignment w:val="center"/>
        <w:rPr>
          <w:color w:val="000000"/>
        </w:rPr>
      </w:pPr>
      <w:r>
        <w:rPr>
          <w:rFonts w:ascii="楷体" w:hAnsi="楷体" w:eastAsia="楷体" w:cs="楷体"/>
          <w:color w:val="000000"/>
        </w:rPr>
        <w:t>③我第一次去的时候，从延安坐车出发，一半路程还没走完，老黄风就迎面袭来，能见度极低，汽车只能勉强蠕动。直到月亮升起之时，才到了榆林城郊，风也才小了一些，而这城郊又是一片沙漠，一眼望去，沙梁连着沙梁。【甲】</w:t>
      </w:r>
    </w:p>
    <w:p>
      <w:pPr>
        <w:spacing w:line="360" w:lineRule="auto"/>
        <w:ind w:firstLine="420"/>
        <w:jc w:val="left"/>
        <w:textAlignment w:val="center"/>
        <w:rPr>
          <w:color w:val="000000"/>
        </w:rPr>
      </w:pPr>
      <w:r>
        <w:rPr>
          <w:rFonts w:ascii="楷体" w:hAnsi="楷体" w:eastAsia="楷体" w:cs="楷体"/>
          <w:color w:val="000000"/>
        </w:rPr>
        <w:t>④最近，我以老迈之躯又一次去了榆林。虽然我腿脚不灵了，但时代却显得风华正茂，而榆林完全脱下了它的层层包裹，喜盈盈地、大方得体地站在那里，迎接我的到来。</w:t>
      </w:r>
      <w:r>
        <w:rPr>
          <w:rFonts w:ascii="楷体" w:hAnsi="楷体" w:eastAsia="楷体" w:cs="楷体"/>
          <w:color w:val="000000"/>
          <w:u w:val="single"/>
        </w:rPr>
        <w:t>走出列车车厢，温暖的阳光像透明的温泉水从天穹缓缓的流泻下来，洒在我们每个人身上，只觉得浑身暖洋洋的，冬天的寒气瞬间收敛了不少</w:t>
      </w:r>
      <w:r>
        <w:rPr>
          <w:rFonts w:ascii="楷体" w:hAnsi="楷体" w:eastAsia="楷体" w:cs="楷体"/>
          <w:color w:val="000000"/>
        </w:rPr>
        <w:t>。我曾常去的老城，那老城里的四合院，四合院之间的窄窄巷子，都好似</w:t>
      </w:r>
      <w:r>
        <w:rPr>
          <w:rFonts w:ascii="宋体" w:hAnsi="宋体" w:eastAsia="宋体" w:cs="宋体"/>
          <w:color w:val="000000"/>
        </w:rPr>
        <w:t>“</w:t>
      </w:r>
      <w:r>
        <w:rPr>
          <w:rFonts w:ascii="楷体" w:hAnsi="楷体" w:eastAsia="楷体" w:cs="楷体"/>
          <w:color w:val="000000"/>
        </w:rPr>
        <w:t>人面不知何处去</w:t>
      </w:r>
      <w:r>
        <w:rPr>
          <w:rFonts w:ascii="宋体" w:hAnsi="宋体" w:eastAsia="宋体" w:cs="宋体"/>
          <w:color w:val="000000"/>
        </w:rPr>
        <w:t>”</w:t>
      </w:r>
      <w:r>
        <w:rPr>
          <w:rFonts w:ascii="楷体" w:hAnsi="楷体" w:eastAsia="楷体" w:cs="楷体"/>
          <w:color w:val="000000"/>
        </w:rPr>
        <w:t>，正在做着修缮保护。人们基本都已住进了周围新建的楼房。楼房之间，街道宽阔，常常有三车道或四车道，一派现代化景象。【乙】现在的榆林，治理了风沙，开发了煤和天然气等资源，成了全省响当当的</w:t>
      </w:r>
      <w:r>
        <w:rPr>
          <w:rFonts w:ascii="宋体" w:hAnsi="宋体" w:eastAsia="宋体" w:cs="宋体"/>
          <w:color w:val="000000"/>
        </w:rPr>
        <w:t>“</w:t>
      </w:r>
      <w:r>
        <w:rPr>
          <w:rFonts w:ascii="楷体" w:hAnsi="楷体" w:eastAsia="楷体" w:cs="楷体"/>
          <w:color w:val="000000"/>
        </w:rPr>
        <w:t>富豪</w:t>
      </w:r>
      <w:r>
        <w:rPr>
          <w:rFonts w:ascii="宋体" w:hAnsi="宋体" w:eastAsia="宋体" w:cs="宋体"/>
          <w:color w:val="000000"/>
        </w:rPr>
        <w:t>”</w:t>
      </w:r>
      <w:r>
        <w:rPr>
          <w:rFonts w:ascii="楷体" w:hAnsi="楷体" w:eastAsia="楷体" w:cs="楷体"/>
          <w:color w:val="000000"/>
        </w:rPr>
        <w:t>。人们的腰杆都挺起来了，好似都成了小说《白鹿原》中被黑娃看不惯的白嘉轩。</w:t>
      </w:r>
    </w:p>
    <w:p>
      <w:pPr>
        <w:spacing w:line="360" w:lineRule="auto"/>
        <w:ind w:firstLine="420"/>
        <w:jc w:val="left"/>
        <w:textAlignment w:val="center"/>
        <w:rPr>
          <w:color w:val="000000"/>
        </w:rPr>
      </w:pPr>
      <w:r>
        <w:rPr>
          <w:rFonts w:ascii="楷体" w:hAnsi="楷体" w:eastAsia="楷体" w:cs="楷体"/>
          <w:color w:val="000000"/>
        </w:rPr>
        <w:t>⑤这一次，榆林的小吃，给我的印象太深了，价格实惠、味道醉人、花样繁复，什么炸豆奶、划菜、刀刀碗公式、羊肉丁丁饭、沙盖拌疙瘩，简直是风情万种。不是我夸张，没有一种不好吃。其中有一种</w:t>
      </w:r>
      <w:r>
        <w:rPr>
          <w:rFonts w:ascii="宋体" w:hAnsi="宋体" w:eastAsia="宋体" w:cs="宋体"/>
          <w:color w:val="000000"/>
        </w:rPr>
        <w:t>“</w:t>
      </w:r>
      <w:r>
        <w:rPr>
          <w:rFonts w:ascii="楷体" w:hAnsi="楷体" w:eastAsia="楷体" w:cs="楷体"/>
          <w:color w:val="000000"/>
        </w:rPr>
        <w:t>霍了饭</w:t>
      </w:r>
      <w:r>
        <w:rPr>
          <w:rFonts w:ascii="宋体" w:hAnsi="宋体" w:eastAsia="宋体" w:cs="宋体"/>
          <w:color w:val="000000"/>
        </w:rPr>
        <w:t>”</w:t>
      </w:r>
      <w:r>
        <w:rPr>
          <w:rFonts w:ascii="楷体" w:hAnsi="楷体" w:eastAsia="楷体" w:cs="楷体"/>
          <w:color w:val="000000"/>
        </w:rPr>
        <w:t>，原料是沙漠中野生的沙米和风干的羊肉，加调料，在文火中慢煮三四个小时，其味道真是妙不可言。而那饭的名字，更增添了一层妙意。</w:t>
      </w:r>
      <w:r>
        <w:rPr>
          <w:rFonts w:ascii="宋体" w:hAnsi="宋体" w:eastAsia="宋体" w:cs="宋体"/>
          <w:color w:val="000000"/>
        </w:rPr>
        <w:t>“</w:t>
      </w:r>
      <w:r>
        <w:rPr>
          <w:rFonts w:ascii="楷体" w:hAnsi="楷体" w:eastAsia="楷体" w:cs="楷体"/>
          <w:color w:val="000000"/>
        </w:rPr>
        <w:t>霍</w:t>
      </w:r>
      <w:r>
        <w:rPr>
          <w:rFonts w:ascii="宋体" w:hAnsi="宋体" w:eastAsia="宋体" w:cs="宋体"/>
          <w:color w:val="000000"/>
        </w:rPr>
        <w:t>”</w:t>
      </w:r>
      <w:r>
        <w:rPr>
          <w:rFonts w:ascii="楷体" w:hAnsi="楷体" w:eastAsia="楷体" w:cs="楷体"/>
          <w:color w:val="000000"/>
        </w:rPr>
        <w:t>者，鸟儿在雨中飞翔之声也；</w:t>
      </w:r>
      <w:r>
        <w:rPr>
          <w:rFonts w:ascii="宋体" w:hAnsi="宋体" w:eastAsia="宋体" w:cs="宋体"/>
          <w:color w:val="000000"/>
        </w:rPr>
        <w:t>“</w:t>
      </w:r>
      <w:r>
        <w:rPr>
          <w:rFonts w:ascii="楷体" w:hAnsi="楷体" w:eastAsia="楷体" w:cs="楷体"/>
          <w:color w:val="000000"/>
        </w:rPr>
        <w:t>了</w:t>
      </w:r>
      <w:r>
        <w:rPr>
          <w:rFonts w:ascii="宋体" w:hAnsi="宋体" w:eastAsia="宋体" w:cs="宋体"/>
          <w:color w:val="000000"/>
        </w:rPr>
        <w:t>”</w:t>
      </w:r>
      <w:r>
        <w:rPr>
          <w:rFonts w:ascii="楷体" w:hAnsi="楷体" w:eastAsia="楷体" w:cs="楷体"/>
          <w:color w:val="000000"/>
        </w:rPr>
        <w:t>字的意思似乎不必琢磨了，仅那发音，就足够撩人的了。榆林的这些奇葩小吃，都让我的味蕾乐不思蜀。我的同事也是赞美连连，说是会终生难忘。</w:t>
      </w:r>
    </w:p>
    <w:p>
      <w:pPr>
        <w:spacing w:line="360" w:lineRule="auto"/>
        <w:ind w:firstLine="420"/>
        <w:jc w:val="left"/>
        <w:textAlignment w:val="center"/>
        <w:rPr>
          <w:color w:val="000000"/>
        </w:rPr>
      </w:pPr>
      <w:r>
        <w:rPr>
          <w:rFonts w:ascii="楷体" w:hAnsi="楷体" w:eastAsia="楷体" w:cs="楷体"/>
          <w:color w:val="000000"/>
        </w:rPr>
        <w:t>⑥除此之外，榆林的陕北民歌博物馆，也给我留下了深刻的印象。这是榆林独有的一种博物馆。馆里的藏品已经相当丰富，刨出了黄土深埋着的千年文化老根。风姿绰约的讲解员姑娘，都有一副好嗓子，随口就可以唱一曲。这些年人们都会从荧屏上看到，陕北民歌手层出不穷，新作就像过江之鲫，在此，我们可以窥见其深层原因了。</w:t>
      </w:r>
    </w:p>
    <w:p>
      <w:pPr>
        <w:spacing w:line="360" w:lineRule="auto"/>
        <w:ind w:firstLine="420"/>
        <w:jc w:val="left"/>
        <w:textAlignment w:val="center"/>
        <w:rPr>
          <w:color w:val="000000"/>
        </w:rPr>
      </w:pPr>
      <w:r>
        <w:rPr>
          <w:rFonts w:ascii="楷体" w:hAnsi="楷体" w:eastAsia="楷体" w:cs="楷体"/>
          <w:color w:val="000000"/>
        </w:rPr>
        <w:t>⑦而给我印象最深的是，榆林居然真的没有了沙漠。在榆林住的几天，我天天注意观察；在我回程去机场时，我一路都瞪大着眼睛，那确实是真真切切的，连一平方的沙漠都看不见了。老黄风也终于被绿树大多消化了。</w:t>
      </w:r>
    </w:p>
    <w:p>
      <w:pPr>
        <w:spacing w:line="360" w:lineRule="auto"/>
        <w:ind w:firstLine="420"/>
        <w:jc w:val="left"/>
        <w:textAlignment w:val="center"/>
        <w:rPr>
          <w:color w:val="000000"/>
        </w:rPr>
      </w:pPr>
      <w:r>
        <w:rPr>
          <w:rFonts w:ascii="楷体" w:hAnsi="楷体" w:eastAsia="楷体" w:cs="楷体"/>
          <w:color w:val="000000"/>
        </w:rPr>
        <w:t>⑧我回到北京之后，在网上查了一下，我发现榆林又重新被包裹住了，那是一层一层的青山绿水、一层一层的陕北民歌，包裹着它。这好像意在表明，越是美好的事物，比如美人，越应该有些遮挡，犹抱琵琶半遮面。于是我想：在这些日子，我读的是一首朦胧好诗，榆林如花隔云端。</w:t>
      </w:r>
    </w:p>
    <w:p>
      <w:pPr>
        <w:spacing w:line="360" w:lineRule="auto"/>
        <w:jc w:val="right"/>
        <w:textAlignment w:val="center"/>
        <w:rPr>
          <w:color w:val="000000"/>
        </w:rPr>
      </w:pPr>
      <w:r>
        <w:rPr>
          <w:rFonts w:ascii="宋体" w:hAnsi="宋体" w:eastAsia="宋体" w:cs="宋体"/>
          <w:color w:val="000000"/>
        </w:rPr>
        <w:t>（文章有删改）</w:t>
      </w:r>
    </w:p>
    <w:p>
      <w:pPr>
        <w:spacing w:line="360" w:lineRule="auto"/>
        <w:jc w:val="left"/>
        <w:textAlignment w:val="center"/>
        <w:rPr>
          <w:color w:val="000000"/>
        </w:rPr>
      </w:pPr>
      <w:r>
        <w:rPr>
          <w:color w:val="000000"/>
        </w:rPr>
        <w:t xml:space="preserve">15. </w:t>
      </w:r>
      <w:r>
        <w:rPr>
          <w:rFonts w:ascii="宋体" w:hAnsi="宋体" w:eastAsia="宋体" w:cs="宋体"/>
          <w:color w:val="000000"/>
        </w:rPr>
        <w:t>下面这段文字是作者有一年来榆林时的看到的情景，你认为放入文中【甲】【乙】两处，哪一处更恰当？请简要说明理由。</w:t>
      </w:r>
    </w:p>
    <w:p>
      <w:pPr>
        <w:spacing w:line="360" w:lineRule="auto"/>
        <w:jc w:val="left"/>
        <w:textAlignment w:val="center"/>
        <w:rPr>
          <w:color w:val="000000"/>
        </w:rPr>
      </w:pPr>
      <w:r>
        <w:rPr>
          <w:rFonts w:ascii="宋体" w:hAnsi="宋体" w:eastAsia="宋体" w:cs="宋体"/>
          <w:color w:val="000000"/>
        </w:rPr>
        <w:t>记得有一年我来时，好多单位都穷得发不出工资，买不起办公用品，有人上班之后拿上水笔，去到富一些的单位，求人家给他“施舍”点儿墨水，好回来办公。那时，榆林真是穷极了。</w:t>
      </w:r>
    </w:p>
    <w:p>
      <w:pPr>
        <w:spacing w:line="360" w:lineRule="auto"/>
        <w:jc w:val="left"/>
        <w:textAlignment w:val="center"/>
        <w:rPr>
          <w:color w:val="000000"/>
        </w:rPr>
      </w:pPr>
      <w:r>
        <w:rPr>
          <w:color w:val="000000"/>
        </w:rPr>
        <w:t xml:space="preserve">16. </w:t>
      </w:r>
      <w:r>
        <w:rPr>
          <w:rFonts w:ascii="宋体" w:hAnsi="宋体" w:eastAsia="宋体" w:cs="宋体"/>
          <w:color w:val="000000"/>
        </w:rPr>
        <w:t>品味文中画线语句，体会句中修辞方法的表达效果。答：</w:t>
      </w:r>
    </w:p>
    <w:p>
      <w:pPr>
        <w:spacing w:line="360" w:lineRule="auto"/>
        <w:jc w:val="left"/>
        <w:textAlignment w:val="center"/>
        <w:rPr>
          <w:color w:val="000000"/>
        </w:rPr>
      </w:pPr>
      <w:r>
        <w:rPr>
          <w:color w:val="000000"/>
        </w:rPr>
        <w:t xml:space="preserve">17. </w:t>
      </w:r>
      <w:r>
        <w:rPr>
          <w:rFonts w:ascii="宋体" w:hAnsi="宋体" w:eastAsia="宋体" w:cs="宋体"/>
          <w:color w:val="000000"/>
        </w:rPr>
        <w:t>文章改写李白的诗句“美人如花隔云端”为“榆林如花隔云端”做标题，请你谈谈对这一题目的理解。</w:t>
      </w:r>
    </w:p>
    <w:p>
      <w:pPr>
        <w:spacing w:line="360" w:lineRule="auto"/>
        <w:textAlignment w:val="center"/>
        <w:rPr>
          <w:color w:val="000000"/>
        </w:rPr>
      </w:pPr>
      <w:r>
        <w:rPr>
          <w:color w:val="2E75B6"/>
        </w:rPr>
        <w:t>【答案】</w:t>
      </w:r>
      <w:r>
        <w:rPr>
          <w:color w:val="000000"/>
        </w:rPr>
        <w:t xml:space="preserve">15. 乙处，和下文相互对照，说明随着时代的发展，榆林的变化很大。    </w:t>
      </w:r>
    </w:p>
    <w:p>
      <w:pPr>
        <w:spacing w:line="360" w:lineRule="auto"/>
        <w:textAlignment w:val="center"/>
        <w:rPr>
          <w:color w:val="000000"/>
        </w:rPr>
      </w:pPr>
      <w:r>
        <w:rPr>
          <w:color w:val="000000"/>
        </w:rPr>
        <w:t xml:space="preserve">16. 运用比喻的修辞手法，形象地体现了我第二次到榆林时的激动、愉悦之情。    </w:t>
      </w:r>
    </w:p>
    <w:p>
      <w:pPr>
        <w:spacing w:line="360" w:lineRule="auto"/>
        <w:textAlignment w:val="center"/>
        <w:rPr>
          <w:color w:val="000000"/>
        </w:rPr>
      </w:pPr>
      <w:r>
        <w:rPr>
          <w:color w:val="000000"/>
        </w:rPr>
        <w:t>17. 化用李白的诗句，具有文化韵味，吸引读者的阅读兴趣，同时，也体现了榆林的变化，暗含着作者对对榆林这座城市的喜爱和赞美之情。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本题考查句子衔接。</w:t>
      </w:r>
    </w:p>
    <w:p>
      <w:pPr>
        <w:spacing w:line="360" w:lineRule="auto"/>
        <w:jc w:val="left"/>
        <w:textAlignment w:val="center"/>
        <w:rPr>
          <w:color w:val="000000"/>
        </w:rPr>
      </w:pPr>
      <w:r>
        <w:rPr>
          <w:rFonts w:ascii="宋体" w:hAnsi="宋体" w:eastAsia="宋体" w:cs="宋体"/>
          <w:color w:val="000000"/>
        </w:rPr>
        <w:t>语句“记得有一年我来时，好多单位都穷得发不出工资，买不起办公用品，有人上班之后拿上水笔，去到富一些的单位，求人家给他‘施舍’点儿墨水，好回来办公。那时，榆林真是穷极了”是在写以前榆林地区经济落后，这与乙处的“现在的榆林，治理了风沙，开发了煤和天然气等资源，成了全省响当当的‘富豪’”相互对照，说明随着时代的发展，榆林的变化很大，所以放在乙处。</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本题考查句子赏析。</w:t>
      </w:r>
    </w:p>
    <w:p>
      <w:pPr>
        <w:spacing w:line="360" w:lineRule="auto"/>
        <w:jc w:val="left"/>
        <w:textAlignment w:val="center"/>
        <w:rPr>
          <w:color w:val="000000"/>
        </w:rPr>
      </w:pPr>
      <w:r>
        <w:rPr>
          <w:rFonts w:ascii="宋体" w:hAnsi="宋体" w:eastAsia="宋体" w:cs="宋体"/>
          <w:color w:val="000000"/>
        </w:rPr>
        <w:t>划线句中“温暖的阳光像透明的温泉水从天穹缓缓的流泻下来”，将阳光比做温泉水，因此是运用了比喻的修辞手法，生动形象的表现了车厢内阳光温暖柔和的特点；“只觉得浑身暖洋洋的，冬天的寒气瞬间收敛了不少”，写我再次来到榆林时，天气虽冷但是身体只感受到暖，体现了我第二次到榆林时的激动。</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本题考查标题的含义。</w:t>
      </w:r>
    </w:p>
    <w:p>
      <w:pPr>
        <w:spacing w:line="360" w:lineRule="auto"/>
        <w:jc w:val="left"/>
        <w:textAlignment w:val="center"/>
        <w:rPr>
          <w:color w:val="000000"/>
        </w:rPr>
      </w:pPr>
      <w:r>
        <w:rPr>
          <w:rFonts w:ascii="宋体" w:hAnsi="宋体" w:eastAsia="宋体" w:cs="宋体"/>
          <w:color w:val="000000"/>
        </w:rPr>
        <w:t>题目“榆林如花隔云端”是化用李白的诗句“美人如花隔云端”，具有诗韵，增添文章的文学性，能吸引读者的阅读兴趣；</w:t>
      </w:r>
    </w:p>
    <w:p>
      <w:pPr>
        <w:spacing w:line="360" w:lineRule="auto"/>
        <w:jc w:val="left"/>
        <w:textAlignment w:val="center"/>
        <w:rPr>
          <w:color w:val="000000"/>
        </w:rPr>
      </w:pPr>
      <w:r>
        <w:rPr>
          <w:rFonts w:ascii="宋体" w:hAnsi="宋体" w:eastAsia="宋体" w:cs="宋体"/>
          <w:color w:val="000000"/>
        </w:rPr>
        <w:t>“榆林如花隔云端”意思榆林美景如画，相隔在九天云端。联系第②段“五十多年前，我对榆林的感受也是如此。榆林是个塞上古城。它古典、精致，具有独特风采，却又难以接近”，第⑧段“我发现榆林又重新被包裹住了，那是一层一层的青山绿水、一层一层的陕北民歌，包裹着它。这好像意在表明，越是美好的事物，比如美人，越应该有些遮挡，犹抱琵琶半遮面。于是我想：在这些日子，我读的是一首朦胧好诗，榆林如花隔云端”可知，作者前后来到榆林，发现榆林之景发生了些许变化，但依然保持着美丽与神秘，标题“榆林如花隔云端也体现了榆林的变化，表达作者对榆林的喜爱与赞美之情。</w:t>
      </w:r>
    </w:p>
    <w:p>
      <w:pPr>
        <w:pStyle w:val="Heading3"/>
      </w:pPr>
      <w:r>
        <w:t>延庆区</w:t>
      </w:r>
    </w:p>
    <w:p>
      <w:pPr>
        <w:spacing w:line="360" w:lineRule="auto"/>
        <w:jc w:val="left"/>
        <w:textAlignment w:val="center"/>
        <w:rPr>
          <w:color w:val="000000"/>
        </w:rPr>
      </w:pPr>
      <w:r>
        <w:rPr>
          <w:rFonts w:ascii="宋体" w:eastAsia="宋体" w:hAnsi="宋体" w:cs="宋体"/>
          <w:b/>
          <w:color w:val="000000"/>
          <w:sz w:val="24"/>
        </w:rPr>
        <w:t>四、现代文阅读（共19分）</w:t>
      </w:r>
    </w:p>
    <w:p>
      <w:pPr>
        <w:spacing w:line="360" w:lineRule="auto"/>
        <w:jc w:val="left"/>
        <w:textAlignment w:val="center"/>
        <w:rPr>
          <w:color w:val="000000"/>
        </w:rPr>
      </w:pPr>
      <w:r>
        <w:rPr>
          <w:color w:val="000000"/>
        </w:rPr>
        <w:t xml:space="preserve">6. </w:t>
      </w:r>
      <w:r>
        <w:rPr>
          <w:rFonts w:ascii="宋体" w:eastAsia="宋体" w:hAnsi="宋体" w:cs="宋体"/>
          <w:color w:val="000000"/>
        </w:rPr>
        <w:t>阅读《泥土温润的光芒》，完成问题。</w:t>
      </w:r>
    </w:p>
    <w:p>
      <w:pPr>
        <w:spacing w:line="360" w:lineRule="auto"/>
        <w:ind w:firstLine="420"/>
        <w:jc w:val="center"/>
        <w:textAlignment w:val="center"/>
        <w:rPr>
          <w:color w:val="000000"/>
        </w:rPr>
      </w:pPr>
      <w:r>
        <w:rPr>
          <w:rFonts w:ascii="楷体" w:eastAsia="楷体" w:hAnsi="楷体" w:cs="楷体"/>
          <w:color w:val="000000"/>
        </w:rPr>
        <w:t>泥土温润的光芒</w:t>
      </w:r>
    </w:p>
    <w:p>
      <w:pPr>
        <w:spacing w:line="360" w:lineRule="auto"/>
        <w:ind w:firstLine="420"/>
        <w:jc w:val="center"/>
        <w:textAlignment w:val="center"/>
        <w:rPr>
          <w:color w:val="000000"/>
        </w:rPr>
      </w:pPr>
      <w:r>
        <w:rPr>
          <w:rFonts w:ascii="楷体" w:eastAsia="楷体" w:hAnsi="楷体" w:cs="楷体"/>
          <w:color w:val="000000"/>
        </w:rPr>
        <w:t>刘学刚</w:t>
      </w:r>
    </w:p>
    <w:p>
      <w:pPr>
        <w:spacing w:line="360" w:lineRule="auto"/>
        <w:ind w:firstLine="420"/>
        <w:jc w:val="left"/>
        <w:textAlignment w:val="center"/>
        <w:rPr>
          <w:color w:val="000000"/>
        </w:rPr>
      </w:pPr>
      <w:r>
        <w:rPr>
          <w:rFonts w:ascii="楷体" w:eastAsia="楷体" w:hAnsi="楷体" w:cs="楷体"/>
          <w:color w:val="000000"/>
        </w:rPr>
        <w:t>①土，能育生万物，古人称为“地母”。人们在土地上种植五谷，繁衍生息，唤醒深藏于泥土之中的无尽能量。</w:t>
      </w:r>
    </w:p>
    <w:p>
      <w:pPr>
        <w:spacing w:line="360" w:lineRule="auto"/>
        <w:ind w:firstLine="420"/>
        <w:jc w:val="left"/>
        <w:textAlignment w:val="center"/>
        <w:rPr>
          <w:color w:val="000000"/>
        </w:rPr>
      </w:pPr>
      <w:r>
        <w:rPr>
          <w:rFonts w:ascii="楷体" w:eastAsia="楷体" w:hAnsi="楷体" w:cs="楷体"/>
          <w:color w:val="000000"/>
        </w:rPr>
        <w:t>②小时候，她是一个爱玩泥巴的女孩；长大后，她成了许多泥人的“妈妈”。她的故事从和面烙油饼开始。</w:t>
      </w:r>
    </w:p>
    <w:p>
      <w:pPr>
        <w:spacing w:line="360" w:lineRule="auto"/>
        <w:ind w:firstLine="420"/>
        <w:jc w:val="left"/>
        <w:textAlignment w:val="center"/>
        <w:rPr>
          <w:color w:val="000000"/>
        </w:rPr>
      </w:pPr>
      <w:r>
        <w:rPr>
          <w:rFonts w:ascii="楷体" w:eastAsia="楷体" w:hAnsi="楷体" w:cs="楷体"/>
          <w:color w:val="000000"/>
        </w:rPr>
        <w:t>③那年，她从山东安丘县城的一家毛巾厂下岗，然后开了一家油饼店。她用一双灵巧的手揉面成团，擀为大饼，将饼搁到饼铛（</w:t>
      </w:r>
      <w:r>
        <w:rPr>
          <w:rFonts w:ascii="Times New Roman" w:eastAsia="Times New Roman" w:hAnsi="Times New Roman" w:cs="Times New Roman"/>
          <w:color w:val="000000"/>
        </w:rPr>
        <w:t>chēng</w:t>
      </w:r>
      <w:r>
        <w:rPr>
          <w:rFonts w:ascii="楷体" w:eastAsia="楷体" w:hAnsi="楷体" w:cs="楷体"/>
          <w:color w:val="000000"/>
        </w:rPr>
        <w:t>）上，旋转、翻动、刷油，面饼由白转黄，开满金黄的烙花，香味丝丝缕缕飘到街巷上。</w:t>
      </w:r>
    </w:p>
    <w:p>
      <w:pPr>
        <w:spacing w:line="360" w:lineRule="auto"/>
        <w:ind w:firstLine="420"/>
        <w:jc w:val="left"/>
        <w:textAlignment w:val="center"/>
        <w:rPr>
          <w:color w:val="000000"/>
        </w:rPr>
      </w:pPr>
      <w:r>
        <w:rPr>
          <w:rFonts w:ascii="楷体" w:eastAsia="楷体" w:hAnsi="楷体" w:cs="楷体"/>
          <w:color w:val="000000"/>
        </w:rPr>
        <w:t>④她从油饼的香气中嗅到了泥土的味道，她似乎置身于故乡的广阔田野，仿佛看见，有一个扎马尾辫的小女孩，蹦蹦跳跳地向她跑来。加上在毛巾厂时，她已能够用纱线呈现花鸟虫鱼的千姿百态，离了厂，这技艺却没有离身。于是，在空闲的时候，她抓起一团团泥巴，捏制出一个个小小的泥人。</w:t>
      </w:r>
    </w:p>
    <w:p>
      <w:pPr>
        <w:spacing w:line="360" w:lineRule="auto"/>
        <w:ind w:firstLine="420"/>
        <w:jc w:val="left"/>
        <w:textAlignment w:val="center"/>
        <w:rPr>
          <w:color w:val="000000"/>
        </w:rPr>
      </w:pPr>
      <w:r>
        <w:rPr>
          <w:rFonts w:ascii="楷体" w:eastAsia="楷体" w:hAnsi="楷体" w:cs="楷体"/>
          <w:color w:val="000000"/>
        </w:rPr>
        <w:t>⑤她捏的那些泥人摆在店铺的窗台上。店铺不大，临街的一间平房，前面是柜台，往里，面板、饼铛分列左右，最里边放着面粉和花生油，小店的格局一目了然。不过，再仔细看，发现在面粉上面的窗台，站了一群小泥人。有一天，店铺柜台外边排队买油饼的人群里，有一位在县城文化部门工作的干部。他看见了那些可爱的小泥人，然后对她说：“专心捏泥人吧。”那个瞬间，油饼的热气熏得她的脸有些发烫，她手抓着面团，眼睛却接上了那些小泥人的目光。</w:t>
      </w:r>
    </w:p>
    <w:p>
      <w:pPr>
        <w:spacing w:line="360" w:lineRule="auto"/>
        <w:ind w:firstLine="420"/>
        <w:jc w:val="left"/>
        <w:textAlignment w:val="center"/>
        <w:rPr>
          <w:color w:val="000000"/>
        </w:rPr>
      </w:pPr>
      <w:r>
        <w:rPr>
          <w:rFonts w:ascii="楷体" w:eastAsia="楷体" w:hAnsi="楷体" w:cs="楷体"/>
          <w:color w:val="000000"/>
        </w:rPr>
        <w:t>⑥后来，她真的专心捏泥人了。接的第一件活儿，是为本地酒厂捏制一组泥塑群，以此复原酒镇熙熙攘攘的旧日场景：坐着的烧锅，悬着的酒旗，酒家的店主吆五喝六，赶集的人们摩肩接踵……那时，她已在县城东郊的青云山上安家落户，终日与泥土厮守。</w:t>
      </w:r>
    </w:p>
    <w:p>
      <w:pPr>
        <w:spacing w:line="360" w:lineRule="auto"/>
        <w:ind w:firstLine="420"/>
        <w:jc w:val="left"/>
        <w:textAlignment w:val="center"/>
        <w:rPr>
          <w:color w:val="000000"/>
        </w:rPr>
      </w:pPr>
      <w:r>
        <w:rPr>
          <w:rFonts w:ascii="楷体" w:eastAsia="楷体" w:hAnsi="楷体" w:cs="楷体"/>
          <w:color w:val="000000"/>
        </w:rPr>
        <w:t>⑦山上，泥土强大的能量以植物春华秋实、绿叶红果的形式呈现。清晨，山风带着泥土的馨香扑面而至。她抓起一团泥巴，捶打摔揉，把宁静的时光和甜美的想法揉进泥团里。泥人们站在她的身边，她听得见它们的呼吸，她的内心漾起层层涟漪，一种幸福的涟漪。</w:t>
      </w:r>
      <w:r>
        <w:rPr>
          <w:rFonts w:ascii="楷体" w:eastAsia="楷体" w:hAnsi="楷体" w:cs="楷体"/>
          <w:color w:val="000000"/>
          <w:u w:val="single"/>
        </w:rPr>
        <w:t>心满意足的她，手指在泥土里蠕动，那种感觉恍若游鱼归渊，又如飞鸟入林，自在欢畅</w:t>
      </w:r>
      <w:r>
        <w:rPr>
          <w:rFonts w:ascii="楷体" w:eastAsia="楷体" w:hAnsi="楷体" w:cs="楷体"/>
          <w:color w:val="000000"/>
        </w:rPr>
        <w:t>。骨架早早搭好了，一些木板钢筋铁钉会让泥人更加牢固。接着是上泥堆大形。先在骨架上喷一层水，然后，她把泥团一块一块地往骨架上堆，继而，手持木槌将泥团砸实，那捶打的声音邦邦作响，应和着她心跳的节拍。</w:t>
      </w:r>
    </w:p>
    <w:p>
      <w:pPr>
        <w:spacing w:line="360" w:lineRule="auto"/>
        <w:ind w:firstLine="420"/>
        <w:jc w:val="left"/>
        <w:textAlignment w:val="center"/>
        <w:rPr>
          <w:color w:val="000000"/>
        </w:rPr>
      </w:pPr>
      <w:r>
        <w:rPr>
          <w:rFonts w:ascii="楷体" w:eastAsia="楷体" w:hAnsi="楷体" w:cs="楷体"/>
          <w:color w:val="000000"/>
        </w:rPr>
        <w:t>⑧山中有很多美妙的声音，树叶的簌簌声、飞鸟的啾啾声、枝条喀吧喀吧的拔节声……这些天籁都为她设定泥人的艺术细节带来了灵感。她又开始思考如何让泥人更加坚固。她选用土质细腻、含沙量少的黄河土渠河泥，加入适量棉絮，让泥土们紧紧抱成团。她又心怀敬慕，远赴陶都宜兴，求教紫砂艺人，变泥人为陶人。最终，她成了“泥人王”，成了非遗文化传承人，让更多的人看见了泥土温润的光芒。</w:t>
      </w:r>
    </w:p>
    <w:p>
      <w:pPr>
        <w:spacing w:line="360" w:lineRule="auto"/>
        <w:ind w:firstLine="420"/>
        <w:jc w:val="left"/>
        <w:textAlignment w:val="center"/>
        <w:rPr>
          <w:color w:val="000000"/>
        </w:rPr>
      </w:pPr>
      <w:r>
        <w:rPr>
          <w:rFonts w:ascii="楷体" w:eastAsia="楷体" w:hAnsi="楷体" w:cs="楷体"/>
          <w:color w:val="000000"/>
        </w:rPr>
        <w:t>⑨她在城里捏泥人。仔细听，那些质朴的泥人，似乎在讲述着熟悉、鲜活的人生故事。定睛看，那是一幕幕蓬勃、喧闹的生活现场。</w:t>
      </w:r>
    </w:p>
    <w:p>
      <w:pPr>
        <w:spacing w:line="360" w:lineRule="auto"/>
        <w:jc w:val="right"/>
        <w:textAlignment w:val="center"/>
        <w:rPr>
          <w:color w:val="000000"/>
        </w:rPr>
      </w:pPr>
      <w:r>
        <w:rPr>
          <w:rFonts w:ascii="宋体" w:eastAsia="宋体" w:hAnsi="宋体" w:cs="宋体"/>
          <w:color w:val="000000"/>
        </w:rPr>
        <w:t>（选自《人民日报》有删改）</w:t>
      </w:r>
    </w:p>
    <w:p>
      <w:pPr>
        <w:spacing w:line="360" w:lineRule="auto"/>
        <w:jc w:val="left"/>
        <w:textAlignment w:val="center"/>
        <w:rPr>
          <w:color w:val="000000"/>
        </w:rPr>
      </w:pPr>
      <w:r>
        <w:rPr>
          <w:color w:val="000000"/>
        </w:rPr>
        <w:t>（1）</w:t>
      </w:r>
      <w:r>
        <w:rPr>
          <w:rFonts w:ascii="宋体" w:eastAsia="宋体" w:hAnsi="宋体" w:cs="宋体"/>
          <w:color w:val="000000"/>
        </w:rPr>
        <w:t>结合全文内容，根据主人公的人生经历，在下列横线内依次填写相应的内容。</w:t>
      </w:r>
    </w:p>
    <w:p>
      <w:pPr>
        <w:spacing w:line="360" w:lineRule="auto"/>
        <w:jc w:val="left"/>
        <w:textAlignment w:val="center"/>
        <w:rPr>
          <w:color w:val="000000"/>
        </w:rPr>
      </w:pPr>
      <w:r>
        <w:rPr>
          <w:rFonts w:ascii="宋体" w:eastAsia="宋体" w:hAnsi="宋体" w:cs="宋体"/>
          <w:color w:val="000000"/>
        </w:rPr>
        <w:t>①</w:t>
      </w:r>
      <w:r>
        <w:rPr>
          <w:color w:val="000000"/>
        </w:rPr>
        <w:t>_____</w:t>
      </w:r>
      <w:r>
        <w:rPr>
          <w:rFonts w:ascii="宋体" w:eastAsia="宋体" w:hAnsi="宋体" w:cs="宋体"/>
          <w:color w:val="000000"/>
        </w:rPr>
        <w:t>→空闲捏小泥人→②</w:t>
      </w:r>
      <w:r>
        <w:rPr>
          <w:color w:val="000000"/>
        </w:rPr>
        <w:t>_______</w:t>
      </w:r>
      <w:r>
        <w:rPr>
          <w:rFonts w:ascii="宋体" w:eastAsia="宋体" w:hAnsi="宋体" w:cs="宋体"/>
          <w:color w:val="000000"/>
        </w:rPr>
        <w:t>→成为非遗文化传承人</w:t>
      </w:r>
    </w:p>
    <w:p>
      <w:pPr>
        <w:spacing w:line="360" w:lineRule="auto"/>
        <w:jc w:val="left"/>
        <w:textAlignment w:val="center"/>
        <w:rPr>
          <w:color w:val="000000"/>
        </w:rPr>
      </w:pPr>
      <w:r>
        <w:rPr>
          <w:color w:val="000000"/>
        </w:rPr>
        <w:t>（2）</w:t>
      </w:r>
      <w:r>
        <w:rPr>
          <w:rFonts w:ascii="宋体" w:eastAsia="宋体" w:hAnsi="宋体" w:cs="宋体"/>
          <w:color w:val="000000"/>
        </w:rPr>
        <w:t>请你从修辞手法的角度，品味文中画线句子的表达效果。</w:t>
      </w:r>
    </w:p>
    <w:p>
      <w:pPr>
        <w:spacing w:line="360" w:lineRule="auto"/>
        <w:jc w:val="left"/>
        <w:textAlignment w:val="center"/>
        <w:rPr>
          <w:color w:val="000000"/>
        </w:rPr>
      </w:pPr>
      <w:r>
        <w:rPr>
          <w:rFonts w:ascii="宋体" w:eastAsia="宋体" w:hAnsi="宋体" w:cs="宋体"/>
          <w:color w:val="000000"/>
        </w:rPr>
        <w:t>心满意足</w:t>
      </w:r>
      <w:r>
        <w:rPr>
          <w:rFonts w:ascii="宋体" w:eastAsia="宋体" w:hAnsi="宋体" w:cs="宋体"/>
          <w:color w:val="000000"/>
          <w:position w:val="0"/>
        </w:rPr>
        <w:drawing>
          <wp:inline>
            <wp:extent cx="133350" cy="177800"/>
            <wp:docPr id="15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
                    <pic:cNvPicPr>
                      <a:picLocks noChangeAspect="1"/>
                    </pic:cNvPicPr>
                  </pic:nvPicPr>
                  <pic:blipFill>
                    <a:blip r:embed="rId12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她，手指在泥土里蠕动，那种感觉恍若游鱼归渊，又如飞鸟入林，自在欢畅。</w:t>
      </w:r>
    </w:p>
    <w:p>
      <w:pPr>
        <w:spacing w:line="360" w:lineRule="auto"/>
        <w:jc w:val="left"/>
        <w:textAlignment w:val="center"/>
        <w:rPr>
          <w:color w:val="000000"/>
        </w:rPr>
      </w:pPr>
      <w:r>
        <w:rPr>
          <w:color w:val="000000"/>
        </w:rPr>
        <w:t>（3）</w:t>
      </w:r>
      <w:r>
        <w:rPr>
          <w:rFonts w:ascii="宋体" w:eastAsia="宋体" w:hAnsi="宋体" w:cs="宋体"/>
          <w:color w:val="000000"/>
        </w:rPr>
        <w:t>请你以“她是一个_____的人”的形式说说对主人公的认识。结合课文中描写主人公的相关语句说明理由。</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开油饼店</w:t>
      </w:r>
      <w:r>
        <w:rPr>
          <w:color w:val="000000"/>
        </w:rPr>
        <w:t xml:space="preserve">    ②. </w:t>
      </w:r>
      <w:r>
        <w:rPr>
          <w:rFonts w:ascii="宋体" w:eastAsia="宋体" w:hAnsi="宋体" w:cs="宋体"/>
          <w:color w:val="000000"/>
        </w:rPr>
        <w:t>专心捏泥人</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用比喻的修辞手法，生动形象地写出了主人公随心所欲捏泥人的高超技艺，也表现了主人公心满意足的欢畅心情。</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她有理想，心灵手巧。做工人、卖油饼、捏泥人，最终成为非遗文化传承人；积极进取，精益求精。如她“远赴陶都宜兴，求教紫砂艺人，变泥人为陶人”，最终成为“泥人王”。</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本题考查梳理和概括能力。</w:t>
      </w:r>
    </w:p>
    <w:p>
      <w:pPr>
        <w:spacing w:line="360" w:lineRule="auto"/>
        <w:jc w:val="left"/>
        <w:textAlignment w:val="center"/>
        <w:rPr>
          <w:color w:val="000000"/>
        </w:rPr>
      </w:pPr>
      <w:r>
        <w:rPr>
          <w:rFonts w:ascii="宋体" w:eastAsia="宋体" w:hAnsi="宋体" w:cs="宋体"/>
          <w:color w:val="000000"/>
        </w:rPr>
        <w:t>①空，依据③段“她从山东安丘县城的一家毛巾厂下岗，然后开了一家油饼店”可梳理概括为：开油饼店；</w:t>
      </w:r>
    </w:p>
    <w:p>
      <w:pPr>
        <w:spacing w:line="360" w:lineRule="auto"/>
        <w:jc w:val="left"/>
        <w:textAlignment w:val="center"/>
        <w:rPr>
          <w:color w:val="000000"/>
        </w:rPr>
      </w:pPr>
      <w:r>
        <w:rPr>
          <w:rFonts w:ascii="宋体" w:eastAsia="宋体" w:hAnsi="宋体" w:cs="宋体"/>
          <w:color w:val="000000"/>
        </w:rPr>
        <w:t>②空，依据④段“于是，在空闲的时候，她抓起一团团泥巴，捏制出一个个小小的泥人”，依据⑥段“后来，她真的专心捏泥人了”可梳理概括为：专心捏泥人。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本题考查赏析句子的能力。</w:t>
      </w:r>
    </w:p>
    <w:p>
      <w:pPr>
        <w:spacing w:line="360" w:lineRule="auto"/>
        <w:jc w:val="left"/>
        <w:textAlignment w:val="center"/>
        <w:rPr>
          <w:color w:val="000000"/>
        </w:rPr>
      </w:pPr>
      <w:r>
        <w:rPr>
          <w:rFonts w:ascii="宋体" w:eastAsia="宋体" w:hAnsi="宋体" w:cs="宋体"/>
          <w:color w:val="000000"/>
        </w:rPr>
        <w:t>依据句中“恍若游鱼归渊，又如飞鸟入林，自在欢畅”中的“恍若”“如”可知，这句话是运用了比喻的修辞手法。依据⑦段“她抓起一团泥巴，捶打摔揉，把宁静的时光和甜美的想法揉进泥团里”这一语境可知，作者运用比喻的修辞，能生动形象地写出主人公捏泥人的水平高超以及捏泥人随心所欲。依据句中的“心满意足”“自在欢畅”可知，她此刻的心情非常舒畅，内心十分满足。据此组织语言即可。</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本题考查概括人物品质。</w:t>
      </w:r>
    </w:p>
    <w:p>
      <w:pPr>
        <w:spacing w:line="360" w:lineRule="auto"/>
        <w:jc w:val="left"/>
        <w:textAlignment w:val="center"/>
        <w:rPr>
          <w:color w:val="000000"/>
        </w:rPr>
      </w:pPr>
      <w:r>
        <w:rPr>
          <w:rFonts w:ascii="宋体" w:eastAsia="宋体" w:hAnsi="宋体" w:cs="宋体"/>
          <w:color w:val="000000"/>
        </w:rPr>
        <w:t>依据③段“她用一双灵巧的手揉面成团，擀为大饼，将饼搁到饼铛上，旋转、翻动、刷油，面饼由白转黄，开满金黄的烙花，香味丝丝缕缕飘到街巷上”可知，她是一个心灵手巧的人；依据④段中的“她从油饼的香气中嗅到了泥土的味道，她似乎置身于故乡的广阔田野，仿佛看见，有一个扎马尾辫的小女孩，蹦蹦跳跳地向她跑来……在空闲的时候，她抓起一团团泥巴，捏制出一个个小小的泥人”可知，她是一个有理想的人；依据⑧段“她又心怀敬慕，远赴陶都宜兴，求教紫砂艺人，变泥人为陶人。最终，她成了“泥人王”，成了非遗文化传承人，让更多的人看见了泥土温润的光芒”可知，她是一个积极进取，精益求精的人。据此，总结概括即可。</w:t>
      </w:r>
    </w:p>
    <w:p>
      <w:pPr>
        <w:spacing w:line="360" w:lineRule="auto"/>
        <w:jc w:val="left"/>
        <w:textAlignment w:val="center"/>
        <w:rPr>
          <w:color w:val="000000"/>
        </w:rPr>
      </w:pPr>
      <w:r>
        <w:rPr>
          <w:rFonts w:ascii="宋体" w:eastAsia="宋体" w:hAnsi="宋体" w:cs="宋体"/>
          <w:color w:val="000000"/>
        </w:rPr>
        <w:t>示例1：她是一个有理想，心灵手巧的人。因为她烙出美味的饼，能捏出形态各异的泥人，最终成为远近闻名的非遗文化传承人。</w:t>
      </w:r>
    </w:p>
    <w:p>
      <w:pPr>
        <w:spacing w:line="360" w:lineRule="auto"/>
        <w:jc w:val="left"/>
        <w:textAlignment w:val="center"/>
        <w:rPr>
          <w:color w:val="000000"/>
        </w:rPr>
      </w:pPr>
      <w:r>
        <w:rPr>
          <w:rFonts w:ascii="宋体" w:eastAsia="宋体" w:hAnsi="宋体" w:cs="宋体"/>
          <w:color w:val="000000"/>
        </w:rPr>
        <w:t>示例2：她是一个积极进取，精益求精的人。因为她能远赴陶都宜兴，求教紫砂艺人。最终，她成了“泥人王”。</w:t>
      </w:r>
    </w:p>
    <w:p>
      <w:pPr>
        <w:spacing w:line="360" w:lineRule="auto"/>
        <w:jc w:val="left"/>
        <w:textAlignment w:val="center"/>
        <w:rPr>
          <w:color w:val="000000"/>
        </w:rPr>
      </w:pPr>
      <w:r>
        <w:rPr>
          <w:color w:val="000000"/>
        </w:rPr>
        <w:t xml:space="preserve">7. </w:t>
      </w:r>
      <w:r>
        <w:rPr>
          <w:rFonts w:ascii="宋体" w:eastAsia="宋体" w:hAnsi="宋体" w:cs="宋体"/>
          <w:color w:val="000000"/>
        </w:rPr>
        <w:t>阅读《罗圈腿的小猎狗》，完成问题。</w:t>
      </w:r>
    </w:p>
    <w:p>
      <w:pPr>
        <w:spacing w:line="360" w:lineRule="auto"/>
        <w:ind w:firstLine="420"/>
        <w:jc w:val="center"/>
        <w:textAlignment w:val="center"/>
        <w:rPr>
          <w:color w:val="000000"/>
        </w:rPr>
      </w:pPr>
      <w:r>
        <w:rPr>
          <w:rFonts w:ascii="楷体" w:eastAsia="楷体" w:hAnsi="楷体" w:cs="楷体"/>
          <w:color w:val="000000"/>
        </w:rPr>
        <w:t>罗圈腿的小猎狗</w:t>
      </w:r>
    </w:p>
    <w:p>
      <w:pPr>
        <w:spacing w:line="360" w:lineRule="auto"/>
        <w:ind w:firstLine="420"/>
        <w:jc w:val="center"/>
        <w:textAlignment w:val="center"/>
        <w:rPr>
          <w:color w:val="000000"/>
        </w:rPr>
      </w:pPr>
      <w:r>
        <w:rPr>
          <w:rFonts w:ascii="楷体" w:eastAsia="楷体" w:hAnsi="楷体" w:cs="楷体"/>
          <w:color w:val="000000"/>
        </w:rPr>
        <w:t>曹文轩</w:t>
      </w:r>
    </w:p>
    <w:p>
      <w:pPr>
        <w:spacing w:line="360" w:lineRule="auto"/>
        <w:ind w:firstLine="420"/>
        <w:jc w:val="left"/>
        <w:textAlignment w:val="center"/>
        <w:rPr>
          <w:color w:val="000000"/>
        </w:rPr>
      </w:pPr>
      <w:r>
        <w:rPr>
          <w:rFonts w:ascii="楷体" w:eastAsia="楷体" w:hAnsi="楷体" w:cs="楷体"/>
          <w:color w:val="000000"/>
        </w:rPr>
        <w:t>①一条小猎狗，走在大街上，它为它的罗圈腿感到害羞。</w:t>
      </w:r>
    </w:p>
    <w:p>
      <w:pPr>
        <w:spacing w:line="360" w:lineRule="auto"/>
        <w:ind w:firstLine="420"/>
        <w:jc w:val="left"/>
        <w:textAlignment w:val="center"/>
        <w:rPr>
          <w:color w:val="000000"/>
        </w:rPr>
      </w:pPr>
      <w:r>
        <w:rPr>
          <w:rFonts w:ascii="楷体" w:eastAsia="楷体" w:hAnsi="楷体" w:cs="楷体"/>
          <w:color w:val="000000"/>
        </w:rPr>
        <w:t>②它的主人，也就是那个猎人，一共有十一条猎狗。但猎人在清点狗数时，却总是只数到十。小猎狗以为猎人没看到它，它总是挤到前面去，可是猎人把目光越过它，</w:t>
      </w:r>
      <w:r>
        <w:rPr>
          <w:rFonts w:ascii="楷体" w:eastAsia="楷体" w:hAnsi="楷体" w:cs="楷体"/>
          <w:color w:val="000000"/>
          <w:em w:val="dot"/>
        </w:rPr>
        <w:t>还是</w:t>
      </w:r>
      <w:r>
        <w:rPr>
          <w:rFonts w:ascii="楷体" w:eastAsia="楷体" w:hAnsi="楷体" w:cs="楷体"/>
          <w:color w:val="000000"/>
        </w:rPr>
        <w:t>数后面十条狗。</w:t>
      </w:r>
    </w:p>
    <w:p>
      <w:pPr>
        <w:spacing w:line="360" w:lineRule="auto"/>
        <w:ind w:firstLine="420"/>
        <w:jc w:val="left"/>
        <w:textAlignment w:val="center"/>
        <w:rPr>
          <w:color w:val="000000"/>
        </w:rPr>
      </w:pPr>
      <w:r>
        <w:rPr>
          <w:rFonts w:ascii="楷体" w:eastAsia="楷体" w:hAnsi="楷体" w:cs="楷体"/>
          <w:color w:val="000000"/>
        </w:rPr>
        <w:t>③主人的忽视，很让小猎狗伤心。它决定要让自己跑得最快，终于有一天，它跑得比较快了。此时，它又突发奇想，要成为世界上跳得最高的猎狗，尽管那十条猎狗一个劲儿地笑话它，说它是傻瓜。</w:t>
      </w:r>
    </w:p>
    <w:p>
      <w:pPr>
        <w:spacing w:line="360" w:lineRule="auto"/>
        <w:ind w:firstLine="420"/>
        <w:jc w:val="left"/>
        <w:textAlignment w:val="center"/>
        <w:rPr>
          <w:color w:val="000000"/>
        </w:rPr>
      </w:pPr>
      <w:r>
        <w:rPr>
          <w:rFonts w:ascii="楷体" w:eastAsia="楷体" w:hAnsi="楷体" w:cs="楷体"/>
          <w:color w:val="000000"/>
        </w:rPr>
        <w:t>④终于，有一天，它跳过了一堵高墙，不料，高墙那面是养鸡场。当鸡的主人找到猎人时，它自然受到了惩罚。</w:t>
      </w:r>
    </w:p>
    <w:p>
      <w:pPr>
        <w:spacing w:line="360" w:lineRule="auto"/>
        <w:ind w:firstLine="420"/>
        <w:jc w:val="left"/>
        <w:textAlignment w:val="center"/>
        <w:rPr>
          <w:color w:val="000000"/>
        </w:rPr>
      </w:pPr>
      <w:r>
        <w:rPr>
          <w:rFonts w:ascii="楷体" w:eastAsia="楷体" w:hAnsi="楷体" w:cs="楷体"/>
          <w:color w:val="000000"/>
        </w:rPr>
        <w:t>⑤猎人罚它去看守潭底的石头，不要让石头浮上来。他带着其他十条猎狗打猎去了。当然，每次打猎回来，它也分得一块肉。但小猎狗并不满足，看到小河，它竟然说要成为一条这个世界上跳得最远的猎狗。它开始起跑，跃起，“扑通”，掉进了河里，激起一大片水花。</w:t>
      </w:r>
    </w:p>
    <w:p>
      <w:pPr>
        <w:spacing w:line="360" w:lineRule="auto"/>
        <w:ind w:firstLine="420"/>
        <w:jc w:val="left"/>
        <w:textAlignment w:val="center"/>
        <w:rPr>
          <w:color w:val="000000"/>
        </w:rPr>
      </w:pPr>
      <w:r>
        <w:rPr>
          <w:rFonts w:ascii="楷体" w:eastAsia="楷体" w:hAnsi="楷体" w:cs="楷体"/>
          <w:color w:val="000000"/>
        </w:rPr>
        <w:t>⑥河岸上，猎狗们笑成了一团：“哇，我们看到了世界上头号大傻瓜！”小猎狗不为所动，一如既往地跳进河里。一次，正在飞跃河面的它，吓到了正准备上岸下蛋的母鸭，结果蛋全部下到了水里。</w:t>
      </w:r>
    </w:p>
    <w:p>
      <w:pPr>
        <w:spacing w:line="360" w:lineRule="auto"/>
        <w:ind w:firstLine="420"/>
        <w:jc w:val="left"/>
        <w:textAlignment w:val="center"/>
        <w:rPr>
          <w:color w:val="000000"/>
        </w:rPr>
      </w:pPr>
      <w:r>
        <w:rPr>
          <w:rFonts w:ascii="楷体" w:eastAsia="楷体" w:hAnsi="楷体" w:cs="楷体"/>
          <w:color w:val="000000"/>
        </w:rPr>
        <w:t>⑦放鸭的老头非常恼火，一把揪住正在往岸边逃的小猎狗，将它扔在了猎人面前：“好好管教管教你们家的罗圈腿！”</w:t>
      </w:r>
    </w:p>
    <w:p>
      <w:pPr>
        <w:spacing w:line="360" w:lineRule="auto"/>
        <w:ind w:firstLine="420"/>
        <w:jc w:val="left"/>
        <w:textAlignment w:val="center"/>
        <w:rPr>
          <w:color w:val="000000"/>
        </w:rPr>
      </w:pPr>
      <w:r>
        <w:rPr>
          <w:rFonts w:ascii="楷体" w:eastAsia="楷体" w:hAnsi="楷体" w:cs="楷体"/>
          <w:color w:val="000000"/>
        </w:rPr>
        <w:t>⑧猎人没辙了，让它去看葵花田，说要看住这些葵花，不许它们跟着太阳转。</w:t>
      </w:r>
    </w:p>
    <w:p>
      <w:pPr>
        <w:spacing w:line="360" w:lineRule="auto"/>
        <w:ind w:firstLine="420"/>
        <w:jc w:val="left"/>
        <w:textAlignment w:val="center"/>
        <w:rPr>
          <w:color w:val="000000"/>
        </w:rPr>
      </w:pPr>
      <w:r>
        <w:rPr>
          <w:rFonts w:ascii="楷体" w:eastAsia="楷体" w:hAnsi="楷体" w:cs="楷体"/>
          <w:color w:val="000000"/>
        </w:rPr>
        <w:t>⑨所有葵花都跟着太阳转动。小猎狗来回跑动着，向它们“汪汪”叫个不停，但是它们根本不理睬它。小猎狗累坏了，不过，等它疲倦回家时，还是能吃上肉。</w:t>
      </w:r>
    </w:p>
    <w:p>
      <w:pPr>
        <w:spacing w:line="360" w:lineRule="auto"/>
        <w:ind w:firstLine="420"/>
        <w:jc w:val="left"/>
        <w:textAlignment w:val="center"/>
        <w:rPr>
          <w:color w:val="000000"/>
        </w:rPr>
      </w:pPr>
      <w:r>
        <w:rPr>
          <w:rFonts w:ascii="楷体" w:eastAsia="楷体" w:hAnsi="楷体" w:cs="楷体"/>
          <w:color w:val="000000"/>
        </w:rPr>
        <w:t>⑩又到了给村民表演的时刻了。猎人的另外十条猎狗皮毛光滑，神气十足。</w:t>
      </w:r>
    </w:p>
    <w:p>
      <w:pPr>
        <w:spacing w:line="360" w:lineRule="auto"/>
        <w:ind w:firstLine="420"/>
        <w:jc w:val="left"/>
        <w:textAlignment w:val="center"/>
        <w:rPr>
          <w:color w:val="000000"/>
        </w:rPr>
      </w:pPr>
      <w:r>
        <w:rPr>
          <w:rFonts w:ascii="Cambria Math" w:eastAsia="Cambria Math" w:hAnsi="Cambria Math" w:cs="Cambria Math"/>
          <w:color w:val="000000"/>
        </w:rPr>
        <w:t>⑪</w:t>
      </w:r>
      <w:r>
        <w:rPr>
          <w:rFonts w:ascii="楷体" w:eastAsia="楷体" w:hAnsi="楷体" w:cs="楷体"/>
          <w:color w:val="000000"/>
        </w:rPr>
        <w:t>突然，一条毛发发红的公狼，愣是在十条猎狗的眼皮底下，大摇大摆地跑掉了！</w:t>
      </w:r>
    </w:p>
    <w:p>
      <w:pPr>
        <w:spacing w:line="360" w:lineRule="auto"/>
        <w:ind w:firstLine="420"/>
        <w:jc w:val="left"/>
        <w:textAlignment w:val="center"/>
        <w:rPr>
          <w:color w:val="000000"/>
        </w:rPr>
      </w:pPr>
      <w:r>
        <w:rPr>
          <w:rFonts w:ascii="Cambria Math" w:eastAsia="Cambria Math" w:hAnsi="Cambria Math" w:cs="Cambria Math"/>
          <w:color w:val="000000"/>
        </w:rPr>
        <w:t>⑫</w:t>
      </w:r>
      <w:r>
        <w:rPr>
          <w:rFonts w:ascii="楷体" w:eastAsia="楷体" w:hAnsi="楷体" w:cs="楷体"/>
          <w:color w:val="000000"/>
        </w:rPr>
        <w:t>众人发出“嘘——”声，这太丢人了！猎人觉得颜面扫尽。</w:t>
      </w:r>
    </w:p>
    <w:p>
      <w:pPr>
        <w:spacing w:line="360" w:lineRule="auto"/>
        <w:ind w:firstLine="420"/>
        <w:jc w:val="left"/>
        <w:textAlignment w:val="center"/>
        <w:rPr>
          <w:color w:val="000000"/>
        </w:rPr>
      </w:pPr>
      <w:r>
        <w:rPr>
          <w:rFonts w:ascii="Cambria Math" w:eastAsia="Cambria Math" w:hAnsi="Cambria Math" w:cs="Cambria Math"/>
          <w:color w:val="000000"/>
        </w:rPr>
        <w:t>⑬</w:t>
      </w:r>
      <w:r>
        <w:rPr>
          <w:rFonts w:ascii="楷体" w:eastAsia="楷体" w:hAnsi="楷体" w:cs="楷体"/>
          <w:color w:val="000000"/>
        </w:rPr>
        <w:t>这时，小猎狗突然蹿出去，穿过狗群，直向山冈上的狼扑去。它快得像一束光，人们甚至都没看清楚它的样子，等反应过来的时候，才发现小猎狗正在一棵大树下休息，它的身边躺着的那只雄壮的公狼早已停止了呼吸。</w:t>
      </w:r>
    </w:p>
    <w:p>
      <w:pPr>
        <w:spacing w:line="360" w:lineRule="auto"/>
        <w:ind w:firstLine="420"/>
        <w:jc w:val="left"/>
        <w:textAlignment w:val="center"/>
        <w:rPr>
          <w:color w:val="000000"/>
        </w:rPr>
      </w:pPr>
      <w:r>
        <w:rPr>
          <w:rFonts w:ascii="Cambria Math" w:eastAsia="Cambria Math" w:hAnsi="Cambria Math" w:cs="Cambria Math"/>
          <w:color w:val="000000"/>
        </w:rPr>
        <w:t>⑭</w:t>
      </w:r>
      <w:r>
        <w:rPr>
          <w:rFonts w:ascii="楷体" w:eastAsia="楷体" w:hAnsi="楷体" w:cs="楷体"/>
          <w:color w:val="000000"/>
        </w:rPr>
        <w:t>从此，猎人最喜欢的一条狗，就是小猎狗。他特地做了一个漂亮的皮圈，套在它的脖子上，无论去哪里，都带着小猎狗。</w:t>
      </w:r>
    </w:p>
    <w:p>
      <w:pPr>
        <w:spacing w:line="360" w:lineRule="auto"/>
        <w:ind w:firstLine="420"/>
        <w:jc w:val="left"/>
        <w:textAlignment w:val="center"/>
        <w:rPr>
          <w:color w:val="000000"/>
        </w:rPr>
      </w:pPr>
      <w:r>
        <w:rPr>
          <w:rFonts w:ascii="Cambria Math" w:eastAsia="Cambria Math" w:hAnsi="Cambria Math" w:cs="Cambria Math"/>
          <w:color w:val="000000"/>
        </w:rPr>
        <w:t>⑮</w:t>
      </w:r>
      <w:r>
        <w:rPr>
          <w:rFonts w:ascii="楷体" w:eastAsia="楷体" w:hAnsi="楷体" w:cs="楷体"/>
          <w:color w:val="000000"/>
        </w:rPr>
        <w:t>人们见了，都会“啧啧啧”地赞叹：“瞧啊，那四条罗圈腿，弯曲得多美啊！”</w:t>
      </w:r>
    </w:p>
    <w:p>
      <w:pPr>
        <w:spacing w:line="360" w:lineRule="auto"/>
        <w:ind w:firstLine="420"/>
        <w:jc w:val="left"/>
        <w:textAlignment w:val="center"/>
        <w:rPr>
          <w:color w:val="000000"/>
        </w:rPr>
      </w:pPr>
      <w:r>
        <w:rPr>
          <w:rFonts w:ascii="Cambria Math" w:eastAsia="Cambria Math" w:hAnsi="Cambria Math" w:cs="Cambria Math"/>
          <w:color w:val="000000"/>
        </w:rPr>
        <w:t>⑯</w:t>
      </w:r>
      <w:r>
        <w:rPr>
          <w:rFonts w:ascii="楷体" w:eastAsia="楷体" w:hAnsi="楷体" w:cs="楷体"/>
          <w:color w:val="000000"/>
        </w:rPr>
        <w:t>一条小猎狗，走在大街上，它为它的罗圈腿感到骄傲。后面跟着那十条猎狗，学着小猎狗，一律走成罗圈腿。</w:t>
      </w:r>
    </w:p>
    <w:p>
      <w:pPr>
        <w:spacing w:line="360" w:lineRule="auto"/>
        <w:jc w:val="right"/>
        <w:textAlignment w:val="center"/>
        <w:rPr>
          <w:color w:val="000000"/>
        </w:rPr>
      </w:pPr>
      <w:r>
        <w:rPr>
          <w:rFonts w:ascii="宋体" w:eastAsia="宋体" w:hAnsi="宋体" w:cs="宋体"/>
          <w:color w:val="000000"/>
        </w:rPr>
        <w:t>（有删改）</w:t>
      </w:r>
    </w:p>
    <w:p>
      <w:pPr>
        <w:spacing w:line="360" w:lineRule="auto"/>
        <w:jc w:val="left"/>
        <w:textAlignment w:val="center"/>
        <w:rPr>
          <w:color w:val="000000"/>
        </w:rPr>
      </w:pPr>
      <w:r>
        <w:rPr>
          <w:color w:val="000000"/>
        </w:rPr>
        <w:t>（1）</w:t>
      </w:r>
      <w:r>
        <w:rPr>
          <w:rFonts w:ascii="宋体" w:eastAsia="宋体" w:hAnsi="宋体" w:cs="宋体"/>
          <w:color w:val="000000"/>
        </w:rPr>
        <w:t>请你阅读全文，梳理故事情节和人们对待小猎狗的态度。</w:t>
      </w:r>
    </w:p>
    <w:tbl>
      <w:tblPr>
        <w:tblStyle w:val="TableNormal"/>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21"/>
        <w:gridCol w:w="1178"/>
        <w:gridCol w:w="844"/>
        <w:gridCol w:w="1187"/>
        <w:gridCol w:w="994"/>
        <w:gridCol w:w="1187"/>
      </w:tblGrid>
      <w:tr>
        <w:tblPrEx>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2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情节发展</w:t>
            </w:r>
          </w:p>
        </w:tc>
        <w:tc>
          <w:tcPr>
            <w:tcW w:w="11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练习跑跳</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吓到母鸭</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咬死公狼</w:t>
            </w:r>
          </w:p>
        </w:tc>
      </w:tr>
      <w:tr>
        <w:tblPrEx>
          <w:tblW w:w="6630" w:type="dxa"/>
          <w:tblCellMar>
            <w:top w:w="120" w:type="dxa"/>
            <w:left w:w="120" w:type="dxa"/>
            <w:bottom w:w="120" w:type="dxa"/>
            <w:right w:w="120" w:type="dxa"/>
          </w:tblCellMar>
        </w:tblPrEx>
        <w:trPr>
          <w:cantSplit w:val="0"/>
          <w:trHeight w:val="330"/>
        </w:trPr>
        <w:tc>
          <w:tcPr>
            <w:tcW w:w="12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情感态度</w:t>
            </w:r>
          </w:p>
        </w:tc>
        <w:tc>
          <w:tcPr>
            <w:tcW w:w="11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轻视</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惩罚</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训斥</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不理睬</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w:t>
            </w:r>
          </w:p>
        </w:tc>
      </w:tr>
    </w:tbl>
    <w:p>
      <w:pPr>
        <w:spacing w:line="360" w:lineRule="auto"/>
        <w:jc w:val="left"/>
        <w:textAlignment w:val="center"/>
        <w:rPr>
          <w:color w:val="000000"/>
        </w:rPr>
      </w:pPr>
      <w:r>
        <w:rPr>
          <w:color w:val="000000"/>
        </w:rPr>
        <w:t>（2）</w:t>
      </w:r>
      <w:r>
        <w:rPr>
          <w:rFonts w:ascii="宋体" w:eastAsia="宋体" w:hAnsi="宋体" w:cs="宋体"/>
          <w:color w:val="000000"/>
        </w:rPr>
        <w:t>结合上下文，简要分析第②段中加点词语的表达效果。</w:t>
      </w:r>
    </w:p>
    <w:p>
      <w:pPr>
        <w:spacing w:line="360" w:lineRule="auto"/>
        <w:jc w:val="left"/>
        <w:textAlignment w:val="center"/>
        <w:rPr>
          <w:color w:val="000000"/>
        </w:rPr>
      </w:pPr>
      <w:r>
        <w:rPr>
          <w:rFonts w:ascii="宋体" w:eastAsia="宋体" w:hAnsi="宋体" w:cs="宋体"/>
          <w:color w:val="000000"/>
        </w:rPr>
        <w:t>小猎狗以为猎人没看到它，它总是</w:t>
      </w:r>
      <w:r>
        <w:rPr>
          <w:rFonts w:ascii="宋体" w:eastAsia="宋体" w:hAnsi="宋体" w:cs="宋体"/>
          <w:color w:val="000000"/>
          <w:em w:val="dot"/>
        </w:rPr>
        <w:t>挤</w:t>
      </w:r>
      <w:r>
        <w:rPr>
          <w:rFonts w:ascii="宋体" w:eastAsia="宋体" w:hAnsi="宋体" w:cs="宋体"/>
          <w:color w:val="000000"/>
        </w:rPr>
        <w:t>到前面去，可是猎人把目光越过它，</w:t>
      </w:r>
      <w:r>
        <w:rPr>
          <w:rFonts w:ascii="宋体" w:eastAsia="宋体" w:hAnsi="宋体" w:cs="宋体"/>
          <w:color w:val="000000"/>
          <w:em w:val="dot"/>
        </w:rPr>
        <w:t>还是</w:t>
      </w:r>
      <w:r>
        <w:rPr>
          <w:rFonts w:ascii="宋体" w:eastAsia="宋体" w:hAnsi="宋体" w:cs="宋体"/>
          <w:color w:val="000000"/>
        </w:rPr>
        <w:t>数后面十条狗。</w:t>
      </w:r>
    </w:p>
    <w:p>
      <w:pPr>
        <w:spacing w:line="360" w:lineRule="auto"/>
        <w:jc w:val="left"/>
        <w:textAlignment w:val="center"/>
        <w:rPr>
          <w:color w:val="000000"/>
        </w:rPr>
      </w:pPr>
      <w:r>
        <w:rPr>
          <w:color w:val="000000"/>
        </w:rPr>
        <w:t>（3）</w:t>
      </w:r>
      <w:r>
        <w:rPr>
          <w:rFonts w:ascii="宋体" w:eastAsia="宋体" w:hAnsi="宋体" w:cs="宋体"/>
          <w:color w:val="000000"/>
        </w:rPr>
        <w:t>首段说“它为它的罗圈腿感到害羞”，尾段说“它为它的罗圈腿感到骄傲”，小猎狗发生这种心理变化的原因是什么？</w:t>
      </w:r>
    </w:p>
    <w:p>
      <w:pPr>
        <w:spacing w:line="360" w:lineRule="auto"/>
        <w:jc w:val="left"/>
        <w:textAlignment w:val="center"/>
        <w:rPr>
          <w:color w:val="000000"/>
        </w:rPr>
      </w:pPr>
      <w:r>
        <w:rPr>
          <w:color w:val="000000"/>
        </w:rPr>
        <w:t>（4）</w:t>
      </w:r>
      <w:r>
        <w:rPr>
          <w:rFonts w:ascii="宋体" w:eastAsia="宋体" w:hAnsi="宋体" w:cs="宋体"/>
          <w:color w:val="000000"/>
        </w:rPr>
        <w:t>读完这篇童话，你感触最深的是作者塑造的哪个形象？这个形象让你获得哪些有益的人生启示？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跳到养鸡场；看葵花田；喜爱。</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“挤”这一动作表现出小猎狗希望猎人关注自己的迫切心理。“还是”则强调了猎人对小猎狗的忽视。凸显了小猎狗被忽视后的伤心失落。</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小猎狗开始以为是因自己的罗腿而被主人忽视，它为此感到害羞；它用平时练就的本领扑杀了一只雄壮的公狼，赢得了主人的重视和人们的赞叹，罗圈腿成了荣誉的象征，它为此而“感到骄傲”。</w:t>
      </w:r>
      <w:r>
        <w:rPr>
          <w:color w:val="000000"/>
        </w:rPr>
        <w:t xml:space="preserve">    </w:t>
      </w:r>
    </w:p>
    <w:p>
      <w:pPr>
        <w:spacing w:line="360" w:lineRule="auto"/>
        <w:textAlignment w:val="center"/>
        <w:rPr>
          <w:color w:val="000000"/>
        </w:rPr>
      </w:pPr>
      <w:r>
        <w:rPr>
          <w:color w:val="000000"/>
        </w:rPr>
        <w:t>（4）</w:t>
      </w:r>
      <w:r>
        <w:rPr>
          <w:rFonts w:ascii="宋体" w:eastAsia="宋体" w:hAnsi="宋体" w:cs="宋体"/>
          <w:color w:val="000000"/>
        </w:rPr>
        <w:t>小猎狗：面对自己的缺陷，面对他人的嘲笑，内心必须强大；不能满足于现状，要有自己的追求；不要怕挫折，要坚持不懈地努力；要敢于在关键时刻亮出自己；相信只要努力，就会赢得别人的尊重。</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本题考查对小说故事情节的概括与归纳能力。解答时，分析出文章的行文思路，对文章主要情节加以概括即可。</w:t>
      </w:r>
    </w:p>
    <w:p>
      <w:pPr>
        <w:spacing w:line="360" w:lineRule="auto"/>
        <w:jc w:val="left"/>
        <w:textAlignment w:val="center"/>
        <w:rPr>
          <w:color w:val="000000"/>
        </w:rPr>
      </w:pPr>
      <w:r>
        <w:rPr>
          <w:rFonts w:ascii="宋体" w:eastAsia="宋体" w:hAnsi="宋体" w:cs="宋体"/>
          <w:color w:val="000000"/>
        </w:rPr>
        <w:t>结合第④段“终于，有一天，它跳过了一堵高墙，不料，高墙那面是养鸡场。当鸡的主人找到猎人时，它自然受到了惩罚”可知，小猎狗跳到养鸡场，受到惩罚；</w:t>
      </w:r>
    </w:p>
    <w:p>
      <w:pPr>
        <w:spacing w:line="360" w:lineRule="auto"/>
        <w:jc w:val="left"/>
        <w:textAlignment w:val="center"/>
        <w:rPr>
          <w:color w:val="000000"/>
        </w:rPr>
      </w:pPr>
      <w:r>
        <w:rPr>
          <w:rFonts w:ascii="宋体" w:eastAsia="宋体" w:hAnsi="宋体" w:cs="宋体"/>
          <w:color w:val="000000"/>
        </w:rPr>
        <w:t>结合第⑧段“猎人没辙了，让它去看葵花田，说要看住这些葵花，不许它们跟着太阳转”，第⑨段“所有葵花都跟着太阳转动。小猎狗来回跑动着，向它们‘汪汪’叫个不停，但是它们根本不理睬它”可知，写小猎狗去看葵花田，葵花不理睬它；</w:t>
      </w:r>
    </w:p>
    <w:p>
      <w:pPr>
        <w:spacing w:line="360" w:lineRule="auto"/>
        <w:jc w:val="left"/>
        <w:textAlignment w:val="center"/>
        <w:rPr>
          <w:color w:val="000000"/>
        </w:rPr>
      </w:pPr>
      <w:r>
        <w:rPr>
          <w:rFonts w:ascii="宋体" w:eastAsia="宋体" w:hAnsi="宋体" w:cs="宋体"/>
          <w:color w:val="000000"/>
        </w:rPr>
        <w:t>结合第</w:t>
      </w:r>
      <w:r>
        <w:rPr>
          <w:rFonts w:ascii="Cambria Math" w:eastAsia="Cambria Math" w:hAnsi="Cambria Math" w:cs="Cambria Math"/>
          <w:color w:val="000000"/>
        </w:rPr>
        <w:t>⑬</w:t>
      </w:r>
      <w:r>
        <w:rPr>
          <w:rFonts w:ascii="宋体" w:eastAsia="宋体" w:hAnsi="宋体" w:cs="宋体"/>
          <w:color w:val="000000"/>
        </w:rPr>
        <w:t>段“这时，小猎狗突然蹿出去，穿过狗群，直向山冈上的狼扑去。它快得像一束光，人们甚至都没看清楚它的样子，等反应过来的时候，才发现小猎狗正在一棵大树下休息，它的身边躺着的那只雄壮的公狼早已停止了呼吸”，第</w:t>
      </w:r>
      <w:r>
        <w:rPr>
          <w:rFonts w:ascii="Cambria Math" w:eastAsia="Cambria Math" w:hAnsi="Cambria Math" w:cs="Cambria Math"/>
          <w:color w:val="000000"/>
        </w:rPr>
        <w:t>⑭</w:t>
      </w:r>
      <w:r>
        <w:rPr>
          <w:rFonts w:ascii="宋体" w:eastAsia="宋体" w:hAnsi="宋体" w:cs="宋体"/>
          <w:color w:val="000000"/>
        </w:rPr>
        <w:t>段“从此，猎人最喜欢的一条狗，就是小猎狗”可知，写小猎狗杀死公狼，成为猎人及人们最喜爱的猎狗。据此概括作答。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）本题考查重点词语的赏析。</w:t>
      </w:r>
    </w:p>
    <w:p>
      <w:pPr>
        <w:spacing w:line="360" w:lineRule="auto"/>
        <w:jc w:val="left"/>
        <w:textAlignment w:val="center"/>
        <w:rPr>
          <w:color w:val="000000"/>
        </w:rPr>
      </w:pPr>
      <w:r>
        <w:rPr>
          <w:rFonts w:ascii="宋体" w:eastAsia="宋体" w:hAnsi="宋体" w:cs="宋体"/>
          <w:color w:val="000000"/>
        </w:rPr>
        <w:t>结合第②段“它的主人，也就是那个猎人，一共有十一条猎狗。但猎人在清点狗数时，却总是只数到十。小猎狗以为猎人没看到它，它总是挤到前面去，可是猎人把目光越过它，还是数后面十条狗”分析，“挤”是一个动词，指在拥挤的环境中用身体排开人或物；猎人在清点狗数时，总是只数到十，小猎狗以为猎人没看到它，所以它“挤”到前面去，是希望猎人能关注自己；“还是”是副词，则强调了猎人依然如往常样，把目光越过它，去数后面十条狗，表现了猎人对小猎狗的忽视，也凸显了小猎狗被忽视后的失落与伤心。</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本题考查分析文中形象心理变化。分析文中形象的心理需要结合形象的言行来判断。</w:t>
      </w:r>
    </w:p>
    <w:p>
      <w:pPr>
        <w:spacing w:line="360" w:lineRule="auto"/>
        <w:jc w:val="left"/>
        <w:textAlignment w:val="center"/>
        <w:rPr>
          <w:color w:val="000000"/>
        </w:rPr>
      </w:pPr>
      <w:r>
        <w:rPr>
          <w:rFonts w:ascii="宋体" w:eastAsia="宋体" w:hAnsi="宋体" w:cs="宋体"/>
          <w:color w:val="000000"/>
        </w:rPr>
        <w:t>结合第②段的“但猎人在清点狗数时，却总是只数到十”，“可是猎人把目光越过它还是数后面十条狗”，第⑥段的“主人的忽视，很让小猎狗伤心”可知，小猎狗开始之所以“感到害羞”，是因为以为自己是罗圈腿而被主人忽视；</w:t>
      </w:r>
    </w:p>
    <w:p>
      <w:pPr>
        <w:spacing w:line="360" w:lineRule="auto"/>
        <w:jc w:val="left"/>
        <w:textAlignment w:val="center"/>
        <w:rPr>
          <w:color w:val="000000"/>
        </w:rPr>
      </w:pPr>
      <w:r>
        <w:rPr>
          <w:rFonts w:ascii="宋体" w:eastAsia="宋体" w:hAnsi="宋体" w:cs="宋体"/>
          <w:color w:val="000000"/>
        </w:rPr>
        <w:t>结合第</w:t>
      </w:r>
      <w:r>
        <w:rPr>
          <w:rFonts w:ascii="Cambria Math" w:eastAsia="Cambria Math" w:hAnsi="Cambria Math" w:cs="Cambria Math"/>
          <w:color w:val="000000"/>
        </w:rPr>
        <w:t>⑪</w:t>
      </w:r>
      <w:r>
        <w:rPr>
          <w:rFonts w:ascii="宋体" w:eastAsia="宋体" w:hAnsi="宋体" w:cs="宋体"/>
          <w:color w:val="000000"/>
        </w:rPr>
        <w:t>段“突然，一条毛发发红的公狼，愣是在十条猎狗的眼皮底下，大摇大摆地跑掉了”，第</w:t>
      </w:r>
      <w:r>
        <w:rPr>
          <w:rFonts w:ascii="Cambria Math" w:eastAsia="Cambria Math" w:hAnsi="Cambria Math" w:cs="Cambria Math"/>
          <w:color w:val="000000"/>
        </w:rPr>
        <w:t>⑬</w:t>
      </w:r>
      <w:r>
        <w:rPr>
          <w:rFonts w:ascii="宋体" w:eastAsia="宋体" w:hAnsi="宋体" w:cs="宋体"/>
          <w:color w:val="000000"/>
        </w:rPr>
        <w:t>段“这时，小猎狗突然蹿出去，穿过狗群，直向山冈上的狼扑去。它快得像一束光，人们甚至都没看清楚它的样子，等反应过来的时候，才发现小猎狗正在一棵大树下休息，它的身边躺着的那只雄壮的公狼早已停止了呼吸”，第</w:t>
      </w:r>
      <w:r>
        <w:rPr>
          <w:rFonts w:ascii="Cambria Math" w:eastAsia="Cambria Math" w:hAnsi="Cambria Math" w:cs="Cambria Math"/>
          <w:color w:val="000000"/>
        </w:rPr>
        <w:t>⑮</w:t>
      </w:r>
      <w:r>
        <w:rPr>
          <w:rFonts w:ascii="宋体" w:eastAsia="宋体" w:hAnsi="宋体" w:cs="宋体"/>
          <w:color w:val="000000"/>
        </w:rPr>
        <w:t>段“人们见了，都会‘啧啧啧’地赞叹：‘瞧啊，那四条罗圈腿，弯曲得多美啊’可知，“当一条毛发发红的公狼，愣是在十条猎狗的眼皮底下，大摇大摆地跑掉了之后”，小猎狗“突然蹿出去，穿过狗群，直向山冈上的狼扑去”，它用平时练就的本领扑杀了这只公狼，赢得了主人的重视和人们的赞叹，因而罗圈腿也成了荣誉的象征，它为此而感到骄傲。</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本题考查阅读感悟。本题为开放性试题。回答时根据题干要求，结合文章内容和自身感悟，从多角度谈启示，言之成理即可。</w:t>
      </w:r>
    </w:p>
    <w:p>
      <w:pPr>
        <w:spacing w:line="360" w:lineRule="auto"/>
        <w:jc w:val="left"/>
        <w:textAlignment w:val="center"/>
        <w:rPr>
          <w:color w:val="000000"/>
        </w:rPr>
      </w:pPr>
      <w:r>
        <w:rPr>
          <w:rFonts w:ascii="宋体" w:eastAsia="宋体" w:hAnsi="宋体" w:cs="宋体"/>
          <w:color w:val="000000"/>
        </w:rPr>
        <w:t>示例：①小猎狗的角度：“它又突发奇想，要成为世界上跳得最高的猎狗”，“看到小河，它竟然说要成为条这个世界上跳得最远的猎狗“，启示我们不能满足于现状，要有自己的追求；</w:t>
      </w:r>
    </w:p>
    <w:p>
      <w:pPr>
        <w:spacing w:line="360" w:lineRule="auto"/>
        <w:jc w:val="left"/>
        <w:textAlignment w:val="center"/>
        <w:rPr>
          <w:color w:val="000000"/>
        </w:rPr>
      </w:pPr>
      <w:r>
        <w:rPr>
          <w:rFonts w:ascii="宋体" w:eastAsia="宋体" w:hAnsi="宋体" w:cs="宋体"/>
          <w:color w:val="000000"/>
        </w:rPr>
        <w:t>②猎人的角度：开始因为小猎狗的罗圈腿不喜欢它，但后来小猎狗猎杀了公狼后改变了对小猎狗的态度，启示我们不要以貌取人，要知错就改；</w:t>
      </w:r>
    </w:p>
    <w:p>
      <w:pPr>
        <w:spacing w:line="360" w:lineRule="auto"/>
        <w:jc w:val="left"/>
        <w:textAlignment w:val="center"/>
        <w:rPr>
          <w:color w:val="000000"/>
        </w:rPr>
      </w:pPr>
      <w:r>
        <w:rPr>
          <w:rFonts w:ascii="宋体" w:eastAsia="宋体" w:hAnsi="宋体" w:cs="宋体"/>
          <w:color w:val="000000"/>
        </w:rPr>
        <w:t>③十条猎狗的角度：这十条猎狗“皮毛光，神气十足”，但“一条毛发发红的公狼，愣是在十条猎狗的眼皮底下，大摇大摆地跑掉了”，而看似比它们弱小的小猎狗却捕杀了公狼，启示人们不要去嘲笑或轻视一个看似比你弱小的人。</w:t>
      </w:r>
    </w:p>
    <w:p>
      <w:pPr>
        <w:pStyle w:val="Heading3"/>
      </w:pPr>
      <w:r>
        <w:t>怀柔区</w:t>
      </w:r>
    </w:p>
    <w:p>
      <w:pPr>
        <w:spacing w:line="360" w:lineRule="auto"/>
        <w:jc w:val="left"/>
        <w:textAlignment w:val="center"/>
        <w:rPr>
          <w:color w:val="000000"/>
        </w:rPr>
      </w:pPr>
      <w:r>
        <w:rPr>
          <w:rFonts w:ascii="宋体" w:eastAsia="宋体" w:hAnsi="宋体" w:cs="宋体"/>
          <w:b/>
          <w:color w:val="000000"/>
          <w:sz w:val="24"/>
        </w:rPr>
        <w:t>四、现代文阅读（共17分）</w:t>
      </w:r>
    </w:p>
    <w:p>
      <w:pPr>
        <w:spacing w:line="360" w:lineRule="auto"/>
        <w:jc w:val="left"/>
        <w:textAlignment w:val="center"/>
        <w:rPr>
          <w:color w:val="000000"/>
        </w:rPr>
      </w:pPr>
      <w:r>
        <w:rPr>
          <w:color w:val="000000"/>
        </w:rPr>
        <w:t xml:space="preserve">10. </w:t>
      </w:r>
      <w:r>
        <w:rPr>
          <w:rFonts w:ascii="宋体" w:eastAsia="宋体" w:hAnsi="宋体" w:cs="宋体"/>
          <w:color w:val="000000"/>
        </w:rPr>
        <w:t>阅读两文的节选，完成问题。</w:t>
      </w:r>
    </w:p>
    <w:p>
      <w:pPr>
        <w:spacing w:line="360" w:lineRule="auto"/>
        <w:jc w:val="center"/>
        <w:textAlignment w:val="center"/>
        <w:rPr>
          <w:color w:val="000000"/>
        </w:rPr>
      </w:pPr>
      <w:r>
        <w:rPr>
          <w:rFonts w:ascii="宋体" w:eastAsia="宋体" w:hAnsi="宋体" w:cs="宋体"/>
          <w:color w:val="000000"/>
        </w:rPr>
        <w:t>【甲】</w:t>
      </w:r>
    </w:p>
    <w:p>
      <w:pPr>
        <w:spacing w:line="360" w:lineRule="auto"/>
        <w:ind w:firstLine="420"/>
        <w:jc w:val="left"/>
        <w:textAlignment w:val="center"/>
        <w:rPr>
          <w:color w:val="000000"/>
        </w:rPr>
      </w:pPr>
      <w:r>
        <w:rPr>
          <w:rFonts w:ascii="楷体" w:eastAsia="楷体" w:hAnsi="楷体" w:cs="楷体"/>
          <w:color w:val="000000"/>
        </w:rPr>
        <w:t>“吹面不寒杨柳风”，不错的，像母亲的手抚摸着你。风里带来些新翻的泥土的气息，混着青草味儿，还有各种花的香，都在微微润湿的空气里酝酿。鸟儿将窠巢安在繁花嫩叶当中，高兴起来了，呼朋引伴地</w:t>
      </w:r>
      <w:r>
        <w:rPr>
          <w:rFonts w:ascii="楷体" w:eastAsia="楷体" w:hAnsi="楷体" w:cs="楷体"/>
          <w:color w:val="000000"/>
          <w:em w:val="dot"/>
        </w:rPr>
        <w:t>卖弄</w:t>
      </w:r>
      <w:r>
        <w:rPr>
          <w:rFonts w:ascii="楷体" w:eastAsia="楷体" w:hAnsi="楷体" w:cs="楷体"/>
          <w:color w:val="000000"/>
        </w:rPr>
        <w:t>清脆的喉咙，唱出宛转的曲子，与轻风流水应和着。牛背上牧童的短笛，这时候也成天在瞭亮地响。</w:t>
      </w:r>
    </w:p>
    <w:p>
      <w:pPr>
        <w:spacing w:line="360" w:lineRule="auto"/>
        <w:jc w:val="right"/>
        <w:textAlignment w:val="center"/>
        <w:rPr>
          <w:color w:val="000000"/>
        </w:rPr>
      </w:pPr>
      <w:r>
        <w:rPr>
          <w:rFonts w:ascii="宋体" w:eastAsia="宋体" w:hAnsi="宋体" w:cs="宋体"/>
          <w:color w:val="000000"/>
        </w:rPr>
        <w:t>（选自朱自清《春》）</w:t>
      </w:r>
    </w:p>
    <w:p>
      <w:pPr>
        <w:spacing w:line="360" w:lineRule="auto"/>
        <w:jc w:val="center"/>
        <w:textAlignment w:val="center"/>
        <w:rPr>
          <w:color w:val="000000"/>
        </w:rPr>
      </w:pPr>
      <w:r>
        <w:rPr>
          <w:rFonts w:ascii="宋体" w:eastAsia="宋体" w:hAnsi="宋体" w:cs="宋体"/>
          <w:color w:val="000000"/>
        </w:rPr>
        <w:t>【乙】</w:t>
      </w:r>
    </w:p>
    <w:p>
      <w:pPr>
        <w:spacing w:line="360" w:lineRule="auto"/>
        <w:ind w:firstLine="420"/>
        <w:jc w:val="left"/>
        <w:textAlignment w:val="center"/>
        <w:rPr>
          <w:color w:val="000000"/>
        </w:rPr>
      </w:pPr>
      <w:r>
        <w:rPr>
          <w:rFonts w:ascii="楷体" w:eastAsia="楷体" w:hAnsi="楷体" w:cs="楷体"/>
          <w:color w:val="000000"/>
        </w:rPr>
        <w:t>①所谓春风，似乎应当温柔，轻吻着柳枝，微微吹皱了水面，偷偷地传送花香，同情地轻轻掀起禽鸟的羽毛。可是，济南与青岛的春风都太粗猛，把两地的春都给吹毁了。济南的风每每在丁香海棠开花的时候把天刮黄，什么也看不见，连花都埋在黄暗中；青岛的风少一些沙土，可是</w:t>
      </w:r>
      <w:r>
        <w:rPr>
          <w:rFonts w:ascii="楷体" w:eastAsia="楷体" w:hAnsi="楷体" w:cs="楷体"/>
          <w:color w:val="000000"/>
          <w:em w:val="dot"/>
        </w:rPr>
        <w:t>狡猾</w:t>
      </w:r>
      <w:r>
        <w:rPr>
          <w:rFonts w:ascii="楷体" w:eastAsia="楷体" w:hAnsi="楷体" w:cs="楷体"/>
          <w:color w:val="000000"/>
        </w:rPr>
        <w:t>，在已很暖的时节忽然来一阵或一天的冷风，把一切都送回冬天去，棉衣不敢脱，花儿不敢开，海边翻着愁浪。</w:t>
      </w:r>
    </w:p>
    <w:p>
      <w:pPr>
        <w:spacing w:line="360" w:lineRule="auto"/>
        <w:ind w:firstLine="420"/>
        <w:jc w:val="left"/>
        <w:textAlignment w:val="center"/>
        <w:rPr>
          <w:color w:val="000000"/>
        </w:rPr>
      </w:pPr>
      <w:r>
        <w:rPr>
          <w:rFonts w:ascii="楷体" w:eastAsia="楷体" w:hAnsi="楷体" w:cs="楷体"/>
          <w:color w:val="000000"/>
        </w:rPr>
        <w:t>②两地的风都有时候整天整夜的刮。春夜的微风送来雁叫，使人似乎多些希望。整夜的大风，门响窗户动，使人不英雄的把头埋在被子里；即使无害，也似乎不应该如此。对于我，特别觉得难堪。我生在北方，听惯了风，可也最怕风。听是听惯了，因为听惯才知道那个难受劲儿。它老使我坐卧不安，心中游游摸摸的，干什么不好，不干什么也不好。它常常打断我的希望：听见风响，我懒得出门，觉得寒冷，心中渺茫。春天仿佛应当有生气，应当有花草，这样的野风几乎是不可原谅的！我倒不是个弱不禁风的人，虽然身体不很足壮。我能受苦，只是受不住风。别种的苦处，多少是在一个地方，多少有个原因，多少可以设法减除；对风是干没办法。总不在一个地方，到处随时使我的脑子晃动，像怒海上的船。它使我说不出为什么苦痛，而且没法子避免。它自由的刮，我死受着苦。我不能和风去讲理或吵架。单单在春天刮这样的风！可是跟谁讲理去呢？苏杭的春天应当没有这不得人心的风吧？我不准知道，而希望如此。好有个地方去“避风”呀！</w:t>
      </w:r>
    </w:p>
    <w:p>
      <w:pPr>
        <w:spacing w:line="360" w:lineRule="auto"/>
        <w:jc w:val="right"/>
        <w:textAlignment w:val="center"/>
        <w:rPr>
          <w:color w:val="000000"/>
        </w:rPr>
      </w:pPr>
      <w:r>
        <w:rPr>
          <w:rFonts w:ascii="宋体" w:eastAsia="宋体" w:hAnsi="宋体" w:cs="宋体"/>
          <w:color w:val="000000"/>
        </w:rPr>
        <w:t>（选自老舍《春风》）</w:t>
      </w:r>
    </w:p>
    <w:p>
      <w:pPr>
        <w:spacing w:line="360" w:lineRule="auto"/>
        <w:jc w:val="left"/>
        <w:textAlignment w:val="center"/>
        <w:rPr>
          <w:color w:val="000000"/>
        </w:rPr>
      </w:pPr>
      <w:r>
        <w:rPr>
          <w:color w:val="000000"/>
        </w:rPr>
        <w:t>（1）</w:t>
      </w:r>
      <w:r>
        <w:rPr>
          <w:rFonts w:ascii="宋体" w:eastAsia="宋体" w:hAnsi="宋体" w:cs="宋体"/>
          <w:color w:val="000000"/>
        </w:rPr>
        <w:t xml:space="preserve">甲文节选依次从 </w:t>
      </w:r>
      <w:r>
        <w:rPr>
          <w:color w:val="000000"/>
        </w:rPr>
        <w:t>_____</w:t>
      </w:r>
      <w:r>
        <w:rPr>
          <w:rFonts w:ascii="宋体" w:eastAsia="宋体" w:hAnsi="宋体" w:cs="宋体"/>
          <w:color w:val="000000"/>
        </w:rPr>
        <w:t xml:space="preserve">觉、嗅觉、视觉、听觉的角度描写了春风 </w:t>
      </w:r>
      <w:r>
        <w:rPr>
          <w:color w:val="000000"/>
        </w:rPr>
        <w:t>_____</w:t>
      </w:r>
      <w:r>
        <w:rPr>
          <w:rFonts w:ascii="宋体" w:eastAsia="宋体" w:hAnsi="宋体" w:cs="宋体"/>
          <w:color w:val="000000"/>
        </w:rPr>
        <w:t xml:space="preserve">的特点，表达了作者对春风的喜爱之情；而乙文节选第①段则运用对比手法、第②段主要运用了心理描写，描绘了济南、青岛两地的春风粗猛、寒冷的特点，这样的春风给作者以 </w:t>
      </w:r>
      <w:r>
        <w:rPr>
          <w:color w:val="000000"/>
        </w:rPr>
        <w:t>_____</w:t>
      </w:r>
      <w:r>
        <w:rPr>
          <w:rFonts w:ascii="宋体" w:eastAsia="宋体" w:hAnsi="宋体" w:cs="宋体"/>
          <w:color w:val="000000"/>
        </w:rPr>
        <w:t>而又无奈的感受。</w:t>
      </w:r>
    </w:p>
    <w:p>
      <w:pPr>
        <w:spacing w:line="360" w:lineRule="auto"/>
        <w:jc w:val="left"/>
        <w:textAlignment w:val="center"/>
        <w:rPr>
          <w:color w:val="000000"/>
        </w:rPr>
      </w:pPr>
      <w:r>
        <w:rPr>
          <w:color w:val="000000"/>
        </w:rPr>
        <w:t>（2）</w:t>
      </w:r>
      <w:r>
        <w:rPr>
          <w:rFonts w:ascii="宋体" w:eastAsia="宋体" w:hAnsi="宋体" w:cs="宋体"/>
          <w:color w:val="000000"/>
        </w:rPr>
        <w:t>结合语境说说甲、乙两文中加点的两个词语的意思。</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触</w:t>
      </w:r>
      <w:r>
        <w:rPr>
          <w:color w:val="000000"/>
        </w:rPr>
        <w:t xml:space="preserve">    ②. </w:t>
      </w:r>
      <w:r>
        <w:rPr>
          <w:rFonts w:ascii="宋体" w:eastAsia="宋体" w:hAnsi="宋体" w:cs="宋体"/>
          <w:color w:val="000000"/>
        </w:rPr>
        <w:t>柔和、清新、动听</w:t>
      </w:r>
      <w:r>
        <w:rPr>
          <w:color w:val="000000"/>
        </w:rPr>
        <w:t xml:space="preserve">    ③. </w:t>
      </w:r>
      <w:r>
        <w:rPr>
          <w:rFonts w:ascii="宋体" w:eastAsia="宋体" w:hAnsi="宋体" w:cs="宋体"/>
          <w:color w:val="000000"/>
        </w:rPr>
        <w:t>痛苦</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甲：“卖弄”是“显示，炫耀自己的本领”的意思，贬词褒用，从听觉生动地描绘出鸟儿在和煦的春风中尽情鸣叫的可爱情态。</w:t>
      </w:r>
    </w:p>
    <w:p>
      <w:pPr>
        <w:spacing w:line="360" w:lineRule="auto"/>
        <w:jc w:val="both"/>
        <w:textAlignment w:val="center"/>
        <w:rPr>
          <w:color w:val="000000"/>
        </w:rPr>
      </w:pPr>
      <w:r>
        <w:rPr>
          <w:rFonts w:ascii="宋体" w:eastAsia="宋体" w:hAnsi="宋体" w:cs="宋体"/>
          <w:color w:val="000000"/>
        </w:rPr>
        <w:t>乙：“狡猾”是“变化不定、出人意料”的意思。拟人，形象生动地描写了风的多变，流露出了作者对两地春风的感情：害怕、难堪，因之愁苦却又无奈。</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本题考查内容分析。</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甲文“不错的，像母亲的手抚摸着你”从触觉角度写出春风的柔和；“风里带来些新翻的泥土的气息，混着青草味儿，还有各种花的香，都在微微润湿的空气里酝酿”从嗅觉角度写出春风的清新；“鸟儿将窠巢安在繁花嫩叶当中，高兴起来了，呼朋引伴地卖弄清脆的喉咙，唱出宛转的曲子，与轻风流水应和着。牛背上牧童的短笛，这时候也成天在瞭亮地响”从听觉角度写出春风的动听。</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）结合乙文第</w:t>
      </w:r>
      <w:r>
        <w:rPr>
          <w:rFonts w:ascii="Arial Unicode MS" w:eastAsia="Arial Unicode MS" w:hAnsi="Arial Unicode MS" w:cs="Arial Unicode MS"/>
          <w:color w:val="000000"/>
        </w:rPr>
        <w:t>②</w:t>
      </w:r>
      <w:r>
        <w:rPr>
          <w:rFonts w:ascii="宋体" w:eastAsia="宋体" w:hAnsi="宋体" w:cs="宋体"/>
          <w:color w:val="000000"/>
        </w:rPr>
        <w:t>段“它使我说不出为什么苦痛，而且没法子避免。它自由的刮，我死受着苦。我不能和风去讲理或吵架。单单在春天刮这样的风！可是跟谁讲理去呢？”可知，写出春风给作者的感受是没有办法避免，是无奈的；在春风中受苦，是痛苦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本题考查词语赏析。词语赏析：理解词语的本义，抓住手法，体会词语在语境中的具体含义和产生的效果，体会人物或者作者的某种情感。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）甲文。</w:t>
      </w:r>
    </w:p>
    <w:p>
      <w:pPr>
        <w:spacing w:line="360" w:lineRule="auto"/>
        <w:jc w:val="left"/>
        <w:textAlignment w:val="center"/>
        <w:rPr>
          <w:color w:val="000000"/>
        </w:rPr>
      </w:pPr>
      <w:r>
        <w:rPr>
          <w:rFonts w:ascii="宋体" w:eastAsia="宋体" w:hAnsi="宋体" w:cs="宋体"/>
          <w:color w:val="000000"/>
        </w:rPr>
        <w:t>本义：“卖弄”</w:t>
      </w:r>
      <w:r>
        <w:rPr>
          <w:rFonts w:ascii="宋体" w:eastAsia="宋体" w:hAnsi="宋体" w:cs="宋体"/>
          <w:color w:val="000000"/>
          <w:position w:val="0"/>
        </w:rPr>
        <w:drawing>
          <wp:inline>
            <wp:extent cx="133350" cy="177800"/>
            <wp:docPr id="15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
                    <pic:cNvPicPr>
                      <a:picLocks noChangeAspect="1"/>
                    </pic:cNvPicPr>
                  </pic:nvPicPr>
                  <pic:blipFill>
                    <a:blip r:embed="rId12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本义是夸耀、显露本事；炫耀、夸耀或骄傲地显示；卖弄学问。是一个贬义词。</w:t>
      </w:r>
    </w:p>
    <w:p>
      <w:pPr>
        <w:spacing w:line="360" w:lineRule="auto"/>
        <w:jc w:val="left"/>
        <w:textAlignment w:val="center"/>
        <w:rPr>
          <w:color w:val="000000"/>
        </w:rPr>
      </w:pPr>
      <w:r>
        <w:rPr>
          <w:rFonts w:ascii="宋体" w:eastAsia="宋体" w:hAnsi="宋体" w:cs="宋体"/>
          <w:color w:val="000000"/>
        </w:rPr>
        <w:t>语境义：这里指鸟儿呼朋引伴地显露自己清脆的喉咙，唱出宛转动听的曲子，结合“宛转的曲子”可知，作者认为鸟儿的歌声是动听的，写出了作者的欣赏，所以，“卖弄”就是贬义词褒用，用这个词生动写出鸟儿唱歌、鸣叫时那种自得、可爱的情态，表达作者的喜爱之情。</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）乙文。</w:t>
      </w:r>
    </w:p>
    <w:p>
      <w:pPr>
        <w:spacing w:line="360" w:lineRule="auto"/>
        <w:jc w:val="left"/>
        <w:textAlignment w:val="center"/>
        <w:rPr>
          <w:color w:val="000000"/>
        </w:rPr>
      </w:pPr>
      <w:r>
        <w:rPr>
          <w:rFonts w:ascii="宋体" w:eastAsia="宋体" w:hAnsi="宋体" w:cs="宋体"/>
          <w:color w:val="000000"/>
        </w:rPr>
        <w:t>本义：“狡猾”本义是指诡诈不可信，狡诈刁钻。带有一定贬义。</w:t>
      </w:r>
    </w:p>
    <w:p>
      <w:pPr>
        <w:spacing w:line="360" w:lineRule="auto"/>
        <w:jc w:val="left"/>
        <w:textAlignment w:val="center"/>
        <w:rPr>
          <w:color w:val="000000"/>
        </w:rPr>
      </w:pPr>
      <w:r>
        <w:rPr>
          <w:rFonts w:ascii="宋体" w:eastAsia="宋体" w:hAnsi="宋体" w:cs="宋体"/>
          <w:color w:val="000000"/>
        </w:rPr>
        <w:t>语境义：结合乙文第①段“青岛的风少一些沙土，可是狡猾”可知，是说风狡猾，这是把风拟人化，运用了拟人修辞；结合“在已很暖的时节忽然来一阵或一天的冷风，把一切都送回冬天去，棉衣不敢脱，花儿不敢开，海边翻着愁浪”可知，是说青岛的风多变，忽然来，带来一些冷气，从而把一切送回冬天，不再有温暖和生机。</w:t>
      </w:r>
    </w:p>
    <w:p>
      <w:pPr>
        <w:spacing w:line="360" w:lineRule="auto"/>
        <w:jc w:val="left"/>
        <w:textAlignment w:val="center"/>
        <w:rPr>
          <w:color w:val="000000"/>
        </w:rPr>
      </w:pPr>
      <w:r>
        <w:rPr>
          <w:rFonts w:ascii="宋体" w:eastAsia="宋体" w:hAnsi="宋体" w:cs="宋体"/>
          <w:color w:val="000000"/>
        </w:rPr>
        <w:t>感情：结合乙文第①段“可是，济南与青岛的春风都太粗猛，把两地的春都给吹毁了”可知，作者对青岛的风的态度是不喜欢，结合乙文第</w:t>
      </w:r>
      <w:r>
        <w:rPr>
          <w:rFonts w:ascii="Arial Unicode MS" w:eastAsia="Arial Unicode MS" w:hAnsi="Arial Unicode MS" w:cs="Arial Unicode MS"/>
          <w:color w:val="000000"/>
        </w:rPr>
        <w:t>②</w:t>
      </w:r>
      <w:r>
        <w:rPr>
          <w:rFonts w:ascii="宋体" w:eastAsia="宋体" w:hAnsi="宋体" w:cs="宋体"/>
          <w:color w:val="000000"/>
        </w:rPr>
        <w:t>段“对于我，特别觉得难堪”“使我说不出为什么苦痛，而且没法子避免。它自由的刮，我死受着苦。我不能和风去讲理或吵架。单单在春天刮这样的风！可是跟谁讲理去呢？”可知，作者对青岛的风的情感是害怕、难堪，愁苦、无奈。</w:t>
      </w:r>
    </w:p>
    <w:p>
      <w:pPr>
        <w:spacing w:line="360" w:lineRule="auto"/>
        <w:jc w:val="left"/>
        <w:textAlignment w:val="center"/>
        <w:rPr>
          <w:color w:val="000000"/>
        </w:rPr>
      </w:pPr>
      <w:r>
        <w:rPr>
          <w:color w:val="000000"/>
        </w:rPr>
        <w:t xml:space="preserve">11. </w:t>
      </w:r>
      <w:r>
        <w:rPr>
          <w:rFonts w:ascii="宋体" w:eastAsia="宋体" w:hAnsi="宋体" w:cs="宋体"/>
          <w:color w:val="000000"/>
        </w:rPr>
        <w:t>阅读下面这篇文章，完成问题。</w:t>
      </w:r>
    </w:p>
    <w:p>
      <w:pPr>
        <w:spacing w:line="360" w:lineRule="auto"/>
        <w:jc w:val="center"/>
        <w:textAlignment w:val="center"/>
        <w:rPr>
          <w:color w:val="000000"/>
        </w:rPr>
      </w:pPr>
      <w:r>
        <w:rPr>
          <w:rFonts w:ascii="楷体" w:eastAsia="楷体" w:hAnsi="楷体" w:cs="楷体"/>
          <w:color w:val="000000"/>
        </w:rPr>
        <w:t>你远走高飞，我原路返回</w:t>
      </w:r>
    </w:p>
    <w:p>
      <w:pPr>
        <w:spacing w:line="360" w:lineRule="auto"/>
        <w:jc w:val="center"/>
        <w:textAlignment w:val="center"/>
        <w:rPr>
          <w:color w:val="000000"/>
        </w:rPr>
      </w:pPr>
      <w:r>
        <w:rPr>
          <w:rFonts w:ascii="楷体" w:eastAsia="楷体" w:hAnsi="楷体" w:cs="楷体"/>
          <w:color w:val="000000"/>
        </w:rPr>
        <w:t>赵玙</w:t>
      </w:r>
    </w:p>
    <w:p>
      <w:pPr>
        <w:spacing w:line="360" w:lineRule="auto"/>
        <w:ind w:firstLine="420"/>
        <w:jc w:val="left"/>
        <w:textAlignment w:val="center"/>
        <w:rPr>
          <w:color w:val="000000"/>
        </w:rPr>
      </w:pPr>
      <w:r>
        <w:rPr>
          <w:rFonts w:ascii="楷体" w:eastAsia="楷体" w:hAnsi="楷体" w:cs="楷体"/>
          <w:color w:val="000000"/>
        </w:rPr>
        <w:t>①“你远走高飞，我原路返回。”离别的时刻，班主任为我们写下了这样一行板书。与学生的雀跃相比，老师的背影是落寞的，然而老师又是幸福的。</w:t>
      </w:r>
    </w:p>
    <w:p>
      <w:pPr>
        <w:spacing w:line="360" w:lineRule="auto"/>
        <w:ind w:firstLine="420"/>
        <w:jc w:val="left"/>
        <w:textAlignment w:val="center"/>
        <w:rPr>
          <w:color w:val="000000"/>
        </w:rPr>
      </w:pPr>
      <w:r>
        <w:rPr>
          <w:rFonts w:ascii="楷体" w:eastAsia="楷体" w:hAnsi="楷体" w:cs="楷体"/>
          <w:color w:val="000000"/>
        </w:rPr>
        <w:t>②对于一个幸运的人来说，冥冥之中，总会有那么一两个人，出现在你生命中的某段路上，或许是不经意间，将你从沉沉暮霭中引向一处明媚之地。</w:t>
      </w:r>
    </w:p>
    <w:p>
      <w:pPr>
        <w:spacing w:line="360" w:lineRule="auto"/>
        <w:ind w:firstLine="420"/>
        <w:jc w:val="left"/>
        <w:textAlignment w:val="center"/>
        <w:rPr>
          <w:color w:val="000000"/>
        </w:rPr>
      </w:pPr>
      <w:r>
        <w:rPr>
          <w:rFonts w:ascii="楷体" w:eastAsia="楷体" w:hAnsi="楷体" w:cs="楷体"/>
          <w:color w:val="000000"/>
        </w:rPr>
        <w:t>③新生报到那天，我第一次见到了我们的班主任陈新民。作为老师，我们的班主任显然是“非主流”的。他三十几岁，穿着考究，一身烟草味，声音有些沙哑，许是烟抽多了的缘故。后来发现他的坐骑是当时最时髦的摩托——“太子车”，车型流线，极其拉风。</w:t>
      </w:r>
    </w:p>
    <w:p>
      <w:pPr>
        <w:spacing w:line="360" w:lineRule="auto"/>
        <w:ind w:firstLine="420"/>
        <w:jc w:val="left"/>
        <w:textAlignment w:val="center"/>
        <w:rPr>
          <w:color w:val="000000"/>
        </w:rPr>
      </w:pPr>
      <w:r>
        <w:rPr>
          <w:rFonts w:ascii="楷体" w:eastAsia="楷体" w:hAnsi="楷体" w:cs="楷体"/>
          <w:color w:val="000000"/>
        </w:rPr>
        <w:t>④许是因入学资料特长那一栏填了“手风琴”，就在报到的那一天，班主任委任我为班级文艺委员。我天生个头矮小、内敛少言，在这所学霸如云的重点高中成绩也不算出众。文艺委员的首个任务是在军训期间指导并指挥全班合唱，【甲】</w:t>
      </w:r>
      <w:r>
        <w:rPr>
          <w:rFonts w:ascii="楷体" w:eastAsia="楷体" w:hAnsi="楷体" w:cs="楷体"/>
          <w:color w:val="000000"/>
          <w:u w:val="single"/>
        </w:rPr>
        <w:t>可以想象我是如何压抑住内心的惊涛骇浪，站在全班甚至全年级面前的，</w:t>
      </w:r>
      <w:r>
        <w:rPr>
          <w:rFonts w:ascii="楷体" w:eastAsia="楷体" w:hAnsi="楷体" w:cs="楷体"/>
          <w:color w:val="000000"/>
          <w:em w:val="dot"/>
        </w:rPr>
        <w:t>惶惶然</w:t>
      </w:r>
      <w:r>
        <w:rPr>
          <w:rFonts w:ascii="楷体" w:eastAsia="楷体" w:hAnsi="楷体" w:cs="楷体"/>
          <w:color w:val="000000"/>
          <w:u w:val="single"/>
        </w:rPr>
        <w:t>而又</w:t>
      </w:r>
      <w:r>
        <w:rPr>
          <w:rFonts w:ascii="楷体" w:eastAsia="楷体" w:hAnsi="楷体" w:cs="楷体"/>
          <w:color w:val="000000"/>
          <w:em w:val="dot"/>
        </w:rPr>
        <w:t>欣欣然</w:t>
      </w:r>
      <w:r>
        <w:rPr>
          <w:rFonts w:ascii="楷体" w:eastAsia="楷体" w:hAnsi="楷体" w:cs="楷体"/>
          <w:color w:val="000000"/>
        </w:rPr>
        <w:t>。</w:t>
      </w:r>
    </w:p>
    <w:p>
      <w:pPr>
        <w:spacing w:line="360" w:lineRule="auto"/>
        <w:ind w:firstLine="420"/>
        <w:jc w:val="left"/>
        <w:textAlignment w:val="center"/>
        <w:rPr>
          <w:color w:val="000000"/>
        </w:rPr>
      </w:pPr>
      <w:r>
        <w:rPr>
          <w:rFonts w:ascii="楷体" w:eastAsia="楷体" w:hAnsi="楷体" w:cs="楷体"/>
          <w:color w:val="000000"/>
        </w:rPr>
        <w:t>⑤就在开学初的某个晚上，陈老师来到了我家。班主任上门家访，于我是头一遭。我爸见面脱口便以“主任”相称，他露出难得的羞赧：“不敢不敢。”他一坐就是一两个小时，不知他们谈了些什么，【乙】</w:t>
      </w:r>
      <w:r>
        <w:rPr>
          <w:rFonts w:ascii="楷体" w:eastAsia="楷体" w:hAnsi="楷体" w:cs="楷体"/>
          <w:color w:val="000000"/>
          <w:u w:val="single"/>
        </w:rPr>
        <w:t>总之班主任走后，我并没有迎来预想中一场</w:t>
      </w:r>
      <w:r>
        <w:rPr>
          <w:rFonts w:ascii="楷体" w:eastAsia="楷体" w:hAnsi="楷体" w:cs="楷体"/>
          <w:color w:val="000000"/>
        </w:rPr>
        <w:t>“</w:t>
      </w:r>
      <w:r>
        <w:rPr>
          <w:rFonts w:ascii="楷体" w:eastAsia="楷体" w:hAnsi="楷体" w:cs="楷体"/>
          <w:color w:val="000000"/>
          <w:em w:val="dot"/>
        </w:rPr>
        <w:t>腥风血雨</w:t>
      </w:r>
      <w:r>
        <w:rPr>
          <w:rFonts w:ascii="楷体" w:eastAsia="楷体" w:hAnsi="楷体" w:cs="楷体"/>
          <w:color w:val="000000"/>
        </w:rPr>
        <w:t>”，</w:t>
      </w:r>
      <w:r>
        <w:rPr>
          <w:rFonts w:ascii="楷体" w:eastAsia="楷体" w:hAnsi="楷体" w:cs="楷体"/>
          <w:color w:val="000000"/>
          <w:u w:val="single"/>
        </w:rPr>
        <w:t>似乎只是爸妈的好友来串了个门，</w:t>
      </w:r>
      <w:r>
        <w:rPr>
          <w:rFonts w:ascii="楷体" w:eastAsia="楷体" w:hAnsi="楷体" w:cs="楷体"/>
          <w:color w:val="000000"/>
          <w:em w:val="dot"/>
        </w:rPr>
        <w:t>云淡风轻</w:t>
      </w:r>
      <w:r>
        <w:rPr>
          <w:rFonts w:ascii="楷体" w:eastAsia="楷体" w:hAnsi="楷体" w:cs="楷体"/>
          <w:color w:val="000000"/>
        </w:rPr>
        <w:t>。班主任的家访不止一次。后来得知，在我们这个五六十人的班级，几乎每个学生的家他都走过几趟，与每位家长如老友般熟稔。</w:t>
      </w:r>
    </w:p>
    <w:p>
      <w:pPr>
        <w:spacing w:line="360" w:lineRule="auto"/>
        <w:ind w:firstLine="420"/>
        <w:jc w:val="left"/>
        <w:textAlignment w:val="center"/>
        <w:rPr>
          <w:color w:val="000000"/>
        </w:rPr>
      </w:pPr>
      <w:r>
        <w:rPr>
          <w:rFonts w:ascii="楷体" w:eastAsia="楷体" w:hAnsi="楷体" w:cs="楷体"/>
          <w:color w:val="000000"/>
        </w:rPr>
        <w:t>⑥陈老师也爱和我们聊。最熟悉的场景是，夕阳西下，长长的走廊一片金黄，他倚靠着栏杆，手里夹着一根香烟，轻烟袅袅，有一搭没一搭地和几个同学聊天，【丙】</w:t>
      </w:r>
      <w:r>
        <w:rPr>
          <w:rFonts w:ascii="楷体" w:eastAsia="楷体" w:hAnsi="楷体" w:cs="楷体"/>
          <w:color w:val="000000"/>
          <w:u w:val="single"/>
        </w:rPr>
        <w:t>嘴角是那抹标志性的笑，有些</w:t>
      </w:r>
      <w:r>
        <w:rPr>
          <w:rFonts w:ascii="楷体" w:eastAsia="楷体" w:hAnsi="楷体" w:cs="楷体"/>
          <w:color w:val="000000"/>
          <w:em w:val="dot"/>
        </w:rPr>
        <w:t>玩世不恭</w:t>
      </w:r>
      <w:r>
        <w:rPr>
          <w:rFonts w:ascii="楷体" w:eastAsia="楷体" w:hAnsi="楷体" w:cs="楷体"/>
          <w:color w:val="000000"/>
        </w:rPr>
        <w:t>，</w:t>
      </w:r>
      <w:r>
        <w:rPr>
          <w:rFonts w:ascii="楷体" w:eastAsia="楷体" w:hAnsi="楷体" w:cs="楷体"/>
          <w:color w:val="000000"/>
          <w:u w:val="single"/>
        </w:rPr>
        <w:t>又含着</w:t>
      </w:r>
      <w:r>
        <w:rPr>
          <w:rFonts w:ascii="楷体" w:eastAsia="楷体" w:hAnsi="楷体" w:cs="楷体"/>
          <w:color w:val="000000"/>
          <w:em w:val="dot"/>
        </w:rPr>
        <w:t>郑重其事</w:t>
      </w:r>
      <w:r>
        <w:rPr>
          <w:rFonts w:ascii="楷体" w:eastAsia="楷体" w:hAnsi="楷体" w:cs="楷体"/>
          <w:color w:val="000000"/>
        </w:rPr>
        <w:t>。他极少说教，多是聊聊生活，聊聊社会。在那一段敏感而焦躁的日子里，陈老师是最懂我们的。</w:t>
      </w:r>
    </w:p>
    <w:p>
      <w:pPr>
        <w:spacing w:line="360" w:lineRule="auto"/>
        <w:ind w:firstLine="420"/>
        <w:jc w:val="left"/>
        <w:textAlignment w:val="center"/>
        <w:rPr>
          <w:color w:val="000000"/>
        </w:rPr>
      </w:pPr>
      <w:r>
        <w:rPr>
          <w:rFonts w:ascii="楷体" w:eastAsia="楷体" w:hAnsi="楷体" w:cs="楷体"/>
          <w:color w:val="000000"/>
        </w:rPr>
        <w:t>⑦有一年大年初一，我们在学校执勤。出门走亲戚的陈老师把家中钥匙交给我们，嘱我们中午到他家自己动手做饭，食材已备好。当时陈老师住在学校的教师宿舍，那是一套陈旧狭小的居室，但朴素中透出细致、温馨，屋里的一切布置得那么井井有条。</w:t>
      </w:r>
    </w:p>
    <w:p>
      <w:pPr>
        <w:spacing w:line="360" w:lineRule="auto"/>
        <w:ind w:firstLine="420"/>
        <w:jc w:val="left"/>
        <w:textAlignment w:val="center"/>
        <w:rPr>
          <w:color w:val="000000"/>
        </w:rPr>
      </w:pPr>
      <w:r>
        <w:rPr>
          <w:rFonts w:ascii="楷体" w:eastAsia="楷体" w:hAnsi="楷体" w:cs="楷体"/>
          <w:color w:val="000000"/>
        </w:rPr>
        <w:t>⑧高中时代自然是以高考为终结的，许多细节未必有太多意义，却如经年盘绕的葛藤，枝枝蔓蔓，构成了一幅完整的记忆。第一个高考日的下午，我揣着陈老师的手表走进了考场。我是在候考室发现忘了带手表的，却没有丝毫慌乱，径直让陈老师把他的手表摘了下来。金色的机械表，沉甸甸的。高考结束后，他被安排封闭批阅试卷，临行前，他为每个同学留下了参考志愿，字迹郑重而漂亮。给我的建议都是当时比较理想的理科院校，而事实证明，他对我的预估是准确的。有时会想，我经历过成绩的起起伏伏，何以让他始终对我抱有信心，引我在人生最关键的一次抉择上大胆向前——如当年决定让那个其貌不扬的小姑娘站在舞台中央。</w:t>
      </w:r>
    </w:p>
    <w:p>
      <w:pPr>
        <w:spacing w:line="360" w:lineRule="auto"/>
        <w:ind w:firstLine="420"/>
        <w:jc w:val="left"/>
        <w:textAlignment w:val="center"/>
        <w:rPr>
          <w:color w:val="000000"/>
        </w:rPr>
      </w:pPr>
      <w:r>
        <w:rPr>
          <w:rFonts w:ascii="楷体" w:eastAsia="楷体" w:hAnsi="楷体" w:cs="楷体"/>
          <w:color w:val="000000"/>
        </w:rPr>
        <w:t>⑨生命中总有那么一个人，带着你推开一扇门，看到满地的阳光和鲜花。正是从高中开始，我迎来了生命中的阳光与花香，发现了自己身上潜在的各种可能——可以得到那么多肯定，可以自信地站在聚光灯下，可以在一所重点高中里成为优等生，可以选择留在离家千里的北京，可以去尝试一切未曾尝试的事情。多年后的一次同学聚会，一个同学介绍我说，这是赵玙，还记得吗，是不是和从前完全不一样？那一刻，我微笑着，蓦然想起了陈老师。</w:t>
      </w:r>
    </w:p>
    <w:p>
      <w:pPr>
        <w:spacing w:line="360" w:lineRule="auto"/>
        <w:ind w:firstLine="420"/>
        <w:jc w:val="left"/>
        <w:textAlignment w:val="center"/>
        <w:rPr>
          <w:color w:val="000000"/>
        </w:rPr>
      </w:pPr>
      <w:r>
        <w:rPr>
          <w:rFonts w:ascii="楷体" w:eastAsia="楷体" w:hAnsi="楷体" w:cs="楷体"/>
          <w:color w:val="000000"/>
        </w:rPr>
        <w:t>⑩近 20年了，早已远走高飞的同学们每每回家，仍不忘去看看陈老师，和他无拘无束的叙叙旧，聊聊每位同学的近况。而后我们又离去，同学们又带来关于他的消息。我们常常聊起陈老师，聊起当年的种种逸事，聊着聊着便是一阵静默。</w:t>
      </w:r>
    </w:p>
    <w:p>
      <w:pPr>
        <w:spacing w:line="360" w:lineRule="auto"/>
        <w:ind w:firstLine="420"/>
        <w:jc w:val="left"/>
        <w:textAlignment w:val="center"/>
        <w:rPr>
          <w:color w:val="000000"/>
        </w:rPr>
      </w:pPr>
      <w:r>
        <w:rPr>
          <w:rFonts w:ascii="楷体" w:eastAsia="楷体" w:hAnsi="楷体" w:cs="楷体"/>
          <w:color w:val="000000"/>
        </w:rPr>
        <w:t>⑪我们想念陈老师了，想念他的身影，在地北天南。</w:t>
      </w:r>
    </w:p>
    <w:p>
      <w:pPr>
        <w:spacing w:line="360" w:lineRule="auto"/>
        <w:jc w:val="right"/>
        <w:textAlignment w:val="center"/>
        <w:rPr>
          <w:color w:val="000000"/>
        </w:rPr>
      </w:pPr>
      <w:r>
        <w:rPr>
          <w:rFonts w:ascii="宋体" w:eastAsia="宋体" w:hAnsi="宋体" w:cs="宋体"/>
          <w:color w:val="000000"/>
        </w:rPr>
        <w:t>（有删改）</w:t>
      </w:r>
    </w:p>
    <w:p>
      <w:pPr>
        <w:spacing w:line="360" w:lineRule="auto"/>
        <w:jc w:val="left"/>
        <w:textAlignment w:val="center"/>
        <w:rPr>
          <w:color w:val="000000"/>
        </w:rPr>
      </w:pPr>
      <w:r>
        <w:rPr>
          <w:color w:val="000000"/>
        </w:rPr>
        <w:t>（1）</w:t>
      </w:r>
      <w:r>
        <w:rPr>
          <w:rFonts w:ascii="宋体" w:eastAsia="宋体" w:hAnsi="宋体" w:cs="宋体"/>
          <w:color w:val="000000"/>
        </w:rPr>
        <w:t>作者说高中时代</w:t>
      </w:r>
      <w:r>
        <w:rPr>
          <w:rFonts w:ascii="宋体" w:eastAsia="宋体" w:hAnsi="宋体" w:cs="宋体"/>
          <w:color w:val="000000"/>
          <w:position w:val="0"/>
        </w:rPr>
        <w:drawing>
          <wp:inline>
            <wp:extent cx="133350" cy="177800"/>
            <wp:docPr id="15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
                    <pic:cNvPicPr>
                      <a:picLocks noChangeAspect="1"/>
                    </pic:cNvPicPr>
                  </pic:nvPicPr>
                  <pic:blipFill>
                    <a:blip r:embed="rId12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许多细节，如经年盘绕的葛藤，构成了一幅完整的记忆。请你梳理内容，把我们和班主任交往的记忆补充完整。</w:t>
      </w:r>
    </w:p>
    <w:p>
      <w:pPr>
        <w:spacing w:line="360" w:lineRule="auto"/>
        <w:jc w:val="left"/>
        <w:textAlignment w:val="center"/>
        <w:rPr>
          <w:color w:val="000000"/>
        </w:rPr>
      </w:pPr>
      <w:r>
        <w:rPr>
          <w:rFonts w:ascii="宋体" w:eastAsia="宋体" w:hAnsi="宋体" w:cs="宋体"/>
          <w:color w:val="000000"/>
        </w:rPr>
        <w:t>报到那天初遇“非主流”的陈老师，</w:t>
      </w:r>
      <w:r>
        <w:rPr>
          <w:color w:val="000000"/>
        </w:rPr>
        <w:t>_____</w:t>
      </w:r>
      <w:r>
        <w:rPr>
          <w:rFonts w:ascii="宋体" w:eastAsia="宋体" w:hAnsi="宋体" w:cs="宋体"/>
          <w:color w:val="000000"/>
        </w:rPr>
        <w:t>；陈老师到每一位同学家去家访；</w:t>
      </w:r>
      <w:r>
        <w:rPr>
          <w:color w:val="000000"/>
        </w:rPr>
        <w:t>_____</w:t>
      </w:r>
      <w:r>
        <w:rPr>
          <w:rFonts w:ascii="宋体" w:eastAsia="宋体" w:hAnsi="宋体" w:cs="宋体"/>
          <w:color w:val="000000"/>
        </w:rPr>
        <w:t>；大年初一，陈老师嘱我们去他家做饭；高考时，“我”拿着陈老师的手表进高考考场，</w:t>
      </w:r>
      <w:r>
        <w:rPr>
          <w:color w:val="000000"/>
        </w:rPr>
        <w:t>_____</w:t>
      </w:r>
      <w:r>
        <w:rPr>
          <w:rFonts w:ascii="宋体" w:eastAsia="宋体" w:hAnsi="宋体" w:cs="宋体"/>
          <w:color w:val="000000"/>
        </w:rPr>
        <w:t>，陈老师始终对我抱有信心。</w:t>
      </w:r>
    </w:p>
    <w:p>
      <w:pPr>
        <w:spacing w:line="360" w:lineRule="auto"/>
        <w:jc w:val="left"/>
        <w:textAlignment w:val="center"/>
        <w:rPr>
          <w:color w:val="000000"/>
        </w:rPr>
      </w:pPr>
      <w:r>
        <w:rPr>
          <w:color w:val="000000"/>
        </w:rPr>
        <w:t>（2）</w:t>
      </w:r>
      <w:r>
        <w:rPr>
          <w:rFonts w:ascii="宋体" w:eastAsia="宋体" w:hAnsi="宋体" w:cs="宋体"/>
          <w:color w:val="000000"/>
        </w:rPr>
        <w:t>文中对比的词语运用生动传神，请从三处画线句中任选一句，结合上下文简要分析加点词语妙处。</w:t>
      </w:r>
    </w:p>
    <w:p>
      <w:pPr>
        <w:spacing w:line="360" w:lineRule="auto"/>
        <w:jc w:val="left"/>
        <w:textAlignment w:val="center"/>
        <w:rPr>
          <w:color w:val="000000"/>
        </w:rPr>
      </w:pPr>
      <w:r>
        <w:rPr>
          <w:color w:val="000000"/>
        </w:rPr>
        <w:t>（3）</w:t>
      </w:r>
      <w:r>
        <w:rPr>
          <w:rFonts w:ascii="宋体" w:eastAsia="宋体" w:hAnsi="宋体" w:cs="宋体"/>
          <w:color w:val="000000"/>
        </w:rPr>
        <w:t>结合文章内容和你的成长经历，谈一谈你对“生命中总有那么一个人，带着你推开一扇门，看到满地的阳光和鲜花”的理解。</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委任“我”为班级文艺委员</w:t>
      </w:r>
      <w:r>
        <w:rPr>
          <w:color w:val="000000"/>
        </w:rPr>
        <w:t xml:space="preserve">    ②. </w:t>
      </w:r>
      <w:r>
        <w:rPr>
          <w:rFonts w:ascii="宋体" w:eastAsia="宋体" w:hAnsi="宋体" w:cs="宋体"/>
          <w:color w:val="000000"/>
        </w:rPr>
        <w:t>陈老师和同学们聊天</w:t>
      </w:r>
      <w:r>
        <w:rPr>
          <w:color w:val="000000"/>
        </w:rPr>
        <w:t xml:space="preserve">    ③. </w:t>
      </w:r>
      <w:r>
        <w:rPr>
          <w:rFonts w:ascii="宋体" w:eastAsia="宋体" w:hAnsi="宋体" w:cs="宋体"/>
          <w:color w:val="000000"/>
        </w:rPr>
        <w:t>镇静自信</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示例一：“惶惶然”形容非常恐惧不安的样子，准确表现了“我”初次站在舞台中央时内心的紧张与恐慌；而“欣欣然”形容非常高兴的样子，突出表现了“我”得到陈老师信任、能施展才能时，内心的激动与自豪感。两个词语对比连用，具体细致地表现了“我”当时的复杂心情。</w:t>
      </w:r>
    </w:p>
    <w:p>
      <w:pPr>
        <w:spacing w:line="360" w:lineRule="auto"/>
        <w:jc w:val="both"/>
        <w:textAlignment w:val="center"/>
        <w:rPr>
          <w:color w:val="000000"/>
        </w:rPr>
      </w:pPr>
      <w:r>
        <w:rPr>
          <w:rFonts w:ascii="宋体" w:eastAsia="宋体" w:hAnsi="宋体" w:cs="宋体"/>
          <w:color w:val="000000"/>
        </w:rPr>
        <w:t>示例二：“腥风血雨”这里形容家长暴怒、责打孩子的惨状，是“我”想象中老师家访后的情景；而“云淡风轻”形容气氛和谐而温馨，表现了陈老师高超的家访沟通艺术给“我”和家人带来的美好感受。两个词语对比运用，更突出了陈老师尊重学生和家长、教育有方的特点，抒发了“我”对陈老师由衷地热爱敬佩之情。</w:t>
      </w:r>
    </w:p>
    <w:p>
      <w:pPr>
        <w:spacing w:line="360" w:lineRule="auto"/>
        <w:jc w:val="both"/>
        <w:textAlignment w:val="center"/>
        <w:rPr>
          <w:color w:val="000000"/>
        </w:rPr>
      </w:pPr>
      <w:r>
        <w:rPr>
          <w:rFonts w:ascii="宋体" w:eastAsia="宋体" w:hAnsi="宋体" w:cs="宋体"/>
          <w:color w:val="000000"/>
        </w:rPr>
        <w:t>示例三：“玩世不恭”这里是形容陈老师和学生交谈时看似不严肃的随意态度，表现陈老师懂学生心理、使学生易于接近的特点；“郑重其事”则形容陈老师对学生的教育实际上是非常严肃认真的。这两个词语对比连用，突出表现了陈老师理解学生心理、工作认真、教学有方的特点，抒发了“我”对陈老师由衷地热爱敬佩之情。</w:t>
      </w:r>
      <w:r>
        <w:rPr>
          <w:color w:val="000000"/>
        </w:rPr>
        <w:t xml:space="preserve">    </w:t>
      </w:r>
    </w:p>
    <w:p>
      <w:pPr>
        <w:spacing w:line="360" w:lineRule="auto"/>
        <w:jc w:val="both"/>
        <w:textAlignment w:val="center"/>
        <w:rPr>
          <w:color w:val="000000"/>
        </w:rPr>
      </w:pPr>
      <w:r>
        <w:rPr>
          <w:color w:val="000000"/>
        </w:rPr>
        <w:t>（3）</w:t>
      </w:r>
      <w:r>
        <w:rPr>
          <w:rFonts w:ascii="宋体" w:eastAsia="宋体" w:hAnsi="宋体" w:cs="宋体"/>
          <w:color w:val="000000"/>
        </w:rPr>
        <w:t>示例：文中的“我”本来因为“个头矮小、内敛少言”“成绩也不算出众”而缺乏自信，但是陈老师信任“我”，委任“我”为班级文艺委员，这激发起“我”的自信心；虽然“我经历过成绩的起起伏伏”，但“他始终对我抱有信心，引我在人生最关键的一次抉择上大胆向前”。陈老师为“我”打开了自信的大门，让“我”因自信而越来越优秀，勇敢地选择了理想的大学，留在自己心仪的城市北京，身上的无限潜能都被激发出来，有勇气去尝试一切未曾尝试的事情，生活越来越开阔美好。生活中的我，也曾因一次考试成绩不理想而苦恼消沉过，是细心的语文老师一段温柔的谈话使我振奋起精神、再创辉煌。语文老师为我打开勇气之门，让我体验到了东山再起的幸福，体会到了学习和生活的乐趣。</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本题考查内容理解与概括。</w:t>
      </w:r>
    </w:p>
    <w:p>
      <w:pPr>
        <w:spacing w:line="360" w:lineRule="auto"/>
        <w:jc w:val="left"/>
        <w:textAlignment w:val="center"/>
        <w:rPr>
          <w:color w:val="000000"/>
        </w:rPr>
      </w:pPr>
      <w:r>
        <w:rPr>
          <w:color w:val="000000"/>
        </w:rPr>
        <w:t>根据③段</w:t>
      </w:r>
      <w:r>
        <w:rPr>
          <w:rFonts w:ascii="宋体" w:eastAsia="宋体" w:hAnsi="宋体" w:cs="宋体"/>
          <w:color w:val="000000"/>
        </w:rPr>
        <w:t>“新生报到那天，我第一次见到了我们的班主任陈新民。作为老师，我们的班主任显然是‘非主流’的”，④段“就在报到的那一天，班主任委任我为班级文艺委员”可概括出：委任“我”为班级文艺委员；</w:t>
      </w:r>
    </w:p>
    <w:p>
      <w:pPr>
        <w:spacing w:line="360" w:lineRule="auto"/>
        <w:jc w:val="left"/>
        <w:textAlignment w:val="center"/>
        <w:rPr>
          <w:color w:val="000000"/>
        </w:rPr>
      </w:pPr>
      <w:r>
        <w:rPr>
          <w:rFonts w:ascii="宋体" w:eastAsia="宋体" w:hAnsi="宋体" w:cs="宋体"/>
          <w:color w:val="000000"/>
        </w:rPr>
        <w:t>根据⑥段“陈老师也爱和我们聊。最熟悉的场景是，夕阳西下，长长的走廊一片金黄，他倚靠着栏杆，手里夹着一根香烟，轻烟袅袅，有一搭没一搭地和几个同学聊天”可概括出：陈老师和同学们聊天；</w:t>
      </w:r>
    </w:p>
    <w:p>
      <w:pPr>
        <w:spacing w:line="360" w:lineRule="auto"/>
        <w:jc w:val="left"/>
        <w:textAlignment w:val="center"/>
        <w:rPr>
          <w:color w:val="000000"/>
        </w:rPr>
      </w:pPr>
      <w:r>
        <w:rPr>
          <w:rFonts w:ascii="宋体" w:eastAsia="宋体" w:hAnsi="宋体" w:cs="宋体"/>
          <w:color w:val="000000"/>
        </w:rPr>
        <w:t>根据⑧段“我是在候考室发现忘了带手表的，却没有丝毫慌乱，径直让陈老师把他的手表摘了下来”可概括出：镇静自信。</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本题考查词句赏析。</w:t>
      </w:r>
    </w:p>
    <w:p>
      <w:pPr>
        <w:spacing w:line="360" w:lineRule="auto"/>
        <w:jc w:val="left"/>
        <w:textAlignment w:val="center"/>
        <w:rPr>
          <w:color w:val="000000"/>
        </w:rPr>
      </w:pPr>
      <w:r>
        <w:rPr>
          <w:color w:val="000000"/>
        </w:rPr>
        <w:t>示例一：</w:t>
      </w:r>
      <w:r>
        <w:rPr>
          <w:rFonts w:ascii="宋体" w:eastAsia="宋体" w:hAnsi="宋体" w:cs="宋体"/>
          <w:color w:val="000000"/>
        </w:rPr>
        <w:t>“惶惶然”和“欣欣然”表现的是“我”第一次站在舞台中央时的心情。结合④段“我天生个头矮小、内敛少言，在这所学霸如云的重点高中成绩也不算出众”、“文艺委员的首个任务”可知，“惶惶然”表现的是“我”当时内心的紧张与恐慌；“欣欣然”表现的是“我”当时内心的激动与自豪感。两个词语对比连用，具体细致地表现了“我’当时的复杂心情。</w:t>
      </w:r>
    </w:p>
    <w:p>
      <w:pPr>
        <w:spacing w:line="360" w:lineRule="auto"/>
        <w:jc w:val="left"/>
        <w:textAlignment w:val="center"/>
        <w:rPr>
          <w:color w:val="000000"/>
        </w:rPr>
      </w:pPr>
      <w:r>
        <w:rPr>
          <w:color w:val="000000"/>
        </w:rPr>
        <w:t>示例二：</w:t>
      </w:r>
      <w:r>
        <w:rPr>
          <w:rFonts w:ascii="宋体" w:eastAsia="宋体" w:hAnsi="宋体" w:cs="宋体"/>
          <w:color w:val="000000"/>
        </w:rPr>
        <w:t>“腥风血雨”和“云淡风轻”两个词语表现的是陈老师家访后“我”家的气氛。从⑤段“班主任上门家访，于我是头一遭”、“他一坐就是一两个小时，不知他们谈了些什么”可知，“腥风血雨”的惨状是“我”想象中的，而“云淡风轻”这种和谐而温馨的气氛，是陈老师高超的家访沟通艺术给“我”和家人带来的美好感受。两个词语对比运用，更突出了陈老师尊重学生和家长、教育有方的特点，抒发了“我”对陈老师由衷地热爱敬佩之情。</w:t>
      </w:r>
    </w:p>
    <w:p>
      <w:pPr>
        <w:spacing w:line="360" w:lineRule="auto"/>
        <w:jc w:val="left"/>
        <w:textAlignment w:val="center"/>
        <w:rPr>
          <w:color w:val="000000"/>
        </w:rPr>
      </w:pPr>
      <w:r>
        <w:rPr>
          <w:color w:val="000000"/>
        </w:rPr>
        <w:t>示例三：</w:t>
      </w:r>
      <w:r>
        <w:rPr>
          <w:rFonts w:ascii="宋体" w:eastAsia="宋体" w:hAnsi="宋体" w:cs="宋体"/>
          <w:color w:val="000000"/>
        </w:rPr>
        <w:t>“玩世不恭'和“郑重其事”描写的是陈老师和同学们聊天时的样子，从⑥段“他倚靠着栏杆，手里夹着一根香烟，轻烟袅袅，有一搭没一搭地和几个同学聊天”、“他极少说教”、“在那一段敏感而焦躁的日子里，陈老师是最懂我们的”可知，“玩世不恭’是陈老师为使学生容易亲近、便于交流而做出的看似很随意的样子，而“郑重其事”是就陈老师和同学们谈话的内容来说的，表现了陈老师对学生的教育实际上是非常严肃认真的。两个词语对比运用，突出表现出陈老师理解学生心理、工作认真、教学有方的特点，抒发了“我”对陈老师由衷地热爱敬佩之情。</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本题考查句子理解。</w:t>
      </w:r>
    </w:p>
    <w:p>
      <w:pPr>
        <w:spacing w:line="360" w:lineRule="auto"/>
        <w:jc w:val="left"/>
        <w:textAlignment w:val="center"/>
        <w:rPr>
          <w:color w:val="000000"/>
        </w:rPr>
      </w:pPr>
      <w:r>
        <w:rPr>
          <w:rFonts w:ascii="宋体" w:eastAsia="宋体" w:hAnsi="宋体" w:cs="宋体"/>
          <w:color w:val="000000"/>
        </w:rPr>
        <w:t>“生命中总有那么一个人，带着你推开一扇门，看到满地的阳光和鲜花”中的“一扇门”是一个新的领域的开始，“满地的阳光和鲜花”意味着成功、收获、成长。这句话可以理解为生命中有一个人，带领我们打开一个新的领域，一个新的天地，带领我们去感受成长，去收获，去获得成功。</w:t>
      </w:r>
    </w:p>
    <w:p>
      <w:pPr>
        <w:spacing w:line="360" w:lineRule="auto"/>
        <w:jc w:val="left"/>
        <w:textAlignment w:val="center"/>
        <w:rPr>
          <w:color w:val="000000"/>
        </w:rPr>
      </w:pPr>
      <w:r>
        <w:rPr>
          <w:rFonts w:ascii="宋体" w:eastAsia="宋体" w:hAnsi="宋体" w:cs="宋体"/>
          <w:color w:val="000000"/>
        </w:rPr>
        <w:t>要求结合文章内容和自己的经历，学生可先从文中筛选关键词句，然后再叙述自己的经历作答。</w:t>
      </w:r>
    </w:p>
    <w:p>
      <w:pPr>
        <w:spacing w:line="360" w:lineRule="auto"/>
        <w:jc w:val="left"/>
        <w:textAlignment w:val="center"/>
        <w:rPr>
          <w:color w:val="000000"/>
        </w:rPr>
      </w:pPr>
      <w:r>
        <w:rPr>
          <w:rFonts w:ascii="宋体" w:eastAsia="宋体" w:hAnsi="宋体" w:cs="宋体"/>
          <w:color w:val="000000"/>
        </w:rPr>
        <w:t>从④段“个头矮小、内敛少言”、“成绩也不算出众”可知，开始的“我”缺乏自信；</w:t>
      </w:r>
    </w:p>
    <w:p>
      <w:pPr>
        <w:spacing w:line="360" w:lineRule="auto"/>
        <w:jc w:val="left"/>
        <w:textAlignment w:val="center"/>
        <w:rPr>
          <w:color w:val="000000"/>
        </w:rPr>
      </w:pPr>
      <w:r>
        <w:rPr>
          <w:rFonts w:ascii="宋体" w:eastAsia="宋体" w:hAnsi="宋体" w:cs="宋体"/>
          <w:color w:val="000000"/>
        </w:rPr>
        <w:t>从④段“站在全班甚至全年级面前的，惶惶然而又欣欣然”可知“我”虽然有些惊慌，但是自信心被激发起来了；</w:t>
      </w:r>
    </w:p>
    <w:p>
      <w:pPr>
        <w:spacing w:line="360" w:lineRule="auto"/>
        <w:jc w:val="left"/>
        <w:textAlignment w:val="center"/>
        <w:rPr>
          <w:color w:val="000000"/>
        </w:rPr>
      </w:pPr>
      <w:r>
        <w:rPr>
          <w:rFonts w:ascii="宋体" w:eastAsia="宋体" w:hAnsi="宋体" w:cs="宋体"/>
          <w:color w:val="000000"/>
        </w:rPr>
        <w:t>从⑧段“我是在候考室发现忘了带手表的，却没有丝毫慌乱”、“我经历过成绩的起起伏伏，何以让他始终对我抱有信心，引我在人生最关键的一次抉择上大胆向前”和⑨段“正是从高中开始，我迎来了生命中的阳光与花香，发现了自己身上潜在的各种可能</w:t>
      </w:r>
      <w:r>
        <w:rPr>
          <w:rFonts w:ascii="Times New Roman" w:eastAsia="Times New Roman" w:hAnsi="Times New Roman" w:cs="Times New Roman"/>
          <w:color w:val="000000"/>
        </w:rPr>
        <w:t>——</w:t>
      </w:r>
      <w:r>
        <w:rPr>
          <w:rFonts w:ascii="宋体" w:eastAsia="宋体" w:hAnsi="宋体" w:cs="宋体"/>
          <w:color w:val="000000"/>
        </w:rPr>
        <w:t>可以得到那么多肯定，可以自信地站在聚光灯下，可以在一所重点高中里成为优等生，可以选择留在离家千里的北京，可以去尝试一切未曾尝试的事情”可知，在陈老师的教育鼓励下，“我”因自信而变得越来越优秀，考上了理想的大学，“我”的生活越来越美好。</w:t>
      </w:r>
    </w:p>
    <w:p>
      <w:pPr>
        <w:spacing w:line="360" w:lineRule="auto"/>
        <w:jc w:val="left"/>
        <w:textAlignment w:val="center"/>
        <w:rPr>
          <w:color w:val="000000"/>
        </w:rPr>
      </w:pPr>
      <w:r>
        <w:rPr>
          <w:rFonts w:ascii="宋体" w:eastAsia="宋体" w:hAnsi="宋体" w:cs="宋体"/>
          <w:b/>
          <w:color w:val="000000"/>
          <w:sz w:val="24"/>
        </w:rPr>
        <w:t>五、任选一题写作（40分）</w:t>
      </w:r>
    </w:p>
    <w:p>
      <w:pPr>
        <w:spacing w:line="360" w:lineRule="auto"/>
        <w:ind w:firstLine="420"/>
        <w:jc w:val="left"/>
        <w:textAlignment w:val="center"/>
        <w:rPr>
          <w:color w:val="000000"/>
        </w:rPr>
      </w:pPr>
      <w:r>
        <w:rPr>
          <w:color w:val="000000"/>
        </w:rPr>
        <w:t xml:space="preserve">12. </w:t>
      </w:r>
      <w:r>
        <w:rPr>
          <w:rFonts w:ascii="楷体" w:eastAsia="楷体" w:hAnsi="楷体" w:cs="楷体"/>
          <w:color w:val="000000"/>
        </w:rPr>
        <w:t>有人说：只要拥有，哪怕点滴，用心珍惜，人生也会常乐。是啊，一段难忘的经历，一份温馨的情谊，一种独特的体验，一方自由的空间，乃至一本好书，一缕阳光，一份好心情……真的拥有不在乎多少，在乎感知，在乎呵护，让我们为拥有而快乐吧！</w:t>
      </w:r>
    </w:p>
    <w:p>
      <w:pPr>
        <w:spacing w:line="360" w:lineRule="auto"/>
        <w:jc w:val="left"/>
        <w:textAlignment w:val="center"/>
        <w:rPr>
          <w:color w:val="000000"/>
        </w:rPr>
      </w:pPr>
      <w:r>
        <w:rPr>
          <w:rFonts w:ascii="宋体" w:eastAsia="宋体" w:hAnsi="宋体" w:cs="宋体"/>
          <w:color w:val="000000"/>
        </w:rPr>
        <w:t>请你以“我拥有我快乐”为题，写一篇记叙文。</w:t>
      </w:r>
    </w:p>
    <w:p>
      <w:pPr>
        <w:spacing w:line="360" w:lineRule="auto"/>
        <w:jc w:val="left"/>
        <w:textAlignment w:val="center"/>
        <w:rPr>
          <w:color w:val="000000"/>
        </w:rPr>
      </w:pPr>
      <w:r>
        <w:rPr>
          <w:rFonts w:ascii="宋体" w:eastAsia="宋体" w:hAnsi="宋体" w:cs="宋体"/>
          <w:color w:val="000000"/>
        </w:rPr>
        <w:t>要求：请将作文题目写在答题纸上，作文内容积极向上，字数在500字以上，不要出现所在学校的校名或师生姓名。</w:t>
      </w:r>
    </w:p>
    <w:p>
      <w:pPr>
        <w:spacing w:line="360" w:lineRule="auto"/>
        <w:textAlignment w:val="center"/>
        <w:rPr>
          <w:color w:val="000000"/>
        </w:rPr>
      </w:pPr>
      <w:r>
        <w:rPr>
          <w:color w:val="2E75B6"/>
        </w:rPr>
        <w:t>【答案】</w:t>
      </w:r>
      <w:r>
        <w:rPr>
          <w:rFonts w:ascii="宋体" w:eastAsia="宋体" w:hAnsi="宋体" w:cs="宋体"/>
          <w:color w:val="000000"/>
        </w:rPr>
        <w:t>例文</w:t>
      </w:r>
    </w:p>
    <w:p>
      <w:pPr>
        <w:spacing w:line="360" w:lineRule="auto"/>
        <w:jc w:val="center"/>
        <w:textAlignment w:val="center"/>
        <w:rPr>
          <w:color w:val="000000"/>
        </w:rPr>
      </w:pPr>
      <w:r>
        <w:rPr>
          <w:rFonts w:ascii="宋体" w:eastAsia="宋体" w:hAnsi="宋体" w:cs="宋体"/>
          <w:color w:val="000000"/>
        </w:rPr>
        <w:t>我拥有，我快乐</w:t>
      </w:r>
    </w:p>
    <w:p>
      <w:pPr>
        <w:spacing w:line="360" w:lineRule="auto"/>
        <w:ind w:firstLine="420"/>
        <w:jc w:val="both"/>
        <w:textAlignment w:val="center"/>
        <w:rPr>
          <w:color w:val="000000"/>
        </w:rPr>
      </w:pPr>
      <w:r>
        <w:rPr>
          <w:rFonts w:ascii="宋体" w:eastAsia="宋体" w:hAnsi="宋体" w:cs="宋体"/>
          <w:color w:val="000000"/>
        </w:rPr>
        <w:t>人生就像浮云一样，漂浮着雨一打就碎散的气体，可以感觉到却怎么也抓不住。我环视着自己身边的种种，似乎是被我拥有的东西却也如同云烟一样碰了就散，于是我忽视了他们，低下了头看着自己两手空空如也，一无所有。</w:t>
      </w:r>
    </w:p>
    <w:p>
      <w:pPr>
        <w:spacing w:line="360" w:lineRule="auto"/>
        <w:ind w:firstLine="420"/>
        <w:jc w:val="both"/>
        <w:textAlignment w:val="center"/>
        <w:rPr>
          <w:color w:val="000000"/>
        </w:rPr>
      </w:pPr>
      <w:r>
        <w:rPr>
          <w:rFonts w:ascii="宋体" w:eastAsia="宋体" w:hAnsi="宋体" w:cs="宋体"/>
          <w:color w:val="000000"/>
        </w:rPr>
        <w:t>我拥有一个大书柜，还有一书柜的书每天下午放学回来，我都会从书架上随意的抽下一本书，躺在沙发上看，直到吃饭。快乐会在这一段时间里洋溢，在那一个个字眼里，穿插着我的快乐，洋溢着我欢快的生活。</w:t>
      </w:r>
    </w:p>
    <w:p>
      <w:pPr>
        <w:spacing w:line="360" w:lineRule="auto"/>
        <w:ind w:firstLine="420"/>
        <w:jc w:val="both"/>
        <w:textAlignment w:val="center"/>
        <w:rPr>
          <w:color w:val="000000"/>
        </w:rPr>
      </w:pPr>
      <w:r>
        <w:rPr>
          <w:rFonts w:ascii="宋体" w:eastAsia="宋体" w:hAnsi="宋体" w:cs="宋体"/>
          <w:color w:val="000000"/>
        </w:rPr>
        <w:t>我还拥有一个大房间。那里是一片净土，摆着我的书架和书桌，还可以让我休息，愉悦身心。我将希望的种子埋藏于此，并每天祈祷，努力以便让他更早发芽长成滔天大树。房子里还有许多可以让我快乐的因子。</w:t>
      </w:r>
    </w:p>
    <w:p>
      <w:pPr>
        <w:spacing w:line="360" w:lineRule="auto"/>
        <w:ind w:firstLine="420"/>
        <w:jc w:val="both"/>
        <w:textAlignment w:val="center"/>
        <w:rPr>
          <w:color w:val="000000"/>
        </w:rPr>
      </w:pPr>
      <w:r>
        <w:rPr>
          <w:rFonts w:ascii="宋体" w:eastAsia="宋体" w:hAnsi="宋体" w:cs="宋体"/>
          <w:color w:val="000000"/>
        </w:rPr>
        <w:t>我还有一个和睦的家庭，对比很多家庭，我们家确实还是很幸福的，可以做许多想做的事，快快乐乐的生活。</w:t>
      </w:r>
    </w:p>
    <w:p>
      <w:pPr>
        <w:spacing w:line="360" w:lineRule="auto"/>
        <w:ind w:firstLine="420"/>
        <w:jc w:val="both"/>
        <w:textAlignment w:val="center"/>
        <w:rPr>
          <w:color w:val="000000"/>
        </w:rPr>
      </w:pPr>
      <w:r>
        <w:rPr>
          <w:rFonts w:ascii="宋体" w:eastAsia="宋体" w:hAnsi="宋体" w:cs="宋体"/>
          <w:color w:val="000000"/>
        </w:rPr>
        <w:t>我还拥有许多同学，朋友，当我陷入一个个“泥潭”，他们将我从这些“泥潭”中救出，并帮助我走出心中留存的泥潭，是我保持积极向上的心理。</w:t>
      </w:r>
    </w:p>
    <w:p>
      <w:pPr>
        <w:spacing w:line="360" w:lineRule="auto"/>
        <w:ind w:firstLine="420"/>
        <w:jc w:val="both"/>
        <w:textAlignment w:val="center"/>
        <w:rPr>
          <w:color w:val="000000"/>
        </w:rPr>
      </w:pPr>
      <w:r>
        <w:rPr>
          <w:rFonts w:ascii="宋体" w:eastAsia="宋体" w:hAnsi="宋体" w:cs="宋体"/>
          <w:color w:val="000000"/>
        </w:rPr>
        <w:t>每个人，每件物，拥有的都是或多或少。上帝是公平的，他绝不会给予你我一个完整的苹果。</w:t>
      </w:r>
      <w:r>
        <w:rPr>
          <w:rFonts w:ascii="Times New Roman" w:eastAsia="Times New Roman" w:hAnsi="Times New Roman" w:cs="Times New Roman"/>
          <w:color w:val="000000"/>
        </w:rPr>
        <w:t xml:space="preserve"> </w:t>
      </w:r>
      <w:r>
        <w:rPr>
          <w:rFonts w:ascii="宋体" w:eastAsia="宋体" w:hAnsi="宋体" w:cs="宋体"/>
          <w:color w:val="000000"/>
        </w:rPr>
        <w:t>因为他要亲自咬开检查果肉的鲜嫩多汁，从而确保留下一大半优质的给我们。然而很多时候，上帝咬去的那一口却充满了我们全部的视野。忘记了我们所拥有的那一大半的优质的苹果，从而忘记了应该享受的快乐。</w:t>
      </w:r>
    </w:p>
    <w:p>
      <w:pPr>
        <w:spacing w:line="360" w:lineRule="auto"/>
        <w:ind w:firstLine="420"/>
        <w:jc w:val="both"/>
        <w:textAlignment w:val="center"/>
        <w:rPr>
          <w:color w:val="000000"/>
        </w:rPr>
      </w:pPr>
      <w:r>
        <w:rPr>
          <w:rFonts w:ascii="宋体" w:eastAsia="宋体" w:hAnsi="宋体" w:cs="宋体"/>
          <w:color w:val="000000"/>
        </w:rPr>
        <w:t>拥有使我们的生活变得更美好，拥有也不只局限于物质上的拥有，拥有一些良好的品质，良好的精神状态，这难道不是值得我们高兴的吗？</w:t>
      </w:r>
    </w:p>
    <w:p>
      <w:pPr>
        <w:spacing w:line="360" w:lineRule="auto"/>
        <w:ind w:firstLine="420"/>
        <w:jc w:val="both"/>
        <w:textAlignment w:val="center"/>
        <w:rPr>
          <w:color w:val="000000"/>
        </w:rPr>
      </w:pPr>
      <w:r>
        <w:rPr>
          <w:rFonts w:ascii="宋体" w:eastAsia="宋体" w:hAnsi="宋体" w:cs="宋体"/>
          <w:color w:val="000000"/>
        </w:rPr>
        <w:t>只要拥有，哪怕点滴，用心珍惜，人生也会常乐。一段难忘的经历，一份温馨的情谊，一种独特的体验，一方自由的空间，乃至一本好书，一缕阳光，一份好心情……真的拥有不在乎多少，在乎感知，在乎呵护，让我们为拥有而快乐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本题考查命题作文写作。</w:t>
      </w:r>
    </w:p>
    <w:p>
      <w:pPr>
        <w:spacing w:line="360" w:lineRule="auto"/>
        <w:jc w:val="left"/>
        <w:textAlignment w:val="center"/>
        <w:rPr>
          <w:color w:val="000000"/>
        </w:rPr>
      </w:pPr>
      <w:r>
        <w:rPr>
          <w:rFonts w:ascii="宋体" w:eastAsia="宋体" w:hAnsi="宋体" w:cs="宋体"/>
          <w:color w:val="000000"/>
        </w:rPr>
        <w:t>一、审题立意。首先主语是我(主人公)，即文章通篇主人公为“我”，多数笔墨围绕发生在我身上的事件展开，不能“喧宾夺主”，变成一篇叙述他人的文章。拥有什么？首先词语要搭配得当。诸如拥有“妈妈的耐心”、拥有“失败”、拥有“太阳”属于搭配不当。也不能范围太大，如拥有“生命”，拥有“祖国”。其次一定要明确指出拥有的对象是什么。可在开头结尾点出。再次，关于拥有的对象可以是实实在在的物。如小狗、弟弟。可以是拥有虚的抽象的东西：如情感、品质类，如拥有爱心、拥有坚持的品质。</w:t>
      </w:r>
    </w:p>
    <w:p>
      <w:pPr>
        <w:spacing w:line="360" w:lineRule="auto"/>
        <w:jc w:val="left"/>
        <w:textAlignment w:val="center"/>
        <w:rPr>
          <w:color w:val="000000"/>
        </w:rPr>
      </w:pPr>
      <w:r>
        <w:rPr>
          <w:rFonts w:ascii="宋体" w:eastAsia="宋体" w:hAnsi="宋体" w:cs="宋体"/>
          <w:color w:val="000000"/>
        </w:rPr>
        <w:t>二、思路点拨。我“快乐”有两种表现情况：一种是写快乐的事情，字里行间洋溢着快乐的气息。如拥有一个温暖的家庭，写一家人中秋赏月对对联、猜谜语的趣事，生动俏皮；如写拥有缤纷多彩的童年，写了童趣两三事情，都是明显让人感到快乐的。一种是记叙自我成长经历的事情，如关于母爱的、父爱的、朋友的，因此感觉到内心的幸福和快乐。这一类必须要在文章中或者结尾处写出它让你感到快乐的原因，即把拥有事物和快乐这种情感充分结合起来，避免脱题！</w:t>
      </w:r>
    </w:p>
    <w:p>
      <w:pPr>
        <w:spacing w:line="360" w:lineRule="auto"/>
        <w:jc w:val="left"/>
        <w:textAlignment w:val="center"/>
        <w:rPr>
          <w:color w:val="000000"/>
        </w:rPr>
      </w:pPr>
      <w:r>
        <w:rPr>
          <w:color w:val="000000"/>
        </w:rPr>
        <w:t xml:space="preserve">13. </w:t>
      </w:r>
      <w:r>
        <w:rPr>
          <w:rFonts w:ascii="宋体" w:eastAsia="宋体" w:hAnsi="宋体" w:cs="宋体"/>
          <w:color w:val="000000"/>
        </w:rPr>
        <w:t>请以“昨夜，我做了一个神奇的梦”为开头，发挥联想和想象，写一篇作文，描绘一则完整的梦境。题目自拟。</w:t>
      </w:r>
    </w:p>
    <w:p>
      <w:pPr>
        <w:spacing w:line="360" w:lineRule="auto"/>
        <w:jc w:val="left"/>
        <w:textAlignment w:val="center"/>
        <w:rPr>
          <w:color w:val="000000"/>
        </w:rPr>
      </w:pPr>
      <w:r>
        <w:rPr>
          <w:rFonts w:ascii="宋体" w:eastAsia="宋体" w:hAnsi="宋体" w:cs="宋体"/>
          <w:color w:val="000000"/>
        </w:rPr>
        <w:t>要求：请将作文题目写在答题纸上，作文内容积极向上，字数在500字以上，不要出现所在学校的校名或师生姓名。</w:t>
      </w:r>
    </w:p>
    <w:p>
      <w:pPr>
        <w:spacing w:line="360" w:lineRule="auto"/>
        <w:textAlignment w:val="center"/>
        <w:rPr>
          <w:color w:val="000000"/>
        </w:rPr>
      </w:pPr>
      <w:r>
        <w:rPr>
          <w:color w:val="2E75B6"/>
        </w:rPr>
        <w:t>【答案】</w:t>
      </w:r>
      <w:r>
        <w:rPr>
          <w:rFonts w:ascii="宋体" w:eastAsia="宋体" w:hAnsi="宋体" w:cs="宋体"/>
          <w:color w:val="000000"/>
        </w:rPr>
        <w:t>例文</w:t>
      </w:r>
    </w:p>
    <w:p>
      <w:pPr>
        <w:spacing w:line="360" w:lineRule="auto"/>
        <w:jc w:val="center"/>
        <w:textAlignment w:val="center"/>
        <w:rPr>
          <w:color w:val="000000"/>
        </w:rPr>
      </w:pPr>
      <w:r>
        <w:rPr>
          <w:rFonts w:ascii="宋体" w:eastAsia="宋体" w:hAnsi="宋体" w:cs="宋体"/>
          <w:color w:val="000000"/>
        </w:rPr>
        <w:t>我梦见了杜甫</w:t>
      </w:r>
    </w:p>
    <w:p>
      <w:pPr>
        <w:spacing w:line="360" w:lineRule="auto"/>
        <w:ind w:firstLine="420"/>
        <w:jc w:val="both"/>
        <w:textAlignment w:val="center"/>
        <w:rPr>
          <w:color w:val="000000"/>
        </w:rPr>
      </w:pPr>
      <w:r>
        <w:rPr>
          <w:rFonts w:ascii="宋体" w:eastAsia="宋体" w:hAnsi="宋体" w:cs="宋体"/>
          <w:color w:val="000000"/>
        </w:rPr>
        <w:t>昨夜，我做了一个神奇的梦，我梦见了杜甫。</w:t>
      </w:r>
    </w:p>
    <w:p>
      <w:pPr>
        <w:spacing w:line="360" w:lineRule="auto"/>
        <w:ind w:firstLine="420"/>
        <w:jc w:val="both"/>
        <w:textAlignment w:val="center"/>
        <w:rPr>
          <w:color w:val="000000"/>
        </w:rPr>
      </w:pPr>
      <w:r>
        <w:rPr>
          <w:rFonts w:ascii="宋体" w:eastAsia="宋体" w:hAnsi="宋体" w:cs="宋体"/>
          <w:color w:val="000000"/>
        </w:rPr>
        <w:t>我睁开眼睛，望着那下面的城池，人民安居乐业，一位著名的诗人在美景下作诗，笑声回荡在长安城上。</w:t>
      </w:r>
    </w:p>
    <w:p>
      <w:pPr>
        <w:spacing w:line="360" w:lineRule="auto"/>
        <w:ind w:firstLine="420"/>
        <w:jc w:val="both"/>
        <w:textAlignment w:val="center"/>
        <w:rPr>
          <w:color w:val="000000"/>
        </w:rPr>
      </w:pPr>
      <w:r>
        <w:rPr>
          <w:rFonts w:ascii="宋体" w:eastAsia="宋体" w:hAnsi="宋体" w:cs="宋体"/>
          <w:color w:val="000000"/>
        </w:rPr>
        <w:t>我诧异地想：我穿越了？可是真不敢相信眼前的情景。</w:t>
      </w:r>
    </w:p>
    <w:p>
      <w:pPr>
        <w:spacing w:line="360" w:lineRule="auto"/>
        <w:ind w:firstLine="420"/>
        <w:jc w:val="both"/>
        <w:textAlignment w:val="center"/>
        <w:rPr>
          <w:color w:val="000000"/>
        </w:rPr>
      </w:pPr>
      <w:r>
        <w:rPr>
          <w:rFonts w:ascii="宋体" w:eastAsia="宋体" w:hAnsi="宋体" w:cs="宋体"/>
          <w:color w:val="000000"/>
        </w:rPr>
        <w:t>下一刻，景色一转，长安沦陷，国家破碎，战火焚身。春天来了却人烟稀少，草木茂密；人们各奔东西，悲苦声在长安城，久久不散。长安城内一片死寂沉闷，悲愁凄凉的气氛在空中蔓延，包裹住了整个城池。</w:t>
      </w:r>
    </w:p>
    <w:p>
      <w:pPr>
        <w:spacing w:line="360" w:lineRule="auto"/>
        <w:ind w:firstLine="420"/>
        <w:jc w:val="both"/>
        <w:textAlignment w:val="center"/>
        <w:rPr>
          <w:color w:val="000000"/>
        </w:rPr>
      </w:pPr>
      <w:r>
        <w:rPr>
          <w:rFonts w:ascii="宋体" w:eastAsia="宋体" w:hAnsi="宋体" w:cs="宋体"/>
          <w:color w:val="000000"/>
        </w:rPr>
        <w:t>一个身着灰衣的身影，站在沦陷区的一处高地上，他目睹了这一片萧条零落的景象百感交集，深情地沉吟：国破山河在，城春草木深。</w:t>
      </w:r>
    </w:p>
    <w:p>
      <w:pPr>
        <w:spacing w:line="360" w:lineRule="auto"/>
        <w:ind w:firstLine="420"/>
        <w:jc w:val="both"/>
        <w:textAlignment w:val="center"/>
        <w:rPr>
          <w:color w:val="000000"/>
        </w:rPr>
      </w:pPr>
      <w:r>
        <w:rPr>
          <w:rFonts w:ascii="宋体" w:eastAsia="宋体" w:hAnsi="宋体" w:cs="宋体"/>
          <w:color w:val="000000"/>
        </w:rPr>
        <w:t>我一惊，那不是“诗圣”杜甫的《春望》吗？我绕到那道身影面前，看清了他的真面目，他真的就是杜甫啊，我顿时震惊不已。</w:t>
      </w:r>
    </w:p>
    <w:p>
      <w:pPr>
        <w:spacing w:line="360" w:lineRule="auto"/>
        <w:ind w:firstLine="420"/>
        <w:jc w:val="both"/>
        <w:textAlignment w:val="center"/>
        <w:rPr>
          <w:color w:val="000000"/>
        </w:rPr>
      </w:pPr>
      <w:r>
        <w:rPr>
          <w:rFonts w:ascii="宋体" w:eastAsia="宋体" w:hAnsi="宋体" w:cs="宋体"/>
          <w:color w:val="000000"/>
        </w:rPr>
        <w:t>一看到他，我顿时为他感到惋惜，多年前还是一个青年的他，充满着浪漫与激情和对未知的期待，不禁想起了他青年时所创的：岱宗夫如何，齐鲁青未了……多少年后，却因不务朝政只好酒色的君王而埋没了杜甫的才华。</w:t>
      </w:r>
    </w:p>
    <w:p>
      <w:pPr>
        <w:spacing w:line="360" w:lineRule="auto"/>
        <w:ind w:firstLine="420"/>
        <w:jc w:val="both"/>
        <w:textAlignment w:val="center"/>
        <w:rPr>
          <w:color w:val="000000"/>
        </w:rPr>
      </w:pPr>
      <w:r>
        <w:rPr>
          <w:rFonts w:ascii="宋体" w:eastAsia="宋体" w:hAnsi="宋体" w:cs="宋体"/>
          <w:color w:val="000000"/>
        </w:rPr>
        <w:t>日子一天一天地过去，因长安城的沦陷，晚年的杜甫隐居在竹林，生活对他来讲并没有什么特别的指望，因为他没有机会再去实现他的理想了。</w:t>
      </w:r>
    </w:p>
    <w:p>
      <w:pPr>
        <w:spacing w:line="360" w:lineRule="auto"/>
        <w:ind w:firstLine="420"/>
        <w:jc w:val="both"/>
        <w:textAlignment w:val="center"/>
        <w:rPr>
          <w:color w:val="000000"/>
        </w:rPr>
      </w:pPr>
      <w:r>
        <w:rPr>
          <w:rFonts w:ascii="宋体" w:eastAsia="宋体" w:hAnsi="宋体" w:cs="宋体"/>
          <w:color w:val="000000"/>
        </w:rPr>
        <w:t>八月秋风卷走了屋上的茅草，屋顶漏雨，杜甫合上双眼为天下无数百姓祈讨，让他们可以不再因安史之乱造成的伤害而漂泊不定，不再受寒冷的侵扰。他长夜难眠，感慨万千，写下了这篇脍炙人口的诗篇：八月秋高风怒号，卷我屋上三重茅。</w:t>
      </w:r>
    </w:p>
    <w:p>
      <w:pPr>
        <w:spacing w:line="360" w:lineRule="auto"/>
        <w:ind w:firstLine="420"/>
        <w:jc w:val="both"/>
        <w:textAlignment w:val="center"/>
        <w:rPr>
          <w:color w:val="000000"/>
        </w:rPr>
      </w:pPr>
      <w:r>
        <w:rPr>
          <w:rFonts w:ascii="宋体" w:eastAsia="宋体" w:hAnsi="宋体" w:cs="宋体"/>
          <w:color w:val="000000"/>
        </w:rPr>
        <w:t>我很不解，为何杜甫可以在那样的情况下，还能拥有悲天悯人品质，那得需要多大的情怀啊！</w:t>
      </w:r>
    </w:p>
    <w:p>
      <w:pPr>
        <w:spacing w:line="360" w:lineRule="auto"/>
        <w:ind w:firstLine="420"/>
        <w:jc w:val="both"/>
        <w:textAlignment w:val="center"/>
        <w:rPr>
          <w:color w:val="000000"/>
        </w:rPr>
      </w:pPr>
      <w:r>
        <w:rPr>
          <w:rFonts w:ascii="宋体" w:eastAsia="宋体" w:hAnsi="宋体" w:cs="宋体"/>
          <w:color w:val="000000"/>
        </w:rPr>
        <w:t>眼前凄冷的景象一昏，入耳的是一阵清脆的闹铃声，我醒了。我坐在床上回想着刚刚的梦，想起了杜甫那忧国忧民为天下老百姓着想的情怀，虽然我现在做不到，但我们可以用学习来证明，我是一个有情怀有担当的人。加油，我们一定行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color w:val="000000"/>
        </w:rPr>
        <w:t>本题考查情境作文写作。</w:t>
      </w:r>
    </w:p>
    <w:p>
      <w:pPr>
        <w:spacing w:line="360" w:lineRule="auto"/>
        <w:jc w:val="left"/>
        <w:textAlignment w:val="center"/>
        <w:rPr>
          <w:color w:val="000000"/>
        </w:rPr>
      </w:pPr>
      <w:r>
        <w:rPr>
          <w:rFonts w:ascii="宋体" w:eastAsia="宋体" w:hAnsi="宋体" w:cs="宋体"/>
          <w:color w:val="000000"/>
        </w:rPr>
        <w:t>1.审题立意：这是一篇材料作文。请以“昨夜，我做了一个神奇的梦”为开头，发挥联想和想象，写一篇作文，描绘一则完整的梦境。情境作文写作虽要发挥联想和想象，但是必须以现实生活为依据，不可随意天马行空毫无束缚的胡编乱造，写作时要突出“梦”的神奇之处，通过对这一神奇梦境的描述，抒发自己的某种情感或认知，以此作为文章的写作立意点，这样写出来的文章才能立意深刻。</w:t>
      </w:r>
    </w:p>
    <w:p>
      <w:pPr>
        <w:spacing w:line="360" w:lineRule="auto"/>
        <w:jc w:val="left"/>
        <w:textAlignment w:val="center"/>
        <w:rPr>
          <w:color w:val="000000"/>
        </w:rPr>
      </w:pPr>
      <w:r>
        <w:rPr>
          <w:rFonts w:ascii="宋体" w:eastAsia="宋体" w:hAnsi="宋体" w:cs="宋体"/>
          <w:color w:val="000000"/>
        </w:rPr>
        <w:t>2.思路点拨：比如开头简单地说说自己梦见了什么人，可以写自己崇敬的名人，可以写我们最崇拜的伟人，比如毛泽东、周恩来等，可以写我们最熟悉作家、诗人，比如鲁迅、李白等。中间部分大胆想象，自己梦见这些人之后，经历了哪些事情，这部分要详细描述，可适当运用心理描写、动作描写等描写方法，发挥你的想象力，选取一个典型的事例，在一个最熟悉的场景把你和你梦见的人联系起来。然后文末一定要醒过来，发表一下自己的看法，让文章更有深意。</w:t>
      </w:r>
    </w:p>
    <w:p>
      <w:pPr>
        <w:pStyle w:val="Heading3"/>
      </w:pPr>
      <w:r>
        <w:t>房山区</w:t>
      </w:r>
    </w:p>
    <w:p>
      <w:pPr>
        <w:spacing w:line="360" w:lineRule="auto"/>
        <w:jc w:val="left"/>
        <w:textAlignment w:val="center"/>
        <w:rPr>
          <w:color w:val="000000"/>
        </w:rPr>
      </w:pPr>
      <w:r>
        <w:rPr>
          <w:rFonts w:ascii="宋体" w:eastAsia="宋体" w:hAnsi="宋体" w:cs="宋体"/>
          <w:b/>
          <w:color w:val="000000"/>
          <w:sz w:val="24"/>
        </w:rPr>
        <w:t>四、现代文阅读（共</w:t>
      </w:r>
      <w:r>
        <w:rPr>
          <w:rFonts w:ascii="Times New Roman" w:eastAsia="Times New Roman" w:hAnsi="Times New Roman" w:cs="Times New Roman"/>
          <w:b/>
          <w:color w:val="000000"/>
          <w:sz w:val="24"/>
        </w:rPr>
        <w:t>23</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8. </w:t>
      </w:r>
      <w:r>
        <w:rPr>
          <w:rFonts w:ascii="宋体" w:eastAsia="宋体" w:hAnsi="宋体" w:cs="宋体"/>
          <w:color w:val="000000"/>
        </w:rPr>
        <w:t>阅读《与稻田重逢》，完成问题。</w:t>
      </w:r>
    </w:p>
    <w:p>
      <w:pPr>
        <w:spacing w:line="360" w:lineRule="auto"/>
        <w:jc w:val="center"/>
        <w:textAlignment w:val="center"/>
        <w:rPr>
          <w:color w:val="000000"/>
        </w:rPr>
      </w:pPr>
      <w:r>
        <w:rPr>
          <w:rFonts w:ascii="楷体" w:eastAsia="楷体" w:hAnsi="楷体" w:cs="楷体"/>
          <w:color w:val="000000"/>
        </w:rPr>
        <w:t>与稻田重逢</w:t>
      </w:r>
    </w:p>
    <w:p>
      <w:pPr>
        <w:spacing w:line="360" w:lineRule="auto"/>
        <w:jc w:val="center"/>
        <w:textAlignment w:val="center"/>
        <w:rPr>
          <w:color w:val="000000"/>
        </w:rPr>
      </w:pPr>
      <w:r>
        <w:rPr>
          <w:rFonts w:ascii="楷体" w:eastAsia="楷体" w:hAnsi="楷体" w:cs="楷体"/>
          <w:color w:val="000000"/>
        </w:rPr>
        <w:t>谢枚琼</w:t>
      </w:r>
    </w:p>
    <w:p>
      <w:pPr>
        <w:spacing w:line="360" w:lineRule="auto"/>
        <w:ind w:firstLine="420"/>
        <w:jc w:val="left"/>
        <w:textAlignment w:val="center"/>
        <w:rPr>
          <w:color w:val="000000"/>
        </w:rPr>
      </w:pPr>
      <w:r>
        <w:rPr>
          <w:rFonts w:ascii="楷体" w:eastAsia="楷体" w:hAnsi="楷体" w:cs="楷体"/>
          <w:color w:val="000000"/>
        </w:rPr>
        <w:t>①儿时记忆里，散布在村子里的每一块稻田，都像家里的孩子一样，有自己的名字。</w:t>
      </w:r>
      <w:r>
        <w:rPr>
          <w:rFonts w:ascii="楷体" w:eastAsia="楷体" w:hAnsi="楷体" w:cs="楷体"/>
          <w:color w:val="000000"/>
          <w:u w:val="single"/>
        </w:rPr>
        <w:t>村里人的心思似乎都扑在稻田里，唤起孩子的名字，一贯粗嗓门，而说到稻田呢，开口闭口则是“俺家的长丰大丘”“屋门口的三湾丘”……完全是一副温柔的声调。</w:t>
      </w:r>
    </w:p>
    <w:p>
      <w:pPr>
        <w:spacing w:line="360" w:lineRule="auto"/>
        <w:ind w:firstLine="420"/>
        <w:jc w:val="left"/>
        <w:textAlignment w:val="center"/>
        <w:rPr>
          <w:color w:val="000000"/>
        </w:rPr>
      </w:pPr>
      <w:r>
        <w:rPr>
          <w:rFonts w:ascii="楷体" w:eastAsia="楷体" w:hAnsi="楷体" w:cs="楷体"/>
          <w:color w:val="000000"/>
        </w:rPr>
        <w:t>②老家地处丘陵地带，在起伏的版图上，稻田呈现出极不规则的形态，大小不一。村民往往按其形状和所在地，给一丘丘稻田命名。三角形的就叫三角丘，荷叶状的叫荷叶丘；在昌蒲洼的就叫昌蒲丘，在尖子山脚的就是尖子丘；从荒地上挥汗如雨地拓出几分田来的，就叫新开丘了。稻田像个碗，装着村子绵长的日子。</w:t>
      </w:r>
    </w:p>
    <w:p>
      <w:pPr>
        <w:spacing w:line="360" w:lineRule="auto"/>
        <w:ind w:firstLine="420"/>
        <w:jc w:val="left"/>
        <w:textAlignment w:val="center"/>
        <w:rPr>
          <w:color w:val="000000"/>
        </w:rPr>
      </w:pPr>
      <w:r>
        <w:rPr>
          <w:rFonts w:ascii="楷体" w:eastAsia="楷体" w:hAnsi="楷体" w:cs="楷体"/>
          <w:color w:val="000000"/>
        </w:rPr>
        <w:t>③站在老屋门槛外，一抬眼就能看到长丰大丘。长方形，显得规整，面积也不小，足有五亩三分，这样的大田在小村里可不多见。大丘的上面就是椿树塘，只要塘里有水，这田里的收成就不愁了，所以叫它“长丰”还真不是没来由的。一脚踩进黑油油的泥里，一股爽溜溜痒滋滋的感觉从足底直抵心里头。</w:t>
      </w:r>
    </w:p>
    <w:p>
      <w:pPr>
        <w:spacing w:line="360" w:lineRule="auto"/>
        <w:ind w:firstLine="420"/>
        <w:jc w:val="left"/>
        <w:textAlignment w:val="center"/>
        <w:rPr>
          <w:color w:val="000000"/>
        </w:rPr>
      </w:pPr>
      <w:r>
        <w:rPr>
          <w:rFonts w:ascii="楷体" w:eastAsia="楷体" w:hAnsi="楷体" w:cs="楷体"/>
          <w:color w:val="000000"/>
        </w:rPr>
        <w:t>④长丰大丘以前可是谁家都想耕作的一块田。包产到户时，爷爷抓阄分得了长丰大丘，高兴得不亚于中了头彩，一天里少不了要去田边转上几趟。田是好田，种田的亦是好手。爷爷在长丰大丘干得风生水起，一年两季里，稻子穗穗金黄饱满。</w:t>
      </w:r>
    </w:p>
    <w:p>
      <w:pPr>
        <w:spacing w:line="360" w:lineRule="auto"/>
        <w:ind w:firstLine="420"/>
        <w:jc w:val="left"/>
        <w:textAlignment w:val="center"/>
        <w:rPr>
          <w:color w:val="000000"/>
        </w:rPr>
      </w:pPr>
      <w:r>
        <w:rPr>
          <w:rFonts w:ascii="楷体" w:eastAsia="楷体" w:hAnsi="楷体" w:cs="楷体"/>
          <w:color w:val="000000"/>
        </w:rPr>
        <w:t>⑤几年之后，村里对田地进行调整。这次，长丰大丘被槐三爷家的后辈新初分去了，爷爷为此郁闷了好一阵子。其实，爷爷已八十高龄，即便身体再健康，也种不动长丰大丘了。</w:t>
      </w:r>
    </w:p>
    <w:p>
      <w:pPr>
        <w:spacing w:line="360" w:lineRule="auto"/>
        <w:ind w:firstLine="420"/>
        <w:jc w:val="left"/>
        <w:textAlignment w:val="center"/>
        <w:rPr>
          <w:color w:val="000000"/>
        </w:rPr>
      </w:pPr>
      <w:r>
        <w:rPr>
          <w:rFonts w:ascii="楷体" w:eastAsia="楷体" w:hAnsi="楷体" w:cs="楷体"/>
          <w:color w:val="000000"/>
        </w:rPr>
        <w:t>⑥可他还是喜欢到田边去转悠转悠，回来后总不忘和槐三爷唠叨几句，无非是让他提醒一下新初，田里要放水了，田里要治虫了，田里又要薅草了。有次新初随口回了一句：“老伯你就莫操长丰大丘的闲心喽。现在种田也有新法子了呢。”给爷爷呛得半天不吭声。</w:t>
      </w:r>
    </w:p>
    <w:p>
      <w:pPr>
        <w:spacing w:line="360" w:lineRule="auto"/>
        <w:ind w:firstLine="420"/>
        <w:jc w:val="left"/>
        <w:textAlignment w:val="center"/>
        <w:rPr>
          <w:color w:val="000000"/>
        </w:rPr>
      </w:pPr>
      <w:r>
        <w:rPr>
          <w:rFonts w:ascii="楷体" w:eastAsia="楷体" w:hAnsi="楷体" w:cs="楷体"/>
          <w:color w:val="000000"/>
        </w:rPr>
        <w:t>⑦自上世纪90年代起，外面的世界越来越精彩，村里的年轻人如新初，大都加入南下北上打工的行列。一片热闹声中，稻田的名字逐渐变得暗淡。起始，两季稻改成一季，后来有的田连一季也不种了，任其杂草丛生。那时，爷爷经常搬把竹椅子倚门而坐，望着长丰大丘叹气。椿树塘多年不曾清淤，塘堤也日渐破旧。</w:t>
      </w:r>
    </w:p>
    <w:p>
      <w:pPr>
        <w:spacing w:line="360" w:lineRule="auto"/>
        <w:ind w:firstLine="420"/>
        <w:jc w:val="left"/>
        <w:textAlignment w:val="center"/>
        <w:rPr>
          <w:color w:val="000000"/>
        </w:rPr>
      </w:pPr>
      <w:r>
        <w:rPr>
          <w:rFonts w:ascii="楷体" w:eastAsia="楷体" w:hAnsi="楷体" w:cs="楷体"/>
          <w:color w:val="000000"/>
        </w:rPr>
        <w:t>⑧爷爷奶奶过世后，父母随我住到了县城，一年到头已难得回老家一趟。长丰大丘，以及那些曾经被村里人视为命根子的稻田，在我的脑海里渐渐淡去。只是父母还会不时提及一丘丘稻田的名字。我理解和田地打了大半辈子交道的父母对于田地的那份情感。他们骨子里和爷爷一样，把自己的一生与田地紧紧地联系在一起。父母的语气里自有一份难以排遣的无奈。</w:t>
      </w:r>
    </w:p>
    <w:p>
      <w:pPr>
        <w:spacing w:line="360" w:lineRule="auto"/>
        <w:ind w:firstLine="420"/>
        <w:jc w:val="left"/>
        <w:textAlignment w:val="center"/>
        <w:rPr>
          <w:color w:val="000000"/>
        </w:rPr>
      </w:pPr>
      <w:r>
        <w:rPr>
          <w:rFonts w:ascii="楷体" w:eastAsia="楷体" w:hAnsi="楷体" w:cs="楷体"/>
          <w:color w:val="000000"/>
        </w:rPr>
        <w:t>⑨阳春三月的一天，母亲意外接到了新初打来的电话，说要来县城家里拜访。原来新初回到了村里老家，他打算回来好好种田。他要种更多的田，问母亲闲置在村里的田能不能让给他种。母亲一听，忙不迭地说：好啊，太好了，反正荒在那里，你要是能种，怎么不好呢？</w:t>
      </w:r>
    </w:p>
    <w:p>
      <w:pPr>
        <w:spacing w:line="360" w:lineRule="auto"/>
        <w:ind w:firstLine="420"/>
        <w:jc w:val="left"/>
        <w:textAlignment w:val="center"/>
        <w:rPr>
          <w:color w:val="000000"/>
        </w:rPr>
      </w:pPr>
      <w:r>
        <w:rPr>
          <w:rFonts w:ascii="楷体" w:eastAsia="楷体" w:hAnsi="楷体" w:cs="楷体"/>
          <w:color w:val="000000"/>
        </w:rPr>
        <w:t>⑩新初许诺，下次给家里送新米来。父亲在一旁搭话：“一粒米都不要你送，只管种好。”新初抑制不住高兴的心情，话也多了起来。他告诉母亲，现在种田可轻松多了，乡里面鼓励的举措多得很，力度也大得很。他已经添置了好几种崭新的农机农具，政府给补贴了上万元。特别是乡里专门派了督导组下到村子里，帮着把基本水利建设搞好了。椿树塘的塘堤都抹上了水泥，再也不用担心会垮塌了。</w:t>
      </w:r>
    </w:p>
    <w:p>
      <w:pPr>
        <w:spacing w:line="360" w:lineRule="auto"/>
        <w:ind w:firstLine="420"/>
        <w:jc w:val="left"/>
        <w:textAlignment w:val="center"/>
        <w:rPr>
          <w:color w:val="000000"/>
        </w:rPr>
      </w:pPr>
      <w:r>
        <w:rPr>
          <w:rFonts w:ascii="楷体" w:eastAsia="楷体" w:hAnsi="楷体" w:cs="楷体"/>
          <w:color w:val="000000"/>
        </w:rPr>
        <w:t>⑪一个阳光明媚的周末，我驾车陪父母回家。望着窗外满目青色的乡野田畴，父母的话匣子再也关不住了。他们指点着视野里那一丘丘稻田，大湾丘、四方丘、枫叶丘……像久别后的重逢，如数家珍。</w:t>
      </w:r>
    </w:p>
    <w:p>
      <w:pPr>
        <w:spacing w:line="360" w:lineRule="auto"/>
        <w:ind w:firstLine="420"/>
        <w:jc w:val="left"/>
        <w:textAlignment w:val="center"/>
        <w:rPr>
          <w:color w:val="000000"/>
        </w:rPr>
      </w:pPr>
      <w:r>
        <w:rPr>
          <w:rFonts w:ascii="楷体" w:eastAsia="楷体" w:hAnsi="楷体" w:cs="楷体"/>
          <w:color w:val="000000"/>
        </w:rPr>
        <w:t>⑫站在老屋前的地坪中，一眼就看见长丰大丘里浮起的那一层盈盈新绿，这着实让他们惊喜。稻田的名字再度在小村叫响。一阵微风从田野上吹过来，仿佛嗅到了稻花的清香，让人陶醉。</w:t>
      </w:r>
    </w:p>
    <w:p>
      <w:pPr>
        <w:spacing w:line="360" w:lineRule="auto"/>
        <w:jc w:val="right"/>
        <w:textAlignment w:val="center"/>
        <w:rPr>
          <w:color w:val="000000"/>
        </w:rPr>
      </w:pPr>
      <w:r>
        <w:rPr>
          <w:rFonts w:ascii="宋体" w:eastAsia="宋体" w:hAnsi="宋体" w:cs="宋体"/>
          <w:color w:val="000000"/>
        </w:rPr>
        <w:t>（选自《人民日报》，有删改）</w:t>
      </w:r>
    </w:p>
    <w:p>
      <w:pPr>
        <w:spacing w:line="360" w:lineRule="auto"/>
        <w:jc w:val="left"/>
        <w:textAlignment w:val="center"/>
        <w:rPr>
          <w:color w:val="000000"/>
        </w:rPr>
      </w:pPr>
      <w:r>
        <w:rPr>
          <w:color w:val="000000"/>
        </w:rPr>
        <w:t>（1）</w:t>
      </w:r>
      <w:r>
        <w:rPr>
          <w:rFonts w:ascii="宋体" w:eastAsia="宋体" w:hAnsi="宋体" w:cs="宋体"/>
          <w:color w:val="000000"/>
        </w:rPr>
        <w:t>本文按照时间顺序，写出了关于“稻田”的几件事以及人们对“稻田”的情感变化，请阅读全文，填写表格。</w:t>
      </w:r>
    </w:p>
    <w:tbl>
      <w:tblPr>
        <w:tblStyle w:val="TableNormal"/>
        <w:tblW w:w="6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57"/>
        <w:gridCol w:w="2548"/>
        <w:gridCol w:w="2115"/>
      </w:tblGrid>
      <w:tr>
        <w:tblPrEx>
          <w:tblW w:w="6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75"/>
        </w:trPr>
        <w:tc>
          <w:tcPr>
            <w:tcW w:w="16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时间</w:t>
            </w:r>
          </w:p>
        </w:tc>
        <w:tc>
          <w:tcPr>
            <w:tcW w:w="25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事件</w:t>
            </w:r>
          </w:p>
        </w:tc>
        <w:tc>
          <w:tcPr>
            <w:tcW w:w="20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对“稻田”的情感</w:t>
            </w:r>
          </w:p>
        </w:tc>
      </w:tr>
      <w:tr>
        <w:tblPrEx>
          <w:tblW w:w="6240" w:type="dxa"/>
          <w:tblCellMar>
            <w:top w:w="120" w:type="dxa"/>
            <w:left w:w="120" w:type="dxa"/>
            <w:bottom w:w="120" w:type="dxa"/>
            <w:right w:w="120" w:type="dxa"/>
          </w:tblCellMar>
        </w:tblPrEx>
        <w:trPr>
          <w:cantSplit w:val="0"/>
          <w:trHeight w:val="375"/>
        </w:trPr>
        <w:tc>
          <w:tcPr>
            <w:tcW w:w="16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儿时</w:t>
            </w:r>
          </w:p>
        </w:tc>
        <w:tc>
          <w:tcPr>
            <w:tcW w:w="25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稻田有属于自己的名字</w:t>
            </w:r>
          </w:p>
        </w:tc>
        <w:tc>
          <w:tcPr>
            <w:tcW w:w="20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r>
      <w:tr>
        <w:tblPrEx>
          <w:tblW w:w="6240" w:type="dxa"/>
          <w:tblCellMar>
            <w:top w:w="120" w:type="dxa"/>
            <w:left w:w="120" w:type="dxa"/>
            <w:bottom w:w="120" w:type="dxa"/>
            <w:right w:w="120" w:type="dxa"/>
          </w:tblCellMar>
        </w:tblPrEx>
        <w:trPr>
          <w:cantSplit w:val="0"/>
          <w:trHeight w:val="375"/>
        </w:trPr>
        <w:tc>
          <w:tcPr>
            <w:tcW w:w="16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包产到户时</w:t>
            </w:r>
          </w:p>
        </w:tc>
        <w:tc>
          <w:tcPr>
            <w:tcW w:w="25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c>
          <w:tcPr>
            <w:tcW w:w="20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高兴</w:t>
            </w:r>
          </w:p>
        </w:tc>
      </w:tr>
      <w:tr>
        <w:tblPrEx>
          <w:tblW w:w="6240" w:type="dxa"/>
          <w:tblCellMar>
            <w:top w:w="120" w:type="dxa"/>
            <w:left w:w="120" w:type="dxa"/>
            <w:bottom w:w="120" w:type="dxa"/>
            <w:right w:w="120" w:type="dxa"/>
          </w:tblCellMar>
        </w:tblPrEx>
        <w:trPr>
          <w:cantSplit w:val="0"/>
          <w:trHeight w:val="375"/>
        </w:trPr>
        <w:tc>
          <w:tcPr>
            <w:tcW w:w="16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90</w:t>
            </w:r>
            <w:r>
              <w:rPr>
                <w:rFonts w:ascii="宋体" w:eastAsia="宋体" w:hAnsi="宋体" w:cs="宋体"/>
                <w:color w:val="000000"/>
              </w:rPr>
              <w:t>年代</w:t>
            </w:r>
          </w:p>
        </w:tc>
        <w:tc>
          <w:tcPr>
            <w:tcW w:w="25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w:t>
            </w:r>
          </w:p>
        </w:tc>
        <w:tc>
          <w:tcPr>
            <w:tcW w:w="20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④</w:t>
            </w:r>
          </w:p>
        </w:tc>
      </w:tr>
      <w:tr>
        <w:tblPrEx>
          <w:tblW w:w="6240" w:type="dxa"/>
          <w:tblCellMar>
            <w:top w:w="120" w:type="dxa"/>
            <w:left w:w="120" w:type="dxa"/>
            <w:bottom w:w="120" w:type="dxa"/>
            <w:right w:w="120" w:type="dxa"/>
          </w:tblCellMar>
        </w:tblPrEx>
        <w:trPr>
          <w:cantSplit w:val="0"/>
          <w:trHeight w:val="375"/>
        </w:trPr>
        <w:tc>
          <w:tcPr>
            <w:tcW w:w="16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明媚的周末</w:t>
            </w:r>
          </w:p>
        </w:tc>
        <w:tc>
          <w:tcPr>
            <w:tcW w:w="25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稻田恢复生机</w:t>
            </w:r>
          </w:p>
        </w:tc>
        <w:tc>
          <w:tcPr>
            <w:tcW w:w="20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惊喜、陶醉</w:t>
            </w:r>
          </w:p>
        </w:tc>
      </w:tr>
    </w:tbl>
    <w:p>
      <w:pPr>
        <w:spacing w:line="360" w:lineRule="auto"/>
        <w:jc w:val="left"/>
        <w:textAlignment w:val="center"/>
        <w:rPr>
          <w:color w:val="000000"/>
        </w:rPr>
      </w:pPr>
      <w:r>
        <w:rPr>
          <w:color w:val="000000"/>
        </w:rPr>
        <w:t>（2）</w:t>
      </w:r>
      <w:r>
        <w:rPr>
          <w:rFonts w:ascii="宋体" w:eastAsia="宋体" w:hAnsi="宋体" w:cs="宋体"/>
          <w:color w:val="000000"/>
        </w:rPr>
        <w:t>品味下面的句子，说说语句的表达效果。</w:t>
      </w:r>
    </w:p>
    <w:p>
      <w:pPr>
        <w:spacing w:line="360" w:lineRule="auto"/>
        <w:jc w:val="left"/>
        <w:textAlignment w:val="center"/>
        <w:rPr>
          <w:color w:val="000000"/>
        </w:rPr>
      </w:pPr>
      <w:r>
        <w:rPr>
          <w:rFonts w:ascii="宋体" w:eastAsia="宋体" w:hAnsi="宋体" w:cs="宋体"/>
          <w:color w:val="000000"/>
        </w:rPr>
        <w:t>村里人的心思似乎都扑在稻田里，唤起孩子的名字，一贯粗嗓门，而说到稻田呢，开口闭口则是“俺家的长丰大丘”“屋门口的三湾丘”……完全是一副温柔的声调。</w:t>
      </w:r>
    </w:p>
    <w:p>
      <w:pPr>
        <w:spacing w:line="360" w:lineRule="auto"/>
        <w:jc w:val="left"/>
        <w:textAlignment w:val="center"/>
        <w:rPr>
          <w:color w:val="000000"/>
        </w:rPr>
      </w:pPr>
      <w:r>
        <w:rPr>
          <w:color w:val="000000"/>
        </w:rPr>
        <w:t>（3）</w:t>
      </w:r>
      <w:r>
        <w:rPr>
          <w:rFonts w:ascii="宋体" w:eastAsia="宋体" w:hAnsi="宋体" w:cs="宋体"/>
          <w:color w:val="000000"/>
        </w:rPr>
        <w:t>怎样理解题目中的“重逢”？</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①向往、喜爱；②爷爷抓阄分得了长丰大丘；③田里杂草从生，塘里堆满於泥，塘堤破旧；④哀叹、惋惜。</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运用拟人的手法，生动形象地写出村民拥有稻田，时时关心、爱护着田地的感情，这是对土地的深沉的情怀，稻田见证了村子和村民的发展历史。</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点明本文与“稻田”相关的，是农村题材；引发读者思考，激发阅读兴趣。突出了新农村、新农业，新社会主题。</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考查对文章内容的理解概括。</w:t>
      </w:r>
    </w:p>
    <w:p>
      <w:pPr>
        <w:spacing w:line="360" w:lineRule="auto"/>
        <w:jc w:val="both"/>
        <w:textAlignment w:val="center"/>
        <w:rPr>
          <w:color w:val="000000"/>
        </w:rPr>
      </w:pPr>
      <w:r>
        <w:rPr>
          <w:rFonts w:ascii="宋体" w:eastAsia="宋体" w:hAnsi="宋体" w:cs="宋体"/>
          <w:color w:val="000000"/>
        </w:rPr>
        <w:t>第一空，结合第①段“儿时记忆里，散布在村子里的每一块稻田，都像家里的孩子一样，有自己的名字。村里人的心思似乎都扑在稻田里，唤起孩子的名字，一贯粗嗓门，而说到稻田呢，开口闭口则是‘俺家的长丰大丘’‘屋门口的三湾丘’……完全是一副温柔的声调”，第③段中“一脚踩进黑油油的泥里，一股爽溜溜痒滋滋的感觉从足底直抵心里头”的内容可概括为：向往、喜爱；</w:t>
      </w:r>
    </w:p>
    <w:p>
      <w:pPr>
        <w:spacing w:line="360" w:lineRule="auto"/>
        <w:jc w:val="both"/>
        <w:textAlignment w:val="center"/>
        <w:rPr>
          <w:color w:val="000000"/>
        </w:rPr>
      </w:pPr>
      <w:r>
        <w:rPr>
          <w:rFonts w:ascii="宋体" w:eastAsia="宋体" w:hAnsi="宋体" w:cs="宋体"/>
          <w:color w:val="000000"/>
        </w:rPr>
        <w:t>第二空，结合第④段中“长丰大丘以前可是谁家都想耕作的一块田。包产到户时，爷爷抓阄分得了长丰大丘，高兴得不亚于中了头彩，一天里少不了要去田边转上几趟。田是好田，种田的亦是好手。爷爷在长丰大丘干得风生水起，一年两季里，稻子穗穗金黄饱满”的内容可概括为：爷爷抓阄分得了长丰大丘；</w:t>
      </w:r>
    </w:p>
    <w:p>
      <w:pPr>
        <w:spacing w:line="360" w:lineRule="auto"/>
        <w:jc w:val="both"/>
        <w:textAlignment w:val="center"/>
        <w:rPr>
          <w:color w:val="000000"/>
        </w:rPr>
      </w:pPr>
      <w:r>
        <w:rPr>
          <w:rFonts w:ascii="宋体" w:eastAsia="宋体" w:hAnsi="宋体" w:cs="宋体"/>
          <w:color w:val="000000"/>
        </w:rPr>
        <w:t>第三空，结合第⑦段中“自上世纪90年代起，外面的世界越来越精彩，村里的年轻人如新初，大都加入南下北上打工的行列。一片热闹声中，稻田的名字逐渐变得暗淡。起始，两季稻改成一季，后来有的田连一季也不种了，任其杂草丛生。那时，爷爷经常搬把竹椅子倚门而坐，望着长丰大丘叹气。椿树塘多年不曾清淤，塘堤也日渐破旧”的内容可概括为：田里杂草从生，塘里堆满於泥，塘堤破旧；</w:t>
      </w:r>
    </w:p>
    <w:p>
      <w:pPr>
        <w:spacing w:before="90" w:line="360" w:lineRule="auto"/>
        <w:jc w:val="left"/>
        <w:textAlignment w:val="center"/>
        <w:rPr>
          <w:color w:val="000000"/>
        </w:rPr>
      </w:pPr>
      <w:r>
        <w:rPr>
          <w:rFonts w:ascii="宋体" w:eastAsia="宋体" w:hAnsi="宋体" w:cs="宋体"/>
          <w:color w:val="000000"/>
        </w:rPr>
        <w:t>第四空，结合第⑦段中“那时，爷爷经常搬把竹椅子倚门而坐，望着长丰大丘叹气”，第⑧段中“爷爷奶奶过世后，父母随我住到了县城，一年到头已难得回老家一趟。长丰大丘，以及那些曾经被村里人视为命根子的稻田，在我的脑海里渐渐淡去。只是父母还会不时提及一丘丘稻田的名字。我理解和田地打了大半辈子交道的父母对于田地的那份情感。他们骨子里和爷爷一样，把自己的一生与田地紧紧地联系在一起。父母的语气里自有一份难以排遣的无奈”的内容可概括为：哀叹、惋惜。</w:t>
      </w:r>
    </w:p>
    <w:p>
      <w:pPr>
        <w:spacing w:before="90"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考查对句子的赏析。解答时，结合句子内容，可从修辞手法、词语运用、描写方法等角度进行分析。</w:t>
      </w:r>
    </w:p>
    <w:p>
      <w:pPr>
        <w:spacing w:before="90" w:line="360" w:lineRule="auto"/>
        <w:jc w:val="left"/>
        <w:textAlignment w:val="center"/>
        <w:rPr>
          <w:color w:val="000000"/>
        </w:rPr>
      </w:pPr>
      <w:r>
        <w:rPr>
          <w:rFonts w:ascii="宋体" w:eastAsia="宋体" w:hAnsi="宋体" w:cs="宋体"/>
          <w:color w:val="000000"/>
        </w:rPr>
        <w:t>联系“村里人的心思似乎都扑在稻田里，唤起孩子的名字，一贯粗嗓门，而说到稻田呢，开口闭口则是‘俺家的长丰大丘’‘屋门口的三湾丘’……完全是一副温柔的声调”的内容可知，本句运用拟人的手法，生动形象地写出村民拥有稻田，时时关心、爱护着田地的感情；结合第①段中“儿时记忆里，散布在村子里的每一块稻田，都像家里的孩子一样，有自己的名字”，第②段中“老家地处丘陵地带，在起伏的版图上，稻田呈现出极不规则的形态，大小不一。村民往往按其形状和所在地，给一丘丘稻田命名。三角形的就叫三角丘，荷叶状的叫荷叶丘；在昌蒲洼的就叫昌蒲丘，在尖子山脚的就是尖子丘；从荒地上挥汗如雨地拓出几分田来的，就叫新开丘了。稻田像个碗，装着村子绵长的日子”的内容可知，柔声呼唤是对土地的深沉的情怀，稻田见证了村子和村民的发展历史。</w:t>
      </w:r>
    </w:p>
    <w:p>
      <w:pPr>
        <w:spacing w:before="90" w:line="360" w:lineRule="auto"/>
        <w:jc w:val="left"/>
        <w:textAlignment w:val="center"/>
        <w:rPr>
          <w:color w:val="000000"/>
        </w:rPr>
      </w:pPr>
      <w:r>
        <w:rPr>
          <w:color w:val="000000"/>
        </w:rPr>
        <w:t>【小问3详解】</w:t>
      </w:r>
    </w:p>
    <w:p>
      <w:pPr>
        <w:spacing w:before="90" w:line="360" w:lineRule="auto"/>
        <w:jc w:val="left"/>
        <w:textAlignment w:val="center"/>
        <w:rPr>
          <w:color w:val="000000"/>
        </w:rPr>
      </w:pPr>
      <w:r>
        <w:rPr>
          <w:rFonts w:ascii="宋体" w:eastAsia="宋体" w:hAnsi="宋体" w:cs="宋体"/>
          <w:color w:val="000000"/>
        </w:rPr>
        <w:t>考查题目</w:t>
      </w:r>
      <w:r>
        <w:rPr>
          <w:rFonts w:ascii="宋体" w:eastAsia="宋体" w:hAnsi="宋体" w:cs="宋体"/>
          <w:color w:val="000000"/>
          <w:position w:val="0"/>
        </w:rPr>
        <w:drawing>
          <wp:inline>
            <wp:extent cx="133350" cy="177800"/>
            <wp:docPr id="15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
                    <pic:cNvPicPr>
                      <a:picLocks noChangeAspect="1"/>
                    </pic:cNvPicPr>
                  </pic:nvPicPr>
                  <pic:blipFill>
                    <a:blip r:embed="rId12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理解。</w:t>
      </w:r>
    </w:p>
    <w:p>
      <w:pPr>
        <w:spacing w:before="90" w:line="360" w:lineRule="auto"/>
        <w:jc w:val="left"/>
        <w:textAlignment w:val="center"/>
        <w:rPr>
          <w:color w:val="000000"/>
        </w:rPr>
      </w:pPr>
      <w:r>
        <w:rPr>
          <w:rFonts w:ascii="宋体" w:eastAsia="宋体" w:hAnsi="宋体" w:cs="宋体"/>
          <w:color w:val="000000"/>
        </w:rPr>
        <w:t>“重逢”指朋友或亲人在长久分别之后再次见面；“与稻田重逢”中将“稻田”视为“重逢之人”，运用了拟人的修辞手法，表现了对稻田的热爱；点明本文与“稻田”相关的，是农村题材；同时，引发读者思考，激发阅读兴趣；</w:t>
      </w:r>
    </w:p>
    <w:p>
      <w:pPr>
        <w:spacing w:before="90" w:line="360" w:lineRule="auto"/>
        <w:jc w:val="left"/>
        <w:textAlignment w:val="center"/>
        <w:rPr>
          <w:color w:val="000000"/>
        </w:rPr>
      </w:pPr>
      <w:r>
        <w:rPr>
          <w:rFonts w:ascii="宋体" w:eastAsia="宋体" w:hAnsi="宋体" w:cs="宋体"/>
          <w:color w:val="000000"/>
        </w:rPr>
        <w:t>联系第⑦段“自上世纪90年代起，外面的世界越来越精彩，村里的年轻人如新初，大都加入南下北上打工的行列。一片热闹声中，稻田的名字逐渐变得暗淡。起始，两季稻改成一季，后来有的田连一季也不种了，任其杂草丛生”可知，在打工潮兴起，青年外出打工，土地被闲置；据此可知“与稻田重逢”暗示曾与稻田分离，再见面如老友重逢，感情愈加深厚，对稻田愈加珍惜；</w:t>
      </w:r>
    </w:p>
    <w:p>
      <w:pPr>
        <w:spacing w:before="90" w:line="360" w:lineRule="auto"/>
        <w:jc w:val="left"/>
        <w:textAlignment w:val="center"/>
        <w:rPr>
          <w:color w:val="000000"/>
        </w:rPr>
      </w:pPr>
      <w:r>
        <w:rPr>
          <w:rFonts w:ascii="宋体" w:eastAsia="宋体" w:hAnsi="宋体" w:cs="宋体"/>
          <w:color w:val="000000"/>
        </w:rPr>
        <w:t>文章通过讲述“包产到户，百姓充满希望，土地备受关注”“打工潮起，青年外出打工，土地被闲置”“政府支持农业生产，人们返乡种田，土地焕发生机”反映我国农村土地变迁，以“与稻田重逢”为题统领全文，突出了新农村、新农业，新社会的主题，反映农村土地的变迁。</w:t>
      </w:r>
    </w:p>
    <w:p>
      <w:pPr>
        <w:spacing w:line="360" w:lineRule="auto"/>
        <w:jc w:val="left"/>
        <w:textAlignment w:val="center"/>
        <w:rPr>
          <w:color w:val="000000"/>
        </w:rPr>
      </w:pPr>
      <w:r>
        <w:rPr>
          <w:color w:val="000000"/>
        </w:rPr>
        <w:t xml:space="preserve">9. </w:t>
      </w:r>
      <w:r>
        <w:rPr>
          <w:rFonts w:ascii="宋体" w:eastAsia="宋体" w:hAnsi="宋体" w:cs="宋体"/>
          <w:color w:val="000000"/>
        </w:rPr>
        <w:t>阅读《山羊》，完成问题。</w:t>
      </w:r>
    </w:p>
    <w:p>
      <w:pPr>
        <w:spacing w:line="360" w:lineRule="auto"/>
        <w:jc w:val="center"/>
        <w:textAlignment w:val="center"/>
        <w:rPr>
          <w:color w:val="000000"/>
        </w:rPr>
      </w:pPr>
      <w:r>
        <w:rPr>
          <w:rFonts w:ascii="楷体" w:eastAsia="楷体" w:hAnsi="楷体" w:cs="楷体"/>
          <w:color w:val="000000"/>
        </w:rPr>
        <w:t>山羊</w:t>
      </w:r>
    </w:p>
    <w:p>
      <w:pPr>
        <w:spacing w:line="360" w:lineRule="auto"/>
        <w:ind w:firstLine="420"/>
        <w:jc w:val="left"/>
        <w:textAlignment w:val="center"/>
        <w:rPr>
          <w:color w:val="000000"/>
        </w:rPr>
      </w:pPr>
      <w:r>
        <w:rPr>
          <w:rFonts w:ascii="楷体" w:eastAsia="楷体" w:hAnsi="楷体" w:cs="楷体"/>
          <w:color w:val="000000"/>
        </w:rPr>
        <w:t>①泪水已经浸透了我的心，这可恶的梦……</w:t>
      </w:r>
    </w:p>
    <w:p>
      <w:pPr>
        <w:spacing w:line="360" w:lineRule="auto"/>
        <w:ind w:firstLine="420"/>
        <w:jc w:val="left"/>
        <w:textAlignment w:val="center"/>
        <w:rPr>
          <w:color w:val="000000"/>
        </w:rPr>
      </w:pPr>
      <w:r>
        <w:rPr>
          <w:rFonts w:ascii="楷体" w:eastAsia="楷体" w:hAnsi="楷体" w:cs="楷体"/>
          <w:color w:val="000000"/>
        </w:rPr>
        <w:t>②我又看到了儿时那只山羊，它站在圈边吃着青草，时不时抬头看看，是那样的惬意。我拿些草走过去，逗得它不停地“咩咩”叫。“我该去上学了，你自己在家呆着吧，等我放学回来喂你。”我贴在羊耳边轻轻说着。它似乎知道我要走了，用头不停地蹭我的身体，好像一个撒娇的孩子。我刚一转身，它猛地咬住了我的衣角，我知道大事不妙了，今天又不好出去了。上次因为它见到我离开家，整整叫了一下午，等我再次回家，它的声音已经嘶哑了，心里听着真不是滋味。它已经是我家里的一员了。</w:t>
      </w:r>
    </w:p>
    <w:p>
      <w:pPr>
        <w:spacing w:line="360" w:lineRule="auto"/>
        <w:ind w:firstLine="420"/>
        <w:jc w:val="left"/>
        <w:textAlignment w:val="center"/>
        <w:rPr>
          <w:color w:val="000000"/>
        </w:rPr>
      </w:pPr>
      <w:r>
        <w:rPr>
          <w:rFonts w:ascii="楷体" w:eastAsia="楷体" w:hAnsi="楷体" w:cs="楷体"/>
          <w:color w:val="000000"/>
        </w:rPr>
        <w:t>③这只山羊，是姥爷为了缓解我家里的经济压力送来的，是用它来挣钱的。一只母山羊可以生出很多小山羊，把羊崽子卖了就可以挣一些钱。这些钱将是我们家积蓄的一大部分，每年都为家里“创汇”不少。因为羊来时太小，还不能吃食，我央求母亲给它买个奶瓶，买一袋奶粉来喂它。母亲迟疑了很久，在该与不该之间纠结着，因为家里的每一笔支出都要考虑现实生活。最后母亲同意了，买了一个奶瓶、一袋奶粉。羊有了“活路”，我的心里自然很高兴。</w:t>
      </w:r>
    </w:p>
    <w:p>
      <w:pPr>
        <w:spacing w:line="360" w:lineRule="auto"/>
        <w:ind w:firstLine="420"/>
        <w:jc w:val="left"/>
        <w:textAlignment w:val="center"/>
        <w:rPr>
          <w:color w:val="000000"/>
        </w:rPr>
      </w:pPr>
      <w:r>
        <w:rPr>
          <w:rFonts w:ascii="楷体" w:eastAsia="楷体" w:hAnsi="楷体" w:cs="楷体"/>
          <w:color w:val="000000"/>
        </w:rPr>
        <w:t>④每天我天蒙蒙亮就起来，把外面的灶烧着给羊烧开水，水开了就冲奶粉。起初没有经验，冲完了就拿给它；羊根本不知道怎么回事，在那里站着一动不动。后来母亲说等那奶凉凉，温了以后用奶嘴对着羊的嘴不停地逗它，这样就会吃了。果然，这方法很奏效，羊很快就把奶一饮而尽。我拿着空奶瓶心里有种说不出的感觉，我想应该是幸福吧！</w:t>
      </w:r>
    </w:p>
    <w:p>
      <w:pPr>
        <w:spacing w:line="360" w:lineRule="auto"/>
        <w:ind w:firstLine="420"/>
        <w:jc w:val="left"/>
        <w:textAlignment w:val="center"/>
        <w:rPr>
          <w:color w:val="000000"/>
        </w:rPr>
      </w:pPr>
      <w:r>
        <w:rPr>
          <w:rFonts w:ascii="楷体" w:eastAsia="楷体" w:hAnsi="楷体" w:cs="楷体"/>
          <w:color w:val="000000"/>
        </w:rPr>
        <w:t>⑤很快这只羊长大了，它能听懂我对它说的话，现在想想，马戏团的驯兽师也不见得是我的对手。那时我们之间最好的游戏就是赛跑：我俩在同一起跑线上，我说一句“跑”，它就迅速飞奔出去，我使出浑身力气，最终也没能战胜它。而后，我带它去田地，去坑边，去朋友家……</w:t>
      </w:r>
    </w:p>
    <w:p>
      <w:pPr>
        <w:spacing w:line="360" w:lineRule="auto"/>
        <w:ind w:firstLine="420"/>
        <w:jc w:val="left"/>
        <w:textAlignment w:val="center"/>
        <w:rPr>
          <w:color w:val="000000"/>
        </w:rPr>
      </w:pPr>
      <w:r>
        <w:rPr>
          <w:rFonts w:ascii="楷体" w:eastAsia="楷体" w:hAnsi="楷体" w:cs="楷体"/>
          <w:color w:val="000000"/>
        </w:rPr>
        <w:t>⑥很快，母亲就在村子里找到了一只强壮的公羊，成就了它们一段美好的“姻缘”。这只羊生产时，它不停地“咩咩”叫，到后来那声音几乎听不到了，不是它不再叫，而是你只能看到它嘴巴的开合……我几乎要哭出来了，连忙问：“妈，它这样还能活吗？”母亲轻轻地摸着我的头说：“放心吧，没事。”看着母亲的表情，我猜母亲也没有见过羊生产，内心也有担忧，为了让我镇定才说没事。注视良久，母亲再也看不下去了，她健步走过去做起了“接生婆”。当小羊羔顺利产下，母亲的脸上露出了笑容，很是欣慰、喜悦。</w:t>
      </w:r>
    </w:p>
    <w:p>
      <w:pPr>
        <w:spacing w:line="360" w:lineRule="auto"/>
        <w:ind w:firstLine="420"/>
        <w:jc w:val="left"/>
        <w:textAlignment w:val="center"/>
        <w:rPr>
          <w:color w:val="000000"/>
        </w:rPr>
      </w:pPr>
      <w:r>
        <w:rPr>
          <w:rFonts w:ascii="楷体" w:eastAsia="楷体" w:hAnsi="楷体" w:cs="楷体"/>
          <w:color w:val="000000"/>
        </w:rPr>
        <w:t>⑦三只小羊羔在羊妈妈的照料下，飞速生长，健壮的小羊们很快被羊贩子相中。那羊贩子长着一脸横肉，中等身材，最有特点的是那双一线天的眼睛，和那逆生的眉毛。每次都穿着青绿色的衣服，骑个二八车子在胡同里吆喝“有羊的卖”。因为是西乡的人，多少有些口音，所以那声音在村里绝对独一无二。因为家里没有大门，他看到羊，就下车来到我家，露出了让人憎恶的笑容。我知道这羊要被卖了，最终它们还是逃不过羊的命运。它们似乎也明白要发生的事情，从那人进门到被卖居然那么的安静……看着四个蹄子被捆绑得结结实实的羊，我的心里真不是滋味，泪水不住地从眼里溢出来……</w:t>
      </w:r>
    </w:p>
    <w:p>
      <w:pPr>
        <w:spacing w:line="360" w:lineRule="auto"/>
        <w:ind w:firstLine="420"/>
        <w:jc w:val="left"/>
        <w:textAlignment w:val="center"/>
        <w:rPr>
          <w:color w:val="000000"/>
        </w:rPr>
      </w:pPr>
      <w:r>
        <w:rPr>
          <w:rFonts w:ascii="楷体" w:eastAsia="楷体" w:hAnsi="楷体" w:cs="楷体"/>
          <w:color w:val="000000"/>
        </w:rPr>
        <w:t>⑧就这样，我每过一段时间就要流一次泪水。小羊来了又走，羊贩子进门又出……</w:t>
      </w:r>
      <w:r>
        <w:rPr>
          <w:rFonts w:ascii="楷体" w:eastAsia="楷体" w:hAnsi="楷体" w:cs="楷体"/>
          <w:color w:val="000000"/>
          <w:u w:val="single"/>
        </w:rPr>
        <w:t>当初健壮的母羊，终于老了，它没有了来时的精气神，剩下的就是沉默。</w:t>
      </w:r>
      <w:r>
        <w:rPr>
          <w:rFonts w:ascii="楷体" w:eastAsia="楷体" w:hAnsi="楷体" w:cs="楷体"/>
          <w:color w:val="000000"/>
        </w:rPr>
        <w:t>直到有一天来了一个身穿黑色衣服的中年妇女，她对母亲说要买下这只母羊，母亲迟疑了很久，但那人一个劲地说呀说呀。母亲还是坚持着，第一天没有卖。</w:t>
      </w:r>
      <w:r>
        <w:rPr>
          <w:rFonts w:ascii="楷体" w:eastAsia="楷体" w:hAnsi="楷体" w:cs="楷体"/>
          <w:color w:val="000000"/>
          <w:u w:val="wave"/>
        </w:rPr>
        <w:t>那天晚上，母亲很晚没有睡，我睡醒一觉看着母亲问：“妈，您怎么还不睡？”母亲说：“孩子，我跟你商量个事，现在这人都去打工挣钱了，我也想找个地方去上班，过日子咱们也要想办法，这羊……”突然她哽咽了，没有继续说下去。</w:t>
      </w:r>
      <w:r>
        <w:rPr>
          <w:rFonts w:ascii="楷体" w:eastAsia="楷体" w:hAnsi="楷体" w:cs="楷体"/>
          <w:color w:val="000000"/>
        </w:rPr>
        <w:t>我顺从地嗯了一声。那天的夜好长，我有些害怕，好像要失去了什么一般。</w:t>
      </w:r>
    </w:p>
    <w:p>
      <w:pPr>
        <w:spacing w:line="360" w:lineRule="auto"/>
        <w:ind w:firstLine="420"/>
        <w:jc w:val="left"/>
        <w:textAlignment w:val="center"/>
        <w:rPr>
          <w:color w:val="000000"/>
        </w:rPr>
      </w:pPr>
      <w:r>
        <w:rPr>
          <w:rFonts w:ascii="楷体" w:eastAsia="楷体" w:hAnsi="楷体" w:cs="楷体"/>
          <w:color w:val="000000"/>
        </w:rPr>
        <w:t>⑨天刚亮，昨天那个妇人又来了，我躲到了屋里，透过门缝看着，我想一切已经成了定局——这羊要“走了”。双方点了头，那人把羊拉住要走，突然我听到母亲说：“等等，等等……”话音一落母亲依偎在羊身边，对着羊的耳朵轻轻地说：“对不起，苦了你了……”之后泪如雨下，打我记事到现在没有见到过母亲如此伤心。那羊贩子露出不屑的表情：“为了个畜生，不值得，不值得。”母亲没有说啥，起身回过头去说：“走……吧！”那羊似乎听懂了，只叫了一声，迈着步子离开了……</w:t>
      </w:r>
    </w:p>
    <w:p>
      <w:pPr>
        <w:spacing w:line="360" w:lineRule="auto"/>
        <w:ind w:firstLine="420"/>
        <w:jc w:val="left"/>
        <w:textAlignment w:val="center"/>
        <w:rPr>
          <w:color w:val="000000"/>
        </w:rPr>
      </w:pPr>
      <w:r>
        <w:rPr>
          <w:rFonts w:ascii="楷体" w:eastAsia="楷体" w:hAnsi="楷体" w:cs="楷体"/>
          <w:color w:val="000000"/>
        </w:rPr>
        <w:t>⑩梦醒了，我擦了眼泪坐起来。“该起了，别晚了，快吃饭了。”母亲早在厨房里叫我了。我走到厨房，鬼使神差地问了句：“妈，您还记得咱们家以前那只母羊吗？”母亲踌躇了，转过身去，轻轻地说：“怎么能忘，唉……当时……”她没有说完。我听出来声音不对，马上说：“妈，今天的饭真好吃！”</w:t>
      </w:r>
    </w:p>
    <w:p>
      <w:pPr>
        <w:spacing w:line="360" w:lineRule="auto"/>
        <w:jc w:val="right"/>
        <w:textAlignment w:val="center"/>
        <w:rPr>
          <w:color w:val="000000"/>
        </w:rPr>
      </w:pPr>
      <w:r>
        <w:rPr>
          <w:rFonts w:ascii="宋体" w:eastAsia="宋体" w:hAnsi="宋体" w:cs="宋体"/>
          <w:color w:val="000000"/>
        </w:rPr>
        <w:t xml:space="preserve">（太孟南 燕鼎文化 </w:t>
      </w:r>
      <w:r>
        <w:rPr>
          <w:rFonts w:ascii="Times New Roman" w:eastAsia="Times New Roman" w:hAnsi="Times New Roman" w:cs="Times New Roman"/>
          <w:color w:val="000000"/>
        </w:rPr>
        <w:t>2022</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 xml:space="preserve"> </w:t>
      </w:r>
      <w:r>
        <w:rPr>
          <w:rFonts w:ascii="Times New Roman" w:eastAsia="Times New Roman" w:hAnsi="Times New Roman" w:cs="Times New Roman"/>
          <w:color w:val="000000"/>
        </w:rPr>
        <w:t>08</w:t>
      </w:r>
      <w:r>
        <w:rPr>
          <w:rFonts w:ascii="宋体" w:eastAsia="宋体" w:hAnsi="宋体" w:cs="宋体"/>
          <w:color w:val="000000"/>
        </w:rPr>
        <w:t>：</w:t>
      </w:r>
      <w:r>
        <w:rPr>
          <w:rFonts w:ascii="Times New Roman" w:eastAsia="Times New Roman" w:hAnsi="Times New Roman" w:cs="Times New Roman"/>
          <w:color w:val="000000"/>
        </w:rPr>
        <w:t>09</w:t>
      </w:r>
      <w:r>
        <w:rPr>
          <w:rFonts w:ascii="宋体" w:eastAsia="宋体" w:hAnsi="宋体" w:cs="宋体"/>
          <w:color w:val="000000"/>
        </w:rPr>
        <w:t xml:space="preserve"> 发表于广西）</w:t>
      </w:r>
    </w:p>
    <w:p>
      <w:pPr>
        <w:spacing w:line="360" w:lineRule="auto"/>
        <w:jc w:val="left"/>
        <w:textAlignment w:val="center"/>
        <w:rPr>
          <w:color w:val="000000"/>
        </w:rPr>
      </w:pPr>
      <w:r>
        <w:rPr>
          <w:color w:val="000000"/>
        </w:rPr>
        <w:t>（1）</w:t>
      </w:r>
      <w:r>
        <w:rPr>
          <w:rFonts w:ascii="宋体" w:eastAsia="宋体" w:hAnsi="宋体" w:cs="宋体"/>
          <w:color w:val="000000"/>
        </w:rPr>
        <w:t>本文记述了山羊在我家生活的全过程，默读文章，概括相关内容。</w:t>
      </w:r>
    </w:p>
    <w:p>
      <w:pPr>
        <w:spacing w:line="360" w:lineRule="auto"/>
        <w:jc w:val="left"/>
        <w:textAlignment w:val="center"/>
        <w:rPr>
          <w:color w:val="000000"/>
        </w:rPr>
      </w:pPr>
      <w:r>
        <w:rPr>
          <w:rFonts w:ascii="宋体" w:eastAsia="宋体" w:hAnsi="宋体" w:cs="宋体"/>
          <w:color w:val="000000"/>
        </w:rPr>
        <w:t>①来历：</w:t>
      </w:r>
    </w:p>
    <w:p>
      <w:pPr>
        <w:spacing w:line="360" w:lineRule="auto"/>
        <w:jc w:val="left"/>
        <w:textAlignment w:val="center"/>
        <w:rPr>
          <w:color w:val="000000"/>
        </w:rPr>
      </w:pPr>
      <w:r>
        <w:rPr>
          <w:rFonts w:ascii="宋体" w:eastAsia="宋体" w:hAnsi="宋体" w:cs="宋体"/>
          <w:color w:val="000000"/>
        </w:rPr>
        <w:t>②幼崽时：</w:t>
      </w:r>
    </w:p>
    <w:p>
      <w:pPr>
        <w:spacing w:line="360" w:lineRule="auto"/>
        <w:jc w:val="left"/>
        <w:textAlignment w:val="center"/>
        <w:rPr>
          <w:color w:val="000000"/>
        </w:rPr>
      </w:pPr>
      <w:r>
        <w:rPr>
          <w:rFonts w:ascii="宋体" w:eastAsia="宋体" w:hAnsi="宋体" w:cs="宋体"/>
          <w:color w:val="000000"/>
        </w:rPr>
        <w:t>③成长中：我和山羊赛跑，山羊总是赢。</w:t>
      </w:r>
    </w:p>
    <w:p>
      <w:pPr>
        <w:spacing w:line="360" w:lineRule="auto"/>
        <w:jc w:val="left"/>
        <w:textAlignment w:val="center"/>
        <w:rPr>
          <w:color w:val="000000"/>
        </w:rPr>
      </w:pPr>
      <w:r>
        <w:rPr>
          <w:rFonts w:ascii="宋体" w:eastAsia="宋体" w:hAnsi="宋体" w:cs="宋体"/>
          <w:color w:val="000000"/>
        </w:rPr>
        <w:t>④长大后：</w:t>
      </w:r>
    </w:p>
    <w:p>
      <w:pPr>
        <w:spacing w:line="360" w:lineRule="auto"/>
        <w:jc w:val="left"/>
        <w:textAlignment w:val="center"/>
        <w:rPr>
          <w:color w:val="000000"/>
        </w:rPr>
      </w:pPr>
      <w:r>
        <w:rPr>
          <w:rFonts w:ascii="宋体" w:eastAsia="宋体" w:hAnsi="宋体" w:cs="宋体"/>
          <w:color w:val="000000"/>
        </w:rPr>
        <w:t>⑤结局：山羊老了，被我们卖掉。</w:t>
      </w:r>
    </w:p>
    <w:p>
      <w:pPr>
        <w:spacing w:line="360" w:lineRule="auto"/>
        <w:jc w:val="left"/>
        <w:textAlignment w:val="center"/>
        <w:rPr>
          <w:color w:val="000000"/>
        </w:rPr>
      </w:pPr>
      <w:r>
        <w:rPr>
          <w:color w:val="000000"/>
        </w:rPr>
        <w:t>（2）</w:t>
      </w:r>
      <w:r>
        <w:rPr>
          <w:rFonts w:ascii="宋体" w:eastAsia="宋体" w:hAnsi="宋体" w:cs="宋体"/>
          <w:color w:val="000000"/>
        </w:rPr>
        <w:t xml:space="preserve">参照示例，以“这是一只 </w:t>
      </w:r>
      <w:r>
        <w:rPr>
          <w:rFonts w:ascii="宋体" w:eastAsia="宋体" w:hAnsi="宋体" w:cs="宋体"/>
          <w:color w:val="000000"/>
          <w:u w:val="single"/>
        </w:rPr>
        <w:t xml:space="preserve">     </w:t>
      </w:r>
      <w:r>
        <w:rPr>
          <w:rFonts w:ascii="宋体" w:eastAsia="宋体" w:hAnsi="宋体" w:cs="宋体"/>
          <w:color w:val="000000"/>
        </w:rPr>
        <w:t>的山羊”的形式说说你对这只山羊的认识。注意结合文中描写山羊的相关语句（包括直接描写和间接描写）。</w:t>
      </w:r>
    </w:p>
    <w:p>
      <w:pPr>
        <w:spacing w:line="360" w:lineRule="auto"/>
        <w:jc w:val="left"/>
        <w:textAlignment w:val="center"/>
        <w:rPr>
          <w:color w:val="000000"/>
        </w:rPr>
      </w:pPr>
      <w:r>
        <w:rPr>
          <w:rFonts w:ascii="宋体" w:eastAsia="宋体" w:hAnsi="宋体" w:cs="宋体"/>
          <w:color w:val="000000"/>
        </w:rPr>
        <w:t>示例：</w:t>
      </w:r>
    </w:p>
    <w:p>
      <w:pPr>
        <w:spacing w:line="360" w:lineRule="auto"/>
        <w:jc w:val="left"/>
        <w:textAlignment w:val="center"/>
        <w:rPr>
          <w:color w:val="000000"/>
        </w:rPr>
      </w:pPr>
      <w:r>
        <w:rPr>
          <w:rFonts w:ascii="宋体" w:eastAsia="宋体" w:hAnsi="宋体" w:cs="宋体"/>
          <w:color w:val="000000"/>
        </w:rPr>
        <w:t>这是一只可怜的山羊，来我家时特别小，只能喝奶粉，那么小就离开妈妈很可怜；长大后下了好多次小羊羔，全被卖掉了，不能与自己的孩子相伴也很可怜；山羊老了，又被卖掉就更可怜了。</w:t>
      </w:r>
    </w:p>
    <w:p>
      <w:pPr>
        <w:spacing w:line="360" w:lineRule="auto"/>
        <w:jc w:val="left"/>
        <w:textAlignment w:val="center"/>
        <w:rPr>
          <w:color w:val="000000"/>
        </w:rPr>
      </w:pPr>
      <w:r>
        <w:rPr>
          <w:color w:val="000000"/>
        </w:rPr>
        <w:t>（3）</w:t>
      </w:r>
      <w:r>
        <w:rPr>
          <w:rFonts w:ascii="宋体" w:eastAsia="宋体" w:hAnsi="宋体" w:cs="宋体"/>
          <w:color w:val="000000"/>
        </w:rPr>
        <w:t>品味下列语句，体会加点词蕴含的情感。</w:t>
      </w:r>
    </w:p>
    <w:p>
      <w:pPr>
        <w:spacing w:line="360" w:lineRule="auto"/>
        <w:jc w:val="left"/>
        <w:textAlignment w:val="center"/>
        <w:rPr>
          <w:color w:val="000000"/>
        </w:rPr>
      </w:pPr>
      <w:r>
        <w:rPr>
          <w:rFonts w:ascii="宋体" w:eastAsia="宋体" w:hAnsi="宋体" w:cs="宋体"/>
          <w:color w:val="000000"/>
        </w:rPr>
        <w:t>当初健壮的母羊，</w:t>
      </w:r>
      <w:r>
        <w:rPr>
          <w:rFonts w:ascii="宋体" w:eastAsia="宋体" w:hAnsi="宋体" w:cs="宋体"/>
          <w:color w:val="000000"/>
          <w:em w:val="dot"/>
        </w:rPr>
        <w:t>终于</w:t>
      </w:r>
      <w:r>
        <w:rPr>
          <w:rFonts w:ascii="宋体" w:eastAsia="宋体" w:hAnsi="宋体" w:cs="宋体"/>
          <w:color w:val="000000"/>
        </w:rPr>
        <w:t>老了，它没有了来时的精气神，剩下的</w:t>
      </w:r>
      <w:r>
        <w:rPr>
          <w:rFonts w:ascii="宋体" w:eastAsia="宋体" w:hAnsi="宋体" w:cs="宋体"/>
          <w:color w:val="000000"/>
          <w:em w:val="dot"/>
        </w:rPr>
        <w:t>就是</w:t>
      </w:r>
      <w:r>
        <w:rPr>
          <w:rFonts w:ascii="宋体" w:eastAsia="宋体" w:hAnsi="宋体" w:cs="宋体"/>
          <w:color w:val="000000"/>
        </w:rPr>
        <w:t>沉默。</w:t>
      </w:r>
    </w:p>
    <w:p>
      <w:pPr>
        <w:spacing w:line="360" w:lineRule="auto"/>
        <w:jc w:val="left"/>
        <w:textAlignment w:val="center"/>
        <w:rPr>
          <w:color w:val="000000"/>
        </w:rPr>
      </w:pPr>
      <w:r>
        <w:rPr>
          <w:color w:val="000000"/>
        </w:rPr>
        <w:t>（4）</w:t>
      </w:r>
      <w:r>
        <w:rPr>
          <w:rFonts w:ascii="宋体" w:eastAsia="宋体" w:hAnsi="宋体" w:cs="宋体"/>
          <w:color w:val="000000"/>
        </w:rPr>
        <w:t>文章第⑧段画曲线的语句写了“我”与母亲的对话，请结合文章内容分析母亲在对话时的心情。</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①姥爷为了缓解“我”家里的经济压力送来；②“我”给羊烧开水冲奶粉，用奶瓶喂山羊喝奶粉；④“我”看到小羊崽被卖，感到伤心；</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这是一只有功劳的山羊，姥爷为了缓解我家里的经济压力送来，每年都为家里“创汇”不少。</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写出了“我”对山羊的关注，表达了“我”对山羊年老和沉默的痛惜、难过。</w:t>
      </w:r>
      <w:r>
        <w:rPr>
          <w:color w:val="000000"/>
        </w:rPr>
        <w:t xml:space="preserve">    </w:t>
      </w:r>
    </w:p>
    <w:p>
      <w:pPr>
        <w:spacing w:line="360" w:lineRule="auto"/>
        <w:textAlignment w:val="center"/>
        <w:rPr>
          <w:color w:val="000000"/>
        </w:rPr>
      </w:pPr>
      <w:r>
        <w:rPr>
          <w:color w:val="000000"/>
        </w:rPr>
        <w:t>（4）</w:t>
      </w:r>
      <w:r>
        <w:rPr>
          <w:rFonts w:ascii="宋体" w:eastAsia="宋体" w:hAnsi="宋体" w:cs="宋体"/>
          <w:color w:val="000000"/>
        </w:rPr>
        <w:t>母亲不愿意卖羊，她对羊的感情是深厚的。</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考查对文章内容的理解概括。</w:t>
      </w:r>
    </w:p>
    <w:p>
      <w:pPr>
        <w:spacing w:line="360" w:lineRule="auto"/>
        <w:jc w:val="both"/>
        <w:textAlignment w:val="center"/>
        <w:rPr>
          <w:color w:val="000000"/>
        </w:rPr>
      </w:pPr>
      <w:r>
        <w:rPr>
          <w:rFonts w:ascii="宋体" w:eastAsia="宋体" w:hAnsi="宋体" w:cs="宋体"/>
          <w:color w:val="000000"/>
        </w:rPr>
        <w:t>第一空，结合第③段中“这只山羊，是姥爷为了缓解我家里的经济压力送来的，是用它来挣钱的”可概括为：姥爷为了缓解“我”家里的经济压力送来；</w:t>
      </w:r>
    </w:p>
    <w:p>
      <w:pPr>
        <w:spacing w:line="360" w:lineRule="auto"/>
        <w:jc w:val="both"/>
        <w:textAlignment w:val="center"/>
        <w:rPr>
          <w:color w:val="000000"/>
        </w:rPr>
      </w:pPr>
      <w:r>
        <w:rPr>
          <w:rFonts w:ascii="宋体" w:eastAsia="宋体" w:hAnsi="宋体" w:cs="宋体"/>
          <w:color w:val="000000"/>
        </w:rPr>
        <w:t>第二空，结合第④段中“每天我天蒙蒙亮就起来，把外面的灶烧着给羊烧开水，水开了就冲奶粉。起初没有经验，冲完了就拿给它；羊根本不知道怎么回事，在那里站着一动不动。后来母亲说等那奶凉凉，温了以后用奶嘴对着羊的嘴不停地逗它，这样就会吃了。果然，这方法很奏效，羊很快就把奶一饮而尽。我拿着空奶瓶心里有种说不出的感觉，我想应该是幸福吧”可概括为：“我”给羊烧开水冲奶粉，用奶瓶喂山羊喝奶粉；</w:t>
      </w:r>
    </w:p>
    <w:p>
      <w:pPr>
        <w:spacing w:line="360" w:lineRule="auto"/>
        <w:jc w:val="both"/>
        <w:textAlignment w:val="center"/>
        <w:rPr>
          <w:color w:val="000000"/>
        </w:rPr>
      </w:pPr>
      <w:r>
        <w:rPr>
          <w:rFonts w:ascii="宋体" w:eastAsia="宋体" w:hAnsi="宋体" w:cs="宋体"/>
          <w:color w:val="000000"/>
        </w:rPr>
        <w:t>第三空，结合第⑦段中“三只小羊羔在羊妈妈的照料下，飞速生长，健壮的小羊们很快被羊贩子相中。那羊贩子长着一脸横肉，中等身材，最有特点的是那双一线天的眼睛，和那逆生的眉毛。每次都穿着青绿色的衣服，骑个二八车子在胡同里吆喝‘有羊的卖’。因为是西乡的人，多少有些口音，所以那声音在村里绝对独一无二。因为家里没有大门，他看到羊，就下车来到我家，露出了让人憎恶的笑容。我知道这羊要被卖了，最终它们还是逃不过羊的命运。它们似乎也明白要发生的事情，从那人进门到被卖居然那么的安静……看着四个蹄子被捆绑得结结实实的羊，我的心里真不是滋味，泪水不住地从眼里溢出来……”可概括为：“我”看到小羊崽被卖，感到伤心难过。</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考查对文章内容的理解和概括。解答时，注意结合文中描写山羊的相关语句进行分析。</w:t>
      </w:r>
    </w:p>
    <w:p>
      <w:pPr>
        <w:spacing w:line="360" w:lineRule="auto"/>
        <w:jc w:val="both"/>
        <w:textAlignment w:val="center"/>
        <w:rPr>
          <w:color w:val="000000"/>
        </w:rPr>
      </w:pPr>
      <w:r>
        <w:rPr>
          <w:rFonts w:ascii="宋体" w:eastAsia="宋体" w:hAnsi="宋体" w:cs="宋体"/>
          <w:color w:val="000000"/>
        </w:rPr>
        <w:t>结合第③段中“这只山羊，是姥爷为了缓解我家里</w:t>
      </w:r>
      <w:r>
        <w:rPr>
          <w:rFonts w:ascii="宋体" w:eastAsia="宋体" w:hAnsi="宋体" w:cs="宋体"/>
          <w:color w:val="000000"/>
          <w:position w:val="0"/>
        </w:rPr>
        <w:drawing>
          <wp:inline>
            <wp:extent cx="133350" cy="177800"/>
            <wp:docPr id="15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
                    <pic:cNvPicPr>
                      <a:picLocks noChangeAspect="1"/>
                    </pic:cNvPicPr>
                  </pic:nvPicPr>
                  <pic:blipFill>
                    <a:blip r:embed="rId13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经济压力送来的，是用它来挣钱的。一只母山羊可以生出很多小山羊，把羊崽子卖了就可以挣一些钱。这些钱将是我们家积蓄的一大部分，每年都为家里‘创汇’不少”可概括为：这是一只有功劳的山羊，姥爷为了缓解我家里的经济压力送来，每年都为家里“创汇”不少。</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eastAsia="宋体" w:hAnsi="宋体" w:cs="宋体"/>
          <w:color w:val="000000"/>
        </w:rPr>
        <w:t>考查对词语的理解和情感分析。</w:t>
      </w:r>
    </w:p>
    <w:p>
      <w:pPr>
        <w:spacing w:line="360" w:lineRule="auto"/>
        <w:jc w:val="both"/>
        <w:textAlignment w:val="center"/>
        <w:rPr>
          <w:color w:val="000000"/>
        </w:rPr>
      </w:pPr>
      <w:r>
        <w:rPr>
          <w:rFonts w:ascii="宋体" w:eastAsia="宋体" w:hAnsi="宋体" w:cs="宋体"/>
          <w:color w:val="000000"/>
        </w:rPr>
        <w:t>“终于”，是最终的意思。“就是”，表示确定语气的词。联系“当初健壮的母羊，终于老了，它没有了来时的精气神，剩下的就是沉默”的内容，结合上文“就这样，我每过一段时间就要流一次泪水。小羊来了又走，羊贩子进门又出……”可知，这两个词语写出了“我”对山羊的持续关注，表达了“我”对山羊年老和沉默的痛惜和难过之情。</w:t>
      </w:r>
    </w:p>
    <w:p>
      <w:pPr>
        <w:spacing w:line="360" w:lineRule="auto"/>
        <w:jc w:val="both"/>
        <w:textAlignment w:val="center"/>
        <w:rPr>
          <w:color w:val="000000"/>
        </w:rPr>
      </w:pPr>
      <w:r>
        <w:rPr>
          <w:color w:val="000000"/>
        </w:rPr>
        <w:t>【小问4详解】</w:t>
      </w:r>
    </w:p>
    <w:p>
      <w:pPr>
        <w:spacing w:line="360" w:lineRule="auto"/>
        <w:jc w:val="both"/>
        <w:textAlignment w:val="center"/>
        <w:rPr>
          <w:color w:val="000000"/>
        </w:rPr>
      </w:pPr>
      <w:r>
        <w:rPr>
          <w:rFonts w:ascii="宋体" w:eastAsia="宋体" w:hAnsi="宋体" w:cs="宋体"/>
          <w:color w:val="000000"/>
        </w:rPr>
        <w:t>考查对句子内容的理解和人物情感的把握。</w:t>
      </w:r>
    </w:p>
    <w:p>
      <w:pPr>
        <w:spacing w:line="360" w:lineRule="auto"/>
        <w:jc w:val="both"/>
        <w:textAlignment w:val="center"/>
        <w:rPr>
          <w:color w:val="000000"/>
        </w:rPr>
      </w:pPr>
      <w:r>
        <w:rPr>
          <w:rFonts w:ascii="宋体" w:eastAsia="宋体" w:hAnsi="宋体" w:cs="宋体"/>
          <w:color w:val="000000"/>
        </w:rPr>
        <w:t>联系“那天晚上，母亲很晚没有睡，我睡醒一觉看着母亲问：‘妈，您怎么还不睡？’母亲说：‘孩子，我跟你商量个事，现在这人都去打工挣钱了，我也想找个地方去上班，过日子咱们也要想办法，这羊……’突然她哽咽了，没有继续说下去”的内容，结合第⑨段中“双方点了头，那人把羊拉住要走，突然我听到母亲说：‘等等，等等……’话音一落母亲依偎在羊身边，对着羊的耳朵轻轻地说：‘对不起，苦了你了……’之后泪如雨下，打我记事到现在没有见到过母亲如此伤心”可知，母亲对羊的感情是深厚真挚的，她内心深处并不愿意卖羊，此时的她心情是不舍和难过的。</w:t>
      </w:r>
    </w:p>
    <w:p>
      <w:pPr>
        <w:pStyle w:val="Heading3"/>
      </w:pPr>
      <w:r>
        <w:t>朝阳区</w:t>
      </w:r>
    </w:p>
    <w:p>
      <w:pPr>
        <w:spacing w:line="360" w:lineRule="auto"/>
        <w:jc w:val="left"/>
        <w:textAlignment w:val="center"/>
        <w:rPr>
          <w:color w:val="000000"/>
        </w:rPr>
      </w:pPr>
      <w:r>
        <w:rPr>
          <w:rFonts w:ascii="宋体" w:eastAsia="宋体" w:hAnsi="宋体" w:cs="宋体"/>
          <w:b/>
          <w:color w:val="000000"/>
          <w:sz w:val="24"/>
        </w:rPr>
        <w:t>四、现代文阅读（共20分）</w:t>
      </w:r>
    </w:p>
    <w:p>
      <w:pPr>
        <w:spacing w:line="360" w:lineRule="auto"/>
        <w:jc w:val="left"/>
        <w:textAlignment w:val="center"/>
        <w:rPr>
          <w:color w:val="000000"/>
        </w:rPr>
      </w:pPr>
      <w:r>
        <w:rPr>
          <w:rFonts w:ascii="宋体" w:eastAsia="宋体" w:hAnsi="宋体" w:cs="宋体"/>
          <w:color w:val="000000"/>
        </w:rPr>
        <w:t>阅读下面的作品，完成下面小题。</w:t>
      </w:r>
    </w:p>
    <w:p>
      <w:pPr>
        <w:spacing w:line="360" w:lineRule="auto"/>
        <w:ind w:firstLine="420"/>
        <w:jc w:val="left"/>
        <w:textAlignment w:val="center"/>
        <w:rPr>
          <w:color w:val="000000"/>
        </w:rPr>
      </w:pPr>
      <w:r>
        <w:rPr>
          <w:rFonts w:ascii="楷体" w:eastAsia="楷体" w:hAnsi="楷体" w:cs="楷体"/>
          <w:color w:val="000000"/>
        </w:rPr>
        <w:t>①你若是在春天到北平，第一个印象也许便会给你以十分的不愉快。你从前门东车站或西车站下了火车，出了站门，踏在了北平的灰黑的土地上时，一阵大风刮来，刮得你不能不向后倒退几步那风卷起了一团的泥沙；你一不小心便会迷了双眼，怪难受的；而嘴里吹进了几粒细沙在牙齿间萨拉萨拉地作响。耳朵壳里，眼缝边，黑马褂或西服外套上，立刻便都积了一层黄灰色的沙垢。你到了家，或到了旅店，得仔细地洗涤了一顿，才会觉得清爽些。</w:t>
      </w:r>
    </w:p>
    <w:p>
      <w:pPr>
        <w:spacing w:line="360" w:lineRule="auto"/>
        <w:ind w:firstLine="420"/>
        <w:jc w:val="left"/>
        <w:textAlignment w:val="center"/>
        <w:rPr>
          <w:color w:val="000000"/>
        </w:rPr>
      </w:pPr>
      <w:r>
        <w:rPr>
          <w:rFonts w:ascii="楷体" w:eastAsia="楷体" w:hAnsi="楷体" w:cs="楷体"/>
          <w:color w:val="000000"/>
        </w:rPr>
        <w:t>②“这鬼地方！那么大的风，那么多的灰尘！”你也许会很不高兴地诅咒说。</w:t>
      </w:r>
    </w:p>
    <w:p>
      <w:pPr>
        <w:spacing w:line="360" w:lineRule="auto"/>
        <w:ind w:firstLine="420"/>
        <w:jc w:val="left"/>
        <w:textAlignment w:val="center"/>
        <w:rPr>
          <w:color w:val="000000"/>
        </w:rPr>
      </w:pPr>
      <w:r>
        <w:rPr>
          <w:rFonts w:ascii="楷体" w:eastAsia="楷体" w:hAnsi="楷体" w:cs="楷体"/>
          <w:color w:val="000000"/>
        </w:rPr>
        <w:t>③风整天整夜地呼呼地在刮，火炉的铅皮烟囱，纸的窗户，都在乒乒乓乓地相碰着，也许会闹得你半夜睡不着。第二天清早，一睁开眼，呵，满窗的黄金色，你满心高兴，以为这是太阳光，你今天将可以得一个畅快的游览了。然而风声还在呼呼地怒吼着。擦擦眼，拥被坐在床上，你便要立刻懊丧起来。那黄澄澄的、错疑作太阳光的，却正是漫天漫地地吹刮着的黄沙！风声吼吼地还不曾歇气。你也许会懊悔来这一趟。</w:t>
      </w:r>
    </w:p>
    <w:p>
      <w:pPr>
        <w:spacing w:line="360" w:lineRule="auto"/>
        <w:ind w:firstLine="420"/>
        <w:jc w:val="left"/>
        <w:textAlignment w:val="center"/>
        <w:rPr>
          <w:color w:val="000000"/>
        </w:rPr>
      </w:pPr>
      <w:r>
        <w:rPr>
          <w:rFonts w:ascii="楷体" w:eastAsia="楷体" w:hAnsi="楷体" w:cs="楷体"/>
          <w:color w:val="000000"/>
        </w:rPr>
        <w:t>④但到了下午，或到第三天，风渐渐地平静起来。太阳光真实地黄亮亮地晒在墙头，晒进窗里。那份温暖和平的气息儿，立刻便会鼓动了你向外面跑跑的心思。鸟声细碎地在呜叫着，大约是小麻雀儿的唧唧声居多。——碰巧，院子里有一株杏花或桃花，正含着苞，浓红色的一朵朵，将放未放。枣树的叶子正在努力地向外崛起。——北平的枣树那么多，几乎家家天井里都有一株两株的。柳树的柔枝儿已经透露出嫩嫩的黄色来。只有硕大的榆树上，却还是乌黑的秃枝，一点儿什么春的消息都没有。</w:t>
      </w:r>
    </w:p>
    <w:p>
      <w:pPr>
        <w:spacing w:line="360" w:lineRule="auto"/>
        <w:ind w:firstLine="420"/>
        <w:jc w:val="left"/>
        <w:textAlignment w:val="center"/>
        <w:rPr>
          <w:color w:val="000000"/>
        </w:rPr>
      </w:pPr>
      <w:r>
        <w:rPr>
          <w:rFonts w:ascii="楷体" w:eastAsia="楷体" w:hAnsi="楷体" w:cs="楷体"/>
          <w:color w:val="000000"/>
        </w:rPr>
        <w:t>⑤你开了房门，到院子里，深深地吸了一口气。啊，好新鲜的空气，仿佛在那里面便挟带着生命力似的。不由得不使你神清气爽。太阳光好不可爱。天上干干净净没有半朵浮云，俨然是“南方秋天”的样子。你得知道，北平当睛天的时候，永远的那一份儿“天高气爽”的晴明的劲儿，四季皆然，不独春日如此。</w:t>
      </w:r>
    </w:p>
    <w:p>
      <w:pPr>
        <w:spacing w:line="360" w:lineRule="auto"/>
        <w:ind w:firstLine="420"/>
        <w:jc w:val="left"/>
        <w:textAlignment w:val="center"/>
        <w:rPr>
          <w:color w:val="000000"/>
        </w:rPr>
      </w:pPr>
      <w:r>
        <w:rPr>
          <w:rFonts w:ascii="楷体" w:eastAsia="楷体" w:hAnsi="楷体" w:cs="楷体"/>
          <w:color w:val="000000"/>
        </w:rPr>
        <w:t>⑥太阳光晒得你有点暖得发慌。“关不住了！”你准会在心底偷偷地叫着。</w:t>
      </w:r>
    </w:p>
    <w:p>
      <w:pPr>
        <w:spacing w:line="360" w:lineRule="auto"/>
        <w:ind w:firstLine="420"/>
        <w:jc w:val="left"/>
        <w:textAlignment w:val="center"/>
        <w:rPr>
          <w:color w:val="000000"/>
        </w:rPr>
      </w:pPr>
      <w:r>
        <w:rPr>
          <w:rFonts w:ascii="楷体" w:eastAsia="楷体" w:hAnsi="楷体" w:cs="楷体"/>
          <w:color w:val="000000"/>
        </w:rPr>
        <w:t>⑦你便准得应了这自然之招呼而走到街上。</w:t>
      </w:r>
    </w:p>
    <w:p>
      <w:pPr>
        <w:spacing w:line="360" w:lineRule="auto"/>
        <w:jc w:val="right"/>
        <w:textAlignment w:val="center"/>
        <w:rPr>
          <w:color w:val="000000"/>
        </w:rPr>
      </w:pPr>
      <w:r>
        <w:rPr>
          <w:rFonts w:ascii="宋体" w:eastAsia="宋体" w:hAnsi="宋体" w:cs="宋体"/>
          <w:color w:val="000000"/>
        </w:rPr>
        <w:t>（选自郑振铎《北平》）</w:t>
      </w:r>
    </w:p>
    <w:p>
      <w:pPr>
        <w:spacing w:line="360" w:lineRule="auto"/>
        <w:jc w:val="left"/>
        <w:textAlignment w:val="center"/>
        <w:rPr>
          <w:color w:val="000000"/>
        </w:rPr>
      </w:pPr>
      <w:r>
        <w:rPr>
          <w:color w:val="000000"/>
        </w:rPr>
        <w:t xml:space="preserve">12. </w:t>
      </w:r>
      <w:r>
        <w:rPr>
          <w:rFonts w:ascii="宋体" w:eastAsia="宋体" w:hAnsi="宋体" w:cs="宋体"/>
          <w:color w:val="000000"/>
        </w:rPr>
        <w:t>在作者的笔下，北平的春风有着怎样的特点？请你结合具体语句加以说明。</w:t>
      </w:r>
    </w:p>
    <w:p>
      <w:pPr>
        <w:spacing w:line="360" w:lineRule="auto"/>
        <w:jc w:val="left"/>
        <w:textAlignment w:val="center"/>
        <w:rPr>
          <w:color w:val="000000"/>
        </w:rPr>
      </w:pPr>
      <w:r>
        <w:rPr>
          <w:color w:val="000000"/>
        </w:rPr>
        <w:t xml:space="preserve">13. </w:t>
      </w:r>
      <w:r>
        <w:rPr>
          <w:rFonts w:ascii="宋体" w:eastAsia="宋体" w:hAnsi="宋体" w:cs="宋体"/>
          <w:color w:val="000000"/>
        </w:rPr>
        <w:t>这篇文章的语言质朴自然，感情真挚。请你从文中任选一处语句，品味其表达效果。</w:t>
      </w:r>
    </w:p>
    <w:p>
      <w:pPr>
        <w:spacing w:line="360" w:lineRule="auto"/>
        <w:jc w:val="left"/>
        <w:textAlignment w:val="center"/>
        <w:rPr>
          <w:color w:val="000000"/>
        </w:rPr>
      </w:pPr>
      <w:r>
        <w:rPr>
          <w:color w:val="000000"/>
        </w:rPr>
        <w:t xml:space="preserve">14. </w:t>
      </w:r>
      <w:r>
        <w:rPr>
          <w:rFonts w:ascii="宋体" w:eastAsia="宋体" w:hAnsi="宋体" w:cs="宋体"/>
          <w:color w:val="000000"/>
        </w:rPr>
        <w:t>文章第⑤段画线句表达了作者怎样</w:t>
      </w:r>
      <w:r>
        <w:rPr>
          <w:rFonts w:ascii="宋体" w:eastAsia="宋体" w:hAnsi="宋体" w:cs="宋体"/>
          <w:color w:val="000000"/>
          <w:position w:val="0"/>
        </w:rPr>
        <w:drawing>
          <wp:inline>
            <wp:extent cx="133350" cy="177800"/>
            <wp:docPr id="15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
                    <pic:cNvPicPr>
                      <a:picLocks noChangeAspect="1"/>
                    </pic:cNvPicPr>
                  </pic:nvPicPr>
                  <pic:blipFill>
                    <a:blip r:embed="rId13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感情？请结合生活体验，谈谈你的感受。</w:t>
      </w:r>
    </w:p>
    <w:p>
      <w:pPr>
        <w:spacing w:line="360" w:lineRule="auto"/>
        <w:textAlignment w:val="center"/>
        <w:rPr>
          <w:color w:val="000000"/>
        </w:rPr>
      </w:pPr>
      <w:r>
        <w:rPr>
          <w:color w:val="2E75B6"/>
        </w:rPr>
        <w:t>【答案】</w:t>
      </w:r>
      <w:r>
        <w:rPr>
          <w:color w:val="000000"/>
        </w:rPr>
        <w:t xml:space="preserve">12. </w:t>
      </w:r>
      <w:r>
        <w:rPr>
          <w:rFonts w:ascii="宋体" w:eastAsia="宋体" w:hAnsi="宋体" w:cs="宋体"/>
          <w:color w:val="000000"/>
        </w:rPr>
        <w:t>示例：北平</w:t>
      </w:r>
      <w:r>
        <w:rPr>
          <w:rFonts w:ascii="宋体" w:eastAsia="宋体" w:hAnsi="宋体" w:cs="宋体"/>
          <w:color w:val="000000"/>
          <w:position w:val="0"/>
        </w:rPr>
        <w:drawing>
          <wp:inline>
            <wp:extent cx="133350" cy="177800"/>
            <wp:docPr id="15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
                    <pic:cNvPicPr>
                      <a:picLocks noChangeAspect="1"/>
                    </pic:cNvPicPr>
                  </pic:nvPicPr>
                  <pic:blipFill>
                    <a:blip r:embed="rId13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风“刮得你不能不向后倒退几步”，可见风力大；它把沙吹进你的眼里、牙齿间、耳朵壳里和衣服上，可见风沙多；风刮得烟囱、窗户“乒乒乓乓地相碰着”，“闹得你半夜睡不着”，可见风声响；“风整天整夜地”“还不曾歇气”地刮，可见风刮的时间长。</w:t>
      </w:r>
      <w:r>
        <w:rPr>
          <w:color w:val="000000"/>
        </w:rPr>
        <w:t xml:space="preserve">    </w:t>
      </w:r>
    </w:p>
    <w:p>
      <w:pPr>
        <w:spacing w:line="360" w:lineRule="auto"/>
        <w:textAlignment w:val="center"/>
        <w:rPr>
          <w:color w:val="000000"/>
        </w:rPr>
      </w:pPr>
      <w:r>
        <w:rPr>
          <w:color w:val="000000"/>
        </w:rPr>
        <w:t xml:space="preserve">13. </w:t>
      </w:r>
      <w:r>
        <w:rPr>
          <w:rFonts w:ascii="宋体" w:eastAsia="宋体" w:hAnsi="宋体" w:cs="宋体"/>
          <w:color w:val="000000"/>
        </w:rPr>
        <w:t>示例：“擦擦眼，拥被坐在床上，你便要立刻懊丧起来。”作者在这个句子中抓住“擦擦”“拥被”“坐”等一系列寻常动作，真切地写出了人被恼人的风“哄骗”了感情而气恼不已的画面，读来如在眼前。</w:t>
      </w:r>
      <w:r>
        <w:rPr>
          <w:color w:val="000000"/>
        </w:rPr>
        <w:t xml:space="preserve">    </w:t>
      </w:r>
    </w:p>
    <w:p>
      <w:pPr>
        <w:spacing w:line="360" w:lineRule="auto"/>
        <w:textAlignment w:val="center"/>
        <w:rPr>
          <w:color w:val="000000"/>
        </w:rPr>
      </w:pPr>
      <w:r>
        <w:rPr>
          <w:color w:val="000000"/>
        </w:rPr>
        <w:t xml:space="preserve">14. </w:t>
      </w:r>
      <w:r>
        <w:rPr>
          <w:rFonts w:ascii="宋体" w:eastAsia="宋体" w:hAnsi="宋体" w:cs="宋体"/>
          <w:color w:val="000000"/>
        </w:rPr>
        <w:t>从“永远”“劲儿”“皆”“不独”等词语中，可见作者对北京四季晴明天气的喜爱与骄傲。前一阵子，北京正值秋高气爽，湛蓝的天空在金黄的树叶的衬托下更加透亮，让我忍不住赞叹</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rFonts w:ascii="宋体" w:eastAsia="宋体" w:hAnsi="宋体" w:cs="宋体"/>
          <w:color w:val="000000"/>
        </w:rPr>
        <w:t>本题考查概括文章内容。</w:t>
      </w:r>
    </w:p>
    <w:p>
      <w:pPr>
        <w:spacing w:line="360" w:lineRule="auto"/>
        <w:jc w:val="left"/>
        <w:textAlignment w:val="center"/>
        <w:rPr>
          <w:color w:val="000000"/>
        </w:rPr>
      </w:pPr>
      <w:r>
        <w:rPr>
          <w:rFonts w:ascii="宋体" w:eastAsia="宋体" w:hAnsi="宋体" w:cs="宋体"/>
          <w:color w:val="000000"/>
        </w:rPr>
        <w:t>根据第①段“你从前门东车站或西车站下了火车，出了站门，踏在了北平的灰黑的土地上时，一阵大风刮来，刮得你不能不向后倒退几步”可知，北平的风，风力很大；根据第①段“耳朵壳里，眼缝边，黑马褂或西服外套上，立刻便都积了一层黄灰色的沙垢”可知，北平的风，细沙多；根据第③段“风整天整夜地呼呼地在刮，火炉的铅皮烟囱，纸的窗户，都在乒乒乓乓地相碰着，也许会闹得你半夜睡不着”可知，北平的风，持续时间长，声音响。</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eastAsia="宋体" w:hAnsi="宋体" w:cs="宋体"/>
          <w:color w:val="000000"/>
        </w:rPr>
        <w:t>本题考查赏析句子。明确语句分析其表达效果即可。</w:t>
      </w:r>
    </w:p>
    <w:p>
      <w:pPr>
        <w:spacing w:line="360" w:lineRule="auto"/>
        <w:jc w:val="left"/>
        <w:textAlignment w:val="center"/>
        <w:rPr>
          <w:color w:val="000000"/>
        </w:rPr>
      </w:pPr>
      <w:r>
        <w:rPr>
          <w:rFonts w:ascii="宋体" w:eastAsia="宋体" w:hAnsi="宋体" w:cs="宋体"/>
          <w:color w:val="000000"/>
        </w:rPr>
        <w:t>例如：第①段“耳朵壳里，眼缝边，黑马褂或西服外套上，立刻便都积了一层黄灰色的沙垢”，运用了细节描写，“耳朵壳里”“眼缝边”“西服外套上”三个方位词的使用，生动形象地写出了在北平的春天只要出门“立刻便都积了一层黄灰色的沙垢”的样子，体现了北平的春风里夹杂着许多细沙的特点。语言质朴自然，让人感觉真实又亲切。</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本题考查结合语句理解作者的情感。</w:t>
      </w:r>
    </w:p>
    <w:p>
      <w:pPr>
        <w:spacing w:line="360" w:lineRule="auto"/>
        <w:jc w:val="left"/>
        <w:textAlignment w:val="center"/>
        <w:rPr>
          <w:color w:val="000000"/>
        </w:rPr>
      </w:pPr>
      <w:r>
        <w:rPr>
          <w:rFonts w:ascii="宋体" w:eastAsia="宋体" w:hAnsi="宋体" w:cs="宋体"/>
          <w:color w:val="000000"/>
        </w:rPr>
        <w:t>根据第⑤段的画线句中“北平当睛天的时候，永远的那一份儿‘天高气爽’的晴明的劲儿”可知，点明了北平不刮风的晴天，会给人神清气爽的感觉。同时从“永远”“劲儿”“皆”“不独”等词语中，可见作者对北平四季晴明天气的喜爱、骄傲与赞美之情；同时儿化音的运用，也有一种喜悦欢快暗含其中。生活体验：每年夏天，乌云密布，大雨将至，会给人一种压抑郁闷的心情，但当大雨倾盆之后，湛蓝的天空将会映入眼帘，这时天空给人的感觉与王维的诗句“空山新雨后”有异曲同工之妙。</w:t>
      </w:r>
    </w:p>
    <w:p>
      <w:pPr>
        <w:spacing w:line="360" w:lineRule="auto"/>
        <w:jc w:val="left"/>
        <w:textAlignment w:val="center"/>
        <w:rPr>
          <w:color w:val="000000"/>
        </w:rPr>
      </w:pPr>
      <w:r>
        <w:rPr>
          <w:rFonts w:ascii="宋体" w:eastAsia="宋体" w:hAnsi="宋体" w:cs="宋体"/>
          <w:color w:val="000000"/>
        </w:rPr>
        <w:t>阅读《一朵梅》，完成下面小题。</w:t>
      </w:r>
    </w:p>
    <w:p>
      <w:pPr>
        <w:spacing w:line="360" w:lineRule="auto"/>
        <w:jc w:val="center"/>
        <w:textAlignment w:val="center"/>
        <w:rPr>
          <w:color w:val="000000"/>
        </w:rPr>
      </w:pPr>
      <w:r>
        <w:rPr>
          <w:rFonts w:ascii="楷体" w:eastAsia="楷体" w:hAnsi="楷体" w:cs="楷体"/>
          <w:color w:val="000000"/>
        </w:rPr>
        <w:t>一朵梅</w:t>
      </w:r>
    </w:p>
    <w:p>
      <w:pPr>
        <w:spacing w:line="360" w:lineRule="auto"/>
        <w:jc w:val="center"/>
        <w:textAlignment w:val="center"/>
        <w:rPr>
          <w:color w:val="000000"/>
        </w:rPr>
      </w:pPr>
      <w:r>
        <w:rPr>
          <w:rFonts w:ascii="楷体" w:eastAsia="楷体" w:hAnsi="楷体" w:cs="楷体"/>
          <w:color w:val="000000"/>
        </w:rPr>
        <w:t>冯骥才</w:t>
      </w:r>
    </w:p>
    <w:p>
      <w:pPr>
        <w:spacing w:line="360" w:lineRule="auto"/>
        <w:ind w:firstLine="420"/>
        <w:jc w:val="left"/>
        <w:textAlignment w:val="center"/>
        <w:rPr>
          <w:color w:val="000000"/>
        </w:rPr>
      </w:pPr>
      <w:r>
        <w:rPr>
          <w:rFonts w:ascii="楷体" w:eastAsia="楷体" w:hAnsi="楷体" w:cs="楷体"/>
          <w:color w:val="000000"/>
        </w:rPr>
        <w:t>①王成喜擅画梅，知名于世。古人画梅多画折枝，成喜画梅爱画梅树。他所画的梅树粗大雄壮，枝丫苍劲有力，繁花似锦，鲜红的花瓣娇艳丰盈。这样的洋溢着喜气与生气的画面为时代所需，故也为世所推崇。</w:t>
      </w:r>
    </w:p>
    <w:p>
      <w:pPr>
        <w:spacing w:line="360" w:lineRule="auto"/>
        <w:ind w:firstLine="420"/>
        <w:jc w:val="left"/>
        <w:textAlignment w:val="center"/>
        <w:rPr>
          <w:color w:val="000000"/>
        </w:rPr>
      </w:pPr>
      <w:r>
        <w:rPr>
          <w:rFonts w:ascii="楷体" w:eastAsia="楷体" w:hAnsi="楷体" w:cs="楷体"/>
          <w:color w:val="000000"/>
        </w:rPr>
        <w:t>②成喜性情憨厚谦和，一次对我说：“我想送你一幅梅花，你要什么样的，横幅竖幅？”</w:t>
      </w:r>
    </w:p>
    <w:p>
      <w:pPr>
        <w:spacing w:line="360" w:lineRule="auto"/>
        <w:ind w:firstLine="420"/>
        <w:jc w:val="left"/>
        <w:textAlignment w:val="center"/>
        <w:rPr>
          <w:color w:val="000000"/>
        </w:rPr>
      </w:pPr>
      <w:r>
        <w:rPr>
          <w:rFonts w:ascii="楷体" w:eastAsia="楷体" w:hAnsi="楷体" w:cs="楷体"/>
          <w:color w:val="000000"/>
        </w:rPr>
        <w:t>③我说：“你太忙，不敢劳你大驾，如果你真心给我画，就画一朵吧。”</w:t>
      </w:r>
    </w:p>
    <w:p>
      <w:pPr>
        <w:spacing w:line="360" w:lineRule="auto"/>
        <w:ind w:firstLine="420"/>
        <w:jc w:val="left"/>
        <w:textAlignment w:val="center"/>
        <w:rPr>
          <w:color w:val="000000"/>
        </w:rPr>
      </w:pPr>
      <w:r>
        <w:rPr>
          <w:rFonts w:ascii="楷体" w:eastAsia="楷体" w:hAnsi="楷体" w:cs="楷体"/>
          <w:color w:val="000000"/>
        </w:rPr>
        <w:t>④“一朵？”成喜有点奇怪，他以为我开玩笑。他知道我爱开玩笑。</w:t>
      </w:r>
    </w:p>
    <w:p>
      <w:pPr>
        <w:spacing w:line="360" w:lineRule="auto"/>
        <w:ind w:firstLine="420"/>
        <w:jc w:val="left"/>
        <w:textAlignment w:val="center"/>
        <w:rPr>
          <w:color w:val="000000"/>
        </w:rPr>
      </w:pPr>
      <w:r>
        <w:rPr>
          <w:rFonts w:ascii="楷体" w:eastAsia="楷体" w:hAnsi="楷体" w:cs="楷体"/>
          <w:color w:val="000000"/>
        </w:rPr>
        <w:t>⑤我说：“就要一朵。古往今来没人只画一朵梅，我请你画，是想看看你怎么画。”</w:t>
      </w:r>
    </w:p>
    <w:p>
      <w:pPr>
        <w:spacing w:line="360" w:lineRule="auto"/>
        <w:ind w:firstLine="420"/>
        <w:jc w:val="left"/>
        <w:textAlignment w:val="center"/>
        <w:rPr>
          <w:color w:val="000000"/>
        </w:rPr>
      </w:pPr>
      <w:r>
        <w:rPr>
          <w:rFonts w:ascii="楷体" w:eastAsia="楷体" w:hAnsi="楷体" w:cs="楷体"/>
          <w:color w:val="000000"/>
        </w:rPr>
        <w:t>⑥成喜带着犯难的表情走了。</w:t>
      </w:r>
    </w:p>
    <w:p>
      <w:pPr>
        <w:spacing w:line="360" w:lineRule="auto"/>
        <w:ind w:firstLine="420"/>
        <w:jc w:val="left"/>
        <w:textAlignment w:val="center"/>
        <w:rPr>
          <w:color w:val="000000"/>
        </w:rPr>
      </w:pPr>
      <w:r>
        <w:rPr>
          <w:rFonts w:ascii="楷体" w:eastAsia="楷体" w:hAnsi="楷体" w:cs="楷体"/>
          <w:color w:val="000000"/>
        </w:rPr>
        <w:t>⑦一次见面，成喜递给我一个厚厚的信封，里边三幅小画，都是梅花，他真认真，真的给我画了。但是他说：“一朵梅真不好画，孤零零，没有呼应，没有搭配，也不好看。我试画了两三幅，都是先画了一朵，后来觉得不舒服，还是得再补上几朵帮衬一下。”</w:t>
      </w:r>
    </w:p>
    <w:p>
      <w:pPr>
        <w:spacing w:line="360" w:lineRule="auto"/>
        <w:ind w:firstLine="420"/>
        <w:jc w:val="left"/>
        <w:textAlignment w:val="center"/>
        <w:rPr>
          <w:color w:val="000000"/>
        </w:rPr>
      </w:pPr>
      <w:r>
        <w:rPr>
          <w:rFonts w:ascii="楷体" w:eastAsia="楷体" w:hAnsi="楷体" w:cs="楷体"/>
          <w:color w:val="000000"/>
        </w:rPr>
        <w:t>⑧打开看，果然都是几朵梅，都是折枝图。</w:t>
      </w:r>
    </w:p>
    <w:p>
      <w:pPr>
        <w:spacing w:line="360" w:lineRule="auto"/>
        <w:ind w:firstLine="420"/>
        <w:jc w:val="left"/>
        <w:textAlignment w:val="center"/>
        <w:rPr>
          <w:color w:val="000000"/>
        </w:rPr>
      </w:pPr>
      <w:r>
        <w:rPr>
          <w:rFonts w:ascii="楷体" w:eastAsia="楷体" w:hAnsi="楷体" w:cs="楷体"/>
          <w:color w:val="000000"/>
        </w:rPr>
        <w:t>⑨“不行，我只要一朵。”我笑着说，“我非刁难你一次不可。”</w:t>
      </w:r>
    </w:p>
    <w:p>
      <w:pPr>
        <w:spacing w:line="360" w:lineRule="auto"/>
        <w:ind w:firstLine="420"/>
        <w:jc w:val="left"/>
        <w:textAlignment w:val="center"/>
        <w:rPr>
          <w:color w:val="000000"/>
        </w:rPr>
      </w:pPr>
      <w:r>
        <w:rPr>
          <w:rFonts w:ascii="楷体" w:eastAsia="楷体" w:hAnsi="楷体" w:cs="楷体"/>
          <w:color w:val="000000"/>
        </w:rPr>
        <w:t>⑩我把这个难题压在他身上，我执意要看看这位梅花大家怎么办，怎么画。</w:t>
      </w:r>
    </w:p>
    <w:p>
      <w:pPr>
        <w:spacing w:line="360" w:lineRule="auto"/>
        <w:ind w:firstLine="420"/>
        <w:jc w:val="left"/>
        <w:textAlignment w:val="center"/>
        <w:rPr>
          <w:color w:val="000000"/>
        </w:rPr>
      </w:pPr>
      <w:r>
        <w:rPr>
          <w:rFonts w:ascii="楷体" w:eastAsia="楷体" w:hAnsi="楷体" w:cs="楷体"/>
          <w:color w:val="000000"/>
        </w:rPr>
        <w:t>⑪终于在一次见面时他把这“一朵梅”给了我。</w:t>
      </w:r>
    </w:p>
    <w:p>
      <w:pPr>
        <w:spacing w:line="360" w:lineRule="auto"/>
        <w:ind w:firstLine="420"/>
        <w:jc w:val="left"/>
        <w:textAlignment w:val="center"/>
        <w:rPr>
          <w:color w:val="000000"/>
        </w:rPr>
      </w:pPr>
      <w:r>
        <w:rPr>
          <w:rFonts w:ascii="楷体" w:eastAsia="楷体" w:hAnsi="楷体" w:cs="楷体"/>
          <w:color w:val="000000"/>
        </w:rPr>
        <w:t>⑫我打开画看，他盯着我的表情。这幅画从上端倒挂一枝下来。枝干用粗毫干墨连皴带勾而成，颇见老辣；再看枝上的梅花，还是他惯常的点染的红梅吗？不是！他改用单线勾勒素梅，用笔简括，花朵饱满，素白无色。但他上上下下勾了数朵，仍旧不是一朵。我刚要坚持只要“一朵梅”时，但见最下端翘起的枝头上，他用红色——西洋红里加上大红，将一朵素梅染成红色，登时鲜亮夺目。</w:t>
      </w:r>
      <w:r>
        <w:rPr>
          <w:rFonts w:ascii="楷体" w:eastAsia="楷体" w:hAnsi="楷体" w:cs="楷体"/>
          <w:color w:val="000000"/>
          <w:u w:val="single"/>
        </w:rPr>
        <w:t>这正是我要的一朵梅！</w:t>
      </w:r>
    </w:p>
    <w:p>
      <w:pPr>
        <w:spacing w:line="360" w:lineRule="auto"/>
        <w:ind w:firstLine="420"/>
        <w:jc w:val="left"/>
        <w:textAlignment w:val="center"/>
        <w:rPr>
          <w:color w:val="000000"/>
        </w:rPr>
      </w:pPr>
      <w:r>
        <w:rPr>
          <w:rFonts w:ascii="楷体" w:eastAsia="楷体" w:hAnsi="楷体" w:cs="楷体"/>
          <w:color w:val="000000"/>
        </w:rPr>
        <w:t>⑬他画得挺绝！既满足了我，又符合了绘画结构上相互呼应和彼此衬托的原理。</w:t>
      </w:r>
    </w:p>
    <w:p>
      <w:pPr>
        <w:spacing w:line="360" w:lineRule="auto"/>
        <w:ind w:firstLine="420"/>
        <w:jc w:val="left"/>
        <w:textAlignment w:val="center"/>
        <w:rPr>
          <w:color w:val="000000"/>
        </w:rPr>
      </w:pPr>
      <w:r>
        <w:rPr>
          <w:rFonts w:ascii="楷体" w:eastAsia="楷体" w:hAnsi="楷体" w:cs="楷体"/>
          <w:color w:val="000000"/>
        </w:rPr>
        <w:t>⑭我禁不住叫道：“你这么画，可第一次见，别人从来没有这么画过。妙品、奇品、神品！”</w:t>
      </w:r>
    </w:p>
    <w:p>
      <w:pPr>
        <w:spacing w:line="360" w:lineRule="auto"/>
        <w:ind w:firstLine="420"/>
        <w:jc w:val="left"/>
        <w:textAlignment w:val="center"/>
        <w:rPr>
          <w:color w:val="000000"/>
        </w:rPr>
      </w:pPr>
      <w:r>
        <w:rPr>
          <w:rFonts w:ascii="楷体" w:eastAsia="楷体" w:hAnsi="楷体" w:cs="楷体"/>
          <w:color w:val="000000"/>
        </w:rPr>
        <w:t>⑮成喜脸上露出少见的得意，只说：“别人也没被逼着只画一朵梅呀。”</w:t>
      </w:r>
    </w:p>
    <w:p>
      <w:pPr>
        <w:spacing w:line="360" w:lineRule="auto"/>
        <w:ind w:firstLine="420"/>
        <w:jc w:val="left"/>
        <w:textAlignment w:val="center"/>
        <w:rPr>
          <w:color w:val="000000"/>
        </w:rPr>
      </w:pPr>
      <w:r>
        <w:rPr>
          <w:rFonts w:ascii="楷体" w:eastAsia="楷体" w:hAnsi="楷体" w:cs="楷体"/>
          <w:color w:val="000000"/>
        </w:rPr>
        <w:t>⑯事后，我愈看这幅画愈好愈妙，遂题曰：</w:t>
      </w:r>
    </w:p>
    <w:p>
      <w:pPr>
        <w:spacing w:line="360" w:lineRule="auto"/>
        <w:ind w:firstLine="420"/>
        <w:jc w:val="center"/>
        <w:textAlignment w:val="center"/>
        <w:rPr>
          <w:color w:val="000000"/>
        </w:rPr>
      </w:pPr>
      <w:r>
        <w:rPr>
          <w:rFonts w:ascii="楷体" w:eastAsia="楷体" w:hAnsi="楷体" w:cs="楷体"/>
          <w:color w:val="000000"/>
        </w:rPr>
        <w:t>君擅作梅树，千花万花美。</w:t>
      </w:r>
    </w:p>
    <w:p>
      <w:pPr>
        <w:spacing w:line="360" w:lineRule="auto"/>
        <w:ind w:firstLine="420"/>
        <w:jc w:val="center"/>
        <w:textAlignment w:val="center"/>
        <w:rPr>
          <w:color w:val="000000"/>
        </w:rPr>
      </w:pPr>
      <w:r>
        <w:rPr>
          <w:rFonts w:ascii="楷体" w:eastAsia="楷体" w:hAnsi="楷体" w:cs="楷体"/>
          <w:color w:val="000000"/>
        </w:rPr>
        <w:t>我偏索一朵，看君何以对？</w:t>
      </w:r>
    </w:p>
    <w:p>
      <w:pPr>
        <w:spacing w:line="360" w:lineRule="auto"/>
        <w:ind w:firstLine="420"/>
        <w:jc w:val="center"/>
        <w:textAlignment w:val="center"/>
        <w:rPr>
          <w:color w:val="000000"/>
        </w:rPr>
      </w:pPr>
      <w:r>
        <w:rPr>
          <w:rFonts w:ascii="楷体" w:eastAsia="楷体" w:hAnsi="楷体" w:cs="楷体"/>
          <w:color w:val="000000"/>
        </w:rPr>
        <w:t>枝身形似舞，花面红如醉。</w:t>
      </w:r>
    </w:p>
    <w:p>
      <w:pPr>
        <w:spacing w:line="360" w:lineRule="auto"/>
        <w:ind w:firstLine="420"/>
        <w:jc w:val="center"/>
        <w:textAlignment w:val="center"/>
        <w:rPr>
          <w:color w:val="000000"/>
        </w:rPr>
      </w:pPr>
      <w:r>
        <w:rPr>
          <w:rFonts w:ascii="楷体" w:eastAsia="楷体" w:hAnsi="楷体" w:cs="楷体"/>
          <w:color w:val="000000"/>
        </w:rPr>
        <w:t>笔少意无穷，物独自珍贵。</w:t>
      </w:r>
    </w:p>
    <w:p>
      <w:pPr>
        <w:spacing w:line="360" w:lineRule="auto"/>
        <w:jc w:val="left"/>
        <w:textAlignment w:val="center"/>
        <w:rPr>
          <w:color w:val="000000"/>
        </w:rPr>
      </w:pPr>
      <w:r>
        <w:rPr>
          <w:color w:val="000000"/>
        </w:rPr>
        <w:t xml:space="preserve">15. </w:t>
      </w:r>
      <w:r>
        <w:rPr>
          <w:rFonts w:ascii="宋体" w:eastAsia="宋体" w:hAnsi="宋体" w:cs="宋体"/>
          <w:color w:val="000000"/>
        </w:rPr>
        <w:t>文章按时间顺序，记叙了“我”与王成喜交往的故事。请你仿照示例，梳理事件。</w:t>
      </w:r>
    </w:p>
    <w:p>
      <w:pPr>
        <w:spacing w:line="360" w:lineRule="auto"/>
        <w:jc w:val="left"/>
        <w:textAlignment w:val="center"/>
        <w:rPr>
          <w:color w:val="000000"/>
        </w:rPr>
      </w:pPr>
      <w:r>
        <w:rPr>
          <w:rFonts w:ascii="宋体" w:eastAsia="宋体" w:hAnsi="宋体" w:cs="宋体"/>
          <w:color w:val="000000"/>
        </w:rPr>
        <w:t>王成喜想要送“我”一幅梅花，“我”提出要“一朵梅”，他感到为难。</w:t>
      </w:r>
      <w:r>
        <w:rPr>
          <w:rFonts w:ascii="宋体" w:eastAsia="宋体" w:hAnsi="宋体" w:cs="宋体"/>
          <w:color w:val="000000"/>
          <w:u w:val="single"/>
        </w:rPr>
        <w:t>①</w:t>
      </w:r>
      <w:r>
        <w:rPr>
          <w:color w:val="000000"/>
        </w:rPr>
        <w:t>______</w:t>
      </w:r>
      <w:r>
        <w:rPr>
          <w:rFonts w:ascii="宋体" w:eastAsia="宋体" w:hAnsi="宋体" w:cs="宋体"/>
          <w:color w:val="000000"/>
        </w:rPr>
        <w:t>，“我”继续“刁难”他，他犯愁不已。终于他给“我”送来“一朵梅”，</w:t>
      </w:r>
      <w:r>
        <w:rPr>
          <w:rFonts w:ascii="宋体" w:eastAsia="宋体" w:hAnsi="宋体" w:cs="宋体"/>
          <w:color w:val="000000"/>
          <w:u w:val="single"/>
        </w:rPr>
        <w:t>②</w:t>
      </w:r>
      <w:r>
        <w:rPr>
          <w:color w:val="000000"/>
        </w:rPr>
        <w:t>____</w:t>
      </w:r>
      <w:r>
        <w:rPr>
          <w:rFonts w:ascii="宋体" w:eastAsia="宋体" w:hAnsi="宋体" w:cs="宋体"/>
          <w:color w:val="000000"/>
        </w:rPr>
        <w:t>，</w:t>
      </w:r>
      <w:r>
        <w:rPr>
          <w:rFonts w:ascii="宋体" w:eastAsia="宋体" w:hAnsi="宋体" w:cs="宋体"/>
          <w:color w:val="000000"/>
          <w:u w:val="single"/>
        </w:rPr>
        <w:t>③</w:t>
      </w:r>
      <w:r>
        <w:rPr>
          <w:color w:val="000000"/>
        </w:rPr>
        <w:t>_____</w:t>
      </w:r>
    </w:p>
    <w:p>
      <w:pPr>
        <w:spacing w:line="360" w:lineRule="auto"/>
        <w:jc w:val="left"/>
        <w:textAlignment w:val="center"/>
        <w:rPr>
          <w:color w:val="000000"/>
        </w:rPr>
      </w:pPr>
      <w:r>
        <w:rPr>
          <w:color w:val="000000"/>
        </w:rPr>
        <w:t xml:space="preserve">16. </w:t>
      </w:r>
      <w:r>
        <w:rPr>
          <w:rFonts w:ascii="宋体" w:eastAsia="宋体" w:hAnsi="宋体" w:cs="宋体"/>
          <w:color w:val="000000"/>
        </w:rPr>
        <w:t>当王成喜听到“我”想要“一朵梅”时，他为什么感到“有点奇怪”？</w:t>
      </w:r>
    </w:p>
    <w:p>
      <w:pPr>
        <w:spacing w:line="360" w:lineRule="auto"/>
        <w:jc w:val="left"/>
        <w:textAlignment w:val="center"/>
        <w:rPr>
          <w:color w:val="000000"/>
        </w:rPr>
      </w:pPr>
      <w:r>
        <w:rPr>
          <w:color w:val="000000"/>
        </w:rPr>
        <w:t xml:space="preserve">17. </w:t>
      </w:r>
      <w:r>
        <w:rPr>
          <w:rFonts w:ascii="宋体" w:eastAsia="宋体" w:hAnsi="宋体" w:cs="宋体"/>
          <w:color w:val="000000"/>
        </w:rPr>
        <w:t>依据文章内容，判断下面两幅画中哪一幅“正是我要的一朵梅”。</w:t>
      </w:r>
    </w:p>
    <w:p>
      <w:pPr>
        <w:spacing w:line="360" w:lineRule="auto"/>
        <w:jc w:val="center"/>
        <w:textAlignment w:val="center"/>
        <w:rPr>
          <w:color w:val="000000"/>
        </w:rPr>
      </w:pPr>
      <w:r>
        <w:rPr>
          <w:color w:val="000000"/>
        </w:rPr>
        <w:drawing>
          <wp:inline>
            <wp:extent cx="3905250" cy="2952750"/>
            <wp:docPr id="15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
                    <pic:cNvPicPr>
                      <a:picLocks noChangeAspect="1"/>
                    </pic:cNvPicPr>
                  </pic:nvPicPr>
                  <pic:blipFill>
                    <a:blip r:embed="rId133"/>
                    <a:stretch>
                      <a:fillRect/>
                    </a:stretch>
                  </pic:blipFill>
                  <pic:spPr>
                    <a:xfrm>
                      <a:off x="0" y="0"/>
                      <a:ext cx="3905250" cy="2952750"/>
                    </a:xfrm>
                    <a:prstGeom prst="rect">
                      <a:avLst/>
                    </a:prstGeom>
                  </pic:spPr>
                </pic:pic>
              </a:graphicData>
            </a:graphic>
          </wp:inline>
        </w:drawing>
      </w:r>
    </w:p>
    <w:p>
      <w:pPr>
        <w:spacing w:line="360" w:lineRule="auto"/>
        <w:jc w:val="left"/>
        <w:textAlignment w:val="center"/>
        <w:rPr>
          <w:color w:val="000000"/>
        </w:rPr>
      </w:pPr>
      <w:r>
        <w:rPr>
          <w:color w:val="000000"/>
        </w:rPr>
        <w:t xml:space="preserve">18. </w:t>
      </w:r>
      <w:r>
        <w:rPr>
          <w:rFonts w:ascii="宋体" w:eastAsia="宋体" w:hAnsi="宋体" w:cs="宋体"/>
          <w:color w:val="000000"/>
        </w:rPr>
        <w:t>阅读文章，说说文章为什么取题为《一朵梅》。</w:t>
      </w:r>
    </w:p>
    <w:p>
      <w:pPr>
        <w:spacing w:line="360" w:lineRule="auto"/>
        <w:textAlignment w:val="center"/>
        <w:rPr>
          <w:color w:val="000000"/>
        </w:rPr>
      </w:pPr>
      <w:r>
        <w:rPr>
          <w:color w:val="2E75B6"/>
        </w:rPr>
        <w:t>【答案】</w:t>
      </w:r>
      <w:r>
        <w:rPr>
          <w:color w:val="000000"/>
        </w:rPr>
        <w:t xml:space="preserve">15. </w:t>
      </w:r>
      <w:r>
        <w:rPr>
          <w:color w:val="000000"/>
        </w:rPr>
        <w:t xml:space="preserve">    ①. </w:t>
      </w:r>
      <w:r>
        <w:rPr>
          <w:rFonts w:ascii="宋体" w:eastAsia="宋体" w:hAnsi="宋体" w:cs="宋体"/>
          <w:color w:val="000000"/>
        </w:rPr>
        <w:t>王成喜第一次送来三幅几朵梅的折枝图</w:t>
      </w:r>
      <w:r>
        <w:rPr>
          <w:color w:val="000000"/>
        </w:rPr>
        <w:t xml:space="preserve">    ②. </w:t>
      </w:r>
      <w:r>
        <w:rPr>
          <w:rFonts w:ascii="宋体" w:eastAsia="宋体" w:hAnsi="宋体" w:cs="宋体"/>
          <w:color w:val="000000"/>
        </w:rPr>
        <w:t>“我”很满意他的画</w:t>
      </w:r>
      <w:r>
        <w:rPr>
          <w:color w:val="000000"/>
        </w:rPr>
        <w:t xml:space="preserve">    ③. </w:t>
      </w:r>
      <w:r>
        <w:rPr>
          <w:rFonts w:ascii="宋体" w:eastAsia="宋体" w:hAnsi="宋体" w:cs="宋体"/>
          <w:color w:val="000000"/>
        </w:rPr>
        <w:t>他露出少见的得意</w:t>
      </w:r>
      <w:r>
        <w:rPr>
          <w:color w:val="000000"/>
        </w:rPr>
        <w:t xml:space="preserve">    </w:t>
      </w:r>
    </w:p>
    <w:p>
      <w:pPr>
        <w:spacing w:line="360" w:lineRule="auto"/>
        <w:textAlignment w:val="center"/>
        <w:rPr>
          <w:color w:val="000000"/>
        </w:rPr>
      </w:pPr>
      <w:r>
        <w:rPr>
          <w:color w:val="000000"/>
        </w:rPr>
        <w:t xml:space="preserve">16. </w:t>
      </w:r>
      <w:r>
        <w:rPr>
          <w:rFonts w:ascii="宋体" w:eastAsia="宋体" w:hAnsi="宋体" w:cs="宋体"/>
          <w:color w:val="000000"/>
        </w:rPr>
        <w:t>因为洋溢着喜气与生气的梅枝图或梅树图更为时代所需，为世所推崇；而且一朵梅不好画，所以古往今来没人只画一朵梅。</w:t>
      </w:r>
      <w:r>
        <w:rPr>
          <w:color w:val="000000"/>
        </w:rPr>
        <w:t xml:space="preserve">    </w:t>
      </w:r>
    </w:p>
    <w:p>
      <w:pPr>
        <w:spacing w:line="360" w:lineRule="auto"/>
        <w:textAlignment w:val="center"/>
        <w:rPr>
          <w:color w:val="000000"/>
        </w:rPr>
      </w:pPr>
      <w:r>
        <w:rPr>
          <w:color w:val="000000"/>
        </w:rPr>
        <w:t xml:space="preserve">17. </w:t>
      </w:r>
      <w:r>
        <w:rPr>
          <w:rFonts w:ascii="宋体" w:eastAsia="宋体" w:hAnsi="宋体" w:cs="宋体"/>
          <w:color w:val="000000"/>
        </w:rPr>
        <w:t>乙</w:t>
      </w:r>
      <w:r>
        <w:rPr>
          <w:color w:val="000000"/>
        </w:rPr>
        <w:t xml:space="preserve">    </w:t>
      </w:r>
      <w:r>
        <w:rPr>
          <w:color w:val="000000"/>
        </w:rPr>
        <w:t xml:space="preserve">18. </w:t>
      </w:r>
      <w:r>
        <w:rPr>
          <w:rFonts w:ascii="宋体" w:eastAsia="宋体" w:hAnsi="宋体" w:cs="宋体"/>
          <w:color w:val="000000"/>
        </w:rPr>
        <w:t>《一朵梅》指的是王成喜送给“我”的一朵梅的画；此画蕴含着王成喜不厌其烦地满足“我”愿望的真心以及“我”对我们之间友情的珍惜。</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本题考查文章内容的理解与概括。</w:t>
      </w:r>
    </w:p>
    <w:p>
      <w:pPr>
        <w:spacing w:line="360" w:lineRule="auto"/>
        <w:jc w:val="left"/>
        <w:textAlignment w:val="center"/>
        <w:rPr>
          <w:color w:val="000000"/>
        </w:rPr>
      </w:pPr>
      <w:r>
        <w:rPr>
          <w:rFonts w:ascii="宋体" w:eastAsia="宋体" w:hAnsi="宋体" w:cs="宋体"/>
          <w:color w:val="000000"/>
        </w:rPr>
        <w:t>根据题干提示“王成喜想要送‘我’一幅梅花，‘我’提出要‘一朵梅’，他感到为难”，找到文章第⑦段“一次见面，成喜递给我一个厚厚的信封，里边三幅小画，都是梅花，他真认真，真的给我画了。但是他说：‘一朵梅真不好画，孤零零，没有呼应，没有搭配，也不好看。我试画了两三幅，都是先画了一朵，后来觉得不舒服，还是得再补上几朵帮衬一下。’”，以及第⑧段“打开看，果然都是几朵梅，都是折枝图”，可以概括为：王成喜第一次送来三幅几朵梅的折枝图；</w:t>
      </w:r>
    </w:p>
    <w:p>
      <w:pPr>
        <w:spacing w:line="360" w:lineRule="auto"/>
        <w:jc w:val="left"/>
        <w:textAlignment w:val="center"/>
        <w:rPr>
          <w:color w:val="000000"/>
        </w:rPr>
      </w:pPr>
      <w:r>
        <w:rPr>
          <w:rFonts w:ascii="宋体" w:eastAsia="宋体" w:hAnsi="宋体" w:cs="宋体"/>
          <w:color w:val="000000"/>
        </w:rPr>
        <w:t>根据题干提示“‘我’继续‘刁难’他，他犯愁不已。终于他给‘我’送来‘一朵梅’”，找到文章第⑫段“我打开画看，他盯着我的表情。这幅画从上端倒挂一枝下来。枝干用粗毫干墨连皴带勾而成，颇见老辣；再看枝上的梅花，还是他惯常的点染的红梅吗？不是！他改用单线勾勒素梅，用笔简括，花朵饱满，素白无色。但他上上下下勾了数朵，仍旧不是一朵。我刚要坚持只要‘一朵梅’时，但见最下端翘起的枝头上，他用红色</w:t>
      </w:r>
      <w:r>
        <w:rPr>
          <w:rFonts w:ascii="Times New Roman" w:eastAsia="Times New Roman" w:hAnsi="Times New Roman" w:cs="Times New Roman"/>
          <w:color w:val="000000"/>
        </w:rPr>
        <w:t>——</w:t>
      </w:r>
      <w:r>
        <w:rPr>
          <w:rFonts w:ascii="宋体" w:eastAsia="宋体" w:hAnsi="宋体" w:cs="宋体"/>
          <w:color w:val="000000"/>
        </w:rPr>
        <w:t>西洋红里加上大红，将一朵素梅染成红色，登时鲜亮夺目。这正是我要的一朵梅”可知，“我”很满意他的画；</w:t>
      </w:r>
    </w:p>
    <w:p>
      <w:pPr>
        <w:spacing w:line="360" w:lineRule="auto"/>
        <w:jc w:val="left"/>
        <w:textAlignment w:val="center"/>
        <w:rPr>
          <w:color w:val="000000"/>
        </w:rPr>
      </w:pPr>
      <w:r>
        <w:rPr>
          <w:rFonts w:ascii="宋体" w:eastAsia="宋体" w:hAnsi="宋体" w:cs="宋体"/>
          <w:color w:val="000000"/>
        </w:rPr>
        <w:t>根据题干提示“‘我’很满意他的画”后，找到文章第⑮段“成喜脸上露出少见的得意，只说：“别人也没被逼着只画一朵梅呀””可知，他露出少见的得意。</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本题考查文章内容的理解。</w:t>
      </w:r>
    </w:p>
    <w:p>
      <w:pPr>
        <w:spacing w:line="360" w:lineRule="auto"/>
        <w:jc w:val="left"/>
        <w:textAlignment w:val="center"/>
        <w:rPr>
          <w:color w:val="000000"/>
        </w:rPr>
      </w:pPr>
      <w:r>
        <w:rPr>
          <w:rFonts w:ascii="宋体" w:eastAsia="宋体" w:hAnsi="宋体" w:cs="宋体"/>
          <w:color w:val="000000"/>
        </w:rPr>
        <w:t>根据文章第①段“古人画梅多画折枝，成喜画梅爱画梅树。他所画的梅树粗大雄壮，枝丫苍劲有力，繁花似锦，鲜红的花瓣娇艳丰盈。这样的洋溢着喜气与生气的画面为时代所需，故也为世所推崇”可知，因为梅树粗大雄壮，枝丫苍劲有力，繁花似锦，洋溢着喜气与生气的画面，所以这样的画为时代所需，也为世所推崇。王成喜觉得“我”要求画一朵梅有点奇怪，可能是因为“我”与世道所推崇的梅枝图和树梅图截然不同，只一朵梅；根据文章第⑤段“我说：‘就要一朵。古往今来没人只画一朵梅，我请你画，是想看看你怎么画。’”可知，古往今来没人只花一朵梅，所以王成喜会对“我”提这样的要求感到有点奇怪。</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eastAsia="宋体" w:hAnsi="宋体" w:cs="宋体"/>
          <w:color w:val="000000"/>
        </w:rPr>
        <w:t>本题考查文章内容的理解与辨析。</w:t>
      </w:r>
    </w:p>
    <w:p>
      <w:pPr>
        <w:spacing w:line="360" w:lineRule="auto"/>
        <w:jc w:val="left"/>
        <w:textAlignment w:val="center"/>
        <w:rPr>
          <w:color w:val="000000"/>
        </w:rPr>
      </w:pPr>
      <w:r>
        <w:rPr>
          <w:rFonts w:ascii="宋体" w:eastAsia="宋体" w:hAnsi="宋体" w:cs="宋体"/>
          <w:color w:val="000000"/>
        </w:rPr>
        <w:t>根据题干提示“正是我要的一朵梅”，找到第⑫段“这幅画从上端倒挂一枝下来。枝干用粗毫干墨连皴带勾而成，颇见老辣；再看枝上的梅花，还是他惯常的点染的红梅吗？不是！他改用单线勾勒素梅，用笔简括，花朵饱满，素白无色。但他上上下下勾了数朵，仍旧不是一朵。我刚要坚持只要‘一朵梅’时，但见最下端翘起的枝头上，他用红色</w:t>
      </w:r>
      <w:r>
        <w:rPr>
          <w:rFonts w:ascii="Times New Roman" w:eastAsia="Times New Roman" w:hAnsi="Times New Roman" w:cs="Times New Roman"/>
          <w:color w:val="000000"/>
        </w:rPr>
        <w:t>——</w:t>
      </w:r>
      <w:r>
        <w:rPr>
          <w:rFonts w:ascii="宋体" w:eastAsia="宋体" w:hAnsi="宋体" w:cs="宋体"/>
          <w:color w:val="000000"/>
        </w:rPr>
        <w:t>西洋红里加上大红，将一朵素梅染成红色，登时鲜亮夺目。这正是我要的一朵梅”；根据“从上端倒挂一枝下来”可知，图画中应只有一根梅枝；根据“他改用单线勾勒素梅，用笔简括，花朵饱满，素白无色。但他上上下下勾了数朵，仍旧不是一朵”可知，这一根梅枝上有数朵素梅（即没有上颜色的梅花）；根据“但见最下端翘起的枝头上，他用红色</w:t>
      </w:r>
      <w:r>
        <w:rPr>
          <w:rFonts w:ascii="Times New Roman" w:eastAsia="Times New Roman" w:hAnsi="Times New Roman" w:cs="Times New Roman"/>
          <w:color w:val="000000"/>
        </w:rPr>
        <w:t>——</w:t>
      </w:r>
      <w:r>
        <w:rPr>
          <w:rFonts w:ascii="宋体" w:eastAsia="宋体" w:hAnsi="宋体" w:cs="宋体"/>
          <w:color w:val="000000"/>
        </w:rPr>
        <w:t>西洋红里加上大红，将一朵素梅染成红色，登时鲜亮夺目”可知，最下端翘起的枝头上有一朵染成红色的梅花。综合以上分析，可以判断乙图“正是我要的一朵梅”。</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eastAsia="宋体" w:hAnsi="宋体" w:cs="宋体"/>
          <w:color w:val="000000"/>
        </w:rPr>
        <w:t>本题考查文章题目的作用。</w:t>
      </w:r>
    </w:p>
    <w:p>
      <w:pPr>
        <w:spacing w:line="360" w:lineRule="auto"/>
        <w:jc w:val="left"/>
        <w:textAlignment w:val="center"/>
        <w:rPr>
          <w:color w:val="000000"/>
        </w:rPr>
      </w:pPr>
      <w:r>
        <w:rPr>
          <w:rFonts w:ascii="宋体" w:eastAsia="宋体" w:hAnsi="宋体" w:cs="宋体"/>
          <w:color w:val="000000"/>
        </w:rPr>
        <w:t>文章②到⑤段写，王成喜想要送我一幅梅花，而“我”要一朵梅；第⑦到⑩段写，王成喜第一次送来三幅几朵梅的折枝图，而“我”偏只要一朵；第⑪到⑯段写，王成喜最终完成一朵梅的创作，而“我”很是满意，并为这幅画做了一首诗。综上可知，全文围绕“一朵梅”展开叙述，所以题目“一朵梅”凝炼地概括了文章内容，是贯穿全文的线索；</w:t>
      </w:r>
    </w:p>
    <w:p>
      <w:pPr>
        <w:spacing w:line="360" w:lineRule="auto"/>
        <w:jc w:val="left"/>
        <w:textAlignment w:val="center"/>
        <w:rPr>
          <w:color w:val="000000"/>
        </w:rPr>
      </w:pPr>
      <w:r>
        <w:rPr>
          <w:rFonts w:ascii="宋体" w:eastAsia="宋体" w:hAnsi="宋体" w:cs="宋体"/>
          <w:color w:val="000000"/>
        </w:rPr>
        <w:t>根据文章第③段“我说：‘你太忙，不敢劳你大驾，如果你真心给我画，就画一朵吧。’”可知，《一朵梅》是指王成喜送给“我”的一朵梅的画；根据第⑦到⑩段写，王成喜第一次送来三幅几朵梅的折枝图，而“我”偏只要一朵，以及第⑪到⑯段写，王成喜最终完成一朵梅的创作，而“我”很是满意。通过王成喜不断改画，直到我满意为止，可见王成喜想要赠我画的真诚；而最后一段“我”为这一朵梅作诗可见“我”对我们之间友情的珍惜。</w:t>
      </w:r>
    </w:p>
    <w:p>
      <w:pPr>
        <w:pStyle w:val="Heading3"/>
      </w:pPr>
      <w:r>
        <w:t>海淀区</w:t>
      </w:r>
    </w:p>
    <w:p>
      <w:pPr>
        <w:spacing w:line="360" w:lineRule="auto"/>
        <w:jc w:val="left"/>
        <w:textAlignment w:val="center"/>
        <w:rPr>
          <w:color w:val="000000"/>
        </w:rPr>
      </w:pPr>
      <w:r>
        <w:rPr>
          <w:rFonts w:ascii="宋体" w:eastAsia="宋体" w:hAnsi="宋体" w:cs="宋体"/>
          <w:b/>
          <w:color w:val="000000"/>
          <w:sz w:val="24"/>
        </w:rPr>
        <w:t>四、现代文阅读（共</w:t>
      </w:r>
      <w:r>
        <w:rPr>
          <w:rFonts w:ascii="Times New Roman" w:eastAsia="Times New Roman" w:hAnsi="Times New Roman" w:cs="Times New Roman"/>
          <w:b/>
          <w:color w:val="000000"/>
          <w:sz w:val="24"/>
        </w:rPr>
        <w:t>21</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b/>
          <w:color w:val="000000"/>
          <w:sz w:val="24"/>
        </w:rPr>
        <w:t>（一）（共</w:t>
      </w:r>
      <w:r>
        <w:rPr>
          <w:rFonts w:ascii="Times New Roman" w:eastAsia="Times New Roman" w:hAnsi="Times New Roman" w:cs="Times New Roman"/>
          <w:b/>
          <w:color w:val="000000"/>
          <w:sz w:val="24"/>
        </w:rPr>
        <w:t>14</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color w:val="000000"/>
        </w:rPr>
        <w:t>阅读《呦呦鹿鸣》，完成各题。</w:t>
      </w:r>
    </w:p>
    <w:p>
      <w:pPr>
        <w:spacing w:line="360" w:lineRule="auto"/>
        <w:jc w:val="center"/>
        <w:textAlignment w:val="center"/>
        <w:rPr>
          <w:color w:val="000000"/>
        </w:rPr>
      </w:pPr>
      <w:r>
        <w:rPr>
          <w:rFonts w:ascii="楷体" w:eastAsia="楷体" w:hAnsi="楷体" w:cs="楷体"/>
          <w:color w:val="000000"/>
        </w:rPr>
        <w:t>呦呦鹿鸣</w:t>
      </w:r>
    </w:p>
    <w:p>
      <w:pPr>
        <w:spacing w:line="360" w:lineRule="auto"/>
        <w:ind w:firstLine="420"/>
        <w:jc w:val="left"/>
        <w:textAlignment w:val="center"/>
        <w:rPr>
          <w:color w:val="000000"/>
        </w:rPr>
      </w:pPr>
      <w:r>
        <w:rPr>
          <w:rFonts w:ascii="楷体" w:eastAsia="楷体" w:hAnsi="楷体" w:cs="楷体"/>
          <w:color w:val="000000"/>
        </w:rPr>
        <w:t>①绵绵秋雨下了一整夜。天还没亮，巡护员王世军就来敲门，递给我一双高筒雨靴和一套雨衣，笑着说：</w:t>
      </w:r>
      <w:r>
        <w:rPr>
          <w:rFonts w:ascii="宋体" w:eastAsia="宋体" w:hAnsi="宋体" w:cs="宋体"/>
          <w:color w:val="000000"/>
        </w:rPr>
        <w:t>“</w:t>
      </w:r>
      <w:r>
        <w:rPr>
          <w:rFonts w:ascii="楷体" w:eastAsia="楷体" w:hAnsi="楷体" w:cs="楷体"/>
          <w:color w:val="000000"/>
        </w:rPr>
        <w:t>你不是想体验巡护员的工作吗？跟我走吧，好久没下雨了，鹿子们不定欢闹成什么样呢。</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②王世军口中的</w:t>
      </w:r>
      <w:r>
        <w:rPr>
          <w:rFonts w:ascii="宋体" w:eastAsia="宋体" w:hAnsi="宋体" w:cs="宋体"/>
          <w:color w:val="000000"/>
        </w:rPr>
        <w:t>“</w:t>
      </w:r>
      <w:r>
        <w:rPr>
          <w:rFonts w:ascii="楷体" w:eastAsia="楷体" w:hAnsi="楷体" w:cs="楷体"/>
          <w:color w:val="000000"/>
        </w:rPr>
        <w:t>鹿子</w:t>
      </w:r>
      <w:r>
        <w:rPr>
          <w:rFonts w:ascii="宋体" w:eastAsia="宋体" w:hAnsi="宋体" w:cs="宋体"/>
          <w:color w:val="000000"/>
        </w:rPr>
        <w:t>”</w:t>
      </w:r>
      <w:r>
        <w:rPr>
          <w:rFonts w:ascii="楷体" w:eastAsia="楷体" w:hAnsi="楷体" w:cs="楷体"/>
          <w:color w:val="000000"/>
        </w:rPr>
        <w:t>指的是麋鹿，是我国特有的珍稀濒危鹿科动物，曾广泛分布于长江、黄河中下游的沼泽湿地。《墨子·公输》记载：</w:t>
      </w:r>
      <w:r>
        <w:rPr>
          <w:rFonts w:ascii="宋体" w:eastAsia="宋体" w:hAnsi="宋体" w:cs="宋体"/>
          <w:color w:val="000000"/>
        </w:rPr>
        <w:t>“</w:t>
      </w:r>
      <w:r>
        <w:rPr>
          <w:rFonts w:ascii="楷体" w:eastAsia="楷体" w:hAnsi="楷体" w:cs="楷体"/>
          <w:color w:val="000000"/>
        </w:rPr>
        <w:t>荆有云梦，犀兕麋鹿满之。</w:t>
      </w:r>
      <w:r>
        <w:rPr>
          <w:rFonts w:ascii="宋体" w:eastAsia="宋体" w:hAnsi="宋体" w:cs="宋体"/>
          <w:color w:val="000000"/>
        </w:rPr>
        <w:t>”</w:t>
      </w:r>
      <w:r>
        <w:rPr>
          <w:rFonts w:ascii="楷体" w:eastAsia="楷体" w:hAnsi="楷体" w:cs="楷体"/>
          <w:color w:val="000000"/>
        </w:rPr>
        <w:t>但由于生态环境的破坏、过度捕杀等原因，麋鹿曾一度在国内绝迹。现如今，湖北石首作为麋鹿的故乡，再次响起了</w:t>
      </w:r>
      <w:r>
        <w:rPr>
          <w:rFonts w:ascii="宋体" w:eastAsia="宋体" w:hAnsi="宋体" w:cs="宋体"/>
          <w:color w:val="000000"/>
        </w:rPr>
        <w:t>“</w:t>
      </w:r>
      <w:r>
        <w:rPr>
          <w:rFonts w:ascii="楷体" w:eastAsia="楷体" w:hAnsi="楷体" w:cs="楷体"/>
          <w:color w:val="000000"/>
        </w:rPr>
        <w:t>呦呦鹿鸣</w:t>
      </w:r>
      <w:r>
        <w:rPr>
          <w:rFonts w:ascii="宋体" w:eastAsia="宋体" w:hAnsi="宋体" w:cs="宋体"/>
          <w:color w:val="000000"/>
        </w:rPr>
        <w:t>”</w:t>
      </w:r>
      <w:r>
        <w:rPr>
          <w:rFonts w:ascii="楷体" w:eastAsia="楷体" w:hAnsi="楷体" w:cs="楷体"/>
          <w:color w:val="000000"/>
        </w:rPr>
        <w:t>。</w:t>
      </w:r>
    </w:p>
    <w:p>
      <w:pPr>
        <w:spacing w:line="360" w:lineRule="auto"/>
        <w:ind w:firstLine="420"/>
        <w:jc w:val="left"/>
        <w:textAlignment w:val="center"/>
        <w:rPr>
          <w:color w:val="000000"/>
        </w:rPr>
      </w:pPr>
      <w:r>
        <w:rPr>
          <w:rFonts w:ascii="楷体" w:eastAsia="楷体" w:hAnsi="楷体" w:cs="楷体"/>
          <w:color w:val="000000"/>
        </w:rPr>
        <w:t>③王世军带着我巡护的地方，正是石首麋鹿国家级自然保护区。王世军告诉我，最初迁到这里的麋鹿只有</w:t>
      </w:r>
      <w:r>
        <w:rPr>
          <w:rFonts w:ascii="Times New Roman" w:eastAsia="Times New Roman" w:hAnsi="Times New Roman" w:cs="Times New Roman"/>
          <w:color w:val="000000"/>
        </w:rPr>
        <w:t>64</w:t>
      </w:r>
      <w:r>
        <w:rPr>
          <w:rFonts w:ascii="楷体" w:eastAsia="楷体" w:hAnsi="楷体" w:cs="楷体"/>
          <w:color w:val="000000"/>
        </w:rPr>
        <w:t>头，现在已经发展到</w:t>
      </w:r>
      <w:r>
        <w:rPr>
          <w:rFonts w:ascii="Times New Roman" w:eastAsia="Times New Roman" w:hAnsi="Times New Roman" w:cs="Times New Roman"/>
          <w:color w:val="000000"/>
        </w:rPr>
        <w:t>2500</w:t>
      </w:r>
      <w:r>
        <w:rPr>
          <w:rFonts w:ascii="楷体" w:eastAsia="楷体" w:hAnsi="楷体" w:cs="楷体"/>
          <w:color w:val="000000"/>
        </w:rPr>
        <w:t>头了，光是保护区内，就有</w:t>
      </w:r>
      <w:r>
        <w:rPr>
          <w:rFonts w:ascii="Times New Roman" w:eastAsia="Times New Roman" w:hAnsi="Times New Roman" w:cs="Times New Roman"/>
          <w:color w:val="000000"/>
        </w:rPr>
        <w:t>1500</w:t>
      </w:r>
      <w:r>
        <w:rPr>
          <w:rFonts w:ascii="楷体" w:eastAsia="楷体" w:hAnsi="楷体" w:cs="楷体"/>
          <w:color w:val="000000"/>
        </w:rPr>
        <w:t>多头，形成了世界上最大的野生麋鹿种群。有年夏天，长江故道一段发大水，湿地里汪洋一片，大水漫过了自然保护区的围网。麋鹿兴奋得上蹿下跳，有的还结伴游过长江，跑出保护区，跑进了江对岸洞庭湖周边的芦苇林和山野间。</w:t>
      </w:r>
    </w:p>
    <w:p>
      <w:pPr>
        <w:spacing w:line="360" w:lineRule="auto"/>
        <w:ind w:firstLine="420"/>
        <w:jc w:val="left"/>
        <w:textAlignment w:val="center"/>
        <w:rPr>
          <w:color w:val="000000"/>
        </w:rPr>
      </w:pPr>
      <w:r>
        <w:rPr>
          <w:rFonts w:ascii="宋体" w:eastAsia="宋体" w:hAnsi="宋体" w:cs="宋体"/>
          <w:color w:val="000000"/>
        </w:rPr>
        <w:t>④“</w:t>
      </w:r>
      <w:r>
        <w:rPr>
          <w:rFonts w:ascii="楷体" w:eastAsia="楷体" w:hAnsi="楷体" w:cs="楷体"/>
          <w:color w:val="000000"/>
        </w:rPr>
        <w:t>那需要把跑出去的麋鹿捉回到保护区吗？</w:t>
      </w:r>
      <w:r>
        <w:rPr>
          <w:rFonts w:ascii="宋体" w:eastAsia="宋体" w:hAnsi="宋体" w:cs="宋体"/>
          <w:color w:val="000000"/>
        </w:rPr>
        <w:t>”</w:t>
      </w:r>
      <w:r>
        <w:rPr>
          <w:rFonts w:ascii="楷体" w:eastAsia="楷体" w:hAnsi="楷体" w:cs="楷体"/>
          <w:color w:val="000000"/>
        </w:rPr>
        <w:t>我随口问。</w:t>
      </w:r>
    </w:p>
    <w:p>
      <w:pPr>
        <w:spacing w:line="360" w:lineRule="auto"/>
        <w:ind w:firstLine="420"/>
        <w:jc w:val="left"/>
        <w:textAlignment w:val="center"/>
        <w:rPr>
          <w:color w:val="000000"/>
        </w:rPr>
      </w:pPr>
      <w:r>
        <w:rPr>
          <w:rFonts w:ascii="宋体" w:eastAsia="宋体" w:hAnsi="宋体" w:cs="宋体"/>
          <w:color w:val="000000"/>
        </w:rPr>
        <w:t>⑤“</w:t>
      </w:r>
      <w:r>
        <w:rPr>
          <w:rFonts w:ascii="楷体" w:eastAsia="楷体" w:hAnsi="楷体" w:cs="楷体"/>
          <w:color w:val="000000"/>
        </w:rPr>
        <w:t>当然不用。跑到保护区外面的鹿子，属于‘自然扩散’。其实，保护区的最终目标，就是让鹿子能成群地回归野外。</w:t>
      </w:r>
      <w:r>
        <w:rPr>
          <w:rFonts w:ascii="宋体" w:eastAsia="宋体" w:hAnsi="宋体" w:cs="宋体"/>
          <w:color w:val="000000"/>
        </w:rPr>
        <w:t>”</w:t>
      </w:r>
      <w:r>
        <w:rPr>
          <w:rFonts w:ascii="楷体" w:eastAsia="楷体" w:hAnsi="楷体" w:cs="楷体"/>
          <w:color w:val="000000"/>
        </w:rPr>
        <w:t>一说到保护区里的麇鹿，王世军就滔滔不绝。王世军原是附近上大垸村的村民，保护区成立后，成了一名巡护员。像他这样以前靠种田、捕鱼为生，后来被选进保护区当巡护员的，这一带有六个人，可谓百里挑一。</w:t>
      </w:r>
    </w:p>
    <w:p>
      <w:pPr>
        <w:spacing w:line="360" w:lineRule="auto"/>
        <w:ind w:firstLine="420"/>
        <w:jc w:val="left"/>
        <w:textAlignment w:val="center"/>
        <w:rPr>
          <w:color w:val="000000"/>
        </w:rPr>
      </w:pPr>
      <w:r>
        <w:rPr>
          <w:rFonts w:ascii="楷体" w:eastAsia="楷体" w:hAnsi="楷体" w:cs="楷体"/>
          <w:color w:val="000000"/>
        </w:rPr>
        <w:t>⑥我问他：</w:t>
      </w:r>
      <w:r>
        <w:rPr>
          <w:rFonts w:ascii="宋体" w:eastAsia="宋体" w:hAnsi="宋体" w:cs="宋体"/>
          <w:color w:val="000000"/>
        </w:rPr>
        <w:t>“</w:t>
      </w:r>
      <w:r>
        <w:rPr>
          <w:rFonts w:ascii="楷体" w:eastAsia="楷体" w:hAnsi="楷体" w:cs="楷体"/>
          <w:color w:val="000000"/>
        </w:rPr>
        <w:t>是当巡护员收入高，还是原来收入高？</w:t>
      </w:r>
      <w:r>
        <w:rPr>
          <w:rFonts w:ascii="宋体" w:eastAsia="宋体" w:hAnsi="宋体" w:cs="宋体"/>
          <w:color w:val="000000"/>
        </w:rPr>
        <w:t>”</w:t>
      </w:r>
    </w:p>
    <w:p>
      <w:pPr>
        <w:spacing w:line="360" w:lineRule="auto"/>
        <w:ind w:firstLine="420"/>
        <w:jc w:val="left"/>
        <w:textAlignment w:val="center"/>
        <w:rPr>
          <w:color w:val="000000"/>
        </w:rPr>
      </w:pPr>
      <w:r>
        <w:rPr>
          <w:rFonts w:ascii="宋体" w:eastAsia="宋体" w:hAnsi="宋体" w:cs="宋体"/>
          <w:color w:val="000000"/>
        </w:rPr>
        <w:t>⑦“</w:t>
      </w:r>
      <w:r>
        <w:rPr>
          <w:rFonts w:ascii="楷体" w:eastAsia="楷体" w:hAnsi="楷体" w:cs="楷体"/>
          <w:color w:val="000000"/>
        </w:rPr>
        <w:t>实话实说，还是当渔民时，东搞一点，西搞一点，收入高一些。不过，附近好几个垸子，不是人人都能穿上这身衣服的。</w:t>
      </w:r>
      <w:r>
        <w:rPr>
          <w:rFonts w:ascii="宋体" w:eastAsia="宋体" w:hAnsi="宋体" w:cs="宋体"/>
          <w:color w:val="000000"/>
        </w:rPr>
        <w:t>”</w:t>
      </w:r>
      <w:r>
        <w:rPr>
          <w:rFonts w:ascii="楷体" w:eastAsia="楷体" w:hAnsi="楷体" w:cs="楷体"/>
          <w:color w:val="000000"/>
        </w:rPr>
        <w:t>王世军拍了拍缀在黑色制服上闪闪发亮的</w:t>
      </w:r>
      <w:r>
        <w:rPr>
          <w:rFonts w:ascii="宋体" w:eastAsia="宋体" w:hAnsi="宋体" w:cs="宋体"/>
          <w:color w:val="000000"/>
        </w:rPr>
        <w:t>“</w:t>
      </w:r>
      <w:r>
        <w:rPr>
          <w:rFonts w:ascii="楷体" w:eastAsia="楷体" w:hAnsi="楷体" w:cs="楷体"/>
          <w:color w:val="000000"/>
        </w:rPr>
        <w:t>XH</w:t>
      </w:r>
      <w:r>
        <w:rPr>
          <w:rFonts w:ascii="Times New Roman" w:eastAsia="Times New Roman" w:hAnsi="Times New Roman" w:cs="Times New Roman"/>
          <w:color w:val="000000"/>
        </w:rPr>
        <w:t>005</w:t>
      </w:r>
      <w:r>
        <w:rPr>
          <w:rFonts w:ascii="宋体" w:eastAsia="宋体" w:hAnsi="宋体" w:cs="宋体"/>
          <w:color w:val="000000"/>
        </w:rPr>
        <w:t>”</w:t>
      </w:r>
      <w:r>
        <w:rPr>
          <w:rFonts w:ascii="楷体" w:eastAsia="楷体" w:hAnsi="楷体" w:cs="楷体"/>
          <w:color w:val="000000"/>
        </w:rPr>
        <w:t>编号工牌，憨厚的笑容里透着自豪。</w:t>
      </w:r>
    </w:p>
    <w:p>
      <w:pPr>
        <w:spacing w:line="360" w:lineRule="auto"/>
        <w:ind w:firstLine="420"/>
        <w:jc w:val="left"/>
        <w:textAlignment w:val="center"/>
        <w:rPr>
          <w:color w:val="000000"/>
        </w:rPr>
      </w:pPr>
      <w:r>
        <w:rPr>
          <w:rFonts w:ascii="楷体" w:eastAsia="楷体" w:hAnsi="楷体" w:cs="楷体"/>
          <w:color w:val="000000"/>
        </w:rPr>
        <w:t>⑧他向我介绍说，这里的湿地土壤有机质含量高，营养丰富，再加上这一带水汽充足，雨量丰沛，非常适宜草木植物生长。有了水，有了草，鹿子一年四季的口粮就不愁了。芦苇丛和树林子，还为麋鹿提供了活动和休息的场所。【甲】</w:t>
      </w:r>
      <w:r>
        <w:rPr>
          <w:rFonts w:ascii="楷体" w:eastAsia="楷体" w:hAnsi="楷体" w:cs="楷体"/>
          <w:color w:val="000000"/>
          <w:u w:val="single"/>
        </w:rPr>
        <w:t>鹿子们生活在这里，无忧无虑，打打闹闹，想游水就游水，想撒欢就撒欢，每天还有这么多人守护着，真是舒畅得很、幸福得很哩。</w:t>
      </w:r>
      <w:r>
        <w:rPr>
          <w:rFonts w:ascii="楷体" w:eastAsia="楷体" w:hAnsi="楷体" w:cs="楷体"/>
          <w:color w:val="000000"/>
        </w:rPr>
        <w:t>看得出，王世军心里满满都是麋鹿的生活。</w:t>
      </w:r>
    </w:p>
    <w:p>
      <w:pPr>
        <w:spacing w:line="360" w:lineRule="auto"/>
        <w:ind w:firstLine="420"/>
        <w:jc w:val="left"/>
        <w:textAlignment w:val="center"/>
        <w:rPr>
          <w:color w:val="000000"/>
        </w:rPr>
      </w:pPr>
      <w:r>
        <w:rPr>
          <w:rFonts w:ascii="楷体" w:eastAsia="楷体" w:hAnsi="楷体" w:cs="楷体"/>
          <w:color w:val="000000"/>
        </w:rPr>
        <w:t>⑨沿着湿地的围网和护栏，王世军用摩托车载着我继续巡视。巡到一处，他停下车，从近旁的树林里取出一根又粗又长的竹篙。</w:t>
      </w:r>
    </w:p>
    <w:p>
      <w:pPr>
        <w:spacing w:line="360" w:lineRule="auto"/>
        <w:ind w:firstLine="420"/>
        <w:jc w:val="left"/>
        <w:textAlignment w:val="center"/>
        <w:rPr>
          <w:color w:val="000000"/>
        </w:rPr>
      </w:pPr>
      <w:r>
        <w:rPr>
          <w:rFonts w:ascii="宋体" w:eastAsia="宋体" w:hAnsi="宋体" w:cs="宋体"/>
          <w:color w:val="000000"/>
        </w:rPr>
        <w:t>⑩“</w:t>
      </w:r>
      <w:r>
        <w:rPr>
          <w:rFonts w:ascii="楷体" w:eastAsia="楷体" w:hAnsi="楷体" w:cs="楷体"/>
          <w:color w:val="000000"/>
        </w:rPr>
        <w:t>这是挑网子用的。当巡护员，眼力得好使，一眼能看到哪里会有网子。发现了网子就得马上挑出来，收拢到一起烧掉。要是网子缠到鹿角上，那可不得了，甩都甩不掉的。</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⑪雄鹿的角确实挺大，看上去好像脑袋上长着两棵带树杈的小树。麋鹿在林间和苇丛里奔跑、打斗，在江水和池沼里游水、嬉闹，不时地会把一些花枝、苇秸、水葫芦以及当地称为</w:t>
      </w:r>
      <w:r>
        <w:rPr>
          <w:rFonts w:ascii="宋体" w:eastAsia="宋体" w:hAnsi="宋体" w:cs="宋体"/>
          <w:color w:val="000000"/>
        </w:rPr>
        <w:t>“</w:t>
      </w:r>
      <w:r>
        <w:rPr>
          <w:rFonts w:ascii="楷体" w:eastAsia="楷体" w:hAnsi="楷体" w:cs="楷体"/>
          <w:color w:val="000000"/>
        </w:rPr>
        <w:t>鸡藤子</w:t>
      </w:r>
      <w:r>
        <w:rPr>
          <w:rFonts w:ascii="宋体" w:eastAsia="宋体" w:hAnsi="宋体" w:cs="宋体"/>
          <w:color w:val="000000"/>
        </w:rPr>
        <w:t>”</w:t>
      </w:r>
      <w:r>
        <w:rPr>
          <w:rFonts w:ascii="楷体" w:eastAsia="楷体" w:hAnsi="楷体" w:cs="楷体"/>
          <w:color w:val="000000"/>
        </w:rPr>
        <w:t>的藤蔓植物，缠绕到头顶的</w:t>
      </w:r>
      <w:r>
        <w:rPr>
          <w:rFonts w:ascii="宋体" w:eastAsia="宋体" w:hAnsi="宋体" w:cs="宋体"/>
          <w:color w:val="000000"/>
        </w:rPr>
        <w:t>“</w:t>
      </w:r>
      <w:r>
        <w:rPr>
          <w:rFonts w:ascii="楷体" w:eastAsia="楷体" w:hAnsi="楷体" w:cs="楷体"/>
          <w:color w:val="000000"/>
        </w:rPr>
        <w:t>树杈</w:t>
      </w:r>
      <w:r>
        <w:rPr>
          <w:rFonts w:ascii="宋体" w:eastAsia="宋体" w:hAnsi="宋体" w:cs="宋体"/>
          <w:color w:val="000000"/>
        </w:rPr>
        <w:t>”</w:t>
      </w:r>
      <w:r>
        <w:rPr>
          <w:rFonts w:ascii="楷体" w:eastAsia="楷体" w:hAnsi="楷体" w:cs="楷体"/>
          <w:color w:val="000000"/>
        </w:rPr>
        <w:t>上。头角上面</w:t>
      </w:r>
      <w:r>
        <w:rPr>
          <w:rFonts w:ascii="宋体" w:eastAsia="宋体" w:hAnsi="宋体" w:cs="宋体"/>
          <w:color w:val="000000"/>
        </w:rPr>
        <w:t>“</w:t>
      </w:r>
      <w:r>
        <w:rPr>
          <w:rFonts w:ascii="楷体" w:eastAsia="楷体" w:hAnsi="楷体" w:cs="楷体"/>
          <w:color w:val="000000"/>
        </w:rPr>
        <w:t>堆红叠翠</w:t>
      </w:r>
      <w:r>
        <w:rPr>
          <w:rFonts w:ascii="宋体" w:eastAsia="宋体" w:hAnsi="宋体" w:cs="宋体"/>
          <w:color w:val="000000"/>
        </w:rPr>
        <w:t>”</w:t>
      </w:r>
      <w:r>
        <w:rPr>
          <w:rFonts w:ascii="楷体" w:eastAsia="楷体" w:hAnsi="楷体" w:cs="楷体"/>
          <w:color w:val="000000"/>
        </w:rPr>
        <w:t>，是麋鹿群里常见的</w:t>
      </w:r>
      <w:r>
        <w:rPr>
          <w:rFonts w:ascii="宋体" w:eastAsia="宋体" w:hAnsi="宋体" w:cs="宋体"/>
          <w:color w:val="000000"/>
        </w:rPr>
        <w:t>“</w:t>
      </w:r>
      <w:r>
        <w:rPr>
          <w:rFonts w:ascii="楷体" w:eastAsia="楷体" w:hAnsi="楷体" w:cs="楷体"/>
          <w:color w:val="000000"/>
        </w:rPr>
        <w:t>景观</w:t>
      </w:r>
      <w:r>
        <w:rPr>
          <w:rFonts w:ascii="宋体" w:eastAsia="宋体" w:hAnsi="宋体" w:cs="宋体"/>
          <w:color w:val="000000"/>
        </w:rPr>
        <w:t>”</w:t>
      </w:r>
      <w:r>
        <w:rPr>
          <w:rFonts w:ascii="楷体" w:eastAsia="楷体" w:hAnsi="楷体" w:cs="楷体"/>
          <w:color w:val="000000"/>
        </w:rPr>
        <w:t>。有的雄鹿头上，各类植物缠绕，好像戴着硕大的</w:t>
      </w:r>
      <w:r>
        <w:rPr>
          <w:rFonts w:ascii="宋体" w:eastAsia="宋体" w:hAnsi="宋体" w:cs="宋体"/>
          <w:color w:val="000000"/>
        </w:rPr>
        <w:t>“</w:t>
      </w:r>
      <w:r>
        <w:rPr>
          <w:rFonts w:ascii="楷体" w:eastAsia="楷体" w:hAnsi="楷体" w:cs="楷体"/>
          <w:color w:val="000000"/>
        </w:rPr>
        <w:t>花冠</w:t>
      </w:r>
      <w:r>
        <w:rPr>
          <w:rFonts w:ascii="宋体" w:eastAsia="宋体" w:hAnsi="宋体" w:cs="宋体"/>
          <w:color w:val="000000"/>
        </w:rPr>
        <w:t>”</w:t>
      </w:r>
      <w:r>
        <w:rPr>
          <w:rFonts w:ascii="楷体" w:eastAsia="楷体" w:hAnsi="楷体" w:cs="楷体"/>
          <w:color w:val="000000"/>
        </w:rPr>
        <w:t>。有些藤蔓植物从鹿角一直披挂到鹿背上。【乙】</w:t>
      </w:r>
      <w:r>
        <w:rPr>
          <w:rFonts w:ascii="楷体" w:eastAsia="楷体" w:hAnsi="楷体" w:cs="楷体"/>
          <w:color w:val="000000"/>
          <w:u w:val="single"/>
        </w:rPr>
        <w:t>雄鹿昂头奔跑时，英姿勃勃，长长的藤蔓随风飘荡，好像满身披挂着</w:t>
      </w:r>
      <w:r>
        <w:rPr>
          <w:rFonts w:ascii="宋体" w:eastAsia="宋体" w:hAnsi="宋体" w:cs="宋体"/>
          <w:color w:val="000000"/>
          <w:u w:val="single"/>
        </w:rPr>
        <w:t>“</w:t>
      </w:r>
      <w:r>
        <w:rPr>
          <w:rFonts w:ascii="楷体" w:eastAsia="楷体" w:hAnsi="楷体" w:cs="楷体"/>
          <w:color w:val="000000"/>
          <w:u w:val="single"/>
        </w:rPr>
        <w:t>王者</w:t>
      </w:r>
      <w:r>
        <w:rPr>
          <w:rFonts w:ascii="宋体" w:eastAsia="宋体" w:hAnsi="宋体" w:cs="宋体"/>
          <w:color w:val="000000"/>
          <w:u w:val="single"/>
        </w:rPr>
        <w:t>”</w:t>
      </w:r>
      <w:r>
        <w:rPr>
          <w:rFonts w:ascii="楷体" w:eastAsia="楷体" w:hAnsi="楷体" w:cs="楷体"/>
          <w:color w:val="000000"/>
          <w:u w:val="single"/>
        </w:rPr>
        <w:t>的绶带。</w:t>
      </w:r>
    </w:p>
    <w:p>
      <w:pPr>
        <w:spacing w:line="360" w:lineRule="auto"/>
        <w:ind w:firstLine="420"/>
        <w:jc w:val="left"/>
        <w:textAlignment w:val="center"/>
        <w:rPr>
          <w:color w:val="000000"/>
        </w:rPr>
      </w:pPr>
      <w:r>
        <w:rPr>
          <w:rFonts w:ascii="宋体" w:eastAsia="宋体" w:hAnsi="宋体" w:cs="宋体"/>
          <w:color w:val="000000"/>
        </w:rPr>
        <w:t>⑫“</w:t>
      </w:r>
      <w:r>
        <w:rPr>
          <w:rFonts w:ascii="楷体" w:eastAsia="楷体" w:hAnsi="楷体" w:cs="楷体"/>
          <w:color w:val="000000"/>
        </w:rPr>
        <w:t>要是缠绕的只是鸡藤子、水葫芦什么的，倒没什么事，花枝干枯了，就会掉下来，也容易甩落。有的鹿子游水时，要是把水底的一些破网子翻腾起来，缠到角上，那就麻烦大了，弄不好会伤害鹿子性命的。一旦发现，那得赶紧想法子把网子挑下来。</w:t>
      </w:r>
      <w:r>
        <w:rPr>
          <w:rFonts w:ascii="宋体" w:eastAsia="宋体" w:hAnsi="宋体" w:cs="宋体"/>
          <w:color w:val="000000"/>
        </w:rPr>
        <w:t>”</w:t>
      </w:r>
    </w:p>
    <w:p>
      <w:pPr>
        <w:spacing w:line="360" w:lineRule="auto"/>
        <w:ind w:firstLine="420"/>
        <w:jc w:val="left"/>
        <w:textAlignment w:val="center"/>
        <w:rPr>
          <w:color w:val="000000"/>
        </w:rPr>
      </w:pPr>
      <w:r>
        <w:rPr>
          <w:rFonts w:ascii="宋体" w:eastAsia="宋体" w:hAnsi="宋体" w:cs="宋体"/>
          <w:color w:val="000000"/>
        </w:rPr>
        <w:t>⑬“</w:t>
      </w:r>
      <w:r>
        <w:rPr>
          <w:rFonts w:ascii="楷体" w:eastAsia="楷体" w:hAnsi="楷体" w:cs="楷体"/>
          <w:color w:val="000000"/>
        </w:rPr>
        <w:t>现在还有人偷偷下网子吗？</w:t>
      </w:r>
      <w:r>
        <w:rPr>
          <w:rFonts w:ascii="宋体" w:eastAsia="宋体" w:hAnsi="宋体" w:cs="宋体"/>
          <w:color w:val="000000"/>
        </w:rPr>
        <w:t>”</w:t>
      </w:r>
    </w:p>
    <w:p>
      <w:pPr>
        <w:spacing w:line="360" w:lineRule="auto"/>
        <w:ind w:firstLine="420"/>
        <w:jc w:val="left"/>
        <w:textAlignment w:val="center"/>
        <w:rPr>
          <w:color w:val="000000"/>
        </w:rPr>
      </w:pPr>
      <w:r>
        <w:rPr>
          <w:rFonts w:ascii="宋体" w:eastAsia="宋体" w:hAnsi="宋体" w:cs="宋体"/>
          <w:color w:val="000000"/>
        </w:rPr>
        <w:t>⑭“</w:t>
      </w:r>
      <w:r>
        <w:rPr>
          <w:rFonts w:ascii="楷体" w:eastAsia="楷体" w:hAnsi="楷体" w:cs="楷体"/>
          <w:color w:val="000000"/>
        </w:rPr>
        <w:t>以往是有的，现在很少了。这些年，保护区天天给周边村民做宣传、讲自然保护知识，村民的觉悟都提高了。有些网子是过去遗留在水下、没有清理干净的……</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⑮正说着，在不远处的水岸边，有个人不停地向我们招手，好像很着急的样子。</w:t>
      </w:r>
    </w:p>
    <w:p>
      <w:pPr>
        <w:spacing w:line="360" w:lineRule="auto"/>
        <w:ind w:firstLine="420"/>
        <w:jc w:val="left"/>
        <w:textAlignment w:val="center"/>
        <w:rPr>
          <w:color w:val="000000"/>
        </w:rPr>
      </w:pPr>
      <w:r>
        <w:rPr>
          <w:rFonts w:ascii="楷体" w:eastAsia="楷体" w:hAnsi="楷体" w:cs="楷体"/>
          <w:color w:val="000000"/>
        </w:rPr>
        <w:t>⑯王世军望了望说：</w:t>
      </w:r>
      <w:r>
        <w:rPr>
          <w:rFonts w:ascii="宋体" w:eastAsia="宋体" w:hAnsi="宋体" w:cs="宋体"/>
          <w:color w:val="000000"/>
        </w:rPr>
        <w:t>“</w:t>
      </w:r>
      <w:r>
        <w:rPr>
          <w:rFonts w:ascii="楷体" w:eastAsia="楷体" w:hAnsi="楷体" w:cs="楷体"/>
          <w:color w:val="000000"/>
        </w:rPr>
        <w:t>是哑哥，好像遇到什么事了，我们过去看看。</w:t>
      </w:r>
      <w:r>
        <w:rPr>
          <w:rFonts w:ascii="宋体" w:eastAsia="宋体" w:hAnsi="宋体" w:cs="宋体"/>
          <w:color w:val="000000"/>
        </w:rPr>
        <w:t>”</w:t>
      </w:r>
    </w:p>
    <w:p>
      <w:pPr>
        <w:spacing w:line="360" w:lineRule="auto"/>
        <w:ind w:firstLine="420"/>
        <w:jc w:val="left"/>
        <w:textAlignment w:val="center"/>
        <w:rPr>
          <w:color w:val="000000"/>
        </w:rPr>
      </w:pPr>
      <w:r>
        <w:rPr>
          <w:rFonts w:ascii="宋体" w:eastAsia="宋体" w:hAnsi="宋体" w:cs="宋体"/>
          <w:color w:val="000000"/>
        </w:rPr>
        <w:t>⑰“</w:t>
      </w:r>
      <w:r>
        <w:rPr>
          <w:rFonts w:ascii="楷体" w:eastAsia="楷体" w:hAnsi="楷体" w:cs="楷体"/>
          <w:color w:val="000000"/>
        </w:rPr>
        <w:t>哑哥</w:t>
      </w:r>
      <w:r>
        <w:rPr>
          <w:rFonts w:ascii="宋体" w:eastAsia="宋体" w:hAnsi="宋体" w:cs="宋体"/>
          <w:color w:val="000000"/>
        </w:rPr>
        <w:t>”</w:t>
      </w:r>
      <w:r>
        <w:rPr>
          <w:rFonts w:ascii="楷体" w:eastAsia="楷体" w:hAnsi="楷体" w:cs="楷体"/>
          <w:color w:val="000000"/>
        </w:rPr>
        <w:t>是个残疾人，大名叫王正华。他五十来岁，孤身一人，手脚勤快，肯吃苦。</w:t>
      </w:r>
      <w:r>
        <w:rPr>
          <w:rFonts w:ascii="Times New Roman" w:eastAsia="Times New Roman" w:hAnsi="Times New Roman" w:cs="Times New Roman"/>
          <w:color w:val="000000"/>
        </w:rPr>
        <w:t>2003</w:t>
      </w:r>
      <w:r>
        <w:rPr>
          <w:rFonts w:ascii="楷体" w:eastAsia="楷体" w:hAnsi="楷体" w:cs="楷体"/>
          <w:color w:val="000000"/>
        </w:rPr>
        <w:t>年，保护区和村委会商量后，破例把哑哥收为巡护员。保护区里的人们都喜欢他，尊重他，亲切地叫他</w:t>
      </w:r>
      <w:r>
        <w:rPr>
          <w:rFonts w:ascii="宋体" w:eastAsia="宋体" w:hAnsi="宋体" w:cs="宋体"/>
          <w:color w:val="000000"/>
        </w:rPr>
        <w:t>“</w:t>
      </w:r>
      <w:r>
        <w:rPr>
          <w:rFonts w:ascii="楷体" w:eastAsia="楷体" w:hAnsi="楷体" w:cs="楷体"/>
          <w:color w:val="000000"/>
        </w:rPr>
        <w:t>哑哥</w:t>
      </w:r>
      <w:r>
        <w:rPr>
          <w:rFonts w:ascii="宋体" w:eastAsia="宋体" w:hAnsi="宋体" w:cs="宋体"/>
          <w:color w:val="000000"/>
        </w:rPr>
        <w:t>”</w:t>
      </w:r>
      <w:r>
        <w:rPr>
          <w:rFonts w:ascii="楷体" w:eastAsia="楷体" w:hAnsi="楷体" w:cs="楷体"/>
          <w:color w:val="000000"/>
        </w:rPr>
        <w:t>。</w:t>
      </w:r>
    </w:p>
    <w:p>
      <w:pPr>
        <w:spacing w:line="360" w:lineRule="auto"/>
        <w:ind w:firstLine="420"/>
        <w:jc w:val="left"/>
        <w:textAlignment w:val="center"/>
        <w:rPr>
          <w:color w:val="000000"/>
        </w:rPr>
      </w:pPr>
      <w:r>
        <w:rPr>
          <w:rFonts w:ascii="楷体" w:eastAsia="楷体" w:hAnsi="楷体" w:cs="楷体"/>
          <w:color w:val="000000"/>
        </w:rPr>
        <w:t>⑱走近了，只见哑哥着急地比划着，又指了指不远处的芦苇丛。</w:t>
      </w:r>
    </w:p>
    <w:p>
      <w:pPr>
        <w:spacing w:line="360" w:lineRule="auto"/>
        <w:ind w:firstLine="420"/>
        <w:jc w:val="left"/>
        <w:textAlignment w:val="center"/>
        <w:rPr>
          <w:color w:val="000000"/>
        </w:rPr>
      </w:pPr>
      <w:r>
        <w:rPr>
          <w:rFonts w:ascii="楷体" w:eastAsia="楷体" w:hAnsi="楷体" w:cs="楷体"/>
          <w:color w:val="000000"/>
        </w:rPr>
        <w:t>⑲我们赶紧侧耳倾听，果然听见从芦苇丛里传出</w:t>
      </w:r>
      <w:r>
        <w:rPr>
          <w:rFonts w:ascii="宋体" w:eastAsia="宋体" w:hAnsi="宋体" w:cs="宋体"/>
          <w:color w:val="000000"/>
        </w:rPr>
        <w:t>“</w:t>
      </w:r>
      <w:r>
        <w:rPr>
          <w:rFonts w:ascii="楷体" w:eastAsia="楷体" w:hAnsi="楷体" w:cs="楷体"/>
          <w:color w:val="000000"/>
        </w:rPr>
        <w:t>呦呦</w:t>
      </w:r>
      <w:r>
        <w:rPr>
          <w:rFonts w:ascii="宋体" w:eastAsia="宋体" w:hAnsi="宋体" w:cs="宋体"/>
          <w:color w:val="000000"/>
        </w:rPr>
        <w:t>”</w:t>
      </w:r>
      <w:r>
        <w:rPr>
          <w:rFonts w:ascii="楷体" w:eastAsia="楷体" w:hAnsi="楷体" w:cs="楷体"/>
          <w:color w:val="000000"/>
        </w:rPr>
        <w:t>的鸣叫声，声音虽小，但就是《诗经·小雅·鹿鸣》里的</w:t>
      </w:r>
      <w:r>
        <w:rPr>
          <w:rFonts w:ascii="宋体" w:eastAsia="宋体" w:hAnsi="宋体" w:cs="宋体"/>
          <w:color w:val="000000"/>
        </w:rPr>
        <w:t>“</w:t>
      </w:r>
      <w:r>
        <w:rPr>
          <w:rFonts w:ascii="楷体" w:eastAsia="楷体" w:hAnsi="楷体" w:cs="楷体"/>
          <w:color w:val="000000"/>
        </w:rPr>
        <w:t>呦呦鹿鸣</w:t>
      </w:r>
      <w:r>
        <w:rPr>
          <w:rFonts w:ascii="宋体" w:eastAsia="宋体" w:hAnsi="宋体" w:cs="宋体"/>
          <w:color w:val="000000"/>
        </w:rPr>
        <w:t>”</w:t>
      </w:r>
      <w:r>
        <w:rPr>
          <w:rFonts w:ascii="楷体" w:eastAsia="楷体" w:hAnsi="楷体" w:cs="楷体"/>
          <w:color w:val="000000"/>
        </w:rPr>
        <w:t>，听上去颇为急切。</w:t>
      </w:r>
    </w:p>
    <w:p>
      <w:pPr>
        <w:spacing w:line="360" w:lineRule="auto"/>
        <w:ind w:firstLine="420"/>
        <w:jc w:val="left"/>
        <w:textAlignment w:val="center"/>
        <w:rPr>
          <w:color w:val="000000"/>
        </w:rPr>
      </w:pPr>
      <w:r>
        <w:rPr>
          <w:rFonts w:ascii="宋体" w:eastAsia="宋体" w:hAnsi="宋体" w:cs="宋体"/>
          <w:color w:val="000000"/>
        </w:rPr>
        <w:t>⑳“</w:t>
      </w:r>
      <w:r>
        <w:rPr>
          <w:rFonts w:ascii="楷体" w:eastAsia="楷体" w:hAnsi="楷体" w:cs="楷体"/>
          <w:color w:val="000000"/>
        </w:rPr>
        <w:t>应该是头小鹿，好像被藤子缠住了。</w:t>
      </w:r>
      <w:r>
        <w:rPr>
          <w:rFonts w:ascii="宋体" w:eastAsia="宋体" w:hAnsi="宋体" w:cs="宋体"/>
          <w:color w:val="000000"/>
        </w:rPr>
        <w:t>”</w:t>
      </w:r>
      <w:r>
        <w:rPr>
          <w:rFonts w:ascii="楷体" w:eastAsia="楷体" w:hAnsi="楷体" w:cs="楷体"/>
          <w:color w:val="000000"/>
        </w:rPr>
        <w:t>王世军马上给杨工打了电话。</w:t>
      </w:r>
      <w:r>
        <w:rPr>
          <w:rFonts w:ascii="宋体" w:eastAsia="宋体" w:hAnsi="宋体" w:cs="宋体"/>
          <w:color w:val="000000"/>
        </w:rPr>
        <w:t>“</w:t>
      </w:r>
      <w:r>
        <w:rPr>
          <w:rFonts w:ascii="楷体" w:eastAsia="楷体" w:hAnsi="楷体" w:cs="楷体"/>
          <w:color w:val="000000"/>
        </w:rPr>
        <w:t>杨工</w:t>
      </w:r>
      <w:r>
        <w:rPr>
          <w:rFonts w:ascii="宋体" w:eastAsia="宋体" w:hAnsi="宋体" w:cs="宋体"/>
          <w:color w:val="000000"/>
        </w:rPr>
        <w:t>”</w:t>
      </w:r>
      <w:r>
        <w:rPr>
          <w:rFonts w:ascii="楷体" w:eastAsia="楷体" w:hAnsi="楷体" w:cs="楷体"/>
          <w:color w:val="000000"/>
        </w:rPr>
        <w:t>名叫杨涛，是保护区里一位年轻的工程师，北京林业大学毕业，</w:t>
      </w:r>
      <w:r>
        <w:rPr>
          <w:rFonts w:ascii="Times New Roman" w:eastAsia="Times New Roman" w:hAnsi="Times New Roman" w:cs="Times New Roman"/>
          <w:color w:val="000000"/>
        </w:rPr>
        <w:t>2011</w:t>
      </w:r>
      <w:r>
        <w:rPr>
          <w:rFonts w:ascii="楷体" w:eastAsia="楷体" w:hAnsi="楷体" w:cs="楷体"/>
          <w:color w:val="000000"/>
        </w:rPr>
        <w:t>年来到麋鹿保护区工作，一晃已有</w:t>
      </w:r>
      <w:r>
        <w:rPr>
          <w:rFonts w:ascii="Times New Roman" w:eastAsia="Times New Roman" w:hAnsi="Times New Roman" w:cs="Times New Roman"/>
          <w:color w:val="000000"/>
        </w:rPr>
        <w:t>10</w:t>
      </w:r>
      <w:r>
        <w:rPr>
          <w:rFonts w:ascii="楷体" w:eastAsia="楷体" w:hAnsi="楷体" w:cs="楷体"/>
          <w:color w:val="000000"/>
        </w:rPr>
        <w:t>年多了。</w:t>
      </w:r>
    </w:p>
    <w:p>
      <w:pPr>
        <w:spacing w:line="360" w:lineRule="auto"/>
        <w:ind w:firstLine="420"/>
        <w:jc w:val="left"/>
        <w:textAlignment w:val="center"/>
        <w:rPr>
          <w:color w:val="000000"/>
        </w:rPr>
      </w:pPr>
      <w:r>
        <w:rPr>
          <w:rFonts w:ascii="楷体" w:eastAsia="楷体" w:hAnsi="楷体" w:cs="楷体"/>
          <w:color w:val="000000"/>
        </w:rPr>
        <w:t>㉑很快，杨涛就和另一位年轻的工程师张玉铭一起骑着摩托车赶了过来。看得出来，两位年轻的工程师对救助小麋鹿非常专业。他们遥控着无人机，看清了芦苇丛里的小麋鹿并没有受伤，缠住它的也不是破渔网，而是植物的藤子，这下大家都放心了。</w:t>
      </w:r>
    </w:p>
    <w:p>
      <w:pPr>
        <w:spacing w:line="360" w:lineRule="auto"/>
        <w:ind w:firstLine="420"/>
        <w:jc w:val="left"/>
        <w:textAlignment w:val="center"/>
        <w:rPr>
          <w:color w:val="000000"/>
        </w:rPr>
      </w:pPr>
      <w:r>
        <w:rPr>
          <w:rFonts w:ascii="宋体" w:eastAsia="宋体" w:hAnsi="宋体" w:cs="宋体"/>
          <w:color w:val="000000"/>
        </w:rPr>
        <w:t>㉒“</w:t>
      </w:r>
      <w:r>
        <w:rPr>
          <w:rFonts w:ascii="楷体" w:eastAsia="楷体" w:hAnsi="楷体" w:cs="楷体"/>
          <w:color w:val="000000"/>
        </w:rPr>
        <w:t>遇到这种情况，尽量不要人为去干预，而应该让麋鹿依靠自己的野性和求生本能解决问题。只要不是被渔网、铁丝之类的东西缠住，小麋鹿一般都能自己挣脱。我们应该做的，就是远远地耐心守护，有时可能要守上一整夜。</w:t>
      </w:r>
      <w:r>
        <w:rPr>
          <w:rFonts w:ascii="宋体" w:eastAsia="宋体" w:hAnsi="宋体" w:cs="宋体"/>
          <w:color w:val="000000"/>
        </w:rPr>
        <w:t>”</w:t>
      </w:r>
      <w:r>
        <w:rPr>
          <w:rFonts w:ascii="楷体" w:eastAsia="楷体" w:hAnsi="楷体" w:cs="楷体"/>
          <w:color w:val="000000"/>
        </w:rPr>
        <w:t>杨涛告诉我，</w:t>
      </w:r>
      <w:r>
        <w:rPr>
          <w:rFonts w:ascii="宋体" w:eastAsia="宋体" w:hAnsi="宋体" w:cs="宋体"/>
          <w:color w:val="000000"/>
        </w:rPr>
        <w:t>“</w:t>
      </w:r>
      <w:r>
        <w:rPr>
          <w:rFonts w:ascii="楷体" w:eastAsia="楷体" w:hAnsi="楷体" w:cs="楷体"/>
          <w:color w:val="000000"/>
        </w:rPr>
        <w:t>有一次，一头小鹿落单了，我们守了一夜，第二天天蒙蒙亮时发现小鹿不知什么时候不见了。走近现场，我们发现了母鹿的蹄印，小鹿被妈妈领走了，我们才放心离开。</w:t>
      </w:r>
      <w:r>
        <w:rPr>
          <w:rFonts w:ascii="宋体" w:eastAsia="宋体" w:hAnsi="宋体" w:cs="宋体"/>
          <w:color w:val="000000"/>
        </w:rPr>
        <w:t>”</w:t>
      </w:r>
    </w:p>
    <w:p>
      <w:pPr>
        <w:spacing w:line="360" w:lineRule="auto"/>
        <w:ind w:firstLine="420"/>
        <w:jc w:val="left"/>
        <w:textAlignment w:val="center"/>
        <w:rPr>
          <w:color w:val="000000"/>
        </w:rPr>
      </w:pPr>
      <w:r>
        <w:rPr>
          <w:rFonts w:ascii="宋体" w:eastAsia="宋体" w:hAnsi="宋体" w:cs="宋体"/>
          <w:color w:val="000000"/>
        </w:rPr>
        <w:t>㉓“</w:t>
      </w:r>
      <w:r>
        <w:rPr>
          <w:rFonts w:ascii="楷体" w:eastAsia="楷体" w:hAnsi="楷体" w:cs="楷体"/>
          <w:color w:val="000000"/>
        </w:rPr>
        <w:t>野生动物嘛，必须锻炼它们的生存本能，尽量不要改变它们的习性。</w:t>
      </w:r>
      <w:r>
        <w:rPr>
          <w:rFonts w:ascii="宋体" w:eastAsia="宋体" w:hAnsi="宋体" w:cs="宋体"/>
          <w:color w:val="000000"/>
        </w:rPr>
        <w:t>”</w:t>
      </w:r>
      <w:r>
        <w:rPr>
          <w:rFonts w:ascii="楷体" w:eastAsia="楷体" w:hAnsi="楷体" w:cs="楷体"/>
          <w:color w:val="000000"/>
        </w:rPr>
        <w:t>张玉铭说，</w:t>
      </w:r>
      <w:r>
        <w:rPr>
          <w:rFonts w:ascii="宋体" w:eastAsia="宋体" w:hAnsi="宋体" w:cs="宋体"/>
          <w:color w:val="000000"/>
        </w:rPr>
        <w:t>“</w:t>
      </w:r>
      <w:r>
        <w:rPr>
          <w:rFonts w:ascii="楷体" w:eastAsia="楷体" w:hAnsi="楷体" w:cs="楷体"/>
          <w:color w:val="000000"/>
        </w:rPr>
        <w:t>冬日里，下雪天，湿地有时会结上一层薄冰。即便这样，也尽量不去投喂食物。麋鹿会凭着本能，用蹄子刨开薄雪和冰层，找到冬麦、黑麦草和芦苇嫩芽等食物。</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㉔杨涛补充说：</w:t>
      </w:r>
      <w:r>
        <w:rPr>
          <w:rFonts w:ascii="宋体" w:eastAsia="宋体" w:hAnsi="宋体" w:cs="宋体"/>
          <w:color w:val="000000"/>
        </w:rPr>
        <w:t>“</w:t>
      </w:r>
      <w:r>
        <w:rPr>
          <w:rFonts w:ascii="楷体" w:eastAsia="楷体" w:hAnsi="楷体" w:cs="楷体"/>
          <w:color w:val="000000"/>
        </w:rPr>
        <w:t>保护区也曾有过一次大的投喂经历。那是在</w:t>
      </w:r>
      <w:r>
        <w:rPr>
          <w:rFonts w:ascii="Times New Roman" w:eastAsia="Times New Roman" w:hAnsi="Times New Roman" w:cs="Times New Roman"/>
          <w:color w:val="000000"/>
        </w:rPr>
        <w:t>2008</w:t>
      </w:r>
      <w:r>
        <w:rPr>
          <w:rFonts w:ascii="楷体" w:eastAsia="楷体" w:hAnsi="楷体" w:cs="楷体"/>
          <w:color w:val="000000"/>
        </w:rPr>
        <w:t>年冬天，湿地里遭遇了特大冰灾，野外的食料被冻住了，麋鹿用蹄子刨不开。保护区从荆州调来胡萝卜等蔬菜和玉米粉、麦麸等谷物，还有少量的盐砖，进行人工投喂。这种情况属于特例，只有极端天气下才会发生。</w:t>
      </w:r>
      <w:r>
        <w:rPr>
          <w:rFonts w:ascii="宋体" w:eastAsia="宋体" w:hAnsi="宋体" w:cs="宋体"/>
          <w:color w:val="000000"/>
        </w:rPr>
        <w:t>”</w:t>
      </w:r>
    </w:p>
    <w:p>
      <w:pPr>
        <w:spacing w:line="360" w:lineRule="auto"/>
        <w:ind w:firstLine="420"/>
        <w:jc w:val="left"/>
        <w:textAlignment w:val="center"/>
        <w:rPr>
          <w:color w:val="000000"/>
        </w:rPr>
      </w:pPr>
      <w:r>
        <w:rPr>
          <w:rFonts w:ascii="楷体" w:eastAsia="楷体" w:hAnsi="楷体" w:cs="楷体"/>
          <w:color w:val="000000"/>
        </w:rPr>
        <w:t>㉕杨涛和张玉铭又观察了一下小鹿的情况，详细地跟哑哥交代了一番。哑哥点点头，放心地笑了。</w:t>
      </w:r>
    </w:p>
    <w:p>
      <w:pPr>
        <w:spacing w:line="360" w:lineRule="auto"/>
        <w:ind w:firstLine="420"/>
        <w:jc w:val="left"/>
        <w:textAlignment w:val="center"/>
        <w:rPr>
          <w:color w:val="000000"/>
        </w:rPr>
      </w:pPr>
      <w:r>
        <w:rPr>
          <w:rFonts w:ascii="楷体" w:eastAsia="楷体" w:hAnsi="楷体" w:cs="楷体"/>
          <w:color w:val="000000"/>
        </w:rPr>
        <w:t>㉖和杨工、张工、哑哥道别，我和王世军继续向前巡视……</w:t>
      </w:r>
    </w:p>
    <w:p>
      <w:pPr>
        <w:spacing w:line="360" w:lineRule="auto"/>
        <w:ind w:firstLine="420"/>
        <w:jc w:val="left"/>
        <w:textAlignment w:val="center"/>
        <w:rPr>
          <w:color w:val="000000"/>
        </w:rPr>
      </w:pPr>
      <w:r>
        <w:rPr>
          <w:rFonts w:ascii="楷体" w:eastAsia="楷体" w:hAnsi="楷体" w:cs="楷体"/>
          <w:color w:val="000000"/>
        </w:rPr>
        <w:t>㉗一路上，我不禁心生感慨：呦呦鹿鸣，在《诗经》里</w:t>
      </w:r>
      <w:r>
        <w:rPr>
          <w:rFonts w:ascii="宋体" w:eastAsia="宋体" w:hAnsi="宋体" w:cs="宋体"/>
          <w:color w:val="000000"/>
        </w:rPr>
        <w:t>“</w:t>
      </w:r>
      <w:r>
        <w:rPr>
          <w:rFonts w:ascii="楷体" w:eastAsia="楷体" w:hAnsi="楷体" w:cs="楷体"/>
          <w:color w:val="000000"/>
        </w:rPr>
        <w:t>听</w:t>
      </w:r>
      <w:r>
        <w:rPr>
          <w:rFonts w:ascii="宋体" w:eastAsia="宋体" w:hAnsi="宋体" w:cs="宋体"/>
          <w:color w:val="000000"/>
        </w:rPr>
        <w:t>”</w:t>
      </w:r>
      <w:r>
        <w:rPr>
          <w:rFonts w:ascii="楷体" w:eastAsia="楷体" w:hAnsi="楷体" w:cs="楷体"/>
          <w:color w:val="000000"/>
        </w:rPr>
        <w:t>过，在《楚辞》里</w:t>
      </w:r>
      <w:r>
        <w:rPr>
          <w:rFonts w:ascii="宋体" w:eastAsia="宋体" w:hAnsi="宋体" w:cs="宋体"/>
          <w:color w:val="000000"/>
        </w:rPr>
        <w:t>“</w:t>
      </w:r>
      <w:r>
        <w:rPr>
          <w:rFonts w:ascii="楷体" w:eastAsia="楷体" w:hAnsi="楷体" w:cs="楷体"/>
          <w:color w:val="000000"/>
        </w:rPr>
        <w:t>听</w:t>
      </w:r>
      <w:r>
        <w:rPr>
          <w:rFonts w:ascii="宋体" w:eastAsia="宋体" w:hAnsi="宋体" w:cs="宋体"/>
          <w:color w:val="000000"/>
        </w:rPr>
        <w:t>”</w:t>
      </w:r>
      <w:r>
        <w:rPr>
          <w:rFonts w:ascii="楷体" w:eastAsia="楷体" w:hAnsi="楷体" w:cs="楷体"/>
          <w:color w:val="000000"/>
        </w:rPr>
        <w:t>过，在唐诗里</w:t>
      </w:r>
      <w:r>
        <w:rPr>
          <w:rFonts w:ascii="宋体" w:eastAsia="宋体" w:hAnsi="宋体" w:cs="宋体"/>
          <w:color w:val="000000"/>
        </w:rPr>
        <w:t>“</w:t>
      </w:r>
      <w:r>
        <w:rPr>
          <w:rFonts w:ascii="楷体" w:eastAsia="楷体" w:hAnsi="楷体" w:cs="楷体"/>
          <w:color w:val="000000"/>
        </w:rPr>
        <w:t>听</w:t>
      </w:r>
      <w:r>
        <w:rPr>
          <w:rFonts w:ascii="宋体" w:eastAsia="宋体" w:hAnsi="宋体" w:cs="宋体"/>
          <w:color w:val="000000"/>
        </w:rPr>
        <w:t>”</w:t>
      </w:r>
      <w:r>
        <w:rPr>
          <w:rFonts w:ascii="楷体" w:eastAsia="楷体" w:hAnsi="楷体" w:cs="楷体"/>
          <w:color w:val="000000"/>
        </w:rPr>
        <w:t>过，在宋词里</w:t>
      </w:r>
      <w:r>
        <w:rPr>
          <w:rFonts w:ascii="宋体" w:eastAsia="宋体" w:hAnsi="宋体" w:cs="宋体"/>
          <w:color w:val="000000"/>
        </w:rPr>
        <w:t>“</w:t>
      </w:r>
      <w:r>
        <w:rPr>
          <w:rFonts w:ascii="楷体" w:eastAsia="楷体" w:hAnsi="楷体" w:cs="楷体"/>
          <w:color w:val="000000"/>
        </w:rPr>
        <w:t>听</w:t>
      </w:r>
      <w:r>
        <w:rPr>
          <w:rFonts w:ascii="宋体" w:eastAsia="宋体" w:hAnsi="宋体" w:cs="宋体"/>
          <w:color w:val="000000"/>
        </w:rPr>
        <w:t>”</w:t>
      </w:r>
      <w:r>
        <w:rPr>
          <w:rFonts w:ascii="楷体" w:eastAsia="楷体" w:hAnsi="楷体" w:cs="楷体"/>
          <w:color w:val="000000"/>
        </w:rPr>
        <w:t>过。如今，这来自大自然的野性呼唤，又回响在长江故道水草丰茂的沙洲上，回响在洞庭湖周边和江汉平原的青山绿水间。</w:t>
      </w:r>
    </w:p>
    <w:p>
      <w:pPr>
        <w:spacing w:line="360" w:lineRule="auto"/>
        <w:jc w:val="right"/>
        <w:textAlignment w:val="center"/>
        <w:rPr>
          <w:color w:val="000000"/>
        </w:rPr>
      </w:pPr>
      <w:r>
        <w:rPr>
          <w:rFonts w:ascii="宋体" w:eastAsia="宋体" w:hAnsi="宋体" w:cs="宋体"/>
          <w:color w:val="000000"/>
        </w:rPr>
        <w:t>（取材于徐鲁的文章，有删改）</w:t>
      </w:r>
    </w:p>
    <w:p>
      <w:pPr>
        <w:spacing w:line="360" w:lineRule="auto"/>
        <w:jc w:val="left"/>
        <w:textAlignment w:val="center"/>
        <w:rPr>
          <w:color w:val="000000"/>
        </w:rPr>
      </w:pPr>
      <w:r>
        <w:rPr>
          <w:color w:val="000000"/>
        </w:rPr>
        <w:t xml:space="preserve">11. </w:t>
      </w:r>
      <w:r>
        <w:rPr>
          <w:rFonts w:ascii="宋体" w:eastAsia="宋体" w:hAnsi="宋体" w:cs="宋体"/>
          <w:color w:val="000000"/>
        </w:rPr>
        <w:t>文章作者走进石首麋鹿自然保护区，体验了巡护员的工作。根据作者的见闻，将下面的麋鹿保护应急处置手册填写完整。</w:t>
      </w:r>
    </w:p>
    <w:tbl>
      <w:tblPr>
        <w:tblStyle w:val="TableNormal"/>
        <w:tblW w:w="6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840"/>
        <w:gridCol w:w="5730"/>
      </w:tblGrid>
      <w:tr>
        <w:tblPrEx>
          <w:tblW w:w="6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90"/>
        </w:trPr>
        <w:tc>
          <w:tcPr>
            <w:tcW w:w="6960" w:type="dxa"/>
            <w:gridSpan w:val="2"/>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麋鹿保护应急处置手册</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突发情况</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处置方法</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麋鹿跑出保护区，跑进芦苇林和山野间</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不用捉回，自然扩散，让麋鹿回归野外</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麋鹿的角被水底的破网子缠住</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①</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②</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不要人为干预，等花枝干枯自然落下，或者等麋鹿自己甩落</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小麋鹿落单遇到危险</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③</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下雪天，湿地结薄冰</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④</w:t>
            </w:r>
          </w:p>
        </w:tc>
      </w:tr>
      <w:tr>
        <w:tblPrEx>
          <w:tblW w:w="6960" w:type="dxa"/>
          <w:tblCellMar>
            <w:top w:w="120" w:type="dxa"/>
            <w:left w:w="120" w:type="dxa"/>
            <w:bottom w:w="120" w:type="dxa"/>
            <w:right w:w="120" w:type="dxa"/>
          </w:tblCellMar>
        </w:tblPrEx>
        <w:trPr>
          <w:cantSplit w:val="0"/>
          <w:trHeight w:val="390"/>
        </w:trPr>
        <w:tc>
          <w:tcPr>
            <w:tcW w:w="28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⑤</w:t>
            </w:r>
          </w:p>
        </w:tc>
        <w:tc>
          <w:tcPr>
            <w:tcW w:w="4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人工投喂</w:t>
            </w:r>
          </w:p>
        </w:tc>
      </w:tr>
    </w:tbl>
    <w:p>
      <w:pPr>
        <w:spacing w:line="360" w:lineRule="auto"/>
        <w:jc w:val="left"/>
        <w:textAlignment w:val="center"/>
        <w:rPr>
          <w:color w:val="000000"/>
        </w:rPr>
      </w:pPr>
      <w:r>
        <w:rPr>
          <w:color w:val="000000"/>
        </w:rPr>
        <w:t xml:space="preserve">12. </w:t>
      </w:r>
      <w:r>
        <w:rPr>
          <w:rFonts w:ascii="宋体" w:eastAsia="宋体" w:hAnsi="宋体" w:cs="宋体"/>
          <w:color w:val="000000"/>
        </w:rPr>
        <w:t>在石首麋鹿自然保护区有一群可敬的工作人员。结合文章对他们的描述，说说作为保护区一名优秀的工作人员应该具备哪些条件。</w:t>
      </w:r>
    </w:p>
    <w:p>
      <w:pPr>
        <w:spacing w:line="360" w:lineRule="auto"/>
        <w:jc w:val="left"/>
        <w:textAlignment w:val="center"/>
        <w:rPr>
          <w:color w:val="000000"/>
        </w:rPr>
      </w:pPr>
      <w:r>
        <w:rPr>
          <w:color w:val="000000"/>
        </w:rPr>
        <w:t xml:space="preserve">13. </w:t>
      </w:r>
      <w:r>
        <w:rPr>
          <w:rFonts w:ascii="宋体" w:eastAsia="宋体" w:hAnsi="宋体" w:cs="宋体"/>
          <w:color w:val="000000"/>
        </w:rPr>
        <w:t>文章语言生动形象。请从文中画线语句中任选一句，体会其表达效果。</w:t>
      </w:r>
    </w:p>
    <w:p>
      <w:pPr>
        <w:spacing w:line="360" w:lineRule="auto"/>
        <w:jc w:val="left"/>
        <w:textAlignment w:val="center"/>
        <w:rPr>
          <w:color w:val="000000"/>
        </w:rPr>
      </w:pPr>
      <w:r>
        <w:rPr>
          <w:color w:val="000000"/>
        </w:rPr>
        <w:t xml:space="preserve">14. </w:t>
      </w:r>
      <w:r>
        <w:rPr>
          <w:rFonts w:ascii="宋体" w:eastAsia="宋体" w:hAnsi="宋体" w:cs="宋体"/>
          <w:color w:val="000000"/>
        </w:rPr>
        <w:t>阅读全文，说说作者为什么以“呦呦鹿鸣”作为文章的题目。</w:t>
      </w:r>
    </w:p>
    <w:p>
      <w:pPr>
        <w:spacing w:line="360" w:lineRule="auto"/>
        <w:textAlignment w:val="center"/>
        <w:rPr>
          <w:color w:val="000000"/>
        </w:rPr>
      </w:pPr>
      <w:r>
        <w:rPr>
          <w:color w:val="2E75B6"/>
        </w:rPr>
        <w:t>【答案】</w:t>
      </w:r>
      <w:r>
        <w:rPr>
          <w:color w:val="000000"/>
        </w:rPr>
        <w:t xml:space="preserve">11. </w:t>
      </w:r>
      <w:r>
        <w:rPr>
          <w:rFonts w:ascii="宋体" w:eastAsia="宋体" w:hAnsi="宋体" w:cs="宋体"/>
          <w:color w:val="000000"/>
        </w:rPr>
        <w:t>示例：①赶紧想办法把网子挑下来；②麋鹿把花枝、水葫芦等缠绕在角上；③不要人为干预，耐心守护，让麋鹿靠野性和求生本能解决问题；④尽量不去投喂食物，让麋鹿凭本能刨开薄冰，获取食物；⑤遭遇特大冰灾，野外食料被冻住，麋鹿自身无法获取食物。</w:t>
      </w:r>
      <w:r>
        <w:rPr>
          <w:color w:val="000000"/>
        </w:rPr>
        <w:t xml:space="preserve">    </w:t>
      </w:r>
    </w:p>
    <w:p>
      <w:pPr>
        <w:spacing w:line="360" w:lineRule="auto"/>
        <w:textAlignment w:val="center"/>
        <w:rPr>
          <w:color w:val="000000"/>
        </w:rPr>
      </w:pPr>
      <w:r>
        <w:rPr>
          <w:color w:val="000000"/>
        </w:rPr>
        <w:t xml:space="preserve">12. </w:t>
      </w:r>
      <w:r>
        <w:rPr>
          <w:rFonts w:ascii="宋体" w:eastAsia="宋体" w:hAnsi="宋体" w:cs="宋体"/>
          <w:color w:val="000000"/>
        </w:rPr>
        <w:t>示例：王世军说起麋鹿滔滔不绝，他以做巡护员为自豪；哑哥发现小麋鹿遇险，及时求助，责任心强；杨工、张工救助小麋鹿非常专业，对麋鹿的情况了如指掌……他们热爱巡护员工作，高度的责任感、甘于奉献的精神，是优秀工作人员具备的条件。</w:t>
      </w:r>
      <w:r>
        <w:rPr>
          <w:color w:val="000000"/>
        </w:rPr>
        <w:t xml:space="preserve">    </w:t>
      </w:r>
    </w:p>
    <w:p>
      <w:pPr>
        <w:spacing w:line="360" w:lineRule="auto"/>
        <w:textAlignment w:val="center"/>
        <w:rPr>
          <w:color w:val="000000"/>
        </w:rPr>
      </w:pPr>
      <w:r>
        <w:rPr>
          <w:color w:val="000000"/>
        </w:rPr>
        <w:t xml:space="preserve">13. </w:t>
      </w:r>
      <w:r>
        <w:rPr>
          <w:rFonts w:ascii="宋体" w:eastAsia="宋体" w:hAnsi="宋体" w:cs="宋体"/>
          <w:color w:val="000000"/>
        </w:rPr>
        <w:t>示例</w:t>
      </w:r>
      <w:r>
        <w:rPr>
          <w:rFonts w:ascii="Times New Roman" w:eastAsia="Times New Roman" w:hAnsi="Times New Roman" w:cs="Times New Roman"/>
          <w:color w:val="000000"/>
        </w:rPr>
        <w:t>1</w:t>
      </w:r>
      <w:r>
        <w:rPr>
          <w:rFonts w:ascii="宋体" w:eastAsia="宋体" w:hAnsi="宋体" w:cs="宋体"/>
          <w:color w:val="000000"/>
        </w:rPr>
        <w:t>：【甲】句，运用拟人的修辞手法，“想游水就游水”“想撒欢就撒欢”等生动形象地写出了麋鹿在自然保护区无忧无虑、舒畅幸福的生活，表现了王世军对麋鹿的喜爱之情。</w:t>
      </w:r>
    </w:p>
    <w:p>
      <w:pPr>
        <w:spacing w:line="360" w:lineRule="auto"/>
        <w:jc w:val="left"/>
        <w:textAlignment w:val="center"/>
        <w:rPr>
          <w:color w:val="000000"/>
        </w:rPr>
      </w:pPr>
      <w:r>
        <w:rPr>
          <w:rFonts w:ascii="宋体" w:eastAsia="宋体" w:hAnsi="宋体" w:cs="宋体"/>
          <w:color w:val="000000"/>
        </w:rPr>
        <w:t>示例</w:t>
      </w:r>
      <w:r>
        <w:rPr>
          <w:rFonts w:ascii="Times New Roman" w:eastAsia="Times New Roman" w:hAnsi="Times New Roman" w:cs="Times New Roman"/>
          <w:color w:val="000000"/>
        </w:rPr>
        <w:t>2</w:t>
      </w:r>
      <w:r>
        <w:rPr>
          <w:rFonts w:ascii="宋体" w:eastAsia="宋体" w:hAnsi="宋体" w:cs="宋体"/>
          <w:color w:val="000000"/>
        </w:rPr>
        <w:t>：【乙】句，将麋鹿身上的藤蔓比作“王者”的绶带，形象地写出了头戴“花冠”的雄鹿奔跑时英姿勃勃的样子，表达了作者对雄鹿英姿的赞叹之情。</w:t>
      </w:r>
      <w:r>
        <w:rPr>
          <w:color w:val="000000"/>
        </w:rPr>
        <w:t xml:space="preserve">    </w:t>
      </w:r>
    </w:p>
    <w:p>
      <w:pPr>
        <w:spacing w:line="360" w:lineRule="auto"/>
        <w:jc w:val="left"/>
        <w:textAlignment w:val="center"/>
        <w:rPr>
          <w:color w:val="000000"/>
        </w:rPr>
      </w:pPr>
      <w:r>
        <w:rPr>
          <w:color w:val="000000"/>
        </w:rPr>
        <w:t xml:space="preserve">14. </w:t>
      </w:r>
      <w:r>
        <w:rPr>
          <w:rFonts w:ascii="宋体" w:eastAsia="宋体" w:hAnsi="宋体" w:cs="宋体"/>
          <w:color w:val="000000"/>
        </w:rPr>
        <w:t>示例：引用《诗经·小雅·鹿鸣》中的“呦呦鹿鸣”作为标题，富有诗意，增加了文采；“呦呦”是麋鹿的鸣叫声，是大自然的野性呼唤，体现了选文人与动物和谐共生的主题。</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rFonts w:ascii="宋体" w:eastAsia="宋体" w:hAnsi="宋体" w:cs="宋体"/>
          <w:color w:val="000000"/>
        </w:rPr>
        <w:t>本题考查梳理概括文章内容。</w:t>
      </w:r>
    </w:p>
    <w:p>
      <w:pPr>
        <w:spacing w:line="360" w:lineRule="auto"/>
        <w:jc w:val="left"/>
        <w:textAlignment w:val="center"/>
        <w:rPr>
          <w:color w:val="000000"/>
        </w:rPr>
      </w:pPr>
      <w:r>
        <w:rPr>
          <w:rFonts w:ascii="宋体" w:eastAsia="宋体" w:hAnsi="宋体" w:cs="宋体"/>
          <w:color w:val="000000"/>
        </w:rPr>
        <w:t>第①空：定位到第⑩段“发现了网子就得马上挑出来，收拢到一起烧掉。要是网子缠到鹿角上，那可不得了，甩都甩不掉的”可知，当麋鹿的角被水底的破网子缠住时，应赶紧想办法把网子挑下来，否则网子会缠到鹿角上，甩都甩不掉。</w:t>
      </w:r>
    </w:p>
    <w:p>
      <w:pPr>
        <w:spacing w:line="360" w:lineRule="auto"/>
        <w:jc w:val="left"/>
        <w:textAlignment w:val="center"/>
        <w:rPr>
          <w:color w:val="000000"/>
        </w:rPr>
      </w:pPr>
      <w:r>
        <w:rPr>
          <w:rFonts w:ascii="宋体" w:eastAsia="宋体" w:hAnsi="宋体" w:cs="宋体"/>
          <w:color w:val="000000"/>
        </w:rPr>
        <w:t>第②空：定位到第⑪段“头角上面‘堆红叠翠’，是麋鹿群里常见的‘景观’”和第⑫段“要是缠绕的只是鸡藤子、水葫芦什么的，倒没什么事，花枝干枯了，就会掉下来，也容易甩落”可知，如果麋鹿把花枝、水葫芦等缠绕在角上，不要人为干预，等花枝干枯自然落下，或者等麋鹿自己甩落。</w:t>
      </w:r>
    </w:p>
    <w:p>
      <w:pPr>
        <w:spacing w:line="360" w:lineRule="auto"/>
        <w:jc w:val="left"/>
        <w:textAlignment w:val="center"/>
        <w:rPr>
          <w:color w:val="000000"/>
        </w:rPr>
      </w:pPr>
      <w:r>
        <w:rPr>
          <w:rFonts w:ascii="宋体" w:eastAsia="宋体" w:hAnsi="宋体" w:cs="宋体"/>
          <w:color w:val="000000"/>
        </w:rPr>
        <w:t>第③空：定位到第⑳段“应该是头小鹿，好像被藤子缠住了”和第㉒段“遇到这种情况，尽量不要人为去干预，而应该让麋鹿依靠自己的野性和求生本能解决问题。只要不是被渔网、铁丝之类的东西缠住，小麋鹿一般都能自己挣脱。我们应该做的，就是远远地耐心守护，有时可能要守上一整夜”可知，如果小麋鹿落单遇到危险，不要人为干预，耐心守护，让麋鹿靠野性和求生本能解决问题。</w:t>
      </w:r>
    </w:p>
    <w:p>
      <w:pPr>
        <w:spacing w:line="360" w:lineRule="auto"/>
        <w:jc w:val="left"/>
        <w:textAlignment w:val="center"/>
        <w:rPr>
          <w:color w:val="000000"/>
        </w:rPr>
      </w:pPr>
      <w:r>
        <w:rPr>
          <w:rFonts w:ascii="宋体" w:eastAsia="宋体" w:hAnsi="宋体" w:cs="宋体"/>
          <w:color w:val="000000"/>
        </w:rPr>
        <w:t>第④空：定位到第㉓段“冬日里，下雪天，湿地有时会结上一层薄冰。即便这样，也尽量不去投喂食物。麋鹿会凭着本能，用蹄子刨开薄雪和冰层，找到冬麦、黑麦草和芦苇嫩芽等食物”可知，下雪天，湿地结薄冰时，尽量不去投喂食物，让麋鹿凭本能刨开薄冰，获取食物。</w:t>
      </w:r>
    </w:p>
    <w:p>
      <w:pPr>
        <w:spacing w:line="360" w:lineRule="auto"/>
        <w:jc w:val="left"/>
        <w:textAlignment w:val="center"/>
        <w:rPr>
          <w:color w:val="000000"/>
        </w:rPr>
      </w:pPr>
      <w:r>
        <w:rPr>
          <w:rFonts w:ascii="宋体" w:eastAsia="宋体" w:hAnsi="宋体" w:cs="宋体"/>
          <w:color w:val="000000"/>
        </w:rPr>
        <w:t>第⑤空：定位到第㉔段“那是在2008年冬天，湿地里遭遇了特大冰灾，野外的食料被冻住了，麋鹿用蹄子刨不开……这种情况属于特例，只有极端天气下才会发生”可知，只有在遭遇特大冰灾，野外食料被冻住，麋鹿自身无法获取食物的情况下，可以进行适当的人工投喂。</w:t>
      </w:r>
    </w:p>
    <w:p>
      <w:pPr>
        <w:spacing w:line="360" w:lineRule="auto"/>
        <w:jc w:val="left"/>
        <w:textAlignment w:val="center"/>
        <w:rPr>
          <w:color w:val="000000"/>
        </w:rPr>
      </w:pPr>
      <w:r>
        <w:rPr>
          <w:rFonts w:ascii="宋体" w:eastAsia="宋体" w:hAnsi="宋体" w:cs="宋体"/>
          <w:color w:val="000000"/>
        </w:rPr>
        <w:t>据此概括作答即可。</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eastAsia="宋体" w:hAnsi="宋体" w:cs="宋体"/>
          <w:color w:val="000000"/>
        </w:rPr>
        <w:t>本题考查筛选并整合文章信息。</w:t>
      </w:r>
    </w:p>
    <w:p>
      <w:pPr>
        <w:spacing w:line="360" w:lineRule="auto"/>
        <w:jc w:val="left"/>
        <w:textAlignment w:val="center"/>
        <w:rPr>
          <w:color w:val="000000"/>
        </w:rPr>
      </w:pPr>
      <w:r>
        <w:rPr>
          <w:rFonts w:ascii="宋体" w:eastAsia="宋体" w:hAnsi="宋体" w:cs="宋体"/>
          <w:color w:val="000000"/>
        </w:rPr>
        <w:t>定位到第⑤段“一说到保护区里的麇鹿，王世军就滔滔不绝”和第⑦段“王世军拍了拍缀在黑色制服上闪闪发亮的‘</w:t>
      </w:r>
      <w:r>
        <w:rPr>
          <w:rFonts w:ascii="Times New Roman" w:eastAsia="Times New Roman" w:hAnsi="Times New Roman" w:cs="Times New Roman"/>
          <w:color w:val="000000"/>
        </w:rPr>
        <w:t>XH005</w:t>
      </w:r>
      <w:r>
        <w:rPr>
          <w:rFonts w:ascii="宋体" w:eastAsia="宋体" w:hAnsi="宋体" w:cs="宋体"/>
          <w:color w:val="000000"/>
        </w:rPr>
        <w:t>’编号工牌，憨厚的笑容里透着自豪”可知王世军说起麋鹿滔滔不绝，他以做巡护员为自豪，热爱自己的工作。</w:t>
      </w:r>
    </w:p>
    <w:p>
      <w:pPr>
        <w:spacing w:line="360" w:lineRule="auto"/>
        <w:jc w:val="left"/>
        <w:textAlignment w:val="center"/>
        <w:rPr>
          <w:color w:val="000000"/>
        </w:rPr>
      </w:pPr>
      <w:r>
        <w:rPr>
          <w:rFonts w:ascii="宋体" w:eastAsia="宋体" w:hAnsi="宋体" w:cs="宋体"/>
          <w:color w:val="000000"/>
        </w:rPr>
        <w:t>定位到第⑦段“实话实说，还是当渔民时，东搞一点，西搞一点，收入高一些”可知，当巡护员的收入并比不上当渔民的收入，但王世军依旧以这份职业为豪，体现了他甘于奉献的精神。</w:t>
      </w:r>
    </w:p>
    <w:p>
      <w:pPr>
        <w:spacing w:line="360" w:lineRule="auto"/>
        <w:jc w:val="left"/>
        <w:textAlignment w:val="center"/>
        <w:rPr>
          <w:color w:val="000000"/>
        </w:rPr>
      </w:pPr>
      <w:r>
        <w:rPr>
          <w:rFonts w:ascii="宋体" w:eastAsia="宋体" w:hAnsi="宋体" w:cs="宋体"/>
          <w:color w:val="000000"/>
        </w:rPr>
        <w:t>定位到第⑮段“正说着，在不远处的水岸边，有个人不停地向我们招手，好像很着急的样子”和第⑱段“走近了，只见哑哥着急地比划着，又指了指不远处的芦苇丛”可知，“哑哥”发现了遇到危险的小麋鹿，心里很着急，体现了他的负责任，责任心强。</w:t>
      </w:r>
    </w:p>
    <w:p>
      <w:pPr>
        <w:spacing w:line="360" w:lineRule="auto"/>
        <w:jc w:val="left"/>
        <w:textAlignment w:val="center"/>
        <w:rPr>
          <w:color w:val="000000"/>
        </w:rPr>
      </w:pPr>
      <w:r>
        <w:rPr>
          <w:rFonts w:ascii="宋体" w:eastAsia="宋体" w:hAnsi="宋体" w:cs="宋体"/>
          <w:color w:val="000000"/>
        </w:rPr>
        <w:t>定位到第㉑段“很快，杨涛就和另一位年轻的工程师张玉铭一起骑着摩托车赶了过来。看得出来，两位年轻的工程师对救助小麋鹿非常专业”和第㉕段“杨涛和张玉铭又观察了一下小鹿的情况，详细地跟哑哥交代了一番”可知，当麋鹿陷入危险时，巡护员及时赶到并展开施救，体现出极强的专业性。</w:t>
      </w:r>
    </w:p>
    <w:p>
      <w:pPr>
        <w:spacing w:line="360" w:lineRule="auto"/>
        <w:jc w:val="left"/>
        <w:textAlignment w:val="center"/>
        <w:rPr>
          <w:color w:val="000000"/>
        </w:rPr>
      </w:pPr>
      <w:r>
        <w:rPr>
          <w:rFonts w:ascii="宋体" w:eastAsia="宋体" w:hAnsi="宋体" w:cs="宋体"/>
          <w:color w:val="000000"/>
        </w:rPr>
        <w:t>据此概括作答即可。</w:t>
      </w:r>
    </w:p>
    <w:p>
      <w:pPr>
        <w:spacing w:line="360" w:lineRule="auto"/>
        <w:jc w:val="left"/>
        <w:textAlignment w:val="center"/>
        <w:rPr>
          <w:color w:val="000000"/>
        </w:rPr>
      </w:pPr>
      <w:r>
        <w:rPr>
          <w:rFonts w:ascii="宋体" w:eastAsia="宋体" w:hAnsi="宋体" w:cs="宋体"/>
          <w:color w:val="000000"/>
        </w:rPr>
        <w:t>示例：作为保护区一名优秀的工作人员，首先需要具备过硬的专业知识储备，在麋鹿遇到危险时能及时展开施救工作；其次要热爱自己的工作，以做一名巡护员为豪，甘于奉献；最后还要有责任心，对小动物们，对巡护园负责任。</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rFonts w:ascii="宋体" w:eastAsia="宋体" w:hAnsi="宋体" w:cs="宋体"/>
          <w:color w:val="000000"/>
        </w:rPr>
        <w:t>本题考查赏析语句。</w:t>
      </w:r>
    </w:p>
    <w:p>
      <w:pPr>
        <w:spacing w:line="360" w:lineRule="auto"/>
        <w:jc w:val="left"/>
        <w:textAlignment w:val="center"/>
        <w:rPr>
          <w:color w:val="000000"/>
        </w:rPr>
      </w:pPr>
      <w:r>
        <w:rPr>
          <w:rFonts w:ascii="宋体" w:eastAsia="宋体" w:hAnsi="宋体" w:cs="宋体"/>
          <w:color w:val="000000"/>
        </w:rPr>
        <w:t>【甲】句：“鹿子们生活在这里，无忧无虑，打打闹闹，想游水就游水，想撒欢就撒欢，每天还有这么多人守护着，真是舒畅得很、幸福得很哩”运用了拟人的修辞手法，赋予生活在自然保护区的麋鹿们以人的情态。“想游水就游水”“想撒欢就撒欢”等描写生动形象地写出了麋鹿在自然保护区无忧无虑、舒畅幸福的生活，表现了王世军对麋鹿的喜爱之情。</w:t>
      </w:r>
    </w:p>
    <w:p>
      <w:pPr>
        <w:spacing w:line="360" w:lineRule="auto"/>
        <w:jc w:val="left"/>
        <w:textAlignment w:val="center"/>
        <w:rPr>
          <w:color w:val="000000"/>
        </w:rPr>
      </w:pPr>
      <w:r>
        <w:rPr>
          <w:rFonts w:ascii="宋体" w:eastAsia="宋体" w:hAnsi="宋体" w:cs="宋体"/>
          <w:color w:val="000000"/>
        </w:rPr>
        <w:t>【乙】句：“雄鹿昂头奔跑时，英姿勃勃，长长的藤蔓随风飘荡，好像满身披挂着‘王者’的绶带”一句运用了比喻的修辞手法，将麋鹿身上的藤蔓比作“王者”的绶带，是外貌描写，生动形象地写出了头戴“花冠”的雄鹿奔跑时英姿勃勃的样子，表达了作者对雄鹿英姿的赞叹之情。</w:t>
      </w:r>
    </w:p>
    <w:p>
      <w:pPr>
        <w:spacing w:line="360" w:lineRule="auto"/>
        <w:jc w:val="left"/>
        <w:textAlignment w:val="center"/>
        <w:rPr>
          <w:color w:val="000000"/>
        </w:rPr>
      </w:pPr>
      <w:r>
        <w:rPr>
          <w:rFonts w:ascii="宋体" w:eastAsia="宋体" w:hAnsi="宋体" w:cs="宋体"/>
          <w:color w:val="000000"/>
        </w:rPr>
        <w:t>任选一句鉴赏作答即可。</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本</w:t>
      </w:r>
      <w:r>
        <w:rPr>
          <w:rFonts w:ascii="宋体" w:eastAsia="宋体" w:hAnsi="宋体" w:cs="宋体"/>
          <w:color w:val="000000"/>
        </w:rPr>
        <w:t>题考查分析标题的含义和作用。</w:t>
      </w:r>
    </w:p>
    <w:p>
      <w:pPr>
        <w:spacing w:line="360" w:lineRule="auto"/>
        <w:jc w:val="left"/>
        <w:textAlignment w:val="center"/>
        <w:rPr>
          <w:color w:val="000000"/>
        </w:rPr>
      </w:pPr>
      <w:r>
        <w:rPr>
          <w:rFonts w:ascii="宋体" w:eastAsia="宋体" w:hAnsi="宋体" w:cs="宋体"/>
          <w:color w:val="000000"/>
        </w:rPr>
        <w:t>内容上，“呦呦鹿鸣”的意思是：阳光下的鹿群呦呦欢鸣，引用于《诗经·小雅·鹿鸣》中的“呦呦鹿鸣”，生动形象的描写出了鹿群自由自在的快乐生活的样子，富有诗意，吸引读者的阅读兴趣，表现出使人一见难忘,闻之动心的美学力量，增加了文章的文采。</w:t>
      </w:r>
    </w:p>
    <w:p>
      <w:pPr>
        <w:spacing w:line="360" w:lineRule="auto"/>
        <w:jc w:val="left"/>
        <w:textAlignment w:val="center"/>
        <w:rPr>
          <w:color w:val="000000"/>
        </w:rPr>
      </w:pPr>
      <w:r>
        <w:rPr>
          <w:rFonts w:ascii="宋体" w:eastAsia="宋体" w:hAnsi="宋体" w:cs="宋体"/>
          <w:color w:val="000000"/>
        </w:rPr>
        <w:t>结构上，“呦呦”是麋鹿的鸣叫声，是大自然的野性呼唤，用“呦呦鹿鸣”来做标题，集中而又含蓄概括了文章的主旨。本文主要讲述了“我”在巡护员们的带领下参观石首麋鹿国家级自然保护区，体验巡护员工作的故事。通过描写巡护员们和麋鹿之间和谐有爱的相处日常，体现了人与动物和谐共生的主题。</w:t>
      </w:r>
    </w:p>
    <w:p>
      <w:pPr>
        <w:spacing w:line="360" w:lineRule="auto"/>
        <w:jc w:val="left"/>
        <w:textAlignment w:val="center"/>
        <w:rPr>
          <w:color w:val="000000"/>
        </w:rPr>
      </w:pPr>
      <w:r>
        <w:rPr>
          <w:rFonts w:ascii="宋体" w:eastAsia="宋体" w:hAnsi="宋体" w:cs="宋体"/>
          <w:b/>
          <w:color w:val="000000"/>
          <w:sz w:val="24"/>
        </w:rPr>
        <w:t>（二）（共</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360" w:lineRule="auto"/>
        <w:jc w:val="left"/>
        <w:textAlignment w:val="center"/>
        <w:rPr>
          <w:color w:val="000000"/>
        </w:rPr>
      </w:pPr>
      <w:r>
        <w:rPr>
          <w:rFonts w:ascii="宋体" w:eastAsia="宋体" w:hAnsi="宋体" w:cs="宋体"/>
          <w:color w:val="000000"/>
        </w:rPr>
        <w:t>阅读下面材料，完成各题。</w:t>
      </w:r>
    </w:p>
    <w:p>
      <w:pPr>
        <w:spacing w:line="360" w:lineRule="auto"/>
        <w:jc w:val="left"/>
        <w:textAlignment w:val="center"/>
        <w:rPr>
          <w:color w:val="000000"/>
        </w:rPr>
      </w:pPr>
      <w:r>
        <w:rPr>
          <w:rFonts w:ascii="宋体" w:eastAsia="宋体" w:hAnsi="宋体" w:cs="宋体"/>
          <w:color w:val="000000"/>
        </w:rPr>
        <w:t>材料一</w:t>
      </w:r>
    </w:p>
    <w:p>
      <w:pPr>
        <w:spacing w:line="360" w:lineRule="auto"/>
        <w:ind w:firstLine="420"/>
        <w:jc w:val="left"/>
        <w:textAlignment w:val="center"/>
        <w:rPr>
          <w:color w:val="000000"/>
        </w:rPr>
      </w:pPr>
      <w:r>
        <w:rPr>
          <w:rFonts w:ascii="Arial Unicode MS" w:eastAsia="Arial Unicode MS" w:hAnsi="Arial Unicode MS" w:cs="Arial Unicode MS"/>
          <w:color w:val="000000"/>
        </w:rPr>
        <w:t>①</w:t>
      </w:r>
      <w:r>
        <w:rPr>
          <w:rFonts w:ascii="楷体" w:eastAsia="楷体" w:hAnsi="楷体" w:cs="楷体"/>
          <w:color w:val="000000"/>
        </w:rPr>
        <w:t>儿童文学，是专为少年儿童创作的文学作品，通俗易懂，生动活泼。叶圣陶的童话《稻草人》和冰心的书信体儿童散文《寄小读者》，是中国现代儿童文学的奠基之作。建国前的儿童文学，大多紧扣社会重要事件。《鸡毛信》《小英雄雨来》塑造的小英雄形象脍炙人口，成为一代人的共同回忆。五六十年代，既有向少年儿童普及科学知识的《小蝌蚪找妈妈》《我们的土壤妈妈》，也有《宝葫芦的秘密》等富有教育意义的作品，成为滋养儿童生命的丰厚精神养料。改革开放后，更为广阔、多样的生活内容纳入儿童文学的视野。小说、童话、科幻故事等不同体裁多样共生，郑渊洁的童话、沈石溪的动物小说、叶永烈的科幻小说等，给少年儿童带来更为丰富的阅读体验。</w:t>
      </w:r>
    </w:p>
    <w:p>
      <w:pPr>
        <w:spacing w:line="360" w:lineRule="auto"/>
        <w:ind w:firstLine="420"/>
        <w:jc w:val="left"/>
        <w:textAlignment w:val="center"/>
        <w:rPr>
          <w:color w:val="000000"/>
        </w:rPr>
      </w:pPr>
      <w:r>
        <w:rPr>
          <w:rFonts w:ascii="Arial Unicode MS" w:eastAsia="Arial Unicode MS" w:hAnsi="Arial Unicode MS" w:cs="Arial Unicode MS"/>
          <w:color w:val="000000"/>
        </w:rPr>
        <w:t>②</w:t>
      </w:r>
      <w:r>
        <w:rPr>
          <w:rFonts w:ascii="楷体" w:eastAsia="楷体" w:hAnsi="楷体" w:cs="楷体"/>
          <w:color w:val="000000"/>
        </w:rPr>
        <w:t>新世纪以来，儿童文学迎来了最为兴盛的创作与出版时期。一批体现时代特征的原创精品不断涌现，如《北斗牵着我的手》《蓝海金钢》《中国轨道号》等作品，聚焦</w:t>
      </w:r>
      <w:r>
        <w:rPr>
          <w:rFonts w:ascii="宋体" w:eastAsia="宋体" w:hAnsi="宋体" w:cs="宋体"/>
          <w:color w:val="000000"/>
        </w:rPr>
        <w:t>“</w:t>
      </w:r>
      <w:r>
        <w:rPr>
          <w:rFonts w:ascii="楷体" w:eastAsia="楷体" w:hAnsi="楷体" w:cs="楷体"/>
          <w:color w:val="000000"/>
        </w:rPr>
        <w:t>中国故事</w:t>
      </w:r>
      <w:r>
        <w:rPr>
          <w:rFonts w:ascii="宋体" w:eastAsia="宋体" w:hAnsi="宋体" w:cs="宋体"/>
          <w:color w:val="000000"/>
        </w:rPr>
        <w:t>”</w:t>
      </w:r>
      <w:r>
        <w:rPr>
          <w:rFonts w:ascii="楷体" w:eastAsia="楷体" w:hAnsi="楷体" w:cs="楷体"/>
          <w:color w:val="000000"/>
        </w:rPr>
        <w:t>，彰显民族特色，展示出新时代儿童文学的中国风貌与中国精神，成为中国儿童文学最亮眼的底色。据有关数据显示，居于少儿出版读物类别品种数量之首的中国儿童文学____________。</w:t>
      </w:r>
    </w:p>
    <w:p>
      <w:pPr>
        <w:spacing w:line="360" w:lineRule="auto"/>
        <w:ind w:firstLine="420"/>
        <w:jc w:val="left"/>
        <w:textAlignment w:val="center"/>
        <w:rPr>
          <w:color w:val="000000"/>
        </w:rPr>
      </w:pPr>
      <w:r>
        <w:rPr>
          <w:color w:val="000000"/>
        </w:rPr>
        <w:drawing>
          <wp:inline>
            <wp:extent cx="5238750" cy="3619500"/>
            <wp:docPr id="15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
                    <pic:cNvPicPr>
                      <a:picLocks noChangeAspect="1"/>
                    </pic:cNvPicPr>
                  </pic:nvPicPr>
                  <pic:blipFill>
                    <a:blip r:embed="rId134"/>
                    <a:stretch>
                      <a:fillRect/>
                    </a:stretch>
                  </pic:blipFill>
                  <pic:spPr>
                    <a:xfrm>
                      <a:off x="0" y="0"/>
                      <a:ext cx="5238750" cy="3619500"/>
                    </a:xfrm>
                    <a:prstGeom prst="rect">
                      <a:avLst/>
                    </a:prstGeom>
                  </pic:spPr>
                </pic:pic>
              </a:graphicData>
            </a:graphic>
          </wp:inline>
        </w:drawing>
      </w:r>
    </w:p>
    <w:p>
      <w:pPr>
        <w:spacing w:line="360" w:lineRule="auto"/>
        <w:jc w:val="right"/>
        <w:textAlignment w:val="center"/>
        <w:rPr>
          <w:color w:val="000000"/>
        </w:rPr>
      </w:pPr>
      <w:r>
        <w:rPr>
          <w:rFonts w:ascii="宋体" w:eastAsia="宋体" w:hAnsi="宋体" w:cs="宋体"/>
          <w:color w:val="000000"/>
        </w:rPr>
        <w:t>（来源：中国书刊发行业协会）</w:t>
      </w:r>
    </w:p>
    <w:p>
      <w:pPr>
        <w:spacing w:line="360" w:lineRule="auto"/>
        <w:jc w:val="left"/>
        <w:textAlignment w:val="center"/>
        <w:rPr>
          <w:color w:val="000000"/>
        </w:rPr>
      </w:pPr>
      <w:r>
        <w:rPr>
          <w:rFonts w:ascii="宋体" w:eastAsia="宋体" w:hAnsi="宋体" w:cs="宋体"/>
          <w:color w:val="000000"/>
        </w:rPr>
        <w:t>材料二</w:t>
      </w:r>
    </w:p>
    <w:p>
      <w:pPr>
        <w:spacing w:line="360" w:lineRule="auto"/>
        <w:ind w:firstLine="420"/>
        <w:jc w:val="left"/>
        <w:textAlignment w:val="center"/>
        <w:rPr>
          <w:color w:val="000000"/>
        </w:rPr>
      </w:pPr>
      <w:r>
        <w:rPr>
          <w:rFonts w:ascii="Arial Unicode MS" w:eastAsia="Arial Unicode MS" w:hAnsi="Arial Unicode MS" w:cs="Arial Unicode MS"/>
          <w:color w:val="000000"/>
        </w:rPr>
        <w:t>①</w:t>
      </w:r>
      <w:r>
        <w:rPr>
          <w:rFonts w:ascii="Times New Roman" w:eastAsia="Times New Roman" w:hAnsi="Times New Roman" w:cs="Times New Roman"/>
          <w:color w:val="000000"/>
        </w:rPr>
        <w:t>2022</w:t>
      </w:r>
      <w:r>
        <w:rPr>
          <w:rFonts w:ascii="楷体" w:eastAsia="楷体" w:hAnsi="楷体" w:cs="楷体"/>
          <w:color w:val="000000"/>
        </w:rPr>
        <w:t>年</w:t>
      </w:r>
      <w:r>
        <w:rPr>
          <w:rFonts w:ascii="Times New Roman" w:eastAsia="Times New Roman" w:hAnsi="Times New Roman" w:cs="Times New Roman"/>
          <w:color w:val="000000"/>
        </w:rPr>
        <w:t>12</w:t>
      </w:r>
      <w:r>
        <w:rPr>
          <w:rFonts w:ascii="楷体" w:eastAsia="楷体" w:hAnsi="楷体" w:cs="楷体"/>
          <w:color w:val="000000"/>
        </w:rPr>
        <w:t>月</w:t>
      </w:r>
      <w:r>
        <w:rPr>
          <w:rFonts w:ascii="Times New Roman" w:eastAsia="Times New Roman" w:hAnsi="Times New Roman" w:cs="Times New Roman"/>
          <w:color w:val="000000"/>
        </w:rPr>
        <w:t>1</w:t>
      </w:r>
      <w:r>
        <w:rPr>
          <w:rFonts w:ascii="楷体" w:eastAsia="楷体" w:hAnsi="楷体" w:cs="楷体"/>
          <w:color w:val="000000"/>
        </w:rPr>
        <w:t>日，冰心儿童文学新作奖获奖名单正式公布，一批年轻作家榜上有名。作为儿童文学界权威的文学赛事，冰心儿童文学新作奖每年举办一次，迄今已举办</w:t>
      </w:r>
      <w:r>
        <w:rPr>
          <w:rFonts w:ascii="Times New Roman" w:eastAsia="Times New Roman" w:hAnsi="Times New Roman" w:cs="Times New Roman"/>
          <w:color w:val="000000"/>
        </w:rPr>
        <w:t>33</w:t>
      </w:r>
      <w:r>
        <w:rPr>
          <w:rFonts w:ascii="楷体" w:eastAsia="楷体" w:hAnsi="楷体" w:cs="楷体"/>
          <w:color w:val="000000"/>
        </w:rPr>
        <w:t>届，支持和鼓励了优秀儿童文学作品的创作和出版。近年来，多个具有专向性的作品评选先后启动，如少儿科幻星云奖、</w:t>
      </w:r>
      <w:r>
        <w:rPr>
          <w:rFonts w:ascii="宋体" w:eastAsia="宋体" w:hAnsi="宋体" w:cs="宋体"/>
          <w:color w:val="000000"/>
        </w:rPr>
        <w:t>“</w:t>
      </w:r>
      <w:r>
        <w:rPr>
          <w:rFonts w:ascii="楷体" w:eastAsia="楷体" w:hAnsi="楷体" w:cs="楷体"/>
          <w:color w:val="000000"/>
        </w:rPr>
        <w:t>长江杯</w:t>
      </w:r>
      <w:r>
        <w:rPr>
          <w:rFonts w:ascii="宋体" w:eastAsia="宋体" w:hAnsi="宋体" w:cs="宋体"/>
          <w:color w:val="000000"/>
        </w:rPr>
        <w:t>”</w:t>
      </w:r>
      <w:r>
        <w:rPr>
          <w:rFonts w:ascii="楷体" w:eastAsia="楷体" w:hAnsi="楷体" w:cs="楷体"/>
          <w:color w:val="000000"/>
        </w:rPr>
        <w:t>中国现实主义原创儿童文学优秀作品征集等。越来越多的评选立足于鼓励原创，为文学新人提供了崭露头角的机会，新人佳作不断涌现，年轻的声音显示出不同凡响的力量。</w:t>
      </w:r>
    </w:p>
    <w:p>
      <w:pPr>
        <w:spacing w:line="360" w:lineRule="auto"/>
        <w:ind w:firstLine="420"/>
        <w:jc w:val="left"/>
        <w:textAlignment w:val="center"/>
        <w:rPr>
          <w:color w:val="000000"/>
        </w:rPr>
      </w:pPr>
      <w:r>
        <w:rPr>
          <w:rFonts w:ascii="Arial Unicode MS" w:eastAsia="Arial Unicode MS" w:hAnsi="Arial Unicode MS" w:cs="Arial Unicode MS"/>
          <w:color w:val="000000"/>
        </w:rPr>
        <w:t>②</w:t>
      </w:r>
      <w:r>
        <w:rPr>
          <w:rFonts w:ascii="楷体" w:eastAsia="楷体" w:hAnsi="楷体" w:cs="楷体"/>
          <w:color w:val="000000"/>
        </w:rPr>
        <w:t>值得关注的是，越来越多资深儿童文学家助力语文教育。有的参与主编一些课外阅读材料，有的走进中小学进行公益阅读和写作讲座。金波、秦文君、王一梅等作家将自己的阅读和写作心得分享给中小学生们，以满足他们的阅读和写作需求。儿童文学加快推进与语文教育的深度融合，是儿童文学进步的标志，也是儿童文学站在新时代的历史起点上体现出的教育情怀。</w:t>
      </w:r>
    </w:p>
    <w:p>
      <w:pPr>
        <w:spacing w:line="360" w:lineRule="auto"/>
        <w:jc w:val="left"/>
        <w:textAlignment w:val="center"/>
        <w:rPr>
          <w:color w:val="000000"/>
        </w:rPr>
      </w:pPr>
      <w:r>
        <w:rPr>
          <w:rFonts w:ascii="宋体" w:eastAsia="宋体" w:hAnsi="宋体" w:cs="宋体"/>
          <w:color w:val="000000"/>
        </w:rPr>
        <w:t>材料三</w:t>
      </w:r>
    </w:p>
    <w:p>
      <w:pPr>
        <w:spacing w:line="360" w:lineRule="auto"/>
        <w:ind w:firstLine="420"/>
        <w:jc w:val="left"/>
        <w:textAlignment w:val="center"/>
        <w:rPr>
          <w:color w:val="000000"/>
        </w:rPr>
      </w:pPr>
      <w:r>
        <w:rPr>
          <w:rFonts w:ascii="楷体" w:eastAsia="楷体" w:hAnsi="楷体" w:cs="楷体"/>
          <w:color w:val="000000"/>
        </w:rPr>
        <w:t>你想与故宫里的神兽做朋友，去故宫</w:t>
      </w:r>
      <w:r>
        <w:rPr>
          <w:rFonts w:ascii="宋体" w:eastAsia="宋体" w:hAnsi="宋体" w:cs="宋体"/>
          <w:color w:val="000000"/>
        </w:rPr>
        <w:t>“</w:t>
      </w:r>
      <w:r>
        <w:rPr>
          <w:rFonts w:ascii="楷体" w:eastAsia="楷体" w:hAnsi="楷体" w:cs="楷体"/>
          <w:color w:val="000000"/>
        </w:rPr>
        <w:t>探秘</w:t>
      </w:r>
      <w:r>
        <w:rPr>
          <w:rFonts w:ascii="宋体" w:eastAsia="宋体" w:hAnsi="宋体" w:cs="宋体"/>
          <w:color w:val="000000"/>
        </w:rPr>
        <w:t>”</w:t>
      </w:r>
      <w:r>
        <w:rPr>
          <w:rFonts w:ascii="楷体" w:eastAsia="楷体" w:hAnsi="楷体" w:cs="楷体"/>
          <w:color w:val="000000"/>
        </w:rPr>
        <w:t>吗？</w:t>
      </w:r>
      <w:r>
        <w:rPr>
          <w:rFonts w:ascii="宋体" w:eastAsia="宋体" w:hAnsi="宋体" w:cs="宋体"/>
          <w:color w:val="000000"/>
        </w:rPr>
        <w:t>“</w:t>
      </w:r>
      <w:r>
        <w:rPr>
          <w:rFonts w:ascii="楷体" w:eastAsia="楷体" w:hAnsi="楷体" w:cs="楷体"/>
          <w:color w:val="000000"/>
        </w:rPr>
        <w:t>故宫里的大怪兽</w:t>
      </w:r>
      <w:r>
        <w:rPr>
          <w:rFonts w:ascii="宋体" w:eastAsia="宋体" w:hAnsi="宋体" w:cs="宋体"/>
          <w:color w:val="000000"/>
        </w:rPr>
        <w:t>”</w:t>
      </w:r>
      <w:r>
        <w:rPr>
          <w:rFonts w:ascii="楷体" w:eastAsia="楷体" w:hAnsi="楷体" w:cs="楷体"/>
          <w:color w:val="000000"/>
        </w:rPr>
        <w:t>可以带你实现这个愿望。深受少年儿童喜爱的故宫题材的童话《故宫里的大怪兽》目前已改编成动画片、电影，音乐剧也已在全国巡演。由中国神话故事《哪吒闹海》改编而成的动画电影《哪吒之魔童降世》，以独特的形象设计和民族化的审美风格，给孩子们带来耳目一新的感觉。近年来，伴随互联网与媒介融合程度日益加深，一批优秀的儿童文学作品通过改编的方式转换成电影、戏剧、动画、短视频等形式，不仅优化了儿童文学的传播效果，扩大了儿童文学的影响力，而且满足了孩子们不同阅读场景的需求。</w:t>
      </w:r>
    </w:p>
    <w:p>
      <w:pPr>
        <w:spacing w:line="360" w:lineRule="auto"/>
        <w:jc w:val="left"/>
        <w:textAlignment w:val="center"/>
        <w:rPr>
          <w:color w:val="000000"/>
        </w:rPr>
      </w:pPr>
      <w:r>
        <w:rPr>
          <w:color w:val="000000"/>
        </w:rPr>
        <w:t xml:space="preserve">15. </w:t>
      </w:r>
      <w:r>
        <w:rPr>
          <w:rFonts w:ascii="宋体" w:eastAsia="宋体" w:hAnsi="宋体" w:cs="宋体"/>
          <w:color w:val="000000"/>
        </w:rPr>
        <w:t>阅读上述三则材料，下列表述符合文意的一项是</w:t>
      </w:r>
      <w:r>
        <w:rPr>
          <w:color w:val="000000"/>
        </w:rPr>
        <w:t>（       ）</w:t>
      </w:r>
    </w:p>
    <w:p>
      <w:pPr>
        <w:spacing w:line="360" w:lineRule="auto"/>
        <w:jc w:val="left"/>
        <w:textAlignment w:val="center"/>
        <w:rPr>
          <w:color w:val="000000"/>
        </w:rPr>
      </w:pPr>
      <w:r>
        <w:rPr>
          <w:rFonts w:ascii="宋体" w:eastAsia="宋体" w:hAnsi="宋体" w:cs="宋体"/>
          <w:color w:val="000000"/>
        </w:rPr>
        <w:t>【甲】不同体裁多样共生的大好局面，给少年儿童带来更丰富的阅读体验。</w:t>
      </w:r>
    </w:p>
    <w:p>
      <w:pPr>
        <w:spacing w:line="360" w:lineRule="auto"/>
        <w:jc w:val="left"/>
        <w:textAlignment w:val="center"/>
        <w:rPr>
          <w:color w:val="000000"/>
        </w:rPr>
      </w:pPr>
      <w:r>
        <w:rPr>
          <w:rFonts w:ascii="宋体" w:eastAsia="宋体" w:hAnsi="宋体" w:cs="宋体"/>
          <w:color w:val="000000"/>
        </w:rPr>
        <w:t>【乙】儿童文学作品的创作和出版，源于冰心儿童文学新作奖的长期推动。</w:t>
      </w:r>
    </w:p>
    <w:p>
      <w:pPr>
        <w:spacing w:line="360" w:lineRule="auto"/>
        <w:jc w:val="left"/>
        <w:textAlignment w:val="center"/>
        <w:rPr>
          <w:color w:val="000000"/>
        </w:rPr>
      </w:pPr>
      <w:r>
        <w:rPr>
          <w:rFonts w:ascii="宋体" w:eastAsia="宋体" w:hAnsi="宋体" w:cs="宋体"/>
          <w:color w:val="000000"/>
        </w:rPr>
        <w:t>【丙】只有借助改编，儿童文学作品才能优化传播效果，满足孩子的需求。</w:t>
      </w:r>
    </w:p>
    <w:p>
      <w:pPr>
        <w:spacing w:line="360" w:lineRule="auto"/>
        <w:jc w:val="left"/>
        <w:textAlignment w:val="center"/>
        <w:rPr>
          <w:color w:val="000000"/>
        </w:rPr>
      </w:pPr>
      <w:r>
        <w:rPr>
          <w:color w:val="000000"/>
        </w:rPr>
        <w:t xml:space="preserve">16. </w:t>
      </w:r>
      <w:r>
        <w:rPr>
          <w:rFonts w:ascii="宋体" w:eastAsia="宋体" w:hAnsi="宋体" w:cs="宋体"/>
          <w:color w:val="000000"/>
        </w:rPr>
        <w:t>根据材料一的内容和图</w:t>
      </w:r>
      <w:r>
        <w:rPr>
          <w:rFonts w:ascii="Times New Roman" w:eastAsia="Times New Roman" w:hAnsi="Times New Roman" w:cs="Times New Roman"/>
          <w:color w:val="000000"/>
        </w:rPr>
        <w:t>1</w:t>
      </w:r>
      <w:r>
        <w:rPr>
          <w:rFonts w:ascii="宋体" w:eastAsia="宋体" w:hAnsi="宋体" w:cs="宋体"/>
          <w:color w:val="000000"/>
        </w:rPr>
        <w:t>的信息，在横线处补写一句话。</w:t>
      </w:r>
    </w:p>
    <w:p>
      <w:pPr>
        <w:spacing w:line="360" w:lineRule="auto"/>
        <w:jc w:val="left"/>
        <w:textAlignment w:val="center"/>
        <w:rPr>
          <w:color w:val="000000"/>
        </w:rPr>
      </w:pPr>
      <w:r>
        <w:rPr>
          <w:color w:val="000000"/>
        </w:rPr>
        <w:t xml:space="preserve">17. </w:t>
      </w:r>
      <w:r>
        <w:rPr>
          <w:rFonts w:ascii="宋体" w:eastAsia="宋体" w:hAnsi="宋体" w:cs="宋体"/>
          <w:color w:val="000000"/>
        </w:rPr>
        <w:t>从上述三则材料可以看出，近年来儿童文学的发展体现在：</w:t>
      </w:r>
      <w:r>
        <w:rPr>
          <w:rFonts w:ascii="宋体" w:eastAsia="宋体" w:hAnsi="宋体" w:cs="宋体"/>
          <w:color w:val="000000"/>
          <w:u w:val="single"/>
        </w:rPr>
        <w:t>①</w:t>
      </w:r>
      <w:r>
        <w:rPr>
          <w:color w:val="000000"/>
        </w:rPr>
        <w:t>____</w:t>
      </w:r>
      <w:r>
        <w:rPr>
          <w:rFonts w:ascii="宋体" w:eastAsia="宋体" w:hAnsi="宋体" w:cs="宋体"/>
          <w:color w:val="000000"/>
        </w:rPr>
        <w:t>、新人佳作不断涌现、</w:t>
      </w:r>
      <w:r>
        <w:rPr>
          <w:rFonts w:ascii="宋体" w:eastAsia="宋体" w:hAnsi="宋体" w:cs="宋体"/>
          <w:color w:val="000000"/>
          <w:u w:val="single"/>
        </w:rPr>
        <w:t>②</w:t>
      </w:r>
      <w:r>
        <w:rPr>
          <w:color w:val="000000"/>
        </w:rPr>
        <w:t>____</w:t>
      </w:r>
      <w:r>
        <w:rPr>
          <w:rFonts w:ascii="宋体" w:eastAsia="宋体" w:hAnsi="宋体" w:cs="宋体"/>
          <w:color w:val="000000"/>
        </w:rPr>
        <w:t>、</w:t>
      </w:r>
      <w:r>
        <w:rPr>
          <w:rFonts w:ascii="宋体" w:eastAsia="宋体" w:hAnsi="宋体" w:cs="宋体"/>
          <w:color w:val="000000"/>
          <w:u w:val="single"/>
        </w:rPr>
        <w:t>③</w:t>
      </w:r>
      <w:r>
        <w:rPr>
          <w:color w:val="000000"/>
        </w:rPr>
        <w:t>____</w:t>
      </w:r>
      <w:r>
        <w:rPr>
          <w:rFonts w:ascii="宋体" w:eastAsia="宋体" w:hAnsi="宋体" w:cs="宋体"/>
          <w:color w:val="000000"/>
        </w:rPr>
        <w:t>。（每空限</w:t>
      </w:r>
      <w:r>
        <w:rPr>
          <w:rFonts w:ascii="Times New Roman" w:eastAsia="Times New Roman" w:hAnsi="Times New Roman" w:cs="Times New Roman"/>
          <w:color w:val="000000"/>
        </w:rPr>
        <w:t>15</w:t>
      </w:r>
      <w:r>
        <w:rPr>
          <w:rFonts w:ascii="宋体" w:eastAsia="宋体" w:hAnsi="宋体" w:cs="宋体"/>
          <w:color w:val="000000"/>
        </w:rPr>
        <w:t>字以内）</w:t>
      </w:r>
    </w:p>
    <w:p>
      <w:pPr>
        <w:spacing w:line="360" w:lineRule="auto"/>
        <w:textAlignment w:val="center"/>
        <w:rPr>
          <w:color w:val="000000"/>
        </w:rPr>
      </w:pPr>
      <w:r>
        <w:rPr>
          <w:color w:val="2E75B6"/>
        </w:rPr>
        <w:t>【答案】</w:t>
      </w:r>
      <w:r>
        <w:rPr>
          <w:color w:val="000000"/>
        </w:rPr>
        <w:t xml:space="preserve">15. </w:t>
      </w:r>
      <w:r>
        <w:rPr>
          <w:rFonts w:ascii="宋体" w:eastAsia="宋体" w:hAnsi="宋体" w:cs="宋体"/>
          <w:color w:val="000000"/>
        </w:rPr>
        <w:t>甲</w:t>
      </w:r>
      <w:r>
        <w:rPr>
          <w:color w:val="000000"/>
        </w:rPr>
        <w:t xml:space="preserve">    </w:t>
      </w:r>
      <w:r>
        <w:rPr>
          <w:color w:val="000000"/>
        </w:rPr>
        <w:t xml:space="preserve">16. </w:t>
      </w:r>
      <w:r>
        <w:rPr>
          <w:rFonts w:ascii="宋体" w:eastAsia="宋体" w:hAnsi="宋体" w:cs="宋体"/>
          <w:color w:val="000000"/>
        </w:rPr>
        <w:t>示例：品种数量自</w:t>
      </w:r>
      <w:r>
        <w:rPr>
          <w:rFonts w:ascii="Times New Roman" w:eastAsia="Times New Roman" w:hAnsi="Times New Roman" w:cs="Times New Roman"/>
          <w:color w:val="000000"/>
        </w:rPr>
        <w:t>2020</w:t>
      </w:r>
      <w:r>
        <w:rPr>
          <w:rFonts w:ascii="宋体" w:eastAsia="宋体" w:hAnsi="宋体" w:cs="宋体"/>
          <w:color w:val="000000"/>
        </w:rPr>
        <w:t>年至</w:t>
      </w:r>
      <w:r>
        <w:rPr>
          <w:rFonts w:ascii="Times New Roman" w:eastAsia="Times New Roman" w:hAnsi="Times New Roman" w:cs="Times New Roman"/>
          <w:color w:val="000000"/>
        </w:rPr>
        <w:t>2022</w:t>
      </w:r>
      <w:r>
        <w:rPr>
          <w:rFonts w:ascii="宋体" w:eastAsia="宋体" w:hAnsi="宋体" w:cs="宋体"/>
          <w:color w:val="000000"/>
        </w:rPr>
        <w:t>年上半年呈增长趋势</w:t>
      </w:r>
      <w:r>
        <w:rPr>
          <w:color w:val="000000"/>
        </w:rPr>
        <w:t xml:space="preserve">    </w:t>
      </w:r>
    </w:p>
    <w:p>
      <w:pPr>
        <w:spacing w:line="360" w:lineRule="auto"/>
        <w:textAlignment w:val="center"/>
        <w:rPr>
          <w:color w:val="000000"/>
        </w:rPr>
      </w:pPr>
      <w:r>
        <w:rPr>
          <w:color w:val="000000"/>
        </w:rPr>
        <w:t xml:space="preserve">17. </w:t>
      </w:r>
      <w:r>
        <w:rPr>
          <w:color w:val="000000"/>
        </w:rPr>
        <w:t xml:space="preserve">    ①. </w:t>
      </w:r>
      <w:r>
        <w:rPr>
          <w:rFonts w:ascii="宋体" w:eastAsia="宋体" w:hAnsi="宋体" w:cs="宋体"/>
          <w:color w:val="000000"/>
        </w:rPr>
        <w:t>迎来最为兴盛的创作与出版时期</w:t>
      </w:r>
      <w:r>
        <w:rPr>
          <w:color w:val="000000"/>
        </w:rPr>
        <w:t xml:space="preserve">    ②. </w:t>
      </w:r>
      <w:r>
        <w:rPr>
          <w:rFonts w:ascii="宋体" w:eastAsia="宋体" w:hAnsi="宋体" w:cs="宋体"/>
          <w:color w:val="000000"/>
        </w:rPr>
        <w:t>加快推进与语文教育的深度融合</w:t>
      </w:r>
      <w:r>
        <w:rPr>
          <w:color w:val="000000"/>
        </w:rPr>
        <w:t xml:space="preserve">    ③. </w:t>
      </w:r>
      <w:r>
        <w:rPr>
          <w:rFonts w:ascii="宋体" w:eastAsia="宋体" w:hAnsi="宋体" w:cs="宋体"/>
          <w:color w:val="000000"/>
        </w:rPr>
        <w:t>改编方式优化了传播效果</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本题考查信息筛选和辨析。</w:t>
      </w:r>
    </w:p>
    <w:p>
      <w:pPr>
        <w:spacing w:line="360" w:lineRule="auto"/>
        <w:jc w:val="left"/>
        <w:textAlignment w:val="center"/>
        <w:rPr>
          <w:color w:val="000000"/>
        </w:rPr>
      </w:pPr>
      <w:r>
        <w:rPr>
          <w:rFonts w:ascii="宋体" w:eastAsia="宋体" w:hAnsi="宋体" w:cs="宋体"/>
          <w:color w:val="000000"/>
        </w:rPr>
        <w:t>【乙】“儿童文学作品的创作和出版，源于冰心儿童文学新作奖的长期推动”错误；结合材料二第</w:t>
      </w:r>
      <w:r>
        <w:rPr>
          <w:rFonts w:ascii="Arial Unicode MS" w:eastAsia="Arial Unicode MS" w:hAnsi="Arial Unicode MS" w:cs="Arial Unicode MS"/>
          <w:color w:val="000000"/>
        </w:rPr>
        <w:t>①</w:t>
      </w:r>
      <w:r>
        <w:rPr>
          <w:rFonts w:ascii="宋体" w:eastAsia="宋体" w:hAnsi="宋体" w:cs="宋体"/>
          <w:color w:val="000000"/>
        </w:rPr>
        <w:t>段“冰心儿童文学新作奖每年举办一次，迄今已举办</w:t>
      </w:r>
      <w:r>
        <w:rPr>
          <w:rFonts w:ascii="Times New Roman" w:eastAsia="Times New Roman" w:hAnsi="Times New Roman" w:cs="Times New Roman"/>
          <w:color w:val="000000"/>
        </w:rPr>
        <w:t>33</w:t>
      </w:r>
      <w:r>
        <w:rPr>
          <w:rFonts w:ascii="宋体" w:eastAsia="宋体" w:hAnsi="宋体" w:cs="宋体"/>
          <w:color w:val="000000"/>
        </w:rPr>
        <w:t>届，支持和鼓励了优秀儿童文学作品的创作和出版”可知，有关键词“支持和鼓励了”，冰心儿童文学新作奖仅是推动的原因之一，而不是唯一原因，故“源于冰心儿童文学新作奖的长期推动”表述错误；</w:t>
      </w:r>
    </w:p>
    <w:p>
      <w:pPr>
        <w:spacing w:line="360" w:lineRule="auto"/>
        <w:jc w:val="left"/>
        <w:textAlignment w:val="center"/>
        <w:rPr>
          <w:color w:val="000000"/>
        </w:rPr>
      </w:pPr>
      <w:r>
        <w:rPr>
          <w:rFonts w:ascii="宋体" w:eastAsia="宋体" w:hAnsi="宋体" w:cs="宋体"/>
          <w:color w:val="000000"/>
        </w:rPr>
        <w:t>【丙】“只有借助改编，儿童文学作品才能优化传播效果，满足孩子的需求”错误，结合材料三“近年来，伴随互联网与媒介融合程度日益加深，一批优秀的儿童文学作品通过改编的方式转换成电影、戏剧、动画、短视频等形式，不仅优化了儿童文学的传播效果，扩大了儿童文学的影响力，而且满足了孩子们不同阅读场景的需求”可知，“只有借助改编，儿童文学作品才能优化传播效果，满足孩子的需求”表述过于绝对了；</w:t>
      </w:r>
    </w:p>
    <w:p>
      <w:pPr>
        <w:spacing w:line="360" w:lineRule="auto"/>
        <w:jc w:val="left"/>
        <w:textAlignment w:val="center"/>
        <w:rPr>
          <w:color w:val="000000"/>
        </w:rPr>
      </w:pPr>
      <w:r>
        <w:rPr>
          <w:rFonts w:ascii="宋体" w:eastAsia="宋体" w:hAnsi="宋体" w:cs="宋体"/>
          <w:color w:val="000000"/>
        </w:rPr>
        <w:t>故正确的是【甲】。</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本题考查图文转换。</w:t>
      </w:r>
    </w:p>
    <w:p>
      <w:pPr>
        <w:spacing w:line="360" w:lineRule="auto"/>
        <w:jc w:val="left"/>
        <w:textAlignment w:val="center"/>
        <w:rPr>
          <w:color w:val="000000"/>
        </w:rPr>
      </w:pPr>
      <w:r>
        <w:rPr>
          <w:rFonts w:ascii="宋体" w:eastAsia="宋体" w:hAnsi="宋体" w:cs="宋体"/>
          <w:color w:val="000000"/>
        </w:rPr>
        <w:t>结合材料一第</w:t>
      </w:r>
      <w:r>
        <w:rPr>
          <w:rFonts w:ascii="Arial Unicode MS" w:eastAsia="Arial Unicode MS" w:hAnsi="Arial Unicode MS" w:cs="Arial Unicode MS"/>
          <w:color w:val="000000"/>
        </w:rPr>
        <w:t>②</w:t>
      </w:r>
      <w:r>
        <w:rPr>
          <w:rFonts w:ascii="宋体" w:eastAsia="宋体" w:hAnsi="宋体" w:cs="宋体"/>
          <w:color w:val="000000"/>
        </w:rPr>
        <w:t>段“据有关数据显示，居于少儿出版读物类别品种数量之首</w:t>
      </w:r>
      <w:r>
        <w:rPr>
          <w:rFonts w:ascii="宋体" w:eastAsia="宋体" w:hAnsi="宋体" w:cs="宋体"/>
          <w:color w:val="000000"/>
          <w:position w:val="0"/>
        </w:rPr>
        <w:drawing>
          <wp:inline>
            <wp:extent cx="133350" cy="177800"/>
            <wp:docPr id="15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
                    <pic:cNvPicPr>
                      <a:picLocks noChangeAspect="1"/>
                    </pic:cNvPicPr>
                  </pic:nvPicPr>
                  <pic:blipFill>
                    <a:blip r:embed="rId13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中国儿童文学</w:t>
      </w:r>
      <w:r>
        <w:rPr>
          <w:rFonts w:ascii="Times New Roman" w:eastAsia="Times New Roman" w:hAnsi="Times New Roman" w:cs="Times New Roman"/>
          <w:color w:val="000000"/>
          <w:u w:val="single"/>
        </w:rPr>
        <w:t xml:space="preserve">      </w:t>
      </w:r>
      <w:r>
        <w:rPr>
          <w:rFonts w:ascii="宋体" w:eastAsia="宋体" w:hAnsi="宋体" w:cs="宋体"/>
          <w:color w:val="000000"/>
        </w:rPr>
        <w:t>”可知，横线内容是对所给数据的总结概括。</w:t>
      </w:r>
    </w:p>
    <w:p>
      <w:pPr>
        <w:spacing w:line="360" w:lineRule="auto"/>
        <w:jc w:val="left"/>
        <w:textAlignment w:val="center"/>
        <w:rPr>
          <w:color w:val="000000"/>
        </w:rPr>
      </w:pPr>
      <w:r>
        <w:rPr>
          <w:rFonts w:ascii="宋体" w:eastAsia="宋体" w:hAnsi="宋体" w:cs="宋体"/>
          <w:color w:val="000000"/>
        </w:rPr>
        <w:t>结合“近三年少儿出版读物类别品种数量变化情况”图表可知，</w:t>
      </w:r>
      <w:r>
        <w:rPr>
          <w:rFonts w:ascii="Times New Roman" w:eastAsia="Times New Roman" w:hAnsi="Times New Roman" w:cs="Times New Roman"/>
          <w:color w:val="000000"/>
        </w:rPr>
        <w:t>2020</w:t>
      </w:r>
      <w:r>
        <w:rPr>
          <w:rFonts w:ascii="宋体" w:eastAsia="宋体" w:hAnsi="宋体" w:cs="宋体"/>
          <w:color w:val="000000"/>
        </w:rPr>
        <w:t>、</w:t>
      </w:r>
      <w:r>
        <w:rPr>
          <w:rFonts w:ascii="Times New Roman" w:eastAsia="Times New Roman" w:hAnsi="Times New Roman" w:cs="Times New Roman"/>
          <w:color w:val="000000"/>
        </w:rPr>
        <w:t>2021</w:t>
      </w:r>
      <w:r>
        <w:rPr>
          <w:rFonts w:ascii="宋体" w:eastAsia="宋体" w:hAnsi="宋体" w:cs="宋体"/>
          <w:color w:val="000000"/>
        </w:rPr>
        <w:t>、</w:t>
      </w:r>
      <w:r>
        <w:rPr>
          <w:rFonts w:ascii="Times New Roman" w:eastAsia="Times New Roman" w:hAnsi="Times New Roman" w:cs="Times New Roman"/>
          <w:color w:val="000000"/>
        </w:rPr>
        <w:t>2022</w:t>
      </w:r>
      <w:r>
        <w:rPr>
          <w:rFonts w:ascii="宋体" w:eastAsia="宋体" w:hAnsi="宋体" w:cs="宋体"/>
          <w:color w:val="000000"/>
        </w:rPr>
        <w:t>年</w:t>
      </w:r>
      <w:r>
        <w:rPr>
          <w:rFonts w:ascii="Times New Roman" w:eastAsia="Times New Roman" w:hAnsi="Times New Roman" w:cs="Times New Roman"/>
          <w:color w:val="000000"/>
        </w:rPr>
        <w:t>1-6</w:t>
      </w:r>
      <w:r>
        <w:rPr>
          <w:rFonts w:ascii="宋体" w:eastAsia="宋体" w:hAnsi="宋体" w:cs="宋体"/>
          <w:color w:val="000000"/>
        </w:rPr>
        <w:t>月的数据都非常高，从</w:t>
      </w:r>
      <w:r>
        <w:rPr>
          <w:rFonts w:ascii="Times New Roman" w:eastAsia="Times New Roman" w:hAnsi="Times New Roman" w:cs="Times New Roman"/>
          <w:color w:val="000000"/>
        </w:rPr>
        <w:t>2020</w:t>
      </w:r>
      <w:r>
        <w:rPr>
          <w:rFonts w:ascii="宋体" w:eastAsia="宋体" w:hAnsi="宋体" w:cs="宋体"/>
          <w:color w:val="000000"/>
        </w:rPr>
        <w:t>到</w:t>
      </w:r>
      <w:r>
        <w:rPr>
          <w:rFonts w:ascii="Times New Roman" w:eastAsia="Times New Roman" w:hAnsi="Times New Roman" w:cs="Times New Roman"/>
          <w:color w:val="000000"/>
        </w:rPr>
        <w:t>2021</w:t>
      </w:r>
      <w:r>
        <w:rPr>
          <w:rFonts w:ascii="宋体" w:eastAsia="宋体" w:hAnsi="宋体" w:cs="宋体"/>
          <w:color w:val="000000"/>
        </w:rPr>
        <w:t>是增长，</w:t>
      </w:r>
      <w:r>
        <w:rPr>
          <w:rFonts w:ascii="Times New Roman" w:eastAsia="Times New Roman" w:hAnsi="Times New Roman" w:cs="Times New Roman"/>
          <w:color w:val="000000"/>
        </w:rPr>
        <w:t>2022</w:t>
      </w:r>
      <w:r>
        <w:rPr>
          <w:rFonts w:ascii="宋体" w:eastAsia="宋体" w:hAnsi="宋体" w:cs="宋体"/>
          <w:color w:val="000000"/>
        </w:rPr>
        <w:t>年</w:t>
      </w:r>
      <w:r>
        <w:rPr>
          <w:rFonts w:ascii="Times New Roman" w:eastAsia="Times New Roman" w:hAnsi="Times New Roman" w:cs="Times New Roman"/>
          <w:color w:val="000000"/>
        </w:rPr>
        <w:t>1-6</w:t>
      </w:r>
      <w:r>
        <w:rPr>
          <w:rFonts w:ascii="宋体" w:eastAsia="宋体" w:hAnsi="宋体" w:cs="宋体"/>
          <w:color w:val="000000"/>
        </w:rPr>
        <w:t>月虽然有回落，但这是半年的数据，以此推测，一年的数据必然还是增长的，故由这个图数据可知：居于少儿出版读物类别品种数量之首的中国儿童文学品种数量自</w:t>
      </w:r>
      <w:r>
        <w:rPr>
          <w:rFonts w:ascii="Times New Roman" w:eastAsia="Times New Roman" w:hAnsi="Times New Roman" w:cs="Times New Roman"/>
          <w:color w:val="000000"/>
        </w:rPr>
        <w:t>2020</w:t>
      </w:r>
      <w:r>
        <w:rPr>
          <w:rFonts w:ascii="宋体" w:eastAsia="宋体" w:hAnsi="宋体" w:cs="宋体"/>
          <w:color w:val="000000"/>
        </w:rPr>
        <w:t>年至</w:t>
      </w:r>
      <w:r>
        <w:rPr>
          <w:rFonts w:ascii="Times New Roman" w:eastAsia="Times New Roman" w:hAnsi="Times New Roman" w:cs="Times New Roman"/>
          <w:color w:val="000000"/>
        </w:rPr>
        <w:t>2022</w:t>
      </w:r>
      <w:r>
        <w:rPr>
          <w:rFonts w:ascii="宋体" w:eastAsia="宋体" w:hAnsi="宋体" w:cs="宋体"/>
          <w:color w:val="000000"/>
        </w:rPr>
        <w:t>年上半年呈增长趋势。</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eastAsia="宋体" w:hAnsi="宋体" w:cs="宋体"/>
          <w:color w:val="000000"/>
        </w:rPr>
        <w:t>本题考查材料内容提炼和概括。注意字数要求。</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）由题干“新人佳作不断涌现”可定位到材料二第</w:t>
      </w:r>
      <w:r>
        <w:rPr>
          <w:rFonts w:ascii="Arial Unicode MS" w:eastAsia="Arial Unicode MS" w:hAnsi="Arial Unicode MS" w:cs="Arial Unicode MS"/>
          <w:color w:val="000000"/>
        </w:rPr>
        <w:t>①</w:t>
      </w:r>
      <w:r>
        <w:rPr>
          <w:rFonts w:ascii="宋体" w:eastAsia="宋体" w:hAnsi="宋体" w:cs="宋体"/>
          <w:color w:val="000000"/>
        </w:rPr>
        <w:t>段“越来越多的评选立足于鼓励原创，为文学新人提供了崭露头角的机会，新人佳作不断涌现，年轻的声音显示出不同凡响的力量”，故前面的空要结合材料一概括，结合材料一第②段“新世纪以来，儿童文学迎来了最为兴盛的创作与出版时期。一批体现时代特征的原创精品不断涌现”可概括：迎来最为兴盛的创作与出版时期。</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材料二第②段“值得关注的是，越来越多资深儿童文学家助力语文教育”“儿童文学加快推进与语文教育的深度融合，是儿童文学进步的标志，也是儿童文学站在新时代的历史起点上体现出的教育情怀”可概括：加快推进与语文教育的深度融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结合材料三“近年来，伴随互联网与媒介融合程度日益加深，一批优秀的儿童文学作品通过改编的方式转换成电影、戏剧、动画、短视频等形式，不仅优化了儿童文学的传播效果，扩大了儿童文学的影响力，而且满足了孩子们不同阅读场景的需求”可概括；改编方式优化了传播效果。</w:t>
      </w:r>
    </w:p>
    <w:p>
      <w:pPr>
        <w:pStyle w:val="Heading3"/>
      </w:pPr>
      <w:r>
        <w:t>石景山区</w:t>
      </w:r>
    </w:p>
    <w:p>
      <w:pPr>
        <w:spacing w:line="360" w:lineRule="auto"/>
        <w:jc w:val="left"/>
        <w:textAlignment w:val="center"/>
        <w:rPr>
          <w:color w:val="000000"/>
        </w:rPr>
      </w:pPr>
      <w:r>
        <w:rPr>
          <w:rFonts w:ascii="宋体" w:eastAsia="宋体" w:hAnsi="宋体" w:cs="宋体"/>
          <w:b/>
          <w:color w:val="000000"/>
          <w:sz w:val="24"/>
        </w:rPr>
        <w:t>四、现代文阅读（共20分）</w:t>
      </w:r>
    </w:p>
    <w:p>
      <w:pPr>
        <w:spacing w:line="360" w:lineRule="auto"/>
        <w:jc w:val="left"/>
        <w:textAlignment w:val="center"/>
        <w:rPr>
          <w:color w:val="000000"/>
        </w:rPr>
      </w:pPr>
      <w:r>
        <w:rPr>
          <w:color w:val="000000"/>
        </w:rPr>
        <w:t xml:space="preserve">10. </w:t>
      </w:r>
      <w:r>
        <w:rPr>
          <w:rFonts w:ascii="宋体" w:eastAsia="宋体" w:hAnsi="宋体" w:cs="宋体"/>
          <w:color w:val="000000"/>
        </w:rPr>
        <w:t>阅读下面材料，完成问题。</w:t>
      </w:r>
    </w:p>
    <w:p>
      <w:pPr>
        <w:spacing w:line="360" w:lineRule="auto"/>
        <w:jc w:val="left"/>
        <w:textAlignment w:val="center"/>
        <w:rPr>
          <w:color w:val="000000"/>
        </w:rPr>
      </w:pPr>
      <w:r>
        <w:rPr>
          <w:rFonts w:ascii="宋体" w:eastAsia="宋体" w:hAnsi="宋体" w:cs="宋体"/>
          <w:color w:val="000000"/>
        </w:rPr>
        <w:t>【材料一】</w:t>
      </w:r>
    </w:p>
    <w:p>
      <w:pPr>
        <w:spacing w:line="360" w:lineRule="auto"/>
        <w:ind w:firstLine="420"/>
        <w:jc w:val="left"/>
        <w:textAlignment w:val="center"/>
        <w:rPr>
          <w:color w:val="000000"/>
        </w:rPr>
      </w:pPr>
      <w:r>
        <w:rPr>
          <w:rFonts w:ascii="楷体" w:eastAsia="楷体" w:hAnsi="楷体" w:cs="楷体"/>
          <w:color w:val="000000"/>
        </w:rPr>
        <w:t>①“双碳”是“碳达峰”与“碳中和”的简称。碳达峰是指碳排放量达峰，即二氧化碳排放总量在某一个时期达到历史最高值，之后逐步降低。碳中和即二氧化碳净零排放，指的是人类活动直接或间接产生的二氧化碳排放量与二氧化碳吸收量在一定时期内达到平衡。为实现中华民族永续发展，推动构建人类命运共同体，中国提出“双碳”目标，力争2030年前实现碳达峰，2060年前实现碳中和。</w:t>
      </w:r>
    </w:p>
    <w:p>
      <w:pPr>
        <w:spacing w:line="360" w:lineRule="auto"/>
        <w:ind w:firstLine="420"/>
        <w:jc w:val="left"/>
        <w:textAlignment w:val="center"/>
        <w:rPr>
          <w:color w:val="000000"/>
        </w:rPr>
      </w:pPr>
      <w:r>
        <w:rPr>
          <w:rFonts w:ascii="楷体" w:eastAsia="楷体" w:hAnsi="楷体" w:cs="楷体"/>
          <w:color w:val="000000"/>
        </w:rPr>
        <w:t>②实现“双碳”目标，头绪繁杂，任务艰巨。2020年我国能源结构中煤炭占比达49%，超过风能、太阳能、水电等清洁能源占比的总和。因此，中国需要大力推进能源开发清洁替代和能源消费电能替代，以实现能源生产清洁主导、能源使用电能主导，确保经济社会发展与碳排放脱钩，实现“双碳”目标。预计到2030年，我国能源结构中煤炭占比降低到27%，太阳能占比27%，风能占比21%，水电占比15%，清洁能源成为主要能源。预计到2060年，我国能源结构中_____。</w:t>
      </w:r>
    </w:p>
    <w:p>
      <w:pPr>
        <w:spacing w:line="360" w:lineRule="auto"/>
        <w:jc w:val="left"/>
        <w:textAlignment w:val="center"/>
        <w:rPr>
          <w:color w:val="000000"/>
        </w:rPr>
      </w:pPr>
      <w:r>
        <w:rPr>
          <w:rFonts w:ascii="宋体" w:eastAsia="宋体" w:hAnsi="宋体" w:cs="宋体"/>
          <w:color w:val="000000"/>
        </w:rPr>
        <w:t>【材料二】</w:t>
      </w:r>
    </w:p>
    <w:p>
      <w:pPr>
        <w:spacing w:line="360" w:lineRule="auto"/>
        <w:ind w:firstLine="420"/>
        <w:jc w:val="left"/>
        <w:textAlignment w:val="center"/>
        <w:rPr>
          <w:color w:val="000000"/>
        </w:rPr>
      </w:pPr>
      <w:r>
        <w:rPr>
          <w:rFonts w:ascii="楷体" w:eastAsia="楷体" w:hAnsi="楷体" w:cs="楷体"/>
          <w:color w:val="000000"/>
        </w:rPr>
        <w:t>①实现“双碳”目标是中国向世界许下的庄严承诺。我国作为世界上的人口大国，实施全民参与性的行动方略对于“双碳”目标的最终达成能够起到积极的助推作用。</w:t>
      </w:r>
    </w:p>
    <w:p>
      <w:pPr>
        <w:spacing w:line="360" w:lineRule="auto"/>
        <w:ind w:firstLine="420"/>
        <w:jc w:val="left"/>
        <w:textAlignment w:val="center"/>
        <w:rPr>
          <w:color w:val="000000"/>
        </w:rPr>
      </w:pPr>
      <w:r>
        <w:rPr>
          <w:rFonts w:ascii="楷体" w:eastAsia="楷体" w:hAnsi="楷体" w:cs="楷体"/>
          <w:color w:val="000000"/>
        </w:rPr>
        <w:t>②思想决定行动，碳达峰、碳中和更需要人们具备强烈的绿色意识。应当开展更加务实、高效的全民绿色低碳教育，提高人们对绿色发展紧迫性的认识，增强对碳达峰、碳中和的认知度、参与度，让低碳绿色理念入心入脑，为全民自觉践行绿色低碳生活方式打下坚实的思想基础。</w:t>
      </w:r>
    </w:p>
    <w:p>
      <w:pPr>
        <w:spacing w:line="360" w:lineRule="auto"/>
        <w:ind w:firstLine="420"/>
        <w:jc w:val="left"/>
        <w:textAlignment w:val="center"/>
        <w:rPr>
          <w:color w:val="000000"/>
        </w:rPr>
      </w:pPr>
      <w:r>
        <w:rPr>
          <w:rFonts w:ascii="楷体" w:eastAsia="楷体" w:hAnsi="楷体" w:cs="楷体"/>
          <w:color w:val="000000"/>
        </w:rPr>
        <w:t>③勤俭节约是中华民族的文化精神财富。扩大内需、构建新发展格局的过程中，要用中华优秀传统文化滋养每个人的心灵，引导人们在充分享受现代美好生活的同时，杜绝各种形式的铺张浪费行为，破除奢靡铺张的歪风陋习，形成节约每一粒粮食、每一度电、每一滴水的良好风尚，共筑安全绿色发展的坚强屏障。</w:t>
      </w:r>
    </w:p>
    <w:p>
      <w:pPr>
        <w:spacing w:line="360" w:lineRule="auto"/>
        <w:ind w:firstLine="420"/>
        <w:jc w:val="left"/>
        <w:textAlignment w:val="center"/>
        <w:rPr>
          <w:color w:val="000000"/>
        </w:rPr>
      </w:pPr>
      <w:r>
        <w:rPr>
          <w:rFonts w:ascii="楷体" w:eastAsia="楷体" w:hAnsi="楷体" w:cs="楷体"/>
          <w:color w:val="000000"/>
        </w:rPr>
        <w:t>④实现“双碳”目标，需要全面促进资源节约和循环利用，其中，个体、家庭作为重要消费主体，形成绿色低碳生活方式、消费方式，至关重要。因此，要在全国范围内推行“垃圾分类”活动，实现垃圾减量化、无害化、资源化，让垃圾分类成为现代生活新时尚。要鼓励市场扩大绿色低碳产品的供给力度，引导消费者优先选择节能降碳的绿色产品，为国家不断提高可再生能源使用比例打下基础。还要扩大有机绿色食品的供给，引导人们养成以天然有机食物为主的绿色饮食习惯，带动绿色农业、畜牧业发展，帮助减少碳排放，促进碳中和。</w:t>
      </w:r>
    </w:p>
    <w:p>
      <w:pPr>
        <w:spacing w:line="360" w:lineRule="auto"/>
        <w:ind w:firstLine="420"/>
        <w:jc w:val="left"/>
        <w:textAlignment w:val="center"/>
        <w:rPr>
          <w:color w:val="000000"/>
        </w:rPr>
      </w:pPr>
      <w:r>
        <w:rPr>
          <w:rFonts w:ascii="楷体" w:eastAsia="楷体" w:hAnsi="楷体" w:cs="楷体"/>
          <w:color w:val="000000"/>
        </w:rPr>
        <w:t>⑤在</w:t>
      </w:r>
      <w:r>
        <w:rPr>
          <w:rFonts w:ascii="Times New Roman" w:eastAsia="Times New Roman" w:hAnsi="Times New Roman" w:cs="Times New Roman"/>
          <w:color w:val="000000"/>
        </w:rPr>
        <w:t>5G</w:t>
      </w:r>
      <w:r>
        <w:rPr>
          <w:rFonts w:ascii="楷体" w:eastAsia="楷体" w:hAnsi="楷体" w:cs="楷体"/>
          <w:color w:val="000000"/>
        </w:rPr>
        <w:t>、人工智能等技术带动下出现的共享经济，无疑是帮助实现“双碳”目标的新业态、新模式，也是人们绿色生活的新选择。因此，应当在交通、住宿、办公等各领域规范、引导、推进共享经济发展，构筑更有价值的共享平台，最大程度地整合、利用闲置资源，通过共享经济平台，满足多元消费需求，让更多人拥有数字绿色生活。</w:t>
      </w:r>
    </w:p>
    <w:p>
      <w:pPr>
        <w:spacing w:line="360" w:lineRule="auto"/>
        <w:jc w:val="left"/>
        <w:textAlignment w:val="center"/>
        <w:rPr>
          <w:color w:val="000000"/>
        </w:rPr>
      </w:pPr>
      <w:r>
        <w:rPr>
          <w:color w:val="000000"/>
        </w:rPr>
        <w:t>（1）</w:t>
      </w:r>
      <w:r>
        <w:rPr>
          <w:rFonts w:ascii="宋体" w:eastAsia="宋体" w:hAnsi="宋体" w:cs="宋体"/>
          <w:color w:val="000000"/>
        </w:rPr>
        <w:t>根据以上两则材料，下列关于“双碳”的说法，</w:t>
      </w:r>
      <w:r>
        <w:rPr>
          <w:rFonts w:ascii="宋体" w:eastAsia="宋体" w:hAnsi="宋体" w:cs="宋体"/>
          <w:color w:val="000000"/>
          <w:em w:val="dot"/>
        </w:rPr>
        <w:t>不符合</w:t>
      </w:r>
      <w:r>
        <w:rPr>
          <w:rFonts w:ascii="宋体" w:eastAsia="宋体" w:hAnsi="宋体" w:cs="宋体"/>
          <w:color w:val="000000"/>
        </w:rPr>
        <w:t>文意的一项是</w:t>
      </w:r>
      <w:r>
        <w:rPr>
          <w:color w:val="000000"/>
        </w:rPr>
        <w:t>（       ）</w:t>
      </w:r>
    </w:p>
    <w:p>
      <w:pPr>
        <w:spacing w:line="360" w:lineRule="auto"/>
        <w:jc w:val="left"/>
        <w:textAlignment w:val="center"/>
        <w:rPr>
          <w:color w:val="000000"/>
        </w:rPr>
      </w:pPr>
      <w:r>
        <w:rPr>
          <w:rFonts w:ascii="宋体" w:eastAsia="宋体" w:hAnsi="宋体" w:cs="宋体"/>
          <w:color w:val="000000"/>
        </w:rPr>
        <w:t>【甲】碳达峰是为碳排放设定出上限值，以最终实现碳中和。</w:t>
      </w:r>
    </w:p>
    <w:p>
      <w:pPr>
        <w:spacing w:line="360" w:lineRule="auto"/>
        <w:jc w:val="left"/>
        <w:textAlignment w:val="center"/>
        <w:rPr>
          <w:color w:val="000000"/>
        </w:rPr>
      </w:pPr>
      <w:r>
        <w:rPr>
          <w:rFonts w:ascii="宋体" w:eastAsia="宋体" w:hAnsi="宋体" w:cs="宋体"/>
          <w:color w:val="000000"/>
        </w:rPr>
        <w:t>【乙】太阳能、风能的生产过程中不产生或极少产生碳排放。</w:t>
      </w:r>
    </w:p>
    <w:p>
      <w:pPr>
        <w:spacing w:line="360" w:lineRule="auto"/>
        <w:jc w:val="left"/>
        <w:textAlignment w:val="center"/>
        <w:rPr>
          <w:color w:val="000000"/>
        </w:rPr>
      </w:pPr>
      <w:r>
        <w:rPr>
          <w:rFonts w:ascii="宋体" w:eastAsia="宋体" w:hAnsi="宋体" w:cs="宋体"/>
          <w:color w:val="000000"/>
        </w:rPr>
        <w:t>【丙】农业、畜牧业不会造成二氧化碳排放，属于绿色产业。</w:t>
      </w:r>
    </w:p>
    <w:p>
      <w:pPr>
        <w:spacing w:line="360" w:lineRule="auto"/>
        <w:jc w:val="left"/>
        <w:textAlignment w:val="center"/>
        <w:rPr>
          <w:color w:val="000000"/>
        </w:rPr>
      </w:pPr>
      <w:r>
        <w:rPr>
          <w:color w:val="000000"/>
        </w:rPr>
        <w:t>（2）</w:t>
      </w:r>
      <w:r>
        <w:rPr>
          <w:rFonts w:ascii="宋体" w:eastAsia="宋体" w:hAnsi="宋体" w:cs="宋体"/>
          <w:color w:val="000000"/>
        </w:rPr>
        <w:t>根据材料一中的图表信息，在材料一的横线处补写一句话。</w:t>
      </w:r>
    </w:p>
    <w:p>
      <w:pPr>
        <w:spacing w:line="360" w:lineRule="auto"/>
        <w:jc w:val="left"/>
        <w:textAlignment w:val="center"/>
        <w:rPr>
          <w:color w:val="000000"/>
        </w:rPr>
      </w:pPr>
      <w:r>
        <w:rPr>
          <w:color w:val="000000"/>
        </w:rPr>
        <w:t>（3）</w:t>
      </w:r>
      <w:r>
        <w:rPr>
          <w:rFonts w:ascii="宋体" w:eastAsia="宋体" w:hAnsi="宋体" w:cs="宋体"/>
          <w:color w:val="000000"/>
        </w:rPr>
        <w:t>从材料二可以看出，为实现“双碳”目标，应采取的全民行动方略是：①</w:t>
      </w:r>
      <w:r>
        <w:rPr>
          <w:color w:val="000000"/>
        </w:rPr>
        <w:t>_____</w:t>
      </w:r>
      <w:r>
        <w:rPr>
          <w:rFonts w:ascii="宋体" w:eastAsia="宋体" w:hAnsi="宋体" w:cs="宋体"/>
          <w:color w:val="000000"/>
        </w:rPr>
        <w:t>，②</w:t>
      </w:r>
      <w:r>
        <w:rPr>
          <w:color w:val="000000"/>
        </w:rPr>
        <w:t>_____</w:t>
      </w:r>
      <w:r>
        <w:rPr>
          <w:rFonts w:ascii="宋体" w:eastAsia="宋体" w:hAnsi="宋体" w:cs="宋体"/>
          <w:color w:val="000000"/>
        </w:rPr>
        <w:t>，③</w:t>
      </w:r>
      <w:r>
        <w:rPr>
          <w:color w:val="000000"/>
        </w:rPr>
        <w:t>_____</w:t>
      </w:r>
      <w:r>
        <w:rPr>
          <w:rFonts w:ascii="宋体" w:eastAsia="宋体" w:hAnsi="宋体" w:cs="宋体"/>
          <w:color w:val="000000"/>
        </w:rPr>
        <w:t>，④</w:t>
      </w:r>
      <w:r>
        <w:rPr>
          <w:color w:val="000000"/>
        </w:rPr>
        <w:t>_____</w:t>
      </w:r>
      <w:r>
        <w:rPr>
          <w:rFonts w:ascii="宋体" w:eastAsia="宋体" w:hAnsi="宋体" w:cs="宋体"/>
          <w:color w:val="000000"/>
        </w:rPr>
        <w:t>。（每空限15字以内）</w:t>
      </w:r>
    </w:p>
    <w:p>
      <w:pPr>
        <w:spacing w:line="360" w:lineRule="auto"/>
        <w:jc w:val="center"/>
        <w:textAlignment w:val="center"/>
        <w:rPr>
          <w:color w:val="000000"/>
        </w:rPr>
      </w:pPr>
      <w:r>
        <w:rPr>
          <w:color w:val="000000"/>
        </w:rPr>
        <w:drawing>
          <wp:inline>
            <wp:extent cx="2286000" cy="1714500"/>
            <wp:docPr id="15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
                    <pic:cNvPicPr>
                      <a:picLocks noChangeAspect="1"/>
                    </pic:cNvPicPr>
                  </pic:nvPicPr>
                  <pic:blipFill>
                    <a:blip r:embed="rId136"/>
                    <a:stretch>
                      <a:fillRect/>
                    </a:stretch>
                  </pic:blipFill>
                  <pic:spPr>
                    <a:xfrm>
                      <a:off x="0" y="0"/>
                      <a:ext cx="2286000" cy="17145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丙</w:t>
      </w:r>
      <w:r>
        <w:rPr>
          <w:color w:val="000000"/>
        </w:rPr>
        <w:t xml:space="preserve">    </w:t>
      </w:r>
      <w:r>
        <w:rPr>
          <w:color w:val="000000"/>
        </w:rPr>
        <w:t>（2）</w:t>
      </w:r>
      <w:r>
        <w:rPr>
          <w:rFonts w:ascii="宋体" w:eastAsia="宋体" w:hAnsi="宋体" w:cs="宋体"/>
          <w:color w:val="000000"/>
        </w:rPr>
        <w:t>煤炭能源完全退出，太阳能占比47%，风能占比31%，分别占据我国能源结构前两位。</w:t>
      </w:r>
      <w:r>
        <w:rPr>
          <w:color w:val="000000"/>
        </w:rPr>
        <w:t xml:space="preserve">    </w:t>
      </w:r>
    </w:p>
    <w:p>
      <w:pPr>
        <w:spacing w:line="360" w:lineRule="auto"/>
        <w:textAlignment w:val="center"/>
        <w:rPr>
          <w:color w:val="000000"/>
        </w:rPr>
      </w:pPr>
      <w:r>
        <w:rPr>
          <w:color w:val="000000"/>
        </w:rPr>
        <w:t>（3）</w:t>
      </w:r>
      <w:r>
        <w:rPr>
          <w:color w:val="000000"/>
        </w:rPr>
        <w:t xml:space="preserve">    ①. </w:t>
      </w:r>
      <w:r>
        <w:rPr>
          <w:rFonts w:ascii="宋体" w:eastAsia="宋体" w:hAnsi="宋体" w:cs="宋体"/>
          <w:color w:val="000000"/>
        </w:rPr>
        <w:t>开展全民绿色低碳教育。</w:t>
      </w:r>
      <w:r>
        <w:rPr>
          <w:color w:val="000000"/>
        </w:rPr>
        <w:t xml:space="preserve">    ②. </w:t>
      </w:r>
      <w:r>
        <w:rPr>
          <w:rFonts w:ascii="宋体" w:eastAsia="宋体" w:hAnsi="宋体" w:cs="宋体"/>
          <w:color w:val="000000"/>
        </w:rPr>
        <w:t>弘扬勤俭节约美德。</w:t>
      </w:r>
      <w:r>
        <w:rPr>
          <w:color w:val="000000"/>
        </w:rPr>
        <w:t xml:space="preserve">    ③. </w:t>
      </w:r>
      <w:r>
        <w:rPr>
          <w:rFonts w:ascii="宋体" w:eastAsia="宋体" w:hAnsi="宋体" w:cs="宋体"/>
          <w:color w:val="000000"/>
        </w:rPr>
        <w:t>形成绿色低碳生活和消费方式。</w:t>
      </w:r>
      <w:r>
        <w:rPr>
          <w:color w:val="000000"/>
        </w:rPr>
        <w:t xml:space="preserve">    ④. </w:t>
      </w:r>
      <w:r>
        <w:rPr>
          <w:rFonts w:ascii="宋体" w:eastAsia="宋体" w:hAnsi="宋体" w:cs="宋体"/>
          <w:color w:val="000000"/>
        </w:rPr>
        <w:t>构建共享经济平台。</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本题考查信息筛选与辨识。</w:t>
      </w:r>
    </w:p>
    <w:p>
      <w:pPr>
        <w:spacing w:line="360" w:lineRule="auto"/>
        <w:jc w:val="left"/>
        <w:textAlignment w:val="center"/>
        <w:rPr>
          <w:color w:val="000000"/>
        </w:rPr>
      </w:pPr>
      <w:r>
        <w:rPr>
          <w:color w:val="000000"/>
        </w:rPr>
        <w:t>丙.不符合文意。根据【材料二】④</w:t>
      </w:r>
      <w:r>
        <w:rPr>
          <w:rFonts w:ascii="宋体" w:eastAsia="宋体" w:hAnsi="宋体" w:cs="宋体"/>
          <w:color w:val="000000"/>
        </w:rPr>
        <w:t>“还要扩大有机绿色食品的供给，引导人们养成以天然有机食物为主的绿色饮食习惯，带动绿色农业、畜牧业发展，帮助减少碳排放，促进碳中和”可知，“农业、畜牧业不会造成二氧化碳排放”与原文不符，表述有误。</w:t>
      </w:r>
    </w:p>
    <w:p>
      <w:pPr>
        <w:spacing w:line="360" w:lineRule="auto"/>
        <w:jc w:val="left"/>
        <w:textAlignment w:val="center"/>
        <w:rPr>
          <w:color w:val="000000"/>
        </w:rPr>
      </w:pPr>
      <w:r>
        <w:rPr>
          <w:color w:val="000000"/>
        </w:rPr>
        <w:t>故选丙。</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w:t>
      </w:r>
      <w:r>
        <w:rPr>
          <w:rFonts w:ascii="宋体" w:eastAsia="宋体" w:hAnsi="宋体" w:cs="宋体"/>
          <w:color w:val="000000"/>
        </w:rPr>
        <w:t>题考查图文转换和补写。</w:t>
      </w:r>
    </w:p>
    <w:p>
      <w:pPr>
        <w:spacing w:line="360" w:lineRule="auto"/>
        <w:jc w:val="left"/>
        <w:textAlignment w:val="center"/>
        <w:rPr>
          <w:color w:val="000000"/>
        </w:rPr>
      </w:pPr>
      <w:r>
        <w:rPr>
          <w:rFonts w:ascii="宋体" w:eastAsia="宋体" w:hAnsi="宋体" w:cs="宋体"/>
          <w:color w:val="000000"/>
        </w:rPr>
        <w:t>这一段前面“预计到2030年，我国能源结构中煤炭占比降低到27%，太阳能占比27%，风能占比21%，水电占比15%，清洁能源成为主要能源”具体的介绍了到2030年我国能源结构的比例构成，最后一句应该是总结概括。</w:t>
      </w:r>
    </w:p>
    <w:p>
      <w:pPr>
        <w:spacing w:line="360" w:lineRule="auto"/>
        <w:jc w:val="left"/>
        <w:textAlignment w:val="center"/>
        <w:rPr>
          <w:color w:val="000000"/>
        </w:rPr>
      </w:pPr>
      <w:r>
        <w:rPr>
          <w:rFonts w:ascii="宋体" w:eastAsia="宋体" w:hAnsi="宋体" w:cs="宋体"/>
          <w:color w:val="000000"/>
        </w:rPr>
        <w:t>根据材料一“2060年（碳中和）我国能源结构”图表，“太阳能”占“47%”、“风能”占“31%”、“水电”占“10%”、“天然气”占“4%”、“核电”占“3%”、“其他占”“5%”，而“煤炭”则为“0%”可知，预计到2060 年，我国能源结构中煤炭能源完全退出，太阳能占比47%，风能占比31%，分别占据我国能源结构前两位。</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本题考查材料概括。</w:t>
      </w:r>
    </w:p>
    <w:p>
      <w:pPr>
        <w:spacing w:line="360" w:lineRule="auto"/>
        <w:jc w:val="left"/>
        <w:textAlignment w:val="center"/>
        <w:rPr>
          <w:color w:val="000000"/>
        </w:rPr>
      </w:pPr>
      <w:r>
        <w:rPr>
          <w:rFonts w:ascii="宋体" w:eastAsia="宋体" w:hAnsi="宋体" w:cs="宋体"/>
          <w:color w:val="000000"/>
        </w:rPr>
        <w:t>根据【材料二】②段“思想决定行动，碳达峰、碳中和更需要人们具备强烈的绿色意识。应当开展更加务实、高效的全民绿色低碳教育，提高人们对绿色发展紧迫性的认识，增强对碳达峰、碳中和的认知度、参与度，让低碳绿色理念入心入脑，为全民自觉践行绿色低碳生活方式打下坚实的思想基础”可知，应采取的全民行动方略是开展全民绿色低碳教育。</w:t>
      </w:r>
    </w:p>
    <w:p>
      <w:pPr>
        <w:spacing w:line="360" w:lineRule="auto"/>
        <w:jc w:val="left"/>
        <w:textAlignment w:val="center"/>
        <w:rPr>
          <w:color w:val="000000"/>
        </w:rPr>
      </w:pPr>
      <w:r>
        <w:rPr>
          <w:rFonts w:ascii="宋体" w:eastAsia="宋体" w:hAnsi="宋体" w:cs="宋体"/>
          <w:color w:val="000000"/>
        </w:rPr>
        <w:t>根据【材料二】③段“勤俭节约是中华民族的文化精神财富。扩大内需、构建新发展格局的过程中，要用中华优秀传统文化滋养每个人的心灵，引导人们在充分享受现代美好生活的同时，杜绝各种形式的铺张浪费行为，破除奢靡铺张的歪风陋习，形成节约每一粒粮食、每一度电、每一滴水的良好风尚，共筑安全绿色发展的坚强屏障”可知，应采取的全民行动方略是弘扬勤俭节约美德。</w:t>
      </w:r>
    </w:p>
    <w:p>
      <w:pPr>
        <w:spacing w:line="360" w:lineRule="auto"/>
        <w:jc w:val="left"/>
        <w:textAlignment w:val="center"/>
        <w:rPr>
          <w:color w:val="000000"/>
        </w:rPr>
      </w:pPr>
      <w:r>
        <w:rPr>
          <w:rFonts w:ascii="宋体" w:eastAsia="宋体" w:hAnsi="宋体" w:cs="宋体"/>
          <w:color w:val="000000"/>
        </w:rPr>
        <w:t>根据【材料二】④段“实现‘双碳’目标，需要全面促进资源节约和循环利用，其中，个体、家庭作为重要消费主体，形成绿色低碳生活方式、消费方式，至关重要”可知，应采取的全民行动方略是形成绿色低碳生活和消费方式。</w:t>
      </w:r>
    </w:p>
    <w:p>
      <w:pPr>
        <w:spacing w:line="360" w:lineRule="auto"/>
        <w:jc w:val="left"/>
        <w:textAlignment w:val="center"/>
        <w:rPr>
          <w:color w:val="000000"/>
        </w:rPr>
      </w:pPr>
      <w:r>
        <w:rPr>
          <w:rFonts w:ascii="宋体" w:eastAsia="宋体" w:hAnsi="宋体" w:cs="宋体"/>
          <w:color w:val="000000"/>
        </w:rPr>
        <w:t>根据【材料二】⑤段“在</w:t>
      </w:r>
      <w:r>
        <w:rPr>
          <w:rFonts w:ascii="Times New Roman" w:eastAsia="Times New Roman" w:hAnsi="Times New Roman" w:cs="Times New Roman"/>
          <w:color w:val="000000"/>
        </w:rPr>
        <w:t>5G</w:t>
      </w:r>
      <w:r>
        <w:rPr>
          <w:rFonts w:ascii="宋体" w:eastAsia="宋体" w:hAnsi="宋体" w:cs="宋体"/>
          <w:color w:val="000000"/>
        </w:rPr>
        <w:t>、人工智能等技术带动下出现的共享经济，无疑是帮助实现‘双碳’目标的新业态、新模式，也是人们绿色生活的新选择。因此，应当在交通、住宿、办公等各领域规范、引导、推进共享经济发展，构筑更有价值的共享平台，最大程度地整合、利用闲置资源，通过共享经济平台，满足多元消费需求，让更多人拥有数字绿色生活”可知，应采取的全民行动方略是构建共享经济平台。</w:t>
      </w:r>
    </w:p>
    <w:p>
      <w:pPr>
        <w:spacing w:line="360" w:lineRule="auto"/>
        <w:jc w:val="left"/>
        <w:textAlignment w:val="center"/>
        <w:rPr>
          <w:color w:val="000000"/>
        </w:rPr>
      </w:pPr>
      <w:r>
        <w:rPr>
          <w:color w:val="000000"/>
        </w:rPr>
        <w:t xml:space="preserve">11. </w:t>
      </w:r>
      <w:r>
        <w:rPr>
          <w:rFonts w:ascii="宋体" w:eastAsia="宋体" w:hAnsi="宋体" w:cs="宋体"/>
          <w:color w:val="000000"/>
        </w:rPr>
        <w:t>阅读下面的作品，完成问题。</w:t>
      </w:r>
    </w:p>
    <w:p>
      <w:pPr>
        <w:spacing w:line="360" w:lineRule="auto"/>
        <w:ind w:firstLine="420"/>
        <w:jc w:val="center"/>
        <w:textAlignment w:val="center"/>
        <w:rPr>
          <w:color w:val="000000"/>
        </w:rPr>
      </w:pPr>
      <w:r>
        <w:rPr>
          <w:rFonts w:ascii="楷体" w:eastAsia="楷体" w:hAnsi="楷体" w:cs="楷体"/>
          <w:color w:val="000000"/>
        </w:rPr>
        <w:t>过去的年</w:t>
      </w:r>
    </w:p>
    <w:p>
      <w:pPr>
        <w:spacing w:line="360" w:lineRule="auto"/>
        <w:ind w:firstLine="420"/>
        <w:jc w:val="left"/>
        <w:textAlignment w:val="center"/>
        <w:rPr>
          <w:color w:val="000000"/>
        </w:rPr>
      </w:pPr>
      <w:r>
        <w:rPr>
          <w:rFonts w:ascii="楷体" w:eastAsia="楷体" w:hAnsi="楷体" w:cs="楷体"/>
          <w:color w:val="000000"/>
        </w:rPr>
        <w:t>①我小的时候特别盼望过年，往往是一过了腊月涯，就开始掰着指头数日子，好像春节是一个遥远的、很难到达的目的地。对于我们这种焦急的心态，大人们总是发出深沉的感叹。他们的态度令当时的我感到失望和困惑，现在我完全能够理解了。过年意味着小孩子正在向自己生命过程中的辉煌时期进步，而对于大人，则意味着正向衰朽的残年滑落。</w:t>
      </w:r>
    </w:p>
    <w:p>
      <w:pPr>
        <w:spacing w:line="360" w:lineRule="auto"/>
        <w:ind w:firstLine="420"/>
        <w:jc w:val="left"/>
        <w:textAlignment w:val="center"/>
        <w:rPr>
          <w:color w:val="000000"/>
        </w:rPr>
      </w:pPr>
      <w:r>
        <w:rPr>
          <w:rFonts w:ascii="楷体" w:eastAsia="楷体" w:hAnsi="楷体" w:cs="楷体"/>
          <w:color w:val="000000"/>
        </w:rPr>
        <w:t>②熬到腊月初八，是盼年的第一站。这天的早晨要熬一锅粥，粥里要有八样粮食——其实只需七样，不可缺少的大枣算一样。据说在从前的腊月初八凌晨，庙里或是慈善的大户都会在街上支起大锅施粥。我曾经十分地向往着这种施粥的盛典，想想那些巨大无比的锅，支设在露天里，成麻袋的米豆倒进去，黏稠的粥在锅里翻滚着，鼓起无数的气泡，浓浓的香气弥漫在凌晨清冷的空气里。一群手捧着大碗的孩子们排着队焦急地等待着，蹦跳着，喊叫着。后来我在作品中，数次描写了我想象中的施粥场面，但写出来的远不如想象中的辉煌。</w:t>
      </w:r>
    </w:p>
    <w:p>
      <w:pPr>
        <w:spacing w:line="360" w:lineRule="auto"/>
        <w:ind w:firstLine="420"/>
        <w:jc w:val="left"/>
        <w:textAlignment w:val="center"/>
        <w:rPr>
          <w:color w:val="000000"/>
        </w:rPr>
      </w:pPr>
      <w:r>
        <w:rPr>
          <w:rFonts w:ascii="楷体" w:eastAsia="楷体" w:hAnsi="楷体" w:cs="楷体"/>
          <w:color w:val="000000"/>
        </w:rPr>
        <w:t>③过了腊八再熬半月，就到了辞灶日。我们那里也把辞灶日叫做小年，过得比较认真。早饭和午饭还是平日里的糙食，晚饭就是一顿饺子。辞灶是有仪式的，那就是在饺子出锅时，先盛出两碗供在灶台上，然后烧半刀黄表纸，把那张灶马也一起焚烧。焚烧完毕，将饺子汤淋一点在纸灰上，然后磕一个头，就算祭灶完毕。这是最简单的。比较富庶的人家，则要买来些关东糖供在灶前，其意大概是让即将上天汇报工作的灶王爷尝点甜头，在上帝面前多说好话。也有人说是用关东糖粘住灶王爷的嘴。这种说法不近情理——你粘住了他的嘴，坏话固然是不能说了，但好话不也说不了了嘛！</w:t>
      </w:r>
    </w:p>
    <w:p>
      <w:pPr>
        <w:spacing w:line="360" w:lineRule="auto"/>
        <w:ind w:firstLine="420"/>
        <w:jc w:val="left"/>
        <w:textAlignment w:val="center"/>
        <w:rPr>
          <w:color w:val="000000"/>
        </w:rPr>
      </w:pPr>
      <w:r>
        <w:rPr>
          <w:rFonts w:ascii="楷体" w:eastAsia="楷体" w:hAnsi="楷体" w:cs="楷体"/>
          <w:color w:val="000000"/>
        </w:rPr>
        <w:t>④过了辞灶日，春节就迫在眉睫了。但在孩子的感觉里，这段时间还是很漫长。终于熬到了年除夕，这天下午，女人们在家包饺子，男人们去给祖先上坟，其实就是去邀请祖先回家过年。上坟回来，家里的堂屋墙上，已经挂起了家堂轴子，轴子上画着一些冠冕堂皇的古人，还用墨线起好了许多的格子，里边填写着祖宗的名讳。轴子前摆着香炉和蜡烛，还有几样供品。无非是几颗糖果，几片饼干。不可缺少的是要供上一把斧头，取其谐音“福”字。这时候如果有人来借斧头，那是要遭极大的反感的。</w:t>
      </w:r>
    </w:p>
    <w:p>
      <w:pPr>
        <w:spacing w:line="360" w:lineRule="auto"/>
        <w:ind w:firstLine="420"/>
        <w:jc w:val="left"/>
        <w:textAlignment w:val="center"/>
        <w:rPr>
          <w:color w:val="000000"/>
        </w:rPr>
      </w:pPr>
      <w:r>
        <w:rPr>
          <w:rFonts w:ascii="楷体" w:eastAsia="楷体" w:hAnsi="楷体" w:cs="楷体"/>
          <w:color w:val="000000"/>
        </w:rPr>
        <w:t>⑤那时候不但没有电视，连电都没有，吃过晚饭后还是先睡觉。睡到三星正晌时被母亲悄悄地叫起来。起来穿上新衣，感觉到特别神秘、特别寒冷，牙齿嘚嘚地打着战。家堂轴子前的蜡烛已经点燃，火苗颤抖不止，照耀得轴子上的古人面孔闪闪发光，好像活了一样。院子里黑得伸手不见五指，仿佛有许多的高头大马在黑暗中咀嚼谷草——如此黑暗的夜再也见不到了，现在的夜不如过去黑了。这是真正的开始过年了。这时候绝对不许高声说话，即便是平日里脾气不好的家长，此时也是柔声细语。至于孩子，头天晚上母亲已经反复地叮嘱过了，千万不能说出不吉利的话，因为过年的这一刻，关系到一家人来年的运道。做年夜饭不能拉风箱——呱嗒呱嗒的风箱声会破坏神秘感——因此要烧最好的草，棉花柴或者豆秸。因为草好，灶膛里火光熊熊，把半个院子都照亮了。锅里的蒸汽从门里汹涌地扑出来。</w:t>
      </w:r>
      <w:r>
        <w:rPr>
          <w:rFonts w:ascii="楷体" w:eastAsia="楷体" w:hAnsi="楷体" w:cs="楷体"/>
          <w:color w:val="000000"/>
          <w:u w:val="single"/>
        </w:rPr>
        <w:t>饺子下到锅里去了。白白胖胖的饺子下到锅里去了</w:t>
      </w:r>
      <w:r>
        <w:rPr>
          <w:rFonts w:ascii="楷体" w:eastAsia="楷体" w:hAnsi="楷体" w:cs="楷体"/>
          <w:color w:val="000000"/>
        </w:rPr>
        <w:t>。每逢此时我就油然地想起那个并不贴切的谜语：从南来了一群鹅，扑棱扑棱下了河。饺子熟了，父亲端起盘子，盘子上盛了两碗饺子，往大门外走去。男孩子举着早就绑好了鞭炮的竿子紧紧地跟随着。父亲在大门外的空地上放下盘子，点燃了烧纸后，就跪下向四面八方磕头。男孩子把鞭炮点燃，高高地举起来。在震耳欲聋的鞭炮声中，父亲完成了他的祭祀天地神灵的工作。回到屋子里，母亲、祖母她们已经欢声笑语了。</w:t>
      </w:r>
    </w:p>
    <w:p>
      <w:pPr>
        <w:spacing w:line="360" w:lineRule="auto"/>
        <w:ind w:firstLine="420"/>
        <w:jc w:val="left"/>
        <w:textAlignment w:val="center"/>
        <w:rPr>
          <w:color w:val="000000"/>
        </w:rPr>
      </w:pPr>
      <w:r>
        <w:rPr>
          <w:rFonts w:ascii="楷体" w:eastAsia="楷体" w:hAnsi="楷体" w:cs="楷体"/>
          <w:color w:val="000000"/>
        </w:rPr>
        <w:t>⑥神秘的仪式已经结束，接下来就是家人们的庆典了。在吃饺子之前，晚辈们要给长辈磕头，我们在家堂轴子前一边磕头一边大声地报告着被磕者：给爷爷磕头，给奶奶磕头，给爹磕头，给娘磕头……长辈们在炕上响亮地说着：不用磕了，上炕吃饺子吧！晚辈们磕了头，长辈们照例要给一点磕头钱，一毛或是两毛，这已经让我们兴奋得雀跃了。年夜里的饺子是包进了钱的，我家原来一直包铜钱，但包了铜钱的饺子有一股浓烈的铜锈气，无法下咽，后来就改用硬币了。我们盼望着能从饺子里吃出一个硬币，这是归自己所有的财产啊，至于吃到带钱饺子的吉利，孩子们并不在意。</w:t>
      </w:r>
    </w:p>
    <w:p>
      <w:pPr>
        <w:spacing w:line="360" w:lineRule="auto"/>
        <w:ind w:firstLine="420"/>
        <w:jc w:val="left"/>
        <w:textAlignment w:val="center"/>
        <w:rPr>
          <w:color w:val="000000"/>
        </w:rPr>
      </w:pPr>
      <w:r>
        <w:rPr>
          <w:rFonts w:ascii="楷体" w:eastAsia="楷体" w:hAnsi="楷体" w:cs="楷体"/>
          <w:color w:val="000000"/>
        </w:rPr>
        <w:t>⑦过年时还有一件趣事不能不提，那就是装财神和接财神。往往是一家人刚刚围桌吃饺子时，大门外就起了响亮的歌唱声：财神到，财神到，过新年，放鞭炮。快答复，快答复，你家年年盖瓦屋……听到门外财神的歌唱声，母亲就盛上半碗饺子，让男孩送出去。扮财神的，都是叫花子。他们有的提着瓦罐，有的提着竹篮，站在寒风里，等待着人们的施舍。这是叫花子们的黄金时刻，无论多么吝啬的人家，这时候也不会舍不出那半碗饺子。</w:t>
      </w:r>
    </w:p>
    <w:p>
      <w:pPr>
        <w:spacing w:line="360" w:lineRule="auto"/>
        <w:ind w:firstLine="420"/>
        <w:jc w:val="left"/>
        <w:textAlignment w:val="center"/>
        <w:rPr>
          <w:color w:val="000000"/>
        </w:rPr>
      </w:pPr>
      <w:r>
        <w:rPr>
          <w:rFonts w:ascii="楷体" w:eastAsia="楷体" w:hAnsi="楷体" w:cs="楷体"/>
          <w:color w:val="000000"/>
        </w:rPr>
        <w:t>⑧现在，饺子可以天天吃，没有了吃的吸引，过年的兴趣就去了大半。人到中年，更感到时光的难留。没有美食的诱惑、没有神秘的气氛、没有纯洁的童心，就没有过年的乐趣，但这年还是得过下去，为了孩子。我们所怀念的那种过年，现在的孩子不感兴趣，他们自有他们的欢乐的年。</w:t>
      </w:r>
    </w:p>
    <w:p>
      <w:pPr>
        <w:spacing w:line="360" w:lineRule="auto"/>
        <w:jc w:val="right"/>
        <w:textAlignment w:val="center"/>
        <w:rPr>
          <w:color w:val="000000"/>
        </w:rPr>
      </w:pPr>
      <w:r>
        <w:rPr>
          <w:rFonts w:ascii="宋体" w:eastAsia="宋体" w:hAnsi="宋体" w:cs="宋体"/>
          <w:color w:val="000000"/>
        </w:rPr>
        <w:t>（取材于莫言的文章）</w:t>
      </w:r>
    </w:p>
    <w:p>
      <w:pPr>
        <w:spacing w:line="360" w:lineRule="auto"/>
        <w:jc w:val="left"/>
        <w:textAlignment w:val="center"/>
        <w:rPr>
          <w:color w:val="000000"/>
        </w:rPr>
      </w:pPr>
      <w:r>
        <w:rPr>
          <w:color w:val="000000"/>
        </w:rPr>
        <w:t>（1）</w:t>
      </w:r>
      <w:r>
        <w:rPr>
          <w:rFonts w:ascii="宋体" w:eastAsia="宋体" w:hAnsi="宋体" w:cs="宋体"/>
          <w:color w:val="000000"/>
        </w:rPr>
        <w:t>文章以时间为节点讲述了作者儿时家乡丰富的年俗，如①</w:t>
      </w:r>
      <w:r>
        <w:rPr>
          <w:color w:val="000000"/>
        </w:rPr>
        <w:t>_____</w:t>
      </w:r>
      <w:r>
        <w:rPr>
          <w:rFonts w:ascii="宋体" w:eastAsia="宋体" w:hAnsi="宋体" w:cs="宋体"/>
          <w:color w:val="000000"/>
        </w:rPr>
        <w:t>、②</w:t>
      </w:r>
      <w:r>
        <w:rPr>
          <w:color w:val="000000"/>
        </w:rPr>
        <w:t>_____</w:t>
      </w:r>
      <w:r>
        <w:rPr>
          <w:rFonts w:ascii="宋体" w:eastAsia="宋体" w:hAnsi="宋体" w:cs="宋体"/>
          <w:color w:val="000000"/>
        </w:rPr>
        <w:t>、除夕③</w:t>
      </w:r>
      <w:r>
        <w:rPr>
          <w:color w:val="000000"/>
        </w:rPr>
        <w:t>_____</w:t>
      </w:r>
      <w:r>
        <w:rPr>
          <w:rFonts w:ascii="宋体" w:eastAsia="宋体" w:hAnsi="宋体" w:cs="宋体"/>
          <w:color w:val="000000"/>
        </w:rPr>
        <w:t>、吃饺子、接财神等，有时轻笔细描，有时浓墨重彩，又融入了作者丰富的感受与联想，读来意趣盎然。</w:t>
      </w:r>
    </w:p>
    <w:p>
      <w:pPr>
        <w:spacing w:line="360" w:lineRule="auto"/>
        <w:jc w:val="left"/>
        <w:textAlignment w:val="center"/>
        <w:rPr>
          <w:color w:val="000000"/>
        </w:rPr>
      </w:pPr>
      <w:r>
        <w:rPr>
          <w:color w:val="000000"/>
        </w:rPr>
        <w:t>（2）</w:t>
      </w:r>
      <w:r>
        <w:rPr>
          <w:rFonts w:ascii="宋体" w:eastAsia="宋体" w:hAnsi="宋体" w:cs="宋体"/>
          <w:color w:val="000000"/>
        </w:rPr>
        <w:t>请赏析文中画线的语句。</w:t>
      </w:r>
    </w:p>
    <w:p>
      <w:pPr>
        <w:spacing w:line="360" w:lineRule="auto"/>
        <w:jc w:val="left"/>
        <w:textAlignment w:val="center"/>
        <w:rPr>
          <w:color w:val="000000"/>
        </w:rPr>
      </w:pPr>
      <w:r>
        <w:rPr>
          <w:rFonts w:ascii="宋体" w:eastAsia="宋体" w:hAnsi="宋体" w:cs="宋体"/>
          <w:color w:val="000000"/>
        </w:rPr>
        <w:t>饺子下到锅里去了。白白胖胖的饺子下到锅里去了。</w:t>
      </w:r>
    </w:p>
    <w:p>
      <w:pPr>
        <w:spacing w:line="360" w:lineRule="auto"/>
        <w:jc w:val="left"/>
        <w:textAlignment w:val="center"/>
        <w:rPr>
          <w:color w:val="000000"/>
        </w:rPr>
      </w:pPr>
      <w:r>
        <w:rPr>
          <w:color w:val="000000"/>
        </w:rPr>
        <w:t>（3）</w:t>
      </w:r>
      <w:r>
        <w:rPr>
          <w:rFonts w:ascii="宋体" w:eastAsia="宋体" w:hAnsi="宋体" w:cs="宋体"/>
          <w:color w:val="000000"/>
        </w:rPr>
        <w:t>文章结尾写道“我们所怀念的那种过年，现在的孩子不感兴趣”。从全文看，作者怀念的是什么？请结合文章内容简要说明。</w:t>
      </w:r>
    </w:p>
    <w:p>
      <w:pPr>
        <w:spacing w:line="360" w:lineRule="auto"/>
        <w:textAlignment w:val="center"/>
        <w:rPr>
          <w:color w:val="000000"/>
        </w:rPr>
      </w:pPr>
      <w:r>
        <w:rPr>
          <w:color w:val="2E75B6"/>
        </w:rPr>
        <w:t>【答案】</w:t>
      </w:r>
      <w:r>
        <w:rPr>
          <w:color w:val="000000"/>
        </w:rPr>
        <w:t>（1）</w:t>
      </w:r>
      <w:r>
        <w:rPr>
          <w:color w:val="000000"/>
        </w:rPr>
        <w:t xml:space="preserve">    ①. </w:t>
      </w:r>
      <w:r>
        <w:rPr>
          <w:rFonts w:ascii="宋体" w:eastAsia="宋体" w:hAnsi="宋体" w:cs="宋体"/>
          <w:color w:val="000000"/>
        </w:rPr>
        <w:t>腊月初八</w:t>
      </w:r>
      <w:r>
        <w:rPr>
          <w:color w:val="000000"/>
        </w:rPr>
        <w:t xml:space="preserve">    ②. </w:t>
      </w:r>
      <w:r>
        <w:rPr>
          <w:rFonts w:ascii="宋体" w:eastAsia="宋体" w:hAnsi="宋体" w:cs="宋体"/>
          <w:color w:val="000000"/>
        </w:rPr>
        <w:t>辞灶日</w:t>
      </w:r>
      <w:r>
        <w:rPr>
          <w:color w:val="000000"/>
        </w:rPr>
        <w:t xml:space="preserve">    ③. </w:t>
      </w:r>
      <w:r>
        <w:rPr>
          <w:rFonts w:ascii="宋体" w:eastAsia="宋体" w:hAnsi="宋体" w:cs="宋体"/>
          <w:color w:val="000000"/>
        </w:rPr>
        <w:t>上坟</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生动形象地表现了饺子下到锅里去了的状态，表达了作者对过年的喜欢和对童年及“过去的年”的怀念之情。</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对童年生活的怀念，对“过去的年”的怀念；对“过去的年”的消逝的惆怅遗憾；对时间流逝的伤感和恐慌。</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本题考查梳理文章脉络的能力。</w:t>
      </w:r>
    </w:p>
    <w:p>
      <w:pPr>
        <w:spacing w:line="360" w:lineRule="auto"/>
        <w:jc w:val="left"/>
        <w:textAlignment w:val="center"/>
        <w:rPr>
          <w:color w:val="000000"/>
        </w:rPr>
      </w:pPr>
      <w:r>
        <w:rPr>
          <w:rFonts w:ascii="宋体" w:eastAsia="宋体" w:hAnsi="宋体" w:cs="宋体"/>
          <w:color w:val="000000"/>
        </w:rPr>
        <w:t>结合第②段“熬到腊月初八，是盼年的第一站”句可知，第一个时间节点是：腊月初八；</w:t>
      </w:r>
    </w:p>
    <w:p>
      <w:pPr>
        <w:spacing w:line="360" w:lineRule="auto"/>
        <w:jc w:val="left"/>
        <w:textAlignment w:val="center"/>
        <w:rPr>
          <w:color w:val="000000"/>
        </w:rPr>
      </w:pPr>
      <w:r>
        <w:rPr>
          <w:rFonts w:ascii="宋体" w:eastAsia="宋体" w:hAnsi="宋体" w:cs="宋体"/>
          <w:color w:val="000000"/>
        </w:rPr>
        <w:t>由第③段“过了腊八再熬半月，就到了辞灶日”句可知，第二个时间节点是：辞灶日；</w:t>
      </w:r>
    </w:p>
    <w:p>
      <w:pPr>
        <w:spacing w:line="360" w:lineRule="auto"/>
        <w:jc w:val="left"/>
        <w:textAlignment w:val="center"/>
        <w:rPr>
          <w:color w:val="000000"/>
        </w:rPr>
      </w:pPr>
      <w:r>
        <w:rPr>
          <w:rFonts w:ascii="宋体" w:eastAsia="宋体" w:hAnsi="宋体" w:cs="宋体"/>
          <w:color w:val="000000"/>
        </w:rPr>
        <w:t>由第④段“终于熬到了年除夕，这天下午，女人们在家包饺子，男人们去给祖先上坟，其实就是去邀请祖先回家过年”可知，③处的事情是：给祖先上坟。</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本题考查句子的赏析。</w:t>
      </w:r>
    </w:p>
    <w:p>
      <w:pPr>
        <w:spacing w:line="360" w:lineRule="auto"/>
        <w:jc w:val="left"/>
        <w:textAlignment w:val="center"/>
        <w:rPr>
          <w:color w:val="000000"/>
        </w:rPr>
      </w:pPr>
      <w:r>
        <w:rPr>
          <w:rFonts w:ascii="宋体" w:eastAsia="宋体" w:hAnsi="宋体" w:cs="宋体"/>
          <w:color w:val="000000"/>
        </w:rPr>
        <w:t>“白白胖胖”是用来形容人的状态的，这里赋予在“饺子”上，是拟人的手法，生动形象地表现了饺子下到锅里去了的状态，表达了作者对过年的喜欢和对童年及“过去的年”的怀念之情。</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本题考查对文章思想感情的掌握。此题要在理解文意的基础上进行概括，或提取关键性语句。</w:t>
      </w:r>
    </w:p>
    <w:p>
      <w:pPr>
        <w:spacing w:line="360" w:lineRule="auto"/>
        <w:jc w:val="left"/>
        <w:textAlignment w:val="center"/>
        <w:rPr>
          <w:color w:val="000000"/>
        </w:rPr>
      </w:pPr>
      <w:r>
        <w:rPr>
          <w:rFonts w:ascii="宋体" w:eastAsia="宋体" w:hAnsi="宋体" w:cs="宋体"/>
          <w:color w:val="000000"/>
        </w:rPr>
        <w:t>本文通过写小时候过年的情景，表达了对童年及“过去的年”的怀念之情。“人到中年，更感到时光的难留”表达了对时间流逝的伤感，“没有了吃的吸引，过年的兴趣就去了大半”、“我们所怀念的那种过年，现在的孩子不感兴趣，他们自有他们欢乐的年”等语句表达了对“过去的年”消逝的惆怅。</w:t>
      </w:r>
    </w:p>
    <w:p>
      <w:pPr>
        <w:pStyle w:val="Heading3"/>
      </w:pPr>
      <w:r>
        <w:t>西城区</w:t>
      </w:r>
    </w:p>
    <w:p>
      <w:pPr>
        <w:spacing w:line="360" w:lineRule="auto"/>
        <w:jc w:val="left"/>
        <w:textAlignment w:val="center"/>
        <w:rPr>
          <w:color w:val="000000"/>
        </w:rPr>
      </w:pPr>
      <w:r>
        <w:rPr>
          <w:rFonts w:ascii="宋体" w:eastAsia="宋体" w:hAnsi="宋体" w:cs="宋体"/>
          <w:b/>
          <w:color w:val="000000"/>
          <w:sz w:val="24"/>
        </w:rPr>
        <w:t>四、现代文阅读（共19分）</w:t>
      </w:r>
    </w:p>
    <w:p>
      <w:pPr>
        <w:spacing w:line="360" w:lineRule="auto"/>
        <w:jc w:val="left"/>
        <w:textAlignment w:val="center"/>
        <w:rPr>
          <w:color w:val="000000"/>
        </w:rPr>
      </w:pPr>
      <w:r>
        <w:rPr>
          <w:rFonts w:ascii="宋体" w:eastAsia="宋体" w:hAnsi="宋体" w:cs="宋体"/>
          <w:b/>
          <w:color w:val="000000"/>
          <w:sz w:val="24"/>
        </w:rPr>
        <w:t>（一）</w:t>
      </w:r>
    </w:p>
    <w:p>
      <w:pPr>
        <w:spacing w:line="360" w:lineRule="auto"/>
        <w:jc w:val="left"/>
        <w:textAlignment w:val="center"/>
        <w:rPr>
          <w:color w:val="000000"/>
        </w:rPr>
      </w:pPr>
      <w:r>
        <w:rPr>
          <w:rFonts w:ascii="宋体" w:eastAsia="宋体" w:hAnsi="宋体" w:cs="宋体"/>
          <w:color w:val="000000"/>
        </w:rPr>
        <w:t>阅读下面材料，完成问题。</w:t>
      </w:r>
    </w:p>
    <w:p>
      <w:pPr>
        <w:spacing w:line="360" w:lineRule="auto"/>
        <w:ind w:firstLine="420"/>
        <w:jc w:val="left"/>
        <w:textAlignment w:val="center"/>
        <w:rPr>
          <w:color w:val="000000"/>
        </w:rPr>
      </w:pPr>
      <w:r>
        <w:rPr>
          <w:rFonts w:ascii="宋体" w:eastAsia="宋体" w:hAnsi="宋体" w:cs="宋体"/>
          <w:color w:val="000000"/>
        </w:rPr>
        <w:t>材料一</w:t>
      </w:r>
    </w:p>
    <w:p>
      <w:pPr>
        <w:spacing w:line="360" w:lineRule="auto"/>
        <w:ind w:firstLine="420"/>
        <w:jc w:val="left"/>
        <w:textAlignment w:val="center"/>
        <w:rPr>
          <w:color w:val="000000"/>
        </w:rPr>
      </w:pPr>
      <w:r>
        <w:rPr>
          <w:rFonts w:ascii="楷体" w:eastAsia="楷体" w:hAnsi="楷体" w:cs="楷体"/>
          <w:color w:val="000000"/>
        </w:rPr>
        <w:t>①过去，“户外活动”对大多数人来说，意味着长途跋涉、挑战自我、突破极限。数据显示，近一年</w:t>
      </w:r>
      <w:r>
        <w:rPr>
          <w:rFonts w:ascii="楷体" w:eastAsia="楷体" w:hAnsi="楷体" w:cs="楷体"/>
          <w:color w:val="000000"/>
          <w:u w:val="single"/>
        </w:rPr>
        <w:t xml:space="preserve">        </w:t>
      </w:r>
      <w:r>
        <w:rPr>
          <w:rFonts w:ascii="楷体" w:eastAsia="楷体" w:hAnsi="楷体" w:cs="楷体"/>
          <w:color w:val="000000"/>
        </w:rPr>
        <w:t>。放慢了远行脚步的年轻人，在致力于挖掘身边户外活动新鲜玩法的同时，也让户外活动变得更加“平易近人”。郊区的露营野餐、城市的探索骑行、公园绿道上的徒步……年轻人的户外休闲“微度假”可以轻松融入每个节假日、每个周末。</w:t>
      </w:r>
    </w:p>
    <w:p>
      <w:pPr>
        <w:spacing w:line="360" w:lineRule="auto"/>
        <w:ind w:firstLine="420"/>
        <w:jc w:val="center"/>
        <w:textAlignment w:val="center"/>
        <w:rPr>
          <w:color w:val="000000"/>
        </w:rPr>
      </w:pPr>
      <w:r>
        <w:rPr>
          <w:color w:val="000000"/>
        </w:rPr>
        <w:drawing>
          <wp:inline>
            <wp:extent cx="5238750" cy="3299144"/>
            <wp:docPr id="15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
                    <pic:cNvPicPr>
                      <a:picLocks noChangeAspect="1"/>
                    </pic:cNvPicPr>
                  </pic:nvPicPr>
                  <pic:blipFill>
                    <a:blip r:embed="rId137"/>
                    <a:stretch>
                      <a:fillRect/>
                    </a:stretch>
                  </pic:blipFill>
                  <pic:spPr>
                    <a:xfrm>
                      <a:off x="0" y="0"/>
                      <a:ext cx="5238750" cy="3299144"/>
                    </a:xfrm>
                    <a:prstGeom prst="rect">
                      <a:avLst/>
                    </a:prstGeom>
                  </pic:spPr>
                </pic:pic>
              </a:graphicData>
            </a:graphic>
          </wp:inline>
        </w:drawing>
      </w:r>
    </w:p>
    <w:p>
      <w:pPr>
        <w:spacing w:line="360" w:lineRule="auto"/>
        <w:ind w:firstLine="420"/>
        <w:jc w:val="left"/>
        <w:textAlignment w:val="center"/>
        <w:rPr>
          <w:color w:val="000000"/>
        </w:rPr>
      </w:pPr>
      <w:r>
        <w:rPr>
          <w:rFonts w:ascii="楷体" w:eastAsia="楷体" w:hAnsi="楷体" w:cs="楷体"/>
          <w:color w:val="000000"/>
        </w:rPr>
        <w:t>②近年各大平台上最火的一种户外“微度假”是露营。春季“露营+赏花”、夏季“露营+玩水”、秋冬季“星空露营+音乐会”“农场露营+亲近萌宠”……年轻人把露营玩出了新花样。“平时工作学习都太累了，周末找个山青水秀的地方露营，有一种暂时逃离城市紧张生活的感觉。”一位95后露营者说。既能亲近自然，又能放松心情，户外露营成为年轻人心中当红的“微度假”形式。</w:t>
      </w:r>
    </w:p>
    <w:p>
      <w:pPr>
        <w:spacing w:line="360" w:lineRule="auto"/>
        <w:ind w:firstLine="420"/>
        <w:jc w:val="left"/>
        <w:textAlignment w:val="center"/>
        <w:rPr>
          <w:color w:val="000000"/>
        </w:rPr>
      </w:pPr>
      <w:r>
        <w:rPr>
          <w:rFonts w:ascii="宋体" w:eastAsia="宋体" w:hAnsi="宋体" w:cs="宋体"/>
          <w:color w:val="000000"/>
        </w:rPr>
        <w:t>材料二</w:t>
      </w:r>
    </w:p>
    <w:p>
      <w:pPr>
        <w:spacing w:line="360" w:lineRule="auto"/>
        <w:ind w:firstLine="420"/>
        <w:jc w:val="left"/>
        <w:textAlignment w:val="center"/>
        <w:rPr>
          <w:color w:val="000000"/>
        </w:rPr>
      </w:pPr>
      <w:r>
        <w:rPr>
          <w:rFonts w:ascii="楷体" w:eastAsia="楷体" w:hAnsi="楷体" w:cs="楷体"/>
          <w:color w:val="000000"/>
        </w:rPr>
        <w:t>①今天，你参加徒步运动了吗？城市周边的户外徒步正成为颇受年轻人欢迎的一种“微度假”形式。“一边在大自然中呼吸新鲜空气，一边运动锻炼身体，还不用请年假，周末就可以走起来，何乐而不为？”一位90后这样解释年轻人喜欢户外徒步的原因。</w:t>
      </w:r>
    </w:p>
    <w:p>
      <w:pPr>
        <w:spacing w:line="360" w:lineRule="auto"/>
        <w:ind w:firstLine="420"/>
        <w:jc w:val="left"/>
        <w:textAlignment w:val="center"/>
        <w:rPr>
          <w:color w:val="000000"/>
        </w:rPr>
      </w:pPr>
      <w:r>
        <w:rPr>
          <w:rFonts w:ascii="楷体" w:eastAsia="楷体" w:hAnsi="楷体" w:cs="楷体"/>
          <w:color w:val="000000"/>
        </w:rPr>
        <w:t>②作为一种长盛不衰的户外运动，徒步运动的优势很明显。首先，徒步对场地的限制不高。除了可以到野外山地或专业的穿越路线开展徒步运动外，城市里也有可供徒步的场地。很多城市都修建了完善的步道，城市公园及城市周边景区也都为徒步运动提供了便利条件，市民利用周末或是其它闲暇时间，就可以轻松完成一场徒步之旅。被誉为“2021中国新秘境”的福州福道、北京雁栖湖西山步道以及广州的云路，都是深受当地人关注的城市步道。同时，每个季节都有适合徒步的线路。人们只要“因时制宜”设计好线路，在该线路最好的季节前往，就可以获得最佳徒步体验。因此，一年四季都是参加徒步运动的好季节。另外，不同圈层、不同年龄段的人都能从徒步运动中获得满足感。专业的青年徒步玩家可以通过征服山地等高难度线路获得挑战自我的满足；而对“非专业人士”和中老年人来说，徒步也可以是“茶余饭后”亲近自然的一种休闲方式。</w:t>
      </w:r>
    </w:p>
    <w:p>
      <w:pPr>
        <w:spacing w:line="360" w:lineRule="auto"/>
        <w:ind w:firstLine="420"/>
        <w:jc w:val="left"/>
        <w:textAlignment w:val="center"/>
        <w:rPr>
          <w:color w:val="000000"/>
        </w:rPr>
      </w:pPr>
      <w:r>
        <w:rPr>
          <w:rFonts w:ascii="宋体" w:eastAsia="宋体" w:hAnsi="宋体" w:cs="宋体"/>
          <w:color w:val="000000"/>
        </w:rPr>
        <w:t>材料三</w:t>
      </w:r>
    </w:p>
    <w:p>
      <w:pPr>
        <w:spacing w:line="360" w:lineRule="auto"/>
        <w:ind w:firstLine="420"/>
        <w:jc w:val="left"/>
        <w:textAlignment w:val="center"/>
        <w:rPr>
          <w:color w:val="000000"/>
        </w:rPr>
      </w:pPr>
      <w:r>
        <w:rPr>
          <w:rFonts w:ascii="楷体" w:eastAsia="楷体" w:hAnsi="楷体" w:cs="楷体"/>
          <w:color w:val="000000"/>
        </w:rPr>
        <w:t>①2021年，垂钓人群的年轻化程度较之2020年愈发明显，钓鱼大军中的90后、95后年轻人数量持续增长。致力于解锁更多“微度假”玩法的他们，扛起钓竿亲近自然，在城市周边的水域里找到了垂钓的新乐趣——享受运动。</w:t>
      </w:r>
    </w:p>
    <w:p>
      <w:pPr>
        <w:spacing w:line="360" w:lineRule="auto"/>
        <w:ind w:firstLine="420"/>
        <w:jc w:val="left"/>
        <w:textAlignment w:val="center"/>
        <w:rPr>
          <w:color w:val="000000"/>
        </w:rPr>
      </w:pPr>
      <w:r>
        <w:rPr>
          <w:rFonts w:ascii="楷体" w:eastAsia="楷体" w:hAnsi="楷体" w:cs="楷体"/>
          <w:color w:val="000000"/>
        </w:rPr>
        <w:t>②比起传统钓鱼活动“坐等上钩”的佛系，年轻人更倾向于主动出击的新鲜玩法。于是，最早流行于欧美的“路亚”成了年轻钓友们的最爱。“路亚”是模仿弱小生物引发大鱼攻击的一种方法。这种钓鱼方法讲究技巧，需要钓者通过全身运动完成竿、饵、轮的综合操作。年轻人用新钓法打破了钓鱼的固有印象，将这项静止的活动玩成了紧张激烈的运动。尽管这项运动对于装备和技术都有着较高要求，乐于挑战自我的年轻人仍旧为之“前赴后继”。</w:t>
      </w:r>
    </w:p>
    <w:p>
      <w:pPr>
        <w:spacing w:line="360" w:lineRule="auto"/>
        <w:jc w:val="left"/>
        <w:textAlignment w:val="center"/>
        <w:rPr>
          <w:color w:val="000000"/>
        </w:rPr>
      </w:pPr>
      <w:r>
        <w:rPr>
          <w:color w:val="000000"/>
        </w:rPr>
        <w:t xml:space="preserve">16. </w:t>
      </w:r>
      <w:r>
        <w:rPr>
          <w:rFonts w:ascii="宋体" w:eastAsia="宋体" w:hAnsi="宋体" w:cs="宋体"/>
          <w:color w:val="000000"/>
        </w:rPr>
        <w:t>根据图1中的信息，结合上下文，补全材料一横线处的内容。</w:t>
      </w:r>
    </w:p>
    <w:p>
      <w:pPr>
        <w:spacing w:line="360" w:lineRule="auto"/>
        <w:jc w:val="left"/>
        <w:textAlignment w:val="center"/>
        <w:rPr>
          <w:color w:val="000000"/>
        </w:rPr>
      </w:pPr>
      <w:r>
        <w:rPr>
          <w:color w:val="000000"/>
        </w:rPr>
        <w:t xml:space="preserve">17. </w:t>
      </w:r>
      <w:r>
        <w:rPr>
          <w:rFonts w:ascii="宋体" w:eastAsia="宋体" w:hAnsi="宋体" w:cs="宋体"/>
          <w:color w:val="000000"/>
        </w:rPr>
        <w:t>根据材料二内容，以下关于徒步运动说法</w:t>
      </w:r>
      <w:r>
        <w:rPr>
          <w:rFonts w:ascii="宋体" w:eastAsia="宋体" w:hAnsi="宋体" w:cs="宋体"/>
          <w:color w:val="000000"/>
          <w:em w:val="dot"/>
        </w:rPr>
        <w:t>有误</w:t>
      </w:r>
      <w:r>
        <w:rPr>
          <w:rFonts w:ascii="宋体" w:eastAsia="宋体" w:hAnsi="宋体" w:cs="宋体"/>
          <w:color w:val="000000"/>
        </w:rPr>
        <w:t>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徒步运动的运动量比较大，而且开展起来也相当困难，所以只适合年轻人。</w:t>
      </w:r>
    </w:p>
    <w:p>
      <w:pPr>
        <w:spacing w:line="360" w:lineRule="auto"/>
        <w:jc w:val="left"/>
        <w:textAlignment w:val="center"/>
        <w:rPr>
          <w:color w:val="000000"/>
        </w:rPr>
      </w:pPr>
      <w:r>
        <w:rPr>
          <w:color w:val="000000"/>
        </w:rPr>
        <w:t xml:space="preserve">B. </w:t>
      </w:r>
      <w:r>
        <w:rPr>
          <w:rFonts w:ascii="宋体" w:eastAsia="宋体" w:hAnsi="宋体" w:cs="宋体"/>
          <w:color w:val="000000"/>
        </w:rPr>
        <w:t>徒步运动既可以到野外山地开展，也可就近在城市步道、公园及景区开展。</w:t>
      </w:r>
    </w:p>
    <w:p>
      <w:pPr>
        <w:spacing w:line="360" w:lineRule="auto"/>
        <w:jc w:val="left"/>
        <w:textAlignment w:val="center"/>
        <w:rPr>
          <w:color w:val="000000"/>
        </w:rPr>
      </w:pPr>
      <w:r>
        <w:rPr>
          <w:color w:val="000000"/>
        </w:rPr>
        <w:t xml:space="preserve">C. </w:t>
      </w:r>
      <w:r>
        <w:rPr>
          <w:rFonts w:ascii="宋体" w:eastAsia="宋体" w:hAnsi="宋体" w:cs="宋体"/>
          <w:color w:val="000000"/>
        </w:rPr>
        <w:t>按“因时制宜”设计的线路开展徒步运动，一年四季都可以获得良好体验。</w:t>
      </w:r>
    </w:p>
    <w:p>
      <w:pPr>
        <w:spacing w:line="360" w:lineRule="auto"/>
        <w:jc w:val="left"/>
        <w:textAlignment w:val="center"/>
        <w:rPr>
          <w:color w:val="000000"/>
        </w:rPr>
      </w:pPr>
      <w:r>
        <w:rPr>
          <w:color w:val="000000"/>
        </w:rPr>
        <w:t xml:space="preserve">D. </w:t>
      </w:r>
      <w:r>
        <w:rPr>
          <w:rFonts w:ascii="宋体" w:eastAsia="宋体" w:hAnsi="宋体" w:cs="宋体"/>
          <w:color w:val="000000"/>
        </w:rPr>
        <w:t>专业玩家挑战自我，非专业玩家亲近自然，不同徒步玩家都能获得满足感。</w:t>
      </w:r>
    </w:p>
    <w:p>
      <w:pPr>
        <w:spacing w:line="360" w:lineRule="auto"/>
        <w:jc w:val="left"/>
        <w:textAlignment w:val="center"/>
        <w:rPr>
          <w:color w:val="000000"/>
        </w:rPr>
      </w:pPr>
      <w:r>
        <w:rPr>
          <w:color w:val="000000"/>
        </w:rPr>
        <w:t xml:space="preserve">18. </w:t>
      </w:r>
      <w:r>
        <w:rPr>
          <w:rFonts w:ascii="宋体" w:eastAsia="宋体" w:hAnsi="宋体" w:cs="宋体"/>
          <w:color w:val="000000"/>
        </w:rPr>
        <w:t>从上述三则材料可以看出，年轻人喜欢户外“微度假”的原因有：</w:t>
      </w:r>
      <w:r>
        <w:rPr>
          <w:color w:val="000000"/>
        </w:rPr>
        <w:t>_____</w:t>
      </w:r>
      <w:r>
        <w:rPr>
          <w:rFonts w:ascii="宋体" w:eastAsia="宋体" w:hAnsi="宋体" w:cs="宋体"/>
          <w:color w:val="000000"/>
        </w:rPr>
        <w:t>、</w:t>
      </w:r>
      <w:r>
        <w:rPr>
          <w:color w:val="000000"/>
        </w:rPr>
        <w:t>_____</w:t>
      </w:r>
      <w:r>
        <w:rPr>
          <w:rFonts w:ascii="宋体" w:eastAsia="宋体" w:hAnsi="宋体" w:cs="宋体"/>
          <w:color w:val="000000"/>
        </w:rPr>
        <w:t>、</w:t>
      </w:r>
      <w:r>
        <w:rPr>
          <w:color w:val="000000"/>
        </w:rPr>
        <w:t>_____</w:t>
      </w:r>
      <w:r>
        <w:rPr>
          <w:rFonts w:ascii="宋体" w:eastAsia="宋体" w:hAnsi="宋体" w:cs="宋体"/>
          <w:color w:val="000000"/>
        </w:rPr>
        <w:t>。（每空限8个字以内）</w:t>
      </w:r>
    </w:p>
    <w:p>
      <w:pPr>
        <w:spacing w:line="360" w:lineRule="auto"/>
        <w:textAlignment w:val="center"/>
        <w:rPr>
          <w:color w:val="000000"/>
        </w:rPr>
      </w:pPr>
      <w:r>
        <w:rPr>
          <w:color w:val="2E75B6"/>
        </w:rPr>
        <w:t>【答案】</w:t>
      </w:r>
      <w:r>
        <w:rPr>
          <w:color w:val="000000"/>
        </w:rPr>
        <w:t xml:space="preserve">16. </w:t>
      </w:r>
      <w:r>
        <w:rPr>
          <w:rFonts w:ascii="宋体" w:eastAsia="宋体" w:hAnsi="宋体" w:cs="宋体"/>
          <w:color w:val="000000"/>
        </w:rPr>
        <w:t>示例：户外休闲人群中，90后和95后年轻人占比最高。</w:t>
      </w:r>
      <w:r>
        <w:rPr>
          <w:color w:val="000000"/>
        </w:rPr>
        <w:t xml:space="preserve">    </w:t>
      </w:r>
      <w:r>
        <w:rPr>
          <w:color w:val="000000"/>
        </w:rPr>
        <w:t xml:space="preserve">17. </w:t>
      </w:r>
      <w:r>
        <w:rPr>
          <w:color w:val="000000"/>
        </w:rPr>
        <w:t>A</w:t>
      </w:r>
      <w:r>
        <w:rPr>
          <w:color w:val="000000"/>
        </w:rPr>
        <w:t xml:space="preserve">    </w:t>
      </w:r>
    </w:p>
    <w:p>
      <w:pPr>
        <w:spacing w:line="360" w:lineRule="auto"/>
        <w:textAlignment w:val="center"/>
        <w:rPr>
          <w:color w:val="000000"/>
        </w:rPr>
      </w:pPr>
      <w:r>
        <w:rPr>
          <w:color w:val="000000"/>
        </w:rPr>
        <w:t xml:space="preserve">18. </w:t>
      </w:r>
      <w:r>
        <w:rPr>
          <w:color w:val="000000"/>
        </w:rPr>
        <w:t xml:space="preserve">    ①. </w:t>
      </w:r>
      <w:r>
        <w:rPr>
          <w:rFonts w:ascii="宋体" w:eastAsia="宋体" w:hAnsi="宋体" w:cs="宋体"/>
          <w:color w:val="000000"/>
        </w:rPr>
        <w:t>玩法新鲜</w:t>
      </w:r>
      <w:r>
        <w:rPr>
          <w:color w:val="000000"/>
        </w:rPr>
        <w:t xml:space="preserve">    ②. </w:t>
      </w:r>
      <w:r>
        <w:rPr>
          <w:rFonts w:ascii="宋体" w:eastAsia="宋体" w:hAnsi="宋体" w:cs="宋体"/>
          <w:color w:val="000000"/>
        </w:rPr>
        <w:t>简单易行</w:t>
      </w:r>
      <w:r>
        <w:rPr>
          <w:color w:val="000000"/>
        </w:rPr>
        <w:t xml:space="preserve">    ③. </w:t>
      </w:r>
      <w:r>
        <w:rPr>
          <w:rFonts w:ascii="宋体" w:eastAsia="宋体" w:hAnsi="宋体" w:cs="宋体"/>
          <w:color w:val="000000"/>
        </w:rPr>
        <w:t>亲近自然</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rFonts w:ascii="宋体" w:eastAsia="宋体" w:hAnsi="宋体" w:cs="宋体"/>
          <w:color w:val="000000"/>
        </w:rPr>
        <w:t>本题考查图文转换和补写句子。</w:t>
      </w:r>
    </w:p>
    <w:p>
      <w:pPr>
        <w:spacing w:line="360" w:lineRule="auto"/>
        <w:jc w:val="left"/>
        <w:textAlignment w:val="center"/>
        <w:rPr>
          <w:color w:val="000000"/>
        </w:rPr>
      </w:pPr>
      <w:r>
        <w:rPr>
          <w:rFonts w:ascii="宋体" w:eastAsia="宋体" w:hAnsi="宋体" w:cs="宋体"/>
          <w:color w:val="000000"/>
        </w:rPr>
        <w:t>结合“近一年户外休闲人群年龄分布”图的数据可知，</w:t>
      </w:r>
      <w:r>
        <w:rPr>
          <w:rFonts w:ascii="Times New Roman" w:eastAsia="Times New Roman" w:hAnsi="Times New Roman" w:cs="Times New Roman"/>
          <w:color w:val="000000"/>
        </w:rPr>
        <w:t>90</w:t>
      </w:r>
      <w:r>
        <w:rPr>
          <w:rFonts w:ascii="宋体" w:eastAsia="宋体" w:hAnsi="宋体" w:cs="宋体"/>
          <w:color w:val="000000"/>
        </w:rPr>
        <w:t>后和</w:t>
      </w:r>
      <w:r>
        <w:rPr>
          <w:rFonts w:ascii="Times New Roman" w:eastAsia="Times New Roman" w:hAnsi="Times New Roman" w:cs="Times New Roman"/>
          <w:color w:val="000000"/>
        </w:rPr>
        <w:t>95</w:t>
      </w:r>
      <w:r>
        <w:rPr>
          <w:rFonts w:ascii="宋体" w:eastAsia="宋体" w:hAnsi="宋体" w:cs="宋体"/>
          <w:color w:val="000000"/>
        </w:rPr>
        <w:t>后占比</w:t>
      </w:r>
      <w:r>
        <w:rPr>
          <w:rFonts w:ascii="Times New Roman" w:eastAsia="Times New Roman" w:hAnsi="Times New Roman" w:cs="Times New Roman"/>
          <w:color w:val="000000"/>
        </w:rPr>
        <w:t>44%</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后占比</w:t>
      </w:r>
      <w:r>
        <w:rPr>
          <w:rFonts w:ascii="Times New Roman" w:eastAsia="Times New Roman" w:hAnsi="Times New Roman" w:cs="Times New Roman"/>
          <w:color w:val="000000"/>
        </w:rPr>
        <w:t>41.6%</w:t>
      </w:r>
      <w:r>
        <w:rPr>
          <w:rFonts w:ascii="宋体" w:eastAsia="宋体" w:hAnsi="宋体" w:cs="宋体"/>
          <w:color w:val="000000"/>
        </w:rPr>
        <w:t>，</w:t>
      </w:r>
      <w:r>
        <w:rPr>
          <w:rFonts w:ascii="Times New Roman" w:eastAsia="Times New Roman" w:hAnsi="Times New Roman" w:cs="Times New Roman"/>
          <w:color w:val="000000"/>
        </w:rPr>
        <w:t>70</w:t>
      </w:r>
      <w:r>
        <w:rPr>
          <w:rFonts w:ascii="宋体" w:eastAsia="宋体" w:hAnsi="宋体" w:cs="宋体"/>
          <w:color w:val="000000"/>
        </w:rPr>
        <w:t>后占比</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70</w:t>
      </w:r>
      <w:r>
        <w:rPr>
          <w:rFonts w:ascii="宋体" w:eastAsia="宋体" w:hAnsi="宋体" w:cs="宋体"/>
          <w:color w:val="000000"/>
        </w:rPr>
        <w:t>前占比</w:t>
      </w:r>
      <w:r>
        <w:rPr>
          <w:rFonts w:ascii="Times New Roman" w:eastAsia="Times New Roman" w:hAnsi="Times New Roman" w:cs="Times New Roman"/>
          <w:color w:val="000000"/>
        </w:rPr>
        <w:t>4.4%</w:t>
      </w:r>
      <w:r>
        <w:rPr>
          <w:rFonts w:ascii="宋体" w:eastAsia="宋体" w:hAnsi="宋体" w:cs="宋体"/>
          <w:color w:val="000000"/>
        </w:rPr>
        <w:t>；据此可概括：户外休闲人群中，</w:t>
      </w:r>
      <w:r>
        <w:rPr>
          <w:rFonts w:ascii="Times New Roman" w:eastAsia="Times New Roman" w:hAnsi="Times New Roman" w:cs="Times New Roman"/>
          <w:color w:val="000000"/>
        </w:rPr>
        <w:t>90</w:t>
      </w:r>
      <w:r>
        <w:rPr>
          <w:rFonts w:ascii="宋体" w:eastAsia="宋体" w:hAnsi="宋体" w:cs="宋体"/>
          <w:color w:val="000000"/>
        </w:rPr>
        <w:t>后和</w:t>
      </w:r>
      <w:r>
        <w:rPr>
          <w:rFonts w:ascii="Times New Roman" w:eastAsia="Times New Roman" w:hAnsi="Times New Roman" w:cs="Times New Roman"/>
          <w:color w:val="000000"/>
        </w:rPr>
        <w:t>95</w:t>
      </w:r>
      <w:r>
        <w:rPr>
          <w:rFonts w:ascii="宋体" w:eastAsia="宋体" w:hAnsi="宋体" w:cs="宋体"/>
          <w:color w:val="000000"/>
        </w:rPr>
        <w:t>后年轻人占比最高。据此补写句子。</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eastAsia="宋体" w:hAnsi="宋体" w:cs="宋体"/>
          <w:color w:val="000000"/>
        </w:rPr>
        <w:t>本题考查理解和辨析材料内容。</w:t>
      </w:r>
    </w:p>
    <w:p>
      <w:pPr>
        <w:spacing w:line="360" w:lineRule="auto"/>
        <w:jc w:val="left"/>
        <w:textAlignment w:val="center"/>
        <w:rPr>
          <w:color w:val="000000"/>
        </w:rPr>
      </w:pPr>
      <w:r>
        <w:rPr>
          <w:rFonts w:ascii="Times New Roman" w:eastAsia="Times New Roman" w:hAnsi="Times New Roman" w:cs="Times New Roman"/>
          <w:color w:val="000000"/>
        </w:rPr>
        <w:t xml:space="preserve">A. </w:t>
      </w:r>
      <w:r>
        <w:rPr>
          <w:rFonts w:ascii="宋体" w:eastAsia="宋体" w:hAnsi="宋体" w:cs="宋体"/>
          <w:color w:val="000000"/>
        </w:rPr>
        <w:t>“所以只适合年轻人”说法有误。结合材料二第②段“另外，不同圈层、不同年龄段的人都能从徒步运动中获得满足感。专业的青年徒步玩家可以通过征服山地等高难度线路获得挑战自我的满足；而对‘非专业人士’和中老年人来说，徒步也可以是‘茶余饭后’亲近自然的一种休闲方式”可知，徒步运动适合不同圈层、不同年龄段的人。</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eastAsia="宋体" w:hAnsi="宋体" w:cs="宋体"/>
          <w:color w:val="000000"/>
        </w:rPr>
        <w:t>本题考查理解和概括材料内容。</w:t>
      </w:r>
    </w:p>
    <w:p>
      <w:pPr>
        <w:spacing w:line="360" w:lineRule="auto"/>
        <w:jc w:val="left"/>
        <w:textAlignment w:val="center"/>
        <w:rPr>
          <w:color w:val="000000"/>
        </w:rPr>
      </w:pPr>
      <w:r>
        <w:rPr>
          <w:rFonts w:ascii="宋体" w:eastAsia="宋体" w:hAnsi="宋体" w:cs="宋体"/>
          <w:color w:val="000000"/>
        </w:rPr>
        <w:t>结合材料一第②段“既能亲近自然，又能放松心情，户外露营成为年轻人心中当红的‘微度假’形式”可知，亲近自然，放松心情是年轻人喜欢户外“微度假”的原因；</w:t>
      </w:r>
    </w:p>
    <w:p>
      <w:pPr>
        <w:spacing w:line="360" w:lineRule="auto"/>
        <w:jc w:val="left"/>
        <w:textAlignment w:val="center"/>
        <w:rPr>
          <w:color w:val="000000"/>
        </w:rPr>
      </w:pPr>
      <w:r>
        <w:rPr>
          <w:rFonts w:ascii="宋体" w:eastAsia="宋体" w:hAnsi="宋体" w:cs="宋体"/>
          <w:color w:val="000000"/>
        </w:rPr>
        <w:t>结合材料二第②段“作为一种长盛不衰的户外运动，徒步运动的优势很明显。首先，徒步对场地的限制不高”“很多城市都修建了完善的步道，城市公园及城市周边景区也都为徒步运动提供了便利条件，市民利用周末或是其它闲暇时间，就可以轻松完成一场徒步之旅”可知，简单易行是年轻人喜欢户外“微度假”的原因；</w:t>
      </w:r>
    </w:p>
    <w:p>
      <w:pPr>
        <w:spacing w:line="360" w:lineRule="auto"/>
        <w:jc w:val="left"/>
        <w:textAlignment w:val="center"/>
        <w:rPr>
          <w:color w:val="000000"/>
        </w:rPr>
      </w:pPr>
      <w:r>
        <w:rPr>
          <w:rFonts w:ascii="宋体" w:eastAsia="宋体" w:hAnsi="宋体" w:cs="宋体"/>
          <w:color w:val="000000"/>
        </w:rPr>
        <w:t>结合材料三第②段“比起传统钓鱼活动‘坐等上钩’的佛系，年轻人更倾向于主动出击的新鲜玩法”可知，玩法新鲜是年轻人喜欢户外“微度假”的原因。据此概括作答。</w:t>
      </w:r>
    </w:p>
    <w:p>
      <w:pPr>
        <w:spacing w:line="360" w:lineRule="auto"/>
        <w:jc w:val="left"/>
        <w:textAlignment w:val="center"/>
        <w:rPr>
          <w:color w:val="000000"/>
        </w:rPr>
      </w:pPr>
      <w:r>
        <w:rPr>
          <w:rFonts w:ascii="宋体" w:eastAsia="宋体" w:hAnsi="宋体" w:cs="宋体"/>
          <w:b/>
          <w:color w:val="000000"/>
          <w:sz w:val="24"/>
        </w:rPr>
        <w:t>（二）</w:t>
      </w:r>
    </w:p>
    <w:p>
      <w:pPr>
        <w:spacing w:line="360" w:lineRule="auto"/>
        <w:jc w:val="left"/>
        <w:textAlignment w:val="center"/>
        <w:rPr>
          <w:color w:val="000000"/>
        </w:rPr>
      </w:pPr>
      <w:r>
        <w:rPr>
          <w:rFonts w:ascii="宋体" w:eastAsia="宋体" w:hAnsi="宋体" w:cs="宋体"/>
          <w:color w:val="000000"/>
        </w:rPr>
        <w:t>阅读《聂耳是这样“谱成”的》，完成问题。</w:t>
      </w:r>
    </w:p>
    <w:p>
      <w:pPr>
        <w:spacing w:line="360" w:lineRule="auto"/>
        <w:ind w:firstLine="420"/>
        <w:jc w:val="center"/>
        <w:textAlignment w:val="center"/>
        <w:rPr>
          <w:color w:val="000000"/>
        </w:rPr>
      </w:pPr>
      <w:r>
        <w:rPr>
          <w:rFonts w:ascii="楷体" w:eastAsia="楷体" w:hAnsi="楷体" w:cs="楷体"/>
          <w:color w:val="000000"/>
        </w:rPr>
        <w:t>聂耳是这样“谱成”的</w:t>
      </w:r>
    </w:p>
    <w:p>
      <w:pPr>
        <w:spacing w:line="360" w:lineRule="auto"/>
        <w:ind w:firstLine="420"/>
        <w:jc w:val="left"/>
        <w:textAlignment w:val="center"/>
        <w:rPr>
          <w:color w:val="000000"/>
        </w:rPr>
      </w:pPr>
      <w:r>
        <w:rPr>
          <w:rFonts w:ascii="楷体" w:eastAsia="楷体" w:hAnsi="楷体" w:cs="楷体"/>
          <w:color w:val="000000"/>
        </w:rPr>
        <w:t>①2022年，是人民音乐家聂耳110周年诞辰。聂耳短暂的人生仅23年。《义勇军进行曲》是聂耳一生中最后的作品，也是他不朽人生的绝响。他没受过正规音乐教育，但他那激越高昂的歌声，久久激励中华儿女前进！前进！前进！进！追思中，人们不禁探寻，自学成才的聂耳是怎样创作出《义勇军进行曲》的？他何以成长为人民音乐家？</w:t>
      </w:r>
    </w:p>
    <w:p>
      <w:pPr>
        <w:spacing w:line="360" w:lineRule="auto"/>
        <w:ind w:firstLine="420"/>
        <w:jc w:val="left"/>
        <w:textAlignment w:val="center"/>
        <w:rPr>
          <w:color w:val="000000"/>
        </w:rPr>
      </w:pPr>
      <w:r>
        <w:rPr>
          <w:rFonts w:ascii="楷体" w:eastAsia="楷体" w:hAnsi="楷体" w:cs="楷体"/>
          <w:color w:val="000000"/>
        </w:rPr>
        <w:t>②《义勇军进行曲》是电影《风云儿女》的主题曲。1935年，当聂耳听说要拍影片《风云儿女》来动员民众投身抗日，他立即去找夏衍拿到了《义勇军进行曲》的歌词。聂耳念了两遍歌词，对夏衍说：“作曲交给我，我干！”夏衍后来回忆，聂耳永远不知疲倦，不论什么工作都“抢”着去做。</w:t>
      </w:r>
    </w:p>
    <w:p>
      <w:pPr>
        <w:spacing w:line="360" w:lineRule="auto"/>
        <w:ind w:firstLine="420"/>
        <w:jc w:val="left"/>
        <w:textAlignment w:val="center"/>
        <w:rPr>
          <w:color w:val="000000"/>
        </w:rPr>
      </w:pPr>
      <w:r>
        <w:rPr>
          <w:rFonts w:ascii="楷体" w:eastAsia="楷体" w:hAnsi="楷体" w:cs="楷体"/>
          <w:color w:val="000000"/>
        </w:rPr>
        <w:t>③说干就干。聂耳潜心构思，不断吟诵《义勇军进行曲》那简短铿锵的歌词，感到“冒着敌人的飞机大炮前进”一句不是很顺，改为“冒着敌人的炮火前进”。末尾，又在“前进！前进！前进！”之后加上“进！”。</w:t>
      </w:r>
    </w:p>
    <w:p>
      <w:pPr>
        <w:spacing w:line="360" w:lineRule="auto"/>
        <w:ind w:firstLine="420"/>
        <w:jc w:val="left"/>
        <w:textAlignment w:val="center"/>
        <w:rPr>
          <w:color w:val="000000"/>
        </w:rPr>
      </w:pPr>
      <w:r>
        <w:rPr>
          <w:rFonts w:ascii="楷体" w:eastAsia="楷体" w:hAnsi="楷体" w:cs="楷体"/>
          <w:color w:val="000000"/>
        </w:rPr>
        <w:t>④聂耳废寝忘食，经过两个月酝酿，很快拿出了初稿。这时传来消息，反动当局要逮捕他。党组织为保护这位年轻有为的文艺战士，批准聂耳去日本、苏联等地学习考察。赴日前，他带着《义勇军进行曲》曲谱，边唱边打拍子，征求了音乐界同仁、青年学生、工人等很多人的意见。在日本，聂耳完成了《义勇军进行曲》曲子的修改，及时寄回上海。1935年5月，电影《风云儿女》上映，《义勇军进行曲》唱响大江南北。</w:t>
      </w:r>
    </w:p>
    <w:p>
      <w:pPr>
        <w:spacing w:line="360" w:lineRule="auto"/>
        <w:ind w:firstLine="420"/>
        <w:jc w:val="left"/>
        <w:textAlignment w:val="center"/>
        <w:rPr>
          <w:color w:val="000000"/>
        </w:rPr>
      </w:pPr>
      <w:r>
        <w:rPr>
          <w:rFonts w:ascii="楷体" w:eastAsia="楷体" w:hAnsi="楷体" w:cs="楷体"/>
          <w:color w:val="000000"/>
        </w:rPr>
        <w:t>⑤革命的精神和力量，对于聂耳的创作至关重要。在疾风骤雨中，聂耳找到了正确的奋斗方向，把自己的命运与国家民族的命运紧紧连在了一起。他忧国忧民，胸怀国家和民族。《义勇军进行曲》高昂激越、铿锵有力的旋律与这样的特质极为契合。我们无法想象，一位缺乏</w:t>
      </w:r>
      <w:r>
        <w:rPr>
          <w:rFonts w:ascii="楷体" w:eastAsia="楷体" w:hAnsi="楷体" w:cs="楷体"/>
          <w:color w:val="000000"/>
          <w:em w:val="dot"/>
        </w:rPr>
        <w:t>这样</w:t>
      </w:r>
      <w:r>
        <w:rPr>
          <w:rFonts w:ascii="楷体" w:eastAsia="楷体" w:hAnsi="楷体" w:cs="楷体"/>
          <w:color w:val="000000"/>
        </w:rPr>
        <w:t>特质的音乐家怎么能够写出</w:t>
      </w:r>
      <w:r>
        <w:rPr>
          <w:rFonts w:ascii="楷体" w:eastAsia="楷体" w:hAnsi="楷体" w:cs="楷体"/>
          <w:color w:val="000000"/>
          <w:em w:val="dot"/>
        </w:rPr>
        <w:t>这样</w:t>
      </w:r>
      <w:r>
        <w:rPr>
          <w:rFonts w:ascii="楷体" w:eastAsia="楷体" w:hAnsi="楷体" w:cs="楷体"/>
          <w:color w:val="000000"/>
        </w:rPr>
        <w:t>的作品。</w:t>
      </w:r>
    </w:p>
    <w:p>
      <w:pPr>
        <w:spacing w:line="360" w:lineRule="auto"/>
        <w:ind w:firstLine="420"/>
        <w:jc w:val="left"/>
        <w:textAlignment w:val="center"/>
        <w:rPr>
          <w:color w:val="000000"/>
        </w:rPr>
      </w:pPr>
      <w:r>
        <w:rPr>
          <w:rFonts w:ascii="楷体" w:eastAsia="楷体" w:hAnsi="楷体" w:cs="楷体"/>
          <w:color w:val="000000"/>
        </w:rPr>
        <w:t>⑥1912年，聂耳生于云南昆明。聂耳4岁时，父亲离开人世。母亲艰难挑起生活的重担。聂耳跟着邻居学会了吹笛子，跟小学音乐老师学拉二胡，弹三弦、月琴。有一年春节，他和两个哥哥凑压岁钱买了一支笛子、一把胡琴，借了一把月琴，就这样组成了家庭小乐队。</w:t>
      </w:r>
    </w:p>
    <w:p>
      <w:pPr>
        <w:spacing w:line="360" w:lineRule="auto"/>
        <w:ind w:firstLine="420"/>
        <w:jc w:val="left"/>
        <w:textAlignment w:val="center"/>
        <w:rPr>
          <w:color w:val="000000"/>
        </w:rPr>
      </w:pPr>
      <w:r>
        <w:rPr>
          <w:rFonts w:ascii="楷体" w:eastAsia="楷体" w:hAnsi="楷体" w:cs="楷体"/>
          <w:color w:val="000000"/>
        </w:rPr>
        <w:t>⑦虽然家境困顿，但聂耳学习用功，多才多艺，为人热心，活泼幽默，长成翩翩阳光少年。1930年，聂耳从云南省立一师毕业，被反动当局列入抓捕黑名单，不得已离开昆明到了上海，在一家商号当伙计。辛劳的工作之余，他坚持学英文、日文，阅读书刊，看戏剧和电影。1931年，20岁的聂耳买了第一把小提琴。</w:t>
      </w:r>
    </w:p>
    <w:p>
      <w:pPr>
        <w:spacing w:line="360" w:lineRule="auto"/>
        <w:ind w:firstLine="420"/>
        <w:jc w:val="left"/>
        <w:textAlignment w:val="center"/>
        <w:rPr>
          <w:color w:val="000000"/>
        </w:rPr>
      </w:pPr>
      <w:r>
        <w:rPr>
          <w:rFonts w:ascii="楷体" w:eastAsia="楷体" w:hAnsi="楷体" w:cs="楷体"/>
          <w:color w:val="000000"/>
        </w:rPr>
        <w:t>⑧此后，这把小提琴一直陪伴着聂耳。……</w:t>
      </w:r>
    </w:p>
    <w:p>
      <w:pPr>
        <w:spacing w:line="360" w:lineRule="auto"/>
        <w:ind w:firstLine="420"/>
        <w:jc w:val="left"/>
        <w:textAlignment w:val="center"/>
        <w:rPr>
          <w:color w:val="000000"/>
        </w:rPr>
      </w:pPr>
      <w:r>
        <w:rPr>
          <w:rFonts w:ascii="楷体" w:eastAsia="楷体" w:hAnsi="楷体" w:cs="楷体"/>
          <w:color w:val="000000"/>
        </w:rPr>
        <w:t>⑨后来聂耳考入明月歌剧社，他每天练琴六七个小时，琴技大有长进，很快成为剧社第一小提琴手，还被大家称为“拼命三郎”。聂耳挤出微薄的生活费，找到一位意大利私人教师学习，还想办法观赏音乐会，欣赏名曲，学习音乐理论。</w:t>
      </w:r>
    </w:p>
    <w:p>
      <w:pPr>
        <w:spacing w:line="360" w:lineRule="auto"/>
        <w:ind w:firstLine="420"/>
        <w:jc w:val="left"/>
        <w:textAlignment w:val="center"/>
        <w:rPr>
          <w:color w:val="000000"/>
        </w:rPr>
      </w:pPr>
      <w:r>
        <w:rPr>
          <w:rFonts w:ascii="楷体" w:eastAsia="楷体" w:hAnsi="楷体" w:cs="楷体"/>
          <w:color w:val="000000"/>
        </w:rPr>
        <w:t>⑩钻研中，创作灵感涌动，聂耳开始尝试音乐创作。他曾在日记中写道：“做了两个口琴曲，还不错，通通只费了一点多钟。……有时吹口琴自来调真好听得了不得，始终没有记录过，以后必须把纸笔预备在面前才能吹，这真是取不完的作曲资料。”一串串动人、激昂的音符勃发于风雨中、阳光下、大地上……</w:t>
      </w:r>
    </w:p>
    <w:p>
      <w:pPr>
        <w:spacing w:line="360" w:lineRule="auto"/>
        <w:ind w:firstLine="420"/>
        <w:jc w:val="left"/>
        <w:textAlignment w:val="center"/>
        <w:rPr>
          <w:color w:val="000000"/>
        </w:rPr>
      </w:pPr>
      <w:r>
        <w:rPr>
          <w:rFonts w:ascii="楷体" w:eastAsia="楷体" w:hAnsi="楷体" w:cs="楷体"/>
          <w:color w:val="000000"/>
        </w:rPr>
        <w:t>⑪聂耳墓前，汉白玉雕成的云南山茶花花环，寄托着家乡人民对音乐家永远的怀念。墓后屏风墙上镌刻着郭沫若撰书的墓志铭，首句为“聂耳同志，中国革命之号角”。一排排柏树挺拔苍劲，聂耳雕像巍然矗立，静静注视着沧海桑田。</w:t>
      </w:r>
    </w:p>
    <w:p>
      <w:pPr>
        <w:spacing w:line="360" w:lineRule="auto"/>
        <w:jc w:val="right"/>
        <w:textAlignment w:val="center"/>
        <w:rPr>
          <w:color w:val="000000"/>
        </w:rPr>
      </w:pPr>
      <w:r>
        <w:rPr>
          <w:rFonts w:ascii="宋体" w:eastAsia="宋体" w:hAnsi="宋体" w:cs="宋体"/>
          <w:color w:val="000000"/>
        </w:rPr>
        <w:t>（取材于2022年7月15日《新华每日电讯》）</w:t>
      </w:r>
    </w:p>
    <w:p>
      <w:pPr>
        <w:spacing w:line="360" w:lineRule="auto"/>
        <w:jc w:val="left"/>
        <w:textAlignment w:val="center"/>
        <w:rPr>
          <w:color w:val="000000"/>
        </w:rPr>
      </w:pPr>
      <w:r>
        <w:rPr>
          <w:color w:val="000000"/>
        </w:rPr>
        <w:t xml:space="preserve">19. </w:t>
      </w:r>
      <w:r>
        <w:rPr>
          <w:rFonts w:ascii="宋体" w:eastAsia="宋体" w:hAnsi="宋体" w:cs="宋体"/>
          <w:color w:val="000000"/>
        </w:rPr>
        <w:t>文章追忆了聂耳“谱成”的过程。先写了聂耳是怎样创作《义勇军进行曲》的：</w:t>
      </w:r>
      <w:r>
        <w:rPr>
          <w:color w:val="000000"/>
        </w:rPr>
        <w:t>_____</w:t>
      </w:r>
      <w:r>
        <w:rPr>
          <w:rFonts w:ascii="宋体" w:eastAsia="宋体" w:hAnsi="宋体" w:cs="宋体"/>
          <w:color w:val="000000"/>
        </w:rPr>
        <w:t>，潜心构思，</w:t>
      </w:r>
      <w:r>
        <w:rPr>
          <w:color w:val="000000"/>
        </w:rPr>
        <w:t>_____</w:t>
      </w:r>
      <w:r>
        <w:rPr>
          <w:rFonts w:ascii="宋体" w:eastAsia="宋体" w:hAnsi="宋体" w:cs="宋体"/>
          <w:color w:val="000000"/>
        </w:rPr>
        <w:t>，废寝忘食完成初稿，多方征求意见创作成功。然后写了聂耳如何成长为人民的音乐家：小时候跟着邻居、老师学音乐，和哥哥组成家庭乐队；长大后，没有放弃对艺术的追求，考入明月歌剧社后，边练琴，边学习，</w:t>
      </w:r>
      <w:r>
        <w:rPr>
          <w:color w:val="000000"/>
        </w:rPr>
        <w:t>_____</w:t>
      </w:r>
      <w:r>
        <w:rPr>
          <w:rFonts w:ascii="宋体" w:eastAsia="宋体" w:hAnsi="宋体" w:cs="宋体"/>
          <w:color w:val="000000"/>
        </w:rPr>
        <w:t>。文章表达了作者对聂耳的崇敬与怀念之情。</w:t>
      </w:r>
    </w:p>
    <w:p>
      <w:pPr>
        <w:spacing w:line="360" w:lineRule="auto"/>
        <w:jc w:val="left"/>
        <w:textAlignment w:val="center"/>
        <w:rPr>
          <w:color w:val="000000"/>
        </w:rPr>
      </w:pPr>
      <w:r>
        <w:rPr>
          <w:color w:val="000000"/>
        </w:rPr>
        <w:t xml:space="preserve">20. </w:t>
      </w:r>
      <w:r>
        <w:rPr>
          <w:rFonts w:ascii="宋体" w:eastAsia="宋体" w:hAnsi="宋体" w:cs="宋体"/>
          <w:color w:val="000000"/>
        </w:rPr>
        <w:t>结合上下文，说说第⑤段两个加点词语“这样”分别指什么。</w:t>
      </w:r>
    </w:p>
    <w:p>
      <w:pPr>
        <w:spacing w:line="360" w:lineRule="auto"/>
        <w:jc w:val="left"/>
        <w:textAlignment w:val="center"/>
        <w:rPr>
          <w:color w:val="000000"/>
        </w:rPr>
      </w:pPr>
      <w:r>
        <w:rPr>
          <w:color w:val="000000"/>
        </w:rPr>
        <w:t xml:space="preserve">21. </w:t>
      </w:r>
      <w:r>
        <w:rPr>
          <w:rFonts w:ascii="宋体" w:eastAsia="宋体" w:hAnsi="宋体" w:cs="宋体"/>
          <w:color w:val="000000"/>
        </w:rPr>
        <w:t>本文是一篇写人记事的作品。请从下面【甲】【乙】两段文字中选择更能表现聂耳形象的一段补充到文章第⑧段省略号处，并说明理由。</w:t>
      </w:r>
    </w:p>
    <w:p>
      <w:pPr>
        <w:spacing w:line="360" w:lineRule="auto"/>
        <w:jc w:val="left"/>
        <w:textAlignment w:val="center"/>
        <w:rPr>
          <w:color w:val="000000"/>
        </w:rPr>
      </w:pPr>
      <w:r>
        <w:rPr>
          <w:rFonts w:ascii="宋体" w:eastAsia="宋体" w:hAnsi="宋体" w:cs="宋体"/>
          <w:color w:val="000000"/>
        </w:rPr>
        <w:t>【甲】他在日记中写道：“若没有旁的事来烦扰，我是会不吃饭、不睡觉，不分早晚地练习下去的。”这把小提琴，见证了聂耳音乐创作从起步到渐入佳境、迈上巅峰的过程。“不断地练习，旧的指头硬结退去，加上了新的痛。手指分家地持弓，现在才把它合作起来。不曾用惯的小指，现在才学习运动。可怜！”</w:t>
      </w:r>
    </w:p>
    <w:p>
      <w:pPr>
        <w:spacing w:line="360" w:lineRule="auto"/>
        <w:jc w:val="left"/>
        <w:textAlignment w:val="center"/>
        <w:rPr>
          <w:color w:val="000000"/>
        </w:rPr>
      </w:pPr>
      <w:r>
        <w:rPr>
          <w:rFonts w:ascii="宋体" w:eastAsia="宋体" w:hAnsi="宋体" w:cs="宋体"/>
          <w:color w:val="000000"/>
        </w:rPr>
        <w:t>【乙】聂耳不分昼夜勤奋练琴。这把小提琴，见证了聂耳音乐创作从起步到渐入佳境、迈上巅峰的过程。</w:t>
      </w:r>
    </w:p>
    <w:p>
      <w:pPr>
        <w:spacing w:line="360" w:lineRule="auto"/>
        <w:jc w:val="left"/>
        <w:textAlignment w:val="center"/>
        <w:rPr>
          <w:color w:val="000000"/>
        </w:rPr>
      </w:pPr>
      <w:r>
        <w:rPr>
          <w:color w:val="000000"/>
        </w:rPr>
        <w:t xml:space="preserve">22. </w:t>
      </w:r>
      <w:r>
        <w:rPr>
          <w:rFonts w:ascii="宋体" w:eastAsia="宋体" w:hAnsi="宋体" w:cs="宋体"/>
          <w:color w:val="000000"/>
        </w:rPr>
        <w:t>“你的歌声唤醒了一个民族起来抗争。”诗人艾青这样评价聂耳的音乐。请以艾青的这句话为开头，依据全文，以第二人称写一段话，体现你对聂耳精神品质的全面认识。</w:t>
      </w:r>
    </w:p>
    <w:p>
      <w:pPr>
        <w:spacing w:line="360" w:lineRule="auto"/>
        <w:textAlignment w:val="center"/>
        <w:rPr>
          <w:color w:val="000000"/>
        </w:rPr>
      </w:pPr>
      <w:r>
        <w:rPr>
          <w:color w:val="2E75B6"/>
        </w:rPr>
        <w:t>【答案】</w:t>
      </w:r>
      <w:r>
        <w:rPr>
          <w:color w:val="000000"/>
        </w:rPr>
        <w:t xml:space="preserve">19. </w:t>
      </w:r>
      <w:r>
        <w:rPr>
          <w:color w:val="000000"/>
        </w:rPr>
        <w:t xml:space="preserve">    ①. </w:t>
      </w:r>
      <w:r>
        <w:rPr>
          <w:rFonts w:ascii="宋体" w:eastAsia="宋体" w:hAnsi="宋体" w:cs="宋体"/>
          <w:color w:val="000000"/>
        </w:rPr>
        <w:t>①抢着作曲</w:t>
      </w:r>
      <w:r>
        <w:rPr>
          <w:color w:val="000000"/>
        </w:rPr>
        <w:t xml:space="preserve">    ②. </w:t>
      </w:r>
      <w:r>
        <w:rPr>
          <w:rFonts w:ascii="宋体" w:eastAsia="宋体" w:hAnsi="宋体" w:cs="宋体"/>
          <w:color w:val="000000"/>
        </w:rPr>
        <w:t>②修改歌词</w:t>
      </w:r>
      <w:r>
        <w:rPr>
          <w:color w:val="000000"/>
        </w:rPr>
        <w:t xml:space="preserve">    ③. </w:t>
      </w:r>
      <w:r>
        <w:rPr>
          <w:rFonts w:ascii="宋体" w:eastAsia="宋体" w:hAnsi="宋体" w:cs="宋体"/>
          <w:color w:val="000000"/>
        </w:rPr>
        <w:t>③边创作（作曲）</w:t>
      </w:r>
      <w:r>
        <w:rPr>
          <w:color w:val="000000"/>
        </w:rPr>
        <w:t xml:space="preserve">    </w:t>
      </w:r>
    </w:p>
    <w:p>
      <w:pPr>
        <w:spacing w:line="360" w:lineRule="auto"/>
        <w:textAlignment w:val="center"/>
        <w:rPr>
          <w:color w:val="000000"/>
        </w:rPr>
      </w:pPr>
      <w:r>
        <w:rPr>
          <w:color w:val="000000"/>
        </w:rPr>
        <w:t xml:space="preserve">20. </w:t>
      </w:r>
      <w:r>
        <w:rPr>
          <w:rFonts w:ascii="宋体" w:eastAsia="宋体" w:hAnsi="宋体" w:cs="宋体"/>
          <w:color w:val="000000"/>
        </w:rPr>
        <w:t>示例：第一个“这样”指的是聂耳忧国忧民，胸怀国家和民族。</w:t>
      </w:r>
    </w:p>
    <w:p>
      <w:pPr>
        <w:spacing w:line="360" w:lineRule="auto"/>
        <w:jc w:val="both"/>
        <w:textAlignment w:val="center"/>
        <w:rPr>
          <w:color w:val="000000"/>
        </w:rPr>
      </w:pPr>
      <w:r>
        <w:rPr>
          <w:rFonts w:ascii="宋体" w:eastAsia="宋体" w:hAnsi="宋体" w:cs="宋体"/>
          <w:color w:val="000000"/>
        </w:rPr>
        <w:t>第二个“这样”指的是《义勇军进行曲》高昂激越、铿锵有力的旋律。</w:t>
      </w:r>
      <w:r>
        <w:rPr>
          <w:color w:val="000000"/>
        </w:rPr>
        <w:t xml:space="preserve">    </w:t>
      </w:r>
    </w:p>
    <w:p>
      <w:pPr>
        <w:spacing w:line="360" w:lineRule="auto"/>
        <w:jc w:val="both"/>
        <w:textAlignment w:val="center"/>
        <w:rPr>
          <w:color w:val="000000"/>
        </w:rPr>
      </w:pPr>
      <w:r>
        <w:rPr>
          <w:color w:val="000000"/>
        </w:rPr>
        <w:t xml:space="preserve">21. </w:t>
      </w:r>
      <w:r>
        <w:rPr>
          <w:rFonts w:ascii="宋体" w:eastAsia="宋体" w:hAnsi="宋体" w:cs="宋体"/>
          <w:color w:val="000000"/>
        </w:rPr>
        <w:t>示例：选择【甲】。理由：甲段文字引用聂耳的日记，用第一人称，更真实感人。叙事具体细致，更突出了聂耳练琴的艰难和勤奋精神。</w:t>
      </w:r>
      <w:r>
        <w:rPr>
          <w:color w:val="000000"/>
        </w:rPr>
        <w:t xml:space="preserve">    </w:t>
      </w:r>
    </w:p>
    <w:p>
      <w:pPr>
        <w:spacing w:line="360" w:lineRule="auto"/>
        <w:jc w:val="both"/>
        <w:textAlignment w:val="center"/>
        <w:rPr>
          <w:color w:val="000000"/>
        </w:rPr>
      </w:pPr>
      <w:r>
        <w:rPr>
          <w:color w:val="000000"/>
        </w:rPr>
        <w:t xml:space="preserve">22. </w:t>
      </w:r>
      <w:r>
        <w:rPr>
          <w:rFonts w:ascii="宋体" w:eastAsia="宋体" w:hAnsi="宋体" w:cs="宋体"/>
          <w:color w:val="000000"/>
        </w:rPr>
        <w:t>示例：你忧国忧民，胸怀国家和民族（把自己的命运与国家民族的命运紧紧连在了一起）。你自强不息，勤奋练琴，是自学成才的天才音乐家。</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【19题详解】</w:t>
      </w:r>
    </w:p>
    <w:p>
      <w:pPr>
        <w:spacing w:line="360" w:lineRule="auto"/>
        <w:jc w:val="left"/>
        <w:textAlignment w:val="center"/>
        <w:rPr>
          <w:color w:val="000000"/>
        </w:rPr>
      </w:pPr>
      <w:r>
        <w:rPr>
          <w:rFonts w:ascii="宋体" w:eastAsia="宋体" w:hAnsi="宋体" w:cs="宋体"/>
          <w:color w:val="000000"/>
        </w:rPr>
        <w:t>本题考查故事情节的概括。分析题干可知，①②空应仿照“潜心构思”“废寝忘食”的格式写成四字短语，③空应仿照“边练琴，边学习”的格式组织答案。</w:t>
      </w:r>
    </w:p>
    <w:p>
      <w:pPr>
        <w:spacing w:line="360" w:lineRule="auto"/>
        <w:jc w:val="left"/>
        <w:textAlignment w:val="center"/>
        <w:rPr>
          <w:color w:val="000000"/>
        </w:rPr>
      </w:pPr>
      <w:r>
        <w:rPr>
          <w:rFonts w:ascii="宋体" w:eastAsia="宋体" w:hAnsi="宋体" w:cs="宋体"/>
          <w:color w:val="000000"/>
        </w:rPr>
        <w:t>由题干“潜心构思”可定位第③段“说干就干。聂耳潜心构思”，联系前文第②段“聂耳念了两遍歌词，对夏衍说：‘作曲交给我，我干！’夏衍后来回忆，聂耳永远不知疲倦，不论什么工作都‘抢’着去做”可知，第①空应概括为：抢着作曲；</w:t>
      </w:r>
    </w:p>
    <w:p>
      <w:pPr>
        <w:spacing w:line="360" w:lineRule="auto"/>
        <w:jc w:val="left"/>
        <w:textAlignment w:val="center"/>
        <w:rPr>
          <w:color w:val="000000"/>
        </w:rPr>
      </w:pPr>
      <w:r>
        <w:rPr>
          <w:rFonts w:ascii="宋体" w:eastAsia="宋体" w:hAnsi="宋体" w:cs="宋体"/>
          <w:color w:val="000000"/>
        </w:rPr>
        <w:t>联系第③段“聂耳潜心构思，不断吟诵《义勇军进行曲》那简短铿锵的歌词，感到‘冒着敌人的飞机大炮前进’一句不是很顺，改为‘冒着敌人的炮火前进’。末尾，又在‘前进！前进！前进！’之后加上‘进！’。”可知，第②空应概括为：修改歌词；</w:t>
      </w:r>
    </w:p>
    <w:p>
      <w:pPr>
        <w:spacing w:line="360" w:lineRule="auto"/>
        <w:jc w:val="both"/>
        <w:textAlignment w:val="center"/>
        <w:rPr>
          <w:color w:val="000000"/>
        </w:rPr>
      </w:pPr>
      <w:r>
        <w:rPr>
          <w:rFonts w:ascii="宋体" w:eastAsia="宋体" w:hAnsi="宋体" w:cs="宋体"/>
          <w:color w:val="000000"/>
        </w:rPr>
        <w:t>由题干“考入明月歌剧社后”可定位第⑨段“后来聂耳考入明月歌剧社”，联系第⑩段“钻研中，创作灵感涌动，聂耳开始尝试音乐创作”可知，第③空应概括为：边创作（作曲）。</w:t>
      </w:r>
    </w:p>
    <w:p>
      <w:pPr>
        <w:spacing w:line="360" w:lineRule="auto"/>
        <w:jc w:val="both"/>
        <w:textAlignment w:val="center"/>
        <w:rPr>
          <w:color w:val="000000"/>
        </w:rPr>
      </w:pPr>
      <w:r>
        <w:rPr>
          <w:color w:val="000000"/>
        </w:rPr>
        <w:t>【20题详解】</w:t>
      </w:r>
    </w:p>
    <w:p>
      <w:pPr>
        <w:spacing w:line="360" w:lineRule="auto"/>
        <w:jc w:val="left"/>
        <w:textAlignment w:val="center"/>
        <w:rPr>
          <w:color w:val="000000"/>
        </w:rPr>
      </w:pPr>
      <w:r>
        <w:rPr>
          <w:rFonts w:ascii="宋体" w:eastAsia="宋体" w:hAnsi="宋体" w:cs="宋体"/>
          <w:color w:val="000000"/>
        </w:rPr>
        <w:t>本题考查文章词语的理解。</w:t>
      </w:r>
    </w:p>
    <w:p>
      <w:pPr>
        <w:spacing w:line="360" w:lineRule="auto"/>
        <w:jc w:val="left"/>
        <w:textAlignment w:val="center"/>
        <w:rPr>
          <w:color w:val="000000"/>
        </w:rPr>
      </w:pPr>
      <w:r>
        <w:rPr>
          <w:rFonts w:ascii="宋体" w:eastAsia="宋体" w:hAnsi="宋体" w:cs="宋体"/>
          <w:color w:val="000000"/>
        </w:rPr>
        <w:t>“一位缺乏这样特质的音乐家”中，第一个“这样”修饰“音乐家”，即聂耳，联系本段前文“他忧国忧民，胸怀国家和民族”可知，“这样特质”，指的是聂耳忧国忧民，胸怀国家和民族；“能够写出这样的作品”中，第二个“这样”修饰“作品”，即聂耳所创作的《义勇军进行曲》，联系本段前文“《义勇军进行曲》高昂激越、铿锵有力的旋律与这样的特质极为契合”可知，“这样的作品”指的是《义勇军进行曲》高昂激越、铿锵有力的旋律。</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rFonts w:ascii="宋体" w:eastAsia="宋体" w:hAnsi="宋体" w:cs="宋体"/>
          <w:color w:val="000000"/>
        </w:rPr>
        <w:t>本题考查文章内容</w:t>
      </w:r>
      <w:r>
        <w:rPr>
          <w:rFonts w:ascii="宋体" w:eastAsia="宋体" w:hAnsi="宋体" w:cs="宋体"/>
          <w:color w:val="000000"/>
          <w:position w:val="0"/>
        </w:rPr>
        <w:drawing>
          <wp:inline>
            <wp:extent cx="133350" cy="177800"/>
            <wp:docPr id="15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
                    <pic:cNvPicPr>
                      <a:picLocks noChangeAspect="1"/>
                    </pic:cNvPicPr>
                  </pic:nvPicPr>
                  <pic:blipFill>
                    <a:blip r:embed="rId13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理解。</w:t>
      </w:r>
    </w:p>
    <w:p>
      <w:pPr>
        <w:spacing w:line="360" w:lineRule="auto"/>
        <w:jc w:val="left"/>
        <w:textAlignment w:val="center"/>
        <w:rPr>
          <w:color w:val="000000"/>
        </w:rPr>
      </w:pPr>
      <w:r>
        <w:rPr>
          <w:rFonts w:ascii="宋体" w:eastAsia="宋体" w:hAnsi="宋体" w:cs="宋体"/>
          <w:color w:val="000000"/>
        </w:rPr>
        <w:t>【甲】句中通过引用聂耳的日记，</w:t>
      </w:r>
      <w:r>
        <w:rPr>
          <w:rFonts w:ascii="Times New Roman" w:eastAsia="Times New Roman" w:hAnsi="Times New Roman" w:cs="Times New Roman"/>
          <w:color w:val="000000"/>
        </w:rPr>
        <w:t xml:space="preserve"> </w:t>
      </w:r>
      <w:r>
        <w:rPr>
          <w:rFonts w:ascii="宋体" w:eastAsia="宋体" w:hAnsi="宋体" w:cs="宋体"/>
          <w:color w:val="000000"/>
        </w:rPr>
        <w:t>“我是会不吃饭、不睡觉，不分早晚地练习下去的”写出了聂耳练琴的废寝忘食，“不断地练习，旧的指头硬结退去，加上了新的痛。手指分家地持弓，现在才把它合作起来。”则写出了聂耳练琴中遇到的种种苦难，体现了他的坚持，通过这种第一人称视角的描写，更真实感人，同时描绘出了更多聂耳练琴时的细节突出了聂耳练琴时遇到的艰难辛苦，更表现了他的勤奋坚持，丰富了人物形象；【乙】句直接陈述聂耳练琴的勤奋，语言简洁，但缺乏对细节的刻画，没有表现力。结合题干“选择更能表现聂耳形象的一段”可知，本题应选【甲】句，再据此阐述理由即可。</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rFonts w:ascii="宋体" w:eastAsia="宋体" w:hAnsi="宋体" w:cs="宋体"/>
          <w:color w:val="000000"/>
        </w:rPr>
        <w:t>本题考查语言表达。开放性试题，结合文章表现的聂耳身上潜心创作、忧国忧民、胸怀祖国和民族、刻苦学习、自强不息、勤耕不辍等精神品质，根据题干要求“请以艾青的这句话为开头，依据全文，以第二人称写一段话”即可。</w:t>
      </w:r>
    </w:p>
    <w:p>
      <w:pPr>
        <w:spacing w:line="360" w:lineRule="auto"/>
        <w:jc w:val="left"/>
        <w:textAlignment w:val="center"/>
        <w:rPr>
          <w:color w:val="000000"/>
        </w:rPr>
      </w:pPr>
      <w:r>
        <w:rPr>
          <w:rFonts w:ascii="宋体" w:eastAsia="宋体" w:hAnsi="宋体" w:cs="宋体"/>
          <w:color w:val="000000"/>
        </w:rPr>
        <w:t>示例：你潜心构思，谱写出属于民族的旋律。你是中国革命的号角，是人民的音乐家。</w:t>
      </w:r>
    </w:p>
    <w:p>
      <w:pPr>
        <w:pStyle w:val="Heading3"/>
      </w:pPr>
      <w:r>
        <w:t>通州区</w:t>
      </w:r>
    </w:p>
    <w:p>
      <w:pPr>
        <w:spacing w:line="360" w:lineRule="auto"/>
        <w:jc w:val="left"/>
        <w:textAlignment w:val="center"/>
        <w:rPr>
          <w:color w:val="000000"/>
        </w:rPr>
      </w:pPr>
      <w:r>
        <w:rPr>
          <w:rFonts w:ascii="宋体" w:eastAsia="宋体" w:hAnsi="宋体" w:cs="宋体"/>
          <w:b/>
          <w:color w:val="000000"/>
          <w:sz w:val="24"/>
        </w:rPr>
        <w:t>四、现代文阅读（共15分）</w:t>
      </w:r>
    </w:p>
    <w:p>
      <w:pPr>
        <w:spacing w:line="360" w:lineRule="auto"/>
        <w:jc w:val="left"/>
        <w:textAlignment w:val="center"/>
        <w:rPr>
          <w:color w:val="000000"/>
        </w:rPr>
      </w:pPr>
      <w:r>
        <w:rPr>
          <w:rFonts w:ascii="宋体" w:eastAsia="宋体" w:hAnsi="宋体" w:cs="宋体"/>
          <w:color w:val="000000"/>
        </w:rPr>
        <w:t>阅读《走一步，再走一步》，回答小题。</w:t>
      </w:r>
    </w:p>
    <w:p>
      <w:pPr>
        <w:spacing w:line="360" w:lineRule="auto"/>
        <w:jc w:val="center"/>
        <w:textAlignment w:val="center"/>
        <w:rPr>
          <w:color w:val="000000"/>
        </w:rPr>
      </w:pPr>
      <w:r>
        <w:rPr>
          <w:rFonts w:ascii="楷体" w:eastAsia="楷体" w:hAnsi="楷体" w:cs="楷体"/>
          <w:color w:val="000000"/>
        </w:rPr>
        <w:t>走一步，再走一步</w:t>
      </w:r>
    </w:p>
    <w:p>
      <w:pPr>
        <w:spacing w:line="360" w:lineRule="auto"/>
        <w:jc w:val="center"/>
        <w:textAlignment w:val="center"/>
        <w:rPr>
          <w:color w:val="000000"/>
        </w:rPr>
      </w:pPr>
      <w:r>
        <w:rPr>
          <w:rFonts w:ascii="楷体" w:eastAsia="楷体" w:hAnsi="楷体" w:cs="楷体"/>
          <w:color w:val="000000"/>
        </w:rPr>
        <w:t>莫顿·亨特</w:t>
      </w:r>
    </w:p>
    <w:p>
      <w:pPr>
        <w:spacing w:line="360" w:lineRule="auto"/>
        <w:ind w:firstLine="420"/>
        <w:jc w:val="both"/>
        <w:textAlignment w:val="center"/>
        <w:rPr>
          <w:color w:val="000000"/>
        </w:rPr>
      </w:pPr>
      <w:r>
        <w:rPr>
          <w:rFonts w:ascii="楷体" w:eastAsia="楷体" w:hAnsi="楷体" w:cs="楷体"/>
          <w:color w:val="000000"/>
        </w:rPr>
        <w:t>①那是在费城，一个酷热的七月天——直到56年后的今天，我仍能感受到当年那股灼人的热浪。和我在一起的五个男孩子已经厌倦了玩弹珠，以及用透镜在干树叶上烧洞的游戏，正在寻觅其他好玩的事。</w:t>
      </w:r>
    </w:p>
    <w:p>
      <w:pPr>
        <w:spacing w:line="360" w:lineRule="auto"/>
        <w:ind w:firstLine="420"/>
        <w:jc w:val="both"/>
        <w:textAlignment w:val="center"/>
        <w:rPr>
          <w:color w:val="000000"/>
        </w:rPr>
      </w:pPr>
      <w:r>
        <w:rPr>
          <w:rFonts w:ascii="楷体" w:eastAsia="楷体" w:hAnsi="楷体" w:cs="楷体"/>
          <w:color w:val="000000"/>
        </w:rPr>
        <w:t>②一脸雀斑的小内德说道：“嗨！我有主意了。我们很久没去爬悬崖了。”</w:t>
      </w:r>
    </w:p>
    <w:p>
      <w:pPr>
        <w:spacing w:line="360" w:lineRule="auto"/>
        <w:ind w:firstLine="420"/>
        <w:jc w:val="both"/>
        <w:textAlignment w:val="center"/>
        <w:rPr>
          <w:color w:val="000000"/>
        </w:rPr>
      </w:pPr>
      <w:r>
        <w:rPr>
          <w:rFonts w:ascii="楷体" w:eastAsia="楷体" w:hAnsi="楷体" w:cs="楷体"/>
          <w:color w:val="000000"/>
        </w:rPr>
        <w:t>③“我们走吧！”有人附和着。然后他们出发了，气喘吁吁地一路小跑，就像一群迷路的小狗。我犹豫了。我渴望像他们一样勇敢和活跃，但是在过去的八年岁月中，我绝大部分时间都是一个病弱的孩子，并将妈妈的警告牢记在心——我不像其他孩子那样强壮，而且不能冒险。</w:t>
      </w:r>
    </w:p>
    <w:p>
      <w:pPr>
        <w:spacing w:line="360" w:lineRule="auto"/>
        <w:ind w:firstLine="420"/>
        <w:jc w:val="both"/>
        <w:textAlignment w:val="center"/>
        <w:rPr>
          <w:color w:val="000000"/>
        </w:rPr>
      </w:pPr>
      <w:r>
        <w:rPr>
          <w:rFonts w:ascii="楷体" w:eastAsia="楷体" w:hAnsi="楷体" w:cs="楷体"/>
          <w:color w:val="000000"/>
        </w:rPr>
        <w:t>④“快来呀！”杰里冲着我大喊——他是我最好的朋友。“就因为你过去生病，所以就要当胆小鬼？这没道理。”“我来了！”我喊道，然后跟在他们后面跑。</w:t>
      </w:r>
    </w:p>
    <w:p>
      <w:pPr>
        <w:spacing w:line="360" w:lineRule="auto"/>
        <w:ind w:firstLine="420"/>
        <w:jc w:val="both"/>
        <w:textAlignment w:val="center"/>
        <w:rPr>
          <w:color w:val="000000"/>
        </w:rPr>
      </w:pPr>
      <w:r>
        <w:rPr>
          <w:rFonts w:ascii="楷体" w:eastAsia="楷体" w:hAnsi="楷体" w:cs="楷体"/>
          <w:color w:val="000000"/>
        </w:rPr>
        <w:t>⑤我们穿过公园，进入树林，最后来到一块空地上。在很远的另一边，有一道悬崖，像一面几近垂直的墙突兀地耸立在岩石中，四面都是土坡，上面长着参差不齐的矮树丛和臭椿树苗。从底部杂乱的岩石到顶部草皮的边缘，只有60英尺左右，但是对我来说，这是严禁和不可能的化身。</w:t>
      </w:r>
    </w:p>
    <w:p>
      <w:pPr>
        <w:spacing w:line="360" w:lineRule="auto"/>
        <w:ind w:firstLine="420"/>
        <w:jc w:val="both"/>
        <w:textAlignment w:val="center"/>
        <w:rPr>
          <w:color w:val="000000"/>
        </w:rPr>
      </w:pPr>
      <w:r>
        <w:rPr>
          <w:rFonts w:ascii="楷体" w:eastAsia="楷体" w:hAnsi="楷体" w:cs="楷体"/>
          <w:color w:val="000000"/>
        </w:rPr>
        <w:t>⑥其他的孩子一个接一个地往上爬，在突出的岩石和土层上找到放手和脚的地方。我犹豫不决，直到其他孩子都爬到了上面，这才开始满头大汗、浑身发抖地往上爬。手扒在这儿，脚踩在那儿，我的心在瘦弱的胸腔中怦怦地跳动，我努力往上爬着。</w:t>
      </w:r>
    </w:p>
    <w:p>
      <w:pPr>
        <w:spacing w:line="360" w:lineRule="auto"/>
        <w:ind w:firstLine="420"/>
        <w:jc w:val="both"/>
        <w:textAlignment w:val="center"/>
        <w:rPr>
          <w:color w:val="000000"/>
        </w:rPr>
      </w:pPr>
      <w:r>
        <w:rPr>
          <w:rFonts w:ascii="楷体" w:eastAsia="楷体" w:hAnsi="楷体" w:cs="楷体"/>
          <w:color w:val="000000"/>
        </w:rPr>
        <w:t>⑦不知何时，我回头向下看了一眼，然后吓坏了：悬崖底下的地面看起来非常遥远；只要滑一下，我就会掉下去，撞上悬崖，然后摔到岩石上，摔个粉碎。</w:t>
      </w:r>
    </w:p>
    <w:p>
      <w:pPr>
        <w:spacing w:line="360" w:lineRule="auto"/>
        <w:ind w:firstLine="420"/>
        <w:jc w:val="both"/>
        <w:textAlignment w:val="center"/>
        <w:rPr>
          <w:color w:val="000000"/>
        </w:rPr>
      </w:pPr>
      <w:r>
        <w:rPr>
          <w:rFonts w:ascii="楷体" w:eastAsia="楷体" w:hAnsi="楷体" w:cs="楷体"/>
          <w:color w:val="000000"/>
        </w:rPr>
        <w:t>⑧但是那些男孩子已经爬到了距离悬崖顶部三分之二路程的岩脊上，那里大约有五六英尺深，15英尺长。我努力向他们爬过去。【甲】</w:t>
      </w:r>
      <w:r>
        <w:rPr>
          <w:rFonts w:ascii="楷体" w:eastAsia="楷体" w:hAnsi="楷体" w:cs="楷体"/>
          <w:color w:val="000000"/>
          <w:u w:val="single"/>
        </w:rPr>
        <w:t>我缓慢地爬着，尽可能贴近里侧，紧紧地扒住岩石的表面。</w:t>
      </w:r>
      <w:r>
        <w:rPr>
          <w:rFonts w:ascii="楷体" w:eastAsia="楷体" w:hAnsi="楷体" w:cs="楷体"/>
          <w:color w:val="000000"/>
        </w:rPr>
        <w:t>其他的孩子则站在靠近边缘的地方，这种情景让我感到反胃，我偷偷地抓住背后的岩石。</w:t>
      </w:r>
    </w:p>
    <w:p>
      <w:pPr>
        <w:spacing w:line="360" w:lineRule="auto"/>
        <w:ind w:firstLine="420"/>
        <w:jc w:val="both"/>
        <w:textAlignment w:val="center"/>
        <w:rPr>
          <w:color w:val="000000"/>
        </w:rPr>
      </w:pPr>
      <w:r>
        <w:rPr>
          <w:rFonts w:ascii="楷体" w:eastAsia="楷体" w:hAnsi="楷体" w:cs="楷体"/>
          <w:color w:val="000000"/>
        </w:rPr>
        <w:t>⑨几分钟后，他们开始继续往上爬。“喂，等等我。”我哑着嗓子说。</w:t>
      </w:r>
    </w:p>
    <w:p>
      <w:pPr>
        <w:spacing w:line="360" w:lineRule="auto"/>
        <w:ind w:firstLine="420"/>
        <w:jc w:val="both"/>
        <w:textAlignment w:val="center"/>
        <w:rPr>
          <w:color w:val="000000"/>
        </w:rPr>
      </w:pPr>
      <w:r>
        <w:rPr>
          <w:rFonts w:ascii="楷体" w:eastAsia="楷体" w:hAnsi="楷体" w:cs="楷体"/>
          <w:color w:val="000000"/>
        </w:rPr>
        <w:t>⑩“再见啦！看你就像滑稽画里的小人儿。”他们中的一个说道，其他的则哄然大笑。</w:t>
      </w:r>
    </w:p>
    <w:p>
      <w:pPr>
        <w:spacing w:line="360" w:lineRule="auto"/>
        <w:ind w:firstLine="420"/>
        <w:jc w:val="both"/>
        <w:textAlignment w:val="center"/>
        <w:rPr>
          <w:color w:val="000000"/>
        </w:rPr>
      </w:pPr>
      <w:r>
        <w:rPr>
          <w:rFonts w:ascii="楷体" w:eastAsia="楷体" w:hAnsi="楷体" w:cs="楷体"/>
          <w:color w:val="000000"/>
        </w:rPr>
        <w:t>⑪“但是我不能……我……”这句话刺激了他们，他们开始嘲笑我，发出嘘声，然后继续向上爬，这样他们就可以从崖顶绕道回家。在离开之前，他们向下盯着我看。</w:t>
      </w:r>
    </w:p>
    <w:p>
      <w:pPr>
        <w:spacing w:line="360" w:lineRule="auto"/>
        <w:ind w:firstLine="420"/>
        <w:jc w:val="both"/>
        <w:textAlignment w:val="center"/>
        <w:rPr>
          <w:color w:val="000000"/>
        </w:rPr>
      </w:pPr>
      <w:r>
        <w:rPr>
          <w:rFonts w:ascii="楷体" w:eastAsia="楷体" w:hAnsi="楷体" w:cs="楷体"/>
          <w:color w:val="000000"/>
        </w:rPr>
        <w:t>⑫内德嘲笑说：“你可以留下来，如果你想的话。”</w:t>
      </w:r>
    </w:p>
    <w:p>
      <w:pPr>
        <w:spacing w:line="360" w:lineRule="auto"/>
        <w:ind w:firstLine="420"/>
        <w:jc w:val="both"/>
        <w:textAlignment w:val="center"/>
        <w:rPr>
          <w:color w:val="000000"/>
        </w:rPr>
      </w:pPr>
      <w:r>
        <w:rPr>
          <w:rFonts w:ascii="楷体" w:eastAsia="楷体" w:hAnsi="楷体" w:cs="楷体"/>
          <w:color w:val="000000"/>
        </w:rPr>
        <w:t>⑬“全看你自己了。”杰里看起来很担心，但最后还是和其他孩子一起走了。</w:t>
      </w:r>
    </w:p>
    <w:p>
      <w:pPr>
        <w:spacing w:line="360" w:lineRule="auto"/>
        <w:ind w:firstLine="420"/>
        <w:jc w:val="both"/>
        <w:textAlignment w:val="center"/>
        <w:rPr>
          <w:color w:val="000000"/>
        </w:rPr>
      </w:pPr>
      <w:r>
        <w:rPr>
          <w:rFonts w:ascii="楷体" w:eastAsia="楷体" w:hAnsi="楷体" w:cs="楷体"/>
          <w:color w:val="000000"/>
        </w:rPr>
        <w:t>⑭我往下看，感到阵阵晕眩；一股无名的力量好像正在逼迫我掉下去。我紧贴在一块岩石上，感觉天旋地转。我想掉头回去，但知道我绝对回不去了。这太远，也太危险了；在悬崖的中途，我会逐渐感到虚弱、无力，然后松手，掉下去摔死。但是通向顶部的路看起来更糟——更高，更陡，更变化莫测，我肯定上不去。我听见有人在哭泣、呻吟；我想知道那是谁，最后才意识到那就是我。</w:t>
      </w:r>
    </w:p>
    <w:p>
      <w:pPr>
        <w:spacing w:line="360" w:lineRule="auto"/>
        <w:ind w:firstLine="420"/>
        <w:jc w:val="both"/>
        <w:textAlignment w:val="center"/>
        <w:rPr>
          <w:color w:val="000000"/>
        </w:rPr>
      </w:pPr>
      <w:r>
        <w:rPr>
          <w:rFonts w:ascii="楷体" w:eastAsia="楷体" w:hAnsi="楷体" w:cs="楷体"/>
          <w:color w:val="000000"/>
        </w:rPr>
        <w:t>⑮时间在慢慢地过去。影子在慢慢拉长，太阳已经没在西边低矮的树梢下，夜幕开始降临。周围一片寂静，我趴在岩石上，神情恍惚，无助和恐惧已经让我麻木，我一动也不动，甚至无法思考怎样下去，安全地回家。</w:t>
      </w:r>
    </w:p>
    <w:p>
      <w:pPr>
        <w:spacing w:line="360" w:lineRule="auto"/>
        <w:ind w:firstLine="420"/>
        <w:jc w:val="both"/>
        <w:textAlignment w:val="center"/>
        <w:rPr>
          <w:color w:val="000000"/>
        </w:rPr>
      </w:pPr>
      <w:r>
        <w:rPr>
          <w:rFonts w:ascii="楷体" w:eastAsia="楷体" w:hAnsi="楷体" w:cs="楷体"/>
          <w:color w:val="000000"/>
        </w:rPr>
        <w:t>⑯【乙】</w:t>
      </w:r>
      <w:r>
        <w:rPr>
          <w:rFonts w:ascii="楷体" w:eastAsia="楷体" w:hAnsi="楷体" w:cs="楷体"/>
          <w:color w:val="000000"/>
          <w:u w:val="single"/>
        </w:rPr>
        <w:t>暮色中，第一颗星星出现在天空中，悬崖下面的地面开始变得模糊。</w:t>
      </w:r>
      <w:r>
        <w:rPr>
          <w:rFonts w:ascii="楷体" w:eastAsia="楷体" w:hAnsi="楷体" w:cs="楷体"/>
          <w:color w:val="000000"/>
        </w:rPr>
        <w:t>不过，树林中闪烁着一道手电筒发出的光，然后我听到了杰里和爸爸的喊声。爸爸！但是他能做什么？他是个粗壮的中年人，他爬不上来。即使他爬上来了，又能怎样？</w:t>
      </w:r>
    </w:p>
    <w:p>
      <w:pPr>
        <w:spacing w:line="360" w:lineRule="auto"/>
        <w:ind w:firstLine="420"/>
        <w:jc w:val="both"/>
        <w:textAlignment w:val="center"/>
        <w:rPr>
          <w:color w:val="000000"/>
        </w:rPr>
      </w:pPr>
      <w:r>
        <w:rPr>
          <w:rFonts w:ascii="楷体" w:eastAsia="楷体" w:hAnsi="楷体" w:cs="楷体"/>
          <w:color w:val="000000"/>
        </w:rPr>
        <w:t>⑰爸爸远远地站在悬崖脚下，这样才能看见我。他用手电筒照着我，然后喊道：“现在，下来。”他用非常正常、安慰的口吻说道：“要吃晚饭了。”</w:t>
      </w:r>
    </w:p>
    <w:p>
      <w:pPr>
        <w:spacing w:line="360" w:lineRule="auto"/>
        <w:ind w:firstLine="420"/>
        <w:jc w:val="both"/>
        <w:textAlignment w:val="center"/>
        <w:rPr>
          <w:color w:val="000000"/>
        </w:rPr>
      </w:pPr>
      <w:r>
        <w:rPr>
          <w:rFonts w:ascii="楷体" w:eastAsia="楷体" w:hAnsi="楷体" w:cs="楷体"/>
          <w:color w:val="000000"/>
        </w:rPr>
        <w:t>⑱“我不行！我会掉下去的！我会摔死的！”我大哭着说。</w:t>
      </w:r>
    </w:p>
    <w:p>
      <w:pPr>
        <w:spacing w:line="360" w:lineRule="auto"/>
        <w:ind w:firstLine="420"/>
        <w:jc w:val="both"/>
        <w:textAlignment w:val="center"/>
        <w:rPr>
          <w:color w:val="000000"/>
        </w:rPr>
      </w:pPr>
      <w:r>
        <w:rPr>
          <w:rFonts w:ascii="楷体" w:eastAsia="楷体" w:hAnsi="楷体" w:cs="楷体"/>
          <w:color w:val="000000"/>
        </w:rPr>
        <w:t>⑲“你能爬上去，你就能下来，我会给你照亮。”</w:t>
      </w:r>
    </w:p>
    <w:p>
      <w:pPr>
        <w:spacing w:line="360" w:lineRule="auto"/>
        <w:ind w:firstLine="420"/>
        <w:jc w:val="both"/>
        <w:textAlignment w:val="center"/>
        <w:rPr>
          <w:color w:val="000000"/>
        </w:rPr>
      </w:pPr>
      <w:r>
        <w:rPr>
          <w:rFonts w:ascii="楷体" w:eastAsia="楷体" w:hAnsi="楷体" w:cs="楷体"/>
          <w:color w:val="000000"/>
        </w:rPr>
        <w:t>⑳“不，我不行！太远了，太困难了！我做不到！”我怒吼着。</w:t>
      </w:r>
    </w:p>
    <w:p>
      <w:pPr>
        <w:spacing w:line="360" w:lineRule="auto"/>
        <w:ind w:firstLine="420"/>
        <w:jc w:val="both"/>
        <w:textAlignment w:val="center"/>
        <w:rPr>
          <w:color w:val="000000"/>
        </w:rPr>
      </w:pPr>
      <w:r>
        <w:rPr>
          <w:rFonts w:ascii="楷体" w:eastAsia="楷体" w:hAnsi="楷体" w:cs="楷体"/>
          <w:color w:val="000000"/>
        </w:rPr>
        <w:t>㉑“听我说，”爸爸继续说，“不要想有多远，有多困难，你需要想的是迈一小步。这个你能做到。</w:t>
      </w:r>
    </w:p>
    <w:p>
      <w:pPr>
        <w:spacing w:line="360" w:lineRule="auto"/>
        <w:ind w:firstLine="420"/>
        <w:jc w:val="both"/>
        <w:textAlignment w:val="center"/>
        <w:rPr>
          <w:color w:val="000000"/>
        </w:rPr>
      </w:pPr>
      <w:r>
        <w:rPr>
          <w:rFonts w:ascii="楷体" w:eastAsia="楷体" w:hAnsi="楷体" w:cs="楷体"/>
          <w:color w:val="000000"/>
        </w:rPr>
        <w:t>㉒看着手电光指的地方。看到那块石头没有？”光柱游走，指着岩脊下面的一块突出的石头。“看到了吗？”他大声问道。</w:t>
      </w:r>
    </w:p>
    <w:p>
      <w:pPr>
        <w:spacing w:line="360" w:lineRule="auto"/>
        <w:ind w:firstLine="420"/>
        <w:jc w:val="both"/>
        <w:textAlignment w:val="center"/>
        <w:rPr>
          <w:color w:val="000000"/>
        </w:rPr>
      </w:pPr>
      <w:r>
        <w:rPr>
          <w:rFonts w:ascii="楷体" w:eastAsia="楷体" w:hAnsi="楷体" w:cs="楷体"/>
          <w:color w:val="000000"/>
        </w:rPr>
        <w:t>㉓我慢慢地挪动了一下。“看到了。”我回答。</w:t>
      </w:r>
    </w:p>
    <w:p>
      <w:pPr>
        <w:spacing w:line="360" w:lineRule="auto"/>
        <w:ind w:firstLine="420"/>
        <w:jc w:val="both"/>
        <w:textAlignment w:val="center"/>
        <w:rPr>
          <w:color w:val="000000"/>
        </w:rPr>
      </w:pPr>
      <w:r>
        <w:rPr>
          <w:rFonts w:ascii="楷体" w:eastAsia="楷体" w:hAnsi="楷体" w:cs="楷体"/>
          <w:color w:val="000000"/>
        </w:rPr>
        <w:t>㉔“好的，现在转过身去，然后用左脚踩住那块石头。这就是你要做的。它就在你下面一点儿。你能做到。不要担心接下来的事情，也不要往下看，先走好第一步。相信我。”</w:t>
      </w:r>
    </w:p>
    <w:p>
      <w:pPr>
        <w:spacing w:line="360" w:lineRule="auto"/>
        <w:ind w:firstLine="420"/>
        <w:jc w:val="both"/>
        <w:textAlignment w:val="center"/>
        <w:rPr>
          <w:color w:val="000000"/>
        </w:rPr>
      </w:pPr>
      <w:r>
        <w:rPr>
          <w:rFonts w:ascii="楷体" w:eastAsia="楷体" w:hAnsi="楷体" w:cs="楷体"/>
          <w:color w:val="000000"/>
        </w:rPr>
        <w:t>㉕这看起来我能做到。我往后移动了一下，用左脚小心翼翼地感觉着岩石，然后找到了。“很好。”爸爸喊道，“现在，往右边下面一点儿，那儿有另外一个落脚点，就几英寸远。移动你的右脚，慢慢地往下。这就是你要做的。只想着接下来的这步，不要想别的。”我照做了。“好了，现在松开左手，然后抓住后面的小树千，就在边上，看我手电照的地方，这就是你要做的。”再一次，我做到了。</w:t>
      </w:r>
    </w:p>
    <w:p>
      <w:pPr>
        <w:spacing w:line="360" w:lineRule="auto"/>
        <w:ind w:firstLine="420"/>
        <w:jc w:val="both"/>
        <w:textAlignment w:val="center"/>
        <w:rPr>
          <w:color w:val="000000"/>
        </w:rPr>
      </w:pPr>
      <w:r>
        <w:rPr>
          <w:rFonts w:ascii="楷体" w:eastAsia="楷体" w:hAnsi="楷体" w:cs="楷体"/>
          <w:color w:val="000000"/>
        </w:rPr>
        <w:t>㉖就这样，一次一步，一次换一个地方落脚，按照他说的往下爬，爸爸强调每次我只需要做一个简单的动作，从来不让我有机会停下来思考下面的路还很长，他一直在告诉我，接下来要做的事情我能做。</w:t>
      </w:r>
    </w:p>
    <w:p>
      <w:pPr>
        <w:spacing w:line="360" w:lineRule="auto"/>
        <w:ind w:firstLine="420"/>
        <w:jc w:val="both"/>
        <w:textAlignment w:val="center"/>
        <w:rPr>
          <w:color w:val="000000"/>
        </w:rPr>
      </w:pPr>
      <w:r>
        <w:rPr>
          <w:rFonts w:ascii="楷体" w:eastAsia="楷体" w:hAnsi="楷体" w:cs="楷体"/>
          <w:color w:val="000000"/>
        </w:rPr>
        <w:t>㉗突然，我向下迈出了最后一步，然后踩到了底部凌乱的岩石，扑进了爸爸强壮的臂弯里，抽噎了一下，然后令人惊讶的是，我有了一种巨大的成就感和类似骄傲的感觉。</w:t>
      </w:r>
    </w:p>
    <w:p>
      <w:pPr>
        <w:spacing w:line="360" w:lineRule="auto"/>
        <w:ind w:firstLine="420"/>
        <w:jc w:val="both"/>
        <w:textAlignment w:val="center"/>
        <w:rPr>
          <w:color w:val="000000"/>
        </w:rPr>
      </w:pPr>
      <w:r>
        <w:rPr>
          <w:rFonts w:ascii="楷体" w:eastAsia="楷体" w:hAnsi="楷体" w:cs="楷体"/>
          <w:color w:val="000000"/>
        </w:rPr>
        <w:t>㉘此后，我生命中有很多时刻，面对一个遥不可及的目标，或者一个令人畏惧的情境，当我感到惊慌失措时，我都能够轻松应对——因为我回想起了很久以前悬崖上的那一课。</w:t>
      </w:r>
      <w:r>
        <w:rPr>
          <w:rFonts w:ascii="楷体" w:eastAsia="楷体" w:hAnsi="楷体" w:cs="楷体"/>
          <w:color w:val="000000"/>
          <w:u w:val="single"/>
        </w:rPr>
        <w:t>我提醒自己不要看下面遥远的岩石，而是注意相对轻松、容易的第一小步，迈出一小步，再一小步，就这样体会每一步带来的成就感，直到达成了自己的目标</w:t>
      </w:r>
      <w:r>
        <w:rPr>
          <w:rFonts w:ascii="楷体" w:eastAsia="楷体" w:hAnsi="楷体" w:cs="楷体"/>
          <w:color w:val="000000"/>
        </w:rPr>
        <w:t>。这个时候，再回头看，就会对自己走过的这段漫漫长路感到惊讶和骄傲。</w:t>
      </w:r>
    </w:p>
    <w:p>
      <w:pPr>
        <w:spacing w:line="360" w:lineRule="auto"/>
        <w:jc w:val="right"/>
        <w:textAlignment w:val="center"/>
        <w:rPr>
          <w:color w:val="000000"/>
        </w:rPr>
      </w:pPr>
      <w:r>
        <w:rPr>
          <w:rFonts w:ascii="宋体" w:eastAsia="宋体" w:hAnsi="宋体" w:cs="宋体"/>
          <w:color w:val="000000"/>
        </w:rPr>
        <w:t>（选自莫顿·亨特《悬崖上的一课》，有删改。）</w:t>
      </w:r>
    </w:p>
    <w:p>
      <w:pPr>
        <w:spacing w:line="360" w:lineRule="auto"/>
        <w:jc w:val="left"/>
        <w:textAlignment w:val="center"/>
        <w:rPr>
          <w:color w:val="000000"/>
        </w:rPr>
      </w:pPr>
      <w:r>
        <w:rPr>
          <w:color w:val="000000"/>
        </w:rPr>
        <w:t xml:space="preserve">14. </w:t>
      </w:r>
      <w:r>
        <w:rPr>
          <w:rFonts w:ascii="宋体" w:eastAsia="宋体" w:hAnsi="宋体" w:cs="宋体"/>
          <w:color w:val="000000"/>
        </w:rPr>
        <w:t>作者回忆了童年时代一次悬崖历险的经历。阅读文章，完成表格。</w:t>
      </w:r>
    </w:p>
    <w:tbl>
      <w:tblPr>
        <w:tblStyle w:val="TableNormal"/>
        <w:tblW w:w="7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10"/>
        <w:gridCol w:w="2160"/>
        <w:gridCol w:w="1950"/>
        <w:gridCol w:w="1320"/>
        <w:gridCol w:w="1530"/>
      </w:tblGrid>
      <w:tr>
        <w:tblPrEx>
          <w:tblW w:w="7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1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历险过程</w:t>
            </w:r>
          </w:p>
        </w:tc>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“我”打算去爬悬崖</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“我”开始爬悬崖</w:t>
            </w:r>
          </w:p>
        </w:tc>
        <w:tc>
          <w:tcPr>
            <w:tcW w:w="14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③</w:t>
            </w:r>
          </w:p>
        </w:tc>
        <w:tc>
          <w:tcPr>
            <w:tcW w:w="15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在爸爸的帮助</w:t>
            </w:r>
          </w:p>
          <w:p>
            <w:pPr>
              <w:spacing w:line="360" w:lineRule="auto"/>
              <w:jc w:val="left"/>
              <w:textAlignment w:val="center"/>
              <w:rPr>
                <w:color w:val="000000"/>
              </w:rPr>
            </w:pPr>
            <w:r>
              <w:rPr>
                <w:rFonts w:ascii="宋体" w:eastAsia="宋体" w:hAnsi="宋体" w:cs="宋体"/>
                <w:color w:val="000000"/>
              </w:rPr>
              <w:t>下爬下悬崖</w:t>
            </w:r>
          </w:p>
        </w:tc>
      </w:tr>
      <w:tr>
        <w:tblPrEx>
          <w:tblW w:w="7620" w:type="dxa"/>
          <w:tblCellMar>
            <w:top w:w="120" w:type="dxa"/>
            <w:left w:w="120" w:type="dxa"/>
            <w:bottom w:w="120" w:type="dxa"/>
            <w:right w:w="120" w:type="dxa"/>
          </w:tblCellMar>
        </w:tblPrEx>
        <w:trPr>
          <w:cantSplit w:val="0"/>
          <w:trHeight w:val="330"/>
        </w:trPr>
        <w:tc>
          <w:tcPr>
            <w:tcW w:w="10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心理活动</w:t>
            </w:r>
          </w:p>
        </w:tc>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①</w:t>
            </w:r>
          </w:p>
        </w:tc>
        <w:tc>
          <w:tcPr>
            <w:tcW w:w="16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②</w:t>
            </w:r>
          </w:p>
        </w:tc>
        <w:tc>
          <w:tcPr>
            <w:tcW w:w="142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恐惧、绝望</w:t>
            </w:r>
          </w:p>
        </w:tc>
        <w:tc>
          <w:tcPr>
            <w:tcW w:w="156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150" w:line="360" w:lineRule="auto"/>
              <w:jc w:val="left"/>
              <w:textAlignment w:val="center"/>
              <w:rPr>
                <w:color w:val="000000"/>
              </w:rPr>
            </w:pPr>
            <w:r>
              <w:rPr>
                <w:rFonts w:ascii="宋体" w:eastAsia="宋体" w:hAnsi="宋体" w:cs="宋体"/>
                <w:color w:val="000000"/>
              </w:rPr>
              <w:t>④</w:t>
            </w:r>
          </w:p>
        </w:tc>
      </w:tr>
    </w:tbl>
    <w:p>
      <w:pPr>
        <w:spacing w:line="360" w:lineRule="auto"/>
        <w:jc w:val="left"/>
        <w:textAlignment w:val="center"/>
        <w:rPr>
          <w:color w:val="000000"/>
        </w:rPr>
      </w:pPr>
      <w:r>
        <w:rPr>
          <w:color w:val="000000"/>
        </w:rPr>
        <w:t xml:space="preserve">15. </w:t>
      </w:r>
      <w:r>
        <w:rPr>
          <w:rFonts w:ascii="宋体" w:eastAsia="宋体" w:hAnsi="宋体" w:cs="宋体"/>
          <w:color w:val="000000"/>
        </w:rPr>
        <w:t>揭示人物心理有时可以借助动作描写、环境烘托等方法。请从【甲】【乙】两处语句中</w:t>
      </w:r>
      <w:r>
        <w:rPr>
          <w:rFonts w:ascii="宋体" w:eastAsia="宋体" w:hAnsi="宋体" w:cs="宋体"/>
          <w:color w:val="000000"/>
          <w:em w:val="dot"/>
        </w:rPr>
        <w:t>任选一句</w:t>
      </w:r>
      <w:r>
        <w:rPr>
          <w:rFonts w:ascii="宋体" w:eastAsia="宋体" w:hAnsi="宋体" w:cs="宋体"/>
          <w:color w:val="000000"/>
        </w:rPr>
        <w:t>进行分析。</w:t>
      </w:r>
    </w:p>
    <w:p>
      <w:pPr>
        <w:spacing w:line="360" w:lineRule="auto"/>
        <w:jc w:val="left"/>
        <w:textAlignment w:val="center"/>
        <w:rPr>
          <w:color w:val="000000"/>
        </w:rPr>
      </w:pPr>
      <w:r>
        <w:rPr>
          <w:color w:val="000000"/>
        </w:rPr>
        <w:t xml:space="preserve">16. </w:t>
      </w:r>
      <w:r>
        <w:rPr>
          <w:rFonts w:ascii="宋体" w:eastAsia="宋体" w:hAnsi="宋体" w:cs="宋体"/>
          <w:color w:val="000000"/>
        </w:rPr>
        <w:t>结合全文内容，分析文章最后一段画线句的作用。</w:t>
      </w:r>
    </w:p>
    <w:p>
      <w:pPr>
        <w:spacing w:line="360" w:lineRule="auto"/>
        <w:jc w:val="left"/>
        <w:textAlignment w:val="center"/>
        <w:rPr>
          <w:color w:val="000000"/>
        </w:rPr>
      </w:pPr>
      <w:r>
        <w:rPr>
          <w:color w:val="000000"/>
        </w:rPr>
        <w:t xml:space="preserve">17. </w:t>
      </w:r>
      <w:r>
        <w:rPr>
          <w:rFonts w:ascii="宋体" w:eastAsia="宋体" w:hAnsi="宋体" w:cs="宋体"/>
          <w:color w:val="000000"/>
        </w:rPr>
        <w:t>结合自己的生活实际，谈一谈阅读本文后的收获。（80—100字）</w:t>
      </w:r>
    </w:p>
    <w:p>
      <w:pPr>
        <w:spacing w:line="360" w:lineRule="auto"/>
        <w:textAlignment w:val="center"/>
        <w:rPr>
          <w:color w:val="000000"/>
        </w:rPr>
      </w:pPr>
      <w:r>
        <w:rPr>
          <w:color w:val="2E75B6"/>
        </w:rPr>
        <w:t>【答案】</w:t>
      </w:r>
      <w:r>
        <w:rPr>
          <w:color w:val="000000"/>
        </w:rPr>
        <w:t xml:space="preserve">14. </w:t>
      </w:r>
      <w:r>
        <w:rPr>
          <w:rFonts w:ascii="宋体" w:eastAsia="宋体" w:hAnsi="宋体" w:cs="宋体"/>
          <w:color w:val="000000"/>
        </w:rPr>
        <w:t>示例：①犹豫  ②吓坏了  ③“我”爬上了悬崖下不来了  ④有成就感</w:t>
      </w:r>
      <w:r>
        <w:rPr>
          <w:color w:val="000000"/>
        </w:rPr>
        <w:t xml:space="preserve">    </w:t>
      </w:r>
    </w:p>
    <w:p>
      <w:pPr>
        <w:spacing w:line="360" w:lineRule="auto"/>
        <w:textAlignment w:val="center"/>
        <w:rPr>
          <w:color w:val="000000"/>
        </w:rPr>
      </w:pPr>
      <w:r>
        <w:rPr>
          <w:color w:val="000000"/>
        </w:rPr>
        <w:t xml:space="preserve">15. </w:t>
      </w:r>
      <w:r>
        <w:rPr>
          <w:rFonts w:ascii="宋体" w:eastAsia="宋体" w:hAnsi="宋体" w:cs="宋体"/>
          <w:color w:val="000000"/>
        </w:rPr>
        <w:t>例：【甲】示例：“缓慢地爬”“贴”“紧紧地扒住”几处动作描写，写出了“我”当时紧张、害怕的心理，这些外在的行为表现正是此时人物心理状态的真实写照。</w:t>
      </w:r>
    </w:p>
    <w:p>
      <w:pPr>
        <w:spacing w:line="360" w:lineRule="auto"/>
        <w:jc w:val="both"/>
        <w:textAlignment w:val="center"/>
        <w:rPr>
          <w:color w:val="000000"/>
        </w:rPr>
      </w:pPr>
      <w:r>
        <w:rPr>
          <w:rFonts w:ascii="宋体" w:eastAsia="宋体" w:hAnsi="宋体" w:cs="宋体"/>
          <w:color w:val="000000"/>
        </w:rPr>
        <w:t>【乙】示例：这句自然环境描写，写出了夜晚来临、天色越来越暗，烘托了“我”身处绝境无人救助时紧张害怕的心理。</w:t>
      </w:r>
      <w:r>
        <w:rPr>
          <w:color w:val="000000"/>
        </w:rPr>
        <w:t xml:space="preserve">    </w:t>
      </w:r>
    </w:p>
    <w:p>
      <w:pPr>
        <w:spacing w:line="360" w:lineRule="auto"/>
        <w:jc w:val="both"/>
        <w:textAlignment w:val="center"/>
        <w:rPr>
          <w:color w:val="000000"/>
        </w:rPr>
      </w:pPr>
      <w:r>
        <w:rPr>
          <w:color w:val="000000"/>
        </w:rPr>
        <w:t xml:space="preserve">16. </w:t>
      </w:r>
      <w:r>
        <w:rPr>
          <w:rFonts w:ascii="宋体" w:eastAsia="宋体" w:hAnsi="宋体" w:cs="宋体"/>
          <w:color w:val="000000"/>
        </w:rPr>
        <w:t>示例：结构上呼应文章题目“走一步，再走一步”，同时与前文历险过程呼应：“一次一步”，直到迈出了最后一步到地面：内容上写出了悬崖历险这件事对自己生命的影响，深化文章主题。</w:t>
      </w:r>
      <w:r>
        <w:rPr>
          <w:color w:val="000000"/>
        </w:rPr>
        <w:t xml:space="preserve">    </w:t>
      </w:r>
    </w:p>
    <w:p>
      <w:pPr>
        <w:spacing w:line="360" w:lineRule="auto"/>
        <w:jc w:val="both"/>
        <w:textAlignment w:val="center"/>
        <w:rPr>
          <w:color w:val="000000"/>
        </w:rPr>
      </w:pPr>
      <w:r>
        <w:rPr>
          <w:color w:val="000000"/>
        </w:rPr>
        <w:t xml:space="preserve">17. </w:t>
      </w:r>
      <w:r>
        <w:rPr>
          <w:rFonts w:ascii="宋体" w:eastAsia="宋体" w:hAnsi="宋体" w:cs="宋体"/>
          <w:color w:val="000000"/>
        </w:rPr>
        <w:t>示例：学习中，我常因为实现不了理想而焦虑，觉得距离成功较远，心里烦躁。阅读本文收获很大。不应畏缩不前，要关注近期目标，一步一个脚印，走一步，成功一步，这样由小成功积累到大成功，就能实现理想。</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color w:val="000000"/>
        </w:rPr>
        <w:t>本题考查内容理解与概括。</w:t>
      </w:r>
    </w:p>
    <w:p>
      <w:pPr>
        <w:spacing w:line="360" w:lineRule="auto"/>
        <w:jc w:val="left"/>
        <w:textAlignment w:val="center"/>
        <w:rPr>
          <w:color w:val="000000"/>
        </w:rPr>
      </w:pPr>
      <w:r>
        <w:rPr>
          <w:color w:val="000000"/>
        </w:rPr>
        <w:t>根据③</w:t>
      </w:r>
      <w:r>
        <w:rPr>
          <w:rFonts w:ascii="宋体" w:eastAsia="宋体" w:hAnsi="宋体" w:cs="宋体"/>
          <w:color w:val="000000"/>
        </w:rPr>
        <w:t>段“我犹豫了。我渴望像他们一样勇敢和活跃，但是在过去的八年岁月中，我绝大部分时间都是一个病弱的孩子，并将妈妈的警告牢记在心</w:t>
      </w:r>
      <w:r>
        <w:rPr>
          <w:rFonts w:ascii="Times New Roman" w:eastAsia="Times New Roman" w:hAnsi="Times New Roman" w:cs="Times New Roman"/>
          <w:color w:val="000000"/>
        </w:rPr>
        <w:t>——</w:t>
      </w:r>
      <w:r>
        <w:rPr>
          <w:rFonts w:ascii="宋体" w:eastAsia="宋体" w:hAnsi="宋体" w:cs="宋体"/>
          <w:color w:val="000000"/>
        </w:rPr>
        <w:t>我不像其他孩子那样强壮，而且不能冒险。”可概括为：犹豫；</w:t>
      </w:r>
    </w:p>
    <w:p>
      <w:pPr>
        <w:spacing w:line="360" w:lineRule="auto"/>
        <w:jc w:val="left"/>
        <w:textAlignment w:val="center"/>
        <w:rPr>
          <w:color w:val="000000"/>
        </w:rPr>
      </w:pPr>
      <w:r>
        <w:rPr>
          <w:rFonts w:ascii="宋体" w:eastAsia="宋体" w:hAnsi="宋体" w:cs="宋体"/>
          <w:color w:val="000000"/>
        </w:rPr>
        <w:t>根据⑦段“不知何时，我回头向下看了一眼，然后吓坏了：悬崖底下的地面看起来非常遥远；只要滑一下，我就会掉下去，撞上悬崖，然后摔到岩石上，摔个粉碎。”可概括为：吓坏了；</w:t>
      </w:r>
    </w:p>
    <w:p>
      <w:pPr>
        <w:spacing w:line="360" w:lineRule="auto"/>
        <w:jc w:val="left"/>
        <w:textAlignment w:val="center"/>
        <w:rPr>
          <w:color w:val="000000"/>
        </w:rPr>
      </w:pPr>
      <w:r>
        <w:rPr>
          <w:rFonts w:ascii="宋体" w:eastAsia="宋体" w:hAnsi="宋体" w:cs="宋体"/>
          <w:color w:val="000000"/>
        </w:rPr>
        <w:t>根据⑭段“我往下看，感到阵阵晕眩；一股无名的力量好像正在逼迫我掉下去。我紧贴在一块岩石上，感觉天旋地转。我想掉头回去，但知道我绝对回不去了。这太远，也太危险了；在悬崖的中途，我会逐渐感到虚弱、无力，然后松手，掉下去摔死。但是通向顶部的路看起来更糟</w:t>
      </w:r>
      <w:r>
        <w:rPr>
          <w:rFonts w:ascii="Times New Roman" w:eastAsia="Times New Roman" w:hAnsi="Times New Roman" w:cs="Times New Roman"/>
          <w:color w:val="000000"/>
        </w:rPr>
        <w:t>——</w:t>
      </w:r>
      <w:r>
        <w:rPr>
          <w:rFonts w:ascii="宋体" w:eastAsia="宋体" w:hAnsi="宋体" w:cs="宋体"/>
          <w:color w:val="000000"/>
        </w:rPr>
        <w:t>更高，更陡，更变化莫测，我肯定上不去。我听见有人在哭泣、呻吟；我想知道那是谁，最后才意识到那就是我。”⑮段“时间在慢慢地过去。影子在慢慢拉长，太阳已经没在西边低矮的树梢下，夜幕开始降临。周围一片寂静，我趴在岩石上，神情恍惚，无助和恐惧已经让我麻木，我一动也不动，甚至无法思考怎样下去，安全地回家。”可概括为：“我”爬上了悬崖下不来了；</w:t>
      </w:r>
    </w:p>
    <w:p>
      <w:pPr>
        <w:spacing w:line="360" w:lineRule="auto"/>
        <w:jc w:val="left"/>
        <w:textAlignment w:val="center"/>
        <w:rPr>
          <w:color w:val="000000"/>
        </w:rPr>
      </w:pPr>
      <w:r>
        <w:rPr>
          <w:rFonts w:ascii="宋体" w:eastAsia="宋体" w:hAnsi="宋体" w:cs="宋体"/>
          <w:color w:val="000000"/>
        </w:rPr>
        <w:t>根据㉗段“突然，我向下迈出了最后一步，然后踩到了底部凌乱的岩石，扑进了爸爸强壮的臂弯里，抽噎了一下，然后令人惊讶的是，我有了一种巨大的成就感和类似骄傲的感觉。”可概括为：有成就感。</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本题考查句子赏析</w:t>
      </w:r>
      <w:r>
        <w:rPr>
          <w:rFonts w:ascii="宋体" w:eastAsia="宋体" w:hAnsi="宋体" w:cs="宋体"/>
          <w:color w:val="000000"/>
          <w:position w:val="-12"/>
        </w:rPr>
        <w:drawing>
          <wp:inline>
            <wp:extent cx="127000" cy="76200"/>
            <wp:docPr id="15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
                    <pic:cNvPicPr>
                      <a:picLocks noChangeAspect="1"/>
                    </pic:cNvPicPr>
                  </pic:nvPicPr>
                  <pic:blipFill>
                    <a:blip r:embed="rId139"/>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甲】句“我缓慢地爬着，尽可能贴近里侧，紧紧地扒住岩石的表面”中“缓慢地爬“尽可能贴近”“紧紧地扒住”等关键词可看出，运用了动作描写，生动形象地写出了“我”当时爬悬崖时紧张、害怕的心理，将“我”当时的内心写照真实地反映出来，具有真实感。</w:t>
      </w:r>
    </w:p>
    <w:p>
      <w:pPr>
        <w:spacing w:line="360" w:lineRule="auto"/>
        <w:jc w:val="left"/>
        <w:textAlignment w:val="center"/>
        <w:rPr>
          <w:color w:val="000000"/>
        </w:rPr>
      </w:pPr>
      <w:r>
        <w:rPr>
          <w:rFonts w:ascii="宋体" w:eastAsia="宋体" w:hAnsi="宋体" w:cs="宋体"/>
          <w:color w:val="000000"/>
        </w:rPr>
        <w:t>【乙】句“暮色中，第一颗星星出现在天空中，悬崖下面的地面开始变得模糊”中“暮色”“第一颗星星”等词语可看出，运用了环境描写，写出了当时天色已晚，结合⑮段“我趴在岩石上，神情恍惚，无助和恐惧已经让我麻木，我一动也不动，甚至无法思考怎样下去，安全地回家”可知，“我”一个人无助地趴在悬崖的岩石上，任时间一点点过去，句中的环境描写烘托出“我”害怕、无助、紧张的心理。</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本题考查句段作用。作答此题，需从内容和结构两方面进行分析，通常依据该句段的位置加以分析。</w:t>
      </w:r>
    </w:p>
    <w:p>
      <w:pPr>
        <w:spacing w:line="360" w:lineRule="auto"/>
        <w:jc w:val="left"/>
        <w:textAlignment w:val="center"/>
        <w:rPr>
          <w:color w:val="000000"/>
        </w:rPr>
      </w:pPr>
      <w:r>
        <w:rPr>
          <w:rFonts w:ascii="宋体" w:eastAsia="宋体" w:hAnsi="宋体" w:cs="宋体"/>
          <w:color w:val="000000"/>
        </w:rPr>
        <w:t>结构上，结合画线句“而是注意相对轻松、容易的第一小步，迈出一小步，再一小步”可知，与标题“走一步，再走一步”遥相呼应，总结全文；</w:t>
      </w:r>
    </w:p>
    <w:p>
      <w:pPr>
        <w:spacing w:line="360" w:lineRule="auto"/>
        <w:jc w:val="left"/>
        <w:textAlignment w:val="center"/>
        <w:rPr>
          <w:color w:val="000000"/>
        </w:rPr>
      </w:pPr>
      <w:r>
        <w:rPr>
          <w:rFonts w:ascii="宋体" w:eastAsia="宋体" w:hAnsi="宋体" w:cs="宋体"/>
          <w:color w:val="000000"/>
        </w:rPr>
        <w:t>内容上，“迈出一小步，再一小步，就这样体会每一步带来的成就感，直到达成了自己的目标”点明了此次悬崖历险经历对自己的深刻影响，深化文章主旨。</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eastAsia="宋体" w:hAnsi="宋体" w:cs="宋体"/>
          <w:color w:val="000000"/>
        </w:rPr>
        <w:t>本题考查把握情感主旨。</w:t>
      </w:r>
    </w:p>
    <w:p>
      <w:pPr>
        <w:spacing w:line="360" w:lineRule="auto"/>
        <w:jc w:val="left"/>
        <w:textAlignment w:val="center"/>
        <w:rPr>
          <w:color w:val="000000"/>
        </w:rPr>
      </w:pPr>
      <w:r>
        <w:rPr>
          <w:rFonts w:ascii="宋体" w:eastAsia="宋体" w:hAnsi="宋体" w:cs="宋体"/>
          <w:color w:val="000000"/>
        </w:rPr>
        <w:t>解答时要结合文章内容和文章主旨，谈谈看法感受，言之有理即可。</w:t>
      </w:r>
    </w:p>
    <w:p>
      <w:pPr>
        <w:spacing w:line="360" w:lineRule="auto"/>
        <w:jc w:val="left"/>
        <w:textAlignment w:val="center"/>
        <w:rPr>
          <w:color w:val="000000"/>
        </w:rPr>
      </w:pPr>
      <w:r>
        <w:rPr>
          <w:rFonts w:ascii="宋体" w:eastAsia="宋体" w:hAnsi="宋体" w:cs="宋体"/>
          <w:color w:val="000000"/>
        </w:rPr>
        <w:t>示例：在学习生活中，不要总想着很远的大目标，而要把大目标分成若干个小目标，走了这一步再走下一步，最后理想就会实现。</w:t>
      </w:r>
    </w:p>
    <w:p>
      <w:pPr>
        <w:pStyle w:val="Heading3"/>
      </w:pPr>
      <w:r>
        <w:t>顺义区</w:t>
      </w:r>
    </w:p>
    <w:p>
      <w:pPr>
        <w:spacing w:line="360" w:lineRule="auto"/>
        <w:jc w:val="left"/>
        <w:textAlignment w:val="center"/>
        <w:rPr>
          <w:color w:val="000000"/>
        </w:rPr>
      </w:pPr>
      <w:r>
        <w:rPr>
          <w:rFonts w:ascii="宋体" w:eastAsia="宋体" w:hAnsi="宋体" w:cs="宋体"/>
          <w:b/>
          <w:color w:val="000000"/>
          <w:sz w:val="24"/>
        </w:rPr>
        <w:t>四、现代文阅读（共21分）</w:t>
      </w:r>
    </w:p>
    <w:p>
      <w:pPr>
        <w:spacing w:line="360" w:lineRule="auto"/>
        <w:jc w:val="left"/>
        <w:textAlignment w:val="center"/>
        <w:rPr>
          <w:color w:val="000000"/>
        </w:rPr>
      </w:pPr>
      <w:r>
        <w:rPr>
          <w:rFonts w:ascii="宋体" w:eastAsia="宋体" w:hAnsi="宋体" w:cs="宋体"/>
          <w:b/>
          <w:color w:val="000000"/>
          <w:sz w:val="24"/>
        </w:rPr>
        <w:t>（一）</w:t>
      </w:r>
    </w:p>
    <w:p>
      <w:pPr>
        <w:spacing w:line="360" w:lineRule="auto"/>
        <w:jc w:val="left"/>
        <w:textAlignment w:val="center"/>
        <w:rPr>
          <w:color w:val="000000"/>
        </w:rPr>
      </w:pPr>
      <w:r>
        <w:rPr>
          <w:rFonts w:ascii="宋体" w:eastAsia="宋体" w:hAnsi="宋体" w:cs="宋体"/>
          <w:color w:val="000000"/>
        </w:rPr>
        <w:t>阅读《从百草园到三味书屋》节选段落，完成小题。</w:t>
      </w:r>
    </w:p>
    <w:p>
      <w:pPr>
        <w:spacing w:line="360" w:lineRule="auto"/>
        <w:ind w:firstLine="420"/>
        <w:jc w:val="left"/>
        <w:textAlignment w:val="center"/>
        <w:rPr>
          <w:color w:val="000000"/>
        </w:rPr>
      </w:pPr>
      <w:r>
        <w:rPr>
          <w:rFonts w:ascii="楷体" w:eastAsia="楷体" w:hAnsi="楷体" w:cs="楷体"/>
          <w:color w:val="000000"/>
        </w:rPr>
        <w:t>①我家的后面有一个很大的园，相传叫作百草园。现在是早已并屋子一起卖给朱文公的子孙了，连那最末次的相见也已经隔了七八年，其中似乎确凿只有一些野草；但那时却是我的乐园。</w:t>
      </w:r>
    </w:p>
    <w:p>
      <w:pPr>
        <w:spacing w:line="360" w:lineRule="auto"/>
        <w:ind w:firstLine="420"/>
        <w:jc w:val="left"/>
        <w:textAlignment w:val="center"/>
        <w:rPr>
          <w:color w:val="000000"/>
        </w:rPr>
      </w:pPr>
      <w:r>
        <w:rPr>
          <w:rFonts w:ascii="楷体" w:eastAsia="楷体" w:hAnsi="楷体" w:cs="楷体"/>
          <w:color w:val="000000"/>
        </w:rPr>
        <w:t>②不必说碧绿的菜畦，光滑的石井栏，高大的皂英树，紫红的桑椹；也不必说鸣蝉在树叶里长吟，肥胖的黄蜂伏在菜花上，轻捷的叫天子（云雀）忽然从草间直窜向云霄里去了。单是周围的短短的泥墙根一带，就有无限趣味。油蛉在这里低唱，蟋蟀们在这里弹琴。翻开断砖来，有时会遇见蜈蚣；还有斑蝥，倘若用手指按住它的脊梁，便会拍的一声，从后窍喷出一阵烟雾。何首乌藤和木莲藤缠络着，木莲有莲房一般的果实，何首乌有拥肿的根。有人说，何首乌根是有像人形的，吃了便可以成仙，我于是常常拔它起来，牵连不断地拔起来，也曾因此弄坏了泥墙，却从来没有见过有一块根像人样。如果不怕刺，还可以摘到覆盆子，像小珊瑚珠攒成的小球，又酸又甜，色味都比桑椹要好得远。</w:t>
      </w:r>
    </w:p>
    <w:p>
      <w:pPr>
        <w:spacing w:line="360" w:lineRule="auto"/>
        <w:ind w:firstLine="420"/>
        <w:jc w:val="left"/>
        <w:textAlignment w:val="center"/>
        <w:rPr>
          <w:color w:val="000000"/>
        </w:rPr>
      </w:pPr>
      <w:r>
        <w:rPr>
          <w:rFonts w:ascii="楷体" w:eastAsia="楷体" w:hAnsi="楷体" w:cs="楷体"/>
          <w:color w:val="000000"/>
        </w:rPr>
        <w:t>③长的草里是不去的，因为相传这园里有一条很大的赤练蛇。</w:t>
      </w:r>
    </w:p>
    <w:p>
      <w:pPr>
        <w:spacing w:line="360" w:lineRule="auto"/>
        <w:ind w:firstLine="420"/>
        <w:jc w:val="left"/>
        <w:textAlignment w:val="center"/>
        <w:rPr>
          <w:color w:val="000000"/>
        </w:rPr>
      </w:pPr>
      <w:r>
        <w:rPr>
          <w:rFonts w:ascii="楷体" w:eastAsia="楷体" w:hAnsi="楷体" w:cs="楷体"/>
          <w:color w:val="000000"/>
        </w:rPr>
        <w:t>④长妈妈曾经讲给我一个故事听：先前，有一个读书人住在古庙里用功，晚间，在院子里纳凉的时候，突然听到有人在叫他。答应着，四面看时，却见一个美女的脸露在墙头上，向他一笑，隐去了。他很高兴；但竟给那走来夜谈的老和尚识破了机关。说他脸上有些妖气，一定遇见“美女蛇”了；这是人首蛇身的怪物，能唤人名，倘一答应，夜间便要来吃这人的肉的。他自然吓得要死，而那老和尚却道无妨，给他一个小盒子，说只要放在枕边，便可高枕而卧。他虽然照样办，却总是睡不着，——当然睡不着的。到半夜，果然来了，沙沙沙！门外像是风雨声。他正抖作一团时，却听得豁的一声，一道金光从枕边飞出，外面便什么声音也没有了，那金光也就飞回来，敛在盒子里。后来呢？后来，老和尚说，这是飞蜈蚣，它能吸蛇的脑髓，美女蛇就被它治死了。</w:t>
      </w:r>
    </w:p>
    <w:p>
      <w:pPr>
        <w:spacing w:line="360" w:lineRule="auto"/>
        <w:ind w:firstLine="420"/>
        <w:jc w:val="left"/>
        <w:textAlignment w:val="center"/>
        <w:rPr>
          <w:color w:val="000000"/>
        </w:rPr>
      </w:pPr>
      <w:r>
        <w:rPr>
          <w:rFonts w:ascii="楷体" w:eastAsia="楷体" w:hAnsi="楷体" w:cs="楷体"/>
          <w:color w:val="000000"/>
        </w:rPr>
        <w:t>⑤结末的教训是：所以倘有陌生的声音叫你的名字，你万不可答应他。</w:t>
      </w:r>
    </w:p>
    <w:p>
      <w:pPr>
        <w:spacing w:line="360" w:lineRule="auto"/>
        <w:ind w:firstLine="420"/>
        <w:jc w:val="left"/>
        <w:textAlignment w:val="center"/>
        <w:rPr>
          <w:color w:val="000000"/>
        </w:rPr>
      </w:pPr>
      <w:r>
        <w:rPr>
          <w:rFonts w:ascii="楷体" w:eastAsia="楷体" w:hAnsi="楷体" w:cs="楷体"/>
          <w:color w:val="000000"/>
        </w:rPr>
        <w:t>⑥这故事很使我觉得做人之险，夏夜乘凉，往往有些担心，不敢去看墙上，而且极想得到一盒老和尚那样的飞蜈蚣。走到百草园的草丛旁边时，也常常这样想。但直到现在，总还没有得到，但也没有遇见过赤练蛇和美女蛇。叫我名字的陌生声音自然是常有的，然而都不是美女蛇。</w:t>
      </w:r>
    </w:p>
    <w:p>
      <w:pPr>
        <w:spacing w:line="360" w:lineRule="auto"/>
        <w:ind w:firstLine="420"/>
        <w:jc w:val="left"/>
        <w:textAlignment w:val="center"/>
        <w:rPr>
          <w:color w:val="000000"/>
        </w:rPr>
      </w:pPr>
      <w:r>
        <w:rPr>
          <w:rFonts w:ascii="楷体" w:eastAsia="楷体" w:hAnsi="楷体" w:cs="楷体"/>
          <w:color w:val="000000"/>
        </w:rPr>
        <w:t>⑦冬天的百草园比较的无味；雪一下，可就两样了。拍雪人（将自己的全形印在雪上）和塑雪罗汉需要人们鉴赏，这是荒园，人迹罕至，所以不相宜，只好来捕鸟。薄薄的雪，是不行的；总须积雪盖了地面一两天，鸟雀们久已无处觅食的时候才好。</w:t>
      </w:r>
      <w:r>
        <w:rPr>
          <w:rFonts w:ascii="楷体" w:eastAsia="楷体" w:hAnsi="楷体" w:cs="楷体"/>
          <w:color w:val="000000"/>
          <w:u w:val="single"/>
        </w:rPr>
        <w:t>扫开一块雪，露出地面，用一枝短棒支起一面大的竹筛来，下面撒些秕谷，棒上系一条长绳，人远远地牵着，看鸟雀下来啄食，走到竹筛底下的时候，将绳子一拉，便罩住了。</w:t>
      </w:r>
      <w:r>
        <w:rPr>
          <w:rFonts w:ascii="楷体" w:eastAsia="楷体" w:hAnsi="楷体" w:cs="楷体"/>
          <w:color w:val="000000"/>
        </w:rPr>
        <w:t>但所得的是麻雀居多，也有白颊的“张飞鸟”，性子很躁，养不过夜的。</w:t>
      </w:r>
    </w:p>
    <w:p>
      <w:pPr>
        <w:spacing w:line="360" w:lineRule="auto"/>
        <w:ind w:firstLine="420"/>
        <w:jc w:val="left"/>
        <w:textAlignment w:val="center"/>
        <w:rPr>
          <w:color w:val="000000"/>
        </w:rPr>
      </w:pPr>
      <w:r>
        <w:rPr>
          <w:rFonts w:ascii="楷体" w:eastAsia="楷体" w:hAnsi="楷体" w:cs="楷体"/>
          <w:color w:val="000000"/>
        </w:rPr>
        <w:t>⑧这是闰土的父亲所传授的方法，我却不大能用。明明见它们进去了，拉了绳，跑去一看，却什么都没有，费了半天力，捉住的不过三四只。闰土的父亲是小半天便能捕获几十只，装在叉袋里叫着撞着的。我曾经问他得失的缘由，他只静静地笑道：“你太性急，来不及等它走到中间去。”</w:t>
      </w:r>
    </w:p>
    <w:p>
      <w:pPr>
        <w:spacing w:line="360" w:lineRule="auto"/>
        <w:ind w:firstLine="420"/>
        <w:jc w:val="left"/>
        <w:textAlignment w:val="center"/>
        <w:rPr>
          <w:color w:val="000000"/>
        </w:rPr>
      </w:pPr>
      <w:r>
        <w:rPr>
          <w:rFonts w:ascii="楷体" w:eastAsia="楷体" w:hAnsi="楷体" w:cs="楷体"/>
          <w:color w:val="000000"/>
        </w:rPr>
        <w:t>⑨我不知道为什么家里的人要将我送进书塾里去了，而且还是全城中称为最严厉的书塾。也许是因为拔何首乌毁了泥墙罢，也许是因为将砖头抛到间壁的梁家去了罢，也许是因为站在石井栏上跳了下来罢……都无从知道。</w:t>
      </w:r>
      <w:r>
        <w:rPr>
          <w:rFonts w:ascii="宋体" w:eastAsia="宋体" w:hAnsi="宋体" w:cs="宋体"/>
          <w:color w:val="000000"/>
        </w:rPr>
        <w:t>£</w:t>
      </w:r>
      <w:r>
        <w:rPr>
          <w:rFonts w:ascii="楷体" w:eastAsia="楷体" w:hAnsi="楷体" w:cs="楷体"/>
          <w:color w:val="000000"/>
        </w:rPr>
        <w:t>总而言之：我将不能常到百草园了。Ade，我的蟋蟀们！Ade，我的覆盆子和木莲们！</w:t>
      </w:r>
    </w:p>
    <w:p>
      <w:pPr>
        <w:spacing w:line="360" w:lineRule="auto"/>
        <w:jc w:val="left"/>
        <w:textAlignment w:val="center"/>
        <w:rPr>
          <w:color w:val="000000"/>
        </w:rPr>
      </w:pPr>
      <w:r>
        <w:rPr>
          <w:color w:val="000000"/>
        </w:rPr>
        <w:t xml:space="preserve">14. </w:t>
      </w:r>
      <w:r>
        <w:rPr>
          <w:rFonts w:ascii="宋体" w:eastAsia="宋体" w:hAnsi="宋体" w:cs="宋体"/>
          <w:color w:val="000000"/>
        </w:rPr>
        <w:t>请结合以上选段内容，完成下面关于内容概括的思维导图。</w:t>
      </w:r>
    </w:p>
    <w:p>
      <w:pPr>
        <w:spacing w:line="360" w:lineRule="auto"/>
        <w:jc w:val="center"/>
        <w:textAlignment w:val="center"/>
        <w:rPr>
          <w:color w:val="000000"/>
        </w:rPr>
      </w:pPr>
      <w:r>
        <w:rPr>
          <w:color w:val="000000"/>
        </w:rPr>
        <w:drawing>
          <wp:inline>
            <wp:extent cx="4953000" cy="1447800"/>
            <wp:docPr id="15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
                    <pic:cNvPicPr>
                      <a:picLocks noChangeAspect="1"/>
                    </pic:cNvPicPr>
                  </pic:nvPicPr>
                  <pic:blipFill>
                    <a:blip r:embed="rId140"/>
                    <a:stretch>
                      <a:fillRect/>
                    </a:stretch>
                  </pic:blipFill>
                  <pic:spPr>
                    <a:xfrm>
                      <a:off x="0" y="0"/>
                      <a:ext cx="4953000" cy="1447800"/>
                    </a:xfrm>
                    <a:prstGeom prst="rect">
                      <a:avLst/>
                    </a:prstGeom>
                  </pic:spPr>
                </pic:pic>
              </a:graphicData>
            </a:graphic>
          </wp:inline>
        </w:drawing>
      </w:r>
    </w:p>
    <w:p>
      <w:pPr>
        <w:spacing w:line="360" w:lineRule="auto"/>
        <w:jc w:val="left"/>
        <w:textAlignment w:val="center"/>
        <w:rPr>
          <w:color w:val="000000"/>
        </w:rPr>
      </w:pPr>
      <w:r>
        <w:rPr>
          <w:color w:val="000000"/>
        </w:rPr>
        <w:t xml:space="preserve">15. </w:t>
      </w:r>
      <w:r>
        <w:rPr>
          <w:rFonts w:ascii="宋体" w:eastAsia="宋体" w:hAnsi="宋体" w:cs="宋体"/>
          <w:color w:val="000000"/>
        </w:rPr>
        <w:t>为第⑦段划线语句写一段批注，分析其表达效果。</w:t>
      </w:r>
    </w:p>
    <w:p>
      <w:pPr>
        <w:spacing w:line="360" w:lineRule="auto"/>
        <w:jc w:val="left"/>
        <w:textAlignment w:val="center"/>
        <w:rPr>
          <w:color w:val="000000"/>
        </w:rPr>
      </w:pPr>
      <w:r>
        <w:rPr>
          <w:rFonts w:ascii="宋体" w:eastAsia="宋体" w:hAnsi="宋体" w:cs="宋体"/>
          <w:color w:val="000000"/>
        </w:rPr>
        <w:t>批注：</w:t>
      </w:r>
      <w:r>
        <w:rPr>
          <w:color w:val="000000"/>
        </w:rPr>
        <w:t>______</w:t>
      </w:r>
    </w:p>
    <w:p>
      <w:pPr>
        <w:spacing w:line="360" w:lineRule="auto"/>
        <w:jc w:val="left"/>
        <w:textAlignment w:val="center"/>
        <w:rPr>
          <w:color w:val="000000"/>
        </w:rPr>
      </w:pPr>
      <w:r>
        <w:rPr>
          <w:color w:val="000000"/>
        </w:rPr>
        <w:t xml:space="preserve">16. </w:t>
      </w:r>
      <w:r>
        <w:rPr>
          <w:rFonts w:ascii="宋体" w:eastAsia="宋体" w:hAnsi="宋体" w:cs="宋体"/>
          <w:color w:val="000000"/>
        </w:rPr>
        <w:t>如果在第⑨段£处填一句表达“我”心情的话，你会填什么？请结合文章内容说明理由。</w:t>
      </w:r>
    </w:p>
    <w:p>
      <w:pPr>
        <w:spacing w:line="360" w:lineRule="auto"/>
        <w:jc w:val="left"/>
        <w:textAlignment w:val="center"/>
        <w:rPr>
          <w:color w:val="000000"/>
        </w:rPr>
      </w:pPr>
      <w:r>
        <w:rPr>
          <w:rFonts w:ascii="宋体" w:eastAsia="宋体" w:hAnsi="宋体" w:cs="宋体"/>
          <w:color w:val="000000"/>
        </w:rPr>
        <w:t>“我”的心情：</w:t>
      </w:r>
      <w:r>
        <w:rPr>
          <w:color w:val="000000"/>
        </w:rPr>
        <w:t>______</w:t>
      </w:r>
    </w:p>
    <w:p>
      <w:pPr>
        <w:spacing w:line="360" w:lineRule="auto"/>
        <w:jc w:val="left"/>
        <w:textAlignment w:val="center"/>
        <w:rPr>
          <w:color w:val="000000"/>
        </w:rPr>
      </w:pPr>
      <w:r>
        <w:rPr>
          <w:rFonts w:ascii="宋体" w:eastAsia="宋体" w:hAnsi="宋体" w:cs="宋体"/>
          <w:color w:val="000000"/>
        </w:rPr>
        <w:t>理由：</w:t>
      </w:r>
      <w:r>
        <w:rPr>
          <w:color w:val="000000"/>
        </w:rPr>
        <w:t>______</w:t>
      </w:r>
    </w:p>
    <w:p>
      <w:pPr>
        <w:spacing w:line="360" w:lineRule="auto"/>
        <w:textAlignment w:val="center"/>
        <w:rPr>
          <w:color w:val="000000"/>
        </w:rPr>
      </w:pPr>
      <w:r>
        <w:rPr>
          <w:color w:val="2E75B6"/>
        </w:rPr>
        <w:t>【答案】</w:t>
      </w:r>
      <w:r>
        <w:rPr>
          <w:color w:val="000000"/>
        </w:rPr>
        <w:t xml:space="preserve">14. </w:t>
      </w:r>
      <w:r>
        <w:rPr>
          <w:rFonts w:ascii="宋体" w:eastAsia="宋体" w:hAnsi="宋体" w:cs="宋体"/>
          <w:color w:val="000000"/>
        </w:rPr>
        <w:t>①百草园是“我”的乐园。</w:t>
      </w:r>
    </w:p>
    <w:p>
      <w:pPr>
        <w:spacing w:line="360" w:lineRule="auto"/>
        <w:jc w:val="left"/>
        <w:textAlignment w:val="center"/>
        <w:rPr>
          <w:color w:val="000000"/>
        </w:rPr>
      </w:pPr>
      <w:r>
        <w:rPr>
          <w:rFonts w:ascii="宋体" w:eastAsia="宋体" w:hAnsi="宋体" w:cs="宋体"/>
          <w:color w:val="000000"/>
        </w:rPr>
        <w:t>②百草园动态和静态的美景。（百草园的自然美景和动植物）</w:t>
      </w:r>
    </w:p>
    <w:p>
      <w:pPr>
        <w:spacing w:line="360" w:lineRule="auto"/>
        <w:jc w:val="both"/>
        <w:textAlignment w:val="center"/>
        <w:rPr>
          <w:color w:val="000000"/>
        </w:rPr>
      </w:pPr>
      <w:r>
        <w:rPr>
          <w:rFonts w:ascii="宋体" w:eastAsia="宋体" w:hAnsi="宋体" w:cs="宋体"/>
          <w:color w:val="000000"/>
        </w:rPr>
        <w:t>③带给我的生活经验（技能等）。</w:t>
      </w:r>
      <w:r>
        <w:rPr>
          <w:color w:val="000000"/>
        </w:rPr>
        <w:t xml:space="preserve">    </w:t>
      </w:r>
    </w:p>
    <w:p>
      <w:pPr>
        <w:spacing w:line="360" w:lineRule="auto"/>
        <w:jc w:val="both"/>
        <w:textAlignment w:val="center"/>
        <w:rPr>
          <w:color w:val="000000"/>
        </w:rPr>
      </w:pPr>
      <w:r>
        <w:rPr>
          <w:color w:val="000000"/>
        </w:rPr>
        <w:t xml:space="preserve">15. </w:t>
      </w:r>
      <w:r>
        <w:rPr>
          <w:rFonts w:ascii="宋体" w:eastAsia="宋体" w:hAnsi="宋体" w:cs="宋体"/>
          <w:color w:val="000000"/>
        </w:rPr>
        <w:t>示例：此处是连续的动作描写，生动的再现“我”在雪地捕鸟的全过程，表现我对儿时的游戏活动印象深刻以及对百草园生活的无限留恋。</w:t>
      </w:r>
      <w:r>
        <w:rPr>
          <w:color w:val="000000"/>
        </w:rPr>
        <w:t xml:space="preserve">    </w:t>
      </w:r>
    </w:p>
    <w:p>
      <w:pPr>
        <w:spacing w:line="360" w:lineRule="auto"/>
        <w:jc w:val="both"/>
        <w:textAlignment w:val="center"/>
        <w:rPr>
          <w:color w:val="000000"/>
        </w:rPr>
      </w:pPr>
      <w:r>
        <w:rPr>
          <w:color w:val="000000"/>
        </w:rPr>
        <w:t xml:space="preserve">16. </w:t>
      </w:r>
      <w:r>
        <w:rPr>
          <w:color w:val="000000"/>
        </w:rPr>
        <w:t xml:space="preserve">    ①. </w:t>
      </w:r>
      <w:r>
        <w:rPr>
          <w:rFonts w:ascii="宋体" w:eastAsia="宋体" w:hAnsi="宋体" w:cs="宋体"/>
          <w:color w:val="000000"/>
        </w:rPr>
        <w:t>“我”的心情：我内心非常的疑惑。（无奈、不舍、留恋等）</w:t>
      </w:r>
      <w:r>
        <w:rPr>
          <w:color w:val="000000"/>
        </w:rPr>
        <w:t xml:space="preserve">    ②. </w:t>
      </w:r>
      <w:r>
        <w:rPr>
          <w:rFonts w:ascii="宋体" w:eastAsia="宋体" w:hAnsi="宋体" w:cs="宋体"/>
          <w:color w:val="000000"/>
        </w:rPr>
        <w:t>理由：家里要将我送到书塾去了，我对百草园快乐的生活依依不舍，我不明白为什么要将我送到书塾去了，猜测了很多原因，可能都是我在百草园淘气的事引发家长生气了，我百思不得其解。</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eastAsia="宋体" w:hAnsi="宋体" w:cs="宋体"/>
          <w:color w:val="000000"/>
        </w:rPr>
        <w:t>本题考查文章内容的概括。</w:t>
      </w:r>
    </w:p>
    <w:p>
      <w:pPr>
        <w:spacing w:line="360" w:lineRule="auto"/>
        <w:jc w:val="left"/>
        <w:textAlignment w:val="center"/>
        <w:rPr>
          <w:color w:val="000000"/>
        </w:rPr>
      </w:pPr>
      <w:r>
        <w:rPr>
          <w:rFonts w:ascii="宋体" w:eastAsia="宋体" w:hAnsi="宋体" w:cs="宋体"/>
          <w:color w:val="000000"/>
        </w:rPr>
        <w:t>结合第①段“我家的后面有一个很大的园，相传叫作百草园”“但那时却是我的乐园”等句子可知这一段总的介绍“百草园”的情况，它是“我”的“乐园”。</w:t>
      </w:r>
    </w:p>
    <w:p>
      <w:pPr>
        <w:spacing w:line="360" w:lineRule="auto"/>
        <w:jc w:val="left"/>
        <w:textAlignment w:val="center"/>
        <w:rPr>
          <w:color w:val="000000"/>
        </w:rPr>
      </w:pPr>
      <w:r>
        <w:rPr>
          <w:rFonts w:ascii="宋体" w:eastAsia="宋体" w:hAnsi="宋体" w:cs="宋体"/>
          <w:color w:val="000000"/>
        </w:rPr>
        <w:t>结合第②段“不必说……，也不必说……，单是周围的短短的泥墙根一带，就有无限趣味”这个句子可知作者重点介绍的是“泥墙根一带”，而这所有的动植物都带给“我”无穷的乐趣。</w:t>
      </w:r>
    </w:p>
    <w:p>
      <w:pPr>
        <w:spacing w:line="360" w:lineRule="auto"/>
        <w:jc w:val="left"/>
        <w:textAlignment w:val="center"/>
        <w:rPr>
          <w:color w:val="000000"/>
        </w:rPr>
      </w:pPr>
      <w:r>
        <w:rPr>
          <w:rFonts w:ascii="宋体" w:eastAsia="宋体" w:hAnsi="宋体" w:cs="宋体"/>
          <w:color w:val="000000"/>
        </w:rPr>
        <w:t>结合③至⑥段“长妈妈曾经讲给我一个故事听”可知，长妈妈在这里给我讲过美女蛇的故事，带给“我”神秘感和生活的教训。</w:t>
      </w:r>
    </w:p>
    <w:p>
      <w:pPr>
        <w:spacing w:line="360" w:lineRule="auto"/>
        <w:jc w:val="left"/>
        <w:textAlignment w:val="center"/>
        <w:rPr>
          <w:color w:val="000000"/>
        </w:rPr>
      </w:pPr>
      <w:r>
        <w:rPr>
          <w:rFonts w:ascii="宋体" w:eastAsia="宋体" w:hAnsi="宋体" w:cs="宋体"/>
          <w:color w:val="000000"/>
        </w:rPr>
        <w:t>结合第⑦、⑧段“冬天的百草园比较的无味；雪一下，可就两样了”可知这里介绍的是雪地捕鸟的乐趣，“你太性急，来不及等它走到中间去”告诉“我”捕鸟需静下心来，闰土的父亲教给我生活的技能。</w:t>
      </w:r>
    </w:p>
    <w:p>
      <w:pPr>
        <w:spacing w:line="360" w:lineRule="auto"/>
        <w:jc w:val="left"/>
        <w:textAlignment w:val="center"/>
        <w:rPr>
          <w:color w:val="000000"/>
        </w:rPr>
      </w:pPr>
      <w:r>
        <w:rPr>
          <w:rFonts w:ascii="宋体" w:eastAsia="宋体" w:hAnsi="宋体" w:cs="宋体"/>
          <w:color w:val="000000"/>
        </w:rPr>
        <w:t>结合第⑨段“我不知道为什么家里的人要将我送进书塾里去了，而且还是全城中称为最严厉的书塾”可知这一段起着承上启下的作用。</w:t>
      </w:r>
    </w:p>
    <w:p>
      <w:pPr>
        <w:spacing w:line="360" w:lineRule="auto"/>
        <w:jc w:val="left"/>
        <w:textAlignment w:val="center"/>
        <w:rPr>
          <w:color w:val="000000"/>
        </w:rPr>
      </w:pPr>
      <w:r>
        <w:rPr>
          <w:rFonts w:ascii="宋体" w:eastAsia="宋体" w:hAnsi="宋体" w:cs="宋体"/>
          <w:color w:val="000000"/>
        </w:rPr>
        <w:t>据此可概括作答。</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eastAsia="宋体" w:hAnsi="宋体" w:cs="宋体"/>
          <w:color w:val="000000"/>
        </w:rPr>
        <w:t>本题考查句子的表达效果。</w:t>
      </w:r>
    </w:p>
    <w:p>
      <w:pPr>
        <w:spacing w:line="360" w:lineRule="auto"/>
        <w:jc w:val="left"/>
        <w:textAlignment w:val="center"/>
        <w:rPr>
          <w:color w:val="000000"/>
        </w:rPr>
      </w:pPr>
      <w:r>
        <w:rPr>
          <w:rFonts w:ascii="宋体" w:eastAsia="宋体" w:hAnsi="宋体" w:cs="宋体"/>
          <w:color w:val="000000"/>
        </w:rPr>
        <w:t>这句话中“打开”“露出”“支起”“撒”“系”都属于动作描写，生动形象地写出了“我”在雪地捕鸟的全过程，突出“我”当时内心的快乐，也有着“我”对百草园的无限怀念和留恋之情。</w:t>
      </w:r>
    </w:p>
    <w:p>
      <w:pPr>
        <w:spacing w:line="360" w:lineRule="auto"/>
        <w:jc w:val="left"/>
        <w:textAlignment w:val="center"/>
        <w:rPr>
          <w:color w:val="000000"/>
        </w:rPr>
      </w:pPr>
      <w:r>
        <w:rPr>
          <w:color w:val="000000"/>
        </w:rPr>
        <w:t>【16题详解】</w:t>
      </w:r>
    </w:p>
    <w:p>
      <w:pPr>
        <w:spacing w:line="360" w:lineRule="auto"/>
        <w:jc w:val="both"/>
        <w:textAlignment w:val="center"/>
        <w:rPr>
          <w:color w:val="000000"/>
        </w:rPr>
      </w:pPr>
      <w:r>
        <w:rPr>
          <w:rFonts w:ascii="宋体" w:eastAsia="宋体" w:hAnsi="宋体" w:cs="宋体"/>
          <w:color w:val="000000"/>
        </w:rPr>
        <w:t>本题考查作者心情分析。</w:t>
      </w:r>
    </w:p>
    <w:p>
      <w:pPr>
        <w:spacing w:line="360" w:lineRule="auto"/>
        <w:jc w:val="both"/>
        <w:textAlignment w:val="center"/>
        <w:rPr>
          <w:color w:val="000000"/>
        </w:rPr>
      </w:pPr>
      <w:r>
        <w:rPr>
          <w:rFonts w:ascii="宋体" w:eastAsia="宋体" w:hAnsi="宋体" w:cs="宋体"/>
          <w:color w:val="000000"/>
        </w:rPr>
        <w:t>结合本段“我不知道为什么家里的人要将我送进书塾里去了，而且还是全城中称为最严厉的书塾”中“不知道”可知面对家人将我送进书塾的行为“我”是迷惑不解的；“也许……也许……也许……”猜测了那么多原因，更突出了“我”的“迷惑”，但“都无从知道”。不管是什么原因，反正“我”是不能再在百草园玩耍了，内心还有不舍、留恋之情。</w:t>
      </w:r>
    </w:p>
    <w:p>
      <w:pPr>
        <w:spacing w:line="360" w:lineRule="auto"/>
        <w:jc w:val="both"/>
        <w:textAlignment w:val="center"/>
        <w:rPr>
          <w:color w:val="000000"/>
        </w:rPr>
      </w:pPr>
      <w:r>
        <w:rPr>
          <w:rFonts w:ascii="宋体" w:eastAsia="宋体" w:hAnsi="宋体" w:cs="宋体"/>
          <w:color w:val="000000"/>
        </w:rPr>
        <w:t>据此可概括作答。</w:t>
      </w:r>
    </w:p>
    <w:p>
      <w:pPr>
        <w:spacing w:line="360" w:lineRule="auto"/>
        <w:jc w:val="left"/>
        <w:textAlignment w:val="center"/>
        <w:rPr>
          <w:color w:val="000000"/>
        </w:rPr>
      </w:pPr>
      <w:r>
        <w:rPr>
          <w:rFonts w:ascii="宋体" w:eastAsia="宋体" w:hAnsi="宋体" w:cs="宋体"/>
          <w:b/>
          <w:color w:val="000000"/>
          <w:sz w:val="24"/>
        </w:rPr>
        <w:t>（二）</w:t>
      </w:r>
    </w:p>
    <w:p>
      <w:pPr>
        <w:spacing w:line="360" w:lineRule="auto"/>
        <w:jc w:val="left"/>
        <w:textAlignment w:val="center"/>
        <w:rPr>
          <w:color w:val="000000"/>
        </w:rPr>
      </w:pPr>
      <w:r>
        <w:rPr>
          <w:rFonts w:ascii="宋体" w:eastAsia="宋体" w:hAnsi="宋体" w:cs="宋体"/>
          <w:color w:val="000000"/>
        </w:rPr>
        <w:t>阅读《看荷记》，完成小题。</w:t>
      </w:r>
    </w:p>
    <w:p>
      <w:pPr>
        <w:spacing w:line="360" w:lineRule="auto"/>
        <w:jc w:val="center"/>
        <w:textAlignment w:val="center"/>
        <w:rPr>
          <w:color w:val="000000"/>
        </w:rPr>
      </w:pPr>
      <w:r>
        <w:rPr>
          <w:rFonts w:ascii="楷体" w:eastAsia="楷体" w:hAnsi="楷体" w:cs="楷体"/>
          <w:color w:val="000000"/>
        </w:rPr>
        <w:t>看荷记</w:t>
      </w:r>
    </w:p>
    <w:p>
      <w:pPr>
        <w:spacing w:line="360" w:lineRule="auto"/>
        <w:jc w:val="center"/>
        <w:textAlignment w:val="center"/>
        <w:rPr>
          <w:color w:val="000000"/>
        </w:rPr>
      </w:pPr>
      <w:r>
        <w:rPr>
          <w:rFonts w:ascii="楷体" w:eastAsia="楷体" w:hAnsi="楷体" w:cs="楷体"/>
          <w:color w:val="000000"/>
        </w:rPr>
        <w:t>苏北</w:t>
      </w:r>
    </w:p>
    <w:p>
      <w:pPr>
        <w:spacing w:line="360" w:lineRule="auto"/>
        <w:ind w:firstLine="420"/>
        <w:jc w:val="left"/>
        <w:textAlignment w:val="center"/>
        <w:rPr>
          <w:color w:val="000000"/>
        </w:rPr>
      </w:pPr>
      <w:r>
        <w:rPr>
          <w:rFonts w:ascii="楷体" w:eastAsia="楷体" w:hAnsi="楷体" w:cs="楷体"/>
          <w:color w:val="000000"/>
        </w:rPr>
        <w:t>①我是喜欢看荷的。曾在河南的淮阳和河北的白洋淀看过荷花。在这个盛夏，我却在家门口的肥西丰乐镇，赏到了荷。丰乐亦称凤落，据传很久以前有一对凤凰飞落于此而得名。丰乐河流经古镇而入巢湖。其“十景”之一，就有“虎嘴塘荷”，想必“荷”是有其历史的</w:t>
      </w:r>
    </w:p>
    <w:p>
      <w:pPr>
        <w:spacing w:line="360" w:lineRule="auto"/>
        <w:ind w:firstLine="420"/>
        <w:jc w:val="left"/>
        <w:textAlignment w:val="center"/>
        <w:rPr>
          <w:color w:val="000000"/>
        </w:rPr>
      </w:pPr>
      <w:r>
        <w:rPr>
          <w:rFonts w:ascii="楷体" w:eastAsia="楷体" w:hAnsi="楷体" w:cs="楷体"/>
          <w:color w:val="000000"/>
        </w:rPr>
        <w:t>②眼前的万亩红莲基地一望无尽，每一片荷都浸润着美的感受，正应了“无穷碧”的景，一大片荷叶带来的是绿的恬淡和静谧。在这乡村，远树环绕，百虫鸣唱。这一大池的荷，一大池的碧绿，仿佛给这个寂寥的夏日穿上了一件盛装。走进荷园，一丝清凉拂人眼幕。荷池中，也是气象万千的，池边的荷，伸手就能抓着。水边的野草，和偶尔冒上岸边的小荷，仿佛顽皮的小伙伴，要“挤”到一块才好。而那种绿的“嫩”，则是少女般的、让人怜爱的一种色彩了。一池的荷一片连着一片，伸展到远方。抬眼望去，也正如朱自清先生所说：“弥望的是田田的叶子。”在这田田的碧色中间，藏着一朵朵的荷花，皆为粉红：打着朵儿的，半开着的，盛开的……好似娇羞的少女，婷婷袅袅。</w:t>
      </w:r>
    </w:p>
    <w:p>
      <w:pPr>
        <w:spacing w:line="360" w:lineRule="auto"/>
        <w:ind w:firstLine="420"/>
        <w:jc w:val="left"/>
        <w:textAlignment w:val="center"/>
        <w:rPr>
          <w:color w:val="000000"/>
        </w:rPr>
      </w:pPr>
      <w:r>
        <w:rPr>
          <w:rFonts w:ascii="楷体" w:eastAsia="楷体" w:hAnsi="楷体" w:cs="楷体"/>
          <w:color w:val="000000"/>
        </w:rPr>
        <w:t>③长庄的太空莲（此莲种子曾上过太空），又是另一番美的景象了。一池的白荷，在轻风下摇曳。【甲】</w:t>
      </w:r>
      <w:r>
        <w:rPr>
          <w:rFonts w:ascii="楷体" w:eastAsia="楷体" w:hAnsi="楷体" w:cs="楷体"/>
          <w:color w:val="000000"/>
          <w:u w:val="single"/>
        </w:rPr>
        <w:t>每一支荷箭都蹿得老高，骄傲地凌驾于绿叶之上。箭上的朵，未开之前，都镶着一圈粉红的边；完全盛开了，才发现它是洁白的……</w:t>
      </w:r>
      <w:r>
        <w:rPr>
          <w:rFonts w:ascii="楷体" w:eastAsia="楷体" w:hAnsi="楷体" w:cs="楷体"/>
          <w:color w:val="000000"/>
        </w:rPr>
        <w:t>而那密布在水中的小小浮萍。和刚露出水面的“嘴”，组成一幅静物小画。小“嘴”三三两两，好似说好了的，比赛着往上蹿。“嘴”稍高一点，就卷得伶俐，似要展开，又有点含羞。它们也学着那亭亭玉立的白荷的样子，仿佛在说：“我要比你大！”这一池白荷，带着一股子傲劲儿，那独立而孤高的美自是不必多说了。</w:t>
      </w:r>
    </w:p>
    <w:p>
      <w:pPr>
        <w:spacing w:line="360" w:lineRule="auto"/>
        <w:ind w:firstLine="420"/>
        <w:jc w:val="left"/>
        <w:textAlignment w:val="center"/>
        <w:rPr>
          <w:color w:val="000000"/>
        </w:rPr>
      </w:pPr>
      <w:r>
        <w:rPr>
          <w:rFonts w:ascii="楷体" w:eastAsia="楷体" w:hAnsi="楷体" w:cs="楷体"/>
          <w:color w:val="000000"/>
        </w:rPr>
        <w:t>④当然，荷的周身，都是宝：叶、茎、花、莲子……在村里种植合作社，我们见到了小何，他带我们了解了荷叶茶的制作工艺。我们见到那些荷叶，正在被加工成荷叶茶。社员们将新采的荷叶，洗净叠好，传输到一个专门的机器切碎，只听得“咔嚓咔嚓”，在机器的另一头，就出现了邮票大小、方方正正的叶片。之后再进行烘干，再之后就成了一粒一粒的荷叶茶了。在合作社的展厅，我们每人一杯，品尝新制的荷叶茶。我闭目深情饮了一口，真是清香了得，当然还有一点点的清苦，但这样的清苦，何尝不是一种有益的美的滋味？</w:t>
      </w:r>
    </w:p>
    <w:p>
      <w:pPr>
        <w:spacing w:line="360" w:lineRule="auto"/>
        <w:ind w:firstLine="420"/>
        <w:jc w:val="left"/>
        <w:textAlignment w:val="center"/>
        <w:rPr>
          <w:color w:val="000000"/>
        </w:rPr>
      </w:pPr>
      <w:r>
        <w:rPr>
          <w:rFonts w:ascii="楷体" w:eastAsia="楷体" w:hAnsi="楷体" w:cs="楷体"/>
          <w:color w:val="000000"/>
        </w:rPr>
        <w:t>⑤这间简陋的展厅还兼作办公室，我见一张桌上放着会议记录，一页记道：“荷叶已到旺盛期，近期要做好荷叶采摘的准备。荷叶采摘，要求荷叶鲜嫩，无虫害。加工注意质量和卫生安全，希望本年度有一个好的产量和销量。”在另一页上记着：“为了进一步推动乡村振兴，肥西莲藕协会近期准备开展一次留守妇女莲藕种植技术培训，以提高留守女性的创业技能，请广大妇女踊跃参加。”小何介绍说：“这两年村里种植莲藕，不仅改善了村容村貌，大片的红莲和白莲引来了不少打卡的年轻人，还大大带动村里的经济发展；另一方面村里带领留守妇女培训种植技术，帮助她们解决生存问题，不少人家还走向了致富道路。”</w:t>
      </w:r>
    </w:p>
    <w:p>
      <w:pPr>
        <w:spacing w:line="360" w:lineRule="auto"/>
        <w:ind w:firstLine="420"/>
        <w:jc w:val="left"/>
        <w:textAlignment w:val="center"/>
        <w:rPr>
          <w:color w:val="000000"/>
        </w:rPr>
      </w:pPr>
      <w:r>
        <w:rPr>
          <w:rFonts w:ascii="楷体" w:eastAsia="楷体" w:hAnsi="楷体" w:cs="楷体"/>
          <w:color w:val="000000"/>
        </w:rPr>
        <w:t>⑥我一个人从村庄往荷田走去，见到了大片的高高低低的荷田，只是还没有种植，水里面只有星星点点的荷叶漂浮。每块田里都插着一块牌子，上面写着些好听的名字：千堆锦、水绿苔、太真出浴、红千叶、西施浣纱、粉仙子、大洒锦、东湖夕照……【乙】</w:t>
      </w:r>
      <w:r>
        <w:rPr>
          <w:rFonts w:ascii="楷体" w:eastAsia="楷体" w:hAnsi="楷体" w:cs="楷体"/>
          <w:color w:val="000000"/>
          <w:u w:val="single"/>
        </w:rPr>
        <w:t>有六七个穿红着绿的妇女在田里劳作，她们手持铁锹，在翻河泥和薅（hāo）荒草</w:t>
      </w:r>
      <w:r>
        <w:rPr>
          <w:rFonts w:ascii="楷体" w:eastAsia="楷体" w:hAnsi="楷体" w:cs="楷体"/>
          <w:color w:val="000000"/>
        </w:rPr>
        <w:t>，我与她们搭腔：“这么热还薅草，辛苦啊！”</w:t>
      </w:r>
    </w:p>
    <w:p>
      <w:pPr>
        <w:spacing w:line="360" w:lineRule="auto"/>
        <w:ind w:firstLine="420"/>
        <w:jc w:val="left"/>
        <w:textAlignment w:val="center"/>
        <w:rPr>
          <w:color w:val="000000"/>
        </w:rPr>
      </w:pPr>
      <w:r>
        <w:rPr>
          <w:rFonts w:ascii="楷体" w:eastAsia="楷体" w:hAnsi="楷体" w:cs="楷体"/>
          <w:color w:val="000000"/>
        </w:rPr>
        <w:t>⑦她们答：“不辛苦。这些草和荷争养分呢，等荷出来，它们就长不起来了。”</w:t>
      </w:r>
    </w:p>
    <w:p>
      <w:pPr>
        <w:spacing w:line="360" w:lineRule="auto"/>
        <w:ind w:firstLine="420"/>
        <w:jc w:val="left"/>
        <w:textAlignment w:val="center"/>
        <w:rPr>
          <w:color w:val="000000"/>
        </w:rPr>
      </w:pPr>
      <w:r>
        <w:rPr>
          <w:rFonts w:ascii="楷体" w:eastAsia="楷体" w:hAnsi="楷体" w:cs="楷体"/>
          <w:color w:val="000000"/>
        </w:rPr>
        <w:t>⑧我见她们穿着齐膝的长胶靴，在水中快乐地忙碌。蓝天高高远远，夏日款款的凉风从田野上刮过，我真心地以为她们是热爱着这份劳动的。</w:t>
      </w:r>
    </w:p>
    <w:p>
      <w:pPr>
        <w:spacing w:line="360" w:lineRule="auto"/>
        <w:ind w:firstLine="420"/>
        <w:jc w:val="left"/>
        <w:textAlignment w:val="center"/>
        <w:rPr>
          <w:color w:val="000000"/>
        </w:rPr>
      </w:pPr>
      <w:r>
        <w:rPr>
          <w:rFonts w:ascii="楷体" w:eastAsia="楷体" w:hAnsi="楷体" w:cs="楷体"/>
          <w:color w:val="000000"/>
        </w:rPr>
        <w:t>⑨“一天能挣多少钱啊？”我在田埂上边走边问。</w:t>
      </w:r>
    </w:p>
    <w:p>
      <w:pPr>
        <w:spacing w:line="360" w:lineRule="auto"/>
        <w:ind w:firstLine="420"/>
        <w:jc w:val="left"/>
        <w:textAlignment w:val="center"/>
        <w:rPr>
          <w:color w:val="000000"/>
        </w:rPr>
      </w:pPr>
      <w:r>
        <w:rPr>
          <w:rFonts w:ascii="楷体" w:eastAsia="楷体" w:hAnsi="楷体" w:cs="楷体"/>
          <w:color w:val="000000"/>
        </w:rPr>
        <w:t>⑩其中一个答：“一百块吧。”</w:t>
      </w:r>
    </w:p>
    <w:p>
      <w:pPr>
        <w:spacing w:line="360" w:lineRule="auto"/>
        <w:ind w:firstLine="420"/>
        <w:jc w:val="left"/>
        <w:textAlignment w:val="center"/>
        <w:rPr>
          <w:color w:val="000000"/>
        </w:rPr>
      </w:pPr>
      <w:r>
        <w:rPr>
          <w:rFonts w:ascii="楷体" w:eastAsia="楷体" w:hAnsi="楷体" w:cs="楷体"/>
          <w:color w:val="000000"/>
        </w:rPr>
        <w:t>⑪我说：“不多啊。晚上回家累不累？”</w:t>
      </w:r>
    </w:p>
    <w:p>
      <w:pPr>
        <w:spacing w:line="360" w:lineRule="auto"/>
        <w:ind w:firstLine="420"/>
        <w:jc w:val="left"/>
        <w:textAlignment w:val="center"/>
        <w:rPr>
          <w:color w:val="000000"/>
        </w:rPr>
      </w:pPr>
      <w:r>
        <w:rPr>
          <w:rFonts w:ascii="楷体" w:eastAsia="楷体" w:hAnsi="楷体" w:cs="楷体"/>
          <w:color w:val="000000"/>
        </w:rPr>
        <w:t>⑫一个说：“也不少啊。不累的，劳动惯了。”</w:t>
      </w:r>
    </w:p>
    <w:p>
      <w:pPr>
        <w:spacing w:line="360" w:lineRule="auto"/>
        <w:ind w:firstLine="420"/>
        <w:jc w:val="left"/>
        <w:textAlignment w:val="center"/>
        <w:rPr>
          <w:color w:val="000000"/>
        </w:rPr>
      </w:pPr>
      <w:r>
        <w:rPr>
          <w:rFonts w:ascii="楷体" w:eastAsia="楷体" w:hAnsi="楷体" w:cs="楷体"/>
          <w:color w:val="000000"/>
        </w:rPr>
        <w:t>⑬在田头上，还摆着许多花花绿绿的盆子，里面有水瓶和茶杯。大约劳动累了，就上来喝点水，吹吹风。我突然觉得这些妇女就好像一大片一大片荷叶中挺立的荷花，娇羞而独立，</w:t>
      </w:r>
    </w:p>
    <w:p>
      <w:pPr>
        <w:spacing w:line="360" w:lineRule="auto"/>
        <w:jc w:val="left"/>
        <w:textAlignment w:val="center"/>
        <w:rPr>
          <w:color w:val="000000"/>
        </w:rPr>
      </w:pPr>
      <w:r>
        <w:rPr>
          <w:rFonts w:ascii="楷体" w:eastAsia="楷体" w:hAnsi="楷体" w:cs="楷体"/>
          <w:color w:val="000000"/>
        </w:rPr>
        <w:t>勤奋又热烈。她们的神态告诉我：她们不把种荷当成苦累的事，而当成是一种美的工作。</w:t>
      </w:r>
    </w:p>
    <w:p>
      <w:pPr>
        <w:spacing w:line="360" w:lineRule="auto"/>
        <w:ind w:firstLine="420"/>
        <w:jc w:val="left"/>
        <w:textAlignment w:val="center"/>
        <w:rPr>
          <w:color w:val="000000"/>
        </w:rPr>
      </w:pPr>
      <w:r>
        <w:rPr>
          <w:rFonts w:ascii="楷体" w:eastAsia="楷体" w:hAnsi="楷体" w:cs="楷体"/>
          <w:color w:val="000000"/>
        </w:rPr>
        <w:t>⑭向导小何说在村庄的后面，还有一片正在种植的荷田，其中一块种植了霸王莲，荷叶直径六尺有余，其上可坐一个婴儿，是莲花中最有力量美的品种，村里引进之后一直着力将之打造成为下一个网红打卡地。</w:t>
      </w:r>
    </w:p>
    <w:p>
      <w:pPr>
        <w:spacing w:line="360" w:lineRule="auto"/>
        <w:ind w:firstLine="420"/>
        <w:jc w:val="left"/>
        <w:textAlignment w:val="center"/>
        <w:rPr>
          <w:color w:val="000000"/>
        </w:rPr>
      </w:pPr>
      <w:r>
        <w:rPr>
          <w:rFonts w:ascii="楷体" w:eastAsia="楷体" w:hAnsi="楷体" w:cs="楷体"/>
          <w:color w:val="000000"/>
        </w:rPr>
        <w:t>⑮走到霸王莲的池子边，见霸王莲还没有长大，不过也有些样子了。</w:t>
      </w:r>
    </w:p>
    <w:p>
      <w:pPr>
        <w:spacing w:line="360" w:lineRule="auto"/>
        <w:ind w:firstLine="420"/>
        <w:jc w:val="left"/>
        <w:textAlignment w:val="center"/>
        <w:rPr>
          <w:color w:val="000000"/>
        </w:rPr>
      </w:pPr>
      <w:r>
        <w:rPr>
          <w:rFonts w:ascii="楷体" w:eastAsia="楷体" w:hAnsi="楷体" w:cs="楷体"/>
          <w:color w:val="000000"/>
        </w:rPr>
        <w:t>⑯我站了一会儿，就走回村里，想着过些日子再来。</w:t>
      </w:r>
    </w:p>
    <w:p>
      <w:pPr>
        <w:spacing w:line="360" w:lineRule="auto"/>
        <w:jc w:val="right"/>
        <w:textAlignment w:val="center"/>
        <w:rPr>
          <w:color w:val="000000"/>
        </w:rPr>
      </w:pPr>
      <w:r>
        <w:rPr>
          <w:rFonts w:ascii="宋体" w:eastAsia="宋体" w:hAnsi="宋体" w:cs="宋体"/>
          <w:color w:val="000000"/>
        </w:rPr>
        <w:t>（取材于苏北《妄言与私语》有删改。）</w:t>
      </w:r>
    </w:p>
    <w:p>
      <w:pPr>
        <w:spacing w:line="360" w:lineRule="auto"/>
        <w:jc w:val="left"/>
        <w:textAlignment w:val="center"/>
        <w:rPr>
          <w:color w:val="000000"/>
        </w:rPr>
      </w:pPr>
      <w:r>
        <w:rPr>
          <w:color w:val="000000"/>
        </w:rPr>
        <w:t xml:space="preserve">17. </w:t>
      </w:r>
      <w:r>
        <w:rPr>
          <w:rFonts w:ascii="宋体" w:eastAsia="宋体" w:hAnsi="宋体" w:cs="宋体"/>
          <w:color w:val="000000"/>
        </w:rPr>
        <w:t>这篇文章写了“我”夏日在肥西丰乐镇看荷的经历和感受：“我”看到了万亩红莲基地的满池红莲，感受到①</w:t>
      </w:r>
      <w:r>
        <w:rPr>
          <w:color w:val="000000"/>
        </w:rPr>
        <w:t>_____</w:t>
      </w:r>
      <w:r>
        <w:rPr>
          <w:rFonts w:ascii="宋体" w:eastAsia="宋体" w:hAnsi="宋体" w:cs="宋体"/>
          <w:color w:val="000000"/>
        </w:rPr>
        <w:t>；接着，“我”看到了长庄太空莲基地的白莲，感受到②</w:t>
      </w:r>
      <w:r>
        <w:rPr>
          <w:color w:val="000000"/>
        </w:rPr>
        <w:t>_____</w:t>
      </w:r>
      <w:r>
        <w:rPr>
          <w:rFonts w:ascii="宋体" w:eastAsia="宋体" w:hAnsi="宋体" w:cs="宋体"/>
          <w:color w:val="000000"/>
        </w:rPr>
        <w:t>；在种植合作社，“我”品尝了荷叶茶带来的有益的美味，了解了种荷的原因是③</w:t>
      </w:r>
      <w:r>
        <w:rPr>
          <w:color w:val="000000"/>
        </w:rPr>
        <w:t>_____</w:t>
      </w:r>
      <w:r>
        <w:rPr>
          <w:rFonts w:ascii="宋体" w:eastAsia="宋体" w:hAnsi="宋体" w:cs="宋体"/>
          <w:color w:val="000000"/>
        </w:rPr>
        <w:t>；“我”一个人走向荷田，看到④</w:t>
      </w:r>
      <w:r>
        <w:rPr>
          <w:color w:val="000000"/>
        </w:rPr>
        <w:t>_____</w:t>
      </w:r>
      <w:r>
        <w:rPr>
          <w:rFonts w:ascii="宋体" w:eastAsia="宋体" w:hAnsi="宋体" w:cs="宋体"/>
          <w:color w:val="000000"/>
        </w:rPr>
        <w:t>，感受到她们热爱着这份劳动，把种荷当做一种美的工作。</w:t>
      </w:r>
    </w:p>
    <w:p>
      <w:pPr>
        <w:spacing w:line="360" w:lineRule="auto"/>
        <w:jc w:val="left"/>
        <w:textAlignment w:val="center"/>
        <w:rPr>
          <w:color w:val="000000"/>
        </w:rPr>
      </w:pPr>
      <w:r>
        <w:rPr>
          <w:color w:val="000000"/>
        </w:rPr>
        <w:t xml:space="preserve">18. </w:t>
      </w:r>
      <w:r>
        <w:rPr>
          <w:rFonts w:ascii="宋体" w:eastAsia="宋体" w:hAnsi="宋体" w:cs="宋体"/>
          <w:color w:val="000000"/>
        </w:rPr>
        <w:t>请从文中【甲】【乙】两处画线句任选一处，结合上下文简要赏析其表达效果。</w:t>
      </w:r>
    </w:p>
    <w:p>
      <w:pPr>
        <w:spacing w:line="360" w:lineRule="auto"/>
        <w:jc w:val="left"/>
        <w:textAlignment w:val="center"/>
        <w:rPr>
          <w:color w:val="000000"/>
        </w:rPr>
      </w:pPr>
      <w:r>
        <w:rPr>
          <w:rFonts w:ascii="宋体" w:eastAsia="宋体" w:hAnsi="宋体" w:cs="宋体"/>
          <w:color w:val="000000"/>
        </w:rPr>
        <w:t>【甲】每一支荷箭都蹿得老高，骄傲地凌驾于绿叶之上。箭上的朵，未开之前，都镶着一圈粉红的边；完全盛开了，才发现它是洁白的……</w:t>
      </w:r>
    </w:p>
    <w:p>
      <w:pPr>
        <w:spacing w:line="360" w:lineRule="auto"/>
        <w:jc w:val="left"/>
        <w:textAlignment w:val="center"/>
        <w:rPr>
          <w:color w:val="000000"/>
        </w:rPr>
      </w:pPr>
      <w:r>
        <w:rPr>
          <w:rFonts w:ascii="宋体" w:eastAsia="宋体" w:hAnsi="宋体" w:cs="宋体"/>
          <w:color w:val="000000"/>
        </w:rPr>
        <w:t>【乙】有六七个穿红着绿的妇女在田里劳作，她们手持铁锹，在翻河泥和薅荒草。</w:t>
      </w:r>
    </w:p>
    <w:p>
      <w:pPr>
        <w:spacing w:line="360" w:lineRule="auto"/>
        <w:jc w:val="left"/>
        <w:textAlignment w:val="center"/>
        <w:rPr>
          <w:color w:val="000000"/>
        </w:rPr>
      </w:pPr>
      <w:r>
        <w:rPr>
          <w:color w:val="000000"/>
        </w:rPr>
        <w:t xml:space="preserve">19. </w:t>
      </w:r>
      <w:r>
        <w:rPr>
          <w:rFonts w:ascii="宋体" w:eastAsia="宋体" w:hAnsi="宋体" w:cs="宋体"/>
          <w:color w:val="000000"/>
        </w:rPr>
        <w:t>文章结尾处说“走到霸王莲的池子边，见霸王莲还没有长大，不过也有些样子了。”结合文章内容，谈谈你对这句话的理解。</w:t>
      </w:r>
    </w:p>
    <w:p>
      <w:pPr>
        <w:spacing w:line="360" w:lineRule="auto"/>
        <w:textAlignment w:val="center"/>
        <w:rPr>
          <w:color w:val="000000"/>
        </w:rPr>
      </w:pPr>
      <w:r>
        <w:rPr>
          <w:color w:val="2E75B6"/>
        </w:rPr>
        <w:t>【答案】</w:t>
      </w:r>
      <w:r>
        <w:rPr>
          <w:color w:val="000000"/>
        </w:rPr>
        <w:t xml:space="preserve">17. </w:t>
      </w:r>
      <w:r>
        <w:rPr>
          <w:color w:val="000000"/>
        </w:rPr>
        <w:t xml:space="preserve">    ①. </w:t>
      </w:r>
      <w:r>
        <w:rPr>
          <w:rFonts w:ascii="宋体" w:eastAsia="宋体" w:hAnsi="宋体" w:cs="宋体"/>
          <w:color w:val="000000"/>
        </w:rPr>
        <w:t>每一片荷都浸润着美的感受，一大片荷叶带来的是绿的恬淡和静谧</w:t>
      </w:r>
      <w:r>
        <w:rPr>
          <w:color w:val="000000"/>
        </w:rPr>
        <w:t xml:space="preserve">    ②. </w:t>
      </w:r>
      <w:r>
        <w:rPr>
          <w:rFonts w:ascii="宋体" w:eastAsia="宋体" w:hAnsi="宋体" w:cs="宋体"/>
          <w:color w:val="000000"/>
        </w:rPr>
        <w:t>白莲带着一股子傲劲儿，有着独立而孤高的美。</w:t>
      </w:r>
      <w:r>
        <w:rPr>
          <w:color w:val="000000"/>
        </w:rPr>
        <w:t xml:space="preserve">    ③. </w:t>
      </w:r>
      <w:r>
        <w:rPr>
          <w:rFonts w:ascii="宋体" w:eastAsia="宋体" w:hAnsi="宋体" w:cs="宋体"/>
          <w:color w:val="000000"/>
        </w:rPr>
        <w:t>村里带领留守妇女解决生存问题，走向致富道路的用心。（或改善村容村貌，带动经济发展）</w:t>
      </w:r>
      <w:r>
        <w:rPr>
          <w:color w:val="000000"/>
        </w:rPr>
        <w:t xml:space="preserve">    ④. </w:t>
      </w:r>
      <w:r>
        <w:rPr>
          <w:rFonts w:ascii="宋体" w:eastAsia="宋体" w:hAnsi="宋体" w:cs="宋体"/>
          <w:color w:val="000000"/>
        </w:rPr>
        <w:t>妇女们辛勤种荷除草。</w:t>
      </w:r>
      <w:r>
        <w:rPr>
          <w:color w:val="000000"/>
        </w:rPr>
        <w:t xml:space="preserve">    </w:t>
      </w:r>
    </w:p>
    <w:p>
      <w:pPr>
        <w:spacing w:line="360" w:lineRule="auto"/>
        <w:textAlignment w:val="center"/>
        <w:rPr>
          <w:color w:val="000000"/>
        </w:rPr>
      </w:pPr>
      <w:r>
        <w:rPr>
          <w:color w:val="000000"/>
        </w:rPr>
        <w:t xml:space="preserve">18. </w:t>
      </w:r>
      <w:r>
        <w:rPr>
          <w:rFonts w:ascii="宋体" w:eastAsia="宋体" w:hAnsi="宋体" w:cs="宋体"/>
          <w:color w:val="000000"/>
        </w:rPr>
        <w:t>【甲】这句话运用了拟人的修辞手法，赋予了白莲以人的动作，“蹿”这个动词写出了白莲花在开花之前旺盛的生命力以及一枝独秀的独特美感。</w:t>
      </w:r>
    </w:p>
    <w:p>
      <w:pPr>
        <w:spacing w:line="360" w:lineRule="auto"/>
        <w:jc w:val="both"/>
        <w:textAlignment w:val="center"/>
        <w:rPr>
          <w:color w:val="000000"/>
        </w:rPr>
      </w:pPr>
      <w:r>
        <w:rPr>
          <w:rFonts w:ascii="宋体" w:eastAsia="宋体" w:hAnsi="宋体" w:cs="宋体"/>
          <w:color w:val="000000"/>
        </w:rPr>
        <w:t>【乙】这句话运用了外貌描写和动作描写，“穿红着绿”写出了妇女们穿着的艳丽多姿，“手持铁锹”等动作写出了妇女们干活的麻利和动作的娴熟，表现出妇女们热爱生活、热爱劳动的美好品质。</w:t>
      </w:r>
      <w:r>
        <w:rPr>
          <w:color w:val="000000"/>
        </w:rPr>
        <w:t xml:space="preserve">    </w:t>
      </w:r>
    </w:p>
    <w:p>
      <w:pPr>
        <w:spacing w:line="360" w:lineRule="auto"/>
        <w:jc w:val="both"/>
        <w:textAlignment w:val="center"/>
        <w:rPr>
          <w:color w:val="000000"/>
        </w:rPr>
      </w:pPr>
      <w:r>
        <w:rPr>
          <w:color w:val="000000"/>
        </w:rPr>
        <w:t xml:space="preserve">19. </w:t>
      </w:r>
      <w:r>
        <w:rPr>
          <w:rFonts w:ascii="宋体" w:eastAsia="宋体" w:hAnsi="宋体" w:cs="宋体"/>
          <w:color w:val="000000"/>
        </w:rPr>
        <w:t>“霸王莲是荷花中最具力量美的一种”，霸王莲象征着这个村子，虽然还没有“长大”，但是村里用心扶植，搞好乡村振兴，未来一定有着进一步的发展。霸王莲象征着充满力量美的妇女们，妇女们依靠自己的勤劳热情，最终可以提高创业技能，走上致富的道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wp:extent cx="95250" cy="171450"/>
            <wp:docPr id="15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
                    <pic:cNvPicPr>
                      <a:picLocks noChangeAspect="1"/>
                    </pic:cNvPicPr>
                  </pic:nvPicPr>
                  <pic:blipFill>
                    <a:blip r:embed="rId141"/>
                    <a:stretch>
                      <a:fillRect/>
                    </a:stretch>
                  </pic:blipFill>
                  <pic:spPr>
                    <a:xfrm>
                      <a:off x="0" y="0"/>
                      <a:ext cx="95250" cy="171450"/>
                    </a:xfrm>
                    <a:prstGeom prst="rect">
                      <a:avLst/>
                    </a:prstGeom>
                  </pic:spPr>
                </pic:pic>
              </a:graphicData>
            </a:graphic>
          </wp:inline>
        </w:drawing>
      </w:r>
      <w:r>
        <w:rPr>
          <w:color w:val="000000"/>
        </w:rPr>
        <w:t>17题详解】</w:t>
      </w:r>
    </w:p>
    <w:p>
      <w:pPr>
        <w:spacing w:line="360" w:lineRule="auto"/>
        <w:jc w:val="left"/>
        <w:textAlignment w:val="center"/>
        <w:rPr>
          <w:color w:val="000000"/>
        </w:rPr>
      </w:pPr>
      <w:r>
        <w:rPr>
          <w:rFonts w:ascii="宋体" w:eastAsia="宋体" w:hAnsi="宋体" w:cs="宋体"/>
          <w:color w:val="000000"/>
        </w:rPr>
        <w:t>本题考查理解和分析文章内容。第②段的内容主要写“‘我’看到了万亩红莲基地的满池红莲”的画面，结合“眼前的万亩红莲基地一望无尽，每一片荷都浸润着美的感受，正应了‘无穷碧’的景，一大片荷叶带来的是绿的恬淡和静谧”可知，看到满池红莲的“我”感受到了“每一片荷都浸润着美的感受”“一大片荷叶带来的是绿的恬淡和静谧”；</w:t>
      </w:r>
    </w:p>
    <w:p>
      <w:pPr>
        <w:spacing w:line="360" w:lineRule="auto"/>
        <w:jc w:val="left"/>
        <w:textAlignment w:val="center"/>
        <w:rPr>
          <w:color w:val="000000"/>
        </w:rPr>
      </w:pPr>
      <w:r>
        <w:rPr>
          <w:rFonts w:ascii="宋体" w:eastAsia="宋体" w:hAnsi="宋体" w:cs="宋体"/>
          <w:color w:val="000000"/>
        </w:rPr>
        <w:t>第③段的内容主要写“‘我’看到了长庄太空莲基地的白莲”的画面，结合“一池的白荷，在轻风下摇曳……它们也学着那亭亭玉立的白荷的样子，仿佛在说：‘我要比你大！’这一池白荷，带着一股子傲劲儿，那独立而孤高的美自是不必多说了”可知，看到一池白荷的“我”感受到了“这一池白荷，带着一股子傲劲儿”，有独立而孤高的美；</w:t>
      </w:r>
    </w:p>
    <w:p>
      <w:pPr>
        <w:spacing w:line="360" w:lineRule="auto"/>
        <w:jc w:val="left"/>
        <w:textAlignment w:val="center"/>
        <w:rPr>
          <w:color w:val="000000"/>
        </w:rPr>
      </w:pPr>
      <w:r>
        <w:rPr>
          <w:rFonts w:ascii="宋体" w:eastAsia="宋体" w:hAnsi="宋体" w:cs="宋体"/>
          <w:color w:val="000000"/>
        </w:rPr>
        <w:t>第④段的内容主要写“在种植合作社，‘我’品尝了荷叶茶带来的有益的美味”，结合第⑤段“小何介绍说：‘这两年村里种植莲藕，不仅改善了村容村貌，大片的红莲和白莲引来了不少打卡的年轻人，还大大带动村里的经济发展；另一方面村里带领留守妇女培训种植技术，帮助她们解决生存问题，不少人家还走向了致富道路。’”可知，种荷解决了妇女就业，带动了村子经济发展。所以种荷的原因是：为了带领留守妇女解决生存问题，改善村容村貌，带动经济发展，走向致富道路。</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eastAsia="宋体" w:hAnsi="宋体" w:cs="宋体"/>
          <w:color w:val="000000"/>
        </w:rPr>
        <w:t>本题考查赏析文章语句。</w:t>
      </w:r>
    </w:p>
    <w:p>
      <w:pPr>
        <w:spacing w:line="360" w:lineRule="auto"/>
        <w:jc w:val="left"/>
        <w:textAlignment w:val="center"/>
        <w:rPr>
          <w:color w:val="000000"/>
        </w:rPr>
      </w:pPr>
      <w:r>
        <w:rPr>
          <w:rFonts w:ascii="宋体" w:eastAsia="宋体" w:hAnsi="宋体" w:cs="宋体"/>
          <w:color w:val="000000"/>
        </w:rPr>
        <w:t>【甲】：根据这句话中的“每一支荷箭都蹿得老高，骄傲地凌驾于绿叶之上”可知，运用了拟人的修辞手法，将白莲人格化，赋予了白莲以人的动作，生动形象。同时“蹿”这个动词，生动传神地写出了白莲花在开花之前奋力生长的样子，表现了白莲旺盛的生命力，“凌驾”也展现出白莲一枝独秀的独特美感。</w:t>
      </w:r>
    </w:p>
    <w:p>
      <w:pPr>
        <w:spacing w:line="360" w:lineRule="auto"/>
        <w:jc w:val="left"/>
        <w:textAlignment w:val="center"/>
        <w:rPr>
          <w:color w:val="000000"/>
        </w:rPr>
      </w:pPr>
      <w:r>
        <w:rPr>
          <w:rFonts w:ascii="宋体" w:eastAsia="宋体" w:hAnsi="宋体" w:cs="宋体"/>
          <w:color w:val="000000"/>
        </w:rPr>
        <w:t>【乙】：根据这句话中的“穿红着绿的”，运用了外貌描写，生动形象地写出了妇女们鲜艳的穿着，表现了妇女们热爱生活的品质；“持”、“翻”、“薅”这三个动词，这句话运用了动作描写，“手持铁锹”等动作生动传神地写出了妇女们干活的麻利和动作的娴熟，表现出妇女们勤劳能干、热爱劳动的美好品质。</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eastAsia="宋体" w:hAnsi="宋体" w:cs="宋体"/>
          <w:color w:val="000000"/>
        </w:rPr>
        <w:t>本题考查结尾段的含义。</w:t>
      </w:r>
    </w:p>
    <w:p>
      <w:pPr>
        <w:spacing w:line="360" w:lineRule="auto"/>
        <w:jc w:val="left"/>
        <w:textAlignment w:val="center"/>
        <w:rPr>
          <w:color w:val="000000"/>
        </w:rPr>
      </w:pPr>
      <w:r>
        <w:rPr>
          <w:rFonts w:ascii="宋体" w:eastAsia="宋体" w:hAnsi="宋体" w:cs="宋体"/>
          <w:color w:val="000000"/>
        </w:rPr>
        <w:t>根据第⑭段“向导小何说在村庄</w:t>
      </w:r>
      <w:r>
        <w:rPr>
          <w:rFonts w:ascii="宋体" w:eastAsia="宋体" w:hAnsi="宋体" w:cs="宋体"/>
          <w:color w:val="000000"/>
          <w:position w:val="0"/>
        </w:rPr>
        <w:drawing>
          <wp:inline>
            <wp:extent cx="133350" cy="177800"/>
            <wp:docPr id="15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
                    <pic:cNvPicPr>
                      <a:picLocks noChangeAspect="1"/>
                    </pic:cNvPicPr>
                  </pic:nvPicPr>
                  <pic:blipFill>
                    <a:blip r:embed="rId14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后面，还有一片正在种植的荷田，其中一块种植了霸王莲，荷叶直径六尺有余，其上可坐一个婴儿，是莲花中最有力量美的品种”可知，村子正在培育一种新的品种：霸王莲，“霸王莲是荷花中最具力量美的一种”。</w:t>
      </w:r>
    </w:p>
    <w:p>
      <w:pPr>
        <w:spacing w:line="360" w:lineRule="auto"/>
        <w:jc w:val="left"/>
        <w:textAlignment w:val="center"/>
        <w:rPr>
          <w:color w:val="000000"/>
        </w:rPr>
      </w:pPr>
      <w:r>
        <w:rPr>
          <w:rFonts w:ascii="宋体" w:eastAsia="宋体" w:hAnsi="宋体" w:cs="宋体"/>
          <w:color w:val="000000"/>
        </w:rPr>
        <w:t>结合第⑤段“小何介绍说：‘这两年村里种植莲藕，不仅改善了村容村貌，大片的红莲和白莲引来了不少打卡的年轻人，还大大带动村里的经济发展；另一方面村里带领留守妇女培训种植技术，帮助她们解决生存问题，不少人家还走向了致富道路。’”可知，这里正在种植的霸王莲象征着这个村子：虽然还没有“长大”成熟，但是村里人用心扶植：培训留守妇女，经营好旅游，搞好乡村振兴。现在已经带动了村里的经济，未来一定还会有进一步的发展。</w:t>
      </w:r>
    </w:p>
    <w:p>
      <w:pPr>
        <w:spacing w:line="360" w:lineRule="auto"/>
        <w:jc w:val="left"/>
        <w:textAlignment w:val="center"/>
        <w:rPr>
          <w:color w:val="000000"/>
        </w:rPr>
      </w:pPr>
      <w:r>
        <w:rPr>
          <w:rFonts w:ascii="宋体" w:eastAsia="宋体" w:hAnsi="宋体" w:cs="宋体"/>
          <w:color w:val="000000"/>
        </w:rPr>
        <w:t>结合第⑥段“有六七个穿红着绿的妇女在田里劳作，她们手持铁锹，在翻河泥和薅荒草”，第⑧段“我见她们穿着齐膝的长胶靴，在水中快乐地忙碌。蓝天高高远远，夏日款款的凉风从田野上刮过，我真心地以为她们是热爱着这份劳动的”可知，霸王莲还象征着村子里那些充满力量美的妇女们。妇女们辛勤种植，热爱劳动，热爱生活。凭借着自己的劳动和村里的培训，最终可以提高创业技能，走上致富的道路。</w:t>
      </w:r>
    </w:p>
    <w:p>
      <w:pPr>
        <w:pStyle w:val="Heading1"/>
      </w:pPr>
      <w:r>
        <w:t>2023-2024学年</w:t>
      </w:r>
    </w:p>
    <w:p>
      <w:pPr>
        <w:pStyle w:val="Heading2"/>
      </w:pPr>
      <w:r>
        <w:t>月考</w:t>
      </w:r>
    </w:p>
    <w:p>
      <w:pPr>
        <w:pStyle w:val="Heading3"/>
      </w:pPr>
      <w:r>
        <w:t>海淀区十一学校（其他）</w:t>
      </w:r>
    </w:p>
    <w:p>
      <w:r>
        <w:t>【未能自动提取，请查看原卷：精品解析：北京市海淀区十一学校2023-2024学年七年级上学期10月语文试题（原卷版）.docx】</w:t>
      </w:r>
    </w:p>
    <w:p>
      <w:pPr>
        <w:pStyle w:val="Heading3"/>
      </w:pPr>
      <w:r>
        <w:t>第二中学（10月月考）</w:t>
      </w:r>
    </w:p>
    <w:p>
      <w:pPr>
        <w:spacing w:line="360" w:lineRule="auto"/>
        <w:jc w:val="both"/>
        <w:textAlignment w:val="center"/>
        <w:rPr>
          <w:color w:val="000000"/>
        </w:rPr>
      </w:pPr>
      <w:r>
        <w:rPr>
          <w:rFonts w:ascii="宋体" w:hAnsi="宋体" w:eastAsia="宋体" w:cs="宋体"/>
          <w:b/>
          <w:color w:val="000000"/>
          <w:sz w:val="24"/>
        </w:rPr>
        <w:t>四、现代文阅读（共计 23分）</w:t>
      </w:r>
    </w:p>
    <w:p>
      <w:pPr>
        <w:spacing w:line="360" w:lineRule="auto"/>
        <w:jc w:val="both"/>
        <w:textAlignment w:val="center"/>
        <w:rPr>
          <w:color w:val="000000"/>
        </w:rPr>
      </w:pPr>
      <w:r>
        <w:rPr>
          <w:rFonts w:ascii="宋体" w:hAnsi="宋体" w:eastAsia="宋体" w:cs="宋体"/>
          <w:b/>
          <w:color w:val="000000"/>
          <w:sz w:val="24"/>
        </w:rPr>
        <w:t>（一）（共11分）</w:t>
      </w:r>
    </w:p>
    <w:p>
      <w:pPr>
        <w:spacing w:line="360" w:lineRule="auto"/>
        <w:jc w:val="both"/>
        <w:textAlignment w:val="center"/>
        <w:rPr>
          <w:color w:val="000000"/>
        </w:rPr>
      </w:pPr>
      <w:r>
        <w:rPr>
          <w:rFonts w:ascii="宋体" w:hAnsi="宋体" w:eastAsia="宋体" w:cs="宋体"/>
          <w:color w:val="000000"/>
        </w:rPr>
        <w:t>阅读下文，完成下面小题。</w:t>
      </w:r>
    </w:p>
    <w:p>
      <w:pPr>
        <w:spacing w:line="360" w:lineRule="auto"/>
        <w:jc w:val="center"/>
        <w:textAlignment w:val="center"/>
        <w:rPr>
          <w:color w:val="000000"/>
        </w:rPr>
      </w:pPr>
      <w:r>
        <w:rPr>
          <w:rFonts w:ascii="楷体" w:hAnsi="楷体" w:eastAsia="楷体" w:cs="楷体"/>
          <w:color w:val="000000"/>
        </w:rPr>
        <w:t>初春</w:t>
      </w:r>
    </w:p>
    <w:p>
      <w:pPr>
        <w:spacing w:line="360" w:lineRule="auto"/>
        <w:jc w:val="center"/>
        <w:textAlignment w:val="center"/>
        <w:rPr>
          <w:color w:val="000000"/>
        </w:rPr>
      </w:pPr>
      <w:r>
        <w:rPr>
          <w:rFonts w:ascii="楷体" w:hAnsi="楷体" w:eastAsia="楷体" w:cs="楷体"/>
          <w:color w:val="000000"/>
        </w:rPr>
        <w:t>丁立梅</w:t>
      </w:r>
    </w:p>
    <w:p>
      <w:pPr>
        <w:spacing w:line="360" w:lineRule="auto"/>
        <w:ind w:firstLine="420"/>
        <w:jc w:val="both"/>
        <w:textAlignment w:val="center"/>
        <w:rPr>
          <w:color w:val="000000"/>
        </w:rPr>
      </w:pPr>
      <w:r>
        <w:rPr>
          <w:color w:val="000000"/>
        </w:rPr>
        <w:t>①</w:t>
      </w:r>
      <w:r>
        <w:rPr>
          <w:rFonts w:ascii="楷体" w:hAnsi="楷体" w:eastAsia="楷体" w:cs="楷体"/>
          <w:color w:val="000000"/>
        </w:rPr>
        <w:t>这个时候，一切都还是冬天的模样，一切却又开始苏醒。</w:t>
      </w:r>
    </w:p>
    <w:p>
      <w:pPr>
        <w:spacing w:line="360" w:lineRule="auto"/>
        <w:ind w:firstLine="420"/>
        <w:jc w:val="both"/>
        <w:textAlignment w:val="center"/>
        <w:rPr>
          <w:color w:val="000000"/>
        </w:rPr>
      </w:pPr>
      <w:r>
        <w:rPr>
          <w:color w:val="000000"/>
        </w:rPr>
        <w:t>②</w:t>
      </w:r>
      <w:r>
        <w:rPr>
          <w:rFonts w:ascii="楷体" w:hAnsi="楷体" w:eastAsia="楷体" w:cs="楷体"/>
          <w:color w:val="000000"/>
        </w:rPr>
        <w:t>我喜欢杉树。裸露着铁锈红的筋骨，腰杆挺得笔直笔直的，像铮铮铁骨的汉子。</w:t>
      </w:r>
    </w:p>
    <w:p>
      <w:pPr>
        <w:spacing w:line="360" w:lineRule="auto"/>
        <w:ind w:firstLine="420"/>
        <w:jc w:val="both"/>
        <w:textAlignment w:val="center"/>
        <w:rPr>
          <w:color w:val="000000"/>
        </w:rPr>
      </w:pPr>
      <w:r>
        <w:rPr>
          <w:color w:val="000000"/>
        </w:rPr>
        <w:t>③</w:t>
      </w:r>
      <w:r>
        <w:rPr>
          <w:rFonts w:ascii="楷体" w:hAnsi="楷体" w:eastAsia="楷体" w:cs="楷体"/>
          <w:color w:val="000000"/>
        </w:rPr>
        <w:t>穿行在一片杉树林中，风吹落一片一片的阳光，像吹落一瓣一瓣的梨花，在铺着铁锈红的落叶上，跳跃、闪亮。林子也是透亮着的。杉树们沐着光，静默地微笑，总叫人觉得柔软。</w:t>
      </w:r>
    </w:p>
    <w:p>
      <w:pPr>
        <w:spacing w:line="360" w:lineRule="auto"/>
        <w:ind w:firstLine="420"/>
        <w:jc w:val="both"/>
        <w:textAlignment w:val="center"/>
        <w:rPr>
          <w:color w:val="000000"/>
        </w:rPr>
      </w:pPr>
      <w:r>
        <w:rPr>
          <w:color w:val="000000"/>
        </w:rPr>
        <w:t>④</w:t>
      </w:r>
      <w:r>
        <w:rPr>
          <w:rFonts w:ascii="楷体" w:hAnsi="楷体" w:eastAsia="楷体" w:cs="楷体"/>
          <w:color w:val="000000"/>
        </w:rPr>
        <w:t>我喜欢池塘和小河。水刚刚睡醒，很清澈，眉眼儿盈盈。</w:t>
      </w:r>
    </w:p>
    <w:p>
      <w:pPr>
        <w:spacing w:line="360" w:lineRule="auto"/>
        <w:ind w:firstLine="420"/>
        <w:jc w:val="both"/>
        <w:textAlignment w:val="center"/>
        <w:rPr>
          <w:color w:val="000000"/>
        </w:rPr>
      </w:pPr>
      <w:r>
        <w:rPr>
          <w:color w:val="000000"/>
        </w:rPr>
        <w:t>⑤</w:t>
      </w:r>
      <w:r>
        <w:rPr>
          <w:rFonts w:ascii="楷体" w:hAnsi="楷体" w:eastAsia="楷体" w:cs="楷体"/>
          <w:color w:val="000000"/>
        </w:rPr>
        <w:t>我站在一条河边，亦是长久地站着。我喜欢水里面的倒影，芦苇的，树的，还有茅草们的。去年开过花的美人蕉和再力花，还有远处的一座小拱桥，它们倒映在水里面的样子，比在岸边的样子要动人，水波温柔地抚摩着它们，它们有着说不出的温婉和妩媚。</w:t>
      </w:r>
    </w:p>
    <w:p>
      <w:pPr>
        <w:spacing w:line="360" w:lineRule="auto"/>
        <w:ind w:firstLine="420"/>
        <w:jc w:val="both"/>
        <w:textAlignment w:val="center"/>
        <w:rPr>
          <w:color w:val="000000"/>
        </w:rPr>
      </w:pPr>
      <w:r>
        <w:rPr>
          <w:color w:val="000000"/>
        </w:rPr>
        <w:t>⑥</w:t>
      </w:r>
      <w:r>
        <w:rPr>
          <w:rFonts w:ascii="楷体" w:hAnsi="楷体" w:eastAsia="楷体" w:cs="楷体"/>
          <w:color w:val="000000"/>
        </w:rPr>
        <w:t>我喜欢岸边暗生的苔花。嫩黄的，柔软的，又是毛绒绒的。我很想挖一点带回来长。想想，又作罢了。它们还是在它们的广阔天地里好，呼吸自由的空气，白天晒太阳，晚上看星辰。</w:t>
      </w:r>
    </w:p>
    <w:p>
      <w:pPr>
        <w:spacing w:line="360" w:lineRule="auto"/>
        <w:ind w:firstLine="420"/>
        <w:jc w:val="both"/>
        <w:textAlignment w:val="center"/>
        <w:rPr>
          <w:color w:val="000000"/>
        </w:rPr>
      </w:pPr>
      <w:r>
        <w:rPr>
          <w:color w:val="000000"/>
        </w:rPr>
        <w:t>⑦</w:t>
      </w:r>
      <w:r>
        <w:rPr>
          <w:rFonts w:ascii="楷体" w:hAnsi="楷体" w:eastAsia="楷体" w:cs="楷体"/>
          <w:color w:val="000000"/>
        </w:rPr>
        <w:t>我喜欢柳枝儿。上面爬满淡黄的乳芽，活像一群活泼的小虫子。“绊惹春风别有情，世间谁敢斗轻盈”，真是霸气得不得了。柔中带刚。</w:t>
      </w:r>
    </w:p>
    <w:p>
      <w:pPr>
        <w:spacing w:line="360" w:lineRule="auto"/>
        <w:ind w:firstLine="420"/>
        <w:jc w:val="both"/>
        <w:textAlignment w:val="center"/>
        <w:rPr>
          <w:color w:val="000000"/>
        </w:rPr>
      </w:pPr>
      <w:r>
        <w:rPr>
          <w:color w:val="000000"/>
        </w:rPr>
        <w:t>⑧</w:t>
      </w:r>
      <w:r>
        <w:rPr>
          <w:rFonts w:ascii="楷体" w:hAnsi="楷体" w:eastAsia="楷体" w:cs="楷体"/>
          <w:color w:val="000000"/>
        </w:rPr>
        <w:t>我喜欢含苞的花木。梅树、海棠、樱花、桃树、杏树、梨树、红叶李。它们的身上，爬满了花骨朵儿，如一个个音符，等着春风的手去轻弹。都是人生初相见的模样啊，纯洁，羞涩，懵懂。</w:t>
      </w:r>
    </w:p>
    <w:p>
      <w:pPr>
        <w:spacing w:line="360" w:lineRule="auto"/>
        <w:ind w:firstLine="420"/>
        <w:jc w:val="both"/>
        <w:textAlignment w:val="center"/>
        <w:rPr>
          <w:color w:val="000000"/>
        </w:rPr>
      </w:pPr>
      <w:r>
        <w:rPr>
          <w:color w:val="000000"/>
        </w:rPr>
        <w:t>⑨</w:t>
      </w:r>
      <w:r>
        <w:rPr>
          <w:rFonts w:ascii="楷体" w:hAnsi="楷体" w:eastAsia="楷体" w:cs="楷体"/>
          <w:color w:val="000000"/>
        </w:rPr>
        <w:t>我喜欢刚钻出土的小草。它们小模小样，披着一身淡黄的新绿，打量着这个全新的世界。遥看如一抹绿烟轻起。</w:t>
      </w:r>
    </w:p>
    <w:p>
      <w:pPr>
        <w:spacing w:line="360" w:lineRule="auto"/>
        <w:ind w:firstLine="420"/>
        <w:jc w:val="both"/>
        <w:textAlignment w:val="center"/>
        <w:rPr>
          <w:color w:val="000000"/>
        </w:rPr>
      </w:pPr>
      <w:r>
        <w:rPr>
          <w:color w:val="000000"/>
        </w:rPr>
        <w:t>⑩</w:t>
      </w:r>
      <w:r>
        <w:rPr>
          <w:rFonts w:ascii="楷体" w:hAnsi="楷体" w:eastAsia="楷体" w:cs="楷体"/>
          <w:color w:val="000000"/>
        </w:rPr>
        <w:t>我喜欢鸟的鸣唱。分别了一个冬天，它们回来了。是久别重逢。彼此间有着说不完的话，道不完的情。于是，都扯着嗓子唱啊说啊，啾啾唧唧个没完没了，又愉悦又欢欣。我一听就是小半天，听得心里面长出温柔的水草来。</w:t>
      </w:r>
    </w:p>
    <w:p>
      <w:pPr>
        <w:spacing w:line="360" w:lineRule="auto"/>
        <w:ind w:firstLine="420"/>
        <w:jc w:val="both"/>
        <w:textAlignment w:val="center"/>
        <w:rPr>
          <w:color w:val="000000"/>
        </w:rPr>
      </w:pPr>
      <w:r>
        <w:rPr>
          <w:color w:val="000000"/>
        </w:rPr>
        <w:t>⑪</w:t>
      </w:r>
      <w:r>
        <w:rPr>
          <w:rFonts w:ascii="楷体" w:hAnsi="楷体" w:eastAsia="楷体" w:cs="楷体"/>
          <w:color w:val="000000"/>
        </w:rPr>
        <w:t>我喜欢风。这个时候的风，可以称作春风了。它们也作势般，呼呼地扑过来，但你不要怕，它们纯粹是吓唬人的。它们少了凌厉和尖削，多了温柔和好意，我闻见风里面的清香和清新。哪处的花开了吗？哪处的小草和新叶长出来了吗？</w:t>
      </w:r>
    </w:p>
    <w:p>
      <w:pPr>
        <w:spacing w:line="360" w:lineRule="auto"/>
        <w:ind w:firstLine="420"/>
        <w:jc w:val="both"/>
        <w:textAlignment w:val="center"/>
        <w:rPr>
          <w:color w:val="000000"/>
        </w:rPr>
      </w:pPr>
      <w:r>
        <w:rPr>
          <w:color w:val="000000"/>
        </w:rPr>
        <w:t>⑫</w:t>
      </w:r>
      <w:r>
        <w:rPr>
          <w:rFonts w:ascii="楷体" w:hAnsi="楷体" w:eastAsia="楷体" w:cs="楷体"/>
          <w:color w:val="000000"/>
        </w:rPr>
        <w:t>我跟着风走，一边走一边找。我找到结香了。好几大棵。上面的花苞苞，有的已撑不住开了。我低头闻闻，香得很。我还找到了一些野荠菜，绿汪汪的。真好啊，在城里的绿化带里，居然有从乡下跑来的野荠菜。</w:t>
      </w:r>
    </w:p>
    <w:p>
      <w:pPr>
        <w:spacing w:line="360" w:lineRule="auto"/>
        <w:ind w:firstLine="420"/>
        <w:jc w:val="both"/>
        <w:textAlignment w:val="center"/>
        <w:rPr>
          <w:color w:val="000000"/>
        </w:rPr>
      </w:pPr>
      <w:r>
        <w:rPr>
          <w:color w:val="000000"/>
        </w:rPr>
        <w:t>⑬</w:t>
      </w:r>
      <w:r>
        <w:rPr>
          <w:rFonts w:ascii="楷体" w:hAnsi="楷体" w:eastAsia="楷体" w:cs="楷体"/>
          <w:color w:val="000000"/>
        </w:rPr>
        <w:t>我喜欢稚童。白天，太阳好的时候，他们可以不用戴着厚厚的小绒帽了，也不用穿得那么臃肿了。他们追着一朵阳光，蹒跚着向前奔去，一个博大的世界，在等着他们。</w:t>
      </w:r>
    </w:p>
    <w:p>
      <w:pPr>
        <w:spacing w:line="360" w:lineRule="auto"/>
        <w:jc w:val="left"/>
        <w:textAlignment w:val="center"/>
        <w:rPr>
          <w:color w:val="000000"/>
        </w:rPr>
      </w:pPr>
      <w:r>
        <w:rPr>
          <w:color w:val="000000"/>
        </w:rPr>
        <w:t xml:space="preserve">15. </w:t>
      </w:r>
      <w:r>
        <w:rPr>
          <w:rFonts w:ascii="宋体" w:hAnsi="宋体" w:eastAsia="宋体" w:cs="宋体"/>
          <w:color w:val="000000"/>
        </w:rPr>
        <w:t>赏析下面加点词语的表达效果。</w:t>
      </w:r>
    </w:p>
    <w:p>
      <w:pPr>
        <w:spacing w:line="360" w:lineRule="auto"/>
        <w:jc w:val="both"/>
        <w:textAlignment w:val="center"/>
        <w:rPr>
          <w:color w:val="000000"/>
        </w:rPr>
      </w:pPr>
      <w:r>
        <w:rPr>
          <w:rFonts w:ascii="宋体" w:hAnsi="宋体" w:eastAsia="宋体" w:cs="宋体"/>
          <w:color w:val="000000"/>
        </w:rPr>
        <w:t>它们小模小样，</w:t>
      </w:r>
      <w:r>
        <w:rPr>
          <w:rFonts w:ascii="宋体" w:hAnsi="宋体" w:eastAsia="宋体" w:cs="宋体"/>
          <w:color w:val="000000"/>
          <w:em w:val="dot"/>
        </w:rPr>
        <w:t>披</w:t>
      </w:r>
      <w:r>
        <w:rPr>
          <w:rFonts w:ascii="宋体" w:hAnsi="宋体" w:eastAsia="宋体" w:cs="宋体"/>
          <w:color w:val="000000"/>
        </w:rPr>
        <w:t>着一身淡黄的新绿，</w:t>
      </w:r>
      <w:r>
        <w:rPr>
          <w:rFonts w:ascii="宋体" w:hAnsi="宋体" w:eastAsia="宋体" w:cs="宋体"/>
          <w:color w:val="000000"/>
          <w:em w:val="dot"/>
        </w:rPr>
        <w:t>打量</w:t>
      </w:r>
      <w:r>
        <w:rPr>
          <w:rFonts w:ascii="宋体" w:hAnsi="宋体" w:eastAsia="宋体" w:cs="宋体"/>
          <w:color w:val="000000"/>
        </w:rPr>
        <w:t>着这个全新的世界。</w:t>
      </w:r>
    </w:p>
    <w:p>
      <w:pPr>
        <w:spacing w:line="360" w:lineRule="auto"/>
        <w:jc w:val="left"/>
        <w:textAlignment w:val="center"/>
        <w:rPr>
          <w:color w:val="000000"/>
        </w:rPr>
      </w:pPr>
      <w:r>
        <w:rPr>
          <w:color w:val="000000"/>
        </w:rPr>
        <w:t xml:space="preserve">16. </w:t>
      </w:r>
      <w:r>
        <w:rPr>
          <w:rFonts w:ascii="宋体" w:hAnsi="宋体" w:eastAsia="宋体" w:cs="宋体"/>
          <w:color w:val="000000"/>
        </w:rPr>
        <w:t>批注是一种很好的读书方法，可以用简洁的语言及时记录我们阅读时的思考与感悟。批注的角度有赏语言、写理解、谈感悟、做评价。任选角度，给下面的句子作批注。</w:t>
      </w:r>
    </w:p>
    <w:p>
      <w:pPr>
        <w:spacing w:line="360" w:lineRule="auto"/>
        <w:jc w:val="both"/>
        <w:textAlignment w:val="center"/>
        <w:rPr>
          <w:color w:val="000000"/>
        </w:rPr>
      </w:pPr>
      <w:r>
        <w:rPr>
          <w:rFonts w:ascii="宋体" w:hAnsi="宋体" w:eastAsia="宋体" w:cs="宋体"/>
          <w:color w:val="000000"/>
        </w:rPr>
        <w:t>我喜欢柳枝儿。上面爬满淡黄的乳芽，活像一群活泼的小虫子。“绊惹春风别有情，世间谁敢斗轻盈”，真是霸气得不得了。柔中带刚。</w:t>
      </w:r>
    </w:p>
    <w:p>
      <w:pPr>
        <w:spacing w:line="360" w:lineRule="auto"/>
        <w:jc w:val="left"/>
        <w:textAlignment w:val="center"/>
        <w:rPr>
          <w:color w:val="000000"/>
        </w:rPr>
      </w:pPr>
      <w:r>
        <w:rPr>
          <w:color w:val="000000"/>
        </w:rPr>
        <w:t xml:space="preserve">17. </w:t>
      </w:r>
      <w:r>
        <w:rPr>
          <w:rFonts w:ascii="宋体" w:hAnsi="宋体" w:eastAsia="宋体" w:cs="宋体"/>
          <w:color w:val="000000"/>
        </w:rPr>
        <w:t>在行文过程中，作者是从哪四个角度来描写景物的？</w:t>
      </w:r>
    </w:p>
    <w:p>
      <w:pPr>
        <w:spacing w:line="360" w:lineRule="auto"/>
        <w:jc w:val="left"/>
        <w:textAlignment w:val="center"/>
        <w:rPr>
          <w:color w:val="000000"/>
        </w:rPr>
      </w:pPr>
      <w:r>
        <w:rPr>
          <w:color w:val="000000"/>
        </w:rPr>
        <w:t xml:space="preserve">18. </w:t>
      </w:r>
      <w:r>
        <w:rPr>
          <w:rFonts w:ascii="宋体" w:hAnsi="宋体" w:eastAsia="宋体" w:cs="宋体"/>
          <w:color w:val="000000"/>
        </w:rPr>
        <w:t>文章重点描写了初春的各种美丽景物，为什么结尾以写孩子结束全文？</w:t>
      </w:r>
    </w:p>
    <w:p>
      <w:pPr>
        <w:spacing w:line="360" w:lineRule="auto"/>
        <w:textAlignment w:val="center"/>
        <w:rPr>
          <w:color w:val="000000"/>
        </w:rPr>
      </w:pPr>
      <w:r>
        <w:rPr>
          <w:color w:val="2E75B6"/>
        </w:rPr>
        <w:t>【答案】</w:t>
      </w:r>
      <w:r>
        <w:rPr>
          <w:color w:val="000000"/>
        </w:rPr>
        <w:t xml:space="preserve">15. </w:t>
      </w:r>
      <w:r>
        <w:rPr>
          <w:rFonts w:ascii="宋体" w:hAnsi="宋体" w:eastAsia="宋体" w:cs="宋体"/>
          <w:color w:val="000000"/>
        </w:rPr>
        <w:t>动词“披”和“打量”将小草人格化，准确细致地描写出春草萌发的状态，表现了作者对小草顽强生命力以及活泼可爱姿态的赞美。</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示例：这句话运用比喻和引用的修辞，生动形象地描写了柳枝儿刚刚抽芽时柔中带刚的情态，表现了作者对柳枝儿的喜爱之情。</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作者是从外形、颜色、质地、声音的角度来描写景物的。</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孩子处于人生的春天，作者在描写、赞美初春美景的同时写到可爱的孩子们，是为了表达对童年的赞美。</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本题考查关键词语</w:t>
      </w:r>
      <w:r>
        <w:rPr>
          <w:rFonts w:ascii="宋体" w:hAnsi="宋体" w:eastAsia="宋体" w:cs="宋体"/>
          <w:color w:val="000000"/>
          <w:position w:val="0"/>
        </w:rPr>
        <w:drawing>
          <wp:inline distT="0" distB="0" distL="114300" distR="114300">
            <wp:extent cx="133350" cy="177800"/>
            <wp:effectExtent l="0" t="0" r="0" b="13335"/>
            <wp:docPr id="1587"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图片 100009"/>
                    <pic:cNvPicPr>
                      <a:picLocks noChangeAspect="1"/>
                    </pic:cNvPicPr>
                  </pic:nvPicPr>
                  <pic:blipFill>
                    <a:blip r:embed="rId14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理解和赏析。</w:t>
      </w:r>
    </w:p>
    <w:p>
      <w:pPr>
        <w:spacing w:line="360" w:lineRule="auto"/>
        <w:jc w:val="left"/>
        <w:textAlignment w:val="center"/>
        <w:rPr>
          <w:color w:val="000000"/>
        </w:rPr>
      </w:pPr>
      <w:r>
        <w:rPr>
          <w:rFonts w:ascii="宋体" w:hAnsi="宋体" w:eastAsia="宋体" w:cs="宋体"/>
          <w:color w:val="000000"/>
        </w:rPr>
        <w:t>作者使用了动词“披”，将小草描绘成具有人类特征的形象，仿佛它们在用自己的方式展示自己的生命力和活力。这种描述使得小草不再是简单的植物，而是具有独立性格和行动能力的个体。使用了动词“打量”，进一步将小草人格化，描绘出它们对周围世界的探索和好奇。这个词语准确地表达了小草在生长过程中对新环境的认知和反应，同时也展现了它们的活力和生命力。通过这两个动词的运用，作者成功地描绘出了春草萌发的状态，表现了小草顽强的生命力和活泼可爱的姿态。这种描写方式不仅让读者感受到了小草的生命力和活力，也表现了作者对小草的热爱和赞美。</w:t>
      </w:r>
    </w:p>
    <w:p>
      <w:pPr>
        <w:spacing w:line="360" w:lineRule="auto"/>
        <w:jc w:val="left"/>
        <w:textAlignment w:val="center"/>
        <w:rPr>
          <w:color w:val="000000"/>
        </w:rPr>
      </w:pPr>
      <w:r>
        <w:rPr>
          <w:rFonts w:ascii="宋体" w:hAnsi="宋体" w:eastAsia="宋体" w:cs="宋体"/>
          <w:color w:val="000000"/>
        </w:rPr>
        <w:t>据此回答即可。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学生对句中重点语句作批注的能力。批注的角度有赏语言、写理解、谈感悟、做评价等。赏语言时注意结合手法，常见的表现手法有动静结合、视听结合、虚实结合、以小见大、借景抒情、象征、比拟等；赏析表现手法，先结合内容指出手法，再分析其表达效果。本题中，任选角度，给句子作批注即可。如运用比喻和引用的修辞，结合句子具体分析即可。</w:t>
      </w:r>
    </w:p>
    <w:p>
      <w:pPr>
        <w:spacing w:line="360" w:lineRule="auto"/>
        <w:jc w:val="left"/>
        <w:textAlignment w:val="center"/>
        <w:rPr>
          <w:color w:val="000000"/>
        </w:rPr>
      </w:pPr>
      <w:r>
        <w:rPr>
          <w:rFonts w:ascii="宋体" w:hAnsi="宋体" w:eastAsia="宋体" w:cs="宋体"/>
          <w:color w:val="000000"/>
        </w:rPr>
        <w:t>示例：这句话中的比喻，将柳枝儿比作一群活泼的小虫子，形象生动地表达了柳枝儿在春天里的生机和活力。同时，作者引用古诗来描述柳枝儿的轻盈柔美，更加强调了其优美姿态。这个比喻不仅体现了作者对柳枝儿的喜爱，也让我们读者对春天的柳树有了更深刻的感受。</w:t>
      </w:r>
    </w:p>
    <w:p>
      <w:pPr>
        <w:spacing w:line="360" w:lineRule="auto"/>
        <w:jc w:val="left"/>
        <w:textAlignment w:val="center"/>
        <w:rPr>
          <w:color w:val="000000"/>
        </w:rPr>
      </w:pPr>
      <w:r>
        <w:rPr>
          <w:rFonts w:ascii="宋体" w:hAnsi="宋体" w:eastAsia="宋体" w:cs="宋体"/>
          <w:color w:val="000000"/>
        </w:rPr>
        <w:t>据此回答即可。</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本题考查对文章的理解分析能力。</w:t>
      </w:r>
    </w:p>
    <w:p>
      <w:pPr>
        <w:spacing w:line="360" w:lineRule="auto"/>
        <w:jc w:val="left"/>
        <w:textAlignment w:val="center"/>
        <w:rPr>
          <w:color w:val="000000"/>
        </w:rPr>
      </w:pPr>
      <w:r>
        <w:rPr>
          <w:rFonts w:ascii="宋体" w:hAnsi="宋体" w:eastAsia="宋体" w:cs="宋体"/>
          <w:color w:val="000000"/>
        </w:rPr>
        <w:t>根据文章第②段“腰杆挺得笔直笔直的，像铮铮铁骨的汉子”，第⑦段“活像一群活泼的小虫子”，第⑨段“它们小模小样”可知，是从外形的角度写；根据文章第③段“裸露着铁锈红的筋骨”，第⑥段“嫩黄的，柔软的”，第⑦段“上面爬满淡黄的乳芽”，第⑨段“披一身淡黄的新绿”是从颜色的角度写；根据文章第⑤段“它们有着说不出的温婉和妩媚”，第⑥段“柔软的，又是毛绒绒的”是从质地的角度来写；根据文章第⑩段“于是，都扯着嗓子唱啊说啊，啾啾唧唧个没完没了，又愉悦又欢欣”是从声音的角度来写。总之，作者是从外形、颜色、质地、声音的角度来描写景物的。</w:t>
      </w:r>
    </w:p>
    <w:p>
      <w:pPr>
        <w:spacing w:line="360" w:lineRule="auto"/>
        <w:jc w:val="left"/>
        <w:textAlignment w:val="center"/>
        <w:rPr>
          <w:color w:val="000000"/>
        </w:rPr>
      </w:pPr>
      <w:r>
        <w:rPr>
          <w:rFonts w:ascii="宋体" w:hAnsi="宋体" w:eastAsia="宋体" w:cs="宋体"/>
          <w:color w:val="000000"/>
        </w:rPr>
        <w:t>据此回答即可。</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本题考查句段的理解和作用。</w:t>
      </w:r>
    </w:p>
    <w:p>
      <w:pPr>
        <w:spacing w:line="360" w:lineRule="auto"/>
        <w:jc w:val="left"/>
        <w:textAlignment w:val="center"/>
        <w:rPr>
          <w:color w:val="000000"/>
        </w:rPr>
      </w:pPr>
      <w:r>
        <w:rPr>
          <w:rFonts w:ascii="宋体" w:hAnsi="宋体" w:eastAsia="宋体" w:cs="宋体"/>
          <w:color w:val="000000"/>
        </w:rPr>
        <w:t>这段文字描绘了稚童们在阳光下快乐玩耍的情景，展现了他们的天真可爱和生命的活力。作者通过描述孩子们不用戴厚厚的小绒帽和穿臃肿的衣服，强调了春天的温暖和轻盈。同时，孩子们追着一朵阳光，蹒跚着向前奔去的形象，让读者感受到了他们的好奇心和探索精神。最后，作者用“一个博大的世界在等着他们”来结束这段描写，强调了生命的无限可能性和希望的力量。这种描写方式不仅表达了作者对稚童的喜爱和赞美，也进一步强调了初春的美丽和魅力。</w:t>
      </w:r>
    </w:p>
    <w:p>
      <w:pPr>
        <w:spacing w:line="360" w:lineRule="auto"/>
        <w:jc w:val="left"/>
        <w:textAlignment w:val="center"/>
        <w:rPr>
          <w:color w:val="000000"/>
        </w:rPr>
      </w:pPr>
      <w:r>
        <w:rPr>
          <w:rFonts w:ascii="宋体" w:hAnsi="宋体" w:eastAsia="宋体" w:cs="宋体"/>
          <w:color w:val="000000"/>
        </w:rPr>
        <w:t>据此回答即可。</w:t>
      </w:r>
    </w:p>
    <w:p>
      <w:pPr>
        <w:spacing w:line="360" w:lineRule="auto"/>
        <w:jc w:val="both"/>
        <w:textAlignment w:val="center"/>
        <w:rPr>
          <w:color w:val="000000"/>
        </w:rPr>
      </w:pPr>
      <w:r>
        <w:rPr>
          <w:rFonts w:ascii="宋体" w:hAnsi="宋体" w:eastAsia="宋体" w:cs="宋体"/>
          <w:b/>
          <w:color w:val="000000"/>
          <w:sz w:val="24"/>
        </w:rPr>
        <w:t>（二）（共12分）</w:t>
      </w:r>
    </w:p>
    <w:p>
      <w:pPr>
        <w:spacing w:line="360" w:lineRule="auto"/>
        <w:jc w:val="both"/>
        <w:textAlignment w:val="center"/>
        <w:rPr>
          <w:color w:val="000000"/>
        </w:rPr>
      </w:pPr>
      <w:r>
        <w:rPr>
          <w:rFonts w:ascii="宋体" w:hAnsi="宋体" w:eastAsia="宋体" w:cs="宋体"/>
          <w:color w:val="000000"/>
        </w:rPr>
        <w:t>阅读《老舍的脚步声》，完成下面小题。</w:t>
      </w:r>
    </w:p>
    <w:p>
      <w:pPr>
        <w:spacing w:line="360" w:lineRule="auto"/>
        <w:jc w:val="center"/>
        <w:textAlignment w:val="center"/>
        <w:rPr>
          <w:color w:val="000000"/>
        </w:rPr>
      </w:pPr>
      <w:r>
        <w:rPr>
          <w:rFonts w:ascii="楷体" w:hAnsi="楷体" w:eastAsia="楷体" w:cs="楷体"/>
          <w:color w:val="000000"/>
        </w:rPr>
        <w:t>老舍的脚步声</w:t>
      </w:r>
    </w:p>
    <w:p>
      <w:pPr>
        <w:spacing w:line="360" w:lineRule="auto"/>
        <w:jc w:val="center"/>
        <w:textAlignment w:val="center"/>
        <w:rPr>
          <w:color w:val="000000"/>
        </w:rPr>
      </w:pPr>
      <w:r>
        <w:rPr>
          <w:rFonts w:ascii="楷体" w:hAnsi="楷体" w:eastAsia="楷体" w:cs="楷体"/>
          <w:color w:val="000000"/>
        </w:rPr>
        <w:t>徐立新</w:t>
      </w:r>
    </w:p>
    <w:p>
      <w:pPr>
        <w:spacing w:line="360" w:lineRule="auto"/>
        <w:ind w:firstLine="420"/>
        <w:jc w:val="both"/>
        <w:textAlignment w:val="center"/>
        <w:rPr>
          <w:color w:val="000000"/>
        </w:rPr>
      </w:pPr>
      <w:r>
        <w:rPr>
          <w:rFonts w:ascii="楷体" w:hAnsi="楷体" w:eastAsia="楷体" w:cs="楷体"/>
          <w:color w:val="000000"/>
        </w:rPr>
        <w:t>①在他住的房子的不远处有一个破旧的庙宇，里面住的全是平日以乞讨、卖艺为生的盲人，一共近40名。但当时全国刚解放不久，人们的生活都不富余，连正常人养家糊口都很不易，也就难得有能力去接济盲人们，因此盲人们的生活非常艰难，挨饿受冻是常有的事情。</w:t>
      </w:r>
    </w:p>
    <w:p>
      <w:pPr>
        <w:spacing w:line="360" w:lineRule="auto"/>
        <w:ind w:firstLine="420"/>
        <w:jc w:val="both"/>
        <w:textAlignment w:val="center"/>
        <w:rPr>
          <w:color w:val="000000"/>
        </w:rPr>
      </w:pPr>
      <w:r>
        <w:rPr>
          <w:rFonts w:ascii="楷体" w:hAnsi="楷体" w:eastAsia="楷体" w:cs="楷体"/>
          <w:color w:val="000000"/>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pPr>
        <w:spacing w:line="360" w:lineRule="auto"/>
        <w:ind w:firstLine="420"/>
        <w:jc w:val="both"/>
        <w:textAlignment w:val="center"/>
        <w:rPr>
          <w:color w:val="000000"/>
        </w:rPr>
      </w:pPr>
      <w:r>
        <w:rPr>
          <w:rFonts w:ascii="楷体" w:hAnsi="楷体" w:eastAsia="楷体" w:cs="楷体"/>
          <w:color w:val="000000"/>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pPr>
        <w:spacing w:line="360" w:lineRule="auto"/>
        <w:ind w:firstLine="420"/>
        <w:jc w:val="both"/>
        <w:textAlignment w:val="center"/>
        <w:rPr>
          <w:color w:val="000000"/>
        </w:rPr>
      </w:pPr>
      <w:r>
        <w:rPr>
          <w:rFonts w:ascii="楷体" w:hAnsi="楷体" w:eastAsia="楷体" w:cs="楷体"/>
          <w:color w:val="000000"/>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pPr>
        <w:spacing w:line="360" w:lineRule="auto"/>
        <w:ind w:firstLine="420"/>
        <w:jc w:val="both"/>
        <w:textAlignment w:val="center"/>
        <w:rPr>
          <w:color w:val="000000"/>
        </w:rPr>
      </w:pPr>
      <w:r>
        <w:rPr>
          <w:rFonts w:ascii="楷体" w:hAnsi="楷体" w:eastAsia="楷体" w:cs="楷体"/>
          <w:color w:val="000000"/>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pPr>
        <w:spacing w:line="360" w:lineRule="auto"/>
        <w:ind w:firstLine="420"/>
        <w:jc w:val="both"/>
        <w:textAlignment w:val="center"/>
        <w:rPr>
          <w:color w:val="000000"/>
        </w:rPr>
      </w:pPr>
      <w:r>
        <w:rPr>
          <w:rFonts w:ascii="楷体" w:hAnsi="楷体" w:eastAsia="楷体" w:cs="楷体"/>
          <w:color w:val="000000"/>
        </w:rPr>
        <w:t>⑥这之后，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温馨风景线，一直持续到他终老的那一天，从未错过一次，盲人们都说，那是因为他们能听出他的脚步声。</w:t>
      </w:r>
    </w:p>
    <w:p>
      <w:pPr>
        <w:spacing w:line="360" w:lineRule="auto"/>
        <w:ind w:firstLine="420"/>
        <w:jc w:val="both"/>
        <w:textAlignment w:val="center"/>
        <w:rPr>
          <w:color w:val="000000"/>
        </w:rPr>
      </w:pPr>
      <w:r>
        <w:rPr>
          <w:rFonts w:ascii="楷体" w:hAnsi="楷体" w:eastAsia="楷体" w:cs="楷体"/>
          <w:color w:val="000000"/>
        </w:rPr>
        <w:t>⑦他便是老舍，原名舒庆春，杰出的人民艺术家，盲人们听出的那一声脚步声名叫“大善”。</w:t>
      </w:r>
    </w:p>
    <w:p>
      <w:pPr>
        <w:spacing w:line="360" w:lineRule="auto"/>
        <w:jc w:val="right"/>
        <w:textAlignment w:val="center"/>
        <w:rPr>
          <w:color w:val="000000"/>
        </w:rPr>
      </w:pPr>
      <w:r>
        <w:rPr>
          <w:rFonts w:ascii="宋体" w:hAnsi="宋体" w:eastAsia="宋体" w:cs="宋体"/>
          <w:color w:val="000000"/>
        </w:rPr>
        <w:t>（选自《读者》杂志）</w:t>
      </w:r>
    </w:p>
    <w:p>
      <w:pPr>
        <w:spacing w:line="360" w:lineRule="auto"/>
        <w:jc w:val="left"/>
        <w:textAlignment w:val="center"/>
        <w:rPr>
          <w:color w:val="000000"/>
        </w:rPr>
      </w:pPr>
      <w:r>
        <w:rPr>
          <w:color w:val="000000"/>
        </w:rPr>
        <w:t xml:space="preserve">19. </w:t>
      </w:r>
      <w:r>
        <w:rPr>
          <w:rFonts w:ascii="宋体" w:hAnsi="宋体" w:eastAsia="宋体" w:cs="宋体"/>
          <w:color w:val="000000"/>
        </w:rPr>
        <w:t>文中盲人们的处境触动了老舍的情感，他决定有所作为，他的确也改变了盲人们的处境。阅读文章，填写表格。</w:t>
      </w:r>
    </w:p>
    <w:tbl>
      <w:tblPr>
        <w:tblStyle w:val="4"/>
        <w:tblW w:w="6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10"/>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盲人们的处境</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老舍的感受或作为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①</w:t>
            </w:r>
            <w:r>
              <w:rPr>
                <w:color w:val="000000"/>
              </w:rPr>
              <w:t>_________</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隐隐作痛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获得了一定报酬</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②</w:t>
            </w:r>
            <w:r>
              <w:rPr>
                <w:color w:val="000000"/>
              </w:rPr>
              <w:t>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③</w:t>
            </w:r>
            <w:r>
              <w:rPr>
                <w:color w:val="000000"/>
              </w:rPr>
              <w:t>_________</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通过关系给盲人们安排工作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6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生活状况都有了巨变</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④</w:t>
            </w:r>
            <w:r>
              <w:rPr>
                <w:color w:val="000000"/>
              </w:rPr>
              <w:t>__________</w:t>
            </w:r>
          </w:p>
        </w:tc>
      </w:tr>
    </w:tbl>
    <w:p>
      <w:pPr>
        <w:spacing w:line="360" w:lineRule="auto"/>
        <w:jc w:val="left"/>
        <w:textAlignment w:val="center"/>
        <w:rPr>
          <w:color w:val="000000"/>
        </w:rPr>
      </w:pPr>
      <w:r>
        <w:rPr>
          <w:color w:val="000000"/>
        </w:rPr>
        <w:t xml:space="preserve">20. </w:t>
      </w:r>
      <w:r>
        <w:rPr>
          <w:rFonts w:ascii="宋体" w:hAnsi="宋体" w:eastAsia="宋体" w:cs="宋体"/>
          <w:color w:val="000000"/>
        </w:rPr>
        <w:t>第⑥段加点词语“不约而同”的内容有哪些？目的是什么?</w:t>
      </w:r>
    </w:p>
    <w:p>
      <w:pPr>
        <w:spacing w:line="360" w:lineRule="auto"/>
        <w:jc w:val="both"/>
        <w:textAlignment w:val="center"/>
        <w:rPr>
          <w:color w:val="000000"/>
        </w:rPr>
      </w:pPr>
      <w:r>
        <w:rPr>
          <w:rFonts w:ascii="宋体" w:hAnsi="宋体" w:eastAsia="宋体" w:cs="宋体"/>
          <w:color w:val="000000"/>
        </w:rPr>
        <w:t>“不约而同”的内容：</w:t>
      </w:r>
      <w:r>
        <w:rPr>
          <w:color w:val="000000"/>
        </w:rPr>
        <w:t>___________________________________________</w:t>
      </w:r>
    </w:p>
    <w:p>
      <w:pPr>
        <w:spacing w:line="360" w:lineRule="auto"/>
        <w:jc w:val="both"/>
        <w:textAlignment w:val="center"/>
        <w:rPr>
          <w:color w:val="000000"/>
        </w:rPr>
      </w:pPr>
      <w:r>
        <w:rPr>
          <w:rFonts w:ascii="宋体" w:hAnsi="宋体" w:eastAsia="宋体" w:cs="宋体"/>
          <w:color w:val="000000"/>
        </w:rPr>
        <w:t>“不约而同”的目的：</w:t>
      </w:r>
      <w:r>
        <w:rPr>
          <w:color w:val="000000"/>
        </w:rPr>
        <w:t>___________________________________________</w:t>
      </w:r>
    </w:p>
    <w:p>
      <w:pPr>
        <w:spacing w:line="360" w:lineRule="auto"/>
        <w:jc w:val="left"/>
        <w:textAlignment w:val="center"/>
        <w:rPr>
          <w:color w:val="000000"/>
        </w:rPr>
      </w:pPr>
      <w:r>
        <w:rPr>
          <w:color w:val="000000"/>
        </w:rPr>
        <w:t xml:space="preserve">21. </w:t>
      </w:r>
      <w:r>
        <w:rPr>
          <w:rFonts w:ascii="宋体" w:hAnsi="宋体" w:eastAsia="宋体" w:cs="宋体"/>
          <w:color w:val="000000"/>
        </w:rPr>
        <w:t>“那一声脚步声名叫‘大善’”这句话的含义是什么？</w:t>
      </w:r>
    </w:p>
    <w:p>
      <w:pPr>
        <w:spacing w:line="360" w:lineRule="auto"/>
        <w:jc w:val="left"/>
        <w:textAlignment w:val="center"/>
        <w:rPr>
          <w:color w:val="000000"/>
        </w:rPr>
      </w:pPr>
      <w:r>
        <w:rPr>
          <w:color w:val="000000"/>
        </w:rPr>
        <w:t xml:space="preserve">22. </w:t>
      </w:r>
      <w:r>
        <w:rPr>
          <w:rFonts w:ascii="宋体" w:hAnsi="宋体" w:eastAsia="宋体" w:cs="宋体"/>
          <w:color w:val="000000"/>
        </w:rPr>
        <w:t>结合原文，联系实际，谈谈你心中的那道“温馨风景线”。</w:t>
      </w:r>
    </w:p>
    <w:p>
      <w:pPr>
        <w:spacing w:line="360" w:lineRule="auto"/>
        <w:textAlignment w:val="center"/>
        <w:rPr>
          <w:color w:val="000000"/>
        </w:rPr>
      </w:pPr>
      <w:r>
        <w:rPr>
          <w:color w:val="2E75B6"/>
        </w:rPr>
        <w:t>【答案】</w:t>
      </w:r>
      <w:r>
        <w:rPr>
          <w:color w:val="000000"/>
        </w:rPr>
        <w:t xml:space="preserve">19.     ①. </w:t>
      </w:r>
      <w:r>
        <w:rPr>
          <w:rFonts w:ascii="宋体" w:hAnsi="宋体" w:eastAsia="宋体" w:cs="宋体"/>
          <w:color w:val="000000"/>
        </w:rPr>
        <w:t>常艰难，挨饿受冻</w:t>
      </w:r>
      <w:r>
        <w:rPr>
          <w:color w:val="000000"/>
        </w:rPr>
        <w:t xml:space="preserve">    ②. </w:t>
      </w:r>
      <w:r>
        <w:rPr>
          <w:rFonts w:ascii="宋体" w:hAnsi="宋体" w:eastAsia="宋体" w:cs="宋体"/>
          <w:color w:val="000000"/>
        </w:rPr>
        <w:t>组织盲人们训练和表演</w:t>
      </w:r>
      <w:r>
        <w:rPr>
          <w:color w:val="000000"/>
        </w:rPr>
        <w:t xml:space="preserve">    ③. </w:t>
      </w:r>
      <w:r>
        <w:rPr>
          <w:rFonts w:ascii="宋体" w:hAnsi="宋体" w:eastAsia="宋体" w:cs="宋体"/>
          <w:color w:val="000000"/>
        </w:rPr>
        <w:t>进了周边的工厂工作</w:t>
      </w:r>
      <w:r>
        <w:rPr>
          <w:color w:val="000000"/>
        </w:rPr>
        <w:t xml:space="preserve">    ④. </w:t>
      </w:r>
      <w:r>
        <w:rPr>
          <w:rFonts w:ascii="宋体" w:hAnsi="宋体" w:eastAsia="宋体" w:cs="宋体"/>
          <w:color w:val="000000"/>
        </w:rPr>
        <w:t>感到欣慰</w:t>
      </w:r>
      <w:r>
        <w:rPr>
          <w:color w:val="000000"/>
        </w:rPr>
        <w:t xml:space="preserve">    </w:t>
      </w:r>
    </w:p>
    <w:p>
      <w:pPr>
        <w:spacing w:line="360" w:lineRule="auto"/>
        <w:textAlignment w:val="center"/>
        <w:rPr>
          <w:color w:val="000000"/>
        </w:rPr>
      </w:pPr>
      <w:r>
        <w:rPr>
          <w:color w:val="000000"/>
        </w:rPr>
        <w:t xml:space="preserve">20.     ①. </w:t>
      </w:r>
      <w:r>
        <w:rPr>
          <w:rFonts w:ascii="宋体" w:hAnsi="宋体" w:eastAsia="宋体" w:cs="宋体"/>
          <w:color w:val="000000"/>
        </w:rPr>
        <w:t>“不约而同”的内容：放下手中的活，点亮屋内的灯，然后站到各自的大门口前。</w:t>
      </w:r>
      <w:r>
        <w:rPr>
          <w:color w:val="000000"/>
        </w:rPr>
        <w:t xml:space="preserve">    ②. </w:t>
      </w:r>
      <w:r>
        <w:rPr>
          <w:rFonts w:ascii="宋体" w:hAnsi="宋体" w:eastAsia="宋体" w:cs="宋体"/>
          <w:color w:val="000000"/>
        </w:rPr>
        <w:t>“不约而同”的目的：跟他打招呼，问声好，为他照亮门前的那段路。</w:t>
      </w:r>
      <w:r>
        <w:rPr>
          <w:color w:val="000000"/>
        </w:rPr>
        <w:t xml:space="preserve">    </w:t>
      </w:r>
    </w:p>
    <w:p>
      <w:pPr>
        <w:spacing w:line="360" w:lineRule="auto"/>
        <w:textAlignment w:val="center"/>
        <w:rPr>
          <w:color w:val="000000"/>
        </w:rPr>
      </w:pPr>
      <w:r>
        <w:rPr>
          <w:color w:val="000000"/>
        </w:rPr>
        <w:t xml:space="preserve">21. </w:t>
      </w:r>
      <w:r>
        <w:rPr>
          <w:rFonts w:ascii="宋体" w:hAnsi="宋体" w:eastAsia="宋体" w:cs="宋体"/>
          <w:color w:val="000000"/>
        </w:rPr>
        <w:t>示例一：老舍以自己的脚步奔走，从根本上解决了盲人们的生存问题，不求回报。</w:t>
      </w:r>
    </w:p>
    <w:p>
      <w:pPr>
        <w:spacing w:line="360" w:lineRule="auto"/>
        <w:jc w:val="both"/>
        <w:textAlignment w:val="center"/>
        <w:rPr>
          <w:color w:val="000000"/>
        </w:rPr>
      </w:pPr>
      <w:r>
        <w:rPr>
          <w:rFonts w:ascii="宋体" w:hAnsi="宋体" w:eastAsia="宋体" w:cs="宋体"/>
          <w:color w:val="000000"/>
        </w:rPr>
        <w:t>示例二：老舍以自己的脚步奔波，对弱者同情、关爱、帮助。</w:t>
      </w:r>
      <w:r>
        <w:rPr>
          <w:color w:val="000000"/>
        </w:rPr>
        <w:t xml:space="preserve">    </w:t>
      </w:r>
    </w:p>
    <w:p>
      <w:pPr>
        <w:spacing w:line="360" w:lineRule="auto"/>
        <w:jc w:val="both"/>
        <w:textAlignment w:val="center"/>
        <w:rPr>
          <w:color w:val="000000"/>
        </w:rPr>
      </w:pPr>
      <w:r>
        <w:rPr>
          <w:color w:val="000000"/>
        </w:rPr>
        <w:t xml:space="preserve">22. </w:t>
      </w:r>
      <w:r>
        <w:rPr>
          <w:rFonts w:ascii="宋体" w:hAnsi="宋体" w:eastAsia="宋体" w:cs="宋体"/>
          <w:color w:val="000000"/>
        </w:rPr>
        <w:t>示例一：在文中，老舍为素不相识的盲人们付出了大爱，盲人们对老舍心存感激，彼此真挚的情感在每天夜晚的街道汇成了动人的风景。在生活中，每年的教师节学生回母校看望老师也是一组温馨的画面，它凝聚着我们回报老师辛苦付出的感恩之情。我认为：真心可以换真情。</w:t>
      </w:r>
    </w:p>
    <w:p>
      <w:pPr>
        <w:spacing w:line="360" w:lineRule="auto"/>
        <w:jc w:val="both"/>
        <w:textAlignment w:val="center"/>
        <w:rPr>
          <w:color w:val="000000"/>
        </w:rPr>
      </w:pPr>
      <w:r>
        <w:rPr>
          <w:rFonts w:ascii="宋体" w:hAnsi="宋体" w:eastAsia="宋体" w:cs="宋体"/>
          <w:color w:val="000000"/>
        </w:rPr>
        <w:t>示例二：在文中，盲人们在夜晚不约而同的恭候老舍的路过构成了一道感恩的风景线。在生活中，中秋或除夕，儿女们历尽艰辛赶回来与父母团聚，慰藉父母的心灵，也是一道温馨的风景。我认为：情感是沟通心灵的桥梁。</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【19题详解】</w:t>
      </w:r>
    </w:p>
    <w:p>
      <w:pPr>
        <w:spacing w:line="360" w:lineRule="auto"/>
        <w:jc w:val="left"/>
        <w:textAlignment w:val="center"/>
        <w:rPr>
          <w:color w:val="000000"/>
        </w:rPr>
      </w:pPr>
      <w:r>
        <w:rPr>
          <w:color w:val="000000"/>
        </w:rPr>
        <w:t>本题考查文章内容理解与分析。</w:t>
      </w:r>
    </w:p>
    <w:p>
      <w:pPr>
        <w:spacing w:line="360" w:lineRule="auto"/>
        <w:jc w:val="left"/>
        <w:textAlignment w:val="center"/>
        <w:rPr>
          <w:color w:val="000000"/>
        </w:rPr>
      </w:pPr>
      <w:r>
        <w:rPr>
          <w:rFonts w:ascii="宋体" w:hAnsi="宋体" w:eastAsia="宋体" w:cs="宋体"/>
          <w:color w:val="000000"/>
        </w:rPr>
        <w:t>根据第①段“在他住的房子的不远处有一个破旧的庙宇，里面住的全是平日以乞讨、卖艺为生的盲人，一共近40名。但当时全国刚解放不久，人们的生活都不富余，连正常人养家糊口都很不易，也就难得有能力去接济盲人们，因此盲人们的生活非常艰难，挨饿受冻是常有的事情”可知，当时全国刚解放不就，人们都不太富裕，盲人更是生活非常艰难，挨饿受冻是常有的事，可概括为：常艰难，挨饿受冻；</w:t>
      </w:r>
    </w:p>
    <w:p>
      <w:pPr>
        <w:spacing w:line="360" w:lineRule="auto"/>
        <w:jc w:val="left"/>
        <w:textAlignment w:val="center"/>
        <w:rPr>
          <w:color w:val="000000"/>
        </w:rPr>
      </w:pPr>
      <w:r>
        <w:rPr>
          <w:rFonts w:ascii="宋体" w:hAnsi="宋体" w:eastAsia="宋体" w:cs="宋体"/>
          <w:color w:val="000000"/>
        </w:rPr>
        <w:t>根据第③段“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可知，当时老舍不顾外人的反对，放下自己手头的工作，用两年的时间自掏腰包把盲人组织起来，给他们买乐器集中训练组织编排演奏曲目，可概括为：组织盲人们训练和表演；</w:t>
      </w:r>
    </w:p>
    <w:p>
      <w:pPr>
        <w:spacing w:line="360" w:lineRule="auto"/>
        <w:jc w:val="left"/>
        <w:textAlignment w:val="center"/>
        <w:rPr>
          <w:color w:val="000000"/>
        </w:rPr>
      </w:pPr>
      <w:r>
        <w:rPr>
          <w:rFonts w:ascii="宋体" w:hAnsi="宋体" w:eastAsia="宋体" w:cs="宋体"/>
          <w:color w:val="000000"/>
        </w:rPr>
        <w:t>根据第④段“而对于那些没有任何才艺和特长的盲人，他则通过各种关系，不惜低下身份到处求爹爹拜奶奶，最终靠着自己的‘面子’和关系，把他们一个个安排进周边的橡胶厂、皮革厂、印刷厂和服装厂里。为此，他都跑烂了好几双布鞋”可知，老舍对于那些没有任何才艺的盲人，通过各种关系放下身段将他们安排送进周边的工厂，可概括为：进了周边的工厂工作；</w:t>
      </w:r>
    </w:p>
    <w:p>
      <w:pPr>
        <w:spacing w:line="360" w:lineRule="auto"/>
        <w:jc w:val="left"/>
        <w:textAlignment w:val="center"/>
        <w:rPr>
          <w:color w:val="000000"/>
        </w:rPr>
      </w:pPr>
      <w:r>
        <w:rPr>
          <w:rFonts w:ascii="宋体" w:hAnsi="宋体" w:eastAsia="宋体" w:cs="宋体"/>
          <w:color w:val="000000"/>
        </w:rPr>
        <w:t>根据第⑤段“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可知，盲人们的生活状况都有了巨变，老舍的心情欣慰了许多。</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本题考查文章内容理解概括。</w:t>
      </w:r>
    </w:p>
    <w:p>
      <w:pPr>
        <w:spacing w:line="360" w:lineRule="auto"/>
        <w:jc w:val="left"/>
        <w:textAlignment w:val="center"/>
        <w:rPr>
          <w:color w:val="000000"/>
        </w:rPr>
      </w:pPr>
      <w:r>
        <w:rPr>
          <w:rFonts w:ascii="宋体" w:hAnsi="宋体" w:eastAsia="宋体" w:cs="宋体"/>
          <w:color w:val="000000"/>
        </w:rPr>
        <w:t>根据第⑥段“这之后，每天，当他很晚下班从街上路过时，住在街上的盲人们都会不约而同地放下手中的活，点亮屋内的灯，然后站到各自的大门口前”可直接概括“不约而同”的内容为：放下手中的活，点亮屋内的灯，然后站到各自的大门口前。</w:t>
      </w:r>
    </w:p>
    <w:p>
      <w:pPr>
        <w:spacing w:line="360" w:lineRule="auto"/>
        <w:jc w:val="left"/>
        <w:textAlignment w:val="center"/>
        <w:rPr>
          <w:color w:val="000000"/>
        </w:rPr>
      </w:pPr>
      <w:r>
        <w:rPr>
          <w:rFonts w:ascii="宋体" w:hAnsi="宋体" w:eastAsia="宋体" w:cs="宋体"/>
          <w:color w:val="000000"/>
        </w:rPr>
        <w:t>根据第⑥段“只为跟他打招呼，问声好，为他照亮门前的那段路”可直接概括“不约而同”的目的为：跟他打招呼，问声好，为他照亮门前的那段路。</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本题考查句子的含义。</w:t>
      </w:r>
    </w:p>
    <w:p>
      <w:pPr>
        <w:spacing w:line="360" w:lineRule="auto"/>
        <w:jc w:val="left"/>
        <w:textAlignment w:val="center"/>
        <w:rPr>
          <w:color w:val="000000"/>
        </w:rPr>
      </w:pPr>
      <w:r>
        <w:rPr>
          <w:rFonts w:ascii="宋体" w:hAnsi="宋体" w:eastAsia="宋体" w:cs="宋体"/>
          <w:color w:val="000000"/>
        </w:rPr>
        <w:t>示例一：根据第④段“而对于那些没有任何才艺和特长的盲人，他则通过各种关系，不惜低下身份到处求爹爹拜奶奶，最终靠着自己的“面子”和关系，把他们一个个安排进周边的橡胶厂、皮革厂、印刷厂和服装厂里。为此，他都跑烂了好几双布鞋”可知，老舍为那些没有任何才艺的盲人，通过各种关系放下身段将他们安排送进周边的工厂，为此他跑烂了好几双鞋，“那一声脚步声名叫‘大善’”正是指老舍为盲人们的工作问题奔波，“大善”是老舍用自己的脚步奔走来的，他为盲人们解决了生存问题不求回报。</w:t>
      </w:r>
    </w:p>
    <w:p>
      <w:pPr>
        <w:spacing w:line="360" w:lineRule="auto"/>
        <w:jc w:val="left"/>
        <w:textAlignment w:val="center"/>
        <w:rPr>
          <w:color w:val="000000"/>
        </w:rPr>
      </w:pPr>
      <w:r>
        <w:rPr>
          <w:rFonts w:ascii="宋体" w:hAnsi="宋体" w:eastAsia="宋体" w:cs="宋体"/>
          <w:color w:val="000000"/>
        </w:rPr>
        <w:t>示例二：根据第⑥段“这之后，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温馨风景线，一直持续到他终老的那一天，从未错过一次，盲人们都说，那是因为他们能听出他的脚步声”可知，盲人们会在老舍下班从街上路过时，放下手中的活，点亮屋内的灯，然后站到各自的大门口前，只为跟他打招呼，问声好，为他照亮门前的那段路，盲人们说他们能听出老舍的脚步。可见老舍的脚步声对于盲人们是亲切熟悉的，正是因为他为盲人解决了温饱，解决了生活问题，给盲人带来了关爱和帮助。</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本题考查文章主旨理解延伸。</w:t>
      </w:r>
    </w:p>
    <w:p>
      <w:pPr>
        <w:spacing w:line="360" w:lineRule="auto"/>
        <w:jc w:val="left"/>
        <w:textAlignment w:val="center"/>
        <w:rPr>
          <w:color w:val="000000"/>
        </w:rPr>
      </w:pPr>
      <w:r>
        <w:rPr>
          <w:rFonts w:ascii="宋体" w:hAnsi="宋体" w:eastAsia="宋体" w:cs="宋体"/>
          <w:color w:val="000000"/>
        </w:rPr>
        <w:t>根据第⑥段“这之后，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温馨风景线，一直持续到他终老的那一天，从未错过一次，盲人们都说，那是因为他们能听出他的脚步声”可知，盲人们会在老舍下班从街上路过时，放下手中的活，点亮屋内的灯，然后站到各自的大门口前，只为跟他打招呼，问声好，为他照亮门前的那段路，盲人们对老舍大爱无私，不惜放下身段到处求人只为解决素未相识的盲人们的生活温饱问题的感激，老舍的脚步声深深的印在他们的心中，从此那条街道成为一道不变的温馨风景线。</w:t>
      </w:r>
    </w:p>
    <w:p>
      <w:pPr>
        <w:spacing w:line="360" w:lineRule="auto"/>
        <w:jc w:val="left"/>
        <w:textAlignment w:val="center"/>
        <w:rPr>
          <w:color w:val="000000"/>
        </w:rPr>
      </w:pPr>
      <w:r>
        <w:rPr>
          <w:rFonts w:ascii="宋体" w:hAnsi="宋体" w:eastAsia="宋体" w:cs="宋体"/>
          <w:color w:val="000000"/>
        </w:rPr>
        <w:t>联系们的实际生活，每天在天还没亮，街道上就有了环卫工人的身影，他们身穿反光服，折射着路灯的光芒，不顾辛苦为我们的城市环境做着清洁工作，汇聚成一个个的亮点，连成一道光线也是一道温馨的风景。我认为：光鲜亮丽城市的背后是勤劳与奉献。</w:t>
      </w:r>
    </w:p>
    <w:p>
      <w:pPr>
        <w:pStyle w:val="Heading3"/>
      </w:pPr>
      <w:r>
        <w:t>第二中学（12月月考）</w:t>
      </w:r>
    </w:p>
    <w:p>
      <w:pPr>
        <w:spacing w:line="360" w:lineRule="auto"/>
        <w:jc w:val="both"/>
        <w:textAlignment w:val="center"/>
        <w:rPr>
          <w:color w:val="000000"/>
        </w:rPr>
      </w:pPr>
      <w:r>
        <w:rPr>
          <w:rFonts w:ascii="宋体" w:hAnsi="宋体" w:eastAsia="宋体" w:cs="宋体"/>
          <w:b/>
          <w:color w:val="000000"/>
          <w:sz w:val="24"/>
        </w:rPr>
        <w:t>四、现代文阅读（共计分）</w:t>
      </w:r>
    </w:p>
    <w:p>
      <w:pPr>
        <w:spacing w:line="360" w:lineRule="auto"/>
        <w:jc w:val="both"/>
        <w:textAlignment w:val="center"/>
        <w:rPr>
          <w:color w:val="000000"/>
        </w:rPr>
      </w:pPr>
      <w:r>
        <w:rPr>
          <w:rFonts w:ascii="宋体" w:hAnsi="宋体" w:eastAsia="宋体" w:cs="宋体"/>
          <w:b/>
          <w:color w:val="000000"/>
          <w:sz w:val="24"/>
        </w:rPr>
        <w:t>（一）（共13分）</w:t>
      </w:r>
    </w:p>
    <w:p>
      <w:pPr>
        <w:spacing w:line="360" w:lineRule="auto"/>
        <w:jc w:val="left"/>
        <w:textAlignment w:val="center"/>
        <w:rPr>
          <w:color w:val="000000"/>
        </w:rPr>
      </w:pPr>
      <w:r>
        <w:rPr>
          <w:rFonts w:ascii="宋体" w:hAnsi="宋体" w:eastAsia="宋体" w:cs="宋体"/>
          <w:color w:val="000000"/>
        </w:rPr>
        <w:t>阅读下面材料，完成小题。</w:t>
      </w:r>
    </w:p>
    <w:p>
      <w:pPr>
        <w:spacing w:line="360" w:lineRule="auto"/>
        <w:jc w:val="left"/>
        <w:textAlignment w:val="center"/>
        <w:rPr>
          <w:color w:val="000000"/>
        </w:rPr>
      </w:pPr>
      <w:r>
        <w:rPr>
          <w:rFonts w:ascii="宋体" w:hAnsi="宋体" w:eastAsia="宋体" w:cs="宋体"/>
          <w:color w:val="000000"/>
        </w:rPr>
        <w:t>综合实践课上，同学们召开“网络交友利与弊”专题讨论会。语文课代表将讨论内容整理成下面三则材料。</w:t>
      </w:r>
    </w:p>
    <w:p>
      <w:pPr>
        <w:spacing w:line="360" w:lineRule="auto"/>
        <w:ind w:firstLine="420"/>
        <w:jc w:val="left"/>
        <w:textAlignment w:val="center"/>
        <w:rPr>
          <w:color w:val="000000"/>
        </w:rPr>
      </w:pPr>
      <w:r>
        <w:rPr>
          <w:rFonts w:ascii="楷体" w:hAnsi="楷体" w:eastAsia="楷体" w:cs="楷体"/>
          <w:color w:val="000000"/>
        </w:rPr>
        <w:t>【材料一】</w:t>
      </w:r>
    </w:p>
    <w:p>
      <w:pPr>
        <w:spacing w:line="360" w:lineRule="auto"/>
        <w:ind w:firstLine="420"/>
        <w:jc w:val="left"/>
        <w:textAlignment w:val="center"/>
        <w:rPr>
          <w:color w:val="000000"/>
        </w:rPr>
      </w:pPr>
      <w:r>
        <w:rPr>
          <w:rFonts w:ascii="楷体" w:hAnsi="楷体" w:eastAsia="楷体" w:cs="楷体"/>
          <w:color w:val="000000"/>
        </w:rPr>
        <w:t>随着互联网的发展和智能终端设备（电脑、智能手机）的普及，2005后这一代中学生虽然年龄不大，但是都已成为了“老网民”。本班同学使用互联网的相关数据，见下面的扇形统计图。</w:t>
      </w:r>
    </w:p>
    <w:p>
      <w:pPr>
        <w:spacing w:line="360" w:lineRule="auto"/>
        <w:ind w:firstLine="420"/>
        <w:jc w:val="left"/>
        <w:textAlignment w:val="center"/>
        <w:rPr>
          <w:color w:val="000000"/>
        </w:rPr>
      </w:pPr>
      <w:r>
        <w:rPr>
          <w:color w:val="000000"/>
        </w:rPr>
        <w:drawing>
          <wp:inline distT="0" distB="0" distL="114300" distR="114300">
            <wp:extent cx="1543050" cy="1228725"/>
            <wp:effectExtent l="0" t="0" r="0" b="9525"/>
            <wp:docPr id="1589"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图片 100005"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1543050" cy="1228725"/>
                    </a:xfrm>
                    <a:prstGeom prst="rect">
                      <a:avLst/>
                    </a:prstGeom>
                  </pic:spPr>
                </pic:pic>
              </a:graphicData>
            </a:graphic>
          </wp:inline>
        </w:drawing>
      </w:r>
    </w:p>
    <w:p>
      <w:pPr>
        <w:spacing w:line="360" w:lineRule="auto"/>
        <w:ind w:firstLine="420"/>
        <w:jc w:val="left"/>
        <w:textAlignment w:val="center"/>
        <w:rPr>
          <w:color w:val="000000"/>
        </w:rPr>
      </w:pPr>
      <w:r>
        <w:rPr>
          <w:rFonts w:ascii="楷体" w:hAnsi="楷体" w:eastAsia="楷体" w:cs="楷体"/>
          <w:color w:val="000000"/>
        </w:rPr>
        <w:t>【材料二】</w:t>
      </w:r>
    </w:p>
    <w:p>
      <w:pPr>
        <w:spacing w:line="360" w:lineRule="auto"/>
        <w:ind w:firstLine="420"/>
        <w:jc w:val="left"/>
        <w:textAlignment w:val="center"/>
        <w:rPr>
          <w:color w:val="000000"/>
        </w:rPr>
      </w:pPr>
      <w:r>
        <w:rPr>
          <w:rFonts w:ascii="楷体" w:hAnsi="楷体" w:eastAsia="楷体" w:cs="楷体"/>
          <w:color w:val="000000"/>
        </w:rPr>
        <w:t>纵观人类历史，从来没有一种通讯工具像互联网络这样为人们提供了广泛联系的可能性。互联网在当今的信息时代,已经深入千家万户,正在改变着传统的交友方式。只要有一台联网的电脑，你就可以足不出户与远在地球上其他地区的网友们联系。中学生课业负担重，思想逐渐成熟，好多成长的烦恼只能和同龄人去倾诉，互联网交友能帮你找到志同道和的倾诉对象，交流共同的兴趣爱好，免去“当面说不好意思”的尴尬。因此，从交友的目的和网络的功能来看,网络交友利大于弊。</w:t>
      </w:r>
    </w:p>
    <w:p>
      <w:pPr>
        <w:spacing w:line="360" w:lineRule="auto"/>
        <w:ind w:firstLine="420"/>
        <w:jc w:val="left"/>
        <w:textAlignment w:val="center"/>
        <w:rPr>
          <w:color w:val="000000"/>
        </w:rPr>
      </w:pPr>
      <w:r>
        <w:rPr>
          <w:rFonts w:ascii="楷体" w:hAnsi="楷体" w:eastAsia="楷体" w:cs="楷体"/>
          <w:color w:val="000000"/>
        </w:rPr>
        <w:t>【材料三】</w:t>
      </w:r>
    </w:p>
    <w:p>
      <w:pPr>
        <w:spacing w:line="360" w:lineRule="auto"/>
        <w:ind w:firstLine="420"/>
        <w:jc w:val="left"/>
        <w:textAlignment w:val="center"/>
        <w:rPr>
          <w:color w:val="000000"/>
        </w:rPr>
      </w:pPr>
      <w:r>
        <w:rPr>
          <w:rFonts w:ascii="楷体" w:hAnsi="楷体" w:eastAsia="楷体" w:cs="楷体"/>
          <w:color w:val="000000"/>
        </w:rPr>
        <w:t>“网络交友提供了一切可能，也提供了一切问题的可能！”从现实来看，网络交友存在弊端。</w:t>
      </w:r>
    </w:p>
    <w:p>
      <w:pPr>
        <w:spacing w:line="360" w:lineRule="auto"/>
        <w:ind w:firstLine="420"/>
        <w:jc w:val="left"/>
        <w:textAlignment w:val="center"/>
        <w:rPr>
          <w:color w:val="000000"/>
        </w:rPr>
      </w:pPr>
      <w:r>
        <w:rPr>
          <w:rFonts w:ascii="楷体" w:hAnsi="楷体" w:eastAsia="楷体" w:cs="楷体"/>
          <w:color w:val="000000"/>
        </w:rPr>
        <w:t>网络是虚幻的，没有人也没有办法对网上的“个人资料”进行审核。最为经典的一句话就是：没人知道坐在电脑前的是不是一个好人。想在谎言的世界寻找真实的情感无异是自欺欺人！网络使沟通变得自由与便捷，别有用心者打着交友的旗号图谋不轨，也使行骗更难让人识别，容易引发严重的社会问题。网络是一个没有法律制约与道德规范的自由世界，引很多人在聊天时容易放纵自己，低级趣味泛滥成灾，容易引发严重的道德问题。</w:t>
      </w:r>
    </w:p>
    <w:p>
      <w:pPr>
        <w:spacing w:line="360" w:lineRule="auto"/>
        <w:jc w:val="left"/>
        <w:textAlignment w:val="center"/>
        <w:rPr>
          <w:color w:val="000000"/>
        </w:rPr>
      </w:pPr>
      <w:r>
        <w:rPr>
          <w:color w:val="000000"/>
        </w:rPr>
        <w:t xml:space="preserve">15. </w:t>
      </w:r>
      <w:r>
        <w:rPr>
          <w:rFonts w:ascii="宋体" w:hAnsi="宋体" w:eastAsia="宋体" w:cs="宋体"/>
          <w:color w:val="000000"/>
        </w:rPr>
        <w:t>阅读【材料一】，说说本班同学们使用互联网的主要用途。</w:t>
      </w:r>
    </w:p>
    <w:p>
      <w:pPr>
        <w:spacing w:line="360" w:lineRule="auto"/>
        <w:jc w:val="left"/>
        <w:textAlignment w:val="center"/>
        <w:rPr>
          <w:color w:val="000000"/>
        </w:rPr>
      </w:pPr>
      <w:r>
        <w:rPr>
          <w:color w:val="000000"/>
        </w:rPr>
        <w:t xml:space="preserve">16. </w:t>
      </w:r>
      <w:r>
        <w:rPr>
          <w:rFonts w:ascii="宋体" w:hAnsi="宋体" w:eastAsia="宋体" w:cs="宋体"/>
          <w:color w:val="000000"/>
        </w:rPr>
        <w:t>阅读以上三则材料，完成下面表格。</w:t>
      </w:r>
    </w:p>
    <w:tbl>
      <w:tblPr>
        <w:tblStyle w:val="4"/>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30"/>
        <w:gridCol w:w="183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网络交友的利</w:t>
            </w:r>
          </w:p>
        </w:tc>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网络交友的弊</w:t>
            </w:r>
          </w:p>
        </w:tc>
        <w:tc>
          <w:tcPr>
            <w:tcW w:w="4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用上一组关联词，表达你对网络交友的态度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p>
        </w:tc>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p>
        </w:tc>
        <w:tc>
          <w:tcPr>
            <w:tcW w:w="468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②</w:t>
            </w:r>
          </w:p>
        </w:tc>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④</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textAlignment w:val="center"/>
        <w:rPr>
          <w:color w:val="000000"/>
        </w:rPr>
      </w:pPr>
      <w:r>
        <w:rPr>
          <w:color w:val="2E75B6"/>
        </w:rPr>
        <w:t>【答案】</w:t>
      </w:r>
      <w:r>
        <w:rPr>
          <w:color w:val="000000"/>
        </w:rPr>
        <w:t xml:space="preserve">15. </w:t>
      </w:r>
      <w:r>
        <w:rPr>
          <w:rFonts w:ascii="宋体" w:hAnsi="宋体" w:eastAsia="宋体" w:cs="宋体"/>
          <w:color w:val="000000"/>
        </w:rPr>
        <w:t>同学们使用互联网主要是QQ、微信互动和玩游戏。</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利：①不受距离限制  ②寻找倾诉对象（缓解压力）</w:t>
      </w:r>
    </w:p>
    <w:p>
      <w:pPr>
        <w:spacing w:line="360" w:lineRule="auto"/>
        <w:jc w:val="left"/>
        <w:textAlignment w:val="center"/>
        <w:rPr>
          <w:color w:val="000000"/>
        </w:rPr>
      </w:pPr>
      <w:r>
        <w:rPr>
          <w:rFonts w:ascii="宋体" w:hAnsi="宋体" w:eastAsia="宋体" w:cs="宋体"/>
          <w:color w:val="000000"/>
        </w:rPr>
        <w:t>弊：③真实性差，易受骗  ④缺乏法律与道德约束  ⑤运用恰当的关联词，说出利与弊的关系。</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textAlignment w:val="center"/>
        <w:rPr>
          <w:color w:val="000000"/>
        </w:rPr>
      </w:pPr>
      <w:r>
        <w:rPr>
          <w:rFonts w:ascii="宋体" w:hAnsi="宋体" w:eastAsia="宋体" w:cs="宋体"/>
          <w:color w:val="000000"/>
        </w:rPr>
        <w:t>此题考查的是对图表的分析。</w:t>
      </w:r>
      <w:r>
        <w:rPr>
          <w:rFonts w:ascii="Times New Roman" w:hAnsi="Times New Roman" w:eastAsia="Times New Roman" w:cs="Times New Roman"/>
          <w:color w:val="000000"/>
        </w:rPr>
        <w:t xml:space="preserve"> </w:t>
      </w:r>
      <w:r>
        <w:rPr>
          <w:rFonts w:ascii="宋体" w:hAnsi="宋体" w:eastAsia="宋体" w:cs="宋体"/>
          <w:color w:val="000000"/>
        </w:rPr>
        <w:t>通过图表中的数据我们可以发现半分比最大的是</w:t>
      </w:r>
      <w:r>
        <w:rPr>
          <w:rFonts w:ascii="Times New Roman" w:hAnsi="Times New Roman" w:eastAsia="Times New Roman" w:cs="Times New Roman"/>
          <w:color w:val="000000"/>
        </w:rPr>
        <w:t>QQ</w:t>
      </w:r>
      <w:r>
        <w:rPr>
          <w:rFonts w:ascii="宋体" w:hAnsi="宋体" w:eastAsia="宋体" w:cs="宋体"/>
          <w:color w:val="000000"/>
        </w:rPr>
        <w:t>和微信互动，其次是玩游戏。所以学生们使用互联网的主要用途就是</w:t>
      </w:r>
      <w:r>
        <w:rPr>
          <w:rFonts w:ascii="Times New Roman" w:hAnsi="Times New Roman" w:eastAsia="Times New Roman" w:cs="Times New Roman"/>
          <w:color w:val="000000"/>
        </w:rPr>
        <w:t>QQ</w:t>
      </w:r>
      <w:r>
        <w:rPr>
          <w:rFonts w:ascii="宋体" w:hAnsi="宋体" w:eastAsia="宋体" w:cs="宋体"/>
          <w:color w:val="000000"/>
        </w:rPr>
        <w:t>、微信互动、玩游戏。</w:t>
      </w:r>
    </w:p>
    <w:p>
      <w:pPr>
        <w:spacing w:line="360" w:lineRule="auto"/>
        <w:textAlignment w:val="center"/>
        <w:rPr>
          <w:color w:val="000000"/>
        </w:rPr>
      </w:pPr>
      <w:r>
        <w:rPr>
          <w:color w:val="000000"/>
        </w:rPr>
        <w:t>【16题详解】</w:t>
      </w:r>
    </w:p>
    <w:p>
      <w:pPr>
        <w:spacing w:line="360" w:lineRule="auto"/>
        <w:textAlignment w:val="center"/>
        <w:rPr>
          <w:color w:val="000000"/>
        </w:rPr>
      </w:pPr>
      <w:r>
        <w:rPr>
          <w:rFonts w:ascii="宋体" w:hAnsi="宋体" w:eastAsia="宋体" w:cs="宋体"/>
          <w:color w:val="000000"/>
        </w:rPr>
        <w:t>此题考查的是对材料的探究。从材料二中我们可以找到网络交友的优点“能帮你找到志同道和的倾诉对象，交流共同的兴趣爱好，免去‘当面说不好意思’的尴尬”，材料三中是网络交友的缺点“网络是虚幻的”“别有用心者打着交友的旗号图谋不轨，也使行骗更难让人识别，容易引发严重的社会问题”“是一个没有法律制约与道德规范的自由世界，引很多人在聊天时容易放纵自己，低级趣味泛滥成灾，容易引发严重的道德问题”。据此作答。</w:t>
      </w:r>
    </w:p>
    <w:p>
      <w:pPr>
        <w:spacing w:line="360" w:lineRule="auto"/>
        <w:jc w:val="left"/>
        <w:textAlignment w:val="center"/>
        <w:rPr>
          <w:color w:val="000000"/>
        </w:rPr>
      </w:pPr>
      <w:r>
        <w:rPr>
          <w:rFonts w:ascii="宋体" w:hAnsi="宋体" w:eastAsia="宋体" w:cs="宋体"/>
          <w:color w:val="000000"/>
        </w:rPr>
        <w:t>对于网络交友的态度，在表述时可以辨证的看待问题，将利与弊都融合进去，可以使用关联词“虽然……但是”。示例：网络交友虽然能帮你找到志同道和的倾诉对象，交流共同的兴趣爱好，但是这是一个没有法律制约与道德规范的自由世界，引很多人在聊天时容易放纵自己，低级趣味泛滥成灾，容易引发严重的道德问题。所以需要谨慎对待。</w:t>
      </w:r>
    </w:p>
    <w:p>
      <w:pPr>
        <w:spacing w:line="360" w:lineRule="auto"/>
        <w:jc w:val="both"/>
        <w:textAlignment w:val="center"/>
        <w:rPr>
          <w:color w:val="000000"/>
        </w:rPr>
      </w:pPr>
      <w:r>
        <w:rPr>
          <w:rFonts w:ascii="宋体" w:hAnsi="宋体" w:eastAsia="宋体" w:cs="宋体"/>
          <w:b/>
          <w:color w:val="000000"/>
          <w:sz w:val="24"/>
        </w:rPr>
        <w:t>（二）（共13分）</w:t>
      </w:r>
    </w:p>
    <w:p>
      <w:pPr>
        <w:spacing w:line="360" w:lineRule="auto"/>
        <w:jc w:val="left"/>
        <w:textAlignment w:val="center"/>
        <w:rPr>
          <w:color w:val="000000"/>
        </w:rPr>
      </w:pPr>
      <w:r>
        <w:rPr>
          <w:rFonts w:ascii="宋体" w:hAnsi="宋体" w:eastAsia="宋体" w:cs="宋体"/>
          <w:color w:val="000000"/>
        </w:rPr>
        <w:t>阅读《丑婆》，完成下面小题。</w:t>
      </w:r>
    </w:p>
    <w:p>
      <w:pPr>
        <w:spacing w:line="360" w:lineRule="auto"/>
        <w:jc w:val="center"/>
        <w:textAlignment w:val="center"/>
        <w:rPr>
          <w:color w:val="000000"/>
        </w:rPr>
      </w:pPr>
      <w:r>
        <w:rPr>
          <w:rFonts w:ascii="楷体" w:hAnsi="楷体" w:eastAsia="楷体" w:cs="楷体"/>
          <w:color w:val="000000"/>
        </w:rPr>
        <w:t>丑婆</w:t>
      </w:r>
    </w:p>
    <w:p>
      <w:pPr>
        <w:spacing w:line="360" w:lineRule="auto"/>
        <w:jc w:val="center"/>
        <w:textAlignment w:val="center"/>
        <w:rPr>
          <w:color w:val="000000"/>
        </w:rPr>
      </w:pPr>
      <w:r>
        <w:rPr>
          <w:rFonts w:ascii="楷体" w:hAnsi="楷体" w:eastAsia="楷体" w:cs="楷体"/>
          <w:color w:val="000000"/>
        </w:rPr>
        <w:t>安武林</w:t>
      </w:r>
    </w:p>
    <w:p>
      <w:pPr>
        <w:spacing w:line="360" w:lineRule="auto"/>
        <w:ind w:firstLine="420"/>
        <w:jc w:val="left"/>
        <w:textAlignment w:val="center"/>
        <w:rPr>
          <w:color w:val="000000"/>
        </w:rPr>
      </w:pPr>
      <w:r>
        <w:rPr>
          <w:rFonts w:ascii="楷体" w:hAnsi="楷体" w:eastAsia="楷体" w:cs="楷体"/>
          <w:color w:val="000000"/>
        </w:rPr>
        <w:t>①丑婆家的朱漆大门，一年四季都紧紧关着，高高的院墙内，住着无儿无女没有亲人的丑婆。听大人们形容丑婆：矮小，小脚，一脸的麻子，眼睛是一条很小的缝，眼球根本看不见东西，嘴脸的形状和原始人差不多。</w:t>
      </w:r>
    </w:p>
    <w:p>
      <w:pPr>
        <w:spacing w:line="360" w:lineRule="auto"/>
        <w:ind w:firstLine="420"/>
        <w:jc w:val="left"/>
        <w:textAlignment w:val="center"/>
        <w:rPr>
          <w:color w:val="000000"/>
        </w:rPr>
      </w:pPr>
      <w:r>
        <w:rPr>
          <w:rFonts w:ascii="楷体" w:hAnsi="楷体" w:eastAsia="楷体" w:cs="楷体"/>
          <w:color w:val="000000"/>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pPr>
        <w:spacing w:line="360" w:lineRule="auto"/>
        <w:ind w:firstLine="420"/>
        <w:jc w:val="left"/>
        <w:textAlignment w:val="center"/>
        <w:rPr>
          <w:color w:val="000000"/>
        </w:rPr>
      </w:pPr>
      <w:r>
        <w:rPr>
          <w:rFonts w:ascii="楷体" w:hAnsi="楷体" w:eastAsia="楷体" w:cs="楷体"/>
          <w:color w:val="000000"/>
        </w:rPr>
        <w:t>③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pPr>
        <w:spacing w:line="360" w:lineRule="auto"/>
        <w:ind w:firstLine="420"/>
        <w:jc w:val="left"/>
        <w:textAlignment w:val="center"/>
        <w:rPr>
          <w:color w:val="000000"/>
        </w:rPr>
      </w:pPr>
      <w:r>
        <w:rPr>
          <w:rFonts w:ascii="楷体" w:hAnsi="楷体" w:eastAsia="楷体" w:cs="楷体"/>
          <w:color w:val="000000"/>
        </w:rPr>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pPr>
        <w:spacing w:line="360" w:lineRule="auto"/>
        <w:ind w:firstLine="420"/>
        <w:jc w:val="left"/>
        <w:textAlignment w:val="center"/>
        <w:rPr>
          <w:color w:val="000000"/>
        </w:rPr>
      </w:pPr>
      <w:r>
        <w:rPr>
          <w:rFonts w:ascii="楷体" w:hAnsi="楷体" w:eastAsia="楷体" w:cs="楷体"/>
          <w:color w:val="000000"/>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pPr>
        <w:spacing w:line="360" w:lineRule="auto"/>
        <w:ind w:firstLine="420"/>
        <w:jc w:val="left"/>
        <w:textAlignment w:val="center"/>
        <w:rPr>
          <w:color w:val="000000"/>
        </w:rPr>
      </w:pPr>
      <w:r>
        <w:rPr>
          <w:rFonts w:ascii="楷体" w:hAnsi="楷体" w:eastAsia="楷体" w:cs="楷体"/>
          <w:color w:val="000000"/>
        </w:rPr>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pPr>
        <w:spacing w:line="360" w:lineRule="auto"/>
        <w:ind w:firstLine="420"/>
        <w:jc w:val="left"/>
        <w:textAlignment w:val="center"/>
        <w:rPr>
          <w:color w:val="000000"/>
        </w:rPr>
      </w:pPr>
      <w:r>
        <w:rPr>
          <w:rFonts w:ascii="楷体" w:hAnsi="楷体" w:eastAsia="楷体" w:cs="楷体"/>
          <w:color w:val="000000"/>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pPr>
        <w:spacing w:line="360" w:lineRule="auto"/>
        <w:ind w:firstLine="420"/>
        <w:jc w:val="left"/>
        <w:textAlignment w:val="center"/>
        <w:rPr>
          <w:color w:val="000000"/>
        </w:rPr>
      </w:pPr>
      <w:r>
        <w:rPr>
          <w:rFonts w:ascii="楷体" w:hAnsi="楷体" w:eastAsia="楷体" w:cs="楷体"/>
          <w:color w:val="000000"/>
        </w:rPr>
        <w:t>⑧爸爸和缓了一下语气，接着又说：孩子每年都吃着丑婆的桑葚，享受着她的爱，我们却不敢向孩子坦白，至少，我们的孩子应该当面谢谢人家才对。咱家的杏子不是熟了吗？挑些个大熟透的，让孩子给丑婆送去。</w:t>
      </w:r>
    </w:p>
    <w:p>
      <w:pPr>
        <w:spacing w:line="360" w:lineRule="auto"/>
        <w:ind w:firstLine="420"/>
        <w:jc w:val="left"/>
        <w:textAlignment w:val="center"/>
        <w:rPr>
          <w:color w:val="000000"/>
        </w:rPr>
      </w:pPr>
      <w:r>
        <w:rPr>
          <w:rFonts w:ascii="楷体" w:hAnsi="楷体" w:eastAsia="楷体" w:cs="楷体"/>
          <w:color w:val="000000"/>
        </w:rPr>
        <w:t>⑨啊，是丑婆？我惊讶地张大了嘴巴，差点没喊出声来。丑婆刚刚还来过，我在睡梦中的时候她来过了。我很懊悔，没能偷偷看一眼丑婆。她家有一株硕大的桑葚树，我们品尝着桑葚的甜蜜。</w:t>
      </w:r>
      <w:r>
        <w:rPr>
          <w:rFonts w:ascii="楷体" w:hAnsi="楷体" w:eastAsia="楷体" w:cs="楷体"/>
          <w:color w:val="000000"/>
          <w:u w:val="single"/>
        </w:rPr>
        <w:t>我们这些孩子都是树上的小鸟，丑婆你就是生长着快乐的大树</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⑩父母吹灭了灯，他们休息了。他们商定好了明天由我去送杏子给丑婆。</w:t>
      </w:r>
    </w:p>
    <w:p>
      <w:pPr>
        <w:spacing w:line="360" w:lineRule="auto"/>
        <w:ind w:firstLine="420"/>
        <w:jc w:val="left"/>
        <w:textAlignment w:val="center"/>
        <w:rPr>
          <w:color w:val="000000"/>
        </w:rPr>
      </w:pPr>
      <w:r>
        <w:rPr>
          <w:rFonts w:ascii="楷体" w:hAnsi="楷体" w:eastAsia="楷体" w:cs="楷体"/>
          <w:color w:val="000000"/>
        </w:rPr>
        <w:t>⑪那一夜，我失眠了，翻来覆去想着丑婆……</w:t>
      </w:r>
    </w:p>
    <w:p>
      <w:pPr>
        <w:spacing w:line="360" w:lineRule="auto"/>
        <w:ind w:firstLine="420"/>
        <w:jc w:val="left"/>
        <w:textAlignment w:val="center"/>
        <w:rPr>
          <w:color w:val="000000"/>
        </w:rPr>
      </w:pPr>
      <w:r>
        <w:rPr>
          <w:rFonts w:ascii="楷体" w:hAnsi="楷体" w:eastAsia="楷体" w:cs="楷体"/>
          <w:color w:val="000000"/>
        </w:rPr>
        <w:t>⑫天亮了，我捧着杏子来到丑婆家的朱漆大门前，口中念念有词：丑婆，丑婆，我给你送杏子来了，请你开门。我的声音没有走调。我不害怕！</w:t>
      </w:r>
    </w:p>
    <w:p>
      <w:pPr>
        <w:spacing w:line="360" w:lineRule="auto"/>
        <w:ind w:firstLine="420"/>
        <w:jc w:val="right"/>
        <w:textAlignment w:val="center"/>
        <w:rPr>
          <w:color w:val="000000"/>
        </w:rPr>
      </w:pPr>
      <w:r>
        <w:rPr>
          <w:rFonts w:ascii="楷体" w:hAnsi="楷体" w:eastAsia="楷体" w:cs="楷体"/>
          <w:color w:val="000000"/>
        </w:rPr>
        <w:t>（有删改）</w:t>
      </w:r>
    </w:p>
    <w:p>
      <w:pPr>
        <w:spacing w:line="360" w:lineRule="auto"/>
        <w:jc w:val="left"/>
        <w:textAlignment w:val="center"/>
        <w:rPr>
          <w:color w:val="000000"/>
        </w:rPr>
      </w:pPr>
      <w:r>
        <w:rPr>
          <w:color w:val="000000"/>
        </w:rPr>
        <w:t xml:space="preserve">17. </w:t>
      </w:r>
      <w:r>
        <w:rPr>
          <w:rFonts w:ascii="宋体" w:hAnsi="宋体" w:eastAsia="宋体" w:cs="宋体"/>
          <w:color w:val="000000"/>
        </w:rPr>
        <w:t>阅读文章，摘录文中表明事情发展的时间，概括事件及“我”不同阶段的心理，填写下表。</w:t>
      </w:r>
    </w:p>
    <w:tbl>
      <w:tblPr>
        <w:tblStyle w:val="4"/>
        <w:tblW w:w="5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95"/>
        <w:gridCol w:w="2130"/>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事件</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平日里</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听丑婆的传闻</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②</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惊讶、懊悔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天亮了</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④</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不害怕</w:t>
            </w:r>
          </w:p>
        </w:tc>
      </w:tr>
    </w:tbl>
    <w:p>
      <w:pPr>
        <w:spacing w:line="360" w:lineRule="auto"/>
        <w:jc w:val="left"/>
        <w:textAlignment w:val="center"/>
        <w:rPr>
          <w:color w:val="000000"/>
        </w:rPr>
      </w:pPr>
      <w:r>
        <w:rPr>
          <w:color w:val="000000"/>
        </w:rPr>
        <w:t xml:space="preserve">18. </w:t>
      </w:r>
      <w:r>
        <w:rPr>
          <w:rFonts w:ascii="宋体" w:hAnsi="宋体" w:eastAsia="宋体" w:cs="宋体"/>
          <w:color w:val="000000"/>
        </w:rPr>
        <w:t>仿照第⑨段画线句，在横线处补写合适</w:t>
      </w:r>
      <w:r>
        <w:rPr>
          <w:rFonts w:ascii="宋体" w:hAnsi="宋体" w:eastAsia="宋体" w:cs="宋体"/>
          <w:color w:val="000000"/>
          <w:position w:val="0"/>
        </w:rPr>
        <w:drawing>
          <wp:inline distT="0" distB="0" distL="114300" distR="114300">
            <wp:extent cx="133350" cy="177800"/>
            <wp:effectExtent l="0" t="0" r="0" b="13335"/>
            <wp:docPr id="1591"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图片 100007"/>
                    <pic:cNvPicPr>
                      <a:picLocks noChangeAspect="1"/>
                    </pic:cNvPicPr>
                  </pic:nvPicPr>
                  <pic:blipFill>
                    <a:blip r:embed="rId14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内容。</w:t>
      </w:r>
    </w:p>
    <w:p>
      <w:pPr>
        <w:spacing w:line="360" w:lineRule="auto"/>
        <w:jc w:val="left"/>
        <w:textAlignment w:val="center"/>
        <w:rPr>
          <w:color w:val="000000"/>
        </w:rPr>
      </w:pPr>
      <w:r>
        <w:rPr>
          <w:rFonts w:ascii="宋体" w:hAnsi="宋体" w:eastAsia="宋体" w:cs="宋体"/>
          <w:color w:val="000000"/>
        </w:rPr>
        <w:t>我们这些孩子都是</w:t>
      </w:r>
      <w:r>
        <w:rPr>
          <w:rFonts w:ascii="宋体" w:hAnsi="宋体" w:eastAsia="宋体" w:cs="宋体"/>
          <w:color w:val="000000"/>
          <w:u w:val="single"/>
        </w:rPr>
        <w:t>①</w:t>
      </w:r>
      <w:r>
        <w:rPr>
          <w:color w:val="000000"/>
        </w:rPr>
        <w:t>______</w:t>
      </w:r>
      <w:r>
        <w:rPr>
          <w:rFonts w:ascii="宋体" w:hAnsi="宋体" w:eastAsia="宋体" w:cs="宋体"/>
          <w:color w:val="000000"/>
        </w:rPr>
        <w:t>，丑婆你就是</w:t>
      </w:r>
      <w:r>
        <w:rPr>
          <w:rFonts w:ascii="宋体" w:hAnsi="宋体" w:eastAsia="宋体" w:cs="宋体"/>
          <w:color w:val="000000"/>
          <w:u w:val="single"/>
        </w:rPr>
        <w:t>②</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第①段写“那一夜，我失眠了，翻来覆去想着丑婆……”请结合上下文，合理想象，补写此刻“我”的心理活动。</w:t>
      </w:r>
    </w:p>
    <w:p>
      <w:pPr>
        <w:spacing w:line="360" w:lineRule="auto"/>
        <w:jc w:val="left"/>
        <w:textAlignment w:val="center"/>
        <w:rPr>
          <w:color w:val="000000"/>
        </w:rPr>
      </w:pPr>
      <w:r>
        <w:rPr>
          <w:color w:val="000000"/>
        </w:rPr>
        <w:t xml:space="preserve">20. </w:t>
      </w:r>
      <w:r>
        <w:rPr>
          <w:rFonts w:ascii="宋体" w:hAnsi="宋体" w:eastAsia="宋体" w:cs="宋体"/>
          <w:color w:val="000000"/>
        </w:rPr>
        <w:t>阅读全文，你认为文中的丑婆丑吗？结合文章内容，谈谈你的理解。</w:t>
      </w:r>
    </w:p>
    <w:p>
      <w:pPr>
        <w:spacing w:line="360" w:lineRule="auto"/>
        <w:textAlignment w:val="center"/>
        <w:rPr>
          <w:color w:val="000000"/>
        </w:rPr>
      </w:pPr>
      <w:r>
        <w:rPr>
          <w:color w:val="2E75B6"/>
        </w:rPr>
        <w:t>【答案】</w:t>
      </w:r>
      <w:r>
        <w:rPr>
          <w:color w:val="000000"/>
        </w:rPr>
        <w:t xml:space="preserve">17. </w:t>
      </w:r>
      <w:r>
        <w:rPr>
          <w:rFonts w:ascii="宋体" w:hAnsi="宋体" w:eastAsia="宋体" w:cs="宋体"/>
          <w:color w:val="000000"/>
        </w:rPr>
        <w:t>①兴奋、惧怕②一天晚上（那一夜）③得知丑婆送桑葚的真相④给丑婆送杏子</w:t>
      </w:r>
      <w:r>
        <w:rPr>
          <w:color w:val="000000"/>
        </w:rPr>
        <w:t xml:space="preserve">    </w:t>
      </w:r>
    </w:p>
    <w:p>
      <w:pPr>
        <w:spacing w:line="360" w:lineRule="auto"/>
        <w:textAlignment w:val="center"/>
        <w:rPr>
          <w:color w:val="000000"/>
        </w:rPr>
      </w:pPr>
      <w:r>
        <w:rPr>
          <w:color w:val="000000"/>
        </w:rPr>
        <w:t xml:space="preserve">18.     ①. </w:t>
      </w:r>
      <w:r>
        <w:rPr>
          <w:rFonts w:ascii="宋体" w:hAnsi="宋体" w:eastAsia="宋体" w:cs="宋体"/>
          <w:color w:val="000000"/>
        </w:rPr>
        <w:t>①河中的小船</w:t>
      </w:r>
      <w:r>
        <w:rPr>
          <w:color w:val="000000"/>
        </w:rPr>
        <w:t xml:space="preserve">    ②. </w:t>
      </w:r>
      <w:r>
        <w:rPr>
          <w:rFonts w:ascii="宋体" w:hAnsi="宋体" w:eastAsia="宋体" w:cs="宋体"/>
          <w:color w:val="000000"/>
        </w:rPr>
        <w:t>②汇集了包容的港湾</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答案示例：您的宽容，您的无私，我们的无知与伤害，这一切令我多么懊恼与羞愧。丑婆，我对不起您！</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答案示例：我认为丑婆不丑。人的美与丑应看心灵与品质。丑婆喜爱孩子，每年都给孩子送来桑葚；她委屈自己，为了不让孩子受到惊吓，总是避而不见。拥有颗热爱儿童与包容他人心灵的人是美丽的。</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textAlignment w:val="center"/>
        <w:rPr>
          <w:color w:val="000000"/>
        </w:rPr>
      </w:pPr>
      <w:r>
        <w:rPr>
          <w:rFonts w:ascii="宋体" w:hAnsi="宋体" w:eastAsia="宋体" w:cs="宋体"/>
          <w:color w:val="000000"/>
        </w:rPr>
        <w:t>此题考查的是从文中搜集信息的能力。通读文章，文章第②段开始写了“我”听闻了丑婆的传说，“怀着既兴奋又惧怕的心情，渴望多知道一些有关丑婆的一些事情”，接下来的“一天晩上，我正睡得迷糊，突然被一阵剧烈的争吵惊醒了”，在迷迷糊糊中“我”听到了父母的谈话，知道了桑葚是丑婆送来了，理解了丑婆的苦衷，于是第二天“我捧着杏子来到丑婆家的朱漆大门前，口中念念有词：丑婆，丑婆，我给你送杏子来了，请你开门”，此时“我的声音没有走调。我不害怕”。据此理解作答。</w:t>
      </w:r>
    </w:p>
    <w:p>
      <w:pPr>
        <w:spacing w:line="360" w:lineRule="auto"/>
        <w:textAlignment w:val="center"/>
        <w:rPr>
          <w:color w:val="000000"/>
        </w:rPr>
      </w:pPr>
      <w:r>
        <w:rPr>
          <w:color w:val="000000"/>
        </w:rPr>
        <w:t>【18题详解】</w:t>
      </w:r>
    </w:p>
    <w:p>
      <w:pPr>
        <w:spacing w:line="360" w:lineRule="auto"/>
        <w:textAlignment w:val="center"/>
        <w:rPr>
          <w:color w:val="000000"/>
        </w:rPr>
      </w:pPr>
      <w:r>
        <w:rPr>
          <w:rFonts w:ascii="宋体" w:hAnsi="宋体" w:eastAsia="宋体" w:cs="宋体"/>
          <w:color w:val="000000"/>
        </w:rPr>
        <w:t>此题考查的是仿写句子。在仿写时要注意把握内容和形式两方面，结合上下文选择合适内容和合适的修辞手法。分析划线句“我们这些孩子都是树上的小鸟，丑婆你就是生长着快乐的大树”可知这里运用了比喻的修辞手法，内容上把握上下句的关系仿写即可。示例：我们这些孩子都是海洋中的小鱼，丑婆你就是承载着包容的大海。</w:t>
      </w:r>
    </w:p>
    <w:p>
      <w:pPr>
        <w:spacing w:line="360" w:lineRule="auto"/>
        <w:textAlignment w:val="center"/>
        <w:rPr>
          <w:color w:val="000000"/>
        </w:rPr>
      </w:pPr>
      <w:r>
        <w:rPr>
          <w:color w:val="000000"/>
        </w:rPr>
        <w:t>【19题详解】</w:t>
      </w:r>
    </w:p>
    <w:p>
      <w:pPr>
        <w:spacing w:line="360" w:lineRule="auto"/>
        <w:textAlignment w:val="center"/>
        <w:rPr>
          <w:color w:val="000000"/>
        </w:rPr>
      </w:pPr>
      <w:r>
        <w:rPr>
          <w:rFonts w:ascii="宋体" w:hAnsi="宋体" w:eastAsia="宋体" w:cs="宋体"/>
          <w:color w:val="000000"/>
        </w:rPr>
        <w:t>此题考查的是对人物心理的揣摩和语言表达的能力。解答此类试题，要真正走入作品，走进人物的内心世界，这样才能准确把握。这个偶然的机会，让“我”了解了丑婆，感受到了她的苦衷，“那一夜，我失眠了，翻来覆去想着丑婆……”此时“我”的内心应该是非常复杂，这里有对丑婆的愧疚——因为之前对丑婆的误解和嘲讽，有对丑婆的感激——并不与孩子们计较，每年都送来桑葚，宽容体贴。所以这里的心理描写主要要体现出这两种心情。据此理解作答。</w:t>
      </w:r>
    </w:p>
    <w:p>
      <w:pPr>
        <w:spacing w:line="360" w:lineRule="auto"/>
        <w:textAlignment w:val="center"/>
        <w:rPr>
          <w:color w:val="000000"/>
        </w:rPr>
      </w:pPr>
      <w:r>
        <w:rPr>
          <w:color w:val="000000"/>
        </w:rPr>
        <w:t>【20题详解】</w:t>
      </w:r>
    </w:p>
    <w:p>
      <w:pPr>
        <w:spacing w:line="360" w:lineRule="auto"/>
        <w:textAlignment w:val="center"/>
        <w:rPr>
          <w:color w:val="000000"/>
        </w:rPr>
      </w:pPr>
      <w:r>
        <w:rPr>
          <w:rFonts w:ascii="宋体" w:hAnsi="宋体" w:eastAsia="宋体" w:cs="宋体"/>
          <w:color w:val="000000"/>
        </w:rPr>
        <w:t>此题考查的是对人物形象的把握。解答此类试题时，首先从文中找出对该人物的描写，然后结合这些描写分析人物形象即可。“丑婆是害怕把孩子吓着，所以她一般在黑夜里走动”“孩子每年都吃着丑婆的桑葚，享受着她的爱”“她害怕弄醒孩子，更怕惊吓着孩子”这些句中可以看出丑婆有着美好的心灵，她对孩子们宽容，为了不让孩子受到惊吓，她只是委屈自己，可见丑婆不丑。据此理解作答。</w:t>
      </w:r>
    </w:p>
    <w:p>
      <w:pPr>
        <w:spacing w:line="360" w:lineRule="auto"/>
        <w:jc w:val="both"/>
        <w:textAlignment w:val="center"/>
        <w:rPr>
          <w:color w:val="000000"/>
        </w:rPr>
      </w:pPr>
      <w:r>
        <w:rPr>
          <w:rFonts w:ascii="宋体" w:hAnsi="宋体" w:eastAsia="宋体" w:cs="宋体"/>
          <w:b/>
          <w:color w:val="000000"/>
          <w:sz w:val="24"/>
        </w:rPr>
        <w:t>（三）（共16分）</w:t>
      </w:r>
    </w:p>
    <w:p>
      <w:pPr>
        <w:spacing w:line="360" w:lineRule="auto"/>
        <w:jc w:val="both"/>
        <w:textAlignment w:val="center"/>
        <w:rPr>
          <w:color w:val="000000"/>
        </w:rPr>
      </w:pPr>
      <w:r>
        <w:rPr>
          <w:rFonts w:ascii="宋体" w:hAnsi="宋体" w:eastAsia="宋体" w:cs="宋体"/>
          <w:color w:val="000000"/>
        </w:rPr>
        <w:t>阅读《美妙夏日 最喜蝉鸣》，完成小题。</w:t>
      </w:r>
    </w:p>
    <w:p>
      <w:pPr>
        <w:spacing w:line="360" w:lineRule="auto"/>
        <w:jc w:val="center"/>
        <w:textAlignment w:val="center"/>
        <w:rPr>
          <w:color w:val="000000"/>
        </w:rPr>
      </w:pPr>
      <w:r>
        <w:rPr>
          <w:rFonts w:ascii="楷体" w:hAnsi="楷体" w:eastAsia="楷体" w:cs="楷体"/>
          <w:color w:val="000000"/>
        </w:rPr>
        <w:t>美妙夏日 最喜蝉鸣</w:t>
      </w:r>
    </w:p>
    <w:p>
      <w:pPr>
        <w:spacing w:line="360" w:lineRule="auto"/>
        <w:jc w:val="center"/>
        <w:textAlignment w:val="center"/>
        <w:rPr>
          <w:color w:val="000000"/>
        </w:rPr>
      </w:pPr>
      <w:r>
        <w:rPr>
          <w:rFonts w:ascii="楷体" w:hAnsi="楷体" w:eastAsia="楷体" w:cs="楷体"/>
          <w:color w:val="000000"/>
        </w:rPr>
        <w:t>许梦飞</w:t>
      </w:r>
    </w:p>
    <w:p>
      <w:pPr>
        <w:spacing w:line="360" w:lineRule="auto"/>
        <w:ind w:firstLine="420"/>
        <w:jc w:val="both"/>
        <w:textAlignment w:val="center"/>
        <w:rPr>
          <w:color w:val="000000"/>
        </w:rPr>
      </w:pPr>
      <w:r>
        <w:rPr>
          <w:rFonts w:ascii="楷体" w:hAnsi="楷体" w:eastAsia="楷体" w:cs="楷体"/>
          <w:color w:val="000000"/>
        </w:rPr>
        <w:t>生如夏花一样灿烂，死如秋叶一样静美，它完全拥有了生命里的这两种别样的美丽。</w:t>
      </w:r>
    </w:p>
    <w:p>
      <w:pPr>
        <w:spacing w:line="360" w:lineRule="auto"/>
        <w:ind w:firstLine="420"/>
        <w:jc w:val="right"/>
        <w:textAlignment w:val="center"/>
        <w:rPr>
          <w:color w:val="000000"/>
        </w:rPr>
      </w:pPr>
      <w:r>
        <w:rPr>
          <w:rFonts w:ascii="楷体" w:hAnsi="楷体" w:eastAsia="楷体" w:cs="楷体"/>
          <w:color w:val="000000"/>
        </w:rPr>
        <w:t>——题记</w:t>
      </w:r>
    </w:p>
    <w:p>
      <w:pPr>
        <w:spacing w:line="360" w:lineRule="auto"/>
        <w:ind w:firstLine="420"/>
        <w:jc w:val="both"/>
        <w:textAlignment w:val="center"/>
        <w:rPr>
          <w:color w:val="000000"/>
        </w:rPr>
      </w:pPr>
      <w:r>
        <w:rPr>
          <w:rFonts w:ascii="楷体" w:hAnsi="楷体" w:eastAsia="楷体" w:cs="楷体"/>
          <w:color w:val="000000"/>
        </w:rPr>
        <w:t>①在成长的岁月里感受着人间冷暖，四季轮回。一年之中我偏爱夏日，因为在这个生机繁茂、热闹的时节里可以自由自在地倾听美妙的蝉鸣。我也一直认为蝉是一种颇有恒心和毅力的昆虫，而对于炎炎夏日里的蝉鸣来说更是一种对生命的热情歌唱。</w:t>
      </w:r>
    </w:p>
    <w:p>
      <w:pPr>
        <w:spacing w:line="360" w:lineRule="auto"/>
        <w:ind w:firstLine="420"/>
        <w:jc w:val="both"/>
        <w:textAlignment w:val="center"/>
        <w:rPr>
          <w:color w:val="000000"/>
        </w:rPr>
      </w:pPr>
      <w:r>
        <w:rPr>
          <w:rFonts w:ascii="楷体" w:hAnsi="楷体" w:eastAsia="楷体" w:cs="楷体"/>
          <w:color w:val="000000"/>
        </w:rPr>
        <w:t>②它们似乎是想要吵醒乡村的耳朵，告知人们自己转瞬即逝的青春和生命。夏日，明丽、清新的早晨，昨夜的天使留下的露珠，每一颗在暖阳下都饱满晶莹，似璀璨夺目的珍珠，闪现着彩色的银光，安详地睡在绿叶上。听！不知是谁的一声清脆的悠长低吟，拉开了又一天忙碌演唱的序幕！在阳光细细碎碎铺满的枝头上，一蝉鸣，百家争鸣！恰风和日丽，杨柳依依，每位歌者当之无愧都是天籁之声！</w:t>
      </w:r>
    </w:p>
    <w:p>
      <w:pPr>
        <w:spacing w:line="360" w:lineRule="auto"/>
        <w:ind w:firstLine="420"/>
        <w:jc w:val="both"/>
        <w:textAlignment w:val="center"/>
        <w:rPr>
          <w:color w:val="000000"/>
        </w:rPr>
      </w:pPr>
      <w:r>
        <w:rPr>
          <w:rFonts w:ascii="楷体" w:hAnsi="楷体" w:eastAsia="楷体" w:cs="楷体"/>
          <w:color w:val="000000"/>
        </w:rPr>
        <w:t>③每至午后，日影移走，蝉总会朝着最亮最热的方向唱得更欢喜了。</w:t>
      </w:r>
      <w:r>
        <w:rPr>
          <w:rFonts w:ascii="楷体" w:hAnsi="楷体" w:eastAsia="楷体" w:cs="楷体"/>
          <w:color w:val="000000"/>
          <w:u w:val="single"/>
        </w:rPr>
        <w:t>美妙动听的蝉声总会不间断地回荡在人们耳边，宛如一场气势磅礴并且正在火热演奏的交响乐，自己也常常喜欢在这样的午后，躺在树荫下舒适的竹席上，观蝉听声，声声蝉鸣，或低沉悲切，或雄伟嘹亮，或轻柔婉转。听者每每百感交集，时而感觉欢快舒心，时而伤感愁闷，时而又斗志昂扬。</w:t>
      </w:r>
      <w:r>
        <w:rPr>
          <w:rFonts w:ascii="楷体" w:hAnsi="楷体" w:eastAsia="楷体" w:cs="楷体"/>
          <w:color w:val="000000"/>
        </w:rPr>
        <w:t>它就是这样用不同的歌声和旋律拨动着我心深处的弦，而田野里正逢瓜果丰收时节！</w:t>
      </w:r>
    </w:p>
    <w:p>
      <w:pPr>
        <w:spacing w:line="360" w:lineRule="auto"/>
        <w:ind w:firstLine="420"/>
        <w:jc w:val="both"/>
        <w:textAlignment w:val="center"/>
        <w:rPr>
          <w:color w:val="000000"/>
        </w:rPr>
      </w:pPr>
      <w:r>
        <w:rPr>
          <w:rFonts w:ascii="楷体" w:hAnsi="楷体" w:eastAsia="楷体" w:cs="楷体"/>
          <w:color w:val="000000"/>
        </w:rPr>
        <w:t>④渐渐地日薄西山了，黄昏已至，暮色加浓，听这可爱的精灵还在晚风里低吟浅唱，突然想到了一句诗“倚仗柴门外，临风听暮蝉”。身临雅静，深幽，的确令人感触颇多。这时的声音忽远忽近，忽有忽无，忽小忽大，虽然少了原有的嘹亮激越，但比亮丽的早晨更添了几分玄妙与诗意。</w:t>
      </w:r>
    </w:p>
    <w:p>
      <w:pPr>
        <w:spacing w:line="360" w:lineRule="auto"/>
        <w:ind w:firstLine="420"/>
        <w:jc w:val="both"/>
        <w:textAlignment w:val="center"/>
        <w:rPr>
          <w:color w:val="000000"/>
        </w:rPr>
      </w:pPr>
      <w:r>
        <w:rPr>
          <w:rFonts w:ascii="楷体" w:hAnsi="楷体" w:eastAsia="楷体" w:cs="楷体"/>
          <w:color w:val="000000"/>
        </w:rPr>
        <w:t>⑤你或许会问，为何我对它情有独钟，其实缘于我对蝉的认识，那时很小，对蝉了解甚微，也曾一度认为它的叫声是冗长、刺耳的，所以有些厌恶它，后来由恶转爱缘于一段我最爱的节目《人与自然》的视频，它在里面述说道：“四年黑暗中的苦工，一个月阳光下的享乐，这就是蝉一生的写照。”蝉的一生是艰难的，它们生命极其短暂，但就是这短短一个月的幸福时光，它们需要在暗无天日的底下压抑几年，等到破土而出，能在繁花绿叶间引吭高歌的时候，它们的生命也快到了尽头。每每想到这，我也总为这种甘于寂寞，锲而不舍，热爱生命的态度而感动，从此对它有了一丝敬爱。</w:t>
      </w:r>
    </w:p>
    <w:p>
      <w:pPr>
        <w:spacing w:line="360" w:lineRule="auto"/>
        <w:ind w:firstLine="420"/>
        <w:jc w:val="both"/>
        <w:textAlignment w:val="center"/>
        <w:rPr>
          <w:color w:val="000000"/>
        </w:rPr>
      </w:pPr>
      <w:r>
        <w:rPr>
          <w:rFonts w:ascii="楷体" w:hAnsi="楷体" w:eastAsia="楷体" w:cs="楷体"/>
          <w:color w:val="000000"/>
        </w:rPr>
        <w:t>⑥千年沧桑，蝉就一直这样知了、知了地唱着不变的歌，歌唱美妙夏日，仿佛向人们诉说它们早已知晓了生命的来之不易。它们珍爱自己的生命，虽短暂却从不悲伤，在岁月不多的日子里，它们尽力、尽情地高歌着，酣畅淋漓地体现生命存在的价值，以火热、孜孜不倦的生活热情将自己微小的生命完美地转化成一曲壮美的千古绝唱，也同时把它献给了美妙夏日。</w:t>
      </w:r>
    </w:p>
    <w:p>
      <w:pPr>
        <w:spacing w:line="360" w:lineRule="auto"/>
        <w:ind w:firstLine="420"/>
        <w:jc w:val="both"/>
        <w:textAlignment w:val="center"/>
        <w:rPr>
          <w:color w:val="000000"/>
        </w:rPr>
      </w:pPr>
      <w:r>
        <w:rPr>
          <w:rFonts w:ascii="楷体" w:hAnsi="楷体" w:eastAsia="楷体" w:cs="楷体"/>
          <w:color w:val="000000"/>
        </w:rPr>
        <w:t>⑦正如泰戈尔所说的，生如夏花一样灿烂，死如秋叶一样静美，它完全拥有了生命里的这两种别样的美丽。秋叶离开了枝头，就像生命告别了人世，但它们卑微的躯体后面却隐藏着清晰而丰富的脉络，那些曾经奔腾着对生命最真的热爱的鲜明的血液！</w:t>
      </w:r>
    </w:p>
    <w:p>
      <w:pPr>
        <w:spacing w:line="360" w:lineRule="auto"/>
        <w:jc w:val="left"/>
        <w:textAlignment w:val="center"/>
        <w:rPr>
          <w:color w:val="000000"/>
        </w:rPr>
      </w:pPr>
      <w:r>
        <w:rPr>
          <w:color w:val="000000"/>
        </w:rPr>
        <w:t xml:space="preserve">21. </w:t>
      </w:r>
      <w:r>
        <w:rPr>
          <w:rFonts w:ascii="宋体" w:hAnsi="宋体" w:eastAsia="宋体" w:cs="宋体"/>
          <w:color w:val="000000"/>
        </w:rPr>
        <w:t>依据文章第②～④段的内容，填写下表。</w:t>
      </w:r>
    </w:p>
    <w:tbl>
      <w:tblPr>
        <w:tblStyle w:val="4"/>
        <w:tblW w:w="4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65"/>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时间</w:t>
            </w:r>
          </w:p>
        </w:tc>
        <w:tc>
          <w:tcPr>
            <w:tcW w:w="33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蝉声特点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早晨</w:t>
            </w:r>
          </w:p>
        </w:tc>
        <w:tc>
          <w:tcPr>
            <w:tcW w:w="33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午后</w:t>
            </w:r>
          </w:p>
        </w:tc>
        <w:tc>
          <w:tcPr>
            <w:tcW w:w="33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黄昏</w:t>
            </w:r>
          </w:p>
        </w:tc>
        <w:tc>
          <w:tcPr>
            <w:tcW w:w="33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r>
    </w:tbl>
    <w:p>
      <w:pPr>
        <w:spacing w:line="360" w:lineRule="auto"/>
        <w:jc w:val="left"/>
        <w:textAlignment w:val="center"/>
        <w:rPr>
          <w:color w:val="000000"/>
        </w:rPr>
      </w:pPr>
      <w:r>
        <w:rPr>
          <w:color w:val="000000"/>
        </w:rPr>
        <w:t xml:space="preserve">22. </w:t>
      </w:r>
      <w:r>
        <w:rPr>
          <w:rFonts w:ascii="宋体" w:hAnsi="宋体" w:eastAsia="宋体" w:cs="宋体"/>
          <w:color w:val="000000"/>
        </w:rPr>
        <w:t>为什么作者在美妙夏日“最喜蝉鸣”？</w:t>
      </w:r>
    </w:p>
    <w:p>
      <w:pPr>
        <w:spacing w:line="360" w:lineRule="auto"/>
        <w:jc w:val="left"/>
        <w:textAlignment w:val="center"/>
        <w:rPr>
          <w:color w:val="000000"/>
        </w:rPr>
      </w:pPr>
      <w:r>
        <w:rPr>
          <w:color w:val="000000"/>
        </w:rPr>
        <w:t xml:space="preserve">23. </w:t>
      </w:r>
      <w:r>
        <w:rPr>
          <w:rFonts w:ascii="宋体" w:hAnsi="宋体" w:eastAsia="宋体" w:cs="宋体"/>
          <w:color w:val="000000"/>
        </w:rPr>
        <w:t>第③段中的画线句子运用了哪些修辞手法？有何表达效果？</w:t>
      </w:r>
    </w:p>
    <w:p>
      <w:pPr>
        <w:spacing w:line="360" w:lineRule="auto"/>
        <w:jc w:val="left"/>
        <w:textAlignment w:val="center"/>
        <w:rPr>
          <w:color w:val="000000"/>
        </w:rPr>
      </w:pPr>
      <w:r>
        <w:rPr>
          <w:color w:val="000000"/>
        </w:rPr>
        <w:t xml:space="preserve">24. </w:t>
      </w:r>
      <w:r>
        <w:rPr>
          <w:rFonts w:ascii="宋体" w:hAnsi="宋体" w:eastAsia="宋体" w:cs="宋体"/>
          <w:color w:val="000000"/>
        </w:rPr>
        <w:t>“生如夏花一样灿烂，死如秋叶一样静美，它完全拥有了生命里的这两种别样的美丽。”在这里，作者引用了泰戈尔的话来赞颂蝉。怎样理解这句话中的“灿烂”和“静美”的含义？</w:t>
      </w:r>
    </w:p>
    <w:p>
      <w:pPr>
        <w:spacing w:line="360" w:lineRule="auto"/>
        <w:jc w:val="left"/>
        <w:textAlignment w:val="center"/>
        <w:rPr>
          <w:color w:val="000000"/>
        </w:rPr>
      </w:pPr>
      <w:r>
        <w:rPr>
          <w:color w:val="000000"/>
        </w:rPr>
        <w:t xml:space="preserve">25. </w:t>
      </w:r>
      <w:r>
        <w:rPr>
          <w:rFonts w:ascii="宋体" w:hAnsi="宋体" w:eastAsia="宋体" w:cs="宋体"/>
          <w:color w:val="000000"/>
        </w:rPr>
        <w:t>这篇文章给了你哪些人生启迪？</w:t>
      </w:r>
    </w:p>
    <w:p>
      <w:pPr>
        <w:spacing w:line="360" w:lineRule="auto"/>
        <w:textAlignment w:val="center"/>
        <w:rPr>
          <w:color w:val="000000"/>
        </w:rPr>
      </w:pPr>
      <w:r>
        <w:rPr>
          <w:color w:val="2E75B6"/>
        </w:rPr>
        <w:t>【答案】</w:t>
      </w:r>
      <w:r>
        <w:rPr>
          <w:color w:val="000000"/>
        </w:rPr>
        <w:t xml:space="preserve">21. </w:t>
      </w:r>
      <w:r>
        <w:rPr>
          <w:rFonts w:ascii="宋体" w:hAnsi="宋体" w:eastAsia="宋体" w:cs="宋体"/>
          <w:color w:val="000000"/>
        </w:rPr>
        <w:t>清脆悠长，天籁之音；气势磅礴，富于变化；低吟浅唱，玄妙诗意</w:t>
      </w:r>
      <w:r>
        <w:rPr>
          <w:color w:val="000000"/>
        </w:rPr>
        <w:t xml:space="preserve">    </w:t>
      </w:r>
    </w:p>
    <w:p>
      <w:pPr>
        <w:spacing w:line="360" w:lineRule="auto"/>
        <w:textAlignment w:val="center"/>
        <w:rPr>
          <w:color w:val="000000"/>
        </w:rPr>
      </w:pPr>
      <w:r>
        <w:rPr>
          <w:color w:val="000000"/>
        </w:rPr>
        <w:t xml:space="preserve">22. </w:t>
      </w:r>
      <w:r>
        <w:rPr>
          <w:rFonts w:ascii="宋体" w:hAnsi="宋体" w:eastAsia="宋体" w:cs="宋体"/>
          <w:color w:val="000000"/>
        </w:rPr>
        <w:t>①因为蝉鸣美妙动听，时段不同则特点不同，让作者对它情有独钟；②蝉虽生命短暂却尽情高歌，作者为蝉这种甘于寂寞、锲而不舍、热爱生命的态度所感动并心生敬爱。</w:t>
      </w:r>
      <w:r>
        <w:rPr>
          <w:color w:val="000000"/>
        </w:rPr>
        <w:t xml:space="preserve">    </w:t>
      </w:r>
    </w:p>
    <w:p>
      <w:pPr>
        <w:spacing w:line="360" w:lineRule="auto"/>
        <w:textAlignment w:val="center"/>
        <w:rPr>
          <w:color w:val="000000"/>
        </w:rPr>
      </w:pPr>
      <w:r>
        <w:rPr>
          <w:color w:val="000000"/>
        </w:rPr>
        <w:t xml:space="preserve">23. </w:t>
      </w:r>
      <w:r>
        <w:rPr>
          <w:rFonts w:ascii="宋体" w:hAnsi="宋体" w:eastAsia="宋体" w:cs="宋体"/>
          <w:color w:val="000000"/>
        </w:rPr>
        <w:t>运用了比喻和排比的修辞手法，生动形象地写出了蝉在午后引吭高歌的热闹场面，写出了蝉面对阳光时热爱与享受生命的形象，表达了作者对蝉的喜爱之情。</w:t>
      </w:r>
      <w:r>
        <w:rPr>
          <w:color w:val="000000"/>
        </w:rPr>
        <w:t xml:space="preserve">    </w:t>
      </w:r>
    </w:p>
    <w:p>
      <w:pPr>
        <w:spacing w:line="360" w:lineRule="auto"/>
        <w:textAlignment w:val="center"/>
        <w:rPr>
          <w:color w:val="000000"/>
        </w:rPr>
      </w:pPr>
      <w:r>
        <w:rPr>
          <w:color w:val="000000"/>
        </w:rPr>
        <w:t xml:space="preserve">24. </w:t>
      </w:r>
      <w:r>
        <w:rPr>
          <w:rFonts w:ascii="宋体" w:hAnsi="宋体" w:eastAsia="宋体" w:cs="宋体"/>
          <w:color w:val="000000"/>
        </w:rPr>
        <w:t>“灿烂”：虽然蝉的生命短暂，但它从不悲伤。它尽力、尽情地高歌着，酣畅淋漓地体现生命存在的价值，将一曲壮美的千古绝唱献给了美妙夏日。“静美”：秋风起时，蝉也就悄悄结束了它的生命。它短暂卑微的生命背后却隐藏着对生命的热爱，让人心生敬佩。</w:t>
      </w:r>
      <w:r>
        <w:rPr>
          <w:color w:val="000000"/>
        </w:rPr>
        <w:t xml:space="preserve">    </w:t>
      </w:r>
    </w:p>
    <w:p>
      <w:pPr>
        <w:spacing w:line="360" w:lineRule="auto"/>
        <w:textAlignment w:val="center"/>
        <w:rPr>
          <w:color w:val="000000"/>
        </w:rPr>
      </w:pPr>
      <w:r>
        <w:rPr>
          <w:color w:val="000000"/>
        </w:rPr>
        <w:t xml:space="preserve">25. </w:t>
      </w:r>
      <w:r>
        <w:rPr>
          <w:rFonts w:ascii="宋体" w:hAnsi="宋体" w:eastAsia="宋体" w:cs="宋体"/>
          <w:color w:val="000000"/>
        </w:rPr>
        <w:t>①要珍视生命，尊重生命。②要顽强追求，努力展示生命光彩。③要有恒心、毅力，不要轻言放弃。④要学会等待，学会忍耐。</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本题考查概括文章内容。</w:t>
      </w:r>
    </w:p>
    <w:p>
      <w:pPr>
        <w:spacing w:line="360" w:lineRule="auto"/>
        <w:jc w:val="left"/>
        <w:textAlignment w:val="center"/>
        <w:rPr>
          <w:color w:val="000000"/>
        </w:rPr>
      </w:pPr>
      <w:r>
        <w:rPr>
          <w:rFonts w:ascii="宋体" w:hAnsi="宋体" w:eastAsia="宋体" w:cs="宋体"/>
          <w:color w:val="000000"/>
        </w:rPr>
        <w:t>由第</w:t>
      </w:r>
      <w:r>
        <w:rPr>
          <w:rFonts w:ascii="Times New Roman" w:hAnsi="Times New Roman" w:eastAsia="Times New Roman" w:cs="Times New Roman"/>
          <w:color w:val="000000"/>
        </w:rPr>
        <w:t>②</w:t>
      </w:r>
      <w:r>
        <w:rPr>
          <w:rFonts w:ascii="宋体" w:hAnsi="宋体" w:eastAsia="宋体" w:cs="宋体"/>
          <w:color w:val="000000"/>
        </w:rPr>
        <w:t>段“不知是谁的一声清脆的悠长低吟”“每位歌者当之无愧都是天籁之声！”等语句，可概括早晨蝉声的特点为：清脆悠长，天籁之音；</w:t>
      </w:r>
    </w:p>
    <w:p>
      <w:pPr>
        <w:spacing w:line="360" w:lineRule="auto"/>
        <w:jc w:val="left"/>
        <w:textAlignment w:val="center"/>
        <w:rPr>
          <w:color w:val="000000"/>
        </w:rPr>
      </w:pPr>
      <w:r>
        <w:rPr>
          <w:rFonts w:ascii="宋体" w:hAnsi="宋体" w:eastAsia="宋体" w:cs="宋体"/>
          <w:color w:val="000000"/>
        </w:rPr>
        <w:t>由第</w:t>
      </w:r>
      <w:r>
        <w:rPr>
          <w:rFonts w:ascii="Times New Roman" w:hAnsi="Times New Roman" w:eastAsia="Times New Roman" w:cs="Times New Roman"/>
          <w:color w:val="000000"/>
        </w:rPr>
        <w:t>③</w:t>
      </w:r>
      <w:r>
        <w:rPr>
          <w:rFonts w:ascii="宋体" w:hAnsi="宋体" w:eastAsia="宋体" w:cs="宋体"/>
          <w:color w:val="000000"/>
        </w:rPr>
        <w:t>段“不每至午后，日影移走，蝉总会朝着最亮最热的方向唱得更欢喜了。美妙动听的蝉声总会不间断地回荡在人们耳边，宛如一场气势磅礴并且正在火热演奏的交响乐”“观蝉听声，声声蝉鸣，或低沉悲切，或雄伟嘹亮，或轻柔婉转”，可概括午后蝉声的特点为：气势磅礴，富于变化；</w:t>
      </w:r>
    </w:p>
    <w:p>
      <w:pPr>
        <w:spacing w:line="360" w:lineRule="auto"/>
        <w:jc w:val="left"/>
        <w:textAlignment w:val="center"/>
        <w:rPr>
          <w:color w:val="000000"/>
        </w:rPr>
      </w:pPr>
      <w:r>
        <w:rPr>
          <w:rFonts w:ascii="宋体" w:hAnsi="宋体" w:eastAsia="宋体" w:cs="宋体"/>
          <w:color w:val="000000"/>
        </w:rPr>
        <w:t>由第</w:t>
      </w:r>
      <w:r>
        <w:rPr>
          <w:rFonts w:ascii="Times New Roman" w:hAnsi="Times New Roman" w:eastAsia="Times New Roman" w:cs="Times New Roman"/>
          <w:color w:val="000000"/>
        </w:rPr>
        <w:t>④</w:t>
      </w:r>
      <w:r>
        <w:rPr>
          <w:rFonts w:ascii="宋体" w:hAnsi="宋体" w:eastAsia="宋体" w:cs="宋体"/>
          <w:color w:val="000000"/>
        </w:rPr>
        <w:t>段“渐渐地日薄西山了，黄昏已至，暮色加浓，听这可爱的精灵还在晚风里低吟浅唱”“但比亮丽的早晨更添了几分玄妙与诗意”等语句，可概括黄昏蝉声的特点为：低吟浅唱，玄妙诗意。</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rFonts w:ascii="宋体" w:hAnsi="宋体" w:eastAsia="宋体" w:cs="宋体"/>
          <w:color w:val="000000"/>
        </w:rPr>
        <w:t>本题考查理解与概括文章内容。</w:t>
      </w:r>
    </w:p>
    <w:p>
      <w:pPr>
        <w:spacing w:line="360" w:lineRule="auto"/>
        <w:jc w:val="left"/>
        <w:textAlignment w:val="center"/>
        <w:rPr>
          <w:color w:val="000000"/>
        </w:rPr>
      </w:pPr>
      <w:r>
        <w:rPr>
          <w:rFonts w:ascii="宋体" w:hAnsi="宋体" w:eastAsia="宋体" w:cs="宋体"/>
          <w:color w:val="000000"/>
        </w:rPr>
        <w:t>这篇文章开篇点明自己在夏日里对蝉鸣的喜爱，接着第</w:t>
      </w:r>
      <w:r>
        <w:rPr>
          <w:rFonts w:ascii="Times New Roman" w:hAnsi="Times New Roman" w:eastAsia="Times New Roman" w:cs="Times New Roman"/>
          <w:color w:val="000000"/>
        </w:rPr>
        <w:t>②</w:t>
      </w:r>
      <w:r>
        <w:rPr>
          <w:rFonts w:ascii="宋体" w:hAnsi="宋体" w:eastAsia="宋体" w:cs="宋体"/>
          <w:color w:val="000000"/>
        </w:rPr>
        <w:t>至</w:t>
      </w:r>
      <w:r>
        <w:rPr>
          <w:rFonts w:ascii="Times New Roman" w:hAnsi="Times New Roman" w:eastAsia="Times New Roman" w:cs="Times New Roman"/>
          <w:color w:val="000000"/>
        </w:rPr>
        <w:t>⑥</w:t>
      </w:r>
      <w:r>
        <w:rPr>
          <w:rFonts w:ascii="宋体" w:hAnsi="宋体" w:eastAsia="宋体" w:cs="宋体"/>
          <w:color w:val="000000"/>
        </w:rPr>
        <w:t>段对喜爱蝉鸣的原因进行具体的阐述，第</w:t>
      </w:r>
      <w:r>
        <w:rPr>
          <w:rFonts w:ascii="Times New Roman" w:hAnsi="Times New Roman" w:eastAsia="Times New Roman" w:cs="Times New Roman"/>
          <w:color w:val="000000"/>
        </w:rPr>
        <w:t>⑦</w:t>
      </w:r>
      <w:r>
        <w:rPr>
          <w:rFonts w:ascii="宋体" w:hAnsi="宋体" w:eastAsia="宋体" w:cs="宋体"/>
          <w:color w:val="000000"/>
        </w:rPr>
        <w:t>段总结全文。所以此题答案要根据</w:t>
      </w:r>
      <w:r>
        <w:rPr>
          <w:rFonts w:ascii="Times New Roman" w:hAnsi="Times New Roman" w:eastAsia="Times New Roman" w:cs="Times New Roman"/>
          <w:color w:val="000000"/>
        </w:rPr>
        <w:t>②</w:t>
      </w:r>
      <w:r>
        <w:rPr>
          <w:rFonts w:ascii="宋体" w:hAnsi="宋体" w:eastAsia="宋体" w:cs="宋体"/>
          <w:color w:val="000000"/>
        </w:rPr>
        <w:t>至</w:t>
      </w:r>
      <w:r>
        <w:rPr>
          <w:rFonts w:ascii="Times New Roman" w:hAnsi="Times New Roman" w:eastAsia="Times New Roman" w:cs="Times New Roman"/>
          <w:color w:val="000000"/>
        </w:rPr>
        <w:t>⑥</w:t>
      </w:r>
      <w:r>
        <w:rPr>
          <w:rFonts w:ascii="宋体" w:hAnsi="宋体" w:eastAsia="宋体" w:cs="宋体"/>
          <w:color w:val="000000"/>
        </w:rPr>
        <w:t>段的内容来总结概括。文章</w:t>
      </w:r>
      <w:r>
        <w:rPr>
          <w:rFonts w:ascii="Times New Roman" w:hAnsi="Times New Roman" w:eastAsia="Times New Roman" w:cs="Times New Roman"/>
          <w:color w:val="000000"/>
        </w:rPr>
        <w:t>②</w:t>
      </w:r>
      <w:r>
        <w:rPr>
          <w:rFonts w:ascii="宋体" w:hAnsi="宋体" w:eastAsia="宋体" w:cs="宋体"/>
          <w:color w:val="000000"/>
        </w:rPr>
        <w:t>至</w:t>
      </w:r>
      <w:r>
        <w:rPr>
          <w:rFonts w:ascii="Times New Roman" w:hAnsi="Times New Roman" w:eastAsia="Times New Roman" w:cs="Times New Roman"/>
          <w:color w:val="000000"/>
        </w:rPr>
        <w:t>④</w:t>
      </w:r>
      <w:r>
        <w:rPr>
          <w:rFonts w:ascii="宋体" w:hAnsi="宋体" w:eastAsia="宋体" w:cs="宋体"/>
          <w:color w:val="000000"/>
        </w:rPr>
        <w:t>段，写的是一天三个不同时段蝉鸣的不同特点。正因为“夏日里的蝉鸣来说更是一种对生命的热情歌唱”，而不同时段其鸣声还各不相同，所以作者深深地喜爱；</w:t>
      </w:r>
    </w:p>
    <w:p>
      <w:pPr>
        <w:spacing w:line="360" w:lineRule="auto"/>
        <w:jc w:val="left"/>
        <w:textAlignment w:val="center"/>
        <w:rPr>
          <w:color w:val="000000"/>
        </w:rPr>
      </w:pPr>
      <w:r>
        <w:rPr>
          <w:rFonts w:ascii="宋体" w:hAnsi="宋体" w:eastAsia="宋体" w:cs="宋体"/>
          <w:color w:val="000000"/>
        </w:rPr>
        <w:t>再根据第</w:t>
      </w:r>
      <w:r>
        <w:rPr>
          <w:rFonts w:ascii="Times New Roman" w:hAnsi="Times New Roman" w:eastAsia="Times New Roman" w:cs="Times New Roman"/>
          <w:color w:val="000000"/>
        </w:rPr>
        <w:t>⑤</w:t>
      </w:r>
      <w:r>
        <w:rPr>
          <w:rFonts w:ascii="宋体" w:hAnsi="宋体" w:eastAsia="宋体" w:cs="宋体"/>
          <w:color w:val="000000"/>
        </w:rPr>
        <w:t>段“蝉的一生是艰难的，它们生命极其短暂，但就是这短短一个月的幸福时光，它们需要在暗无天日的底下压抑几年，等到破土而出，能在繁花绿叶间引吭高歌的时候，它们的生命也快到了尽头。每每想到这，我也总为这种甘于寂寞，锲而不舍，热爱生命的态度而感动，从此对它有了一丝敬爱”，可知蝉虽生命短暂却尽情高歌，作者为蝉这种甘于寂寞、锲而不舍、热爱生命的态度所感动并心生敬爱。</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rFonts w:ascii="宋体" w:hAnsi="宋体" w:eastAsia="宋体" w:cs="宋体"/>
          <w:color w:val="000000"/>
        </w:rPr>
        <w:t>本题考查修辞手法的判断与表达效果的分析。</w:t>
      </w:r>
    </w:p>
    <w:p>
      <w:pPr>
        <w:spacing w:line="360" w:lineRule="auto"/>
        <w:jc w:val="left"/>
        <w:textAlignment w:val="center"/>
        <w:rPr>
          <w:color w:val="000000"/>
        </w:rPr>
      </w:pPr>
      <w:r>
        <w:rPr>
          <w:rFonts w:ascii="宋体" w:hAnsi="宋体" w:eastAsia="宋体" w:cs="宋体"/>
          <w:color w:val="000000"/>
        </w:rPr>
        <w:t>从第</w:t>
      </w:r>
      <w:r>
        <w:rPr>
          <w:rFonts w:ascii="Times New Roman" w:hAnsi="Times New Roman" w:eastAsia="Times New Roman" w:cs="Times New Roman"/>
          <w:color w:val="000000"/>
        </w:rPr>
        <w:t>③</w:t>
      </w:r>
      <w:r>
        <w:rPr>
          <w:rFonts w:ascii="宋体" w:hAnsi="宋体" w:eastAsia="宋体" w:cs="宋体"/>
          <w:color w:val="000000"/>
        </w:rPr>
        <w:t>段的画线句子“美妙动听的蝉声总会不间断地回荡在人们耳边，宛如一场气势磅礴并且正在火热演奏的交响乐”，可以看出运用了比喻的修辞；从“或低沉悲切，或雄伟嘹亮，或轻柔婉转”“时而感觉欢快舒心，时而伤感愁闷，时而又斗志昂扬”，可以看出运用了排比的修辞；结合句中“气势磅礴并且正在火热演奏”，可知生动形象地写出了蝉在午后引吭高歌的热闹场面；结合第</w:t>
      </w:r>
      <w:r>
        <w:rPr>
          <w:rFonts w:ascii="Times New Roman" w:hAnsi="Times New Roman" w:eastAsia="Times New Roman" w:cs="Times New Roman"/>
          <w:color w:val="000000"/>
        </w:rPr>
        <w:t>③</w:t>
      </w:r>
      <w:r>
        <w:rPr>
          <w:rFonts w:ascii="宋体" w:hAnsi="宋体" w:eastAsia="宋体" w:cs="宋体"/>
          <w:color w:val="000000"/>
        </w:rPr>
        <w:t>段“每至午后，日影移走，蝉总会朝着最亮最热的方向唱得更欢喜了”“它就是这样用不同的歌声和旋律拨动着我心深处的弦”，可知写出了蝉面对阳光时热爱与享受生命的形象，表达了作者对蝉的喜爱之情。</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rFonts w:ascii="宋体" w:hAnsi="宋体" w:eastAsia="宋体" w:cs="宋体"/>
          <w:color w:val="000000"/>
        </w:rPr>
        <w:t>本题考查关键词含义的理解。</w:t>
      </w:r>
    </w:p>
    <w:p>
      <w:pPr>
        <w:spacing w:line="360" w:lineRule="auto"/>
        <w:jc w:val="left"/>
        <w:textAlignment w:val="center"/>
        <w:rPr>
          <w:color w:val="000000"/>
        </w:rPr>
      </w:pPr>
      <w:r>
        <w:rPr>
          <w:rFonts w:ascii="宋体" w:hAnsi="宋体" w:eastAsia="宋体" w:cs="宋体"/>
          <w:color w:val="000000"/>
        </w:rPr>
        <w:t>结合第</w:t>
      </w:r>
      <w:r>
        <w:rPr>
          <w:rFonts w:ascii="Times New Roman" w:hAnsi="Times New Roman" w:eastAsia="Times New Roman" w:cs="Times New Roman"/>
          <w:color w:val="000000"/>
        </w:rPr>
        <w:t>⑥</w:t>
      </w:r>
      <w:r>
        <w:rPr>
          <w:rFonts w:ascii="宋体" w:hAnsi="宋体" w:eastAsia="宋体" w:cs="宋体"/>
          <w:color w:val="000000"/>
        </w:rPr>
        <w:t>段“它们珍爱自己的生命，虽短暂却从不悲伤，在岁月不多的日子里，它们尽力、尽情地高歌着，酣畅淋漓地体现生命存在的价值，以火热、孜孜不倦的生活热情将自己微小的生命完美地转化成一曲壮美的千古绝唱，也同时把它献给了美妙夏日”，可知“灿烂”指的是：虽然蝉的生命短暂，但它从不悲伤。它尽力、尽情地高歌着，酣畅淋漓地体现生命存在的价值，将一曲壮美的千古绝唱献给了美妙夏日；</w:t>
      </w:r>
    </w:p>
    <w:p>
      <w:pPr>
        <w:spacing w:line="360" w:lineRule="auto"/>
        <w:jc w:val="left"/>
        <w:textAlignment w:val="center"/>
        <w:rPr>
          <w:color w:val="000000"/>
        </w:rPr>
      </w:pPr>
      <w:r>
        <w:rPr>
          <w:rFonts w:ascii="宋体" w:hAnsi="宋体" w:eastAsia="宋体" w:cs="宋体"/>
          <w:color w:val="000000"/>
        </w:rPr>
        <w:t>根据第</w:t>
      </w:r>
      <w:r>
        <w:rPr>
          <w:rFonts w:ascii="Times New Roman" w:hAnsi="Times New Roman" w:eastAsia="Times New Roman" w:cs="Times New Roman"/>
          <w:color w:val="000000"/>
        </w:rPr>
        <w:t>⑤</w:t>
      </w:r>
      <w:r>
        <w:rPr>
          <w:rFonts w:ascii="宋体" w:hAnsi="宋体" w:eastAsia="宋体" w:cs="宋体"/>
          <w:color w:val="000000"/>
        </w:rPr>
        <w:t>段“蝉的一生是艰难的，它们生命极其短暂，但就是这短短一个月的幸福时光，它们需要在暗无天日的底下压抑几年，等到破土而出，能在繁花绿叶间引吭高歌的时候，它们的生命也快到了尽头。每每想到这，我也总为这种甘于寂寞，锲而不舍，热爱生命的态度而感动，从此对它有了一丝敬爱”，可知“静美”指的是：秋风起时，蝉也就悄悄结束了它的生命。它短暂卑微的生命背后却隐藏着对生命的热爱，让人心生敬佩。</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rFonts w:ascii="宋体" w:hAnsi="宋体" w:eastAsia="宋体" w:cs="宋体"/>
          <w:color w:val="000000"/>
        </w:rPr>
        <w:t>本题考查阅读启示的表达。此题是开放性问题。观点明确，言之有理即可。注意语言流畅。</w:t>
      </w:r>
    </w:p>
    <w:p>
      <w:pPr>
        <w:spacing w:line="360" w:lineRule="auto"/>
        <w:jc w:val="left"/>
        <w:textAlignment w:val="center"/>
        <w:rPr>
          <w:color w:val="000000"/>
        </w:rPr>
      </w:pPr>
      <w:r>
        <w:rPr>
          <w:rFonts w:ascii="宋体" w:hAnsi="宋体" w:eastAsia="宋体" w:cs="宋体"/>
          <w:color w:val="000000"/>
        </w:rPr>
        <w:t>从第</w:t>
      </w:r>
      <w:r>
        <w:rPr>
          <w:rFonts w:ascii="Times New Roman" w:hAnsi="Times New Roman" w:eastAsia="Times New Roman" w:cs="Times New Roman"/>
          <w:color w:val="000000"/>
        </w:rPr>
        <w:t>⑤</w:t>
      </w:r>
      <w:r>
        <w:rPr>
          <w:rFonts w:ascii="宋体" w:hAnsi="宋体" w:eastAsia="宋体" w:cs="宋体"/>
          <w:color w:val="000000"/>
        </w:rPr>
        <w:t>段“蝉的一生是艰难的历程，它们生命极其短暂，但就是短短这一个月的幸福时光，它们需要在暗无天日的地下压抑几年，等到破土而出，能在繁花绿叶间引吭高歌的时候，它们的生命也快到了尽头”，蝉的生命短暂且来之不易，启示我们要珍视生命，尊重生命；</w:t>
      </w:r>
    </w:p>
    <w:p>
      <w:pPr>
        <w:spacing w:line="360" w:lineRule="auto"/>
        <w:jc w:val="left"/>
        <w:textAlignment w:val="center"/>
        <w:rPr>
          <w:color w:val="000000"/>
        </w:rPr>
      </w:pPr>
      <w:r>
        <w:rPr>
          <w:rFonts w:ascii="宋体" w:hAnsi="宋体" w:eastAsia="宋体" w:cs="宋体"/>
          <w:color w:val="000000"/>
        </w:rPr>
        <w:t>从第</w:t>
      </w:r>
      <w:r>
        <w:rPr>
          <w:rFonts w:ascii="Times New Roman" w:hAnsi="Times New Roman" w:eastAsia="Times New Roman" w:cs="Times New Roman"/>
          <w:color w:val="000000"/>
        </w:rPr>
        <w:t>⑤</w:t>
      </w:r>
      <w:r>
        <w:rPr>
          <w:rFonts w:ascii="宋体" w:hAnsi="宋体" w:eastAsia="宋体" w:cs="宋体"/>
          <w:color w:val="000000"/>
        </w:rPr>
        <w:t>段“我也总为这种甘于寂寞、锲而不舍、热爱生命的态度而感动”，启示我们也要像蝉那样有恒心、毅力，不要轻言放弃；</w:t>
      </w:r>
    </w:p>
    <w:p>
      <w:pPr>
        <w:spacing w:line="360" w:lineRule="auto"/>
        <w:jc w:val="left"/>
        <w:textAlignment w:val="center"/>
        <w:rPr>
          <w:color w:val="000000"/>
        </w:rPr>
      </w:pPr>
      <w:r>
        <w:rPr>
          <w:rFonts w:ascii="宋体" w:hAnsi="宋体" w:eastAsia="宋体" w:cs="宋体"/>
          <w:color w:val="000000"/>
        </w:rPr>
        <w:t>从第</w:t>
      </w:r>
      <w:r>
        <w:rPr>
          <w:rFonts w:ascii="Times New Roman" w:hAnsi="Times New Roman" w:eastAsia="Times New Roman" w:cs="Times New Roman"/>
          <w:color w:val="000000"/>
        </w:rPr>
        <w:t>⑥</w:t>
      </w:r>
      <w:r>
        <w:rPr>
          <w:rFonts w:ascii="宋体" w:hAnsi="宋体" w:eastAsia="宋体" w:cs="宋体"/>
          <w:color w:val="000000"/>
        </w:rPr>
        <w:t>段“它们珍爱自己的生命，虽短暂却从不悲伤，在岁月不多的日子里，它们尽力、尽情地高歌着，酣畅淋漓地体现生命存在的价值，以火热、孜孜不倦的生活热情将自己微小的生命完美地转化成一曲壮美的千古绝唱，也同时把它献给了美妙夏日”，生命短暂，却尽力高歌，启示我们也要像蝉那样顽强追求，努力展示生命光彩；</w:t>
      </w:r>
    </w:p>
    <w:p>
      <w:pPr>
        <w:spacing w:line="360" w:lineRule="auto"/>
        <w:jc w:val="left"/>
        <w:textAlignment w:val="center"/>
        <w:rPr>
          <w:color w:val="000000"/>
        </w:rPr>
      </w:pPr>
      <w:r>
        <w:rPr>
          <w:rFonts w:ascii="宋体" w:hAnsi="宋体" w:eastAsia="宋体" w:cs="宋体"/>
          <w:color w:val="000000"/>
        </w:rPr>
        <w:t>从第</w:t>
      </w:r>
      <w:r>
        <w:rPr>
          <w:rFonts w:ascii="Times New Roman" w:hAnsi="Times New Roman" w:eastAsia="Times New Roman" w:cs="Times New Roman"/>
          <w:color w:val="000000"/>
        </w:rPr>
        <w:t>⑤</w:t>
      </w:r>
      <w:r>
        <w:rPr>
          <w:rFonts w:ascii="宋体" w:hAnsi="宋体" w:eastAsia="宋体" w:cs="宋体"/>
          <w:color w:val="000000"/>
        </w:rPr>
        <w:t>段“四年黑暗中的苦工，一个月阳光下的享乐，这就是蝉一生的写照”，四年黑暗中的坚持，启示我们也要像蝉那样学会等待，学会忍耐。</w:t>
      </w:r>
    </w:p>
    <w:p>
      <w:pPr>
        <w:pStyle w:val="Heading3"/>
      </w:pPr>
      <w:r>
        <w:t>第十二中学（10月月考）</w:t>
      </w:r>
    </w:p>
    <w:p>
      <w:pPr>
        <w:spacing w:line="360" w:lineRule="auto"/>
        <w:jc w:val="left"/>
        <w:textAlignment w:val="center"/>
        <w:rPr>
          <w:color w:val="000000"/>
        </w:rPr>
      </w:pPr>
      <w:r>
        <w:rPr>
          <w:rFonts w:ascii="宋体" w:hAnsi="宋体" w:eastAsia="宋体" w:cs="宋体"/>
          <w:b/>
          <w:color w:val="000000"/>
          <w:sz w:val="24"/>
        </w:rPr>
        <w:t>四、现代文阅读（共15分）</w:t>
      </w:r>
    </w:p>
    <w:p>
      <w:pPr>
        <w:spacing w:line="360" w:lineRule="auto"/>
        <w:jc w:val="center"/>
        <w:textAlignment w:val="center"/>
        <w:rPr>
          <w:color w:val="000000"/>
        </w:rPr>
      </w:pPr>
      <w:r>
        <w:rPr>
          <w:rFonts w:ascii="楷体" w:hAnsi="楷体" w:eastAsia="楷体" w:cs="楷体"/>
          <w:color w:val="000000"/>
        </w:rPr>
        <w:t>我们一样爱他们</w:t>
      </w:r>
    </w:p>
    <w:p>
      <w:pPr>
        <w:spacing w:line="360" w:lineRule="auto"/>
        <w:ind w:firstLine="420"/>
        <w:jc w:val="left"/>
        <w:textAlignment w:val="center"/>
        <w:rPr>
          <w:color w:val="000000"/>
        </w:rPr>
      </w:pPr>
      <w:r>
        <w:rPr>
          <w:rFonts w:ascii="楷体" w:hAnsi="楷体" w:eastAsia="楷体" w:cs="楷体"/>
          <w:color w:val="000000"/>
        </w:rPr>
        <w:t>①天堂村小学地处偏远山区，交通不便。偶尔才有慈善家跑来捐款。每次，全校师生都会倾巢而出：学生站在山岭上，手舞鲜花一路欢迎；而校长方子儒会亲自带队，用一个树藤扎成的土轿子抬客人上山。</w:t>
      </w:r>
    </w:p>
    <w:p>
      <w:pPr>
        <w:spacing w:line="360" w:lineRule="auto"/>
        <w:ind w:firstLine="420"/>
        <w:jc w:val="left"/>
        <w:textAlignment w:val="center"/>
        <w:rPr>
          <w:color w:val="000000"/>
        </w:rPr>
      </w:pPr>
      <w:r>
        <w:rPr>
          <w:rFonts w:ascii="楷体" w:hAnsi="楷体" w:eastAsia="楷体" w:cs="楷体"/>
          <w:color w:val="000000"/>
        </w:rPr>
        <w:t>②这天，天堂村小学迎来了一个特别的客人。这个年轻人不声不响，独自走了两个小时的山路。由于道路崎岖，他沿途还摔伤了膝盖。当他一瘸一拐地出现在方子儒面前时，完全没有了城里人的光鲜形象。</w:t>
      </w:r>
    </w:p>
    <w:p>
      <w:pPr>
        <w:spacing w:line="360" w:lineRule="auto"/>
        <w:ind w:firstLine="420"/>
        <w:jc w:val="left"/>
        <w:textAlignment w:val="center"/>
        <w:rPr>
          <w:color w:val="000000"/>
        </w:rPr>
      </w:pPr>
      <w:r>
        <w:rPr>
          <w:rFonts w:ascii="楷体" w:hAnsi="楷体" w:eastAsia="楷体" w:cs="楷体"/>
          <w:color w:val="000000"/>
        </w:rPr>
        <w:t>③“对不起！”年轻人显得有点尴尬，“我……想资助你们10名特困生。”</w:t>
      </w:r>
    </w:p>
    <w:p>
      <w:pPr>
        <w:spacing w:line="360" w:lineRule="auto"/>
        <w:ind w:firstLine="420"/>
        <w:jc w:val="left"/>
        <w:textAlignment w:val="center"/>
        <w:rPr>
          <w:color w:val="000000"/>
        </w:rPr>
      </w:pPr>
      <w:r>
        <w:rPr>
          <w:rFonts w:ascii="楷体" w:hAnsi="楷体" w:eastAsia="楷体" w:cs="楷体"/>
          <w:color w:val="000000"/>
        </w:rPr>
        <w:t>④方子儒特别高兴。这里是全县出了名的贫困乡，这送上门的好事，正求之不得呢！可是，他为什么要说对不起呢？方子儒殷勤地招呼道：“要不，您先去洗漱一下？我让学生们列队欢迎？”</w:t>
      </w:r>
    </w:p>
    <w:p>
      <w:pPr>
        <w:spacing w:line="360" w:lineRule="auto"/>
        <w:ind w:firstLine="420"/>
        <w:jc w:val="left"/>
        <w:textAlignment w:val="center"/>
        <w:rPr>
          <w:color w:val="000000"/>
        </w:rPr>
      </w:pPr>
      <w:r>
        <w:rPr>
          <w:rFonts w:ascii="楷体" w:hAnsi="楷体" w:eastAsia="楷体" w:cs="楷体"/>
          <w:color w:val="000000"/>
        </w:rPr>
        <w:t>⑤年轻人慌乱地摆摆手：“千万不要……我不想耽搁，捐了款就走！”</w:t>
      </w:r>
    </w:p>
    <w:p>
      <w:pPr>
        <w:spacing w:line="360" w:lineRule="auto"/>
        <w:ind w:firstLine="420"/>
        <w:jc w:val="left"/>
        <w:textAlignment w:val="center"/>
        <w:rPr>
          <w:color w:val="000000"/>
        </w:rPr>
      </w:pPr>
      <w:r>
        <w:rPr>
          <w:rFonts w:ascii="楷体" w:hAnsi="楷体" w:eastAsia="楷体" w:cs="楷体"/>
          <w:color w:val="000000"/>
        </w:rPr>
        <w:t>⑥方子儒点了点头。</w:t>
      </w:r>
    </w:p>
    <w:p>
      <w:pPr>
        <w:spacing w:line="360" w:lineRule="auto"/>
        <w:ind w:firstLine="420"/>
        <w:jc w:val="left"/>
        <w:textAlignment w:val="center"/>
        <w:rPr>
          <w:color w:val="000000"/>
        </w:rPr>
      </w:pPr>
      <w:r>
        <w:rPr>
          <w:rFonts w:ascii="楷体" w:hAnsi="楷体" w:eastAsia="楷体" w:cs="楷体"/>
          <w:color w:val="000000"/>
        </w:rPr>
        <w:t>⑦15分钟后，方子儒恭敬地送上一份资助名单。</w:t>
      </w:r>
    </w:p>
    <w:p>
      <w:pPr>
        <w:spacing w:line="360" w:lineRule="auto"/>
        <w:ind w:firstLine="420"/>
        <w:jc w:val="left"/>
        <w:textAlignment w:val="center"/>
        <w:rPr>
          <w:color w:val="000000"/>
        </w:rPr>
      </w:pPr>
      <w:r>
        <w:rPr>
          <w:rFonts w:ascii="楷体" w:hAnsi="楷体" w:eastAsia="楷体" w:cs="楷体"/>
          <w:color w:val="000000"/>
        </w:rPr>
        <w:t>⑧年轻人看也没看，说：“校长，我想您误会了！”</w:t>
      </w:r>
    </w:p>
    <w:p>
      <w:pPr>
        <w:spacing w:line="360" w:lineRule="auto"/>
        <w:ind w:firstLine="420"/>
        <w:jc w:val="left"/>
        <w:textAlignment w:val="center"/>
        <w:rPr>
          <w:color w:val="000000"/>
        </w:rPr>
      </w:pPr>
      <w:r>
        <w:rPr>
          <w:rFonts w:ascii="楷体" w:hAnsi="楷体" w:eastAsia="楷体" w:cs="楷体"/>
          <w:color w:val="000000"/>
        </w:rPr>
        <w:t>⑨方子儒愣了愣，以为他突然变卦了，着急地说：“可是，这是我们千挑万选出来的学生。他们品学兼优，将来一定是国家的栋梁之才！”</w:t>
      </w:r>
    </w:p>
    <w:p>
      <w:pPr>
        <w:spacing w:line="360" w:lineRule="auto"/>
        <w:ind w:firstLine="420"/>
        <w:jc w:val="left"/>
        <w:textAlignment w:val="center"/>
        <w:rPr>
          <w:color w:val="000000"/>
        </w:rPr>
      </w:pPr>
      <w:r>
        <w:rPr>
          <w:rFonts w:ascii="楷体" w:hAnsi="楷体" w:eastAsia="楷体" w:cs="楷体"/>
          <w:color w:val="000000"/>
        </w:rPr>
        <w:t>⑩年轻人沉默了一会儿，说：“校长，我能亲自挑选资助对象吗？”</w:t>
      </w:r>
    </w:p>
    <w:p>
      <w:pPr>
        <w:spacing w:line="360" w:lineRule="auto"/>
        <w:ind w:firstLine="420"/>
        <w:jc w:val="left"/>
        <w:textAlignment w:val="center"/>
        <w:rPr>
          <w:color w:val="000000"/>
        </w:rPr>
      </w:pPr>
      <w:r>
        <w:rPr>
          <w:rFonts w:ascii="楷体" w:hAnsi="楷体" w:eastAsia="楷体" w:cs="楷体"/>
          <w:color w:val="000000"/>
        </w:rPr>
        <w:t>⑪“当然！”方子儒长舒了一口气，“这是您的权利！但……他们绝对是最好的学生！倘若您不信，可以翻看他们往年的成绩单！”</w:t>
      </w:r>
    </w:p>
    <w:p>
      <w:pPr>
        <w:spacing w:line="360" w:lineRule="auto"/>
        <w:ind w:firstLine="420"/>
        <w:jc w:val="left"/>
        <w:textAlignment w:val="center"/>
        <w:rPr>
          <w:color w:val="000000"/>
        </w:rPr>
      </w:pPr>
      <w:r>
        <w:rPr>
          <w:rFonts w:ascii="楷体" w:hAnsi="楷体" w:eastAsia="楷体" w:cs="楷体"/>
          <w:color w:val="000000"/>
        </w:rPr>
        <w:t>⑫年轻人笑了：“我当然相信，但请给我所有贫困生的名单！”</w:t>
      </w:r>
    </w:p>
    <w:p>
      <w:pPr>
        <w:spacing w:line="360" w:lineRule="auto"/>
        <w:ind w:firstLine="420"/>
        <w:jc w:val="left"/>
        <w:textAlignment w:val="center"/>
        <w:rPr>
          <w:color w:val="000000"/>
        </w:rPr>
      </w:pPr>
      <w:r>
        <w:rPr>
          <w:rFonts w:ascii="楷体" w:hAnsi="楷体" w:eastAsia="楷体" w:cs="楷体"/>
          <w:color w:val="000000"/>
        </w:rPr>
        <w:t>⑬方子儒虽然感到奇怪，但还是找来所有30名贫困生的名单。年轻人要了一张白纸，小心地撕成一条条小纸条。然后，年轻人开始在小纸条上写上每一位贫困生的名字，写完一张，就揉成团丢在一个盘子里。</w:t>
      </w:r>
    </w:p>
    <w:p>
      <w:pPr>
        <w:spacing w:line="360" w:lineRule="auto"/>
        <w:ind w:firstLine="420"/>
        <w:jc w:val="left"/>
        <w:textAlignment w:val="center"/>
        <w:rPr>
          <w:color w:val="000000"/>
        </w:rPr>
      </w:pPr>
      <w:r>
        <w:rPr>
          <w:rFonts w:ascii="楷体" w:hAnsi="楷体" w:eastAsia="楷体" w:cs="楷体"/>
          <w:color w:val="000000"/>
        </w:rPr>
        <w:t>⑭方子儒终于看出了端倪，疑惑地问道：“您……是想抓阄决定资助的对象？”</w:t>
      </w:r>
    </w:p>
    <w:p>
      <w:pPr>
        <w:spacing w:line="360" w:lineRule="auto"/>
        <w:ind w:firstLine="420"/>
        <w:jc w:val="left"/>
        <w:textAlignment w:val="center"/>
        <w:rPr>
          <w:color w:val="000000"/>
        </w:rPr>
      </w:pPr>
      <w:r>
        <w:rPr>
          <w:rFonts w:ascii="楷体" w:hAnsi="楷体" w:eastAsia="楷体" w:cs="楷体"/>
          <w:color w:val="000000"/>
        </w:rPr>
        <w:t>⑮年轻人点了点头：“是的，我觉得那样才公平！”</w:t>
      </w:r>
    </w:p>
    <w:p>
      <w:pPr>
        <w:spacing w:line="360" w:lineRule="auto"/>
        <w:ind w:firstLine="420"/>
        <w:jc w:val="left"/>
        <w:textAlignment w:val="center"/>
        <w:rPr>
          <w:color w:val="000000"/>
        </w:rPr>
      </w:pPr>
      <w:r>
        <w:rPr>
          <w:rFonts w:ascii="楷体" w:hAnsi="楷体" w:eastAsia="楷体" w:cs="楷体"/>
          <w:color w:val="000000"/>
        </w:rPr>
        <w:t>⑯方子儒着急地说：“不行，那样你会不小心抽到坏孩子的。他们生性顽劣，整天爬树打架，几乎每门功课都不及格！”</w:t>
      </w:r>
    </w:p>
    <w:p>
      <w:pPr>
        <w:spacing w:line="360" w:lineRule="auto"/>
        <w:ind w:firstLine="420"/>
        <w:jc w:val="left"/>
        <w:textAlignment w:val="center"/>
        <w:rPr>
          <w:color w:val="000000"/>
        </w:rPr>
      </w:pPr>
      <w:r>
        <w:rPr>
          <w:rFonts w:ascii="楷体" w:hAnsi="楷体" w:eastAsia="楷体" w:cs="楷体"/>
          <w:color w:val="000000"/>
        </w:rPr>
        <w:t>⑰年轻人停下手中的笔，问：“那他们逃过学么？”</w:t>
      </w:r>
    </w:p>
    <w:p>
      <w:pPr>
        <w:spacing w:line="360" w:lineRule="auto"/>
        <w:ind w:firstLine="420"/>
        <w:jc w:val="left"/>
        <w:textAlignment w:val="center"/>
        <w:rPr>
          <w:color w:val="000000"/>
        </w:rPr>
      </w:pPr>
      <w:r>
        <w:rPr>
          <w:rFonts w:ascii="楷体" w:hAnsi="楷体" w:eastAsia="楷体" w:cs="楷体"/>
          <w:color w:val="000000"/>
        </w:rPr>
        <w:t>⑱方子儒想了想，说：“这……倒没有！他们只是功课不好，其他，没什么两样！”</w:t>
      </w:r>
    </w:p>
    <w:p>
      <w:pPr>
        <w:spacing w:line="360" w:lineRule="auto"/>
        <w:ind w:firstLine="420"/>
        <w:jc w:val="left"/>
        <w:textAlignment w:val="center"/>
        <w:rPr>
          <w:color w:val="000000"/>
        </w:rPr>
      </w:pPr>
      <w:r>
        <w:rPr>
          <w:rFonts w:ascii="楷体" w:hAnsi="楷体" w:eastAsia="楷体" w:cs="楷体"/>
          <w:color w:val="000000"/>
        </w:rPr>
        <w:t>⑲年轻人坚定地说：“在我眼里，从来没有一个坏孩子，我们一样爱他们。谁又能知道，调皮捣蛋的孩子将来就一定不会有所作为呢？他们一样天真无邪，他们的心里一样编织着最美丽的梦想……”</w:t>
      </w:r>
    </w:p>
    <w:p>
      <w:pPr>
        <w:spacing w:line="360" w:lineRule="auto"/>
        <w:ind w:firstLine="420"/>
        <w:jc w:val="left"/>
        <w:textAlignment w:val="center"/>
        <w:rPr>
          <w:color w:val="000000"/>
        </w:rPr>
      </w:pPr>
      <w:r>
        <w:rPr>
          <w:rFonts w:ascii="楷体" w:hAnsi="楷体" w:eastAsia="楷体" w:cs="楷体"/>
          <w:color w:val="000000"/>
        </w:rPr>
        <w:t>⑳3分钟后，年轻人抽出了10个人的名字。果不其然，其中有4名学生原本不在方子儒的推荐之列。</w:t>
      </w:r>
    </w:p>
    <w:p>
      <w:pPr>
        <w:spacing w:line="360" w:lineRule="auto"/>
        <w:ind w:firstLine="420"/>
        <w:jc w:val="left"/>
        <w:textAlignment w:val="center"/>
        <w:rPr>
          <w:color w:val="000000"/>
        </w:rPr>
      </w:pPr>
      <w:r>
        <w:rPr>
          <w:rFonts w:ascii="楷体" w:hAnsi="楷体" w:eastAsia="楷体" w:cs="楷体"/>
          <w:color w:val="000000"/>
        </w:rPr>
        <w:t>㉑方子儒执意要举行一个公开的捐赠仪式，这是学校的惯例。年轻人却摇了摇头，说：“校长，能否替我向其他的20名学生道歉？”方子儒满脸惊愕，以为自己听错了。</w:t>
      </w:r>
    </w:p>
    <w:p>
      <w:pPr>
        <w:spacing w:line="360" w:lineRule="auto"/>
        <w:ind w:firstLine="420"/>
        <w:jc w:val="left"/>
        <w:textAlignment w:val="center"/>
        <w:rPr>
          <w:color w:val="000000"/>
        </w:rPr>
      </w:pPr>
      <w:r>
        <w:rPr>
          <w:rFonts w:ascii="楷体" w:hAnsi="楷体" w:eastAsia="楷体" w:cs="楷体"/>
          <w:color w:val="000000"/>
        </w:rPr>
        <w:t>㉒年轻人的眼睛有些湿润，满怀歉意地说：“对不起，我没有能力资助所有的贫困生。他们之所以没被选上，并不是因为不够好，只是运气差了一些！总有一天，我会回来弥补他们的遗憾！”</w:t>
      </w:r>
    </w:p>
    <w:p>
      <w:pPr>
        <w:spacing w:line="360" w:lineRule="auto"/>
        <w:ind w:firstLine="420"/>
        <w:jc w:val="left"/>
        <w:textAlignment w:val="center"/>
        <w:rPr>
          <w:color w:val="000000"/>
        </w:rPr>
      </w:pPr>
      <w:r>
        <w:rPr>
          <w:rFonts w:ascii="楷体" w:hAnsi="楷体" w:eastAsia="楷体" w:cs="楷体"/>
          <w:color w:val="000000"/>
        </w:rPr>
        <w:t>㉓年轻人没有告诉校长，在15年前的一个穷山沟，他也是这样幸运地得到一位老华侨的捐助。当时，他是村民眼中不折不扣的坏孩子。可是，老华侨的一句话改变了他的一生：“在我眼里，从来没有一个坏孩子，我们一样爱他们！”</w:t>
      </w:r>
    </w:p>
    <w:p>
      <w:pPr>
        <w:spacing w:line="360" w:lineRule="auto"/>
        <w:jc w:val="left"/>
        <w:textAlignment w:val="center"/>
        <w:rPr>
          <w:color w:val="000000"/>
        </w:rPr>
      </w:pPr>
      <w:r>
        <w:rPr>
          <w:color w:val="000000"/>
        </w:rPr>
        <w:t xml:space="preserve">24. </w:t>
      </w:r>
      <w:r>
        <w:rPr>
          <w:rFonts w:ascii="宋体" w:hAnsi="宋体" w:eastAsia="宋体" w:cs="宋体"/>
          <w:color w:val="000000"/>
        </w:rPr>
        <w:t>请用一句话概括这篇文章的主要内容（10个字以内）。</w:t>
      </w:r>
    </w:p>
    <w:p>
      <w:pPr>
        <w:spacing w:line="360" w:lineRule="auto"/>
        <w:jc w:val="left"/>
        <w:textAlignment w:val="center"/>
        <w:rPr>
          <w:color w:val="000000"/>
        </w:rPr>
      </w:pPr>
      <w:r>
        <w:rPr>
          <w:color w:val="000000"/>
        </w:rPr>
        <w:t xml:space="preserve">25. </w:t>
      </w:r>
      <w:r>
        <w:rPr>
          <w:rFonts w:ascii="宋体" w:hAnsi="宋体" w:eastAsia="宋体" w:cs="宋体"/>
          <w:color w:val="000000"/>
        </w:rPr>
        <w:t>题目中的“他们”在文中指哪些人？</w:t>
      </w:r>
    </w:p>
    <w:p>
      <w:pPr>
        <w:spacing w:line="360" w:lineRule="auto"/>
        <w:jc w:val="left"/>
        <w:textAlignment w:val="center"/>
        <w:rPr>
          <w:color w:val="000000"/>
        </w:rPr>
      </w:pPr>
      <w:r>
        <w:rPr>
          <w:color w:val="000000"/>
        </w:rPr>
        <w:t xml:space="preserve">26. </w:t>
      </w:r>
      <w:r>
        <w:rPr>
          <w:rFonts w:ascii="宋体" w:hAnsi="宋体" w:eastAsia="宋体" w:cs="宋体"/>
          <w:color w:val="000000"/>
        </w:rPr>
        <w:t>第（2）段写“天堂村小学迎来了一个特别的客人”，请写出“客人”的“特别”之处。</w:t>
      </w:r>
    </w:p>
    <w:p>
      <w:pPr>
        <w:spacing w:line="360" w:lineRule="auto"/>
        <w:jc w:val="left"/>
        <w:textAlignment w:val="center"/>
        <w:rPr>
          <w:color w:val="000000"/>
        </w:rPr>
      </w:pPr>
      <w:r>
        <w:rPr>
          <w:color w:val="000000"/>
        </w:rPr>
        <w:t xml:space="preserve">27. </w:t>
      </w:r>
      <w:r>
        <w:rPr>
          <w:rFonts w:ascii="宋体" w:hAnsi="宋体" w:eastAsia="宋体" w:cs="宋体"/>
          <w:color w:val="000000"/>
        </w:rPr>
        <w:t>在确定“资助名单”上，方子儒和年轻人的标准和方式有什么不同？</w:t>
      </w:r>
    </w:p>
    <w:tbl>
      <w:tblPr>
        <w:tblStyle w:val="4"/>
        <w:tblW w:w="6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60"/>
        <w:gridCol w:w="2445"/>
        <w:gridCol w:w="3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标准</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方子儒</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年轻人</w:t>
            </w:r>
          </w:p>
        </w:tc>
        <w:tc>
          <w:tcPr>
            <w:tcW w:w="24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（4）</w:t>
            </w:r>
          </w:p>
        </w:tc>
      </w:tr>
    </w:tbl>
    <w:p>
      <w:pPr>
        <w:spacing w:line="360" w:lineRule="auto"/>
        <w:jc w:val="left"/>
        <w:textAlignment w:val="center"/>
        <w:rPr>
          <w:color w:val="000000"/>
        </w:rPr>
      </w:pPr>
      <w:r>
        <w:rPr>
          <w:color w:val="000000"/>
        </w:rPr>
        <w:t xml:space="preserve">28. </w:t>
      </w:r>
      <w:r>
        <w:rPr>
          <w:rFonts w:ascii="宋体" w:hAnsi="宋体" w:eastAsia="宋体" w:cs="宋体"/>
          <w:color w:val="000000"/>
        </w:rPr>
        <w:t>在故事情节展开过程中，年轻人的神情随之发生了哪些变化？</w:t>
      </w:r>
    </w:p>
    <w:p>
      <w:pPr>
        <w:spacing w:line="360" w:lineRule="auto"/>
        <w:jc w:val="left"/>
        <w:textAlignment w:val="center"/>
        <w:rPr>
          <w:color w:val="000000"/>
        </w:rPr>
      </w:pPr>
      <w:r>
        <w:rPr>
          <w:rFonts w:ascii="宋体" w:hAnsi="宋体" w:eastAsia="宋体" w:cs="宋体"/>
          <w:color w:val="000000"/>
        </w:rPr>
        <w:t>有点尴尬→</w:t>
      </w:r>
      <w:r>
        <w:rPr>
          <w:color w:val="000000"/>
        </w:rPr>
        <w:t>_____________</w:t>
      </w:r>
      <w:r>
        <w:rPr>
          <w:rFonts w:ascii="宋体" w:hAnsi="宋体" w:eastAsia="宋体" w:cs="宋体"/>
          <w:color w:val="000000"/>
        </w:rPr>
        <w:t xml:space="preserve"> →</w:t>
      </w:r>
      <w:r>
        <w:rPr>
          <w:color w:val="000000"/>
        </w:rPr>
        <w:t>___________</w:t>
      </w:r>
      <w:r>
        <w:rPr>
          <w:rFonts w:ascii="宋体" w:hAnsi="宋体" w:eastAsia="宋体" w:cs="宋体"/>
          <w:color w:val="000000"/>
        </w:rPr>
        <w:t xml:space="preserve">→ 笑了→ </w:t>
      </w:r>
      <w:r>
        <w:rPr>
          <w:color w:val="000000"/>
        </w:rPr>
        <w:t>_______</w:t>
      </w:r>
      <w:r>
        <w:rPr>
          <w:rFonts w:ascii="宋体" w:hAnsi="宋体" w:eastAsia="宋体" w:cs="宋体"/>
          <w:color w:val="000000"/>
        </w:rPr>
        <w:t>→满怀歉意</w:t>
      </w:r>
    </w:p>
    <w:p>
      <w:pPr>
        <w:spacing w:line="360" w:lineRule="auto"/>
        <w:textAlignment w:val="center"/>
        <w:rPr>
          <w:color w:val="000000"/>
        </w:rPr>
      </w:pPr>
      <w:r>
        <w:rPr>
          <w:color w:val="2E75B6"/>
        </w:rPr>
        <w:t>【答案】</w:t>
      </w:r>
      <w:r>
        <w:rPr>
          <w:color w:val="000000"/>
        </w:rPr>
        <w:t xml:space="preserve">24. </w:t>
      </w:r>
      <w:r>
        <w:rPr>
          <w:rFonts w:ascii="宋体" w:hAnsi="宋体" w:eastAsia="宋体" w:cs="宋体"/>
          <w:color w:val="000000"/>
        </w:rPr>
        <w:t>年轻人资助（捐助）贫困生。或年轻人抓阄资助（捐助）贫困生。</w:t>
      </w:r>
      <w:r>
        <w:rPr>
          <w:color w:val="000000"/>
        </w:rPr>
        <w:t xml:space="preserve">    </w:t>
      </w:r>
    </w:p>
    <w:p>
      <w:pPr>
        <w:spacing w:line="360" w:lineRule="auto"/>
        <w:textAlignment w:val="center"/>
        <w:rPr>
          <w:color w:val="000000"/>
        </w:rPr>
      </w:pPr>
      <w:r>
        <w:rPr>
          <w:color w:val="000000"/>
        </w:rPr>
        <w:t xml:space="preserve">25. </w:t>
      </w:r>
      <w:r>
        <w:rPr>
          <w:rFonts w:ascii="宋体" w:hAnsi="宋体" w:eastAsia="宋体" w:cs="宋体"/>
          <w:color w:val="000000"/>
        </w:rPr>
        <w:t>生性顽劣，整天爬树打架，几乎每门功课都考不及格的贫困生。</w:t>
      </w:r>
      <w:r>
        <w:rPr>
          <w:color w:val="000000"/>
        </w:rPr>
        <w:t xml:space="preserve">    </w:t>
      </w:r>
    </w:p>
    <w:p>
      <w:pPr>
        <w:spacing w:line="360" w:lineRule="auto"/>
        <w:textAlignment w:val="center"/>
        <w:rPr>
          <w:color w:val="000000"/>
        </w:rPr>
      </w:pPr>
      <w:r>
        <w:rPr>
          <w:color w:val="000000"/>
        </w:rPr>
        <w:t xml:space="preserve">26. </w:t>
      </w:r>
      <w:r>
        <w:rPr>
          <w:rFonts w:ascii="宋体" w:hAnsi="宋体" w:eastAsia="宋体" w:cs="宋体"/>
          <w:color w:val="000000"/>
        </w:rPr>
        <w:t>①独自走路上山；②不要欢迎仪式；③不要捐赠仪式；④抓阄决定资助对象；⑤向没受到资助的贫困生表示歉意。</w:t>
      </w:r>
      <w:r>
        <w:rPr>
          <w:color w:val="000000"/>
        </w:rPr>
        <w:t xml:space="preserve">    </w:t>
      </w:r>
    </w:p>
    <w:p>
      <w:pPr>
        <w:spacing w:line="360" w:lineRule="auto"/>
        <w:textAlignment w:val="center"/>
        <w:rPr>
          <w:color w:val="000000"/>
        </w:rPr>
      </w:pPr>
      <w:r>
        <w:rPr>
          <w:color w:val="000000"/>
        </w:rPr>
        <w:t xml:space="preserve">27. </w:t>
      </w:r>
      <w:r>
        <w:rPr>
          <w:rFonts w:ascii="宋体" w:hAnsi="宋体" w:eastAsia="宋体" w:cs="宋体"/>
          <w:color w:val="000000"/>
        </w:rPr>
        <w:t>（1）品学兼优的贫困生（成绩好的贫困生）</w:t>
      </w:r>
      <w:r>
        <w:rPr>
          <w:color w:val="000000"/>
        </w:rPr>
        <w:br w:type="textWrapping"/>
      </w:r>
      <w:r>
        <w:rPr>
          <w:rFonts w:ascii="宋体" w:hAnsi="宋体" w:eastAsia="宋体" w:cs="宋体"/>
          <w:color w:val="000000"/>
        </w:rPr>
        <w:t>（2）千挑万选</w:t>
      </w:r>
      <w:r>
        <w:rPr>
          <w:color w:val="000000"/>
        </w:rPr>
        <w:br w:type="textWrapping"/>
      </w:r>
      <w:r>
        <w:rPr>
          <w:rFonts w:ascii="宋体" w:hAnsi="宋体" w:eastAsia="宋体" w:cs="宋体"/>
          <w:color w:val="000000"/>
        </w:rPr>
        <w:t>（3）所有贫困生</w:t>
      </w:r>
      <w:r>
        <w:rPr>
          <w:color w:val="000000"/>
        </w:rPr>
        <w:br w:type="textWrapping"/>
      </w:r>
      <w:r>
        <w:rPr>
          <w:rFonts w:ascii="宋体" w:hAnsi="宋体" w:eastAsia="宋体" w:cs="宋体"/>
          <w:color w:val="000000"/>
        </w:rPr>
        <w:t xml:space="preserve">（4）抓阄决定  </w:t>
      </w:r>
      <w:r>
        <w:rPr>
          <w:color w:val="000000"/>
        </w:rPr>
        <w:t xml:space="preserve">    </w:t>
      </w:r>
    </w:p>
    <w:p>
      <w:pPr>
        <w:spacing w:line="360" w:lineRule="auto"/>
        <w:textAlignment w:val="center"/>
        <w:rPr>
          <w:color w:val="000000"/>
        </w:rPr>
      </w:pPr>
      <w:r>
        <w:rPr>
          <w:color w:val="000000"/>
        </w:rPr>
        <w:t xml:space="preserve">28.     ①. </w:t>
      </w:r>
      <w:r>
        <w:rPr>
          <w:rFonts w:ascii="宋体" w:hAnsi="宋体" w:eastAsia="宋体" w:cs="宋体"/>
          <w:color w:val="000000"/>
        </w:rPr>
        <w:t>慌乱</w:t>
      </w:r>
      <w:r>
        <w:rPr>
          <w:color w:val="000000"/>
        </w:rPr>
        <w:t xml:space="preserve">    ②. </w:t>
      </w:r>
      <w:r>
        <w:rPr>
          <w:rFonts w:ascii="宋体" w:hAnsi="宋体" w:eastAsia="宋体" w:cs="宋体"/>
          <w:color w:val="000000"/>
        </w:rPr>
        <w:t>沉默</w:t>
      </w:r>
      <w:r>
        <w:rPr>
          <w:color w:val="000000"/>
        </w:rPr>
        <w:t xml:space="preserve">    ③. </w:t>
      </w:r>
      <w:r>
        <w:rPr>
          <w:rFonts w:ascii="宋体" w:hAnsi="宋体" w:eastAsia="宋体" w:cs="宋体"/>
          <w:color w:val="000000"/>
        </w:rPr>
        <w:t xml:space="preserve">坚定 </w:t>
      </w:r>
      <w:r>
        <w:rPr>
          <w:color w:val="000000"/>
        </w:rPr>
        <w:br w:type="textWrapping"/>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【24题详解】</w:t>
      </w:r>
    </w:p>
    <w:p>
      <w:pPr>
        <w:spacing w:line="360" w:lineRule="auto"/>
        <w:jc w:val="left"/>
        <w:textAlignment w:val="center"/>
        <w:rPr>
          <w:color w:val="000000"/>
        </w:rPr>
      </w:pPr>
      <w:r>
        <w:rPr>
          <w:rFonts w:ascii="宋体" w:hAnsi="宋体" w:eastAsia="宋体" w:cs="宋体"/>
          <w:color w:val="000000"/>
        </w:rPr>
        <w:t>本题考查学生概括文章内容。</w:t>
      </w:r>
    </w:p>
    <w:p>
      <w:pPr>
        <w:spacing w:line="360" w:lineRule="auto"/>
        <w:jc w:val="left"/>
        <w:textAlignment w:val="center"/>
        <w:rPr>
          <w:color w:val="000000"/>
        </w:rPr>
      </w:pPr>
      <w:r>
        <w:rPr>
          <w:rFonts w:ascii="宋体" w:hAnsi="宋体" w:eastAsia="宋体" w:cs="宋体"/>
          <w:color w:val="000000"/>
        </w:rPr>
        <w:t>解答此题关键要整体感知文章内容，理清文章思路，根据人物及事件内容概括出切题的答案。一般形式为:什么人在什么情况下做了什么事，结果如何。注意表述的简洁通顺。</w:t>
      </w:r>
    </w:p>
    <w:p>
      <w:pPr>
        <w:spacing w:line="360" w:lineRule="auto"/>
        <w:jc w:val="left"/>
        <w:textAlignment w:val="center"/>
        <w:rPr>
          <w:color w:val="000000"/>
        </w:rPr>
      </w:pPr>
      <w:r>
        <w:rPr>
          <w:rFonts w:ascii="宋体" w:hAnsi="宋体" w:eastAsia="宋体" w:cs="宋体"/>
          <w:color w:val="000000"/>
        </w:rPr>
        <w:t>通过阅读全文可知，文章记叙了15年前一个穷山沟的年轻人幸运地得到一位老华侨的捐助，15年后年轻人来到天堂村小学同样依抓阄的方式选择捐助了10名学生的事。仔细阅读全文，找到主要人物“年轻人”和主要事件“捐助贫困生”，不需要叙述细节和评价。如可概括为：年轻人抓阄资助贫困生。</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rFonts w:ascii="宋体" w:hAnsi="宋体" w:eastAsia="宋体" w:cs="宋体"/>
          <w:color w:val="000000"/>
        </w:rPr>
        <w:t>本题考查学生筛选文章信息的能力。</w:t>
      </w:r>
    </w:p>
    <w:p>
      <w:pPr>
        <w:spacing w:line="360" w:lineRule="auto"/>
        <w:jc w:val="left"/>
        <w:textAlignment w:val="center"/>
        <w:rPr>
          <w:color w:val="000000"/>
        </w:rPr>
      </w:pPr>
      <w:r>
        <w:rPr>
          <w:rFonts w:ascii="宋体" w:hAnsi="宋体" w:eastAsia="宋体" w:cs="宋体"/>
          <w:color w:val="000000"/>
        </w:rPr>
        <w:t>学生感知文本内容，学会在文章中找出照应的内容作答。结合文中内容，在年轻人决定依抓阄的方式选资助对象时，从第⑯段方子儒的话“不行，那样你会不小心抽到坏孩子的。他们生性顽劣，整天爬树打架，几乎每门功课都不及格！”和第⑲段年轻人的话“在我眼里，从来没有一个坏孩子，我们一样爱他们。谁又能知道，调皮捣蛋的孩子将来就一定不会有所作为呢？他们一样天真无邪，他们的心里一样编织着最美丽的梦想……”可知，“他们”在文中指生性顽劣，整天爬树打架，几乎每门功课都考不及格的贫困生。</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rFonts w:ascii="宋体" w:hAnsi="宋体" w:eastAsia="宋体" w:cs="宋体"/>
          <w:color w:val="000000"/>
        </w:rPr>
        <w:t>本题考查学生对文章内容的理解及分析能力。</w:t>
      </w:r>
    </w:p>
    <w:p>
      <w:pPr>
        <w:spacing w:line="360" w:lineRule="auto"/>
        <w:jc w:val="left"/>
        <w:textAlignment w:val="center"/>
        <w:rPr>
          <w:color w:val="000000"/>
        </w:rPr>
      </w:pPr>
      <w:r>
        <w:rPr>
          <w:rFonts w:ascii="宋体" w:hAnsi="宋体" w:eastAsia="宋体" w:cs="宋体"/>
          <w:color w:val="000000"/>
        </w:rPr>
        <w:t>解答此题关键要整体感知文章内容，理清文章思路，找出描写“来客”的相并语句及事件，从中归纳出“特别”之处作答。</w:t>
      </w:r>
    </w:p>
    <w:p>
      <w:pPr>
        <w:spacing w:line="360" w:lineRule="auto"/>
        <w:jc w:val="left"/>
        <w:textAlignment w:val="center"/>
        <w:rPr>
          <w:color w:val="000000"/>
        </w:rPr>
      </w:pPr>
      <w:r>
        <w:rPr>
          <w:rFonts w:ascii="宋体" w:hAnsi="宋体" w:eastAsia="宋体" w:cs="宋体"/>
          <w:color w:val="000000"/>
        </w:rPr>
        <w:t>从文中第②段句子“这个年轻人不声不响，独自走了两个小时的山路”可以看到“客人”的“特别”之处表现在：独自走路上山；</w:t>
      </w:r>
    </w:p>
    <w:p>
      <w:pPr>
        <w:spacing w:line="360" w:lineRule="auto"/>
        <w:jc w:val="left"/>
        <w:textAlignment w:val="center"/>
        <w:rPr>
          <w:color w:val="000000"/>
        </w:rPr>
      </w:pPr>
      <w:r>
        <w:rPr>
          <w:rFonts w:ascii="宋体" w:hAnsi="宋体" w:eastAsia="宋体" w:cs="宋体"/>
          <w:color w:val="000000"/>
        </w:rPr>
        <w:t>从第④段“方子儒殷勤地招呼道：‘要不，您先去洗漱一下？我让学生们列队欢迎？’”第⑤段“年轻人慌乱地摆摆手：‘千万不要……我不想耽搁，捐了款就走！’”可以看到“客人”的“特别”之处表现在：不要欢迎仪式；</w:t>
      </w:r>
    </w:p>
    <w:p>
      <w:pPr>
        <w:spacing w:line="360" w:lineRule="auto"/>
        <w:jc w:val="left"/>
        <w:textAlignment w:val="center"/>
        <w:rPr>
          <w:color w:val="000000"/>
        </w:rPr>
      </w:pPr>
      <w:r>
        <w:rPr>
          <w:rFonts w:ascii="宋体" w:hAnsi="宋体" w:eastAsia="宋体" w:cs="宋体"/>
          <w:color w:val="000000"/>
        </w:rPr>
        <w:t>从第㉑段“方子儒执意要举行一个公开的捐赠仪式，这是学校的惯例。年轻人却摇了摇头”可以看到“客人”的“特别”之处表现在：不要捐赠仪式；</w:t>
      </w:r>
    </w:p>
    <w:p>
      <w:pPr>
        <w:spacing w:line="360" w:lineRule="auto"/>
        <w:jc w:val="left"/>
        <w:textAlignment w:val="center"/>
        <w:rPr>
          <w:color w:val="000000"/>
        </w:rPr>
      </w:pPr>
      <w:r>
        <w:rPr>
          <w:rFonts w:ascii="宋体" w:hAnsi="宋体" w:eastAsia="宋体" w:cs="宋体"/>
          <w:color w:val="000000"/>
        </w:rPr>
        <w:t>从第⑭段“方子儒终于看出了端倪，疑惑地问道：‘您……是想抓阄决定资助的对象？”第⑮段“年轻人点了点头：‘是的，我觉得那样才公平！’”可以看到“客人”的“特别”之处表现在：抓阄决定资助对象；</w:t>
      </w:r>
    </w:p>
    <w:p>
      <w:pPr>
        <w:spacing w:line="360" w:lineRule="auto"/>
        <w:jc w:val="left"/>
        <w:textAlignment w:val="center"/>
        <w:rPr>
          <w:color w:val="000000"/>
        </w:rPr>
      </w:pPr>
      <w:r>
        <w:rPr>
          <w:rFonts w:ascii="宋体" w:hAnsi="宋体" w:eastAsia="宋体" w:cs="宋体"/>
          <w:color w:val="000000"/>
        </w:rPr>
        <w:t>从第㉑段“年轻人却摇了摇头，说：‘校长，能否替我向其他的20名学生道歉？’”可以看到“客人”的“特别”之处表现在：向没受到资助的贫困生表示歉意。</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rFonts w:ascii="宋体" w:hAnsi="宋体" w:eastAsia="宋体" w:cs="宋体"/>
          <w:color w:val="000000"/>
        </w:rPr>
        <w:t>本题考查学生对文章内容的理解能力。</w:t>
      </w:r>
    </w:p>
    <w:p>
      <w:pPr>
        <w:spacing w:line="360" w:lineRule="auto"/>
        <w:jc w:val="left"/>
        <w:textAlignment w:val="center"/>
        <w:rPr>
          <w:color w:val="000000"/>
        </w:rPr>
      </w:pPr>
      <w:r>
        <w:rPr>
          <w:rFonts w:ascii="宋体" w:hAnsi="宋体" w:eastAsia="宋体" w:cs="宋体"/>
          <w:color w:val="000000"/>
        </w:rPr>
        <w:t>解答的关键是在文中找到描述二者确定资助对象的相关段落，然后从中概括出有效信息作答。</w:t>
      </w:r>
    </w:p>
    <w:p>
      <w:pPr>
        <w:spacing w:line="360" w:lineRule="auto"/>
        <w:jc w:val="left"/>
        <w:textAlignment w:val="center"/>
        <w:rPr>
          <w:color w:val="000000"/>
        </w:rPr>
      </w:pPr>
      <w:r>
        <w:rPr>
          <w:rFonts w:ascii="宋体" w:hAnsi="宋体" w:eastAsia="宋体" w:cs="宋体"/>
          <w:color w:val="000000"/>
        </w:rPr>
        <w:t>从第⑨段方子儒的话：“可是，这是我们千挑万选出来的学生。他们品学兼优，将来一定是国家的栋梁之材！”可以看出他的标准是成绩好的贫困生，方式是千挑万选。</w:t>
      </w:r>
    </w:p>
    <w:p>
      <w:pPr>
        <w:spacing w:line="360" w:lineRule="auto"/>
        <w:jc w:val="left"/>
        <w:textAlignment w:val="center"/>
        <w:rPr>
          <w:color w:val="000000"/>
        </w:rPr>
      </w:pPr>
      <w:r>
        <w:rPr>
          <w:rFonts w:ascii="宋体" w:hAnsi="宋体" w:eastAsia="宋体" w:cs="宋体"/>
          <w:color w:val="000000"/>
        </w:rPr>
        <w:t>再根据下文第⑩段“年轻人沉默了一会儿，说：‘校长，我能亲自挑选资助对象吗？’……年轻人坚定地说：“在我眼里，从来没有一个坏孩子，我们一样爱他们。谁又能知道，调皮捣蛋的孩子将来就一定不会有所作为呢？他们一样天真无邪，他们的心里一样编织着最美丽的梦想……”，从年轻人的作法可以看到他的标准是所有贫困生，方式就是抓阄决定。</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rFonts w:ascii="宋体" w:hAnsi="宋体" w:eastAsia="宋体" w:cs="宋体"/>
          <w:color w:val="000000"/>
        </w:rPr>
        <w:t>本题考查学生情节的梳理与筛选。</w:t>
      </w:r>
    </w:p>
    <w:p>
      <w:pPr>
        <w:spacing w:line="360" w:lineRule="auto"/>
        <w:jc w:val="left"/>
        <w:textAlignment w:val="center"/>
        <w:rPr>
          <w:color w:val="000000"/>
        </w:rPr>
      </w:pPr>
      <w:r>
        <w:rPr>
          <w:rFonts w:ascii="宋体" w:hAnsi="宋体" w:eastAsia="宋体" w:cs="宋体"/>
          <w:color w:val="000000"/>
        </w:rPr>
        <w:t>结合全文内容可知，文中主要记叙了15年前一个穷山沟的年轻人幸运地得到一位老华侨的捐助，15年后年轻人来到天堂村小学同样依抓阄的方式选择捐助了10名学生的事。故本题根据故事情节的变化可以理解到“我”的情感变化过程。</w:t>
      </w:r>
    </w:p>
    <w:p>
      <w:pPr>
        <w:spacing w:line="360" w:lineRule="auto"/>
        <w:jc w:val="left"/>
        <w:textAlignment w:val="center"/>
        <w:rPr>
          <w:color w:val="000000"/>
        </w:rPr>
      </w:pPr>
      <w:r>
        <w:rPr>
          <w:rFonts w:ascii="宋体" w:hAnsi="宋体" w:eastAsia="宋体" w:cs="宋体"/>
          <w:color w:val="000000"/>
        </w:rPr>
        <w:t>从第③段“年轻人显得有点尴尬”可知，年轻人狼狈走到学校时的神情首先是尴尬；</w:t>
      </w:r>
    </w:p>
    <w:p>
      <w:pPr>
        <w:spacing w:line="360" w:lineRule="auto"/>
        <w:jc w:val="left"/>
        <w:textAlignment w:val="center"/>
        <w:rPr>
          <w:color w:val="000000"/>
        </w:rPr>
      </w:pPr>
      <w:r>
        <w:rPr>
          <w:rFonts w:ascii="宋体" w:hAnsi="宋体" w:eastAsia="宋体" w:cs="宋体"/>
          <w:color w:val="000000"/>
        </w:rPr>
        <w:t>从第⑤段“年轻人慌乱地摆摆手”可以看出他面对校长想列队欢迎时的神情是慌乱；</w:t>
      </w:r>
    </w:p>
    <w:p>
      <w:pPr>
        <w:spacing w:line="360" w:lineRule="auto"/>
        <w:jc w:val="left"/>
        <w:textAlignment w:val="center"/>
        <w:rPr>
          <w:color w:val="000000"/>
        </w:rPr>
      </w:pPr>
      <w:r>
        <w:rPr>
          <w:rFonts w:ascii="宋体" w:hAnsi="宋体" w:eastAsia="宋体" w:cs="宋体"/>
          <w:color w:val="000000"/>
        </w:rPr>
        <w:t>从第⑩段“年轻人沉默了一会儿”可以看出年轻人在看到校长推荐的都是品学兼优的贫困生时，沉默了；</w:t>
      </w:r>
    </w:p>
    <w:p>
      <w:pPr>
        <w:spacing w:line="360" w:lineRule="auto"/>
        <w:jc w:val="left"/>
        <w:textAlignment w:val="center"/>
        <w:rPr>
          <w:color w:val="000000"/>
        </w:rPr>
      </w:pPr>
      <w:r>
        <w:rPr>
          <w:rFonts w:ascii="宋体" w:hAnsi="宋体" w:eastAsia="宋体" w:cs="宋体"/>
          <w:color w:val="000000"/>
        </w:rPr>
        <w:t>从第⑫段“年轻人笑了：‘我当然相信，但请给我所有贫困生的名单！’”可看出年轻人面对校长进一步推荐品学兼优好学生时时笑了；</w:t>
      </w:r>
    </w:p>
    <w:p>
      <w:pPr>
        <w:spacing w:line="360" w:lineRule="auto"/>
        <w:jc w:val="left"/>
        <w:textAlignment w:val="center"/>
        <w:rPr>
          <w:color w:val="000000"/>
        </w:rPr>
      </w:pPr>
      <w:r>
        <w:rPr>
          <w:rFonts w:ascii="宋体" w:hAnsi="宋体" w:eastAsia="宋体" w:cs="宋体"/>
          <w:color w:val="000000"/>
        </w:rPr>
        <w:t>从第⑲段“年轻人坚定地说：‘在我眼里，从来没有一个坏孩子，我们一样爱他们’”可看出，年轻人神色坚定，认为所有的学生都是好孩子；</w:t>
      </w:r>
    </w:p>
    <w:p>
      <w:pPr>
        <w:spacing w:line="360" w:lineRule="auto"/>
        <w:jc w:val="left"/>
        <w:textAlignment w:val="center"/>
        <w:rPr>
          <w:color w:val="000000"/>
        </w:rPr>
      </w:pPr>
      <w:r>
        <w:rPr>
          <w:rFonts w:ascii="宋体" w:hAnsi="宋体" w:eastAsia="宋体" w:cs="宋体"/>
          <w:color w:val="000000"/>
        </w:rPr>
        <w:t>从第㉒段“年轻人的眼睛有些湿润，满怀歉意地说：‘对不起，我没有能力资助所有的贫困生’”可看出年轻人最后因为只能资助10名学生而心怀内疚与歉意。</w:t>
      </w:r>
    </w:p>
    <w:p>
      <w:pPr>
        <w:spacing w:line="360" w:lineRule="auto"/>
        <w:jc w:val="left"/>
        <w:textAlignment w:val="center"/>
        <w:rPr>
          <w:color w:val="000000"/>
        </w:rPr>
      </w:pPr>
      <w:r>
        <w:rPr>
          <w:rFonts w:ascii="宋体" w:hAnsi="宋体" w:eastAsia="宋体" w:cs="宋体"/>
          <w:color w:val="000000"/>
        </w:rPr>
        <w:t>据此，填入横线处即可。</w:t>
      </w:r>
    </w:p>
    <w:p>
      <w:pPr>
        <w:pStyle w:val="Heading2"/>
      </w:pPr>
      <w:r>
        <w:t>期中</w:t>
      </w:r>
    </w:p>
    <w:p>
      <w:pPr>
        <w:pStyle w:val="Heading3"/>
      </w:pPr>
      <w:r>
        <w:t>大兴区</w:t>
      </w:r>
    </w:p>
    <w:p>
      <w:pPr>
        <w:spacing w:line="360" w:lineRule="auto"/>
        <w:jc w:val="left"/>
        <w:textAlignment w:val="center"/>
        <w:rPr>
          <w:color w:val="000000"/>
        </w:rPr>
      </w:pPr>
      <w:r>
        <w:rPr>
          <w:rFonts w:ascii="宋体" w:hAnsi="宋体" w:eastAsia="宋体" w:cs="宋体"/>
          <w:b/>
          <w:color w:val="000000"/>
          <w:sz w:val="24"/>
        </w:rPr>
        <w:t>四、现代文阅读（共20分）</w:t>
      </w:r>
    </w:p>
    <w:p>
      <w:pPr>
        <w:spacing w:line="360" w:lineRule="auto"/>
        <w:jc w:val="left"/>
        <w:textAlignment w:val="center"/>
        <w:rPr>
          <w:color w:val="000000"/>
        </w:rPr>
      </w:pPr>
      <w:r>
        <w:rPr>
          <w:rFonts w:ascii="宋体" w:hAnsi="宋体" w:eastAsia="宋体" w:cs="宋体"/>
          <w:b/>
          <w:color w:val="000000"/>
          <w:sz w:val="24"/>
        </w:rPr>
        <w:t>（一）（共10分）</w:t>
      </w:r>
    </w:p>
    <w:p>
      <w:pPr>
        <w:spacing w:line="360" w:lineRule="auto"/>
        <w:jc w:val="left"/>
        <w:textAlignment w:val="center"/>
        <w:rPr>
          <w:color w:val="000000"/>
        </w:rPr>
      </w:pPr>
      <w:r>
        <w:rPr>
          <w:rFonts w:ascii="宋体" w:hAnsi="宋体" w:eastAsia="宋体" w:cs="宋体"/>
          <w:color w:val="000000"/>
        </w:rPr>
        <w:t>阅读老舍《济南的冬天》这篇文章，完成下面小题。</w:t>
      </w:r>
    </w:p>
    <w:p>
      <w:pPr>
        <w:spacing w:line="360" w:lineRule="auto"/>
        <w:ind w:firstLine="420"/>
        <w:jc w:val="left"/>
        <w:textAlignment w:val="center"/>
        <w:rPr>
          <w:color w:val="000000"/>
        </w:rPr>
      </w:pPr>
      <w:r>
        <w:rPr>
          <w:rFonts w:ascii="楷体" w:hAnsi="楷体" w:eastAsia="楷体" w:cs="楷体"/>
          <w:color w:val="000000"/>
        </w:rPr>
        <w:t>①对于一个在北平住惯的人，像我，冬天要是不刮大风，便是奇迹；济南的冬天是没有风声的。对于一个刚由伦敦回来的，像我，冬天要能看得见日光，便是怪事；济南的冬天是响晴的。自然，在热带的地方，日光是永远那么毒，响亮的天气，反有点叫人害怕。可是，在北中国的冬天，而能有温晴的天气，济南真得算个宝地。</w:t>
      </w:r>
    </w:p>
    <w:p>
      <w:pPr>
        <w:spacing w:line="360" w:lineRule="auto"/>
        <w:ind w:firstLine="420"/>
        <w:jc w:val="left"/>
        <w:textAlignment w:val="center"/>
        <w:rPr>
          <w:color w:val="000000"/>
        </w:rPr>
      </w:pPr>
      <w:r>
        <w:rPr>
          <w:rFonts w:ascii="楷体" w:hAnsi="楷体" w:eastAsia="楷体" w:cs="楷体"/>
          <w:color w:val="000000"/>
        </w:rPr>
        <w:t>②设若单单是有阳光，那也算不了出奇。请闭上眼睛想：一个老城，有山有水，全在天底下晒着阳光，暖和安适地睡着，只等春风来把它们唤醒，这是不是个理想的境界？</w:t>
      </w:r>
    </w:p>
    <w:p>
      <w:pPr>
        <w:spacing w:line="360" w:lineRule="auto"/>
        <w:ind w:firstLine="420"/>
        <w:jc w:val="left"/>
        <w:textAlignment w:val="center"/>
        <w:rPr>
          <w:color w:val="000000"/>
        </w:rPr>
      </w:pPr>
      <w:r>
        <w:rPr>
          <w:rFonts w:ascii="楷体" w:hAnsi="楷体" w:eastAsia="楷体" w:cs="楷体"/>
          <w:color w:val="000000"/>
        </w:rPr>
        <w:t>③小山整把济南围了个圈儿，只有北边缺着点口儿。这一圈小山在冬天特别可爱，好像是把济南放在一个小摇篮里，它们全安静不动地低声地说：</w:t>
      </w:r>
      <w:r>
        <w:rPr>
          <w:rFonts w:ascii="宋体" w:hAnsi="宋体" w:eastAsia="宋体" w:cs="宋体"/>
          <w:color w:val="000000"/>
        </w:rPr>
        <w:t>“</w:t>
      </w:r>
      <w:r>
        <w:rPr>
          <w:rFonts w:ascii="楷体" w:hAnsi="楷体" w:eastAsia="楷体" w:cs="楷体"/>
          <w:color w:val="000000"/>
        </w:rPr>
        <w:t>你们放心吧，这儿准保暖和。</w:t>
      </w:r>
      <w:r>
        <w:rPr>
          <w:rFonts w:ascii="宋体" w:hAnsi="宋体" w:eastAsia="宋体" w:cs="宋体"/>
          <w:color w:val="000000"/>
        </w:rPr>
        <w:t>”</w:t>
      </w:r>
      <w:r>
        <w:rPr>
          <w:rFonts w:ascii="楷体" w:hAnsi="楷体" w:eastAsia="楷体" w:cs="楷体"/>
          <w:color w:val="000000"/>
        </w:rPr>
        <w:t>真的，济南的人们在冬天是面上含笑的。他们一看那些小山，心中便觉得有了着落，有了依靠。他们由天上看到山上，便不知不觉地想起：</w:t>
      </w:r>
      <w:r>
        <w:rPr>
          <w:rFonts w:ascii="宋体" w:hAnsi="宋体" w:eastAsia="宋体" w:cs="宋体"/>
          <w:color w:val="000000"/>
        </w:rPr>
        <w:t>“</w:t>
      </w:r>
      <w:r>
        <w:rPr>
          <w:rFonts w:ascii="楷体" w:hAnsi="楷体" w:eastAsia="楷体" w:cs="楷体"/>
          <w:color w:val="000000"/>
        </w:rPr>
        <w:t>明天也许就是春天了吧？这样的温暖，今天夜里山草也许就绿起来了吧？</w:t>
      </w:r>
      <w:r>
        <w:rPr>
          <w:rFonts w:ascii="宋体" w:hAnsi="宋体" w:eastAsia="宋体" w:cs="宋体"/>
          <w:color w:val="000000"/>
        </w:rPr>
        <w:t>”</w:t>
      </w:r>
      <w:r>
        <w:rPr>
          <w:rFonts w:ascii="楷体" w:hAnsi="楷体" w:eastAsia="楷体" w:cs="楷体"/>
          <w:color w:val="000000"/>
        </w:rPr>
        <w:t>就是这点幻想不能一时实现，他们也并不着急，因为有这样慈善的冬天，干啥还希望别的呢！</w:t>
      </w:r>
    </w:p>
    <w:p>
      <w:pPr>
        <w:spacing w:line="360" w:lineRule="auto"/>
        <w:ind w:firstLine="420"/>
        <w:jc w:val="left"/>
        <w:textAlignment w:val="center"/>
        <w:rPr>
          <w:color w:val="000000"/>
        </w:rPr>
      </w:pPr>
      <w:r>
        <w:rPr>
          <w:rFonts w:ascii="楷体" w:hAnsi="楷体" w:eastAsia="楷体" w:cs="楷体"/>
          <w:color w:val="000000"/>
        </w:rPr>
        <w:t>④最妙的是下点小雪呀。看吧，山上的矮松越发的青黑，树尖上顶着一髻儿白花，好像日本看护妇。山尖全白了，给蓝天镶上一道银边。山坡上，有的地方雪厚点，有的地方草色还露着，这样，一道儿白，一道儿暗黄，给山们穿上一件带水纹的花衣；看着看着，这件花衣好像被风儿吹动，叫你希望看见一点更美的山的肌肤。等到快日落的时候，微黄的阳光斜射在山腰上，那点薄雪好像忽然害了羞，微微露出点粉色。就是下小雪吧，济南是受不住大雪的，那些小山太秀气！</w:t>
      </w:r>
    </w:p>
    <w:p>
      <w:pPr>
        <w:spacing w:line="360" w:lineRule="auto"/>
        <w:ind w:firstLine="420"/>
        <w:jc w:val="left"/>
        <w:textAlignment w:val="center"/>
        <w:rPr>
          <w:color w:val="000000"/>
        </w:rPr>
      </w:pPr>
      <w:r>
        <w:rPr>
          <w:rFonts w:ascii="楷体" w:hAnsi="楷体" w:eastAsia="楷体" w:cs="楷体"/>
          <w:color w:val="000000"/>
        </w:rPr>
        <w:t>⑤古老的济南，城里那么狭窄，城外又那么宽敞，山坡上卧着些小村庄，小村庄的房顶上卧着点雪，对，这是张小水墨画，也许是唐代的名手画的吧。</w:t>
      </w:r>
    </w:p>
    <w:p>
      <w:pPr>
        <w:spacing w:line="360" w:lineRule="auto"/>
        <w:ind w:firstLine="420"/>
        <w:jc w:val="left"/>
        <w:textAlignment w:val="center"/>
        <w:rPr>
          <w:color w:val="000000"/>
        </w:rPr>
      </w:pPr>
      <w:r>
        <w:rPr>
          <w:rFonts w:ascii="楷体" w:hAnsi="楷体" w:eastAsia="楷体" w:cs="楷体"/>
          <w:color w:val="000000"/>
        </w:rPr>
        <w:t>⑥那水呢，不但不结冰，倒反在绿萍上冒着热气，水藻真绿，把终年贮蓄的绿色全拿出来了。天儿越晴，水藻越绿，就凭这些绿的精神，水也不忍得冻上，况且那些长枝的垂柳还要在水里照个影儿呢！看吧，由澄清的河水慢慢往上看吧，空中，半空中，天上，自上而下全是那么清亮，那么蓝汪汪的，整个的是块空灵的蓝水晶。这块水晶里，包着红屋顶，黄草山，像地毯上的小团花的灰色树影。这就是冬天的济南。</w:t>
      </w:r>
    </w:p>
    <w:p>
      <w:pPr>
        <w:spacing w:line="360" w:lineRule="auto"/>
        <w:jc w:val="left"/>
        <w:textAlignment w:val="center"/>
        <w:rPr>
          <w:color w:val="000000"/>
        </w:rPr>
      </w:pPr>
      <w:r>
        <w:rPr>
          <w:color w:val="000000"/>
        </w:rPr>
        <w:t xml:space="preserve">15. </w:t>
      </w:r>
      <w:r>
        <w:rPr>
          <w:rFonts w:ascii="宋体" w:hAnsi="宋体" w:eastAsia="宋体" w:cs="宋体"/>
          <w:color w:val="000000"/>
        </w:rPr>
        <w:t>阅读全文，文章中</w:t>
      </w:r>
      <w:r>
        <w:rPr>
          <w:color w:val="000000"/>
        </w:rPr>
        <w:t>_________</w:t>
      </w:r>
      <w:r>
        <w:rPr>
          <w:rFonts w:ascii="宋体" w:hAnsi="宋体" w:eastAsia="宋体" w:cs="宋体"/>
          <w:color w:val="000000"/>
        </w:rPr>
        <w:t>这个词语能概括出作者笔下济南冬天的特点。</w:t>
      </w:r>
    </w:p>
    <w:p>
      <w:pPr>
        <w:spacing w:line="360" w:lineRule="auto"/>
        <w:jc w:val="left"/>
        <w:textAlignment w:val="center"/>
        <w:rPr>
          <w:color w:val="000000"/>
        </w:rPr>
      </w:pPr>
      <w:r>
        <w:rPr>
          <w:color w:val="000000"/>
        </w:rPr>
        <w:t xml:space="preserve">16. </w:t>
      </w:r>
      <w:r>
        <w:rPr>
          <w:rFonts w:ascii="宋体" w:hAnsi="宋体" w:eastAsia="宋体" w:cs="宋体"/>
          <w:color w:val="000000"/>
        </w:rPr>
        <w:t>请简要分析第①段中作者运用对比修辞手法的表达效果。</w:t>
      </w:r>
    </w:p>
    <w:p>
      <w:pPr>
        <w:spacing w:line="360" w:lineRule="auto"/>
        <w:jc w:val="left"/>
        <w:textAlignment w:val="center"/>
        <w:rPr>
          <w:color w:val="000000"/>
        </w:rPr>
      </w:pPr>
      <w:r>
        <w:rPr>
          <w:color w:val="000000"/>
        </w:rPr>
        <w:t xml:space="preserve">17. </w:t>
      </w:r>
      <w:r>
        <w:rPr>
          <w:rFonts w:ascii="宋体" w:hAnsi="宋体" w:eastAsia="宋体" w:cs="宋体"/>
          <w:color w:val="000000"/>
        </w:rPr>
        <w:t>阅读第③～⑥段，填写表格。</w:t>
      </w:r>
    </w:p>
    <w:tbl>
      <w:tblPr>
        <w:tblStyle w:val="4"/>
        <w:tblW w:w="5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0"/>
        <w:gridCol w:w="1980"/>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段序</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段落内容命名</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所写景物特点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第③段</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摇篮山</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（1）</w:t>
            </w:r>
            <w:r>
              <w:rPr>
                <w:color w:val="000000"/>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第④段</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（2）</w:t>
            </w:r>
            <w:r>
              <w:rPr>
                <w:color w:val="000000"/>
              </w:rPr>
              <w:t>______</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秀气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第⑤段</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（3）</w:t>
            </w:r>
            <w:r>
              <w:rPr>
                <w:color w:val="000000"/>
              </w:rPr>
              <w:t>______</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淡雅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第⑥段</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蓝晶水</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（4）</w:t>
            </w:r>
            <w:r>
              <w:rPr>
                <w:color w:val="000000"/>
              </w:rPr>
              <w:t>______</w:t>
            </w:r>
          </w:p>
        </w:tc>
      </w:tr>
    </w:tbl>
    <w:p>
      <w:pPr>
        <w:spacing w:line="360" w:lineRule="auto"/>
        <w:jc w:val="left"/>
        <w:textAlignment w:val="center"/>
        <w:rPr>
          <w:color w:val="000000"/>
        </w:rPr>
      </w:pPr>
      <w:r>
        <w:rPr>
          <w:color w:val="000000"/>
        </w:rPr>
        <w:t xml:space="preserve">18. </w:t>
      </w:r>
      <w:r>
        <w:rPr>
          <w:rFonts w:ascii="宋体" w:hAnsi="宋体" w:eastAsia="宋体" w:cs="宋体"/>
          <w:color w:val="000000"/>
        </w:rPr>
        <w:t>文章结尾“这就是冬天的济南”一句如改成“这就是济南的冬天”好不好？为什么？</w:t>
      </w:r>
    </w:p>
    <w:p>
      <w:pPr>
        <w:spacing w:line="360" w:lineRule="auto"/>
        <w:textAlignment w:val="center"/>
        <w:rPr>
          <w:color w:val="000000"/>
        </w:rPr>
      </w:pPr>
      <w:r>
        <w:rPr>
          <w:color w:val="2E75B6"/>
        </w:rPr>
        <w:t>【答案】</w:t>
      </w:r>
      <w:r>
        <w:rPr>
          <w:color w:val="000000"/>
        </w:rPr>
        <w:t xml:space="preserve">15. </w:t>
      </w:r>
      <w:r>
        <w:rPr>
          <w:rFonts w:ascii="宋体" w:hAnsi="宋体" w:eastAsia="宋体" w:cs="宋体"/>
          <w:color w:val="000000"/>
        </w:rPr>
        <w:t>温晴</w:t>
      </w:r>
      <w:r>
        <w:rPr>
          <w:color w:val="000000"/>
        </w:rPr>
        <w:t xml:space="preserve">    16. </w:t>
      </w:r>
      <w:r>
        <w:rPr>
          <w:rFonts w:ascii="宋体" w:hAnsi="宋体" w:eastAsia="宋体" w:cs="宋体"/>
          <w:color w:val="000000"/>
        </w:rPr>
        <w:t>示例：这段通过与北平、伦敦、热带对比，写济南的冬天既无风声、又无重雾、也无毒日的“奇迹”和“怪事”，突出强调“温晴”这一特点；进而赞誉了济南是个“宝地”并抒发出了作者对济南的喜爱之情。</w:t>
      </w:r>
      <w:r>
        <w:rPr>
          <w:color w:val="000000"/>
        </w:rPr>
        <w:t xml:space="preserve">    </w:t>
      </w:r>
    </w:p>
    <w:p>
      <w:pPr>
        <w:spacing w:line="360" w:lineRule="auto"/>
        <w:textAlignment w:val="center"/>
        <w:rPr>
          <w:color w:val="000000"/>
        </w:rPr>
      </w:pPr>
      <w:r>
        <w:rPr>
          <w:color w:val="000000"/>
        </w:rPr>
        <w:t xml:space="preserve">17.     ①. </w:t>
      </w:r>
      <w:r>
        <w:rPr>
          <w:rFonts w:ascii="宋体" w:hAnsi="宋体" w:eastAsia="宋体" w:cs="宋体"/>
          <w:color w:val="000000"/>
        </w:rPr>
        <w:t>可爱（温暖/慈善）</w:t>
      </w:r>
      <w:r>
        <w:rPr>
          <w:color w:val="000000"/>
        </w:rPr>
        <w:t xml:space="preserve">    ②. </w:t>
      </w:r>
      <w:r>
        <w:rPr>
          <w:rFonts w:ascii="宋体" w:hAnsi="宋体" w:eastAsia="宋体" w:cs="宋体"/>
          <w:color w:val="000000"/>
        </w:rPr>
        <w:t>薄雪山</w:t>
      </w:r>
      <w:r>
        <w:rPr>
          <w:color w:val="000000"/>
        </w:rPr>
        <w:t xml:space="preserve">    ③. </w:t>
      </w:r>
      <w:r>
        <w:rPr>
          <w:rFonts w:ascii="宋体" w:hAnsi="宋体" w:eastAsia="宋体" w:cs="宋体"/>
          <w:color w:val="000000"/>
        </w:rPr>
        <w:t>水墨山</w:t>
      </w:r>
      <w:r>
        <w:rPr>
          <w:color w:val="000000"/>
        </w:rPr>
        <w:t xml:space="preserve">    ④. </w:t>
      </w:r>
      <w:r>
        <w:rPr>
          <w:rFonts w:ascii="宋体" w:hAnsi="宋体" w:eastAsia="宋体" w:cs="宋体"/>
          <w:color w:val="000000"/>
        </w:rPr>
        <w:t>空灵</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示例：不好。“这就是冬天的济南”既和开头“济南真得算个宝地”相呼应，又在写出作者对“冬天济南”的总体观感基础上抒发了作者难以抑制的赞美之情，让人回味无穷。</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color w:val="000000"/>
        </w:rPr>
        <w:t>本题考查文章</w:t>
      </w:r>
      <w:r>
        <w:rPr>
          <w:rFonts w:ascii="宋体" w:hAnsi="宋体" w:eastAsia="宋体" w:cs="宋体"/>
          <w:color w:val="000000"/>
        </w:rPr>
        <w:t>内容的概括。</w:t>
      </w:r>
    </w:p>
    <w:p>
      <w:pPr>
        <w:spacing w:line="360" w:lineRule="auto"/>
        <w:jc w:val="left"/>
        <w:textAlignment w:val="center"/>
        <w:rPr>
          <w:color w:val="000000"/>
        </w:rPr>
      </w:pPr>
      <w:r>
        <w:rPr>
          <w:rFonts w:ascii="宋体" w:hAnsi="宋体" w:eastAsia="宋体" w:cs="宋体"/>
          <w:color w:val="000000"/>
        </w:rPr>
        <w:t>由第①段“济南的冬天是响晴的”“在北中国的冬天，而能有温晴的天气，济南真得算个宝地”可知，“温晴”这个词语能概括出作者笔下济南冬天的特点。</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本题考查句子赏析。注意从对比</w:t>
      </w:r>
      <w:r>
        <w:rPr>
          <w:rFonts w:ascii="宋体" w:hAnsi="宋体" w:eastAsia="宋体" w:cs="宋体"/>
          <w:color w:val="000000"/>
        </w:rPr>
        <w:t>修辞手法的角度分析。</w:t>
      </w:r>
    </w:p>
    <w:p>
      <w:pPr>
        <w:spacing w:line="360" w:lineRule="auto"/>
        <w:jc w:val="left"/>
        <w:textAlignment w:val="center"/>
        <w:rPr>
          <w:color w:val="000000"/>
        </w:rPr>
      </w:pPr>
      <w:r>
        <w:rPr>
          <w:rFonts w:ascii="宋体" w:hAnsi="宋体" w:eastAsia="宋体" w:cs="宋体"/>
          <w:color w:val="000000"/>
        </w:rPr>
        <w:t>“对于一个在北平住惯的人，像我，冬天要是不刮大风，便是奇迹”“对于一个刚由伦敦回来的，像我，冬天要能看得见日光，便是怪事”“在热带的地方，日光是永远那么毒，响亮的天气”并结合“在北中国的冬天，而能有温晴的天气，济南真得算个宝地”可知，本段把济南的冬天和北平、伦敦、热带作对比，写出济南的冬天既无风声、又无重雾、也无毒日的“奇迹”和“怪事”，另一方面表现出济南的冬天温情的特点；“济南真得算个宝地”表达出作者对济南的称赞好喜爱之情。</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本题考查文章内</w:t>
      </w:r>
      <w:r>
        <w:rPr>
          <w:rFonts w:ascii="宋体" w:hAnsi="宋体" w:eastAsia="宋体" w:cs="宋体"/>
          <w:color w:val="000000"/>
        </w:rPr>
        <w:t>容的概括。</w:t>
      </w:r>
    </w:p>
    <w:p>
      <w:pPr>
        <w:spacing w:line="360" w:lineRule="auto"/>
        <w:jc w:val="left"/>
        <w:textAlignment w:val="center"/>
        <w:rPr>
          <w:color w:val="000000"/>
        </w:rPr>
      </w:pPr>
      <w:r>
        <w:rPr>
          <w:rFonts w:ascii="宋体" w:hAnsi="宋体" w:eastAsia="宋体" w:cs="宋体"/>
          <w:color w:val="000000"/>
        </w:rPr>
        <w:t>由第③段“小山整把济南围了个圈儿，只有北边缺着点口儿。这一圈小山在冬天特别可爱”可知，摇篮山的特点是可爱；</w:t>
      </w:r>
    </w:p>
    <w:p>
      <w:pPr>
        <w:spacing w:line="360" w:lineRule="auto"/>
        <w:jc w:val="left"/>
        <w:textAlignment w:val="center"/>
        <w:rPr>
          <w:color w:val="000000"/>
        </w:rPr>
      </w:pPr>
      <w:r>
        <w:rPr>
          <w:rFonts w:ascii="宋体" w:hAnsi="宋体" w:eastAsia="宋体" w:cs="宋体"/>
          <w:color w:val="000000"/>
        </w:rPr>
        <w:t>由第④段“最妙的是下点小雪呀”“就是下小雪吧，济南是受不住大雪的，那些小山太秀气”并仿照“摇篮山”“蓝晶水”可知，本段写薄雪山；</w:t>
      </w:r>
    </w:p>
    <w:p>
      <w:pPr>
        <w:spacing w:line="360" w:lineRule="auto"/>
        <w:jc w:val="left"/>
        <w:textAlignment w:val="center"/>
        <w:rPr>
          <w:color w:val="000000"/>
        </w:rPr>
      </w:pPr>
      <w:r>
        <w:rPr>
          <w:rFonts w:ascii="宋体" w:hAnsi="宋体" w:eastAsia="宋体" w:cs="宋体"/>
          <w:color w:val="000000"/>
        </w:rPr>
        <w:t>由第⑤段“山坡上卧着些小村庄，小村庄的房顶上卧着点雪”“对，这是张小水墨画，也许是唐代的名手画的吧”并仿照“摇篮山”“蓝晶水”可知，本段写水墨山；</w:t>
      </w:r>
    </w:p>
    <w:p>
      <w:pPr>
        <w:spacing w:line="360" w:lineRule="auto"/>
        <w:jc w:val="left"/>
        <w:textAlignment w:val="center"/>
        <w:rPr>
          <w:color w:val="000000"/>
        </w:rPr>
      </w:pPr>
      <w:r>
        <w:rPr>
          <w:rFonts w:ascii="宋体" w:hAnsi="宋体" w:eastAsia="宋体" w:cs="宋体"/>
          <w:color w:val="000000"/>
        </w:rPr>
        <w:t>由第⑥段“看吧，由澄清的河水慢慢往上看吧，空中，半空中，天上，自上而下全是那么清亮，那么蓝汪汪的，整个的是块空灵的蓝水晶”可知，蓝晶水的特点是空灵。</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本题考查重要句段</w:t>
      </w:r>
      <w:r>
        <w:rPr>
          <w:rFonts w:ascii="宋体" w:hAnsi="宋体" w:eastAsia="宋体" w:cs="宋体"/>
          <w:color w:val="000000"/>
        </w:rPr>
        <w:t>作用分析。先表明观点，再说明理由。</w:t>
      </w:r>
    </w:p>
    <w:p>
      <w:pPr>
        <w:spacing w:line="360" w:lineRule="auto"/>
        <w:jc w:val="left"/>
        <w:textAlignment w:val="center"/>
        <w:rPr>
          <w:color w:val="000000"/>
        </w:rPr>
      </w:pPr>
      <w:r>
        <w:rPr>
          <w:rFonts w:ascii="宋体" w:hAnsi="宋体" w:eastAsia="宋体" w:cs="宋体"/>
          <w:color w:val="000000"/>
        </w:rPr>
        <w:t>首先表明观点不好。理由：“这就是冬天的济南”意思是这温暖如春、秀丽如画、天明水净的世界，就是冬天的济南啊！表现了作者对“冬天”这个特定时令里的济南的总的观感。这样的结尾，既和开头“济南真得算个宝地”相呼应，又抒发了作者对济南的冬天的赞美之情，耐人寻味。而以“济南的冬天”则只能表明所写的是济南这个特定地域的冬天。</w:t>
      </w:r>
    </w:p>
    <w:p>
      <w:pPr>
        <w:spacing w:line="360" w:lineRule="auto"/>
        <w:jc w:val="left"/>
        <w:textAlignment w:val="center"/>
        <w:rPr>
          <w:color w:val="000000"/>
        </w:rPr>
      </w:pPr>
      <w:r>
        <w:rPr>
          <w:rFonts w:ascii="宋体" w:hAnsi="宋体" w:eastAsia="宋体" w:cs="宋体"/>
          <w:b/>
          <w:color w:val="000000"/>
          <w:sz w:val="24"/>
        </w:rPr>
        <w:t>（二）（10分）</w:t>
      </w:r>
    </w:p>
    <w:p>
      <w:pPr>
        <w:spacing w:line="360" w:lineRule="auto"/>
        <w:jc w:val="left"/>
        <w:textAlignment w:val="center"/>
        <w:rPr>
          <w:color w:val="000000"/>
        </w:rPr>
      </w:pPr>
      <w:r>
        <w:rPr>
          <w:color w:val="000000"/>
        </w:rPr>
        <w:t xml:space="preserve">19. </w:t>
      </w:r>
      <w:r>
        <w:rPr>
          <w:rFonts w:ascii="宋体" w:hAnsi="宋体" w:eastAsia="宋体" w:cs="宋体"/>
          <w:color w:val="000000"/>
        </w:rPr>
        <w:t>阅读《济南的秋天》，完成问题。</w:t>
      </w:r>
    </w:p>
    <w:p>
      <w:pPr>
        <w:spacing w:line="360" w:lineRule="auto"/>
        <w:ind w:firstLine="420"/>
        <w:jc w:val="center"/>
        <w:textAlignment w:val="center"/>
        <w:rPr>
          <w:color w:val="000000"/>
        </w:rPr>
      </w:pPr>
      <w:r>
        <w:rPr>
          <w:rFonts w:ascii="楷体" w:hAnsi="楷体" w:eastAsia="楷体" w:cs="楷体"/>
          <w:color w:val="000000"/>
        </w:rPr>
        <w:t>济南的秋天</w:t>
      </w:r>
    </w:p>
    <w:p>
      <w:pPr>
        <w:spacing w:line="360" w:lineRule="auto"/>
        <w:ind w:firstLine="420"/>
        <w:jc w:val="center"/>
        <w:textAlignment w:val="center"/>
        <w:rPr>
          <w:color w:val="000000"/>
        </w:rPr>
      </w:pPr>
      <w:r>
        <w:rPr>
          <w:rFonts w:ascii="楷体" w:hAnsi="楷体" w:eastAsia="楷体" w:cs="楷体"/>
          <w:color w:val="000000"/>
        </w:rPr>
        <w:t>老舍</w:t>
      </w:r>
    </w:p>
    <w:p>
      <w:pPr>
        <w:spacing w:line="360" w:lineRule="auto"/>
        <w:ind w:firstLine="420"/>
        <w:jc w:val="left"/>
        <w:textAlignment w:val="center"/>
        <w:rPr>
          <w:color w:val="000000"/>
        </w:rPr>
      </w:pPr>
      <w:r>
        <w:rPr>
          <w:rFonts w:ascii="楷体" w:hAnsi="楷体" w:eastAsia="楷体" w:cs="楷体"/>
          <w:color w:val="000000"/>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pPr>
        <w:spacing w:line="360" w:lineRule="auto"/>
        <w:ind w:firstLine="420"/>
        <w:jc w:val="left"/>
        <w:textAlignment w:val="center"/>
        <w:rPr>
          <w:color w:val="000000"/>
        </w:rPr>
      </w:pPr>
      <w:r>
        <w:rPr>
          <w:rFonts w:ascii="楷体" w:hAnsi="楷体" w:eastAsia="楷体" w:cs="楷体"/>
          <w:color w:val="000000"/>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pPr>
        <w:spacing w:line="360" w:lineRule="auto"/>
        <w:ind w:firstLine="420"/>
        <w:jc w:val="left"/>
        <w:textAlignment w:val="center"/>
        <w:rPr>
          <w:color w:val="000000"/>
        </w:rPr>
      </w:pPr>
      <w:r>
        <w:rPr>
          <w:rFonts w:ascii="楷体" w:hAnsi="楷体" w:eastAsia="楷体" w:cs="楷体"/>
          <w:color w:val="000000"/>
        </w:rPr>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楷体" w:hAnsi="楷体" w:eastAsia="楷体" w:cs="楷体"/>
          <w:color w:val="000000"/>
          <w:u w:val="single"/>
        </w:rPr>
        <w:t>忽然黄色更真了一些，忽然又暗了一些，忽然像有层看不见的薄雾在那儿流动，忽然像有股细风替“自然”调合着彩色，轻轻的抹上一层各色俱全而全是淡美的色道儿</w:t>
      </w:r>
      <w:r>
        <w:rPr>
          <w:rFonts w:ascii="楷体" w:hAnsi="楷体" w:eastAsia="楷体" w:cs="楷体"/>
          <w:color w:val="000000"/>
        </w:rPr>
        <w:t>。有这样的山，再配上那蓝的天，晴暖的阳光；蓝得像要由蓝变绿了，可又没完全绿了；晴暖得要发燥了，可是有点凉风，正像诗一样的温柔；这便是济南的秋。</w:t>
      </w:r>
    </w:p>
    <w:p>
      <w:pPr>
        <w:spacing w:line="360" w:lineRule="auto"/>
        <w:ind w:firstLine="420"/>
        <w:jc w:val="left"/>
        <w:textAlignment w:val="center"/>
        <w:rPr>
          <w:color w:val="000000"/>
        </w:rPr>
      </w:pPr>
      <w:r>
        <w:rPr>
          <w:rFonts w:ascii="楷体" w:hAnsi="楷体" w:eastAsia="楷体" w:cs="楷体"/>
          <w:color w:val="000000"/>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pPr>
        <w:spacing w:line="360" w:lineRule="auto"/>
        <w:ind w:firstLine="420"/>
        <w:jc w:val="left"/>
        <w:textAlignment w:val="center"/>
        <w:rPr>
          <w:color w:val="000000"/>
        </w:rPr>
      </w:pPr>
      <w:r>
        <w:rPr>
          <w:rFonts w:ascii="楷体" w:hAnsi="楷体" w:eastAsia="楷体" w:cs="楷体"/>
          <w:color w:val="000000"/>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pPr>
        <w:spacing w:line="360" w:lineRule="auto"/>
        <w:jc w:val="right"/>
        <w:textAlignment w:val="center"/>
        <w:rPr>
          <w:color w:val="000000"/>
        </w:rPr>
      </w:pPr>
      <w:r>
        <w:rPr>
          <w:rFonts w:ascii="宋体" w:hAnsi="宋体" w:eastAsia="宋体" w:cs="宋体"/>
          <w:color w:val="000000"/>
        </w:rPr>
        <w:t>（取材于《老舍散文全集》第十四卷）</w:t>
      </w:r>
    </w:p>
    <w:p>
      <w:pPr>
        <w:spacing w:line="360" w:lineRule="auto"/>
        <w:jc w:val="left"/>
        <w:textAlignment w:val="center"/>
        <w:rPr>
          <w:color w:val="000000"/>
        </w:rPr>
      </w:pPr>
      <w:r>
        <w:rPr>
          <w:color w:val="000000"/>
        </w:rPr>
        <w:t>（1）</w:t>
      </w:r>
      <w:r>
        <w:rPr>
          <w:rFonts w:ascii="宋体" w:hAnsi="宋体" w:eastAsia="宋体" w:cs="宋体"/>
          <w:color w:val="000000"/>
        </w:rPr>
        <w:t>阅读全文，用一句话概括作者笔下济南秋天的特点。</w:t>
      </w:r>
    </w:p>
    <w:p>
      <w:pPr>
        <w:spacing w:line="360" w:lineRule="auto"/>
        <w:jc w:val="left"/>
        <w:textAlignment w:val="center"/>
        <w:rPr>
          <w:color w:val="000000"/>
        </w:rPr>
      </w:pPr>
      <w:r>
        <w:rPr>
          <w:color w:val="000000"/>
        </w:rPr>
        <w:t>（2）</w:t>
      </w:r>
      <w:r>
        <w:rPr>
          <w:rFonts w:ascii="宋体" w:hAnsi="宋体" w:eastAsia="宋体" w:cs="宋体"/>
          <w:color w:val="000000"/>
        </w:rPr>
        <w:t>在朗读第③段中的画线句时，有同学认为四个“忽然”都应该重读，也有同学不这样认为。根据你的理解，你在朗读时会如何处理，简要说明理由。</w:t>
      </w:r>
    </w:p>
    <w:p>
      <w:pPr>
        <w:spacing w:line="360" w:lineRule="auto"/>
        <w:jc w:val="left"/>
        <w:textAlignment w:val="center"/>
        <w:rPr>
          <w:color w:val="000000"/>
        </w:rPr>
      </w:pPr>
      <w:r>
        <w:rPr>
          <w:rFonts w:ascii="宋体" w:hAnsi="宋体" w:eastAsia="宋体" w:cs="宋体"/>
          <w:color w:val="000000"/>
        </w:rPr>
        <w:t>忽然黄色更真了一些，忽然又暗了一些，忽然像有层看不见的薄雾在那儿流动，忽然像有股细风替“自然”调合着彩色，轻轻的抹上一层各色俱全而全是淡美的色道儿。</w:t>
      </w:r>
    </w:p>
    <w:p>
      <w:pPr>
        <w:spacing w:line="360" w:lineRule="auto"/>
        <w:jc w:val="left"/>
        <w:textAlignment w:val="center"/>
        <w:rPr>
          <w:color w:val="000000"/>
        </w:rPr>
      </w:pPr>
      <w:r>
        <w:rPr>
          <w:color w:val="000000"/>
        </w:rPr>
        <w:t>（3）</w:t>
      </w:r>
      <w:r>
        <w:rPr>
          <w:rFonts w:ascii="宋体" w:hAnsi="宋体" w:eastAsia="宋体" w:cs="宋体"/>
          <w:color w:val="000000"/>
        </w:rPr>
        <w:t>根据本文第④段及下面材料，在后面文段中的横线上填写恰当的内容。</w:t>
      </w:r>
    </w:p>
    <w:p>
      <w:pPr>
        <w:spacing w:line="360" w:lineRule="auto"/>
        <w:ind w:firstLine="420"/>
        <w:jc w:val="left"/>
        <w:textAlignment w:val="center"/>
        <w:rPr>
          <w:color w:val="000000"/>
        </w:rPr>
      </w:pPr>
      <w:r>
        <w:rPr>
          <w:rFonts w:ascii="楷体" w:hAnsi="楷体" w:eastAsia="楷体" w:cs="楷体"/>
          <w:color w:val="000000"/>
        </w:rPr>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pPr>
        <w:spacing w:line="360" w:lineRule="auto"/>
        <w:jc w:val="left"/>
        <w:textAlignment w:val="center"/>
        <w:rPr>
          <w:color w:val="000000"/>
        </w:rPr>
      </w:pPr>
      <w:r>
        <w:rPr>
          <w:rFonts w:ascii="宋体" w:hAnsi="宋体" w:eastAsia="宋体" w:cs="宋体"/>
          <w:color w:val="000000"/>
        </w:rPr>
        <w:t>两段文字都是写济南的水，从时令上看，第④段写的是①</w:t>
      </w:r>
      <w:r>
        <w:rPr>
          <w:color w:val="000000"/>
        </w:rPr>
        <w:t>_____</w:t>
      </w:r>
      <w:r>
        <w:rPr>
          <w:rFonts w:ascii="宋体" w:hAnsi="宋体" w:eastAsia="宋体" w:cs="宋体"/>
          <w:color w:val="000000"/>
        </w:rPr>
        <w:t>的水，材料写的是②</w:t>
      </w:r>
      <w:r>
        <w:rPr>
          <w:color w:val="000000"/>
        </w:rPr>
        <w:t>_____</w:t>
      </w:r>
      <w:r>
        <w:rPr>
          <w:rFonts w:ascii="宋体" w:hAnsi="宋体" w:eastAsia="宋体" w:cs="宋体"/>
          <w:color w:val="000000"/>
        </w:rPr>
        <w:t>的水。两段文字突出水的共同特点是③</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“济南的秋天是诗境的”或“那中古的老城，带着这片秋色秋声，是济南，是诗”。</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都应该重读，因为高音与低音变化进行重读，可以更好突出济南秋天山色的各色俱全又变化多样的特点，渲染气氛，感染读者。</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秋天</w:t>
      </w:r>
      <w:r>
        <w:rPr>
          <w:color w:val="000000"/>
        </w:rPr>
        <w:t xml:space="preserve">    ②. </w:t>
      </w:r>
      <w:r>
        <w:rPr>
          <w:rFonts w:ascii="宋体" w:hAnsi="宋体" w:eastAsia="宋体" w:cs="宋体"/>
          <w:color w:val="000000"/>
        </w:rPr>
        <w:t>冬天</w:t>
      </w:r>
      <w:r>
        <w:rPr>
          <w:color w:val="000000"/>
        </w:rPr>
        <w:t xml:space="preserve">    ③. </w:t>
      </w:r>
      <w:r>
        <w:rPr>
          <w:rFonts w:ascii="宋体" w:hAnsi="宋体" w:eastAsia="宋体" w:cs="宋体"/>
          <w:color w:val="000000"/>
        </w:rPr>
        <w:t>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本题考查内容概括。概括全文内容的句子通常在文章的开头或结尾。从文中重点句子①段“济南的秋天是诗境的”，③段“诗的境界中必须有山有水”，③段“正像诗一样的温柔”，</w:t>
      </w:r>
      <w:r>
        <w:rPr>
          <w:rFonts w:ascii="Arial Unicode MS" w:hAnsi="Arial Unicode MS" w:eastAsia="Arial Unicode MS" w:cs="Arial Unicode MS"/>
          <w:color w:val="000000"/>
        </w:rPr>
        <w:t>④</w:t>
      </w:r>
      <w:r>
        <w:rPr>
          <w:rFonts w:ascii="宋体" w:hAnsi="宋体" w:eastAsia="宋体" w:cs="宋体"/>
          <w:color w:val="000000"/>
        </w:rPr>
        <w:t>段“羡慕死诗人呀”，⑤段“那中古的老城，带着这片秋色秋声，是济南，是诗”可知，诗意是济南的秋天的特点，因此，可确定，文章的首句或尾句都可以。作者笔下济南秋天的特点：“济南的秋天是诗境的”或“那中古的老城，带着这片秋色秋声，是济南，是诗”。</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本题考查句子的朗读技巧。重读的往往是句子中的关键词，目的在于体现句子中心，增强语言美感。重读分为高音和低音两种。</w:t>
      </w:r>
    </w:p>
    <w:p>
      <w:pPr>
        <w:spacing w:line="360" w:lineRule="auto"/>
        <w:jc w:val="left"/>
        <w:textAlignment w:val="center"/>
        <w:rPr>
          <w:color w:val="000000"/>
        </w:rPr>
      </w:pPr>
      <w:r>
        <w:rPr>
          <w:rFonts w:ascii="宋体" w:hAnsi="宋体" w:eastAsia="宋体" w:cs="宋体"/>
          <w:color w:val="000000"/>
        </w:rPr>
        <w:t>“忽然黄色更真了一些，忽然又暗了一些，忽然像有层看不见</w:t>
      </w:r>
      <w:r>
        <w:rPr>
          <w:rFonts w:ascii="宋体" w:hAnsi="宋体" w:eastAsia="宋体" w:cs="宋体"/>
          <w:color w:val="000000"/>
          <w:position w:val="0"/>
        </w:rPr>
        <w:drawing>
          <wp:inline distT="0" distB="0" distL="114300" distR="114300">
            <wp:extent cx="133350" cy="177800"/>
            <wp:effectExtent l="0" t="0" r="0" b="13335"/>
            <wp:docPr id="159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图片 100013"/>
                    <pic:cNvPicPr>
                      <a:picLocks noChangeAspect="1"/>
                    </pic:cNvPicPr>
                  </pic:nvPicPr>
                  <pic:blipFill>
                    <a:blip r:embed="rId14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薄雾在那儿流动，忽然像有股细风替‘自然’调合着彩色，轻轻的抹上一层各色俱全而全是淡美的色道”这个句子是由四个“忽然”领起的排比句，也是描写景物的句子，从颜色角度写出了济南秋天山色的变化，从结构上看，四个“忽然”是并列关系，地位同等重要，这四个“忽然”意在突出济南秋天山色的各色俱全又变化多样的特点，所以应该重读；但是需注意高音与低音变化运用，更能渲染气氛，给读者以想象的空间。</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题考查内容概括。</w:t>
      </w:r>
    </w:p>
    <w:p>
      <w:pPr>
        <w:spacing w:line="360" w:lineRule="auto"/>
        <w:jc w:val="left"/>
        <w:textAlignment w:val="center"/>
        <w:rPr>
          <w:color w:val="000000"/>
        </w:rPr>
      </w:pPr>
      <w:r>
        <w:rPr>
          <w:rFonts w:ascii="宋体" w:hAnsi="宋体" w:eastAsia="宋体" w:cs="宋体"/>
          <w:color w:val="000000"/>
        </w:rPr>
        <w:t>本文第④段描写的是济南秋天的水，运用拟人手法，通过水藻“好像美人借着镜子鉴赏自己的美”“做着绿色的香梦”和鸭子“用黄金的脚掌碰它们一两下”及浣女用影子“吻”，突出它“清澄”的特点；</w:t>
      </w:r>
    </w:p>
    <w:p>
      <w:pPr>
        <w:spacing w:line="360" w:lineRule="auto"/>
        <w:jc w:val="left"/>
        <w:textAlignment w:val="center"/>
        <w:rPr>
          <w:color w:val="000000"/>
        </w:rPr>
      </w:pPr>
      <w:r>
        <w:rPr>
          <w:rFonts w:ascii="宋体" w:hAnsi="宋体" w:eastAsia="宋体" w:cs="宋体"/>
          <w:color w:val="000000"/>
        </w:rPr>
        <w:t>下面的材料选自课文老舍的《济南的冬天》，描写的是济南冬天的水，运用比喻、拟人多种手法，表现它“清亮”的特点。</w:t>
      </w:r>
    </w:p>
    <w:p>
      <w:pPr>
        <w:pStyle w:val="Heading3"/>
      </w:pPr>
      <w:r>
        <w:t>师范大学附属中学</w:t>
      </w:r>
    </w:p>
    <w:p>
      <w:pPr>
        <w:spacing w:line="360" w:lineRule="auto"/>
        <w:jc w:val="left"/>
        <w:textAlignment w:val="center"/>
        <w:rPr>
          <w:color w:val="000000"/>
        </w:rPr>
      </w:pPr>
      <w:r>
        <w:rPr>
          <w:rFonts w:ascii="宋体" w:hAnsi="宋体" w:eastAsia="宋体" w:cs="宋体"/>
          <w:b/>
          <w:color w:val="000000"/>
          <w:sz w:val="24"/>
        </w:rPr>
        <w:t>四、现代文阅读。（共14分）</w:t>
      </w:r>
    </w:p>
    <w:p>
      <w:pPr>
        <w:spacing w:line="360" w:lineRule="auto"/>
        <w:jc w:val="left"/>
        <w:textAlignment w:val="center"/>
        <w:rPr>
          <w:color w:val="000000"/>
        </w:rPr>
      </w:pPr>
      <w:r>
        <w:rPr>
          <w:rFonts w:ascii="宋体" w:hAnsi="宋体" w:eastAsia="宋体" w:cs="宋体"/>
          <w:color w:val="000000"/>
        </w:rPr>
        <w:t>阅读《青菜》短文，完成下面小题。</w:t>
      </w:r>
    </w:p>
    <w:p>
      <w:pPr>
        <w:spacing w:line="360" w:lineRule="auto"/>
        <w:ind w:firstLine="420"/>
        <w:jc w:val="center"/>
        <w:textAlignment w:val="center"/>
        <w:rPr>
          <w:color w:val="000000"/>
        </w:rPr>
      </w:pPr>
      <w:r>
        <w:rPr>
          <w:rFonts w:ascii="楷体" w:hAnsi="楷体" w:eastAsia="楷体" w:cs="楷体"/>
          <w:color w:val="000000"/>
        </w:rPr>
        <w:t>青菜</w:t>
      </w:r>
    </w:p>
    <w:p>
      <w:pPr>
        <w:spacing w:line="360" w:lineRule="auto"/>
        <w:ind w:firstLine="420"/>
        <w:jc w:val="left"/>
        <w:textAlignment w:val="center"/>
        <w:rPr>
          <w:color w:val="000000"/>
        </w:rPr>
      </w:pPr>
      <w:r>
        <w:rPr>
          <w:rFonts w:ascii="楷体" w:hAnsi="楷体" w:eastAsia="楷体" w:cs="楷体"/>
          <w:color w:val="000000"/>
        </w:rPr>
        <w:t>①可爱的青菜，土地美丽的女儿，请用你朴素的光辉照耀我。</w:t>
      </w:r>
    </w:p>
    <w:p>
      <w:pPr>
        <w:spacing w:line="360" w:lineRule="auto"/>
        <w:ind w:firstLine="420"/>
        <w:jc w:val="left"/>
        <w:textAlignment w:val="center"/>
        <w:rPr>
          <w:color w:val="000000"/>
        </w:rPr>
      </w:pPr>
      <w:r>
        <w:rPr>
          <w:rFonts w:ascii="楷体" w:hAnsi="楷体" w:eastAsia="楷体" w:cs="楷体"/>
          <w:color w:val="000000"/>
        </w:rPr>
        <w:t>②伫立田间，望着铺开来的一望无际的浓浓绿意，你感人的色彩是生命的象征。生动与纯粹，简洁与丰润，这些高贵品质的融汇，于人何等艰难，于你何等自然。我不知道哪一种绿色能像你一样始终放射着家园的温馨。</w:t>
      </w:r>
    </w:p>
    <w:p>
      <w:pPr>
        <w:spacing w:line="360" w:lineRule="auto"/>
        <w:ind w:firstLine="420"/>
        <w:jc w:val="left"/>
        <w:textAlignment w:val="center"/>
        <w:rPr>
          <w:color w:val="000000"/>
        </w:rPr>
      </w:pPr>
      <w:r>
        <w:rPr>
          <w:rFonts w:ascii="楷体" w:hAnsi="楷体" w:eastAsia="楷体" w:cs="楷体"/>
          <w:color w:val="000000"/>
        </w:rPr>
        <w:t>③你紧紧依靠土地，又向天空缓缓伸展自己的身躯，以更好地承接阳光和雨水的恩泽。你的姿态永远是谦卑的，这谦卑决不是出于某种动机的表演，而是与生俱来，并随着成长而逐渐完美的一种精神形态。</w:t>
      </w:r>
      <w:r>
        <w:rPr>
          <w:rFonts w:ascii="楷体" w:hAnsi="楷体" w:eastAsia="楷体" w:cs="楷体"/>
          <w:color w:val="000000"/>
          <w:u w:val="single"/>
        </w:rPr>
        <w:t>孩子们任意拔掉狗尾巴草那根高高翘起的尾巴，笑嘻嘻地摘下灯笼草上那自我炫耀的灯笼，又在凌空悬挂的黄瓜上轻率地刻下伙伴的绰号……但所有的孩子在长满绿油油青菜的菜地间割草的时候，却总是那么小心翼翼。</w:t>
      </w:r>
    </w:p>
    <w:p>
      <w:pPr>
        <w:spacing w:line="360" w:lineRule="auto"/>
        <w:ind w:firstLine="420"/>
        <w:jc w:val="left"/>
        <w:textAlignment w:val="center"/>
        <w:rPr>
          <w:color w:val="000000"/>
        </w:rPr>
      </w:pPr>
      <w:r>
        <w:rPr>
          <w:rFonts w:ascii="楷体" w:hAnsi="楷体" w:eastAsia="楷体" w:cs="楷体"/>
          <w:color w:val="000000"/>
        </w:rPr>
        <w:t>④你的根雄健而沉着，土地的血液从四面八方涌入你的根，然后上升到所有粗粗细细的脉管中，在你的全身汩汩流动，向世界显示着绿色的活力。</w:t>
      </w:r>
    </w:p>
    <w:p>
      <w:pPr>
        <w:spacing w:line="360" w:lineRule="auto"/>
        <w:ind w:firstLine="420"/>
        <w:jc w:val="left"/>
        <w:textAlignment w:val="center"/>
        <w:rPr>
          <w:color w:val="000000"/>
        </w:rPr>
      </w:pPr>
      <w:r>
        <w:rPr>
          <w:rFonts w:ascii="楷体" w:hAnsi="楷体" w:eastAsia="楷体" w:cs="楷体"/>
          <w:color w:val="000000"/>
        </w:rPr>
        <w:t>⑤你翩然走过土地的胸膛，顺着阳光的导引来到我的身边。你清澈的目光像泉水洗去我的烦恼和疲倦。我这个自以为高大的人，情不自禁地弯下腰来向你致敬。我的手轻轻抚摸你漾溢青春活力的躯体，渐渐感到自己的灵魂也在长出根来，努力扎入土地内部。我会像你一样既生动又纯粹，既简洁又丰润，既朴素又高贵吗？</w:t>
      </w:r>
    </w:p>
    <w:p>
      <w:pPr>
        <w:spacing w:line="360" w:lineRule="auto"/>
        <w:ind w:firstLine="420"/>
        <w:jc w:val="left"/>
        <w:textAlignment w:val="center"/>
        <w:rPr>
          <w:color w:val="000000"/>
        </w:rPr>
      </w:pPr>
      <w:r>
        <w:rPr>
          <w:rFonts w:ascii="楷体" w:hAnsi="楷体" w:eastAsia="楷体" w:cs="楷体"/>
          <w:color w:val="000000"/>
        </w:rPr>
        <w:t>⑥啊，可爱的青菜，土地的忠诚的女儿，请赐给我你蓬勃的生机和一切的美德！</w:t>
      </w:r>
    </w:p>
    <w:p>
      <w:pPr>
        <w:spacing w:line="360" w:lineRule="auto"/>
        <w:ind w:firstLine="420"/>
        <w:jc w:val="right"/>
        <w:textAlignment w:val="center"/>
        <w:rPr>
          <w:color w:val="000000"/>
        </w:rPr>
      </w:pPr>
      <w:r>
        <w:rPr>
          <w:rFonts w:ascii="宋体" w:hAnsi="宋体" w:eastAsia="宋体" w:cs="宋体"/>
          <w:color w:val="000000"/>
        </w:rPr>
        <w:t>（原文略有改动）</w:t>
      </w:r>
    </w:p>
    <w:p>
      <w:pPr>
        <w:spacing w:line="360" w:lineRule="auto"/>
        <w:jc w:val="left"/>
        <w:textAlignment w:val="center"/>
        <w:rPr>
          <w:color w:val="000000"/>
        </w:rPr>
      </w:pPr>
      <w:r>
        <w:rPr>
          <w:color w:val="000000"/>
        </w:rPr>
        <w:t xml:space="preserve">19. </w:t>
      </w:r>
      <w:r>
        <w:rPr>
          <w:rFonts w:ascii="宋体" w:hAnsi="宋体" w:eastAsia="宋体" w:cs="宋体"/>
          <w:color w:val="000000"/>
        </w:rPr>
        <w:t>请赏析第②段句子中“铺”一词。</w:t>
      </w:r>
    </w:p>
    <w:p>
      <w:pPr>
        <w:spacing w:line="360" w:lineRule="auto"/>
        <w:jc w:val="left"/>
        <w:textAlignment w:val="center"/>
        <w:rPr>
          <w:color w:val="000000"/>
        </w:rPr>
      </w:pPr>
      <w:r>
        <w:rPr>
          <w:color w:val="000000"/>
        </w:rPr>
        <w:t xml:space="preserve">20. </w:t>
      </w:r>
      <w:r>
        <w:rPr>
          <w:rFonts w:ascii="宋体" w:hAnsi="宋体" w:eastAsia="宋体" w:cs="宋体"/>
          <w:color w:val="000000"/>
        </w:rPr>
        <w:t>请结合上下文分析第③段划横线句妙在何处。</w:t>
      </w:r>
    </w:p>
    <w:p>
      <w:pPr>
        <w:spacing w:line="360" w:lineRule="auto"/>
        <w:textAlignment w:val="center"/>
        <w:rPr>
          <w:color w:val="000000"/>
        </w:rPr>
      </w:pPr>
      <w:r>
        <w:rPr>
          <w:color w:val="2E75B6"/>
        </w:rPr>
        <w:t>【答案】</w:t>
      </w:r>
      <w:r>
        <w:rPr>
          <w:color w:val="000000"/>
        </w:rPr>
        <w:t xml:space="preserve">19. </w:t>
      </w:r>
      <w:r>
        <w:rPr>
          <w:rFonts w:ascii="宋体" w:hAnsi="宋体" w:eastAsia="宋体" w:cs="宋体"/>
          <w:color w:val="000000"/>
        </w:rPr>
        <w:t>“铺”是个动词，生动形象地写出了青菜绿意的一望无际/面积大/范围广。</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示例一：这一句运用了对比的手法。//作者写孩子拔狗尾巴草、摘竹笼草、在黄瓜上刻伙伴的绰号，但割草的时候，却总是那么小心翼翼，孩子对待其它植物时的“拔”、“摘”、“刻”，与对待青菜时的“小心翼翼”，是孩子对不同事物不同态度的对比，写出了孩子对青菜的珍视与敬畏，侧面写出了青菜的珍贵（或借狗尾巴草的“高高翘起”，灯笼草的“自我炫耀”，黄瓜的“凌空悬挂”与青菜“紧紧依靠土地”对比，突出青菜“永远是谦卑的”“精神形态”，表达了作者对青菜姿态美的赞扬）。//表现了赞美青菜这一土地“美丽”“忠诚”的女儿的中心主旨。</w:t>
      </w:r>
    </w:p>
    <w:p>
      <w:pPr>
        <w:spacing w:line="360" w:lineRule="auto"/>
        <w:jc w:val="both"/>
        <w:textAlignment w:val="center"/>
        <w:rPr>
          <w:color w:val="000000"/>
        </w:rPr>
      </w:pPr>
      <w:r>
        <w:rPr>
          <w:rFonts w:ascii="宋体" w:hAnsi="宋体" w:eastAsia="宋体" w:cs="宋体"/>
          <w:color w:val="000000"/>
        </w:rPr>
        <w:t>示例二：这一句运用了侧面描写的手法。//作者写孩子拔狗尾巴草、摘竹笼草、在黄瓜上刻伙伴的绰号，但割草的时候，却总是那么小心翼翼，写出了孩子对青菜的珍视，侧面写出了青菜的珍贵。//表现了赞美青菜这一土地“美丽”“忠诚”的女儿的中心主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【19题详解】</w:t>
      </w:r>
    </w:p>
    <w:p>
      <w:pPr>
        <w:spacing w:line="360" w:lineRule="auto"/>
        <w:jc w:val="left"/>
        <w:textAlignment w:val="center"/>
        <w:rPr>
          <w:color w:val="000000"/>
        </w:rPr>
      </w:pPr>
      <w:r>
        <w:rPr>
          <w:color w:val="000000"/>
        </w:rPr>
        <w:t>本题考查赏析语句。</w:t>
      </w:r>
    </w:p>
    <w:p>
      <w:pPr>
        <w:spacing w:line="360" w:lineRule="auto"/>
        <w:jc w:val="left"/>
        <w:textAlignment w:val="center"/>
        <w:rPr>
          <w:color w:val="000000"/>
        </w:rPr>
      </w:pPr>
      <w:r>
        <w:rPr>
          <w:rFonts w:ascii="宋体" w:hAnsi="宋体" w:eastAsia="宋体" w:cs="宋体"/>
          <w:color w:val="000000"/>
        </w:rPr>
        <w:t>“铺”是一个动词，指把东西展开或摊平。“铺开来的一望无际的浓浓绿意”生动形象地写出了青菜的浓浓绿意，一望无际。给人画面感，增强感染力。</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本题考查</w:t>
      </w:r>
      <w:r>
        <w:rPr>
          <w:rFonts w:ascii="宋体" w:hAnsi="宋体" w:eastAsia="宋体" w:cs="宋体"/>
          <w:color w:val="000000"/>
        </w:rPr>
        <w:t>分析写作手法。</w:t>
      </w:r>
    </w:p>
    <w:p>
      <w:pPr>
        <w:spacing w:line="360" w:lineRule="auto"/>
        <w:jc w:val="left"/>
        <w:textAlignment w:val="center"/>
        <w:rPr>
          <w:color w:val="000000"/>
        </w:rPr>
      </w:pPr>
      <w:r>
        <w:rPr>
          <w:rFonts w:ascii="宋体" w:hAnsi="宋体" w:eastAsia="宋体" w:cs="宋体"/>
          <w:color w:val="000000"/>
        </w:rPr>
        <w:t>第③段画线句把孩子们对待狗尾巴草、灯笼草和黄瓜的态度与对待青菜的态度形成了对比，对待前三者是随意而轻佻的，对待青菜却是小心翼翼的。通过对比，突出了孩子们对于青菜的重视与敬畏。从而表现了青菜的尊贵。“高高翘起的尾巴”的狗尾巴草，“自我炫耀的”灯彩草，“凌空悬挂的黄瓜”，联系前句“你的姿态永远是谦卑的，这谦卑决不是出于某种动机的表演，而是与生俱来，并随着成长而逐渐完美的一种精神形态”可知，这三种植物与青菜的谦卑与完美形成了鲜明的对比，突出的是青菜的姿态，表现了作者对青菜的肯定与赞美。作者赞美的是青菜美丽的情态和对土地无限忠诚的品质。也可以理解为孩子们拔狗尾巴草、摘竹笼草、在黄瓜上刻伙伴的绰号的行为是对青菜的侧面描写，孩子们对待青菜小心翼翼的态度从侧面表现了青菜的珍视。孩子们如此珍视青菜，既是因为它的美丽，也是因为它的忠诚。所以表现了赞美青菜的美丽与忠诚的</w:t>
      </w:r>
      <w:r>
        <w:rPr>
          <w:color w:val="000000"/>
        </w:rPr>
        <w:t>主旨。</w:t>
      </w:r>
    </w:p>
    <w:p>
      <w:pPr>
        <w:spacing w:line="360" w:lineRule="auto"/>
        <w:jc w:val="left"/>
        <w:textAlignment w:val="center"/>
        <w:rPr>
          <w:color w:val="000000"/>
        </w:rPr>
      </w:pPr>
      <w:r>
        <w:rPr>
          <w:rFonts w:ascii="宋体" w:hAnsi="宋体" w:eastAsia="宋体" w:cs="宋体"/>
          <w:color w:val="000000"/>
        </w:rPr>
        <w:t>阅读《老舍的脚步声》，完成下面小题。</w:t>
      </w:r>
    </w:p>
    <w:p>
      <w:pPr>
        <w:spacing w:line="360" w:lineRule="auto"/>
        <w:jc w:val="center"/>
        <w:textAlignment w:val="center"/>
        <w:rPr>
          <w:color w:val="000000"/>
        </w:rPr>
      </w:pPr>
      <w:r>
        <w:rPr>
          <w:rFonts w:ascii="楷体" w:hAnsi="楷体" w:eastAsia="楷体" w:cs="楷体"/>
          <w:color w:val="000000"/>
        </w:rPr>
        <w:t>老舍的脚步声</w:t>
      </w:r>
    </w:p>
    <w:p>
      <w:pPr>
        <w:spacing w:line="360" w:lineRule="auto"/>
        <w:jc w:val="center"/>
        <w:textAlignment w:val="center"/>
        <w:rPr>
          <w:color w:val="000000"/>
        </w:rPr>
      </w:pPr>
      <w:r>
        <w:rPr>
          <w:rFonts w:ascii="楷体" w:hAnsi="楷体" w:eastAsia="楷体" w:cs="楷体"/>
          <w:color w:val="000000"/>
        </w:rPr>
        <w:t>徐立新</w:t>
      </w:r>
    </w:p>
    <w:p>
      <w:pPr>
        <w:spacing w:line="360" w:lineRule="auto"/>
        <w:ind w:firstLine="420"/>
        <w:jc w:val="left"/>
        <w:textAlignment w:val="center"/>
        <w:rPr>
          <w:color w:val="000000"/>
        </w:rPr>
      </w:pPr>
      <w:r>
        <w:rPr>
          <w:rFonts w:ascii="楷体" w:hAnsi="楷体" w:eastAsia="楷体" w:cs="楷体"/>
          <w:color w:val="000000"/>
        </w:rPr>
        <w:t>①在他住的房子的不远处有一个破旧的庙宇，里面住的全是平日以乞讨、卖艺为生的盲人，一共近40名。当时全国刚解放不久，人们的生活都不富余，连正常人养家糊口都很不易，也就难得有能力去接济盲人们，因此盲人们的生活非常艰难，挨饿受冻是常有的事情。</w:t>
      </w:r>
    </w:p>
    <w:p>
      <w:pPr>
        <w:spacing w:line="360" w:lineRule="auto"/>
        <w:ind w:firstLine="420"/>
        <w:jc w:val="left"/>
        <w:textAlignment w:val="center"/>
        <w:rPr>
          <w:color w:val="000000"/>
        </w:rPr>
      </w:pPr>
      <w:r>
        <w:rPr>
          <w:rFonts w:ascii="楷体" w:hAnsi="楷体" w:eastAsia="楷体" w:cs="楷体"/>
          <w:color w:val="000000"/>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pPr>
        <w:spacing w:line="360" w:lineRule="auto"/>
        <w:ind w:firstLine="420"/>
        <w:jc w:val="left"/>
        <w:textAlignment w:val="center"/>
        <w:rPr>
          <w:color w:val="000000"/>
        </w:rPr>
      </w:pPr>
      <w:r>
        <w:rPr>
          <w:rFonts w:ascii="楷体" w:hAnsi="楷体" w:eastAsia="楷体" w:cs="楷体"/>
          <w:color w:val="000000"/>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pPr>
        <w:spacing w:line="360" w:lineRule="auto"/>
        <w:ind w:firstLine="420"/>
        <w:jc w:val="left"/>
        <w:textAlignment w:val="center"/>
        <w:rPr>
          <w:color w:val="000000"/>
        </w:rPr>
      </w:pPr>
      <w:r>
        <w:rPr>
          <w:rFonts w:ascii="楷体" w:hAnsi="楷体" w:eastAsia="楷体" w:cs="楷体"/>
          <w:color w:val="000000"/>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pPr>
        <w:spacing w:line="360" w:lineRule="auto"/>
        <w:ind w:firstLine="420"/>
        <w:jc w:val="left"/>
        <w:textAlignment w:val="center"/>
        <w:rPr>
          <w:color w:val="000000"/>
        </w:rPr>
      </w:pPr>
      <w:r>
        <w:rPr>
          <w:rFonts w:ascii="楷体" w:hAnsi="楷体" w:eastAsia="楷体" w:cs="楷体"/>
          <w:color w:val="000000"/>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pPr>
        <w:spacing w:line="360" w:lineRule="auto"/>
        <w:ind w:firstLine="420"/>
        <w:jc w:val="left"/>
        <w:textAlignment w:val="center"/>
        <w:rPr>
          <w:color w:val="000000"/>
        </w:rPr>
      </w:pPr>
      <w:r>
        <w:rPr>
          <w:rFonts w:ascii="楷体" w:hAnsi="楷体" w:eastAsia="楷体" w:cs="楷体"/>
          <w:color w:val="000000"/>
        </w:rPr>
        <w:t>⑥这之后，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w:t>
      </w:r>
      <w:r>
        <w:rPr>
          <w:rFonts w:ascii="楷体" w:hAnsi="楷体" w:eastAsia="楷体" w:cs="楷体"/>
          <w:color w:val="000000"/>
          <w:em w:val="dot"/>
        </w:rPr>
        <w:t>温馨风景线</w:t>
      </w:r>
      <w:r>
        <w:rPr>
          <w:rFonts w:ascii="楷体" w:hAnsi="楷体" w:eastAsia="楷体" w:cs="楷体"/>
          <w:color w:val="000000"/>
        </w:rPr>
        <w:t>，一直持续到他终老的那一天，从未错过一次，盲人们都说，那是因为他们能听出他的脚步声。</w:t>
      </w:r>
    </w:p>
    <w:p>
      <w:pPr>
        <w:spacing w:line="360" w:lineRule="auto"/>
        <w:ind w:firstLine="420"/>
        <w:jc w:val="left"/>
        <w:textAlignment w:val="center"/>
        <w:rPr>
          <w:color w:val="000000"/>
        </w:rPr>
      </w:pPr>
      <w:r>
        <w:rPr>
          <w:rFonts w:ascii="楷体" w:hAnsi="楷体" w:eastAsia="楷体" w:cs="楷体"/>
          <w:color w:val="000000"/>
        </w:rPr>
        <w:t>⑦他便是老舍，原名舒庆春，杰出的人民艺术家，</w:t>
      </w:r>
      <w:r>
        <w:rPr>
          <w:rFonts w:ascii="楷体" w:hAnsi="楷体" w:eastAsia="楷体" w:cs="楷体"/>
          <w:color w:val="000000"/>
          <w:u w:val="single"/>
        </w:rPr>
        <w:t>盲人们听出的那一声脚步声名叫“大善”。</w:t>
      </w:r>
    </w:p>
    <w:p>
      <w:pPr>
        <w:spacing w:line="360" w:lineRule="auto"/>
        <w:ind w:firstLine="420"/>
        <w:jc w:val="right"/>
        <w:textAlignment w:val="center"/>
        <w:rPr>
          <w:color w:val="000000"/>
        </w:rPr>
      </w:pPr>
      <w:r>
        <w:rPr>
          <w:rFonts w:ascii="宋体" w:hAnsi="宋体" w:eastAsia="宋体" w:cs="宋体"/>
          <w:color w:val="000000"/>
        </w:rPr>
        <w:t>（选自《读者》杂志）</w:t>
      </w:r>
    </w:p>
    <w:p>
      <w:pPr>
        <w:spacing w:line="360" w:lineRule="auto"/>
        <w:jc w:val="left"/>
        <w:textAlignment w:val="center"/>
        <w:rPr>
          <w:color w:val="000000"/>
        </w:rPr>
      </w:pPr>
      <w:r>
        <w:rPr>
          <w:color w:val="000000"/>
        </w:rPr>
        <w:t xml:space="preserve">21. </w:t>
      </w:r>
      <w:r>
        <w:rPr>
          <w:rFonts w:ascii="宋体" w:hAnsi="宋体" w:eastAsia="宋体" w:cs="宋体"/>
          <w:color w:val="000000"/>
        </w:rPr>
        <w:t>文中盲人们的处境触动了老舍的情感，他决定有所作为，这的确也改变了盲人们的处境。请结合全文，完成下面的思维导图。</w:t>
      </w:r>
    </w:p>
    <w:p>
      <w:pPr>
        <w:spacing w:line="360" w:lineRule="auto"/>
        <w:jc w:val="left"/>
        <w:textAlignment w:val="center"/>
        <w:rPr>
          <w:color w:val="000000"/>
        </w:rPr>
      </w:pPr>
      <w:r>
        <w:rPr>
          <w:color w:val="000000"/>
        </w:rPr>
        <w:drawing>
          <wp:inline distT="0" distB="0" distL="114300" distR="114300">
            <wp:extent cx="4295775" cy="2695575"/>
            <wp:effectExtent l="0" t="0" r="0" b="0"/>
            <wp:docPr id="1595"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图片 100003" descr="学科网(www.zxxk.com)--教育资源门户，提供试卷、教案、课件、论文、素材以及各类教学资源下载，还有大量而丰富的教学相关资讯！"/>
                    <pic:cNvPicPr>
                      <a:picLocks noChangeAspect="1"/>
                    </pic:cNvPicPr>
                  </pic:nvPicPr>
                  <pic:blipFill>
                    <a:blip r:embed="rId147"/>
                    <a:stretch>
                      <a:fillRect/>
                    </a:stretch>
                  </pic:blipFill>
                  <pic:spPr>
                    <a:xfrm>
                      <a:off x="0" y="0"/>
                      <a:ext cx="4295775" cy="2695575"/>
                    </a:xfrm>
                    <a:prstGeom prst="rect">
                      <a:avLst/>
                    </a:prstGeom>
                  </pic:spPr>
                </pic:pic>
              </a:graphicData>
            </a:graphic>
          </wp:inline>
        </w:drawing>
      </w:r>
    </w:p>
    <w:p>
      <w:pPr>
        <w:spacing w:line="360" w:lineRule="auto"/>
        <w:jc w:val="left"/>
        <w:textAlignment w:val="center"/>
        <w:rPr>
          <w:color w:val="000000"/>
        </w:rPr>
      </w:pPr>
      <w:r>
        <w:rPr>
          <w:color w:val="000000"/>
        </w:rPr>
        <w:t xml:space="preserve">22. </w:t>
      </w:r>
      <w:r>
        <w:rPr>
          <w:rFonts w:ascii="宋体" w:hAnsi="宋体" w:eastAsia="宋体" w:cs="宋体"/>
          <w:color w:val="000000"/>
        </w:rPr>
        <w:t>结合文章，请你说说对第⑥段中“温馨风景线”的理解。</w:t>
      </w:r>
    </w:p>
    <w:p>
      <w:pPr>
        <w:spacing w:line="360" w:lineRule="auto"/>
        <w:jc w:val="left"/>
        <w:textAlignment w:val="center"/>
        <w:rPr>
          <w:color w:val="000000"/>
        </w:rPr>
      </w:pPr>
      <w:r>
        <w:rPr>
          <w:color w:val="000000"/>
        </w:rPr>
        <w:t xml:space="preserve">23. </w:t>
      </w:r>
      <w:r>
        <w:rPr>
          <w:rFonts w:ascii="宋体" w:hAnsi="宋体" w:eastAsia="宋体" w:cs="宋体"/>
          <w:color w:val="000000"/>
        </w:rPr>
        <w:t>阅读全文，请你谈谈第⑦段中“那一声脚步声名叫‘大善’”这句话的含义。</w:t>
      </w:r>
    </w:p>
    <w:p>
      <w:pPr>
        <w:spacing w:line="360" w:lineRule="auto"/>
        <w:textAlignment w:val="center"/>
        <w:rPr>
          <w:color w:val="000000"/>
        </w:rPr>
      </w:pPr>
      <w:r>
        <w:rPr>
          <w:color w:val="2E75B6"/>
        </w:rPr>
        <w:t>【答案】</w:t>
      </w:r>
      <w:r>
        <w:rPr>
          <w:color w:val="000000"/>
        </w:rPr>
        <w:t xml:space="preserve">21. </w:t>
      </w:r>
      <w:r>
        <w:rPr>
          <w:rFonts w:ascii="宋体" w:hAnsi="宋体" w:eastAsia="宋体" w:cs="宋体"/>
          <w:color w:val="000000"/>
        </w:rPr>
        <w:t>非常艰难，挨饿受冻 ②组织盲人们训练和表演 ③进了周边的工厂工作  ④感到欣慰</w:t>
      </w:r>
      <w:r>
        <w:rPr>
          <w:color w:val="000000"/>
        </w:rPr>
        <w:t xml:space="preserve">    </w:t>
      </w:r>
    </w:p>
    <w:p>
      <w:pPr>
        <w:spacing w:line="360" w:lineRule="auto"/>
        <w:textAlignment w:val="center"/>
        <w:rPr>
          <w:color w:val="000000"/>
        </w:rPr>
      </w:pPr>
      <w:r>
        <w:rPr>
          <w:color w:val="000000"/>
        </w:rPr>
        <w:t xml:space="preserve">22. </w:t>
      </w:r>
      <w:r>
        <w:rPr>
          <w:rFonts w:ascii="宋体" w:hAnsi="宋体" w:eastAsia="宋体" w:cs="宋体"/>
          <w:color w:val="000000"/>
        </w:rPr>
        <w:t>内容：盲人们为很晚下班的老舍点亮门前的灯。</w:t>
      </w:r>
    </w:p>
    <w:p>
      <w:pPr>
        <w:spacing w:line="360" w:lineRule="auto"/>
        <w:jc w:val="both"/>
        <w:textAlignment w:val="center"/>
        <w:rPr>
          <w:color w:val="000000"/>
        </w:rPr>
      </w:pPr>
      <w:r>
        <w:rPr>
          <w:rFonts w:ascii="宋体" w:hAnsi="宋体" w:eastAsia="宋体" w:cs="宋体"/>
          <w:color w:val="000000"/>
        </w:rPr>
        <w:t>结构：升华/深化文章主旨</w:t>
      </w:r>
      <w:r>
        <w:rPr>
          <w:rFonts w:ascii="宋体" w:hAnsi="宋体" w:eastAsia="宋体" w:cs="宋体"/>
          <w:color w:val="000000"/>
          <w:position w:val="-12"/>
        </w:rPr>
        <w:drawing>
          <wp:inline distT="0" distB="0" distL="114300" distR="114300">
            <wp:extent cx="127000" cy="76200"/>
            <wp:effectExtent l="0" t="0" r="0" b="0"/>
            <wp:docPr id="1597"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图片 100013"/>
                    <pic:cNvPicPr>
                      <a:picLocks noChangeAspect="1"/>
                    </pic:cNvPicPr>
                  </pic:nvPicPr>
                  <pic:blipFill>
                    <a:blip r:embed="rId148"/>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情感：表达盲人对老舍的感激之情。</w:t>
      </w:r>
    </w:p>
    <w:p>
      <w:pPr>
        <w:spacing w:line="360" w:lineRule="auto"/>
        <w:jc w:val="both"/>
        <w:textAlignment w:val="center"/>
        <w:rPr>
          <w:color w:val="000000"/>
        </w:rPr>
      </w:pPr>
      <w:r>
        <w:rPr>
          <w:rFonts w:ascii="宋体" w:hAnsi="宋体" w:eastAsia="宋体" w:cs="宋体"/>
          <w:color w:val="000000"/>
        </w:rPr>
        <w:t>主旨：体现了人与人之间善意的传递。</w:t>
      </w:r>
      <w:r>
        <w:rPr>
          <w:color w:val="000000"/>
        </w:rPr>
        <w:t xml:space="preserve">    </w:t>
      </w:r>
    </w:p>
    <w:p>
      <w:pPr>
        <w:spacing w:line="360" w:lineRule="auto"/>
        <w:jc w:val="both"/>
        <w:textAlignment w:val="center"/>
        <w:rPr>
          <w:color w:val="000000"/>
        </w:rPr>
      </w:pPr>
      <w:r>
        <w:rPr>
          <w:color w:val="000000"/>
        </w:rPr>
        <w:t xml:space="preserve">23. </w:t>
      </w:r>
      <w:r>
        <w:rPr>
          <w:rFonts w:ascii="宋体" w:hAnsi="宋体" w:eastAsia="宋体" w:cs="宋体"/>
          <w:color w:val="000000"/>
        </w:rPr>
        <w:t>示例一：老舍以自己的脚步奔走，组织盲人们训练表演，帮助盲人们安排工作从根本上解决了盲人们的生存问题，不求回报。</w:t>
      </w:r>
    </w:p>
    <w:p>
      <w:pPr>
        <w:spacing w:line="360" w:lineRule="auto"/>
        <w:jc w:val="both"/>
        <w:textAlignment w:val="center"/>
        <w:rPr>
          <w:color w:val="000000"/>
        </w:rPr>
      </w:pPr>
      <w:r>
        <w:rPr>
          <w:rFonts w:ascii="宋体" w:hAnsi="宋体" w:eastAsia="宋体" w:cs="宋体"/>
          <w:color w:val="000000"/>
        </w:rPr>
        <w:t>示例二：老舍以自己的脚步奔波，组织盲人们训练表演，帮助盲人们安排工作对弱者同情、关爱、帮助。</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本题考查内容理解与概括。</w:t>
      </w:r>
    </w:p>
    <w:p>
      <w:pPr>
        <w:spacing w:line="360" w:lineRule="auto"/>
        <w:jc w:val="left"/>
        <w:textAlignment w:val="center"/>
        <w:rPr>
          <w:color w:val="000000"/>
        </w:rPr>
      </w:pPr>
      <w:r>
        <w:rPr>
          <w:rFonts w:ascii="宋体" w:hAnsi="宋体" w:eastAsia="宋体" w:cs="宋体"/>
          <w:color w:val="000000"/>
        </w:rPr>
        <w:t>①根据第①段的“因此盲人们的生活非常艰难，挨饿受冻是常有的事情”可以概括出盲人们的处境：非常艰难，经常挨饿受冻；</w:t>
      </w:r>
    </w:p>
    <w:p>
      <w:pPr>
        <w:spacing w:line="360" w:lineRule="auto"/>
        <w:jc w:val="left"/>
        <w:textAlignment w:val="center"/>
        <w:rPr>
          <w:color w:val="000000"/>
        </w:rPr>
      </w:pPr>
      <w:r>
        <w:rPr>
          <w:rFonts w:ascii="宋体" w:hAnsi="宋体" w:eastAsia="宋体" w:cs="宋体"/>
          <w:color w:val="000000"/>
        </w:rPr>
        <w:t>第②段“每次一经过盲人庙，他的心便感到隐隐地作痛”对应了老舍的感受：隐隐作痛；</w:t>
      </w:r>
    </w:p>
    <w:p>
      <w:pPr>
        <w:spacing w:line="360" w:lineRule="auto"/>
        <w:jc w:val="left"/>
        <w:textAlignment w:val="center"/>
        <w:rPr>
          <w:color w:val="000000"/>
        </w:rPr>
      </w:pPr>
      <w:r>
        <w:rPr>
          <w:rFonts w:ascii="宋体" w:hAnsi="宋体" w:eastAsia="宋体" w:cs="宋体"/>
          <w:color w:val="000000"/>
        </w:rPr>
        <w:t>②根据第③段“把盲人们都组织了起来，并自掏腰包，买了多件乐器，将其中那些会拉唱弹奏的，组成了一个乐团，进行集中培训，给予合奏配合上的种种指导”，第④段“他又忙着联系演出单位和场所，并说服对方给予一定的演出报酬”可以概括出老舍的作为：组织盲人们培训和演出；</w:t>
      </w:r>
    </w:p>
    <w:p>
      <w:pPr>
        <w:spacing w:line="360" w:lineRule="auto"/>
        <w:jc w:val="left"/>
        <w:textAlignment w:val="center"/>
        <w:rPr>
          <w:color w:val="000000"/>
        </w:rPr>
      </w:pPr>
      <w:r>
        <w:rPr>
          <w:rFonts w:ascii="宋体" w:hAnsi="宋体" w:eastAsia="宋体" w:cs="宋体"/>
          <w:color w:val="000000"/>
        </w:rPr>
        <w:t>第④段“他又忙着联系演出单位和场所，并说服对方给予一定的演出报酬”对应了盲人们的处境：获得了一定报酬；</w:t>
      </w:r>
    </w:p>
    <w:p>
      <w:pPr>
        <w:spacing w:line="360" w:lineRule="auto"/>
        <w:jc w:val="left"/>
        <w:textAlignment w:val="center"/>
        <w:rPr>
          <w:color w:val="000000"/>
        </w:rPr>
      </w:pPr>
      <w:r>
        <w:rPr>
          <w:rFonts w:ascii="宋体" w:hAnsi="宋体" w:eastAsia="宋体" w:cs="宋体"/>
          <w:color w:val="000000"/>
        </w:rPr>
        <w:t>第④段“通过各种关系，不惜低下身份到处求爹爹拜奶奶，最终靠着自己的‘面子’和关系，把他们一个个安排进周边的橡胶厂、皮革厂、印刷厂和服装厂里。为此，他都跑烂了好几双布鞋”对应了老舍的作为：找工作；</w:t>
      </w:r>
    </w:p>
    <w:p>
      <w:pPr>
        <w:spacing w:line="360" w:lineRule="auto"/>
        <w:jc w:val="left"/>
        <w:textAlignment w:val="center"/>
        <w:rPr>
          <w:color w:val="000000"/>
        </w:rPr>
      </w:pPr>
      <w:r>
        <w:rPr>
          <w:rFonts w:ascii="宋体" w:hAnsi="宋体" w:eastAsia="宋体" w:cs="宋体"/>
          <w:color w:val="000000"/>
        </w:rPr>
        <w:t>③根据第④段的“把他们一个个安排进周边的橡胶厂、皮革厂、印刷厂和服装厂里”，第⑤段“好在，他的努力和奔走有了成效，盲人庙里几乎每个盲人都有了一份足以养活自己的工作了，因为有了稳定收入”可以概括出盲人们的处境：进了周边的工厂工作；</w:t>
      </w:r>
    </w:p>
    <w:p>
      <w:pPr>
        <w:spacing w:line="360" w:lineRule="auto"/>
        <w:jc w:val="left"/>
        <w:textAlignment w:val="center"/>
        <w:rPr>
          <w:color w:val="000000"/>
        </w:rPr>
      </w:pPr>
      <w:r>
        <w:rPr>
          <w:rFonts w:ascii="宋体" w:hAnsi="宋体" w:eastAsia="宋体" w:cs="宋体"/>
          <w:color w:val="000000"/>
        </w:rPr>
        <w:t>第⑤段“很多盲人的生活状况都有了巨变，都先后搬出了原先那破旧的庙宇，住进街上条件更好的房子里”对应了盲人们的处境：生活状况都有了巨变；</w:t>
      </w:r>
    </w:p>
    <w:p>
      <w:pPr>
        <w:spacing w:line="360" w:lineRule="auto"/>
        <w:jc w:val="left"/>
        <w:textAlignment w:val="center"/>
        <w:rPr>
          <w:color w:val="000000"/>
        </w:rPr>
      </w:pPr>
      <w:r>
        <w:rPr>
          <w:rFonts w:ascii="宋体" w:hAnsi="宋体" w:eastAsia="宋体" w:cs="宋体"/>
          <w:color w:val="000000"/>
        </w:rPr>
        <w:t>④根据第⑤段的“他的心情欣慰了许多”可以概括出老舍的感受：感到欣慰。</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rFonts w:ascii="宋体" w:hAnsi="宋体" w:eastAsia="宋体" w:cs="宋体"/>
          <w:color w:val="000000"/>
        </w:rPr>
        <w:t>本题考查句子理解。</w:t>
      </w:r>
    </w:p>
    <w:p>
      <w:pPr>
        <w:spacing w:line="360" w:lineRule="auto"/>
        <w:jc w:val="left"/>
        <w:textAlignment w:val="center"/>
        <w:rPr>
          <w:color w:val="000000"/>
        </w:rPr>
      </w:pPr>
      <w:r>
        <w:rPr>
          <w:rFonts w:ascii="宋体" w:hAnsi="宋体" w:eastAsia="宋体" w:cs="宋体"/>
          <w:color w:val="000000"/>
        </w:rPr>
        <w:t>文章第⑥段“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温馨风景线”，内容上指的是：老舍为素不相识的盲人们付出了大爱，组织盲人们训练表演，帮助盲人们安排工作，从根本上解决了盲人们的生存问题，不求回报，对弱者同情、关爱、帮助。盲人们对老舍心存感激，在夜晚不约而同地恭候老舍的路过，为很晚下班的老舍点亮门前的灯，彼此真挚的情感在每天夜晚的街道汇成了动人的风景。结构上升华了文章的主旨，以真心换真情就是一道温馨的风景。表达了盲人们对老舍的感激之情。突出了文章的主旨，体现了人与人之间善意的传递。正所谓赠人玫瑰，手留余香。</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rFonts w:ascii="宋体" w:hAnsi="宋体" w:eastAsia="宋体" w:cs="宋体"/>
          <w:color w:val="000000"/>
        </w:rPr>
        <w:t>本题考查句子的含义。</w:t>
      </w:r>
    </w:p>
    <w:p>
      <w:pPr>
        <w:spacing w:line="360" w:lineRule="auto"/>
        <w:jc w:val="left"/>
        <w:textAlignment w:val="center"/>
        <w:rPr>
          <w:color w:val="000000"/>
        </w:rPr>
      </w:pPr>
      <w:r>
        <w:rPr>
          <w:rFonts w:ascii="宋体" w:hAnsi="宋体" w:eastAsia="宋体" w:cs="宋体"/>
          <w:color w:val="000000"/>
        </w:rPr>
        <w:t>文章第⑦段“盲人们听出的那一声脚步声名叫‘大善’”，根据第②段“但他也深知授人以鱼不如授人以渔的道理，简单的几次接济根本解决不了盲人们的根本生存问题，必须得给他们做到一份足以谋生的活计”，第③段“开始每天往返于家中与盲人庙之间，把盲人们都组织了起来，并自掏腰包，买了多件乐器，将其中那些会拉唱弹奏的，组成了一个乐团，进行集中培训，给予合奏配合上的种种指导”，第④段“把他们一个个安排进周边的橡胶厂、皮革厂、印刷厂和服装厂里”可知：老舍不辞辛苦，努力奔走，组织盲人们训练表演，帮助盲人们安排工作，从根本上解决了盲人们的生存问题，使盲人们的生活状况都有了很大的改变，而他自己却不求回报，对弱者同情、关爱、帮助，表现了老舍的“大善”之心。</w:t>
      </w:r>
    </w:p>
    <w:p>
      <w:pPr>
        <w:pStyle w:val="Heading3"/>
      </w:pPr>
      <w:r>
        <w:t>房山区</w:t>
      </w:r>
    </w:p>
    <w:p>
      <w:pPr>
        <w:spacing w:line="360" w:lineRule="auto"/>
        <w:jc w:val="both"/>
        <w:textAlignment w:val="center"/>
        <w:rPr>
          <w:color w:val="000000"/>
        </w:rPr>
      </w:pPr>
      <w:r>
        <w:rPr>
          <w:rFonts w:ascii="宋体" w:hAnsi="宋体" w:eastAsia="宋体" w:cs="宋体"/>
          <w:b/>
          <w:color w:val="000000"/>
          <w:sz w:val="24"/>
        </w:rPr>
        <w:t>四、现代文阅读（共23分）</w:t>
      </w:r>
    </w:p>
    <w:p>
      <w:pPr>
        <w:spacing w:line="360" w:lineRule="auto"/>
        <w:jc w:val="both"/>
        <w:textAlignment w:val="center"/>
        <w:rPr>
          <w:color w:val="000000"/>
        </w:rPr>
      </w:pPr>
      <w:r>
        <w:rPr>
          <w:rFonts w:ascii="宋体" w:hAnsi="宋体" w:eastAsia="宋体" w:cs="宋体"/>
          <w:b/>
          <w:color w:val="000000"/>
          <w:sz w:val="24"/>
        </w:rPr>
        <w:t>（一）（共7分）</w:t>
      </w:r>
    </w:p>
    <w:p>
      <w:pPr>
        <w:spacing w:line="360" w:lineRule="auto"/>
        <w:jc w:val="both"/>
        <w:textAlignment w:val="center"/>
        <w:rPr>
          <w:color w:val="000000"/>
        </w:rPr>
      </w:pPr>
      <w:r>
        <w:rPr>
          <w:rFonts w:ascii="宋体" w:hAnsi="宋体" w:eastAsia="宋体" w:cs="宋体"/>
          <w:color w:val="000000"/>
        </w:rPr>
        <w:t>阅读下面材料，完成下面小题。</w:t>
      </w:r>
    </w:p>
    <w:p>
      <w:pPr>
        <w:spacing w:line="360" w:lineRule="auto"/>
        <w:jc w:val="both"/>
        <w:textAlignment w:val="center"/>
        <w:rPr>
          <w:color w:val="000000"/>
        </w:rPr>
      </w:pPr>
      <w:r>
        <w:rPr>
          <w:rFonts w:ascii="宋体" w:hAnsi="宋体" w:eastAsia="宋体" w:cs="宋体"/>
          <w:color w:val="000000"/>
        </w:rPr>
        <w:t>材料一</w:t>
      </w:r>
    </w:p>
    <w:p>
      <w:pPr>
        <w:spacing w:line="360" w:lineRule="auto"/>
        <w:ind w:firstLine="420"/>
        <w:jc w:val="left"/>
        <w:textAlignment w:val="center"/>
        <w:rPr>
          <w:color w:val="000000"/>
        </w:rPr>
      </w:pPr>
      <w:r>
        <w:rPr>
          <w:rFonts w:ascii="楷体" w:hAnsi="楷体" w:eastAsia="楷体" w:cs="楷体"/>
          <w:color w:val="000000"/>
        </w:rPr>
        <w:t>人工智能是计算机科学的一个分支，它致力于研制能以人类智能的方式作出反应的人造机器。人工智能看似离我们的生活很遥远，实际上它就在我们身边。从让购物更加方便快捷的无人超市到帮你分担家务的智能家居机器人，从办公写字楼内的“剧脸”打卡到减少排队的智能政务系统等等，它早就以多种形式“飞入寻常百姓家”。值得一提的是，尽管我国的人工智能产业尚处于起步阶段，但得益于过去20多年来我国互联网企业在新技术应用方面取得的长足进步，拥有巨大用户量的爆款产品层出不穷，而这为我国人工智能的发展奠定了良好的产业基础。</w:t>
      </w:r>
    </w:p>
    <w:p>
      <w:pPr>
        <w:spacing w:line="360" w:lineRule="auto"/>
        <w:jc w:val="both"/>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楷体" w:hAnsi="楷体" w:eastAsia="楷体" w:cs="楷体"/>
          <w:color w:val="000000"/>
        </w:rPr>
        <w:t>全国“两会”报告中指出，要加强新一代人工智能研发应用，在医疗、养老、教育、文化、体育等多领域推进“互联网＋”，发展智能产业，拓展智能生活，建设智慧社会。于是，一系列政府相关扶植政策陆续出台，从而使</w:t>
      </w:r>
      <w:r>
        <w:rPr>
          <w:rFonts w:ascii="楷体" w:hAnsi="楷体" w:eastAsia="楷体" w:cs="楷体"/>
          <w:color w:val="000000"/>
          <w:u w:val="single"/>
        </w:rPr>
        <w:t xml:space="preserve">         </w:t>
      </w:r>
      <w:r>
        <w:rPr>
          <w:rFonts w:ascii="楷体" w:hAnsi="楷体" w:eastAsia="楷体" w:cs="楷体"/>
          <w:color w:val="000000"/>
        </w:rPr>
        <w:t>。目前，人工智能日益融入我国社会经济发展的各个领域，成为推动科技跨越发展、产业优化升级、生产力整体跃升的重要驱动力量。</w:t>
      </w:r>
    </w:p>
    <w:p>
      <w:pPr>
        <w:spacing w:line="360" w:lineRule="auto"/>
        <w:ind w:firstLine="420"/>
        <w:jc w:val="left"/>
        <w:textAlignment w:val="center"/>
        <w:rPr>
          <w:color w:val="000000"/>
        </w:rPr>
      </w:pPr>
      <w:r>
        <w:rPr>
          <w:color w:val="000000"/>
        </w:rPr>
        <w:drawing>
          <wp:inline distT="0" distB="0" distL="114300" distR="114300">
            <wp:extent cx="4838700" cy="2914650"/>
            <wp:effectExtent l="0" t="0" r="0" b="0"/>
            <wp:docPr id="1599"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图片 100003" descr="学科网(www.zxxk.com)--教育资源门户，提供试卷、教案、课件、论文、素材以及各类教学资源下载，还有大量而丰富的教学相关资讯！"/>
                    <pic:cNvPicPr>
                      <a:picLocks noChangeAspect="1"/>
                    </pic:cNvPicPr>
                  </pic:nvPicPr>
                  <pic:blipFill>
                    <a:blip r:embed="rId149"/>
                    <a:stretch>
                      <a:fillRect/>
                    </a:stretch>
                  </pic:blipFill>
                  <pic:spPr>
                    <a:xfrm>
                      <a:off x="0" y="0"/>
                      <a:ext cx="4838700" cy="291465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材料三</w:t>
      </w:r>
    </w:p>
    <w:p>
      <w:pPr>
        <w:spacing w:line="360" w:lineRule="auto"/>
        <w:ind w:firstLine="420"/>
        <w:jc w:val="left"/>
        <w:textAlignment w:val="center"/>
        <w:rPr>
          <w:color w:val="000000"/>
        </w:rPr>
      </w:pPr>
      <w:r>
        <w:rPr>
          <w:rFonts w:ascii="楷体" w:hAnsi="楷体" w:eastAsia="楷体" w:cs="楷体"/>
          <w:color w:val="000000"/>
        </w:rPr>
        <w:t>我国人工智能发展已具备良好基础，在科研产出、产业发展和政策环境方面具有独特优势。所以我国从2019年开始，便以更加开放的姿态推进人工智能国际合作。我国有关人工智能国际合作的论文数量持续增长，在国际人工智能开源社区的贡献度位居前列，人工智能已经成为“一带一路”国际合作的重要主题。</w:t>
      </w:r>
    </w:p>
    <w:p>
      <w:pPr>
        <w:spacing w:line="360" w:lineRule="auto"/>
        <w:jc w:val="left"/>
        <w:textAlignment w:val="center"/>
        <w:rPr>
          <w:color w:val="000000"/>
        </w:rPr>
      </w:pPr>
      <w:r>
        <w:rPr>
          <w:color w:val="000000"/>
        </w:rPr>
        <w:t xml:space="preserve">11. </w:t>
      </w:r>
      <w:r>
        <w:rPr>
          <w:rFonts w:ascii="宋体" w:hAnsi="宋体" w:eastAsia="宋体" w:cs="宋体"/>
          <w:color w:val="000000"/>
        </w:rPr>
        <w:t>根据材料二中图1的信息，在材料二的横线处补写一句话。</w:t>
      </w:r>
    </w:p>
    <w:p>
      <w:pPr>
        <w:spacing w:line="360" w:lineRule="auto"/>
        <w:jc w:val="left"/>
        <w:textAlignment w:val="center"/>
        <w:rPr>
          <w:color w:val="000000"/>
        </w:rPr>
      </w:pPr>
      <w:r>
        <w:rPr>
          <w:color w:val="000000"/>
        </w:rPr>
        <w:t xml:space="preserve">12. </w:t>
      </w:r>
      <w:r>
        <w:rPr>
          <w:rFonts w:ascii="宋体" w:hAnsi="宋体" w:eastAsia="宋体" w:cs="宋体"/>
          <w:color w:val="000000"/>
        </w:rPr>
        <w:t>根据以上三则材料，下列关于“人工智能”的说法，不符合文意的一项是（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随着科技的发展，人工智能有可能按照人类智能的方式作出反应。</w:t>
      </w:r>
    </w:p>
    <w:p>
      <w:pPr>
        <w:spacing w:line="360" w:lineRule="auto"/>
        <w:jc w:val="left"/>
        <w:textAlignment w:val="center"/>
        <w:rPr>
          <w:color w:val="000000"/>
        </w:rPr>
      </w:pPr>
      <w:r>
        <w:rPr>
          <w:color w:val="000000"/>
        </w:rPr>
        <w:t xml:space="preserve">B. </w:t>
      </w:r>
      <w:r>
        <w:rPr>
          <w:rFonts w:ascii="宋体" w:hAnsi="宋体" w:eastAsia="宋体" w:cs="宋体"/>
          <w:color w:val="000000"/>
        </w:rPr>
        <w:t>现在人工智能已经逐渐融入我国的社会经济发展的各个领域之中</w:t>
      </w:r>
    </w:p>
    <w:p>
      <w:pPr>
        <w:spacing w:line="360" w:lineRule="auto"/>
        <w:jc w:val="left"/>
        <w:textAlignment w:val="center"/>
        <w:rPr>
          <w:color w:val="000000"/>
        </w:rPr>
      </w:pPr>
      <w:r>
        <w:rPr>
          <w:color w:val="000000"/>
        </w:rPr>
        <w:t xml:space="preserve">C. </w:t>
      </w:r>
      <w:r>
        <w:rPr>
          <w:rFonts w:ascii="宋体" w:hAnsi="宋体" w:eastAsia="宋体" w:cs="宋体"/>
          <w:color w:val="000000"/>
        </w:rPr>
        <w:t>推进人工智能国际合作，为我国人工智能的发展奠定了良好基础</w:t>
      </w:r>
    </w:p>
    <w:p>
      <w:pPr>
        <w:spacing w:line="360" w:lineRule="auto"/>
        <w:jc w:val="left"/>
        <w:textAlignment w:val="center"/>
        <w:rPr>
          <w:color w:val="000000"/>
        </w:rPr>
      </w:pPr>
      <w:r>
        <w:rPr>
          <w:color w:val="000000"/>
        </w:rPr>
        <w:t xml:space="preserve">13. </w:t>
      </w:r>
      <w:r>
        <w:rPr>
          <w:rFonts w:ascii="宋体" w:hAnsi="宋体" w:eastAsia="宋体" w:cs="宋体"/>
          <w:color w:val="000000"/>
        </w:rPr>
        <w:t>从上述三则材料可以看出，人工智能在我国快速发展</w:t>
      </w:r>
      <w:r>
        <w:rPr>
          <w:rFonts w:ascii="宋体" w:hAnsi="宋体" w:eastAsia="宋体" w:cs="宋体"/>
          <w:color w:val="000000"/>
          <w:position w:val="0"/>
        </w:rPr>
        <w:drawing>
          <wp:inline distT="0" distB="0" distL="114300" distR="114300">
            <wp:extent cx="133350" cy="177800"/>
            <wp:effectExtent l="0" t="0" r="0" b="13335"/>
            <wp:docPr id="1601"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图片 100007"/>
                    <pic:cNvPicPr>
                      <a:picLocks noChangeAspect="1"/>
                    </pic:cNvPicPr>
                  </pic:nvPicPr>
                  <pic:blipFill>
                    <a:blip r:embed="rId1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主要原因是①</w:t>
      </w:r>
      <w:r>
        <w:rPr>
          <w:color w:val="000000"/>
        </w:rPr>
        <w:t>________</w:t>
      </w:r>
      <w:r>
        <w:rPr>
          <w:rFonts w:ascii="宋体" w:hAnsi="宋体" w:eastAsia="宋体" w:cs="宋体"/>
          <w:color w:val="000000"/>
        </w:rPr>
        <w:t>，②</w:t>
      </w:r>
      <w:r>
        <w:rPr>
          <w:color w:val="000000"/>
        </w:rPr>
        <w:t>________</w:t>
      </w:r>
      <w:r>
        <w:rPr>
          <w:rFonts w:ascii="宋体" w:hAnsi="宋体" w:eastAsia="宋体" w:cs="宋体"/>
          <w:color w:val="000000"/>
        </w:rPr>
        <w:t>，③</w:t>
      </w:r>
      <w:r>
        <w:rPr>
          <w:color w:val="000000"/>
        </w:rPr>
        <w:t>________</w:t>
      </w:r>
      <w:r>
        <w:rPr>
          <w:rFonts w:ascii="宋体" w:hAnsi="宋体" w:eastAsia="宋体" w:cs="宋体"/>
          <w:color w:val="000000"/>
        </w:rPr>
        <w:t>。（每空不超过10个字）</w:t>
      </w:r>
    </w:p>
    <w:p>
      <w:pPr>
        <w:spacing w:line="360" w:lineRule="auto"/>
        <w:textAlignment w:val="center"/>
        <w:rPr>
          <w:color w:val="000000"/>
        </w:rPr>
      </w:pPr>
      <w:r>
        <w:rPr>
          <w:color w:val="2E75B6"/>
        </w:rPr>
        <w:t>【答案】</w:t>
      </w:r>
      <w:r>
        <w:rPr>
          <w:color w:val="000000"/>
        </w:rPr>
        <w:t xml:space="preserve">11. </w:t>
      </w:r>
      <w:r>
        <w:rPr>
          <w:rFonts w:ascii="宋体" w:hAnsi="宋体" w:eastAsia="宋体" w:cs="宋体"/>
          <w:color w:val="000000"/>
        </w:rPr>
        <w:t>示例：我国人工智能市场规模逐年扩大。</w:t>
      </w:r>
      <w:r>
        <w:rPr>
          <w:color w:val="000000"/>
        </w:rPr>
        <w:t xml:space="preserve">    12. C    </w:t>
      </w:r>
    </w:p>
    <w:p>
      <w:pPr>
        <w:spacing w:line="360" w:lineRule="auto"/>
        <w:textAlignment w:val="center"/>
        <w:rPr>
          <w:color w:val="000000"/>
        </w:rPr>
      </w:pPr>
      <w:r>
        <w:rPr>
          <w:color w:val="000000"/>
        </w:rPr>
        <w:t xml:space="preserve">13.     ①. </w:t>
      </w:r>
      <w:r>
        <w:rPr>
          <w:rFonts w:ascii="宋体" w:hAnsi="宋体" w:eastAsia="宋体" w:cs="宋体"/>
          <w:color w:val="000000"/>
        </w:rPr>
        <w:t>良好的产业基础</w:t>
      </w:r>
      <w:r>
        <w:rPr>
          <w:color w:val="000000"/>
        </w:rPr>
        <w:t xml:space="preserve">    ②. </w:t>
      </w:r>
      <w:r>
        <w:rPr>
          <w:rFonts w:ascii="宋体" w:hAnsi="宋体" w:eastAsia="宋体" w:cs="宋体"/>
          <w:color w:val="000000"/>
        </w:rPr>
        <w:t>政策的有力扶植</w:t>
      </w:r>
      <w:r>
        <w:rPr>
          <w:color w:val="000000"/>
        </w:rPr>
        <w:t xml:space="preserve">    ③. </w:t>
      </w:r>
      <w:r>
        <w:rPr>
          <w:rFonts w:ascii="宋体" w:hAnsi="宋体" w:eastAsia="宋体" w:cs="宋体"/>
          <w:color w:val="000000"/>
        </w:rPr>
        <w:t>国际合作的开放姿态</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【11题详解】</w:t>
      </w:r>
    </w:p>
    <w:p>
      <w:pPr>
        <w:spacing w:line="360" w:lineRule="auto"/>
        <w:jc w:val="left"/>
        <w:textAlignment w:val="center"/>
        <w:rPr>
          <w:color w:val="000000"/>
        </w:rPr>
      </w:pPr>
      <w:r>
        <w:rPr>
          <w:color w:val="000000"/>
        </w:rPr>
        <w:t>本题考查对材料内容的理解与补写。</w:t>
      </w:r>
    </w:p>
    <w:p>
      <w:pPr>
        <w:spacing w:line="360" w:lineRule="auto"/>
        <w:jc w:val="left"/>
        <w:textAlignment w:val="center"/>
        <w:rPr>
          <w:color w:val="000000"/>
        </w:rPr>
      </w:pPr>
      <w:r>
        <w:rPr>
          <w:color w:val="000000"/>
        </w:rPr>
        <w:t>结合材料二中图1的信息可知，除2019年与2018年市场规模持平以外，中国人工智能市场规模从2015年不到200亿元，逐渐增长，至2023年已经超过1000亿元，说明中国人工智能市场规模逐年扩大。据此回答。</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本题考查对材料内容的理解与分析。</w:t>
      </w:r>
    </w:p>
    <w:p>
      <w:pPr>
        <w:spacing w:line="360" w:lineRule="auto"/>
        <w:jc w:val="left"/>
        <w:textAlignment w:val="center"/>
        <w:rPr>
          <w:color w:val="000000"/>
        </w:rPr>
      </w:pPr>
      <w:r>
        <w:rPr>
          <w:color w:val="000000"/>
        </w:rPr>
        <w:t>C.由材料</w:t>
      </w:r>
      <w:r>
        <w:rPr>
          <w:rFonts w:ascii="宋体" w:hAnsi="宋体" w:eastAsia="宋体" w:cs="宋体"/>
          <w:color w:val="000000"/>
        </w:rPr>
        <w:t>三“我国人工智能发展</w:t>
      </w:r>
      <w:r>
        <w:rPr>
          <w:rFonts w:ascii="宋体" w:hAnsi="宋体" w:eastAsia="宋体" w:cs="宋体"/>
          <w:color w:val="000000"/>
          <w:em w:val="dot"/>
        </w:rPr>
        <w:t>已具备良好基础</w:t>
      </w:r>
      <w:r>
        <w:rPr>
          <w:rFonts w:ascii="宋体" w:hAnsi="宋体" w:eastAsia="宋体" w:cs="宋体"/>
          <w:color w:val="000000"/>
        </w:rPr>
        <w:t>……所以我国从2019年开始，便以更加开放的姿态推进人工智能国际合作”可知，选项“奠定了良好基础”理解错误</w:t>
      </w:r>
      <w:r>
        <w:rPr>
          <w:color w:val="000000"/>
        </w:rPr>
        <w:t>。</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本题考查对材料内容的理解与概括。</w:t>
      </w:r>
    </w:p>
    <w:p>
      <w:pPr>
        <w:spacing w:line="360" w:lineRule="auto"/>
        <w:jc w:val="left"/>
        <w:textAlignment w:val="center"/>
        <w:rPr>
          <w:color w:val="000000"/>
        </w:rPr>
      </w:pPr>
      <w:r>
        <w:rPr>
          <w:color w:val="000000"/>
        </w:rPr>
        <w:t>结合</w:t>
      </w:r>
      <w:r>
        <w:rPr>
          <w:rFonts w:ascii="宋体" w:hAnsi="宋体" w:eastAsia="宋体" w:cs="宋体"/>
          <w:color w:val="000000"/>
        </w:rPr>
        <w:t>材料一“值得一提的是，尽管我国的人工智能产业尚处于起步阶段，但得益于过去20多年来我国互联网企业在新技术应用方面取得的长足进步，拥有巨大用户量的爆款产品层出不穷，而这为我国人工智能的发展奠定了良好的产业基础”，概括为：良好的产业基础；</w:t>
      </w:r>
    </w:p>
    <w:p>
      <w:pPr>
        <w:spacing w:line="360" w:lineRule="auto"/>
        <w:jc w:val="left"/>
        <w:textAlignment w:val="center"/>
        <w:rPr>
          <w:color w:val="000000"/>
        </w:rPr>
      </w:pPr>
      <w:r>
        <w:rPr>
          <w:rFonts w:ascii="宋体" w:hAnsi="宋体" w:eastAsia="宋体" w:cs="宋体"/>
          <w:color w:val="000000"/>
        </w:rPr>
        <w:t>结合材料二“于是，一系列政府相关扶植政策陆续出台”，概括为：政策的有力扶植；</w:t>
      </w:r>
    </w:p>
    <w:p>
      <w:pPr>
        <w:spacing w:line="360" w:lineRule="auto"/>
        <w:jc w:val="left"/>
        <w:textAlignment w:val="center"/>
        <w:rPr>
          <w:color w:val="000000"/>
        </w:rPr>
      </w:pPr>
      <w:r>
        <w:rPr>
          <w:rFonts w:ascii="宋体" w:hAnsi="宋体" w:eastAsia="宋体" w:cs="宋体"/>
          <w:color w:val="000000"/>
        </w:rPr>
        <w:t>结合材料三“从全球视角来看，我国人工智能发展已具备良好基础，在科研产出、产业发展和政策环境方面具有独特优势。同时令人欣喜的是，我国从2019年开始，便以更加开放的姿态推进人工智能国际合作”，概括为：国际合作的开放姿态。</w:t>
      </w:r>
    </w:p>
    <w:p>
      <w:pPr>
        <w:spacing w:line="360" w:lineRule="auto"/>
        <w:jc w:val="both"/>
        <w:textAlignment w:val="center"/>
        <w:rPr>
          <w:color w:val="000000"/>
        </w:rPr>
      </w:pPr>
      <w:r>
        <w:rPr>
          <w:rFonts w:ascii="宋体" w:hAnsi="宋体" w:eastAsia="宋体" w:cs="宋体"/>
          <w:b/>
          <w:color w:val="000000"/>
          <w:sz w:val="24"/>
        </w:rPr>
        <w:t>（二）（共8分）</w:t>
      </w:r>
    </w:p>
    <w:p>
      <w:pPr>
        <w:spacing w:line="360" w:lineRule="auto"/>
        <w:jc w:val="both"/>
        <w:textAlignment w:val="center"/>
        <w:rPr>
          <w:color w:val="000000"/>
        </w:rPr>
      </w:pPr>
      <w:r>
        <w:rPr>
          <w:rFonts w:ascii="宋体" w:hAnsi="宋体" w:eastAsia="宋体" w:cs="宋体"/>
          <w:color w:val="000000"/>
        </w:rPr>
        <w:t>阅读《秋之声》，完成下面小题。</w:t>
      </w:r>
    </w:p>
    <w:p>
      <w:pPr>
        <w:spacing w:line="360" w:lineRule="auto"/>
        <w:jc w:val="center"/>
        <w:textAlignment w:val="center"/>
        <w:rPr>
          <w:color w:val="000000"/>
        </w:rPr>
      </w:pPr>
      <w:r>
        <w:rPr>
          <w:rFonts w:ascii="楷体" w:hAnsi="楷体" w:eastAsia="楷体" w:cs="楷体"/>
          <w:color w:val="000000"/>
        </w:rPr>
        <w:t>秋之声</w:t>
      </w:r>
    </w:p>
    <w:p>
      <w:pPr>
        <w:spacing w:line="360" w:lineRule="auto"/>
        <w:ind w:firstLine="420"/>
        <w:jc w:val="left"/>
        <w:textAlignment w:val="center"/>
        <w:rPr>
          <w:color w:val="000000"/>
        </w:rPr>
      </w:pPr>
      <w:r>
        <w:rPr>
          <w:rFonts w:ascii="楷体" w:hAnsi="楷体" w:eastAsia="楷体" w:cs="楷体"/>
          <w:color w:val="000000"/>
        </w:rPr>
        <w:t>①“风吹一片叶，万物已惊秋。”一叶落，天下秋。秋天的天空分外明净高远，一行行高大的梧桐树站在这旷远的天空下，变得分外渺小寂寥，那枝头上片片枯黄阔大的叶子，在寂寂的秋风中无力地翻卷着，发出眷恋的“唰唰”“哗哗”的回响，这回响似慢板轻歌，一声声地击在心上，让心一阵阵揪紧，顿生无限惆怅。那黄叶落地的声音，更像无奈的叹息，拨动着内心的琴弦，有些萧瑟，有些悲凉，有些落寞。</w:t>
      </w:r>
    </w:p>
    <w:p>
      <w:pPr>
        <w:spacing w:line="360" w:lineRule="auto"/>
        <w:ind w:firstLine="420"/>
        <w:jc w:val="left"/>
        <w:textAlignment w:val="center"/>
        <w:rPr>
          <w:color w:val="000000"/>
        </w:rPr>
      </w:pPr>
      <w:r>
        <w:rPr>
          <w:rFonts w:ascii="楷体" w:hAnsi="楷体" w:eastAsia="楷体" w:cs="楷体"/>
          <w:color w:val="000000"/>
        </w:rPr>
        <w:t>②秋雨凉，加衣裳。伴随秋风的是一场更比一场寒凉的秋雨，把夏日最后一缕暑热赶到季节的深处。那纷纷飘落的细雨如雾如烟，落在褐黄的叶子上发出春蚕食桑般的“沙沙”的声音。与春雨的温润、灵动不同，秋天的雨冰凉、绵长，更易让人多愁善感，滋长纷乱的心事。偶尔，秋雨也有激烈的时候，落在树叶上、落在大地上，发出“呯呯”“叮叮”的敲击声，这些声音尽管充满力度、富有张力，但与夏天的猛烈声相比还是温婉、低沉了很多。听着这声音，仿佛坐在一叶小舟上，随声音的波浪起起伏伏，充满了平平仄仄的韵律与诗意。</w:t>
      </w:r>
    </w:p>
    <w:p>
      <w:pPr>
        <w:spacing w:line="360" w:lineRule="auto"/>
        <w:ind w:firstLine="420"/>
        <w:jc w:val="left"/>
        <w:textAlignment w:val="center"/>
        <w:rPr>
          <w:color w:val="000000"/>
        </w:rPr>
      </w:pPr>
      <w:r>
        <w:rPr>
          <w:rFonts w:ascii="楷体" w:hAnsi="楷体" w:eastAsia="楷体" w:cs="楷体"/>
          <w:color w:val="000000"/>
        </w:rPr>
        <w:t>③秋天，更多的声音是热烈的，丰富的，多彩的，欢乐的，兴奋的。金黄的稻浪，闹腾在秋风里，发出“哗啦啦”的喜悦声；火红的柿子，摇曳在枝头，发出“嘎嘎”的笑声；橙色的柑橘，藏在深碧的叶中，宛如捉迷藏的孩子发出阵阵调皮的“咯咯”声；淡蓝色的长空上，白云高悬时行时止，发出小猫夜行时若有若无的足音；红彤彤的枫叶，沉醉在秋日的温阳里，相互碰撞时发出“喀喀”的金属声……听到这些七彩的声音，就会不知不觉地沉浸其中，慢慢地连呼吸心跳都变得平缓起来，不知不觉地进入梦乡，开启一场盛大的梦幻之旅。</w:t>
      </w:r>
    </w:p>
    <w:p>
      <w:pPr>
        <w:spacing w:line="360" w:lineRule="auto"/>
        <w:ind w:firstLine="420"/>
        <w:jc w:val="left"/>
        <w:textAlignment w:val="center"/>
        <w:rPr>
          <w:color w:val="000000"/>
        </w:rPr>
      </w:pPr>
      <w:r>
        <w:rPr>
          <w:rFonts w:ascii="楷体" w:hAnsi="楷体" w:eastAsia="楷体" w:cs="楷体"/>
          <w:color w:val="000000"/>
        </w:rPr>
        <w:t>④秋天最动听的声音，是果实开裂的声音。黑色的绿豆荚、土黄色的豇豆荚，在阳光下不断炸裂，发出“啪啪”的脆响声；芝麻张开小口发出“嚓嚓”的轻响；棉花轻裂声此起彼伏，露出满口洁白的牙齿……这些丰收的果实，在阳光的抚摸下汇成了欢声笑语的河流，在村庄上空、在田野上空、在大地上空远远地弥散开来，把秋天渲染得分外生动。一只长着大红冠子的大公鸡带着一群母鸡，乘人不注意急急忙忙地溜到稻场里，发出欢欣的“咕咕”的呼叫声。它们一边低头频频啄食，一边用锋利的爪子刨食钻出豆荚的肉虫。这些声音交织在一起，合奏成秋天最丰满、最动听、最悦耳的声音。</w:t>
      </w:r>
    </w:p>
    <w:p>
      <w:pPr>
        <w:spacing w:line="360" w:lineRule="auto"/>
        <w:ind w:firstLine="420"/>
        <w:jc w:val="left"/>
        <w:textAlignment w:val="center"/>
        <w:rPr>
          <w:color w:val="000000"/>
        </w:rPr>
      </w:pPr>
      <w:r>
        <w:rPr>
          <w:rFonts w:ascii="楷体" w:hAnsi="楷体" w:eastAsia="楷体" w:cs="楷体"/>
          <w:color w:val="000000"/>
        </w:rPr>
        <w:t>⑤秋天果实开裂的声音，更像是丰收的锣鼓声，铿锵有力，激情四射。听到这声音，劳碌奔忙的庄稼人开心地笑了，那爽朗开怀的笑声在晴空下四处回荡，把村庄的里观外外都洗涤得格外喜庆、火红、热烈。</w:t>
      </w:r>
      <w:r>
        <w:rPr>
          <w:rFonts w:ascii="楷体" w:hAnsi="楷体" w:eastAsia="楷体" w:cs="楷体"/>
          <w:color w:val="000000"/>
          <w:u w:val="single"/>
        </w:rPr>
        <w:t>这才是村庄最美好的模样，这才是季节最美好的模样，这才是大地最美好的模样，这才是天下最美好的模样</w:t>
      </w:r>
      <w:r>
        <w:rPr>
          <w:rFonts w:ascii="楷体" w:hAnsi="楷体" w:eastAsia="楷体" w:cs="楷体"/>
          <w:color w:val="000000"/>
        </w:rPr>
        <w:t>。</w:t>
      </w:r>
    </w:p>
    <w:p>
      <w:pPr>
        <w:spacing w:line="360" w:lineRule="auto"/>
        <w:jc w:val="right"/>
        <w:textAlignment w:val="center"/>
        <w:rPr>
          <w:color w:val="000000"/>
        </w:rPr>
      </w:pPr>
      <w:r>
        <w:rPr>
          <w:rFonts w:ascii="宋体" w:hAnsi="宋体" w:eastAsia="宋体" w:cs="宋体"/>
          <w:color w:val="000000"/>
        </w:rPr>
        <w:t>（取材于涂玉国</w:t>
      </w:r>
      <w:r>
        <w:rPr>
          <w:rFonts w:ascii="宋体" w:hAnsi="宋体" w:eastAsia="宋体" w:cs="宋体"/>
          <w:color w:val="000000"/>
          <w:position w:val="0"/>
        </w:rPr>
        <w:drawing>
          <wp:inline distT="0" distB="0" distL="114300" distR="114300">
            <wp:extent cx="133350" cy="177800"/>
            <wp:effectExtent l="0" t="0" r="0" b="13335"/>
            <wp:docPr id="160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 name="图片 100013"/>
                    <pic:cNvPicPr>
                      <a:picLocks noChangeAspect="1"/>
                    </pic:cNvPicPr>
                  </pic:nvPicPr>
                  <pic:blipFill>
                    <a:blip r:embed="rId15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文章）</w:t>
      </w:r>
    </w:p>
    <w:p>
      <w:pPr>
        <w:spacing w:line="360" w:lineRule="auto"/>
        <w:jc w:val="left"/>
        <w:textAlignment w:val="center"/>
        <w:rPr>
          <w:color w:val="000000"/>
        </w:rPr>
      </w:pPr>
      <w:r>
        <w:rPr>
          <w:color w:val="000000"/>
        </w:rPr>
        <w:t xml:space="preserve">14. </w:t>
      </w:r>
      <w:r>
        <w:rPr>
          <w:rFonts w:ascii="宋体" w:hAnsi="宋体" w:eastAsia="宋体" w:cs="宋体"/>
          <w:color w:val="000000"/>
        </w:rPr>
        <w:t>阅读全文，完成下面表格。</w:t>
      </w:r>
    </w:p>
    <w:tbl>
      <w:tblPr>
        <w:tblStyle w:val="4"/>
        <w:tblW w:w="4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4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声音类型</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声音特点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秋风、秋雨</w:t>
            </w:r>
            <w:r>
              <w:rPr>
                <w:rFonts w:ascii="宋体" w:hAnsi="宋体" w:eastAsia="宋体" w:cs="宋体"/>
                <w:color w:val="000000"/>
                <w:position w:val="0"/>
              </w:rPr>
              <w:drawing>
                <wp:inline distT="0" distB="0" distL="114300" distR="114300">
                  <wp:extent cx="133350" cy="177800"/>
                  <wp:effectExtent l="0" t="0" r="0" b="13335"/>
                  <wp:docPr id="1605"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图片 100011"/>
                          <pic:cNvPicPr>
                            <a:picLocks noChangeAspect="1"/>
                          </pic:cNvPicPr>
                        </pic:nvPicPr>
                        <pic:blipFill>
                          <a:blip r:embed="rId15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声音</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萧瑟、悲凉、温婉、低沉等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七彩的声音</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①</w:t>
            </w:r>
            <w:r>
              <w:rPr>
                <w:color w:val="000000"/>
              </w:rPr>
              <w:t>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②</w:t>
            </w:r>
            <w:r>
              <w:rPr>
                <w:color w:val="000000"/>
              </w:rPr>
              <w:t>_________</w:t>
            </w:r>
          </w:p>
        </w:tc>
        <w:tc>
          <w:tcPr>
            <w:tcW w:w="23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最丰满、最动听、最悦耳</w:t>
            </w:r>
          </w:p>
        </w:tc>
      </w:tr>
    </w:tbl>
    <w:p>
      <w:pPr>
        <w:spacing w:line="360" w:lineRule="auto"/>
        <w:jc w:val="left"/>
        <w:textAlignment w:val="center"/>
        <w:rPr>
          <w:color w:val="000000"/>
        </w:rPr>
      </w:pPr>
      <w:r>
        <w:rPr>
          <w:color w:val="000000"/>
        </w:rPr>
        <w:t xml:space="preserve">15. </w:t>
      </w:r>
      <w:r>
        <w:rPr>
          <w:rFonts w:ascii="宋体" w:hAnsi="宋体" w:eastAsia="宋体" w:cs="宋体"/>
          <w:color w:val="000000"/>
        </w:rPr>
        <w:t>文章语言生动形象，请任选一处，从修辞方法或多感官描写的角度品析其表达效果。</w:t>
      </w:r>
    </w:p>
    <w:p>
      <w:pPr>
        <w:spacing w:line="360" w:lineRule="auto"/>
        <w:jc w:val="left"/>
        <w:textAlignment w:val="center"/>
        <w:rPr>
          <w:color w:val="000000"/>
        </w:rPr>
      </w:pPr>
      <w:r>
        <w:rPr>
          <w:color w:val="000000"/>
        </w:rPr>
        <w:t xml:space="preserve">16. </w:t>
      </w:r>
      <w:r>
        <w:rPr>
          <w:rFonts w:ascii="宋体" w:hAnsi="宋体" w:eastAsia="宋体" w:cs="宋体"/>
          <w:color w:val="000000"/>
        </w:rPr>
        <w:t>阅读文章结尾画线句，从重音、停连、语速、语气等方面设计朗读方案并说明理由。（至少选择两个方面进行设计）</w:t>
      </w:r>
    </w:p>
    <w:p>
      <w:pPr>
        <w:spacing w:line="360" w:lineRule="auto"/>
        <w:textAlignment w:val="center"/>
        <w:rPr>
          <w:color w:val="000000"/>
        </w:rPr>
      </w:pPr>
      <w:r>
        <w:rPr>
          <w:color w:val="2E75B6"/>
        </w:rPr>
        <w:t>【答案】</w:t>
      </w:r>
      <w:r>
        <w:rPr>
          <w:color w:val="000000"/>
        </w:rPr>
        <w:t xml:space="preserve">14.     ①. </w:t>
      </w:r>
      <w:r>
        <w:rPr>
          <w:rFonts w:ascii="宋体" w:hAnsi="宋体" w:eastAsia="宋体" w:cs="宋体"/>
          <w:color w:val="000000"/>
        </w:rPr>
        <w:t>热烈、丰富、多彩、欢乐、兴奋</w:t>
      </w:r>
      <w:r>
        <w:rPr>
          <w:color w:val="000000"/>
        </w:rPr>
        <w:t xml:space="preserve">    ②. </w:t>
      </w:r>
      <w:r>
        <w:rPr>
          <w:rFonts w:ascii="宋体" w:hAnsi="宋体" w:eastAsia="宋体" w:cs="宋体"/>
          <w:color w:val="000000"/>
        </w:rPr>
        <w:t>果实开裂的声音</w:t>
      </w:r>
      <w:r>
        <w:rPr>
          <w:color w:val="000000"/>
        </w:rPr>
        <w:t xml:space="preserve">    </w:t>
      </w:r>
    </w:p>
    <w:p>
      <w:pPr>
        <w:spacing w:line="360" w:lineRule="auto"/>
        <w:textAlignment w:val="center"/>
        <w:rPr>
          <w:color w:val="000000"/>
        </w:rPr>
      </w:pPr>
      <w:r>
        <w:rPr>
          <w:color w:val="000000"/>
        </w:rPr>
        <w:t xml:space="preserve">15. </w:t>
      </w:r>
      <w:r>
        <w:rPr>
          <w:rFonts w:ascii="宋体" w:hAnsi="宋体" w:eastAsia="宋体" w:cs="宋体"/>
          <w:color w:val="000000"/>
        </w:rPr>
        <w:t>示例：（1）金黄的稻浪，闹腾在秋风里，发出“哗啦啦”的喜悦声。运用了拟人的修辞手法。形象生动地写出稻子在秋风中摇晃的样子，一派丰收、热闹的景象，表达出人们的喜悦之情。(后一问意思相近即可)（2）黑色的绿豆荚、土黄色的豇豆荚，在阳光下不断炸裂，发出“啪啪”的脆响声；芝麻张开小口发出“嚓嚓”的轻响；棉花轻裂声此起彼伏，露出满口洁白的牙齿……作者从听觉的角度描写了果实开裂的声音，形象生动地让人们联想到丰收的景象，表达出人们的喜悦之情。 (后一问意思相近即可)</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示例：重音在“最”“美好”等词语上；整体读得速度稍快，最后放缓；语气昂扬，感情真挚等。这样读表达了作者对秋天丰收景象的赞美和对秋天的喜爱之情，也表达了对人们美好生活的祝愿。</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本题考查文章内容的理解和概括。</w:t>
      </w:r>
    </w:p>
    <w:p>
      <w:pPr>
        <w:spacing w:line="360" w:lineRule="auto"/>
        <w:jc w:val="left"/>
        <w:textAlignment w:val="center"/>
        <w:rPr>
          <w:color w:val="000000"/>
        </w:rPr>
      </w:pPr>
      <w:r>
        <w:rPr>
          <w:rFonts w:ascii="宋体" w:hAnsi="宋体" w:eastAsia="宋体" w:cs="宋体"/>
          <w:color w:val="000000"/>
        </w:rPr>
        <w:t>第一空，根据“七彩的声音”可以定位到文章第③段“听到这些七彩的声音，就会不知不觉地沉浸其中，慢慢地连呼吸心跳都变得平缓起来，不知不觉地进入梦乡，开启一场盛大的梦幻之旅”。由“这”可知，是指示代词，故声音的特点在前文归纳，由“秋天，更多的声音是热烈的，丰富的，多彩的，欢乐的，兴奋的”可归纳：热烈、丰富、多彩、欢乐、兴奋；</w:t>
      </w:r>
    </w:p>
    <w:p>
      <w:pPr>
        <w:spacing w:line="360" w:lineRule="auto"/>
        <w:jc w:val="left"/>
        <w:textAlignment w:val="center"/>
        <w:rPr>
          <w:color w:val="000000"/>
        </w:rPr>
      </w:pPr>
      <w:r>
        <w:rPr>
          <w:rFonts w:ascii="宋体" w:hAnsi="宋体" w:eastAsia="宋体" w:cs="宋体"/>
          <w:color w:val="000000"/>
        </w:rPr>
        <w:t>第二空，根据“最丰满、最动听、最悦耳”可定位到文章第④段“这些声音交织在一起，合奏成秋天最丰满、最动听、最悦耳的声音”。由“这”可知，是指示代词，故声音的具体内容在前文归纳，由“秋天最动听的声音，是果实开裂的声音”可归纳：果实开裂的声音。</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本题考查词句赏析。要求从修辞方法或多感官描写的角度品析其表达效果。</w:t>
      </w:r>
    </w:p>
    <w:p>
      <w:pPr>
        <w:spacing w:line="360" w:lineRule="auto"/>
        <w:jc w:val="left"/>
        <w:textAlignment w:val="center"/>
        <w:rPr>
          <w:color w:val="000000"/>
        </w:rPr>
      </w:pPr>
      <w:r>
        <w:rPr>
          <w:rFonts w:ascii="宋体" w:hAnsi="宋体" w:eastAsia="宋体" w:cs="宋体"/>
          <w:color w:val="000000"/>
        </w:rPr>
        <w:t>（1）常见修辞及特点：拟人和比喻 (生动形象)，夸张 (突出特征)，夸张 (突出特点)，排比 (增强气势)，对偶 (整齐凝练)，反复 (突出强调)，设问 (引起注意)，反问 (加强语气)。</w:t>
      </w:r>
    </w:p>
    <w:p>
      <w:pPr>
        <w:spacing w:line="360" w:lineRule="auto"/>
        <w:jc w:val="left"/>
        <w:textAlignment w:val="center"/>
        <w:rPr>
          <w:color w:val="000000"/>
        </w:rPr>
      </w:pPr>
      <w:r>
        <w:rPr>
          <w:rFonts w:ascii="宋体" w:hAnsi="宋体" w:eastAsia="宋体" w:cs="宋体"/>
          <w:color w:val="000000"/>
        </w:rPr>
        <w:t>示例：“秋天果实开裂的声音，更像是丰收的锣鼓声，铿锵有力，激情四射。”运用了比喻的修辞方法，把果实开裂的声音比喻成丰收的锣鼓声，生动形象地描绘出秋天果实的丰收带给人的喜悦。</w:t>
      </w:r>
    </w:p>
    <w:p>
      <w:pPr>
        <w:spacing w:line="360" w:lineRule="auto"/>
        <w:jc w:val="left"/>
        <w:textAlignment w:val="center"/>
        <w:rPr>
          <w:color w:val="000000"/>
        </w:rPr>
      </w:pPr>
      <w:r>
        <w:rPr>
          <w:rFonts w:ascii="宋体" w:hAnsi="宋体" w:eastAsia="宋体" w:cs="宋体"/>
          <w:color w:val="000000"/>
        </w:rPr>
        <w:t>（2）感官描写一般包括视觉描写，听觉描写，触觉描写，嗅觉描写和味觉描写。所谓多感官结合，就是对同一事物进行不同角度的感官描写。答题格式为：本句中……描写运用了视觉/听觉/嗅觉描写，生动形象地写出了……，突出了/强调了……，更好地表达了人物的……情感。</w:t>
      </w:r>
    </w:p>
    <w:p>
      <w:pPr>
        <w:spacing w:line="360" w:lineRule="auto"/>
        <w:jc w:val="left"/>
        <w:textAlignment w:val="center"/>
        <w:rPr>
          <w:color w:val="000000"/>
        </w:rPr>
      </w:pPr>
      <w:r>
        <w:rPr>
          <w:rFonts w:ascii="宋体" w:hAnsi="宋体" w:eastAsia="宋体" w:cs="宋体"/>
          <w:color w:val="000000"/>
        </w:rPr>
        <w:t>示例：“金黄的稻浪，闹腾在秋风里，发出‘哗啦啦’的喜悦声；火红的柿子，摇曳在枝头，发出‘嘎嘎’的笑声；橙色的柑橘，藏在深碧的叶中，宛如捉迷藏的孩子发出阵阵调皮的‘咯咯’声”。“哗啦啦”的喜悦声表现出稻谷丰收的喜悦，“嘎嘎”的笑声表现出柿子成熟的喜悦，“咯咯”的调皮声表现出柑橘的可爱和活力。这些拟声词不仅让读者感受到秋天丰收的氛围和景象，还通过声音的细节描绘出秋天不同场景的特点。</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本题考查朗读和情感主旨。</w:t>
      </w:r>
    </w:p>
    <w:p>
      <w:pPr>
        <w:spacing w:line="360" w:lineRule="auto"/>
        <w:jc w:val="left"/>
        <w:textAlignment w:val="center"/>
        <w:rPr>
          <w:color w:val="000000"/>
        </w:rPr>
      </w:pPr>
      <w:r>
        <w:rPr>
          <w:rFonts w:ascii="宋体" w:hAnsi="宋体" w:eastAsia="宋体" w:cs="宋体"/>
          <w:color w:val="000000"/>
        </w:rPr>
        <w:t>开放试题，答案不唯一。</w:t>
      </w:r>
    </w:p>
    <w:p>
      <w:pPr>
        <w:spacing w:line="360" w:lineRule="auto"/>
        <w:jc w:val="left"/>
        <w:textAlignment w:val="center"/>
        <w:rPr>
          <w:color w:val="000000"/>
        </w:rPr>
      </w:pPr>
      <w:r>
        <w:rPr>
          <w:rFonts w:ascii="宋体" w:hAnsi="宋体" w:eastAsia="宋体" w:cs="宋体"/>
          <w:color w:val="000000"/>
        </w:rPr>
        <w:t>示例：重音：在“这才是”“最”“美好”三个字上要加重语气，突出强调作者对于村庄、季节、大地和天下最美好的模样这一主题的看法和强调。</w:t>
      </w:r>
    </w:p>
    <w:p>
      <w:pPr>
        <w:spacing w:line="360" w:lineRule="auto"/>
        <w:jc w:val="left"/>
        <w:textAlignment w:val="center"/>
        <w:rPr>
          <w:color w:val="000000"/>
        </w:rPr>
      </w:pPr>
      <w:r>
        <w:rPr>
          <w:rFonts w:ascii="宋体" w:hAnsi="宋体" w:eastAsia="宋体" w:cs="宋体"/>
          <w:color w:val="000000"/>
        </w:rPr>
        <w:t>停连：在每个“最美好的模样”之后停顿一下，以突出每个“最美好的模样”的重要性。然后再连续读出“这才是……最美好的模样”这一句式，以强调其完整性和连贯性。</w:t>
      </w:r>
    </w:p>
    <w:p>
      <w:pPr>
        <w:spacing w:line="360" w:lineRule="auto"/>
        <w:jc w:val="left"/>
        <w:textAlignment w:val="center"/>
        <w:rPr>
          <w:color w:val="000000"/>
        </w:rPr>
      </w:pPr>
      <w:r>
        <w:rPr>
          <w:rFonts w:ascii="宋体" w:hAnsi="宋体" w:eastAsia="宋体" w:cs="宋体"/>
          <w:color w:val="000000"/>
        </w:rPr>
        <w:t>语速：在读到“这才是”时语速要稍微放慢，以便强调其重要性和强调其真实性。然后在读到“最美好的模样”时语速要稍微加快，以突出其美好和令人向往的感觉。</w:t>
      </w:r>
    </w:p>
    <w:p>
      <w:pPr>
        <w:spacing w:line="360" w:lineRule="auto"/>
        <w:jc w:val="left"/>
        <w:textAlignment w:val="center"/>
        <w:rPr>
          <w:color w:val="000000"/>
        </w:rPr>
      </w:pPr>
      <w:r>
        <w:rPr>
          <w:rFonts w:ascii="宋体" w:hAnsi="宋体" w:eastAsia="宋体" w:cs="宋体"/>
          <w:color w:val="000000"/>
        </w:rPr>
        <w:t>语气：要用自信、坚定、明朗的语气来朗读这段文字。在读到“这才是”时语气要坚定有力，表现出作者对于自己看法的自信和坚定；在读到“最美好的模样”时语气要明朗欢快，表现出对于美好事物的向往和欣喜。</w:t>
      </w:r>
    </w:p>
    <w:p>
      <w:pPr>
        <w:spacing w:line="360" w:lineRule="auto"/>
        <w:jc w:val="both"/>
        <w:textAlignment w:val="center"/>
        <w:rPr>
          <w:color w:val="000000"/>
        </w:rPr>
      </w:pPr>
      <w:r>
        <w:rPr>
          <w:rFonts w:ascii="宋体" w:hAnsi="宋体" w:eastAsia="宋体" w:cs="宋体"/>
          <w:b/>
          <w:color w:val="000000"/>
          <w:sz w:val="24"/>
        </w:rPr>
        <w:t>（三）（共8分）</w:t>
      </w:r>
    </w:p>
    <w:p>
      <w:pPr>
        <w:spacing w:line="360" w:lineRule="auto"/>
        <w:jc w:val="both"/>
        <w:textAlignment w:val="center"/>
        <w:rPr>
          <w:color w:val="000000"/>
        </w:rPr>
      </w:pPr>
      <w:r>
        <w:rPr>
          <w:rFonts w:ascii="宋体" w:hAnsi="宋体" w:eastAsia="宋体" w:cs="宋体"/>
          <w:color w:val="000000"/>
        </w:rPr>
        <w:t>阅读《父亲的车后座》，完成下面小题。</w:t>
      </w:r>
    </w:p>
    <w:p>
      <w:pPr>
        <w:spacing w:line="360" w:lineRule="auto"/>
        <w:jc w:val="center"/>
        <w:textAlignment w:val="center"/>
        <w:rPr>
          <w:color w:val="000000"/>
        </w:rPr>
      </w:pPr>
      <w:r>
        <w:rPr>
          <w:rFonts w:ascii="楷体" w:hAnsi="楷体" w:eastAsia="楷体" w:cs="楷体"/>
          <w:color w:val="000000"/>
        </w:rPr>
        <w:t>父亲的车后座</w:t>
      </w:r>
    </w:p>
    <w:p>
      <w:pPr>
        <w:spacing w:line="360" w:lineRule="auto"/>
        <w:ind w:firstLine="420"/>
        <w:jc w:val="left"/>
        <w:textAlignment w:val="center"/>
        <w:rPr>
          <w:color w:val="000000"/>
        </w:rPr>
      </w:pPr>
      <w:r>
        <w:rPr>
          <w:rFonts w:ascii="楷体" w:hAnsi="楷体" w:eastAsia="楷体" w:cs="楷体"/>
          <w:color w:val="000000"/>
        </w:rPr>
        <w:t>①父亲节那天晚上，妹妹发过来一张图片，一个小女孩坐在父亲的自行车后座上，妹妹说:“曾经，我们也这么小，父亲也这么年轻。”</w:t>
      </w:r>
    </w:p>
    <w:p>
      <w:pPr>
        <w:spacing w:line="360" w:lineRule="auto"/>
        <w:ind w:firstLine="420"/>
        <w:jc w:val="left"/>
        <w:textAlignment w:val="center"/>
        <w:rPr>
          <w:color w:val="000000"/>
        </w:rPr>
      </w:pPr>
      <w:r>
        <w:rPr>
          <w:rFonts w:ascii="楷体" w:hAnsi="楷体" w:eastAsia="楷体" w:cs="楷体"/>
          <w:color w:val="000000"/>
        </w:rPr>
        <w:t>②凝视那张图片，往日的时光如潮水一样涌过来，漫过心海。</w:t>
      </w:r>
    </w:p>
    <w:p>
      <w:pPr>
        <w:spacing w:line="360" w:lineRule="auto"/>
        <w:ind w:firstLine="420"/>
        <w:jc w:val="left"/>
        <w:textAlignment w:val="center"/>
        <w:rPr>
          <w:color w:val="000000"/>
        </w:rPr>
      </w:pPr>
      <w:r>
        <w:rPr>
          <w:rFonts w:ascii="楷体" w:hAnsi="楷体" w:eastAsia="楷体" w:cs="楷体"/>
          <w:color w:val="000000"/>
        </w:rPr>
        <w:t>③从有记忆开始，父亲就有一辆破旧的自行车。那时候父亲在县城做木材生意。县城十天两个集，每逢集日，天还不明，父亲就蹬上那辆破自行车，颠簸在蜿蜒的乡间小路上，一去就是一整天，将近半夜才能回家，一年四季，风雨无阻。那时候我们都太小，根本不懂得父亲的艰辛，我们期盼的是父亲自行车后座上带回来的东西。最喜欢夏天，父亲会给我们带回来各种水果，桃、李、杏、枣、香瓜……年幼的我们只懂得填满我们贪吃的嘴，哪里知道那是父亲用省下的午饭钱给我们买的。那些水果是商贩散集后处理的，成堆廉价卖。就为能买到这些别人看不上的瓜果，父亲要在集市上忍饥挨饿一整天。</w:t>
      </w:r>
    </w:p>
    <w:p>
      <w:pPr>
        <w:spacing w:line="360" w:lineRule="auto"/>
        <w:ind w:firstLine="420"/>
        <w:jc w:val="left"/>
        <w:textAlignment w:val="center"/>
        <w:rPr>
          <w:color w:val="000000"/>
        </w:rPr>
      </w:pPr>
      <w:r>
        <w:rPr>
          <w:rFonts w:ascii="楷体" w:hAnsi="楷体" w:eastAsia="楷体" w:cs="楷体"/>
          <w:color w:val="000000"/>
        </w:rPr>
        <w:t>④父亲的自行车后座，不只承载着他的劳苦，更承载着我们的快乐与幸福。</w:t>
      </w:r>
    </w:p>
    <w:p>
      <w:pPr>
        <w:spacing w:line="360" w:lineRule="auto"/>
        <w:ind w:firstLine="420"/>
        <w:jc w:val="left"/>
        <w:textAlignment w:val="center"/>
        <w:rPr>
          <w:color w:val="000000"/>
        </w:rPr>
      </w:pPr>
      <w:r>
        <w:rPr>
          <w:rFonts w:ascii="楷体" w:hAnsi="楷体" w:eastAsia="楷体" w:cs="楷体"/>
          <w:color w:val="000000"/>
        </w:rPr>
        <w:t>⑤上小学的时候，我每个学期都会参加一次乡联校举办的抽考比赛，每次都是父亲用自行车带上我去考试。那一天的父亲显得特别精神，平日里下巴上密密麻麻的胡跑得无影无踪，干裂、粗糙得像松树皮的双手洗得发白，他换上雪白的衬衫，蹬上一双崭新的千层底布鞋。父亲载着我一路颠簸，那条长长的土路，颠簸出我心里的感动，好几回我都忍不住靠着父亲的后背，父亲的后背真硬啊！那时，父亲正年轻。</w:t>
      </w:r>
    </w:p>
    <w:p>
      <w:pPr>
        <w:spacing w:line="360" w:lineRule="auto"/>
        <w:ind w:firstLine="420"/>
        <w:jc w:val="left"/>
        <w:textAlignment w:val="center"/>
        <w:rPr>
          <w:color w:val="000000"/>
        </w:rPr>
      </w:pPr>
      <w:r>
        <w:rPr>
          <w:rFonts w:ascii="楷体" w:hAnsi="楷体" w:eastAsia="楷体" w:cs="楷体"/>
          <w:color w:val="000000"/>
        </w:rPr>
        <w:t>⑥等到我去镇上读了中学，开始住校，父亲的破自行车也换成了崭新的大金鹿，那亮晃晃的自行车让我骄傲了好久。父亲去镇上的时候就会顺路绕到学校门口等我放学，崭新的自行车后座上带着给我的衣服被褥，或者草席蚊帐。等我放学后飞快地跑到父亲面前，父亲就会变戏法般从衣兜里掏出来一个大纸包，大纸包里常常是两个香喷喷的羊肉大包，或者两个撒满芝麻的吊炉烧饼。虽然我不忘把包子烧饼举给父亲一个，可是父亲却从来都不舍得咬上一口。</w:t>
      </w:r>
    </w:p>
    <w:p>
      <w:pPr>
        <w:spacing w:line="360" w:lineRule="auto"/>
        <w:ind w:firstLine="420"/>
        <w:jc w:val="left"/>
        <w:textAlignment w:val="center"/>
        <w:rPr>
          <w:color w:val="000000"/>
        </w:rPr>
      </w:pPr>
      <w:r>
        <w:rPr>
          <w:rFonts w:ascii="楷体" w:hAnsi="楷体" w:eastAsia="楷体" w:cs="楷体"/>
          <w:color w:val="000000"/>
        </w:rPr>
        <w:t>⑦结婚后，我们住在县城的出租屋里，冷暖温饱依然让父亲牵肠挂肚。每年，麦子收了，父亲送来麦仁和白面，说是新麦子格外好吃；玉米长成了，送来成袋的嫩玉米，说孩子们都爱吃这口；树上新打下来的红枣，地里刚摘的毛豆，母亲腌的咸鸭蛋，近四十里的土路，父亲蹬着那辆由新变旧的自行车，一样一样都给我们送到了跟前。我常常心疼不再年轻的父亲，忍不住埋怨他：“蹬车这么远，路又不好走，何必非要送来呢，等我们回去再吃也不迟啊！”父亲不生气，一边逗弄着孩子一边说： “我想来看看孩子了，这一点儿路算个啥！”我忍不住鼻子酸酸的，两眼含泪，坐在父亲车后座上的一幕幕情景又浮现在眼前。我真想再回到小时候，坐在父亲的自行车后座上，和父亲一起回家。</w:t>
      </w:r>
    </w:p>
    <w:p>
      <w:pPr>
        <w:spacing w:line="360" w:lineRule="auto"/>
        <w:ind w:firstLine="420"/>
        <w:jc w:val="left"/>
        <w:textAlignment w:val="center"/>
        <w:rPr>
          <w:color w:val="000000"/>
        </w:rPr>
      </w:pPr>
      <w:r>
        <w:rPr>
          <w:rFonts w:ascii="楷体" w:hAnsi="楷体" w:eastAsia="楷体" w:cs="楷体"/>
          <w:color w:val="000000"/>
        </w:rPr>
        <w:t>⑧父亲老了，蹬自行车费力了，就换了一辆电动三轮车，这次后座特别宽敞，可以带上母亲一起来城里看孩子。父亲高兴地对我们说：“你们放假的时候，我来接你们回家吧！这车后座像沙发一样舒服呢！”</w:t>
      </w:r>
    </w:p>
    <w:p>
      <w:pPr>
        <w:spacing w:line="360" w:lineRule="auto"/>
        <w:ind w:firstLine="420"/>
        <w:jc w:val="left"/>
        <w:textAlignment w:val="center"/>
        <w:rPr>
          <w:color w:val="000000"/>
        </w:rPr>
      </w:pPr>
      <w:r>
        <w:rPr>
          <w:rFonts w:ascii="楷体" w:hAnsi="楷体" w:eastAsia="楷体" w:cs="楷体"/>
          <w:color w:val="000000"/>
        </w:rPr>
        <w:t>⑨可是，我们还没来得及坐上那像沙发一样舒服的车后座，父亲就和我们开了个天大的玩笑，悄悄地离去了，留下那辆新崭崭的三轮车和那辆破自行车默默地停放在老院里。</w:t>
      </w:r>
    </w:p>
    <w:p>
      <w:pPr>
        <w:spacing w:line="360" w:lineRule="auto"/>
        <w:ind w:firstLine="420"/>
        <w:jc w:val="left"/>
        <w:textAlignment w:val="center"/>
        <w:rPr>
          <w:color w:val="000000"/>
        </w:rPr>
      </w:pPr>
      <w:r>
        <w:rPr>
          <w:rFonts w:ascii="楷体" w:hAnsi="楷体" w:eastAsia="楷体" w:cs="楷体"/>
          <w:color w:val="000000"/>
        </w:rPr>
        <w:t>⑩父亲，今夜有月，月明风清，梦里，驾上您的三轮车再来看看吧，我想您的车后座了。</w:t>
      </w:r>
    </w:p>
    <w:p>
      <w:pPr>
        <w:spacing w:line="360" w:lineRule="auto"/>
        <w:jc w:val="right"/>
        <w:textAlignment w:val="center"/>
        <w:rPr>
          <w:color w:val="000000"/>
        </w:rPr>
      </w:pPr>
      <w:r>
        <w:rPr>
          <w:rFonts w:ascii="宋体" w:hAnsi="宋体" w:eastAsia="宋体" w:cs="宋体"/>
          <w:color w:val="000000"/>
        </w:rPr>
        <w:t>（取材于张风芹的文章）</w:t>
      </w:r>
    </w:p>
    <w:p>
      <w:pPr>
        <w:spacing w:line="360" w:lineRule="auto"/>
        <w:jc w:val="left"/>
        <w:textAlignment w:val="center"/>
        <w:rPr>
          <w:color w:val="000000"/>
        </w:rPr>
      </w:pPr>
      <w:r>
        <w:rPr>
          <w:color w:val="000000"/>
        </w:rPr>
        <w:t xml:space="preserve">17. </w:t>
      </w:r>
      <w:r>
        <w:rPr>
          <w:rFonts w:ascii="宋体" w:hAnsi="宋体" w:eastAsia="宋体" w:cs="宋体"/>
          <w:color w:val="000000"/>
        </w:rPr>
        <w:t>阅读全文，请你结合文章内容简要分析文章为什么以“父亲的车后座”为题。</w:t>
      </w:r>
    </w:p>
    <w:p>
      <w:pPr>
        <w:spacing w:line="360" w:lineRule="auto"/>
        <w:jc w:val="left"/>
        <w:textAlignment w:val="center"/>
        <w:rPr>
          <w:color w:val="000000"/>
        </w:rPr>
      </w:pPr>
      <w:r>
        <w:rPr>
          <w:color w:val="000000"/>
        </w:rPr>
        <w:t xml:space="preserve">18. </w:t>
      </w:r>
      <w:r>
        <w:rPr>
          <w:rFonts w:ascii="宋体" w:hAnsi="宋体" w:eastAsia="宋体" w:cs="宋体"/>
          <w:color w:val="000000"/>
        </w:rPr>
        <w:t>第⑤段中有多处让人感动的细节。请任选一处，结合文章内容分析其动人之处。</w:t>
      </w:r>
    </w:p>
    <w:p>
      <w:pPr>
        <w:spacing w:line="360" w:lineRule="auto"/>
        <w:jc w:val="left"/>
        <w:textAlignment w:val="center"/>
        <w:rPr>
          <w:color w:val="000000"/>
        </w:rPr>
      </w:pPr>
      <w:r>
        <w:rPr>
          <w:color w:val="000000"/>
        </w:rPr>
        <w:t xml:space="preserve">19. </w:t>
      </w:r>
      <w:r>
        <w:rPr>
          <w:rFonts w:ascii="宋体" w:hAnsi="宋体" w:eastAsia="宋体" w:cs="宋体"/>
          <w:color w:val="000000"/>
        </w:rPr>
        <w:t>读完本文后，相信你一定有许多感触。请任选一点，结合你的阅读经历或者生活实际谈谈你的感悟。</w:t>
      </w:r>
    </w:p>
    <w:p>
      <w:pPr>
        <w:spacing w:line="360" w:lineRule="auto"/>
        <w:textAlignment w:val="center"/>
        <w:rPr>
          <w:color w:val="000000"/>
        </w:rPr>
      </w:pPr>
      <w:r>
        <w:rPr>
          <w:color w:val="2E75B6"/>
        </w:rPr>
        <w:t>【答案】</w:t>
      </w:r>
      <w:r>
        <w:rPr>
          <w:color w:val="000000"/>
        </w:rPr>
        <w:t xml:space="preserve">17. </w:t>
      </w:r>
      <w:r>
        <w:rPr>
          <w:rFonts w:ascii="宋体" w:hAnsi="宋体" w:eastAsia="宋体" w:cs="宋体"/>
          <w:color w:val="000000"/>
        </w:rPr>
        <w:t>示例：因为作者回忆的几件事都是围绕着“父亲的车后座”展开的（或“父亲的车后座”把作者回忆的几件事串联了起来）：儿时父亲做生意虽艰辛，但仍为我们带回瓜果；上小学、中学时，父亲送我考试、送我上学；结婚后，父亲用车子给我们送东西等。/“父亲的车后座”上承载了父亲对我的爱，表现了“父爱”这一主题。同时，表达了我对父亲的思念之情。</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示例：第⑤段父亲“双手洗得发白”、“雪白的衬衫”、“崭新的千层底布鞋”等细节，可以看出父亲对我参加抽考比赛的高度重视，表现了父亲对我的关爱。</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不唯一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本题考查标题赏析。</w:t>
      </w:r>
    </w:p>
    <w:p>
      <w:pPr>
        <w:spacing w:line="360" w:lineRule="auto"/>
        <w:jc w:val="left"/>
        <w:textAlignment w:val="center"/>
        <w:rPr>
          <w:color w:val="000000"/>
        </w:rPr>
      </w:pPr>
      <w:r>
        <w:rPr>
          <w:rFonts w:ascii="宋体" w:hAnsi="宋体" w:eastAsia="宋体" w:cs="宋体"/>
          <w:color w:val="000000"/>
        </w:rPr>
        <w:t>阅读全文，由第①段“曾经，我们也这么小，父亲也这么年轻”、第③段“从有记忆开始，父亲就有一辆破旧的自行车”、第⑥段“等到我去镇上读了中学，开始住校。父亲的破自行车也换成了崭新的大金鹿，那亮晃晃的自行车让我骄了好久”和第⑩段“父亲，今夜有月，月明风清，梦里，驾上您的三轮车再来看看吧，我想您的车后座了”可知，这是一篇作者回忆父亲的深情之作，而且作者回忆的往事都与父亲的车有关，“父亲的车后座”便是贯穿全文的线索，串起了作者儿时回忆中的父亲的点点滴滴。而且，以“父亲的车后座”为题，还可以吸引读者的阅读兴趣，会让人好奇“父亲的车后座”到底有哪些让人感动的故事发生。</w:t>
      </w:r>
    </w:p>
    <w:p>
      <w:pPr>
        <w:spacing w:line="360" w:lineRule="auto"/>
        <w:jc w:val="left"/>
        <w:textAlignment w:val="center"/>
        <w:rPr>
          <w:color w:val="000000"/>
        </w:rPr>
      </w:pPr>
      <w:r>
        <w:rPr>
          <w:rFonts w:ascii="宋体" w:hAnsi="宋体" w:eastAsia="宋体" w:cs="宋体"/>
          <w:color w:val="000000"/>
        </w:rPr>
        <w:t>再从行文的顺序来看，随着时间的推移，父亲的车在变化，从“破旧的自行车”到“崭新的大金鹿”，父亲车后座所带的东西和经历的事件也在变化，如“给我们带回来各种水果”“带上我去考试”“带着给我的衣服被褥，或者草席蚊帐”……但不变的是他对孩子们的爱，所以“父亲的车后座”又是父爱的象征，写出了父亲对我们的这份无私而又厚重的爱，也能在这一件件往事的记叙中表现出“我”对父亲的怀念和感激之情。所以，以“父亲的车后座”为题还有点明文章主旨的作用。</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本题考查对细节描写及作用的理解。</w:t>
      </w:r>
    </w:p>
    <w:p>
      <w:pPr>
        <w:spacing w:line="360" w:lineRule="auto"/>
        <w:jc w:val="left"/>
        <w:textAlignment w:val="center"/>
        <w:rPr>
          <w:color w:val="000000"/>
        </w:rPr>
      </w:pPr>
      <w:r>
        <w:rPr>
          <w:rFonts w:ascii="宋体" w:hAnsi="宋体" w:eastAsia="宋体" w:cs="宋体"/>
          <w:color w:val="000000"/>
        </w:rPr>
        <w:t>示例：那一天的父亲显得特别精神，平日里下巴上密密麻麻的胡茬跑得无影无踪，干裂、粗糙得像松树皮的双手洗得发白，他换上雪白的衬衫，蹬上一双崭新的千层底布鞋。</w:t>
      </w:r>
    </w:p>
    <w:p>
      <w:pPr>
        <w:spacing w:line="360" w:lineRule="auto"/>
        <w:jc w:val="left"/>
        <w:textAlignment w:val="center"/>
        <w:rPr>
          <w:color w:val="000000"/>
        </w:rPr>
      </w:pPr>
      <w:r>
        <w:rPr>
          <w:rFonts w:ascii="宋体" w:hAnsi="宋体" w:eastAsia="宋体" w:cs="宋体"/>
          <w:color w:val="000000"/>
        </w:rPr>
        <w:t>赏析：由“胡茬跑得无影无踪”“洗得发白”“雪白的衬衫”“一双崭新的千层底布鞋”等细节可知，这里是运用外貌描写，写出了父亲从头到脚都收拾得干净整齐，此时的父亲与平日大不相同，“显得特别精神”；“洗”“换”“蹬”的细节，则是运用动作描写，这里用一系列动词写出了父亲对“我”参加抽考比赛的认真与重视。联系本段首句“上小学的时候，我每个学期都会参加一次乡联校举办的抽考比赛，每次都是父亲用自行车带上我去考试”可知，此时父亲是去送“我”参加考试，父亲的一反常态，表现了父亲对此事的重视。联系人物感情可知，父亲每次考试都要送“我”去考试，表现了父亲对“我”的浓浓关爱之情。</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本题考查谈感悟。要结合文章内容和自身实际来谈。</w:t>
      </w:r>
    </w:p>
    <w:p>
      <w:pPr>
        <w:spacing w:line="360" w:lineRule="auto"/>
        <w:jc w:val="left"/>
        <w:textAlignment w:val="center"/>
        <w:rPr>
          <w:color w:val="000000"/>
        </w:rPr>
      </w:pPr>
      <w:r>
        <w:rPr>
          <w:rFonts w:ascii="宋体" w:hAnsi="宋体" w:eastAsia="宋体" w:cs="宋体"/>
          <w:color w:val="000000"/>
        </w:rPr>
        <w:t>文章围绕“父亲的车后座”写了几件事，小时候，父亲用自行车带我去考试；我读中学，父亲顺路绕到学校门口等我放学；我结婚后，父亲进城给我送各季各色美食；父亲老了，换了新电动三轮车来城里看孩子。表达了父亲对我的爱和我对父亲的思念之情。在生活中，父母是最爱我们的人，他们爱我们的方式很多，他们的一颦一笑，一举手一投足无不昭示着对儿女的爱与关心。我们要珍惜这人间最伟大、最无私的爱，不要等到失去的时候才后悔。</w:t>
      </w:r>
    </w:p>
    <w:p>
      <w:pPr>
        <w:pStyle w:val="Heading3"/>
      </w:pPr>
      <w:r>
        <w:t>海淀区</w:t>
      </w:r>
    </w:p>
    <w:p>
      <w:pPr>
        <w:spacing w:line="360" w:lineRule="auto"/>
        <w:jc w:val="both"/>
        <w:textAlignment w:val="center"/>
        <w:rPr>
          <w:color w:val="000000"/>
        </w:rPr>
      </w:pPr>
      <w:r>
        <w:rPr>
          <w:rFonts w:ascii="宋体" w:hAnsi="宋体" w:eastAsia="宋体" w:cs="宋体"/>
          <w:b/>
          <w:color w:val="000000"/>
          <w:sz w:val="24"/>
        </w:rPr>
        <w:t>四、现代文阅读（共21分）</w:t>
      </w:r>
    </w:p>
    <w:p>
      <w:pPr>
        <w:spacing w:line="360" w:lineRule="auto"/>
        <w:jc w:val="both"/>
        <w:textAlignment w:val="center"/>
        <w:rPr>
          <w:color w:val="000000"/>
        </w:rPr>
      </w:pPr>
      <w:r>
        <w:rPr>
          <w:rFonts w:ascii="宋体" w:hAnsi="宋体" w:eastAsia="宋体" w:cs="宋体"/>
          <w:b/>
          <w:color w:val="000000"/>
          <w:sz w:val="24"/>
        </w:rPr>
        <w:t>（一）（共9分）</w:t>
      </w:r>
    </w:p>
    <w:p>
      <w:pPr>
        <w:spacing w:line="360" w:lineRule="auto"/>
        <w:jc w:val="both"/>
        <w:textAlignment w:val="center"/>
        <w:rPr>
          <w:color w:val="000000"/>
        </w:rPr>
      </w:pPr>
      <w:r>
        <w:rPr>
          <w:rFonts w:ascii="宋体" w:hAnsi="宋体" w:eastAsia="宋体" w:cs="宋体"/>
          <w:color w:val="000000"/>
        </w:rPr>
        <w:t>阅读甲、乙两段文字，完成下面小题。</w:t>
      </w:r>
    </w:p>
    <w:p>
      <w:pPr>
        <w:spacing w:line="360" w:lineRule="auto"/>
        <w:jc w:val="both"/>
        <w:textAlignment w:val="center"/>
        <w:rPr>
          <w:color w:val="000000"/>
        </w:rPr>
      </w:pPr>
      <w:r>
        <w:rPr>
          <w:rFonts w:ascii="宋体" w:hAnsi="宋体" w:eastAsia="宋体" w:cs="宋体"/>
          <w:color w:val="000000"/>
        </w:rPr>
        <w:t>甲</w:t>
      </w:r>
    </w:p>
    <w:p>
      <w:pPr>
        <w:spacing w:line="360" w:lineRule="auto"/>
        <w:ind w:firstLine="420"/>
        <w:jc w:val="both"/>
        <w:textAlignment w:val="center"/>
        <w:rPr>
          <w:color w:val="000000"/>
        </w:rPr>
      </w:pPr>
      <w:r>
        <w:rPr>
          <w:rFonts w:ascii="楷体" w:hAnsi="楷体" w:eastAsia="楷体" w:cs="楷体"/>
          <w:color w:val="000000"/>
        </w:rPr>
        <w:t>最妙的是下点儿小雪呀。看吧，山上的矮松越发的青黑，树尖儿上顶着一髻儿白花，好像日本看护妇。山尖全白了，给蓝天</w:t>
      </w:r>
      <w:r>
        <w:rPr>
          <w:rFonts w:ascii="楷体" w:hAnsi="楷体" w:eastAsia="楷体" w:cs="楷体"/>
          <w:color w:val="000000"/>
          <w:em w:val="dot"/>
        </w:rPr>
        <w:t>镶</w:t>
      </w:r>
      <w:r>
        <w:rPr>
          <w:rFonts w:ascii="楷体" w:hAnsi="楷体" w:eastAsia="楷体" w:cs="楷体"/>
          <w:color w:val="000000"/>
        </w:rPr>
        <w:t>上一道银边。山坡上有的地方雪厚点儿，有的地方草色还露着；这样，一道儿白，一道儿暗黄，给山们穿上一件带水纹的花衣；看着看着，这件花衣好像被风儿吹动，叫你希望看见一点儿更美的山的肌肤。</w:t>
      </w:r>
      <w:r>
        <w:rPr>
          <w:rFonts w:ascii="楷体" w:hAnsi="楷体" w:eastAsia="楷体" w:cs="楷体"/>
          <w:color w:val="000000"/>
          <w:u w:val="single"/>
        </w:rPr>
        <w:t>等到快日落的时候，微黄的阳光斜射在山腰上，那点儿薄雪好像忽然害了羞，微微露出点儿粉色。</w:t>
      </w:r>
      <w:r>
        <w:rPr>
          <w:rFonts w:ascii="楷体" w:hAnsi="楷体" w:eastAsia="楷体" w:cs="楷体"/>
          <w:color w:val="000000"/>
        </w:rPr>
        <w:t>就是下小雪吧，济南是受不住大雪的，那些小山太秀气！</w:t>
      </w:r>
    </w:p>
    <w:p>
      <w:pPr>
        <w:spacing w:line="360" w:lineRule="auto"/>
        <w:jc w:val="right"/>
        <w:textAlignment w:val="center"/>
        <w:rPr>
          <w:color w:val="000000"/>
        </w:rPr>
      </w:pPr>
      <w:r>
        <w:rPr>
          <w:rFonts w:ascii="宋体" w:hAnsi="宋体" w:eastAsia="宋体" w:cs="宋体"/>
          <w:color w:val="000000"/>
        </w:rPr>
        <w:t>（节选自老舍《济南的冬天》）</w:t>
      </w:r>
    </w:p>
    <w:p>
      <w:pPr>
        <w:spacing w:line="360" w:lineRule="auto"/>
        <w:jc w:val="both"/>
        <w:textAlignment w:val="center"/>
        <w:rPr>
          <w:color w:val="000000"/>
        </w:rPr>
      </w:pPr>
      <w:r>
        <w:rPr>
          <w:rFonts w:ascii="宋体" w:hAnsi="宋体" w:eastAsia="宋体" w:cs="宋体"/>
          <w:color w:val="000000"/>
        </w:rPr>
        <w:t>乙</w:t>
      </w:r>
    </w:p>
    <w:p>
      <w:pPr>
        <w:spacing w:line="360" w:lineRule="auto"/>
        <w:ind w:firstLine="420"/>
        <w:jc w:val="both"/>
        <w:textAlignment w:val="center"/>
        <w:rPr>
          <w:color w:val="000000"/>
        </w:rPr>
      </w:pPr>
      <w:r>
        <w:rPr>
          <w:rFonts w:ascii="楷体" w:hAnsi="楷体" w:eastAsia="楷体" w:cs="楷体"/>
          <w:color w:val="000000"/>
        </w:rPr>
        <w:t>不知它是想依恋天空，还是想委身大地。它忽上忽下，是那样的轻盈而自由啊！忽然，它落进了我的颈脖，像个小绒毛，却又摸不到它，产生了甜甜的微痒。我伸出手来，它会安静地落到我的掌心，在我的钟情的眼睛里，慢慢地消失了它的身影。有时候，真愿意伸出舌头，希望能接到一片雪花，那淘气的愉快里</w:t>
      </w:r>
      <w:r>
        <w:rPr>
          <w:rFonts w:ascii="楷体" w:hAnsi="楷体" w:eastAsia="楷体" w:cs="楷体"/>
          <w:color w:val="000000"/>
          <w:em w:val="dot"/>
        </w:rPr>
        <w:t>绽</w:t>
      </w:r>
      <w:r>
        <w:rPr>
          <w:rFonts w:ascii="楷体" w:hAnsi="楷体" w:eastAsia="楷体" w:cs="楷体"/>
          <w:color w:val="000000"/>
        </w:rPr>
        <w:t>开了多少天真的梦。</w:t>
      </w:r>
    </w:p>
    <w:p>
      <w:pPr>
        <w:spacing w:line="360" w:lineRule="auto"/>
        <w:ind w:firstLine="420"/>
        <w:jc w:val="both"/>
        <w:textAlignment w:val="center"/>
        <w:rPr>
          <w:color w:val="000000"/>
        </w:rPr>
      </w:pPr>
      <w:r>
        <w:rPr>
          <w:rFonts w:ascii="楷体" w:hAnsi="楷体" w:eastAsia="楷体" w:cs="楷体"/>
          <w:color w:val="000000"/>
        </w:rPr>
        <w:t>雪，南国的松软美丽的雪啊！</w:t>
      </w:r>
    </w:p>
    <w:p>
      <w:pPr>
        <w:spacing w:line="360" w:lineRule="auto"/>
        <w:ind w:firstLine="420"/>
        <w:jc w:val="both"/>
        <w:textAlignment w:val="center"/>
        <w:rPr>
          <w:color w:val="000000"/>
        </w:rPr>
      </w:pPr>
      <w:r>
        <w:rPr>
          <w:rFonts w:ascii="楷体" w:hAnsi="楷体" w:eastAsia="楷体" w:cs="楷体"/>
          <w:color w:val="000000"/>
        </w:rPr>
        <w:t>忽然，我像一下子变成熟了，往往放弃堆雪人、打雪仗的乐趣，却愿意宁静地默默地走去，翻过废弃的铁路线，来到郊外，默视着广袤的天空和田野。所有的污秽和荒凉全遮掩了，只有雪，白花花的、纯净的雪。</w:t>
      </w:r>
      <w:r>
        <w:rPr>
          <w:rFonts w:ascii="楷体" w:hAnsi="楷体" w:eastAsia="楷体" w:cs="楷体"/>
          <w:color w:val="000000"/>
          <w:u w:val="single"/>
        </w:rPr>
        <w:t>这大自然创造的最精美的白色拥抱了田野、山岗、房屋和树林。</w:t>
      </w:r>
      <w:r>
        <w:rPr>
          <w:rFonts w:ascii="楷体" w:hAnsi="楷体" w:eastAsia="楷体" w:cs="楷体"/>
          <w:color w:val="000000"/>
        </w:rPr>
        <w:t>偶尔由于风的吹动，越冬的树和菜斑斑点点闪着一点新绿。</w:t>
      </w:r>
    </w:p>
    <w:p>
      <w:pPr>
        <w:spacing w:line="360" w:lineRule="auto"/>
        <w:jc w:val="right"/>
        <w:textAlignment w:val="center"/>
        <w:rPr>
          <w:color w:val="000000"/>
        </w:rPr>
      </w:pPr>
      <w:r>
        <w:rPr>
          <w:rFonts w:ascii="宋体" w:hAnsi="宋体" w:eastAsia="宋体" w:cs="宋体"/>
          <w:color w:val="000000"/>
        </w:rPr>
        <w:t>（节选自刘湛秋《雪》）</w:t>
      </w:r>
    </w:p>
    <w:p>
      <w:pPr>
        <w:spacing w:line="360" w:lineRule="auto"/>
        <w:jc w:val="left"/>
        <w:textAlignment w:val="center"/>
        <w:rPr>
          <w:color w:val="000000"/>
        </w:rPr>
      </w:pPr>
      <w:r>
        <w:rPr>
          <w:color w:val="000000"/>
        </w:rPr>
        <w:t xml:space="preserve">14. </w:t>
      </w:r>
      <w:r>
        <w:rPr>
          <w:rFonts w:ascii="宋体" w:hAnsi="宋体" w:eastAsia="宋体" w:cs="宋体"/>
          <w:color w:val="000000"/>
        </w:rPr>
        <w:t>请给甲、乙两个文段中加点的字注音。</w:t>
      </w:r>
    </w:p>
    <w:p>
      <w:pPr>
        <w:spacing w:line="360" w:lineRule="auto"/>
        <w:jc w:val="both"/>
        <w:textAlignment w:val="center"/>
        <w:rPr>
          <w:color w:val="000000"/>
        </w:rPr>
      </w:pPr>
      <w:r>
        <w:rPr>
          <w:rFonts w:ascii="宋体" w:hAnsi="宋体" w:eastAsia="宋体" w:cs="宋体"/>
          <w:color w:val="000000"/>
          <w:em w:val="dot"/>
        </w:rPr>
        <w:t>镶</w:t>
      </w:r>
      <w:r>
        <w:rPr>
          <w:color w:val="000000"/>
        </w:rPr>
        <w:t>（      ）</w:t>
      </w:r>
      <w:r>
        <w:rPr>
          <w:rFonts w:ascii="宋体" w:hAnsi="宋体" w:eastAsia="宋体" w:cs="宋体"/>
          <w:color w:val="000000"/>
        </w:rPr>
        <w:t>上</w:t>
      </w:r>
      <w:r>
        <w:rPr>
          <w:rFonts w:ascii="宋体" w:hAnsi="宋体" w:eastAsia="宋体" w:cs="宋体"/>
          <w:color w:val="000000"/>
          <w:em w:val="dot"/>
        </w:rPr>
        <w:t>绽</w:t>
      </w:r>
      <w:r>
        <w:rPr>
          <w:color w:val="000000"/>
        </w:rPr>
        <w:t>（      ）</w:t>
      </w:r>
      <w:r>
        <w:rPr>
          <w:rFonts w:ascii="宋体" w:hAnsi="宋体" w:eastAsia="宋体" w:cs="宋体"/>
          <w:color w:val="000000"/>
        </w:rPr>
        <w:t>开</w:t>
      </w:r>
    </w:p>
    <w:p>
      <w:pPr>
        <w:spacing w:line="360" w:lineRule="auto"/>
        <w:jc w:val="left"/>
        <w:textAlignment w:val="center"/>
        <w:rPr>
          <w:color w:val="000000"/>
        </w:rPr>
      </w:pPr>
      <w:r>
        <w:rPr>
          <w:color w:val="000000"/>
        </w:rPr>
        <w:t xml:space="preserve">15. </w:t>
      </w:r>
      <w:r>
        <w:rPr>
          <w:rFonts w:ascii="宋体" w:hAnsi="宋体" w:eastAsia="宋体" w:cs="宋体"/>
          <w:color w:val="000000"/>
        </w:rPr>
        <w:t>甲、乙两个文段都围绕“雪”而写，甲文按照山尖</w:t>
      </w:r>
      <w:r>
        <w:rPr>
          <w:rFonts w:ascii="Times New Roman" w:hAnsi="Times New Roman" w:eastAsia="Times New Roman" w:cs="Times New Roman"/>
          <w:color w:val="000000"/>
        </w:rPr>
        <w:t>——</w:t>
      </w:r>
      <w:r>
        <w:rPr>
          <w:rFonts w:ascii="宋体" w:hAnsi="宋体" w:eastAsia="宋体" w:cs="宋体"/>
          <w:color w:val="000000"/>
        </w:rPr>
        <w:t>山坡</w:t>
      </w:r>
      <w:r>
        <w:rPr>
          <w:rFonts w:ascii="Times New Roman" w:hAnsi="Times New Roman" w:eastAsia="Times New Roman" w:cs="Times New Roman"/>
          <w:color w:val="000000"/>
        </w:rPr>
        <w:t>——</w:t>
      </w:r>
      <w:r>
        <w:rPr>
          <w:rFonts w:ascii="宋体" w:hAnsi="宋体" w:eastAsia="宋体" w:cs="宋体"/>
          <w:color w:val="000000"/>
        </w:rPr>
        <w:t>山腰的空间顺序，写出了薄雪覆盖下小山</w:t>
      </w:r>
      <w:r>
        <w:rPr>
          <w:color w:val="000000"/>
        </w:rPr>
        <w:t>_______</w:t>
      </w:r>
      <w:r>
        <w:rPr>
          <w:rFonts w:ascii="宋体" w:hAnsi="宋体" w:eastAsia="宋体" w:cs="宋体"/>
          <w:color w:val="000000"/>
        </w:rPr>
        <w:t>的特点，而乙文则从视觉、触觉、味觉等多感官的角度，写出了雪</w:t>
      </w:r>
      <w:r>
        <w:rPr>
          <w:color w:val="000000"/>
        </w:rPr>
        <w:t>_______</w:t>
      </w:r>
      <w:r>
        <w:rPr>
          <w:rFonts w:ascii="宋体" w:hAnsi="宋体" w:eastAsia="宋体" w:cs="宋体"/>
          <w:color w:val="000000"/>
        </w:rPr>
        <w:t>的特点。</w:t>
      </w:r>
    </w:p>
    <w:p>
      <w:pPr>
        <w:spacing w:line="360" w:lineRule="auto"/>
        <w:jc w:val="left"/>
        <w:textAlignment w:val="center"/>
        <w:rPr>
          <w:color w:val="000000"/>
        </w:rPr>
      </w:pPr>
      <w:r>
        <w:rPr>
          <w:color w:val="000000"/>
        </w:rPr>
        <w:t xml:space="preserve">16. </w:t>
      </w:r>
      <w:r>
        <w:rPr>
          <w:rFonts w:ascii="宋体" w:hAnsi="宋体" w:eastAsia="宋体" w:cs="宋体"/>
          <w:color w:val="000000"/>
        </w:rPr>
        <w:t>我们在朗读时，把握好重音、停连，能感受汉语声韵之美；注意语气、节奏，可以体会文章的感情。下面的表述</w:t>
      </w:r>
      <w:r>
        <w:rPr>
          <w:rFonts w:ascii="宋体" w:hAnsi="宋体" w:eastAsia="宋体" w:cs="宋体"/>
          <w:color w:val="000000"/>
          <w:em w:val="dot"/>
        </w:rPr>
        <w:t>不正确</w:t>
      </w:r>
      <w:r>
        <w:rPr>
          <w:rFonts w:ascii="宋体" w:hAnsi="宋体" w:eastAsia="宋体" w:cs="宋体"/>
          <w:color w:val="000000"/>
        </w:rPr>
        <w:t>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甲文写的是雪后初晴的美景，把冬天的“温晴”越发显露了出来。朗读时整体节奏是欢快而热烈的。</w:t>
      </w:r>
    </w:p>
    <w:p>
      <w:pPr>
        <w:spacing w:line="360" w:lineRule="auto"/>
        <w:jc w:val="left"/>
        <w:textAlignment w:val="center"/>
        <w:rPr>
          <w:color w:val="000000"/>
        </w:rPr>
      </w:pPr>
      <w:r>
        <w:rPr>
          <w:color w:val="000000"/>
        </w:rPr>
        <w:t xml:space="preserve">B. </w:t>
      </w:r>
      <w:r>
        <w:rPr>
          <w:rFonts w:ascii="宋体" w:hAnsi="宋体" w:eastAsia="宋体" w:cs="宋体"/>
          <w:color w:val="000000"/>
        </w:rPr>
        <w:t>甲文中“山尖全白了，给蓝天镶上一道银边”，朗读时可以重读“全”，表示山尖“白”的范围之广。</w:t>
      </w:r>
    </w:p>
    <w:p>
      <w:pPr>
        <w:spacing w:line="360" w:lineRule="auto"/>
        <w:jc w:val="left"/>
        <w:textAlignment w:val="center"/>
        <w:rPr>
          <w:color w:val="000000"/>
        </w:rPr>
      </w:pPr>
      <w:r>
        <w:rPr>
          <w:color w:val="000000"/>
        </w:rPr>
        <w:t xml:space="preserve">C. </w:t>
      </w:r>
      <w:r>
        <w:rPr>
          <w:rFonts w:ascii="宋体" w:hAnsi="宋体" w:eastAsia="宋体" w:cs="宋体"/>
          <w:color w:val="000000"/>
        </w:rPr>
        <w:t>乙文中“那淘气的愉快里绽开了多少天真的梦”，写出了作者的童心未泯，要用愉悦的语气去朗读。</w:t>
      </w:r>
    </w:p>
    <w:p>
      <w:pPr>
        <w:spacing w:line="360" w:lineRule="auto"/>
        <w:jc w:val="left"/>
        <w:textAlignment w:val="center"/>
        <w:rPr>
          <w:color w:val="000000"/>
        </w:rPr>
      </w:pPr>
      <w:r>
        <w:rPr>
          <w:color w:val="000000"/>
        </w:rPr>
        <w:t xml:space="preserve">D. </w:t>
      </w:r>
      <w:r>
        <w:rPr>
          <w:rFonts w:ascii="宋体" w:hAnsi="宋体" w:eastAsia="宋体" w:cs="宋体"/>
          <w:color w:val="000000"/>
        </w:rPr>
        <w:t>乙文中“越冬的树和菜斑斑点点闪着一点新绿”，“越冬的树和菜”明确了作者要描绘的对象，朗读时此处要稍作停顿。</w:t>
      </w:r>
    </w:p>
    <w:p>
      <w:pPr>
        <w:spacing w:line="360" w:lineRule="auto"/>
        <w:jc w:val="left"/>
        <w:textAlignment w:val="center"/>
        <w:rPr>
          <w:color w:val="000000"/>
        </w:rPr>
      </w:pPr>
      <w:r>
        <w:rPr>
          <w:color w:val="000000"/>
        </w:rPr>
        <w:t xml:space="preserve">17. </w:t>
      </w:r>
      <w:r>
        <w:rPr>
          <w:rFonts w:ascii="宋体" w:hAnsi="宋体" w:eastAsia="宋体" w:cs="宋体"/>
          <w:color w:val="000000"/>
        </w:rPr>
        <w:t>修辞手法的运用能使句子化平淡为生动，突出景物的特点，更好地抒发作者的情感。请你从甲、乙文段的画线句中</w:t>
      </w:r>
      <w:r>
        <w:rPr>
          <w:rFonts w:ascii="宋体" w:hAnsi="宋体" w:eastAsia="宋体" w:cs="宋体"/>
          <w:color w:val="000000"/>
          <w:em w:val="dot"/>
        </w:rPr>
        <w:t>任选一句</w:t>
      </w:r>
      <w:r>
        <w:rPr>
          <w:rFonts w:ascii="宋体" w:hAnsi="宋体" w:eastAsia="宋体" w:cs="宋体"/>
          <w:color w:val="000000"/>
        </w:rPr>
        <w:t>加以赏析。</w:t>
      </w:r>
    </w:p>
    <w:p>
      <w:pPr>
        <w:spacing w:line="360" w:lineRule="auto"/>
        <w:textAlignment w:val="center"/>
        <w:rPr>
          <w:color w:val="000000"/>
        </w:rPr>
      </w:pPr>
      <w:r>
        <w:rPr>
          <w:color w:val="2E75B6"/>
        </w:rPr>
        <w:t>【答案】</w:t>
      </w:r>
      <w:r>
        <w:rPr>
          <w:color w:val="000000"/>
        </w:rPr>
        <w:t xml:space="preserve">14.     ①. xiānɡ    ②. zhàn    </w:t>
      </w:r>
    </w:p>
    <w:p>
      <w:pPr>
        <w:spacing w:line="360" w:lineRule="auto"/>
        <w:textAlignment w:val="center"/>
        <w:rPr>
          <w:color w:val="000000"/>
        </w:rPr>
      </w:pPr>
      <w:r>
        <w:rPr>
          <w:color w:val="000000"/>
        </w:rPr>
        <w:t xml:space="preserve">15.     ①. 秀气（秀美）    ②. 轻盈自由（松软美丽）    16. A    </w:t>
      </w:r>
    </w:p>
    <w:p>
      <w:pPr>
        <w:spacing w:line="360" w:lineRule="auto"/>
        <w:textAlignment w:val="center"/>
        <w:rPr>
          <w:color w:val="000000"/>
        </w:rPr>
      </w:pPr>
      <w:r>
        <w:rPr>
          <w:color w:val="000000"/>
        </w:rPr>
        <w:t xml:space="preserve">17. </w:t>
      </w:r>
      <w:r>
        <w:rPr>
          <w:rFonts w:ascii="宋体" w:hAnsi="宋体" w:eastAsia="宋体" w:cs="宋体"/>
          <w:color w:val="000000"/>
        </w:rPr>
        <w:t>示例一：甲句：这句中“忽然害了羞”运用了拟人的修辞手法，写出了夕阳照射下薄雪的娇美，表达了作者对济南雪后小山的喜爱之情。</w:t>
      </w:r>
      <w:r>
        <w:rPr>
          <w:rFonts w:ascii="宋体" w:hAnsi="宋体" w:eastAsia="宋体" w:cs="宋体"/>
          <w:color w:val="000000"/>
        </w:rPr>
        <w:br w:type="textWrapping"/>
      </w:r>
      <w:r>
        <w:rPr>
          <w:rFonts w:ascii="宋体" w:hAnsi="宋体" w:eastAsia="宋体" w:cs="宋体"/>
          <w:color w:val="000000"/>
        </w:rPr>
        <w:t>示例二：乙句：这句中“拥抱”运用了拟人的修辞手法，写出了白雪覆盖大地时的美丽、纯净，表达了作者对雪的喜爱之情。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color w:val="000000"/>
        </w:rPr>
        <w:t>本题考查注音。</w:t>
      </w:r>
    </w:p>
    <w:p>
      <w:pPr>
        <w:spacing w:line="360" w:lineRule="auto"/>
        <w:jc w:val="left"/>
        <w:textAlignment w:val="center"/>
        <w:rPr>
          <w:color w:val="000000"/>
        </w:rPr>
      </w:pPr>
      <w:r>
        <w:rPr>
          <w:color w:val="000000"/>
        </w:rPr>
        <w:t>镶上：意思是镶嵌上去，指把一个物体嵌入另一物体内或围在另</w:t>
      </w:r>
      <w:r>
        <w:rPr>
          <w:rFonts w:ascii="宋体" w:hAnsi="宋体" w:eastAsia="宋体" w:cs="宋体"/>
          <w:color w:val="000000"/>
        </w:rPr>
        <w:t>一物体的边缘。“镶”意思是</w:t>
      </w:r>
      <w:r>
        <w:rPr>
          <w:color w:val="000000"/>
        </w:rPr>
        <w:t>：把东西嵌入另一物体或在另一物体周围加边儿，读xiānɡ。</w:t>
      </w:r>
    </w:p>
    <w:p>
      <w:pPr>
        <w:spacing w:line="360" w:lineRule="auto"/>
        <w:jc w:val="left"/>
        <w:textAlignment w:val="center"/>
        <w:rPr>
          <w:color w:val="000000"/>
        </w:rPr>
      </w:pPr>
      <w:r>
        <w:rPr>
          <w:color w:val="000000"/>
        </w:rPr>
        <w:t>绽开：指植物的皮、壳等裂开，也比喻人们的笑</w:t>
      </w:r>
      <w:r>
        <w:rPr>
          <w:rFonts w:ascii="宋体" w:hAnsi="宋体" w:eastAsia="宋体" w:cs="宋体"/>
          <w:color w:val="000000"/>
        </w:rPr>
        <w:t>脸。“绽”意思是“裂开”，</w:t>
      </w:r>
      <w:r>
        <w:rPr>
          <w:color w:val="000000"/>
        </w:rPr>
        <w:t>读zhàn。</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本题考查信息提炼与概括。</w:t>
      </w:r>
    </w:p>
    <w:p>
      <w:pPr>
        <w:spacing w:line="360" w:lineRule="auto"/>
        <w:jc w:val="left"/>
        <w:textAlignment w:val="center"/>
        <w:rPr>
          <w:color w:val="000000"/>
        </w:rPr>
      </w:pPr>
      <w:r>
        <w:rPr>
          <w:rFonts w:ascii="宋体" w:hAnsi="宋体" w:eastAsia="宋体" w:cs="宋体"/>
          <w:color w:val="000000"/>
        </w:rPr>
        <w:t>由甲文“就是下小雪吧，济南是受不住大雪的，那些小山太秀气”可知，薄雪覆盖下小山“秀气”的特点；由乙文“雪，南国的松软美丽的雪啊”可知，乙文写出了雪“松软美丽”的特点。</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本题考查朗读设计。</w:t>
      </w:r>
    </w:p>
    <w:p>
      <w:pPr>
        <w:spacing w:line="360" w:lineRule="auto"/>
        <w:jc w:val="left"/>
        <w:textAlignment w:val="center"/>
        <w:rPr>
          <w:color w:val="000000"/>
        </w:rPr>
      </w:pPr>
      <w:r>
        <w:rPr>
          <w:color w:val="000000"/>
        </w:rPr>
        <w:t>A</w:t>
      </w:r>
      <w:r>
        <w:rPr>
          <w:rFonts w:ascii="宋体" w:hAnsi="宋体" w:eastAsia="宋体" w:cs="宋体"/>
          <w:color w:val="000000"/>
        </w:rPr>
        <w:t>.作者描写雪后初晴的美景，赞美了济南冬天“温晴”的特点。朗读时整体节奏是舒缓而深情的，不是欢快而热烈的；</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本题考查句子赏析。</w:t>
      </w:r>
    </w:p>
    <w:p>
      <w:pPr>
        <w:spacing w:line="360" w:lineRule="auto"/>
        <w:jc w:val="left"/>
        <w:textAlignment w:val="center"/>
        <w:rPr>
          <w:color w:val="000000"/>
        </w:rPr>
      </w:pPr>
      <w:r>
        <w:rPr>
          <w:rFonts w:ascii="宋体" w:hAnsi="宋体" w:eastAsia="宋体" w:cs="宋体"/>
          <w:color w:val="000000"/>
        </w:rPr>
        <w:t>甲句用“害了羞”描写“微黄的阳光斜射”下“那点儿薄雪”的色彩，赋予薄雪以人的情态，运用了拟人的修辞手法，写出了夕阳照射下薄雪的娇美情态，表达了作者对济南雪后小山的喜爱之情。</w:t>
      </w:r>
    </w:p>
    <w:p>
      <w:pPr>
        <w:spacing w:line="360" w:lineRule="auto"/>
        <w:jc w:val="left"/>
        <w:textAlignment w:val="center"/>
        <w:rPr>
          <w:color w:val="000000"/>
        </w:rPr>
      </w:pPr>
      <w:r>
        <w:rPr>
          <w:rFonts w:ascii="宋体" w:hAnsi="宋体" w:eastAsia="宋体" w:cs="宋体"/>
          <w:color w:val="000000"/>
        </w:rPr>
        <w:t>乙句用“拥抱”描写“田野、山岗、房屋和树林”被雪覆盖的状态，赋予南国的雪以人的动作，运用了拟人的修辞手法，写出了白雪覆盖大地时的美丽、纯净，表达了作者对雪的喜爱之情。</w:t>
      </w:r>
    </w:p>
    <w:p>
      <w:pPr>
        <w:spacing w:line="360" w:lineRule="auto"/>
        <w:jc w:val="both"/>
        <w:textAlignment w:val="center"/>
        <w:rPr>
          <w:color w:val="000000"/>
        </w:rPr>
      </w:pPr>
      <w:r>
        <w:rPr>
          <w:rFonts w:ascii="宋体" w:hAnsi="宋体" w:eastAsia="宋体" w:cs="宋体"/>
          <w:b/>
          <w:color w:val="000000"/>
          <w:sz w:val="24"/>
        </w:rPr>
        <w:t>（二）（共12分）</w:t>
      </w:r>
    </w:p>
    <w:p>
      <w:pPr>
        <w:spacing w:line="360" w:lineRule="auto"/>
        <w:jc w:val="both"/>
        <w:textAlignment w:val="center"/>
        <w:rPr>
          <w:color w:val="000000"/>
        </w:rPr>
      </w:pPr>
      <w:r>
        <w:rPr>
          <w:rFonts w:ascii="宋体" w:hAnsi="宋体" w:eastAsia="宋体" w:cs="宋体"/>
          <w:color w:val="000000"/>
        </w:rPr>
        <w:t>阅读《童年闻香》，完成下面小题。</w:t>
      </w:r>
    </w:p>
    <w:p>
      <w:pPr>
        <w:spacing w:line="360" w:lineRule="auto"/>
        <w:jc w:val="center"/>
        <w:textAlignment w:val="center"/>
        <w:rPr>
          <w:color w:val="000000"/>
        </w:rPr>
      </w:pPr>
      <w:r>
        <w:rPr>
          <w:rFonts w:ascii="楷体" w:hAnsi="楷体" w:eastAsia="楷体" w:cs="楷体"/>
          <w:color w:val="000000"/>
        </w:rPr>
        <w:t>童年闻香</w:t>
      </w:r>
    </w:p>
    <w:p>
      <w:pPr>
        <w:spacing w:line="360" w:lineRule="auto"/>
        <w:ind w:firstLine="420"/>
        <w:jc w:val="both"/>
        <w:textAlignment w:val="center"/>
        <w:rPr>
          <w:color w:val="000000"/>
        </w:rPr>
      </w:pPr>
      <w:r>
        <w:rPr>
          <w:rFonts w:ascii="楷体" w:hAnsi="楷体" w:eastAsia="楷体" w:cs="楷体"/>
          <w:color w:val="000000"/>
        </w:rPr>
        <w:t>①小城酒泉，在盛夏季节是干燥酷热的。</w:t>
      </w:r>
    </w:p>
    <w:p>
      <w:pPr>
        <w:spacing w:line="360" w:lineRule="auto"/>
        <w:ind w:firstLine="420"/>
        <w:jc w:val="both"/>
        <w:textAlignment w:val="center"/>
        <w:rPr>
          <w:color w:val="000000"/>
        </w:rPr>
      </w:pPr>
      <w:r>
        <w:rPr>
          <w:rFonts w:ascii="楷体" w:hAnsi="楷体" w:eastAsia="楷体" w:cs="楷体"/>
          <w:color w:val="000000"/>
        </w:rPr>
        <w:t>②6岁那年的夏天，爸爸妈妈开始给钱让我买冰棍儿吃，只有馋极了我才会偶尔买一根。更多的时候，我把钱压在一个小罐子底下存着，等待那个时刻的到来。终于有一天，我攒够了钱，趁爸爸妈妈午睡时跑出去买回了那本心仪已久的书。当我从热浪滚滚的街上飞奔到家门口时，已经汗流決背，气喘吁吁。推开门的那一瞬间，我开始紧张了，把拿着书的手背在身后，心跳得咚咚响。</w:t>
      </w:r>
    </w:p>
    <w:p>
      <w:pPr>
        <w:spacing w:line="360" w:lineRule="auto"/>
        <w:ind w:firstLine="420"/>
        <w:jc w:val="both"/>
        <w:textAlignment w:val="center"/>
        <w:rPr>
          <w:color w:val="000000"/>
        </w:rPr>
      </w:pPr>
      <w:r>
        <w:rPr>
          <w:rFonts w:ascii="楷体" w:hAnsi="楷体" w:eastAsia="楷体" w:cs="楷体"/>
          <w:color w:val="000000"/>
        </w:rPr>
        <w:t>③当我不得不从背后把拿在手里的东西展示给爸爸妈妈的时候，妈妈笑了，摸了摸我的头。爸爸也笑了，说：“买书是多好的事啊，怎么紧张成这样？”</w:t>
      </w:r>
    </w:p>
    <w:p>
      <w:pPr>
        <w:spacing w:line="360" w:lineRule="auto"/>
        <w:ind w:firstLine="420"/>
        <w:jc w:val="both"/>
        <w:textAlignment w:val="center"/>
        <w:rPr>
          <w:color w:val="000000"/>
        </w:rPr>
      </w:pPr>
      <w:r>
        <w:rPr>
          <w:rFonts w:ascii="楷体" w:hAnsi="楷体" w:eastAsia="楷体" w:cs="楷体"/>
          <w:color w:val="000000"/>
        </w:rPr>
        <w:t>④6岁的我还没有上学，已经认识了不少字。我买回来的书是小学一年级的语文课本。</w:t>
      </w:r>
      <w:r>
        <w:rPr>
          <w:rFonts w:ascii="楷体" w:hAnsi="楷体" w:eastAsia="楷体" w:cs="楷体"/>
          <w:color w:val="000000"/>
          <w:u w:val="single"/>
        </w:rPr>
        <w:t>每次翻开阅读，我都不由自主地抚摸书页，小心翼翼地把鼻子贴在纸上细闻墨香。</w:t>
      </w:r>
      <w:r>
        <w:rPr>
          <w:rFonts w:ascii="楷体" w:hAnsi="楷体" w:eastAsia="楷体" w:cs="楷体"/>
          <w:color w:val="000000"/>
        </w:rPr>
        <w:t>那股墨香让我感到幸福。</w:t>
      </w:r>
    </w:p>
    <w:p>
      <w:pPr>
        <w:spacing w:line="360" w:lineRule="auto"/>
        <w:ind w:firstLine="420"/>
        <w:jc w:val="both"/>
        <w:textAlignment w:val="center"/>
        <w:rPr>
          <w:color w:val="000000"/>
        </w:rPr>
      </w:pPr>
      <w:r>
        <w:rPr>
          <w:rFonts w:ascii="楷体" w:hAnsi="楷体" w:eastAsia="楷体" w:cs="楷体"/>
          <w:color w:val="000000"/>
        </w:rPr>
        <w:t>⑤一年多后，我终于可以上学了。上学的细节大都模糊了，但我清晰记得我们在一个小院里读书的情形。那时候班里唯有一个女同学的家境相对宽裕，她的父母时常会给她买课外书，而且买的都是经典儿童文学作品，有叶永烈的科幻作品《小灵通漫游未来》，还有国外的儿童文学作品《木偶奇遇记》《格林童话》等。我们经常在下午放学后去她家，一位同学念诵，其他同学搬小凳子围坐成一圈。我当过念诵的那一位，也当过倾听的那一位。小院里总是洒满金色的阳光，我们的头顶和后背都被晒得热烘烘的。书的每一页纸张和那上面的文字，也都在太阳的映晒下散发出一种美妙的馨香，而那些故事里的神奇情节，就随着阳光融进了我们的心里。世界在我们的眼前打开了许多扇新的窗户......</w:t>
      </w:r>
    </w:p>
    <w:p>
      <w:pPr>
        <w:spacing w:line="360" w:lineRule="auto"/>
        <w:ind w:firstLine="420"/>
        <w:jc w:val="both"/>
        <w:textAlignment w:val="center"/>
        <w:rPr>
          <w:color w:val="000000"/>
        </w:rPr>
      </w:pPr>
      <w:r>
        <w:rPr>
          <w:rFonts w:ascii="楷体" w:hAnsi="楷体" w:eastAsia="楷体" w:cs="楷体"/>
          <w:color w:val="000000"/>
        </w:rPr>
        <w:t>⑥因为《木偶奇遇记》，我不敢说半句谎话，害怕自己的鼻子在说谎后变长。因为《小灵通漫游未来》，我想象力疯长，对未来世界充满热望。后来的事实证明，叶永烈爷爷在这本书里描述的种种幻想全都在生活中成了现实。叶爷爷多有预见力呀！写书的人多厉害呀！</w:t>
      </w:r>
    </w:p>
    <w:p>
      <w:pPr>
        <w:spacing w:line="360" w:lineRule="auto"/>
        <w:ind w:firstLine="420"/>
        <w:jc w:val="both"/>
        <w:textAlignment w:val="center"/>
        <w:rPr>
          <w:color w:val="000000"/>
        </w:rPr>
      </w:pPr>
      <w:r>
        <w:rPr>
          <w:rFonts w:ascii="楷体" w:hAnsi="楷体" w:eastAsia="楷体" w:cs="楷体"/>
          <w:color w:val="000000"/>
        </w:rPr>
        <w:t>⑦我还迷上了唐诗宋词。我把一首首诗词抄在小纸片上，上下学的路上也一直背。清晨，天还黑着，有风吹过，我背着小纸片上的唐诗。傍晚，纸片上的宋词和一盏盏暖黄色的路灯一起，温暖着回家的路。节假日我也从不睡懒觉，早早起床，带着《唐诗三百首》，穿上白球鞋开始晨跑，一直跑到泉湖公园。公园里有两潭湖水，湖边站着弯弯的垂柳；有一座九曲桥，桥的影子倒映在湖水上，微微颤动。我最爱做的是在湖边来回走动着朗读、背诵唐诗。在那儿我找到了诗里的意境，也闻到了每一句诗的味道，那是与众不同的香味。湖边的一切都让我心潮澎湃，我大声地又读又背，旁若无人，陶然自醉。</w:t>
      </w:r>
    </w:p>
    <w:p>
      <w:pPr>
        <w:spacing w:line="360" w:lineRule="auto"/>
        <w:ind w:firstLine="420"/>
        <w:jc w:val="both"/>
        <w:textAlignment w:val="center"/>
        <w:rPr>
          <w:color w:val="000000"/>
        </w:rPr>
      </w:pPr>
      <w:r>
        <w:rPr>
          <w:rFonts w:ascii="楷体" w:hAnsi="楷体" w:eastAsia="楷体" w:cs="楷体"/>
          <w:color w:val="000000"/>
        </w:rPr>
        <w:t>⑧春夏时节的泉湖公园里树木茂盛，郁郁葱葱，还有延伸而去的葡萄架长廊，翠绿的叶片在风中颤动，弯弯曲曲的嫩绿色葡萄丝儿细巧柔软。用心观察，我觉得这里的一草一木都很美。回家之后我把所见所感写成作文，至今我都记得曾经写过的描述盛夏绿树的文字。</w:t>
      </w:r>
    </w:p>
    <w:p>
      <w:pPr>
        <w:spacing w:line="360" w:lineRule="auto"/>
        <w:ind w:firstLine="420"/>
        <w:jc w:val="both"/>
        <w:textAlignment w:val="center"/>
        <w:rPr>
          <w:color w:val="000000"/>
        </w:rPr>
      </w:pPr>
      <w:r>
        <w:rPr>
          <w:rFonts w:ascii="楷体" w:hAnsi="楷体" w:eastAsia="楷体" w:cs="楷体"/>
          <w:color w:val="000000"/>
        </w:rPr>
        <w:t>⑨我早早地遇见并爱上阅读，才有了后来我和儿童文学写作的一见钟情。童年是盛开的，和童年有关的一切后来都盛开了。</w:t>
      </w:r>
    </w:p>
    <w:p>
      <w:pPr>
        <w:spacing w:line="360" w:lineRule="auto"/>
        <w:jc w:val="right"/>
        <w:textAlignment w:val="center"/>
        <w:rPr>
          <w:color w:val="000000"/>
        </w:rPr>
      </w:pPr>
      <w:r>
        <w:rPr>
          <w:rFonts w:ascii="宋体" w:hAnsi="宋体" w:eastAsia="宋体" w:cs="宋体"/>
          <w:color w:val="000000"/>
        </w:rPr>
        <w:t>（取材于张琳的同名文章）</w:t>
      </w:r>
    </w:p>
    <w:p>
      <w:pPr>
        <w:spacing w:line="360" w:lineRule="auto"/>
        <w:jc w:val="left"/>
        <w:textAlignment w:val="center"/>
        <w:rPr>
          <w:color w:val="000000"/>
        </w:rPr>
      </w:pPr>
      <w:r>
        <w:rPr>
          <w:color w:val="000000"/>
        </w:rPr>
        <w:t xml:space="preserve">18. </w:t>
      </w:r>
      <w:r>
        <w:rPr>
          <w:rFonts w:ascii="宋体" w:hAnsi="宋体" w:eastAsia="宋体" w:cs="宋体"/>
          <w:color w:val="000000"/>
        </w:rPr>
        <w:t>文章叙述了“我”童年时期“遇见并爱上阅读”的经历。阅读文章，按时间顺序补全下面的表格。</w:t>
      </w:r>
    </w:p>
    <w:tbl>
      <w:tblPr>
        <w:tblStyle w:val="4"/>
        <w:tblW w:w="5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42"/>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经历</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感受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我努力攒钱，买回心仪已久的书</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我用心读一年级语文课本</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幸福、满足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享受、渴望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③</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④</w:t>
            </w:r>
          </w:p>
        </w:tc>
      </w:tr>
    </w:tbl>
    <w:p>
      <w:pPr>
        <w:spacing w:line="360" w:lineRule="auto"/>
        <w:jc w:val="left"/>
        <w:textAlignment w:val="center"/>
        <w:rPr>
          <w:color w:val="000000"/>
        </w:rPr>
      </w:pPr>
      <w:r>
        <w:rPr>
          <w:color w:val="000000"/>
        </w:rPr>
        <w:t xml:space="preserve">19. </w:t>
      </w:r>
      <w:r>
        <w:rPr>
          <w:rFonts w:ascii="宋体" w:hAnsi="宋体" w:eastAsia="宋体" w:cs="宋体"/>
          <w:color w:val="000000"/>
        </w:rPr>
        <w:t>细腻</w:t>
      </w:r>
      <w:r>
        <w:rPr>
          <w:rFonts w:ascii="宋体" w:hAnsi="宋体" w:eastAsia="宋体" w:cs="宋体"/>
          <w:color w:val="000000"/>
          <w:position w:val="0"/>
        </w:rPr>
        <w:drawing>
          <wp:inline distT="0" distB="0" distL="114300" distR="114300">
            <wp:extent cx="133350" cy="177800"/>
            <wp:effectExtent l="0" t="0" r="0" b="13335"/>
            <wp:docPr id="1607"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图片 100011"/>
                    <pic:cNvPicPr>
                      <a:picLocks noChangeAspect="1"/>
                    </pic:cNvPicPr>
                  </pic:nvPicPr>
                  <pic:blipFill>
                    <a:blip r:embed="rId1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人物描写可以使形象更丰满。请结合上下文，赏析第④段中的画线句。</w:t>
      </w:r>
    </w:p>
    <w:p>
      <w:pPr>
        <w:spacing w:line="360" w:lineRule="auto"/>
        <w:jc w:val="left"/>
        <w:textAlignment w:val="center"/>
        <w:rPr>
          <w:color w:val="000000"/>
        </w:rPr>
      </w:pPr>
      <w:r>
        <w:rPr>
          <w:color w:val="000000"/>
        </w:rPr>
        <w:t xml:space="preserve">20. </w:t>
      </w:r>
      <w:r>
        <w:rPr>
          <w:rFonts w:ascii="宋体" w:hAnsi="宋体" w:eastAsia="宋体" w:cs="宋体"/>
          <w:color w:val="000000"/>
        </w:rPr>
        <w:t>有人说本文的题目可以改为“盛开的童年”，你是否赞同，请结合文章内容简述理由。</w:t>
      </w:r>
    </w:p>
    <w:p>
      <w:pPr>
        <w:spacing w:line="360" w:lineRule="auto"/>
        <w:textAlignment w:val="center"/>
        <w:rPr>
          <w:color w:val="000000"/>
        </w:rPr>
      </w:pPr>
      <w:r>
        <w:rPr>
          <w:color w:val="2E75B6"/>
        </w:rPr>
        <w:t>【答案】</w:t>
      </w:r>
      <w:r>
        <w:rPr>
          <w:color w:val="000000"/>
        </w:rPr>
        <w:t xml:space="preserve">18. </w:t>
      </w:r>
      <w:r>
        <w:rPr>
          <w:rFonts w:ascii="宋体" w:hAnsi="宋体" w:eastAsia="宋体" w:cs="宋体"/>
          <w:color w:val="000000"/>
        </w:rPr>
        <w:t>①激动、紧张。②我们经常在同学小院听读儿童文学故事。③我坚持读背痴迷的唐诗宋词。④投入、陶醉。</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画线句中“不由自主地抚摸”“贴”“细闻”等动作描写，生动而细腻地表现出我阅读自己努力攒钱买到的语文课本时，小心、投入、享受其中的状态，表达出我对阅读的热爱之情。</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示例：我不赞同修改为“盛开的童年”。“童年闻香”一题交代了我童年读书，获得不同感受的经历。我细闻课本墨香；感受到故事文字的馨香；体会到诗里的意境，感受诗词与众不同的香味。“闻香”不仅是全文的线索，还暗示了文章的主旨，表达了作者对于阅读的热爱。</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本题考查文章内容的理解和概括。注意仿照示例，语言要简洁。</w:t>
      </w:r>
    </w:p>
    <w:p>
      <w:pPr>
        <w:spacing w:line="360" w:lineRule="auto"/>
        <w:jc w:val="left"/>
        <w:textAlignment w:val="center"/>
        <w:rPr>
          <w:color w:val="000000"/>
        </w:rPr>
      </w:pPr>
      <w:r>
        <w:rPr>
          <w:rFonts w:ascii="宋体" w:hAnsi="宋体" w:eastAsia="宋体" w:cs="宋体"/>
          <w:color w:val="000000"/>
        </w:rPr>
        <w:t>第①空：结合文章第②段“终于有一天，我攒够了钱，趁爸爸妈妈午睡时跑出去买回了那本心仪已久的书。当我从热浪滚滚的街上飞奔到家门口时，已经汗流決背，气喘吁吁。推开门的那一瞬间，我开始紧张了，把拿着书的手背在身后，心跳得咚咚响”可知，“我”攒钱买回心仪的书，飞奔回家，可见“我”的心情很激动，回到家时却有些“紧张”，“心跳得咚咚响”，据此可概括为：激动、紧张；</w:t>
      </w:r>
    </w:p>
    <w:p>
      <w:pPr>
        <w:spacing w:line="360" w:lineRule="auto"/>
        <w:jc w:val="left"/>
        <w:textAlignment w:val="center"/>
        <w:rPr>
          <w:color w:val="000000"/>
        </w:rPr>
      </w:pPr>
      <w:r>
        <w:rPr>
          <w:rFonts w:ascii="宋体" w:hAnsi="宋体" w:eastAsia="宋体" w:cs="宋体"/>
          <w:color w:val="000000"/>
        </w:rPr>
        <w:t>第②空：根据题干中“享受、渴望”的提示，根据第⑤段描写自己和伙伴们，一起围坐读书是充满享受的，结合第⑤段“但我清晰记得我们在一个小院里读书的情形”和“我们经常在下午放学后去她家，一位同学念诵，其他同学搬小凳子围坐成一圈。我当过念诵的那一位，也当过倾听的那一位。小院里总是洒满金色的阳光，我们的头顶和后背都被晒得热烘烘的。书的每一页纸张和那上面的文字，也都在太阳的映晒下散发出一种美妙的馨香，而那些故事里的神奇情节，就随着阳光融进了我们的心里”可概括为：我们经常在同学小院听读儿童文学故事；</w:t>
      </w:r>
    </w:p>
    <w:p>
      <w:pPr>
        <w:spacing w:line="360" w:lineRule="auto"/>
        <w:jc w:val="left"/>
        <w:textAlignment w:val="center"/>
        <w:rPr>
          <w:color w:val="000000"/>
        </w:rPr>
      </w:pPr>
      <w:r>
        <w:rPr>
          <w:rFonts w:ascii="宋体" w:hAnsi="宋体" w:eastAsia="宋体" w:cs="宋体"/>
          <w:color w:val="000000"/>
        </w:rPr>
        <w:t>第③空和第④空：根据题干中“享受、渴望”的提示，根据第⑦段“在那儿我找到了诗里的意境”以及“我大声地又读又背，旁若无人，陶然自醉”可知，经历的内容可以结合第⑦段“我还迷上了唐诗宋词。我把一首首诗词抄在小纸片上，上下学的路上也一直背”和“节假日我也从不睡懒觉，早早起床，带着《唐诗三百首》……我最爱做的是在湖边来回走动着朗读、背诵唐诗”可概括为：我坚持读背痴迷的唐诗宋词；感受是“投入、沉醉”。据此概括回答即可。</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本题考查词句的理解和赏析。</w:t>
      </w:r>
    </w:p>
    <w:p>
      <w:pPr>
        <w:spacing w:line="360" w:lineRule="auto"/>
        <w:jc w:val="left"/>
        <w:textAlignment w:val="center"/>
        <w:rPr>
          <w:color w:val="000000"/>
        </w:rPr>
      </w:pPr>
      <w:r>
        <w:rPr>
          <w:rFonts w:ascii="宋体" w:hAnsi="宋体" w:eastAsia="宋体" w:cs="宋体"/>
          <w:color w:val="000000"/>
        </w:rPr>
        <w:t>结合第④段“每次翻开阅读，我都不由自主地抚摸书页，小心翼翼地把鼻子贴在纸上细闻墨香”中的动词“翻开”“抚摸”“贴”运用的生动形象，根据本段前文第②段“更多的时候，我把钱压在一个小罐子底下存着，等待那个时刻的到来。终于有一天，我攒够了钱”和第④段“我买回来的书是小学一年级的语文课本”可知，“我”用自己攒的钱买来了人生的第一本书，满怀欣喜，亲切而又小心翼翼地爱抚着课本，这句话表现出“我”对书本的喜爱，对阅读的热爱之情。</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本题考查题目的探究，“童年闻香”和“盛开的童年”这两个题目都可以，结合文章内容说明理由即可，可以从题目的含义，作用等方面进行分析，言之有理。</w:t>
      </w:r>
    </w:p>
    <w:p>
      <w:pPr>
        <w:spacing w:line="360" w:lineRule="auto"/>
        <w:jc w:val="left"/>
        <w:textAlignment w:val="center"/>
        <w:rPr>
          <w:color w:val="000000"/>
        </w:rPr>
      </w:pPr>
      <w:r>
        <w:rPr>
          <w:rFonts w:ascii="宋体" w:hAnsi="宋体" w:eastAsia="宋体" w:cs="宋体"/>
          <w:color w:val="000000"/>
        </w:rPr>
        <w:t>示例：我赞同修改为“盛开的童年”。“盛开的童年”一题写出我的童年因为阅读而产生许多美好的影响。未上学前读语文课本，让我感到幸福；在同学家中听读儿童文学作品，使我学到诚实，也让我对世界有了新的认识；在泉湖公园读诗背诗，感受诗歌魅力的同时也激发了我写作的兴趣；童年读书的美好经历也促使我走上儿童文学创作之路。同时表达了作者对于阅读的热爱。</w:t>
      </w:r>
    </w:p>
    <w:p>
      <w:pPr>
        <w:pStyle w:val="Heading3"/>
      </w:pPr>
      <w:r>
        <w:t>第八中学</w:t>
      </w:r>
    </w:p>
    <w:p>
      <w:pPr>
        <w:spacing w:line="360" w:lineRule="auto"/>
        <w:jc w:val="both"/>
        <w:textAlignment w:val="center"/>
        <w:rPr>
          <w:color w:val="000000"/>
        </w:rPr>
      </w:pPr>
      <w:r>
        <w:rPr>
          <w:rFonts w:ascii="宋体" w:hAnsi="宋体" w:eastAsia="宋体" w:cs="宋体"/>
          <w:b/>
          <w:color w:val="000000"/>
          <w:sz w:val="24"/>
        </w:rPr>
        <w:t>四、现代文阅读（共18分）</w:t>
      </w:r>
    </w:p>
    <w:p>
      <w:pPr>
        <w:spacing w:line="360" w:lineRule="auto"/>
        <w:jc w:val="both"/>
        <w:textAlignment w:val="center"/>
        <w:rPr>
          <w:color w:val="000000"/>
        </w:rPr>
      </w:pPr>
      <w:r>
        <w:rPr>
          <w:rFonts w:ascii="宋体" w:hAnsi="宋体" w:eastAsia="宋体" w:cs="宋体"/>
          <w:color w:val="000000"/>
        </w:rPr>
        <w:t>阅读《济南的秋天》（节选），完成小题。</w:t>
      </w:r>
    </w:p>
    <w:p>
      <w:pPr>
        <w:spacing w:line="360" w:lineRule="auto"/>
        <w:jc w:val="center"/>
        <w:textAlignment w:val="center"/>
        <w:rPr>
          <w:color w:val="000000"/>
        </w:rPr>
      </w:pPr>
      <w:r>
        <w:rPr>
          <w:rFonts w:ascii="楷体" w:hAnsi="楷体" w:eastAsia="楷体" w:cs="楷体"/>
          <w:color w:val="000000"/>
        </w:rPr>
        <w:t>济南的秋天（节选）</w:t>
      </w:r>
    </w:p>
    <w:p>
      <w:pPr>
        <w:spacing w:line="360" w:lineRule="auto"/>
        <w:ind w:firstLine="420"/>
        <w:jc w:val="both"/>
        <w:textAlignment w:val="center"/>
        <w:rPr>
          <w:color w:val="000000"/>
        </w:rPr>
      </w:pPr>
      <w:r>
        <w:rPr>
          <w:rFonts w:ascii="楷体" w:hAnsi="楷体" w:eastAsia="楷体" w:cs="楷体"/>
          <w:color w:val="000000"/>
        </w:rPr>
        <w:t>①__________。设若你的幻想中有个中古的老城，有睡着了的大红楼，有狭窄的古石路，有宽厚的石城墙，环城流着一道清溪，倒映着山影，岸上蹲着红袍绿裤的小妞儿。你的幻想中要是这么个境界，那便是济南。设若你幻想不出——许多人是不会幻想的——请到济南来看看吧。</w:t>
      </w:r>
    </w:p>
    <w:p>
      <w:pPr>
        <w:spacing w:line="360" w:lineRule="auto"/>
        <w:ind w:firstLine="420"/>
        <w:jc w:val="both"/>
        <w:textAlignment w:val="center"/>
        <w:rPr>
          <w:color w:val="000000"/>
        </w:rPr>
      </w:pPr>
      <w:r>
        <w:rPr>
          <w:rFonts w:ascii="楷体" w:hAnsi="楷体" w:eastAsia="楷体" w:cs="楷体"/>
          <w:color w:val="000000"/>
        </w:rPr>
        <w:t>②请你在秋天来。那城、那河、那古路、那山影，是终年给你预备着的。可是，加上济南的秋色，济南便由古朴的画境转入静美的诗境中了。这个诗意的秋光秋色是济南独有的。</w:t>
      </w:r>
    </w:p>
    <w:p>
      <w:pPr>
        <w:spacing w:line="360" w:lineRule="auto"/>
        <w:ind w:firstLine="420"/>
        <w:jc w:val="both"/>
        <w:textAlignment w:val="center"/>
        <w:rPr>
          <w:color w:val="000000"/>
        </w:rPr>
      </w:pPr>
      <w:r>
        <w:rPr>
          <w:rFonts w:ascii="楷体" w:hAnsi="楷体" w:eastAsia="楷体" w:cs="楷体"/>
          <w:color w:val="000000"/>
        </w:rPr>
        <w:t>③诗的境界中心须有山有水。</w:t>
      </w:r>
    </w:p>
    <w:p>
      <w:pPr>
        <w:spacing w:line="360" w:lineRule="auto"/>
        <w:ind w:firstLine="420"/>
        <w:jc w:val="both"/>
        <w:textAlignment w:val="center"/>
        <w:rPr>
          <w:color w:val="000000"/>
        </w:rPr>
      </w:pPr>
      <w:r>
        <w:rPr>
          <w:rFonts w:ascii="楷体" w:hAnsi="楷体" w:eastAsia="楷体" w:cs="楷体"/>
          <w:color w:val="000000"/>
        </w:rPr>
        <w:t>④请看济南的山吧。那颜色不同，方向不同，高矮不同的山，在秋色中便越发的不同了。以颜色来说，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再来说方向，在秋天，那阳光能够忽然清凉一会儿，忽然又温暖一会儿。这个变动并不激烈，可是不同方向上的山觉得出这个变化，两颜色也立刻随着变换。忽然黄色更真了些，忽然又暗了些。忽然像有层看不见的薄雾在那儿流动，忽然像有股细风替“自然”调合着彩色，轻轻的抹上层各色俱全而全是淡美的色道儿。有这样的山，再配上那蓝的天。晴暖的阳光：蓝得像要由蓝变绿了，可又没完全绿了：晴暖得要发燥了，可是有点凉风，正像诗一样的温柔。若要说高矮。因为颜色的不同，那山的高矮也更显然了。高的更高了些，低的更低了些，山的棱角曲线在晴空中更真了，更分明了，更瘦硬了。这便是济南诗境中的山。</w:t>
      </w:r>
    </w:p>
    <w:p>
      <w:pPr>
        <w:spacing w:line="360" w:lineRule="auto"/>
        <w:ind w:firstLine="420"/>
        <w:jc w:val="both"/>
        <w:textAlignment w:val="center"/>
        <w:rPr>
          <w:color w:val="000000"/>
        </w:rPr>
      </w:pPr>
      <w:r>
        <w:rPr>
          <w:rFonts w:ascii="楷体" w:hAnsi="楷体" w:eastAsia="楷体" w:cs="楷体"/>
          <w:color w:val="000000"/>
        </w:rPr>
        <w:t>⑤再看_____。以量说，以质说，以形式说，济南都首屈一指。有泉——到处是泉——有河，有潮，是由形式上分。不管是泉是河是湖。全是那么清，全是那么甜，哎呀，济南是“自然”的情人吧？大明湖夏日的莲花，城河的绿柳。自然是美好的了。可是看水，是要看秋水的。济南有秋山，又有秋水，这个秋才算个秋，因为秋神是在济南住家的。</w:t>
      </w:r>
    </w:p>
    <w:p>
      <w:pPr>
        <w:spacing w:line="360" w:lineRule="auto"/>
        <w:jc w:val="right"/>
        <w:textAlignment w:val="center"/>
        <w:rPr>
          <w:color w:val="000000"/>
        </w:rPr>
      </w:pPr>
      <w:r>
        <w:rPr>
          <w:rFonts w:ascii="宋体" w:hAnsi="宋体" w:eastAsia="宋体" w:cs="宋体"/>
          <w:color w:val="000000"/>
        </w:rPr>
        <w:t>（取材于老舍的文章。有删改）</w:t>
      </w:r>
    </w:p>
    <w:p>
      <w:pPr>
        <w:spacing w:line="360" w:lineRule="auto"/>
        <w:jc w:val="left"/>
        <w:textAlignment w:val="center"/>
        <w:rPr>
          <w:color w:val="000000"/>
        </w:rPr>
      </w:pPr>
      <w:r>
        <w:rPr>
          <w:color w:val="000000"/>
        </w:rPr>
        <w:t xml:space="preserve">17. </w:t>
      </w:r>
      <w:r>
        <w:rPr>
          <w:rFonts w:ascii="宋体" w:hAnsi="宋体" w:eastAsia="宋体" w:cs="宋体"/>
          <w:color w:val="000000"/>
        </w:rPr>
        <w:t>根据全文内容，第①自然段应填入的句子是（   ）</w:t>
      </w:r>
    </w:p>
    <w:p>
      <w:pPr>
        <w:spacing w:line="360" w:lineRule="auto"/>
        <w:jc w:val="left"/>
        <w:textAlignment w:val="center"/>
        <w:rPr>
          <w:color w:val="000000"/>
        </w:rPr>
      </w:pPr>
      <w:r>
        <w:rPr>
          <w:color w:val="000000"/>
        </w:rPr>
        <w:t xml:space="preserve">A. </w:t>
      </w:r>
      <w:r>
        <w:rPr>
          <w:rFonts w:ascii="宋体" w:hAnsi="宋体" w:eastAsia="宋体" w:cs="宋体"/>
          <w:color w:val="000000"/>
        </w:rPr>
        <w:t>济南的秋天是静谥的</w:t>
      </w:r>
    </w:p>
    <w:p>
      <w:pPr>
        <w:spacing w:line="360" w:lineRule="auto"/>
        <w:jc w:val="left"/>
        <w:textAlignment w:val="center"/>
        <w:rPr>
          <w:color w:val="000000"/>
        </w:rPr>
      </w:pPr>
      <w:r>
        <w:rPr>
          <w:color w:val="000000"/>
        </w:rPr>
        <w:t xml:space="preserve">B. </w:t>
      </w:r>
      <w:r>
        <w:rPr>
          <w:rFonts w:ascii="宋体" w:hAnsi="宋体" w:eastAsia="宋体" w:cs="宋体"/>
          <w:color w:val="000000"/>
        </w:rPr>
        <w:t>济南的秋天是温和的</w:t>
      </w:r>
    </w:p>
    <w:p>
      <w:pPr>
        <w:spacing w:line="360" w:lineRule="auto"/>
        <w:jc w:val="left"/>
        <w:textAlignment w:val="center"/>
        <w:rPr>
          <w:color w:val="000000"/>
        </w:rPr>
      </w:pPr>
      <w:r>
        <w:rPr>
          <w:color w:val="000000"/>
        </w:rPr>
        <w:t xml:space="preserve">C. </w:t>
      </w:r>
      <w:r>
        <w:rPr>
          <w:rFonts w:ascii="宋体" w:hAnsi="宋体" w:eastAsia="宋体" w:cs="宋体"/>
          <w:color w:val="000000"/>
        </w:rPr>
        <w:t>济南的秋天是诗境的</w:t>
      </w:r>
    </w:p>
    <w:p>
      <w:pPr>
        <w:spacing w:line="360" w:lineRule="auto"/>
        <w:jc w:val="left"/>
        <w:textAlignment w:val="center"/>
        <w:rPr>
          <w:color w:val="000000"/>
        </w:rPr>
      </w:pPr>
      <w:r>
        <w:rPr>
          <w:color w:val="000000"/>
        </w:rPr>
        <w:t xml:space="preserve">D. </w:t>
      </w:r>
      <w:r>
        <w:rPr>
          <w:rFonts w:ascii="宋体" w:hAnsi="宋体" w:eastAsia="宋体" w:cs="宋体"/>
          <w:color w:val="000000"/>
        </w:rPr>
        <w:t>济南的秋天是虚幻的</w:t>
      </w:r>
    </w:p>
    <w:p>
      <w:pPr>
        <w:spacing w:line="360" w:lineRule="auto"/>
        <w:jc w:val="left"/>
        <w:textAlignment w:val="center"/>
        <w:rPr>
          <w:color w:val="000000"/>
        </w:rPr>
      </w:pPr>
      <w:r>
        <w:rPr>
          <w:color w:val="000000"/>
        </w:rPr>
        <w:t xml:space="preserve">18. </w:t>
      </w:r>
      <w:r>
        <w:rPr>
          <w:rFonts w:ascii="宋体" w:hAnsi="宋体" w:eastAsia="宋体" w:cs="宋体"/>
          <w:color w:val="000000"/>
        </w:rPr>
        <w:t>阅读写景散文要注意描写角度和描写顺家，一位同学根据选文第④绘制了一份思维导图，请你帮助他将这份思维导图的信息补充完整。</w:t>
      </w:r>
    </w:p>
    <w:p>
      <w:pPr>
        <w:spacing w:line="360" w:lineRule="auto"/>
        <w:jc w:val="both"/>
        <w:textAlignment w:val="center"/>
        <w:rPr>
          <w:color w:val="000000"/>
        </w:rPr>
      </w:pPr>
      <w:r>
        <w:rPr>
          <w:color w:val="000000"/>
        </w:rPr>
        <w:drawing>
          <wp:inline distT="0" distB="0" distL="114300" distR="114300">
            <wp:extent cx="2809875" cy="2133600"/>
            <wp:effectExtent l="0" t="0" r="9525" b="0"/>
            <wp:docPr id="1609"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 name="图片 100005" descr="学科网(www.zxxk.com)--教育资源门户，提供试卷、教案、课件、论文、素材以及各类教学资源下载，还有大量而丰富的教学相关资讯！"/>
                    <pic:cNvPicPr>
                      <a:picLocks noChangeAspect="1"/>
                    </pic:cNvPicPr>
                  </pic:nvPicPr>
                  <pic:blipFill>
                    <a:blip r:embed="rId154"/>
                    <a:stretch>
                      <a:fillRect/>
                    </a:stretch>
                  </pic:blipFill>
                  <pic:spPr>
                    <a:xfrm>
                      <a:off x="0" y="0"/>
                      <a:ext cx="2809875" cy="2133600"/>
                    </a:xfrm>
                    <a:prstGeom prst="rect">
                      <a:avLst/>
                    </a:prstGeom>
                  </pic:spPr>
                </pic:pic>
              </a:graphicData>
            </a:graphic>
          </wp:inline>
        </w:drawing>
      </w:r>
    </w:p>
    <w:p>
      <w:pPr>
        <w:spacing w:line="360" w:lineRule="auto"/>
        <w:jc w:val="left"/>
        <w:textAlignment w:val="center"/>
        <w:rPr>
          <w:color w:val="000000"/>
        </w:rPr>
      </w:pPr>
      <w:r>
        <w:rPr>
          <w:color w:val="000000"/>
        </w:rPr>
        <w:t xml:space="preserve">19. </w:t>
      </w:r>
      <w:r>
        <w:rPr>
          <w:rFonts w:ascii="宋体" w:hAnsi="宋体" w:eastAsia="宋体" w:cs="宋体"/>
          <w:color w:val="000000"/>
        </w:rPr>
        <w:t>根据选文的行文思路，我们可以推测，选文第⑤段横线处，作者会填入：</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17. C    18. </w:t>
      </w:r>
      <w:r>
        <w:rPr>
          <w:rFonts w:ascii="宋体" w:hAnsi="宋体" w:eastAsia="宋体" w:cs="宋体"/>
          <w:color w:val="000000"/>
        </w:rPr>
        <w:t>方向；高矮；山腰；山脚；山顶</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济南的水吧。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color w:val="000000"/>
        </w:rPr>
        <w:t>本题考查补充句子。</w:t>
      </w:r>
    </w:p>
    <w:p>
      <w:pPr>
        <w:spacing w:line="360" w:lineRule="auto"/>
        <w:jc w:val="left"/>
        <w:textAlignment w:val="center"/>
        <w:rPr>
          <w:color w:val="000000"/>
        </w:rPr>
      </w:pPr>
      <w:r>
        <w:rPr>
          <w:color w:val="000000"/>
        </w:rPr>
        <w:t>首段空白处填写的应是</w:t>
      </w:r>
      <w:r>
        <w:rPr>
          <w:rFonts w:ascii="宋体" w:hAnsi="宋体" w:eastAsia="宋体" w:cs="宋体"/>
          <w:color w:val="000000"/>
        </w:rPr>
        <w:t>济南的秋天的总体特点，以起到总领全文的作用。根据首段中的“你的幻想中要是这么个境界”，第②段中的“济南便由古朴的画境转入静美的诗境中了。这个诗意的秋光秋色是济南独有的”，第③段中的“诗的境界中心须有山有水”可知，济南的秋天的总特点是诗境。</w:t>
      </w:r>
    </w:p>
    <w:p>
      <w:pPr>
        <w:spacing w:line="360" w:lineRule="auto"/>
        <w:jc w:val="left"/>
        <w:textAlignment w:val="center"/>
        <w:rPr>
          <w:color w:val="000000"/>
        </w:rPr>
      </w:pPr>
      <w:r>
        <w:rPr>
          <w:rFonts w:ascii="宋体" w:hAnsi="宋体" w:eastAsia="宋体" w:cs="宋体"/>
          <w:color w:val="000000"/>
        </w:rPr>
        <w:t>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w:t>
      </w:r>
      <w:r>
        <w:rPr>
          <w:rFonts w:ascii="宋体" w:hAnsi="宋体" w:eastAsia="宋体" w:cs="宋体"/>
          <w:color w:val="000000"/>
        </w:rPr>
        <w:t>查提炼信息。</w:t>
      </w:r>
    </w:p>
    <w:p>
      <w:pPr>
        <w:spacing w:line="360" w:lineRule="auto"/>
        <w:jc w:val="left"/>
        <w:textAlignment w:val="center"/>
        <w:rPr>
          <w:color w:val="000000"/>
        </w:rPr>
      </w:pPr>
      <w:r>
        <w:rPr>
          <w:rFonts w:ascii="宋体" w:hAnsi="宋体" w:eastAsia="宋体" w:cs="宋体"/>
          <w:color w:val="000000"/>
        </w:rPr>
        <w:t>①②根据本段中的“那颜色不同，方向不同，高矮不同的山，在秋色中便越发的不同了”可得：方向、高矮。</w:t>
      </w:r>
    </w:p>
    <w:p>
      <w:pPr>
        <w:spacing w:line="360" w:lineRule="auto"/>
        <w:jc w:val="left"/>
        <w:textAlignment w:val="center"/>
        <w:rPr>
          <w:color w:val="000000"/>
        </w:rPr>
      </w:pPr>
      <w:r>
        <w:rPr>
          <w:rFonts w:ascii="宋体" w:hAnsi="宋体" w:eastAsia="宋体" w:cs="宋体"/>
          <w:color w:val="000000"/>
        </w:rPr>
        <w:t>③④⑤根据“山腰中的松树是青黑的”“山脚是镶着各色条子的”“山顶上的色儿也随着太阳的转移而不同”可得：山腰、山脚、山顶。</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本题考查补</w:t>
      </w:r>
      <w:r>
        <w:rPr>
          <w:rFonts w:ascii="宋体" w:hAnsi="宋体" w:eastAsia="宋体" w:cs="宋体"/>
          <w:color w:val="000000"/>
        </w:rPr>
        <w:t>充句子。</w:t>
      </w:r>
    </w:p>
    <w:p>
      <w:pPr>
        <w:spacing w:line="360" w:lineRule="auto"/>
        <w:jc w:val="left"/>
        <w:textAlignment w:val="center"/>
        <w:rPr>
          <w:color w:val="000000"/>
        </w:rPr>
      </w:pPr>
      <w:r>
        <w:rPr>
          <w:rFonts w:ascii="宋体" w:hAnsi="宋体" w:eastAsia="宋体" w:cs="宋体"/>
          <w:color w:val="000000"/>
        </w:rPr>
        <w:t>根据末段中的“可是看水，是要看秋水的。济南有秋山，又有秋水”可知，本段描写的济南的水。根据前段“请看济南的山吧”的格式可拟写为：济南的水吧。</w:t>
      </w:r>
    </w:p>
    <w:p>
      <w:pPr>
        <w:spacing w:line="360" w:lineRule="auto"/>
        <w:jc w:val="both"/>
        <w:textAlignment w:val="center"/>
        <w:rPr>
          <w:color w:val="000000"/>
        </w:rPr>
      </w:pPr>
      <w:r>
        <w:rPr>
          <w:rFonts w:ascii="宋体" w:hAnsi="宋体" w:eastAsia="宋体" w:cs="宋体"/>
          <w:color w:val="000000"/>
        </w:rPr>
        <w:t>阅读《书香作伴》，完成小题。</w:t>
      </w:r>
    </w:p>
    <w:p>
      <w:pPr>
        <w:spacing w:line="360" w:lineRule="auto"/>
        <w:jc w:val="center"/>
        <w:textAlignment w:val="center"/>
        <w:rPr>
          <w:color w:val="000000"/>
        </w:rPr>
      </w:pPr>
      <w:r>
        <w:rPr>
          <w:rFonts w:ascii="楷体" w:hAnsi="楷体" w:eastAsia="楷体" w:cs="楷体"/>
          <w:color w:val="000000"/>
        </w:rPr>
        <w:t>书香作伴</w:t>
      </w:r>
    </w:p>
    <w:p>
      <w:pPr>
        <w:spacing w:line="360" w:lineRule="auto"/>
        <w:ind w:firstLine="420"/>
        <w:jc w:val="both"/>
        <w:textAlignment w:val="center"/>
        <w:rPr>
          <w:color w:val="000000"/>
        </w:rPr>
      </w:pPr>
      <w:r>
        <w:rPr>
          <w:rFonts w:ascii="楷体" w:hAnsi="楷体" w:eastAsia="楷体" w:cs="楷体"/>
          <w:color w:val="000000"/>
        </w:rPr>
        <w:t>①年少的时候，我曾热切地做过一个梦，一个有关书的梦：开一家小书店，抬头是书，低头还是书。</w:t>
      </w:r>
    </w:p>
    <w:p>
      <w:pPr>
        <w:spacing w:line="360" w:lineRule="auto"/>
        <w:ind w:firstLine="420"/>
        <w:jc w:val="both"/>
        <w:textAlignment w:val="center"/>
        <w:rPr>
          <w:color w:val="000000"/>
        </w:rPr>
      </w:pPr>
      <w:r>
        <w:rPr>
          <w:rFonts w:ascii="楷体" w:hAnsi="楷体" w:eastAsia="楷体" w:cs="楷体"/>
          <w:color w:val="000000"/>
        </w:rPr>
        <w:t>②那时家贫，无钱买书。对书的渴望，很像饥寒的人，对一碗热汤的渴盼。偶尔得了几枚硬币，不舍得用。慢慢积攒着，等有一天，走上几十里的土路，到老街上去。</w:t>
      </w:r>
    </w:p>
    <w:p>
      <w:pPr>
        <w:spacing w:line="360" w:lineRule="auto"/>
        <w:ind w:firstLine="420"/>
        <w:jc w:val="both"/>
        <w:textAlignment w:val="center"/>
        <w:rPr>
          <w:color w:val="000000"/>
        </w:rPr>
      </w:pPr>
      <w:r>
        <w:rPr>
          <w:rFonts w:ascii="楷体" w:hAnsi="楷体" w:eastAsia="楷体" w:cs="楷体"/>
          <w:color w:val="000000"/>
        </w:rPr>
        <w:t>③老街上，最诱惑我的，不是酸酸甜甜的糖葫芦，不是香香喷喷的各色糕点，不是喜欢的红绸带，而是小人书。小人书是一个中年男人的，他把书摊摆在某棵大树下，或是巷道的拐角处。书大多破旧得很了，有的甚至连封面都没了，可是，有什么关系呢？它们在我眼里，是散着馨香的，我穿过川流的人群奔过去，我穿过满街的热闹奔过去，远远望见那个男人，望见他脚跟前的书，心里（腾跳出/浮现出）欢喜来，哦，在呢，在呢。我（走/扑）过去，蹲在那里，租了书看，直看到暮色四合，用尽身上最后一枚硬币。</w:t>
      </w:r>
    </w:p>
    <w:p>
      <w:pPr>
        <w:spacing w:line="360" w:lineRule="auto"/>
        <w:ind w:firstLine="420"/>
        <w:jc w:val="both"/>
        <w:textAlignment w:val="center"/>
        <w:rPr>
          <w:color w:val="000000"/>
        </w:rPr>
      </w:pPr>
      <w:r>
        <w:rPr>
          <w:rFonts w:ascii="楷体" w:hAnsi="楷体" w:eastAsia="楷体" w:cs="楷体"/>
          <w:color w:val="000000"/>
        </w:rPr>
        <w:t>④读小学时，我的班主任家里，订有一些报刊，让我重涎不已。班主任得知我对书的热爱，便允我去他家借书看。不过，他对书也是格外珍爱的，一次只肯借我一本。有时夜晚，借来的书看完了，我又想看另外的。这种欲望一旦产生，便汹涌澎湃起来，势不可当。怕父母阻拦，我偷偷出门，跑去班主任家，一个人走上五六里的路。</w:t>
      </w:r>
      <w:r>
        <w:rPr>
          <w:rFonts w:ascii="楷体" w:hAnsi="楷体" w:eastAsia="楷体" w:cs="楷体"/>
          <w:color w:val="000000"/>
          <w:u w:val="single"/>
        </w:rPr>
        <w:t>【甲】乡村的夜，空旷得无边无际，偶有一声两声狗吠，叫得格外突兀，让人心惊肉跳</w:t>
      </w:r>
      <w:r>
        <w:rPr>
          <w:rFonts w:ascii="楷体" w:hAnsi="楷体" w:eastAsia="楷体" w:cs="楷体"/>
          <w:color w:val="000000"/>
        </w:rPr>
        <w:t>。我看着白己小小的影子，在月下行走，像一枚飘着的叶，内心却被一种幸福，填得满满的。新借得的书，安静在我的怀里，温良、敦厚，让我有满怀的欢喜。</w:t>
      </w:r>
    </w:p>
    <w:p>
      <w:pPr>
        <w:spacing w:line="360" w:lineRule="auto"/>
        <w:ind w:firstLine="420"/>
        <w:jc w:val="both"/>
        <w:textAlignment w:val="center"/>
        <w:rPr>
          <w:color w:val="000000"/>
        </w:rPr>
      </w:pPr>
      <w:r>
        <w:rPr>
          <w:rFonts w:ascii="楷体" w:hAnsi="楷体" w:eastAsia="楷体" w:cs="楷体"/>
          <w:color w:val="000000"/>
        </w:rPr>
        <w:t>⑤多年后，我想起那些夜晚，还觉得幸福。母亲惊奇，那时候，你还那么小，一个人走夜路，怎么不晓得害怕？我笑，我那时有书作伴呢，哪里想到怕了？那样的月色，漫着，水一样的。一个村庄，在安睡。我走在村庄的梦里面，怀里的书，散发出温暖亲切的气息。</w:t>
      </w:r>
    </w:p>
    <w:p>
      <w:pPr>
        <w:spacing w:line="360" w:lineRule="auto"/>
        <w:ind w:firstLine="420"/>
        <w:jc w:val="both"/>
        <w:textAlignment w:val="center"/>
        <w:rPr>
          <w:color w:val="000000"/>
        </w:rPr>
      </w:pPr>
      <w:r>
        <w:rPr>
          <w:rFonts w:ascii="楷体" w:hAnsi="楷体" w:eastAsia="楷体" w:cs="楷体"/>
          <w:color w:val="000000"/>
        </w:rPr>
        <w:t>⑥上高中时，语文老师清瘦矍铄，爱书如命。他藏有一壁橱的书。我憋足了劲学好语文，只为讨得他欢喜，好开口问他借书。他也终于答应我，我想读书时，可以去他家借。</w:t>
      </w:r>
    </w:p>
    <w:p>
      <w:pPr>
        <w:spacing w:line="360" w:lineRule="auto"/>
        <w:ind w:firstLine="420"/>
        <w:jc w:val="both"/>
        <w:textAlignment w:val="center"/>
        <w:rPr>
          <w:color w:val="000000"/>
        </w:rPr>
      </w:pPr>
      <w:r>
        <w:rPr>
          <w:rFonts w:ascii="楷体" w:hAnsi="楷体" w:eastAsia="楷体" w:cs="楷体"/>
          <w:color w:val="000000"/>
        </w:rPr>
        <w:t>⑦他家住在老街上，很旧的平房，木板门上的铜环都生锈了。屋顶上黛青色的瓦缝里，长着一莲一蓬的狗尾巴草。这样的房子，在我眼里，却如童话中的小城堡，只要打开，里面就会跳出无数的美好来。</w:t>
      </w:r>
    </w:p>
    <w:p>
      <w:pPr>
        <w:spacing w:line="360" w:lineRule="auto"/>
        <w:ind w:firstLine="420"/>
        <w:jc w:val="both"/>
        <w:textAlignment w:val="center"/>
        <w:rPr>
          <w:color w:val="000000"/>
        </w:rPr>
      </w:pPr>
      <w:r>
        <w:rPr>
          <w:rFonts w:ascii="楷体" w:hAnsi="楷体" w:eastAsia="楷体" w:cs="楷体"/>
          <w:color w:val="000000"/>
        </w:rPr>
        <w:t>⑧是四五月吧，他屋门前的一棵泡桐树，开了一树紫色的桐花，小花伞似的，撑着。</w:t>
      </w:r>
      <w:r>
        <w:rPr>
          <w:rFonts w:ascii="楷体" w:hAnsi="楷体" w:eastAsia="楷体" w:cs="楷体"/>
          <w:color w:val="000000"/>
          <w:u w:val="single"/>
        </w:rPr>
        <w:t>【乙】我去借书，看到他在树下坐着，一人，一椅，一本书。读到高兴处，他抚掌大叹，妙啊！</w:t>
      </w:r>
      <w:r>
        <w:rPr>
          <w:rFonts w:ascii="楷体" w:hAnsi="楷体" w:eastAsia="楷体" w:cs="楷体"/>
          <w:color w:val="000000"/>
        </w:rPr>
        <w:t>他孩子气的大叹，让我看到人生还有另一种活法：单纯，洁净，桐花一般地美好着，与书有关。</w:t>
      </w:r>
    </w:p>
    <w:p>
      <w:pPr>
        <w:spacing w:line="360" w:lineRule="auto"/>
        <w:ind w:firstLine="420"/>
        <w:jc w:val="both"/>
        <w:textAlignment w:val="center"/>
        <w:rPr>
          <w:color w:val="000000"/>
        </w:rPr>
      </w:pPr>
      <w:r>
        <w:rPr>
          <w:rFonts w:ascii="楷体" w:hAnsi="楷体" w:eastAsia="楷体" w:cs="楷体"/>
          <w:color w:val="000000"/>
        </w:rPr>
        <w:t>⑨后来，我离开老街，忘了很多的人和事。却常不经意地会想起他：一树的桐花，开得摇摇欲坠，他在树下端坐。如果我的记忆也是一册书，那么，他已成一枚书签，插在这册书里面。</w:t>
      </w:r>
    </w:p>
    <w:p>
      <w:pPr>
        <w:spacing w:line="360" w:lineRule="auto"/>
        <w:ind w:firstLine="420"/>
        <w:jc w:val="both"/>
        <w:textAlignment w:val="center"/>
        <w:rPr>
          <w:color w:val="000000"/>
        </w:rPr>
      </w:pPr>
      <w:r>
        <w:rPr>
          <w:rFonts w:ascii="楷体" w:hAnsi="楷体" w:eastAsia="楷体" w:cs="楷体"/>
          <w:color w:val="000000"/>
        </w:rPr>
        <w:t>⑩而今，我早已拥有了自己的书房，也算实现了当初的梦想——抬头是书，低头还是书。若是外出，不管去哪里，我最喜欢逛的，定是当地的书店和书摊。</w:t>
      </w:r>
    </w:p>
    <w:p>
      <w:pPr>
        <w:spacing w:line="360" w:lineRule="auto"/>
        <w:ind w:firstLine="420"/>
        <w:jc w:val="both"/>
        <w:textAlignment w:val="center"/>
        <w:rPr>
          <w:color w:val="000000"/>
        </w:rPr>
      </w:pPr>
      <w:r>
        <w:rPr>
          <w:color w:val="000000"/>
        </w:rPr>
        <w:t>⑪</w:t>
      </w:r>
      <w:r>
        <w:rPr>
          <w:rFonts w:ascii="楷体" w:hAnsi="楷体" w:eastAsia="楷体" w:cs="楷体"/>
          <w:color w:val="000000"/>
        </w:rPr>
        <w:t>午后时光，太阳暖暖的，风吹得漫漫的，人在阳台上小憩。随便从书架上抽出一本书。摊膝上，风吹哪页读哪页。我常常觉得，如果书也是一朵花，那么，风吹来，随便吹开的一页，那一页，便是盛开的一瓣花。不错，就是这种淡然悠远的人生妙趣。我永无法忘却。</w:t>
      </w:r>
    </w:p>
    <w:p>
      <w:pPr>
        <w:spacing w:line="360" w:lineRule="auto"/>
        <w:ind w:firstLine="420"/>
        <w:jc w:val="both"/>
        <w:textAlignment w:val="center"/>
        <w:rPr>
          <w:color w:val="000000"/>
        </w:rPr>
      </w:pPr>
      <w:r>
        <w:rPr>
          <w:rFonts w:ascii="楷体" w:hAnsi="楷体" w:eastAsia="楷体" w:cs="楷体"/>
          <w:color w:val="000000"/>
        </w:rPr>
        <w:t>⑫人和书，就这样在阳光下，在岁月里紧紧相伴，充满着暖人心扉的脉脉温情。</w:t>
      </w:r>
    </w:p>
    <w:p>
      <w:pPr>
        <w:spacing w:line="360" w:lineRule="auto"/>
        <w:jc w:val="right"/>
        <w:textAlignment w:val="center"/>
        <w:rPr>
          <w:color w:val="000000"/>
        </w:rPr>
      </w:pPr>
      <w:r>
        <w:rPr>
          <w:rFonts w:ascii="宋体" w:hAnsi="宋体" w:eastAsia="宋体" w:cs="宋体"/>
          <w:color w:val="000000"/>
        </w:rPr>
        <w:t>（取材于丁立梅的文章，有删改）</w:t>
      </w:r>
    </w:p>
    <w:p>
      <w:pPr>
        <w:spacing w:line="360" w:lineRule="auto"/>
        <w:jc w:val="left"/>
        <w:textAlignment w:val="center"/>
        <w:rPr>
          <w:color w:val="000000"/>
        </w:rPr>
      </w:pPr>
      <w:r>
        <w:rPr>
          <w:color w:val="000000"/>
        </w:rPr>
        <w:t xml:space="preserve">20. </w:t>
      </w:r>
      <w:r>
        <w:rPr>
          <w:rFonts w:ascii="宋体" w:hAnsi="宋体" w:eastAsia="宋体" w:cs="宋体"/>
          <w:color w:val="000000"/>
        </w:rPr>
        <w:t>“我”的每个人生阶段都有“书香作伴”:小时候，“我”无钱买书，只能</w:t>
      </w:r>
      <w:r>
        <w:rPr>
          <w:rFonts w:ascii="宋体" w:hAnsi="宋体" w:eastAsia="宋体" w:cs="宋体"/>
          <w:color w:val="000000"/>
          <w:u w:val="single"/>
        </w:rPr>
        <w:t>①</w:t>
      </w:r>
      <w:r>
        <w:rPr>
          <w:color w:val="000000"/>
        </w:rPr>
        <w:t>____</w:t>
      </w:r>
      <w:r>
        <w:rPr>
          <w:rFonts w:ascii="宋体" w:hAnsi="宋体" w:eastAsia="宋体" w:cs="宋体"/>
          <w:color w:val="000000"/>
        </w:rPr>
        <w:t>；小学时，常常走夜路到班主任家借书看；高中时，“我”</w:t>
      </w:r>
      <w:r>
        <w:rPr>
          <w:rFonts w:ascii="宋体" w:hAnsi="宋体" w:eastAsia="宋体" w:cs="宋体"/>
          <w:color w:val="000000"/>
          <w:u w:val="single"/>
        </w:rPr>
        <w:t>②</w:t>
      </w:r>
      <w:r>
        <w:rPr>
          <w:color w:val="000000"/>
        </w:rPr>
        <w:t>_____</w:t>
      </w:r>
      <w:r>
        <w:rPr>
          <w:rFonts w:ascii="宋体" w:hAnsi="宋体" w:eastAsia="宋体" w:cs="宋体"/>
          <w:color w:val="000000"/>
        </w:rPr>
        <w:t>，终于能开口问语文老师借书看：而今，有了书房，可以逛书店、书摊，随意看书</w:t>
      </w:r>
    </w:p>
    <w:p>
      <w:pPr>
        <w:spacing w:line="360" w:lineRule="auto"/>
        <w:jc w:val="left"/>
        <w:textAlignment w:val="center"/>
        <w:rPr>
          <w:color w:val="000000"/>
        </w:rPr>
      </w:pPr>
      <w:r>
        <w:rPr>
          <w:color w:val="000000"/>
        </w:rPr>
        <w:t xml:space="preserve">21. </w:t>
      </w:r>
      <w:r>
        <w:rPr>
          <w:rFonts w:ascii="宋体" w:hAnsi="宋体" w:eastAsia="宋体" w:cs="宋体"/>
          <w:color w:val="000000"/>
        </w:rPr>
        <w:t>仔细阅读第③段，并从括号内选择一个最能体现作者当时情感的词语填在横线上，选择准确的一项是（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腾跳出  走</w:t>
      </w:r>
      <w:r>
        <w:rPr>
          <w:color w:val="000000"/>
        </w:rPr>
        <w:tab/>
      </w:r>
      <w:r>
        <w:rPr>
          <w:color w:val="000000"/>
        </w:rPr>
        <w:t xml:space="preserve">B. </w:t>
      </w:r>
      <w:r>
        <w:rPr>
          <w:rFonts w:ascii="宋体" w:hAnsi="宋体" w:eastAsia="宋体" w:cs="宋体"/>
          <w:color w:val="000000"/>
        </w:rPr>
        <w:t>浮现出  走</w:t>
      </w:r>
      <w:r>
        <w:rPr>
          <w:color w:val="000000"/>
        </w:rPr>
        <w:tab/>
      </w:r>
      <w:r>
        <w:rPr>
          <w:color w:val="000000"/>
        </w:rPr>
        <w:t xml:space="preserve">C. </w:t>
      </w:r>
      <w:r>
        <w:rPr>
          <w:rFonts w:ascii="宋体" w:hAnsi="宋体" w:eastAsia="宋体" w:cs="宋体"/>
          <w:color w:val="000000"/>
        </w:rPr>
        <w:t>腾跳出  扑</w:t>
      </w:r>
      <w:r>
        <w:rPr>
          <w:color w:val="000000"/>
        </w:rPr>
        <w:tab/>
      </w:r>
      <w:r>
        <w:rPr>
          <w:color w:val="000000"/>
        </w:rPr>
        <w:t xml:space="preserve">D. </w:t>
      </w:r>
      <w:r>
        <w:rPr>
          <w:rFonts w:ascii="宋体" w:hAnsi="宋体" w:eastAsia="宋体" w:cs="宋体"/>
          <w:color w:val="000000"/>
        </w:rPr>
        <w:t>浮现出  扑</w:t>
      </w:r>
    </w:p>
    <w:p>
      <w:pPr>
        <w:spacing w:line="360" w:lineRule="auto"/>
        <w:jc w:val="left"/>
        <w:textAlignment w:val="center"/>
        <w:rPr>
          <w:color w:val="000000"/>
        </w:rPr>
      </w:pPr>
      <w:r>
        <w:rPr>
          <w:color w:val="000000"/>
        </w:rPr>
        <w:t xml:space="preserve">22. </w:t>
      </w:r>
      <w:r>
        <w:rPr>
          <w:rFonts w:ascii="宋体" w:hAnsi="宋体" w:eastAsia="宋体" w:cs="宋体"/>
          <w:color w:val="000000"/>
        </w:rPr>
        <w:t>结合上下文语境，任选一个句子，说说其妙处所在。</w:t>
      </w:r>
    </w:p>
    <w:p>
      <w:pPr>
        <w:spacing w:line="360" w:lineRule="auto"/>
        <w:jc w:val="both"/>
        <w:textAlignment w:val="center"/>
        <w:rPr>
          <w:color w:val="000000"/>
        </w:rPr>
      </w:pPr>
      <w:r>
        <w:rPr>
          <w:rFonts w:ascii="宋体" w:hAnsi="宋体" w:eastAsia="宋体" w:cs="宋体"/>
          <w:color w:val="000000"/>
        </w:rPr>
        <w:t>【甲】乡村的夜，空旷得无边无际，偶有一声两声狗吠，叫得格外突兀，让人心惊肉跳。</w:t>
      </w:r>
    </w:p>
    <w:p>
      <w:pPr>
        <w:spacing w:line="360" w:lineRule="auto"/>
        <w:jc w:val="both"/>
        <w:textAlignment w:val="center"/>
        <w:rPr>
          <w:color w:val="000000"/>
        </w:rPr>
      </w:pPr>
      <w:r>
        <w:rPr>
          <w:rFonts w:ascii="宋体" w:hAnsi="宋体" w:eastAsia="宋体" w:cs="宋体"/>
          <w:color w:val="000000"/>
        </w:rPr>
        <w:t>【乙】我去借书，看到他在树下坐着，一人，一椅，一本书。读到高兴处，他抚掌大叹，妙啊！</w:t>
      </w:r>
    </w:p>
    <w:p>
      <w:pPr>
        <w:spacing w:line="360" w:lineRule="auto"/>
        <w:jc w:val="left"/>
        <w:textAlignment w:val="center"/>
        <w:rPr>
          <w:color w:val="000000"/>
        </w:rPr>
      </w:pPr>
      <w:r>
        <w:rPr>
          <w:color w:val="000000"/>
        </w:rPr>
        <w:t xml:space="preserve">23. </w:t>
      </w:r>
      <w:r>
        <w:rPr>
          <w:rFonts w:ascii="宋体" w:hAnsi="宋体" w:eastAsia="宋体" w:cs="宋体"/>
          <w:color w:val="000000"/>
        </w:rPr>
        <w:t>作者在结尾段中说：“人和书，就这样在阳光下，在岁月里紧紧相伴，充满着暖人心扉的脉脉温情。”请结合作者的读书经历，谈谈你对这句话的理解。</w:t>
      </w:r>
    </w:p>
    <w:p>
      <w:pPr>
        <w:spacing w:line="360" w:lineRule="auto"/>
        <w:textAlignment w:val="center"/>
        <w:rPr>
          <w:color w:val="000000"/>
        </w:rPr>
      </w:pPr>
      <w:r>
        <w:rPr>
          <w:color w:val="2E75B6"/>
        </w:rPr>
        <w:t>【答案】</w:t>
      </w:r>
      <w:r>
        <w:rPr>
          <w:color w:val="000000"/>
        </w:rPr>
        <w:t xml:space="preserve">20.     ①. </w:t>
      </w:r>
      <w:r>
        <w:rPr>
          <w:rFonts w:ascii="宋体" w:hAnsi="宋体" w:eastAsia="宋体" w:cs="宋体"/>
          <w:color w:val="000000"/>
        </w:rPr>
        <w:t>只能到老街上小人书摊租书看；</w:t>
      </w:r>
      <w:r>
        <w:rPr>
          <w:color w:val="000000"/>
        </w:rPr>
        <w:t xml:space="preserve">    ②. </w:t>
      </w:r>
      <w:r>
        <w:rPr>
          <w:rFonts w:ascii="宋体" w:hAnsi="宋体" w:eastAsia="宋体" w:cs="宋体"/>
          <w:color w:val="000000"/>
        </w:rPr>
        <w:t>学好语文</w:t>
      </w:r>
      <w:r>
        <w:rPr>
          <w:color w:val="000000"/>
        </w:rPr>
        <w:t xml:space="preserve">    21. C    </w:t>
      </w:r>
    </w:p>
    <w:p>
      <w:pPr>
        <w:spacing w:line="360" w:lineRule="auto"/>
        <w:textAlignment w:val="center"/>
        <w:rPr>
          <w:color w:val="000000"/>
        </w:rPr>
      </w:pPr>
      <w:r>
        <w:rPr>
          <w:color w:val="000000"/>
        </w:rPr>
        <w:t xml:space="preserve">22. </w:t>
      </w:r>
      <w:r>
        <w:rPr>
          <w:rFonts w:ascii="宋体" w:hAnsi="宋体" w:eastAsia="宋体" w:cs="宋体"/>
          <w:color w:val="000000"/>
        </w:rPr>
        <w:t>甲:运用了环境描写、心理描写。写出了夜的空旷宁静、以及带给"我"的少许恐惧感和孤独感，衬托出"我"对书的渴望和借到书的幸福感。</w:t>
      </w:r>
      <w:r>
        <w:rPr>
          <w:color w:val="000000"/>
        </w:rPr>
        <w:t xml:space="preserve">    </w:t>
      </w:r>
    </w:p>
    <w:p>
      <w:pPr>
        <w:spacing w:line="360" w:lineRule="auto"/>
        <w:textAlignment w:val="center"/>
        <w:rPr>
          <w:color w:val="000000"/>
        </w:rPr>
      </w:pPr>
      <w:r>
        <w:rPr>
          <w:color w:val="000000"/>
        </w:rPr>
        <w:t xml:space="preserve">23. </w:t>
      </w:r>
      <w:r>
        <w:rPr>
          <w:rFonts w:ascii="宋体" w:hAnsi="宋体" w:eastAsia="宋体" w:cs="宋体"/>
          <w:color w:val="000000"/>
        </w:rPr>
        <w:t>参考示例1:读书带给人的感觉是温暖的作者在小学时自己一个人走夜路都内心充满幸福，书带给她了温暖的感觉。我自己在读书的过程中，常常觉得温暖，非常喜欢这样的感受。</w:t>
      </w:r>
    </w:p>
    <w:p>
      <w:pPr>
        <w:spacing w:before="105" w:line="360" w:lineRule="auto"/>
        <w:jc w:val="both"/>
        <w:textAlignment w:val="center"/>
        <w:rPr>
          <w:color w:val="000000"/>
        </w:rPr>
      </w:pPr>
      <w:r>
        <w:rPr>
          <w:rFonts w:ascii="宋体" w:hAnsi="宋体" w:eastAsia="宋体" w:cs="宋体"/>
          <w:color w:val="000000"/>
        </w:rPr>
        <w:t>参考示例2:这句话是说，有书为伴的日子会给人很安静的感觉。如在文中作者读小学时，一个人走夜路去借书，正是有了书的相伴，所以作者才能感觉到安静。我自己在读书的过程中，常常沉浸在书的氛围里，觉得整个世界都是安静的。这种感觉特别美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【20题详解】</w:t>
      </w:r>
    </w:p>
    <w:p>
      <w:pPr>
        <w:spacing w:line="360" w:lineRule="auto"/>
        <w:jc w:val="left"/>
        <w:textAlignment w:val="center"/>
        <w:rPr>
          <w:color w:val="000000"/>
        </w:rPr>
      </w:pPr>
      <w:r>
        <w:rPr>
          <w:color w:val="000000"/>
        </w:rPr>
        <w:t>本题考查</w:t>
      </w:r>
      <w:r>
        <w:rPr>
          <w:rFonts w:ascii="宋体" w:hAnsi="宋体" w:eastAsia="宋体" w:cs="宋体"/>
          <w:color w:val="000000"/>
        </w:rPr>
        <w:t>提炼信息。</w:t>
      </w:r>
    </w:p>
    <w:p>
      <w:pPr>
        <w:spacing w:line="360" w:lineRule="auto"/>
        <w:jc w:val="left"/>
        <w:textAlignment w:val="center"/>
        <w:rPr>
          <w:color w:val="000000"/>
        </w:rPr>
      </w:pPr>
      <w:r>
        <w:rPr>
          <w:rFonts w:ascii="宋体" w:hAnsi="宋体" w:eastAsia="宋体" w:cs="宋体"/>
          <w:color w:val="000000"/>
        </w:rPr>
        <w:t>第一空：根据第③段中的“小人书是一个中年男人的，他把书摊摆在某棵大树下，或是巷道的拐角处”“蹲在那里，租了书看，直看到暮色四合，用尽身上最后一枚硬币”可得：只能到老街上小人书摊租书看；</w:t>
      </w:r>
    </w:p>
    <w:p>
      <w:pPr>
        <w:spacing w:line="360" w:lineRule="auto"/>
        <w:jc w:val="left"/>
        <w:textAlignment w:val="center"/>
        <w:rPr>
          <w:color w:val="000000"/>
        </w:rPr>
      </w:pPr>
      <w:r>
        <w:rPr>
          <w:rFonts w:ascii="宋体" w:hAnsi="宋体" w:eastAsia="宋体" w:cs="宋体"/>
          <w:color w:val="000000"/>
        </w:rPr>
        <w:t>第二空：根据第⑥段中的“我憋足了劲学好语文，只为讨得他欢喜”可得：学好语文。</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本题考查词语运用。</w:t>
      </w:r>
    </w:p>
    <w:p>
      <w:pPr>
        <w:spacing w:line="360" w:lineRule="auto"/>
        <w:jc w:val="left"/>
        <w:textAlignment w:val="center"/>
        <w:rPr>
          <w:color w:val="000000"/>
        </w:rPr>
      </w:pPr>
      <w:r>
        <w:rPr>
          <w:color w:val="000000"/>
        </w:rPr>
        <w:t>第一</w:t>
      </w:r>
      <w:r>
        <w:rPr>
          <w:rFonts w:ascii="宋体" w:hAnsi="宋体" w:eastAsia="宋体" w:cs="宋体"/>
          <w:color w:val="000000"/>
        </w:rPr>
        <w:t>空：腾跳：奔腾跳跃。浮现：过去的印象重新在脑子里显现。用“腾跃”更能体现了此时我内心的欢喜来得突然强烈。</w:t>
      </w:r>
    </w:p>
    <w:p>
      <w:pPr>
        <w:spacing w:line="360" w:lineRule="auto"/>
        <w:jc w:val="left"/>
        <w:textAlignment w:val="center"/>
        <w:rPr>
          <w:color w:val="000000"/>
        </w:rPr>
      </w:pPr>
      <w:r>
        <w:rPr>
          <w:rFonts w:ascii="宋体" w:hAnsi="宋体" w:eastAsia="宋体" w:cs="宋体"/>
          <w:color w:val="000000"/>
        </w:rPr>
        <w:t>第二空：相对于“走”来说，“扑”更能表现出我内心想要看书急切。</w:t>
      </w:r>
    </w:p>
    <w:p>
      <w:pPr>
        <w:spacing w:line="360" w:lineRule="auto"/>
        <w:jc w:val="left"/>
        <w:textAlignment w:val="center"/>
        <w:rPr>
          <w:color w:val="000000"/>
        </w:rPr>
      </w:pPr>
      <w:r>
        <w:rPr>
          <w:rFonts w:ascii="宋体" w:hAnsi="宋体" w:eastAsia="宋体" w:cs="宋体"/>
          <w:color w:val="000000"/>
        </w:rPr>
        <w:t>故选C。</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本题考</w:t>
      </w:r>
      <w:r>
        <w:rPr>
          <w:rFonts w:ascii="宋体" w:hAnsi="宋体" w:eastAsia="宋体" w:cs="宋体"/>
          <w:color w:val="000000"/>
        </w:rPr>
        <w:t>查语句赏析。</w:t>
      </w:r>
    </w:p>
    <w:p>
      <w:pPr>
        <w:spacing w:line="360" w:lineRule="auto"/>
        <w:jc w:val="left"/>
        <w:textAlignment w:val="center"/>
        <w:rPr>
          <w:color w:val="000000"/>
        </w:rPr>
      </w:pPr>
      <w:r>
        <w:rPr>
          <w:rFonts w:ascii="宋体" w:hAnsi="宋体" w:eastAsia="宋体" w:cs="宋体"/>
          <w:color w:val="000000"/>
        </w:rPr>
        <w:t>甲：句中的“乡村的夜，空旷得无边无际，偶有一声两声狗吠，叫得格外突兀”是环境描写。“让人心惊肉跳”是心理描写。环境描写乡村的夜的空旷和宁静。心理描写表现了这种环境带给我的恐惧与孤独。联系后段中的“多年后，我想起那些夜晚，还觉得幸福”可知，烘托出我对读书的渴望和借到书后的幸福感。</w:t>
      </w:r>
    </w:p>
    <w:p>
      <w:pPr>
        <w:spacing w:line="360" w:lineRule="auto"/>
        <w:jc w:val="left"/>
        <w:textAlignment w:val="center"/>
        <w:rPr>
          <w:color w:val="000000"/>
        </w:rPr>
      </w:pPr>
      <w:r>
        <w:rPr>
          <w:rFonts w:ascii="宋体" w:hAnsi="宋体" w:eastAsia="宋体" w:cs="宋体"/>
          <w:color w:val="000000"/>
        </w:rPr>
        <w:t>乙：这句话是对老师读书时的动作描写。生动形象地再现了老师在树下读书的场景，表现了老师对于读书的痴迷。</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本题考查语句理解</w:t>
      </w:r>
      <w:r>
        <w:rPr>
          <w:rFonts w:ascii="宋体" w:hAnsi="宋体" w:eastAsia="宋体" w:cs="宋体"/>
          <w:color w:val="000000"/>
        </w:rPr>
        <w:t>和阅读启示，开放类试题，言之成理即可。</w:t>
      </w:r>
    </w:p>
    <w:p>
      <w:pPr>
        <w:spacing w:line="360" w:lineRule="auto"/>
        <w:jc w:val="left"/>
        <w:textAlignment w:val="center"/>
        <w:rPr>
          <w:color w:val="000000"/>
        </w:rPr>
      </w:pPr>
      <w:r>
        <w:rPr>
          <w:rFonts w:ascii="宋体" w:hAnsi="宋体" w:eastAsia="宋体" w:cs="宋体"/>
          <w:color w:val="000000"/>
        </w:rPr>
        <w:t>示例：联系第④段中的“我看着白己小小的影子，在月下行走，像一枚飘着的叶，内心却被一种幸福，填得满满的。新借得的书，安静在我的怀里，温良、敦厚，让我有满怀的欢喜”可知，读书带给了作者幸福和温暖的感觉。我在自己读书的过程中也感受到了幸福。因为我从书中领悟到了不一样的人生，感受到人性的真纯。</w:t>
      </w:r>
    </w:p>
    <w:p>
      <w:pPr>
        <w:pStyle w:val="Heading3"/>
      </w:pPr>
      <w:r>
        <w:t>第六十六中学</w:t>
      </w:r>
    </w:p>
    <w:p>
      <w:pPr>
        <w:spacing w:line="360" w:lineRule="auto"/>
        <w:jc w:val="left"/>
        <w:textAlignment w:val="center"/>
        <w:rPr>
          <w:color w:val="000000"/>
        </w:rPr>
      </w:pPr>
      <w:r>
        <w:rPr>
          <w:rFonts w:ascii="宋体" w:hAnsi="宋体" w:eastAsia="宋体" w:cs="宋体"/>
          <w:b/>
          <w:color w:val="000000"/>
          <w:sz w:val="24"/>
        </w:rPr>
        <w:t>四、现代文阅读（共15分）</w:t>
      </w:r>
    </w:p>
    <w:p>
      <w:pPr>
        <w:spacing w:line="360" w:lineRule="auto"/>
        <w:jc w:val="left"/>
        <w:textAlignment w:val="center"/>
        <w:rPr>
          <w:color w:val="000000"/>
        </w:rPr>
      </w:pPr>
      <w:r>
        <w:rPr>
          <w:rFonts w:ascii="宋体" w:hAnsi="宋体" w:eastAsia="宋体" w:cs="宋体"/>
          <w:color w:val="000000"/>
        </w:rPr>
        <w:t>阅读《济南的秋天》，完成小题。</w:t>
      </w:r>
    </w:p>
    <w:p>
      <w:pPr>
        <w:spacing w:line="360" w:lineRule="auto"/>
        <w:jc w:val="center"/>
        <w:textAlignment w:val="center"/>
        <w:rPr>
          <w:color w:val="000000"/>
        </w:rPr>
      </w:pPr>
      <w:r>
        <w:rPr>
          <w:rFonts w:ascii="楷体" w:hAnsi="楷体" w:eastAsia="楷体" w:cs="楷体"/>
          <w:color w:val="000000"/>
        </w:rPr>
        <w:t>济南的秋天</w:t>
      </w:r>
    </w:p>
    <w:p>
      <w:pPr>
        <w:spacing w:line="360" w:lineRule="auto"/>
        <w:jc w:val="center"/>
        <w:textAlignment w:val="center"/>
        <w:rPr>
          <w:color w:val="000000"/>
        </w:rPr>
      </w:pPr>
      <w:r>
        <w:rPr>
          <w:rFonts w:ascii="楷体" w:hAnsi="楷体" w:eastAsia="楷体" w:cs="楷体"/>
          <w:color w:val="000000"/>
        </w:rPr>
        <w:t>老舍</w:t>
      </w:r>
    </w:p>
    <w:p>
      <w:pPr>
        <w:spacing w:line="360" w:lineRule="auto"/>
        <w:ind w:firstLine="420"/>
        <w:jc w:val="left"/>
        <w:textAlignment w:val="center"/>
        <w:rPr>
          <w:color w:val="000000"/>
        </w:rPr>
      </w:pPr>
      <w:r>
        <w:rPr>
          <w:rFonts w:ascii="楷体" w:hAnsi="楷体" w:eastAsia="楷体" w:cs="楷体"/>
          <w:color w:val="000000"/>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pPr>
        <w:spacing w:line="360" w:lineRule="auto"/>
        <w:ind w:firstLine="420"/>
        <w:jc w:val="left"/>
        <w:textAlignment w:val="center"/>
        <w:rPr>
          <w:color w:val="000000"/>
        </w:rPr>
      </w:pPr>
      <w:r>
        <w:rPr>
          <w:rFonts w:ascii="楷体" w:hAnsi="楷体" w:eastAsia="楷体" w:cs="楷体"/>
          <w:color w:val="000000"/>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pPr>
        <w:spacing w:line="360" w:lineRule="auto"/>
        <w:ind w:firstLine="420"/>
        <w:jc w:val="left"/>
        <w:textAlignment w:val="center"/>
        <w:rPr>
          <w:color w:val="000000"/>
        </w:rPr>
      </w:pPr>
      <w:r>
        <w:rPr>
          <w:rFonts w:ascii="楷体" w:hAnsi="楷体" w:eastAsia="楷体" w:cs="楷体"/>
          <w:color w:val="000000"/>
        </w:rPr>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楷体" w:hAnsi="楷体" w:eastAsia="楷体" w:cs="楷体"/>
          <w:color w:val="000000"/>
          <w:u w:val="single"/>
        </w:rPr>
        <w:t>忽然黄色更真了一些，忽然又暗了一些，忽然像有层看不见的薄雾在那儿流动，忽然像有股细风替“自然”调合着彩色，轻轻的抹上一层各色俱全而全是淡美的色道儿</w:t>
      </w:r>
      <w:r>
        <w:rPr>
          <w:rFonts w:ascii="楷体" w:hAnsi="楷体" w:eastAsia="楷体" w:cs="楷体"/>
          <w:color w:val="000000"/>
        </w:rPr>
        <w:t>。有这样的山，再配上那蓝的天，晴暖的阳光；蓝得像要由蓝变绿了，可又没完全绿了；晴暖得要发燥了，可是有点凉风，正像诗一样的温柔；这便是济南的秋。</w:t>
      </w:r>
    </w:p>
    <w:p>
      <w:pPr>
        <w:spacing w:line="360" w:lineRule="auto"/>
        <w:ind w:firstLine="420"/>
        <w:jc w:val="left"/>
        <w:textAlignment w:val="center"/>
        <w:rPr>
          <w:color w:val="000000"/>
        </w:rPr>
      </w:pPr>
      <w:r>
        <w:rPr>
          <w:rFonts w:ascii="楷体" w:hAnsi="楷体" w:eastAsia="楷体" w:cs="楷体"/>
          <w:color w:val="000000"/>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pPr>
        <w:spacing w:line="360" w:lineRule="auto"/>
        <w:ind w:firstLine="420"/>
        <w:jc w:val="left"/>
        <w:textAlignment w:val="center"/>
        <w:rPr>
          <w:color w:val="000000"/>
        </w:rPr>
      </w:pPr>
      <w:r>
        <w:rPr>
          <w:rFonts w:ascii="楷体" w:hAnsi="楷体" w:eastAsia="楷体" w:cs="楷体"/>
          <w:color w:val="000000"/>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pPr>
        <w:spacing w:line="360" w:lineRule="auto"/>
        <w:jc w:val="left"/>
        <w:textAlignment w:val="center"/>
        <w:rPr>
          <w:color w:val="000000"/>
        </w:rPr>
      </w:pPr>
      <w:r>
        <w:rPr>
          <w:color w:val="000000"/>
        </w:rPr>
        <w:t xml:space="preserve">17. </w:t>
      </w:r>
      <w:r>
        <w:rPr>
          <w:rFonts w:ascii="宋体" w:hAnsi="宋体" w:eastAsia="宋体" w:cs="宋体"/>
          <w:color w:val="000000"/>
        </w:rPr>
        <w:t>阅读全文，用一句话概括作者笔下济南秋天的特点。</w:t>
      </w:r>
    </w:p>
    <w:p>
      <w:pPr>
        <w:spacing w:line="360" w:lineRule="auto"/>
        <w:jc w:val="left"/>
        <w:textAlignment w:val="center"/>
        <w:rPr>
          <w:color w:val="000000"/>
        </w:rPr>
      </w:pPr>
      <w:r>
        <w:rPr>
          <w:color w:val="000000"/>
        </w:rPr>
        <w:t xml:space="preserve">18. </w:t>
      </w:r>
      <w:r>
        <w:rPr>
          <w:rFonts w:ascii="宋体" w:hAnsi="宋体" w:eastAsia="宋体" w:cs="宋体"/>
          <w:color w:val="000000"/>
        </w:rPr>
        <w:t>在朗读第③段中的画线句时，有同学认为四个“忽然”都应该重读，你是否同意，请简要说明理由。</w:t>
      </w:r>
    </w:p>
    <w:p>
      <w:pPr>
        <w:spacing w:line="360" w:lineRule="auto"/>
        <w:jc w:val="left"/>
        <w:textAlignment w:val="center"/>
        <w:rPr>
          <w:color w:val="000000"/>
        </w:rPr>
      </w:pPr>
      <w:r>
        <w:rPr>
          <w:color w:val="000000"/>
        </w:rPr>
        <w:t xml:space="preserve">19. </w:t>
      </w:r>
      <w:r>
        <w:rPr>
          <w:rFonts w:ascii="宋体" w:hAnsi="宋体" w:eastAsia="宋体" w:cs="宋体"/>
          <w:color w:val="000000"/>
        </w:rPr>
        <w:t>根据本文第④段及下面材料，在后面文段中的横线上填写恰当的内容。</w:t>
      </w:r>
    </w:p>
    <w:p>
      <w:pPr>
        <w:spacing w:line="360" w:lineRule="auto"/>
        <w:ind w:firstLine="420"/>
        <w:jc w:val="left"/>
        <w:textAlignment w:val="center"/>
        <w:rPr>
          <w:color w:val="000000"/>
        </w:rPr>
      </w:pPr>
      <w:r>
        <w:rPr>
          <w:rFonts w:ascii="楷体" w:hAnsi="楷体" w:eastAsia="楷体" w:cs="楷体"/>
          <w:color w:val="000000"/>
        </w:rPr>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pPr>
        <w:spacing w:line="360" w:lineRule="auto"/>
        <w:jc w:val="left"/>
        <w:textAlignment w:val="center"/>
        <w:rPr>
          <w:color w:val="000000"/>
        </w:rPr>
      </w:pPr>
      <w:r>
        <w:rPr>
          <w:rFonts w:ascii="宋体" w:hAnsi="宋体" w:eastAsia="宋体" w:cs="宋体"/>
          <w:color w:val="000000"/>
        </w:rPr>
        <w:t>两段文字都是写济南的水，从</w:t>
      </w:r>
      <w:r>
        <w:rPr>
          <w:rFonts w:ascii="宋体" w:hAnsi="宋体" w:eastAsia="宋体" w:cs="宋体"/>
          <w:color w:val="000000"/>
          <w:em w:val="dot"/>
        </w:rPr>
        <w:t>时令</w:t>
      </w:r>
      <w:r>
        <w:rPr>
          <w:rFonts w:ascii="宋体" w:hAnsi="宋体" w:eastAsia="宋体" w:cs="宋体"/>
          <w:color w:val="000000"/>
        </w:rPr>
        <w:t>上看，第④段写的是</w:t>
      </w:r>
      <w:r>
        <w:rPr>
          <w:color w:val="000000"/>
        </w:rPr>
        <w:t>______</w:t>
      </w:r>
      <w:r>
        <w:rPr>
          <w:rFonts w:ascii="宋体" w:hAnsi="宋体" w:eastAsia="宋体" w:cs="宋体"/>
          <w:color w:val="000000"/>
        </w:rPr>
        <w:t>的水，材料写的是</w:t>
      </w:r>
      <w:r>
        <w:rPr>
          <w:color w:val="000000"/>
        </w:rPr>
        <w:t>_______</w:t>
      </w:r>
      <w:r>
        <w:rPr>
          <w:rFonts w:ascii="宋体" w:hAnsi="宋体" w:eastAsia="宋体" w:cs="宋体"/>
          <w:color w:val="000000"/>
        </w:rPr>
        <w:t>的水。两段文字突出水的共同特点是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17. 济南的秋天是诗境的。    </w:t>
      </w:r>
    </w:p>
    <w:p>
      <w:pPr>
        <w:spacing w:line="360" w:lineRule="auto"/>
        <w:textAlignment w:val="center"/>
        <w:rPr>
          <w:color w:val="000000"/>
        </w:rPr>
      </w:pPr>
      <w:r>
        <w:rPr>
          <w:color w:val="000000"/>
        </w:rPr>
        <w:t xml:space="preserve">18. 都应该重读，因为高音与低音变化进行重读，可以更好突出济南秋天山色的各色俱全又变化多样的特点，渲染气氛，感染读者。    </w:t>
      </w:r>
    </w:p>
    <w:p>
      <w:pPr>
        <w:spacing w:line="360" w:lineRule="auto"/>
        <w:textAlignment w:val="center"/>
        <w:rPr>
          <w:color w:val="000000"/>
        </w:rPr>
      </w:pPr>
      <w:r>
        <w:rPr>
          <w:color w:val="000000"/>
        </w:rPr>
        <w:t>19.     ①. 秋天     ②. 冬天    ③. 绿</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color w:val="000000"/>
        </w:rPr>
        <w:t>本题考查提</w:t>
      </w:r>
      <w:r>
        <w:rPr>
          <w:rFonts w:ascii="宋体" w:hAnsi="宋体" w:eastAsia="宋体" w:cs="宋体"/>
          <w:color w:val="000000"/>
        </w:rPr>
        <w:t>炼信息。</w:t>
      </w:r>
    </w:p>
    <w:p>
      <w:pPr>
        <w:spacing w:line="360" w:lineRule="auto"/>
        <w:jc w:val="left"/>
        <w:textAlignment w:val="center"/>
        <w:rPr>
          <w:color w:val="000000"/>
        </w:rPr>
      </w:pPr>
      <w:r>
        <w:rPr>
          <w:rFonts w:ascii="宋体" w:hAnsi="宋体" w:eastAsia="宋体" w:cs="宋体"/>
          <w:color w:val="000000"/>
        </w:rPr>
        <w:t>首段起到了总领全文的作用，根据首段中的“济南的秋天是诗境的”可知，作者笔下济南秋天的特点是：济南的秋天是诗境的。</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本题考查语句赏析。</w:t>
      </w:r>
    </w:p>
    <w:p>
      <w:pPr>
        <w:spacing w:line="360" w:lineRule="auto"/>
        <w:jc w:val="left"/>
        <w:textAlignment w:val="center"/>
        <w:rPr>
          <w:color w:val="000000"/>
        </w:rPr>
      </w:pPr>
      <w:r>
        <w:rPr>
          <w:color w:val="000000"/>
        </w:rPr>
        <w:t>联系画</w:t>
      </w:r>
      <w:r>
        <w:rPr>
          <w:rFonts w:ascii="宋体" w:hAnsi="宋体" w:eastAsia="宋体" w:cs="宋体"/>
          <w:color w:val="000000"/>
        </w:rPr>
        <w:t>线句中的“山腰中的颜色是永远在那儿变动，特别是在秋天，那阳光能够忽然清凉一会儿，忽然又温暖一会儿，这个变动并不激烈，可是山上的颜色觉得出这个变化，而立刻随着变换”可知，四个“忽然”表现了济南秋天山上颜色的变化。各色俱全，又富于变化。四个“忽然”重读，能体现出这种颜色的变化，突出山色变化多端的特点，起到渲染气氛，感染读者的作用。故应重读。</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本题考查比</w:t>
      </w:r>
      <w:r>
        <w:rPr>
          <w:rFonts w:ascii="宋体" w:hAnsi="宋体" w:eastAsia="宋体" w:cs="宋体"/>
          <w:color w:val="000000"/>
        </w:rPr>
        <w:t>较阅读。</w:t>
      </w:r>
    </w:p>
    <w:p>
      <w:pPr>
        <w:spacing w:line="360" w:lineRule="auto"/>
        <w:jc w:val="left"/>
        <w:textAlignment w:val="center"/>
        <w:rPr>
          <w:color w:val="000000"/>
        </w:rPr>
      </w:pPr>
      <w:r>
        <w:rPr>
          <w:rFonts w:ascii="宋体" w:hAnsi="宋体" w:eastAsia="宋体" w:cs="宋体"/>
          <w:color w:val="000000"/>
        </w:rPr>
        <w:t>根据本文第④段中的“可是看水，是要看秋水的”可知，本段写的秋天的水。根据材料中的“那水呢，不但不结冰，反倒在绿萍上冒着点儿热气”可知，材料写的是冬天的水。</w:t>
      </w:r>
    </w:p>
    <w:p>
      <w:pPr>
        <w:spacing w:line="360" w:lineRule="auto"/>
        <w:jc w:val="left"/>
        <w:textAlignment w:val="center"/>
        <w:rPr>
          <w:color w:val="000000"/>
        </w:rPr>
      </w:pPr>
      <w:r>
        <w:rPr>
          <w:rFonts w:ascii="宋体" w:hAnsi="宋体" w:eastAsia="宋体" w:cs="宋体"/>
          <w:color w:val="000000"/>
        </w:rPr>
        <w:t>根据本文第④段中的“只说水中的绿藻吧。那份儿绿色，除了上帝心中的绿色，恐怕没有别的东西能比拟的”和材料中的“水藻真绿，把终年贮蓄的绿色全拿出来了”可知，两段文字突出水的共同特点是绿。</w:t>
      </w:r>
    </w:p>
    <w:p>
      <w:pPr>
        <w:spacing w:line="360" w:lineRule="auto"/>
        <w:jc w:val="left"/>
        <w:textAlignment w:val="center"/>
        <w:rPr>
          <w:color w:val="000000"/>
        </w:rPr>
      </w:pPr>
      <w:r>
        <w:rPr>
          <w:rFonts w:ascii="宋体" w:hAnsi="宋体" w:eastAsia="宋体" w:cs="宋体"/>
          <w:color w:val="000000"/>
        </w:rPr>
        <w:t>阅读《你远走高飞，我原路返回》，完成小题。</w:t>
      </w:r>
    </w:p>
    <w:p>
      <w:pPr>
        <w:spacing w:line="360" w:lineRule="auto"/>
        <w:jc w:val="center"/>
        <w:textAlignment w:val="center"/>
        <w:rPr>
          <w:color w:val="000000"/>
        </w:rPr>
      </w:pPr>
      <w:r>
        <w:rPr>
          <w:rFonts w:ascii="楷体" w:hAnsi="楷体" w:eastAsia="楷体" w:cs="楷体"/>
          <w:color w:val="000000"/>
        </w:rPr>
        <w:t>你远走高飞，我原路返回</w:t>
      </w:r>
    </w:p>
    <w:p>
      <w:pPr>
        <w:spacing w:line="360" w:lineRule="auto"/>
        <w:jc w:val="center"/>
        <w:textAlignment w:val="center"/>
        <w:rPr>
          <w:color w:val="000000"/>
        </w:rPr>
      </w:pPr>
      <w:r>
        <w:rPr>
          <w:rFonts w:ascii="楷体" w:hAnsi="楷体" w:eastAsia="楷体" w:cs="楷体"/>
          <w:color w:val="000000"/>
        </w:rPr>
        <w:t>赵玙</w:t>
      </w:r>
    </w:p>
    <w:p>
      <w:pPr>
        <w:spacing w:line="360" w:lineRule="auto"/>
        <w:ind w:firstLine="420"/>
        <w:jc w:val="left"/>
        <w:textAlignment w:val="center"/>
        <w:rPr>
          <w:color w:val="000000"/>
        </w:rPr>
      </w:pPr>
      <w:r>
        <w:rPr>
          <w:rFonts w:ascii="楷体" w:hAnsi="楷体" w:eastAsia="楷体" w:cs="楷体"/>
          <w:color w:val="000000"/>
        </w:rPr>
        <w:t>①“你远走高飞，我原路返回。”离别的时刻，班主任为我们写下了这样一行板书。与学生的雀跃相比，老师的背影是落寞的，然而老师又是幸福的。</w:t>
      </w:r>
    </w:p>
    <w:p>
      <w:pPr>
        <w:spacing w:line="360" w:lineRule="auto"/>
        <w:ind w:firstLine="420"/>
        <w:jc w:val="left"/>
        <w:textAlignment w:val="center"/>
        <w:rPr>
          <w:color w:val="000000"/>
        </w:rPr>
      </w:pPr>
      <w:r>
        <w:rPr>
          <w:rFonts w:ascii="楷体" w:hAnsi="楷体" w:eastAsia="楷体" w:cs="楷体"/>
          <w:color w:val="000000"/>
        </w:rPr>
        <w:t>②对于一个幸运的人来说，冥冥之中，总会有那么一两个人，出现在你生命中的某段路上，或许是不经意间，将你从沉沉暮霭中引向一处明媚之地。</w:t>
      </w:r>
    </w:p>
    <w:p>
      <w:pPr>
        <w:spacing w:line="360" w:lineRule="auto"/>
        <w:ind w:firstLine="420"/>
        <w:jc w:val="left"/>
        <w:textAlignment w:val="center"/>
        <w:rPr>
          <w:color w:val="000000"/>
        </w:rPr>
      </w:pPr>
      <w:r>
        <w:rPr>
          <w:rFonts w:ascii="楷体" w:hAnsi="楷体" w:eastAsia="楷体" w:cs="楷体"/>
          <w:color w:val="000000"/>
        </w:rPr>
        <w:t>③新生报到那天，我第一次见到了我们的班主任陈新民。作为老师，我们的班主任显然是“非主流”的。他三十几岁，穿着考究，一身烟草味，声音有些沙哑，许是烟抽多了的缘故。后来发现他的坐骑是当时最时髦的摩托</w:t>
      </w:r>
      <w:r>
        <w:rPr>
          <w:rFonts w:ascii="Times New Roman" w:hAnsi="Times New Roman" w:eastAsia="Times New Roman" w:cs="Times New Roman"/>
          <w:color w:val="000000"/>
        </w:rPr>
        <w:t>——</w:t>
      </w:r>
      <w:r>
        <w:rPr>
          <w:rFonts w:ascii="楷体" w:hAnsi="楷体" w:eastAsia="楷体" w:cs="楷体"/>
          <w:color w:val="000000"/>
        </w:rPr>
        <w:t>“太子车”，车型流线，极其拉风。</w:t>
      </w:r>
    </w:p>
    <w:p>
      <w:pPr>
        <w:spacing w:line="360" w:lineRule="auto"/>
        <w:ind w:firstLine="420"/>
        <w:jc w:val="left"/>
        <w:textAlignment w:val="center"/>
        <w:rPr>
          <w:color w:val="000000"/>
        </w:rPr>
      </w:pPr>
      <w:r>
        <w:rPr>
          <w:rFonts w:ascii="楷体" w:hAnsi="楷体" w:eastAsia="楷体" w:cs="楷体"/>
          <w:color w:val="000000"/>
        </w:rPr>
        <w:t>④许是因入学资料特长那一栏填了“手风琴”，就在报到的那一天，班主任委任我为班级文艺委员。我天生个头矮小、内敛少言，在这所学霸如云的重点高中成绩也不算出众。文艺委员的首个任务是在军训期间指导并指挥全班合唱，【甲】</w:t>
      </w:r>
      <w:r>
        <w:rPr>
          <w:rFonts w:ascii="楷体" w:hAnsi="楷体" w:eastAsia="楷体" w:cs="楷体"/>
          <w:color w:val="000000"/>
          <w:u w:val="single"/>
        </w:rPr>
        <w:t>可以想象我是如何压抑住内心的惊涛骇浪，站在全班甚至全年级面前的</w:t>
      </w:r>
      <w:r>
        <w:rPr>
          <w:rFonts w:ascii="楷体" w:hAnsi="楷体" w:eastAsia="楷体" w:cs="楷体"/>
          <w:color w:val="000000"/>
        </w:rPr>
        <w:t>，</w:t>
      </w:r>
      <w:r>
        <w:rPr>
          <w:rFonts w:ascii="楷体" w:hAnsi="楷体" w:eastAsia="楷体" w:cs="楷体"/>
          <w:color w:val="000000"/>
          <w:em w:val="dot"/>
        </w:rPr>
        <w:t>惶惶然</w:t>
      </w:r>
      <w:r>
        <w:rPr>
          <w:rFonts w:ascii="楷体" w:hAnsi="楷体" w:eastAsia="楷体" w:cs="楷体"/>
          <w:color w:val="000000"/>
          <w:u w:val="single"/>
        </w:rPr>
        <w:t>而又</w:t>
      </w:r>
      <w:r>
        <w:rPr>
          <w:rFonts w:ascii="楷体" w:hAnsi="楷体" w:eastAsia="楷体" w:cs="楷体"/>
          <w:color w:val="000000"/>
          <w:em w:val="dot"/>
        </w:rPr>
        <w:t>欣欣然</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⑤就在开学初的某个晚上，陈老师来到了我家。班主任上门家访，于我是头一遭。我爸见面脱口便以“主任”相称，他露出难得的羞赧：“不敢不敢。”他一坐就是一两个小时，不知他们谈了些什么，【乙】</w:t>
      </w:r>
      <w:r>
        <w:rPr>
          <w:rFonts w:ascii="楷体" w:hAnsi="楷体" w:eastAsia="楷体" w:cs="楷体"/>
          <w:color w:val="000000"/>
          <w:u w:val="single"/>
        </w:rPr>
        <w:t>总之班主任走后，我并没有迎来预想中一场</w:t>
      </w:r>
      <w:r>
        <w:rPr>
          <w:rFonts w:ascii="楷体" w:hAnsi="楷体" w:eastAsia="楷体" w:cs="楷体"/>
          <w:color w:val="000000"/>
        </w:rPr>
        <w:t>“</w:t>
      </w:r>
      <w:r>
        <w:rPr>
          <w:rFonts w:ascii="楷体" w:hAnsi="楷体" w:eastAsia="楷体" w:cs="楷体"/>
          <w:color w:val="000000"/>
          <w:em w:val="dot"/>
        </w:rPr>
        <w:t>腥风血雨</w:t>
      </w:r>
      <w:r>
        <w:rPr>
          <w:rFonts w:ascii="楷体" w:hAnsi="楷体" w:eastAsia="楷体" w:cs="楷体"/>
          <w:color w:val="000000"/>
        </w:rPr>
        <w:t>”，</w:t>
      </w:r>
      <w:r>
        <w:rPr>
          <w:rFonts w:ascii="楷体" w:hAnsi="楷体" w:eastAsia="楷体" w:cs="楷体"/>
          <w:color w:val="000000"/>
          <w:u w:val="single"/>
        </w:rPr>
        <w:t>似乎只是爸妈的好友来串了个门</w:t>
      </w:r>
      <w:r>
        <w:rPr>
          <w:rFonts w:ascii="楷体" w:hAnsi="楷体" w:eastAsia="楷体" w:cs="楷体"/>
          <w:color w:val="000000"/>
        </w:rPr>
        <w:t>，</w:t>
      </w:r>
      <w:r>
        <w:rPr>
          <w:rFonts w:ascii="楷体" w:hAnsi="楷体" w:eastAsia="楷体" w:cs="楷体"/>
          <w:color w:val="000000"/>
          <w:em w:val="dot"/>
        </w:rPr>
        <w:t>云淡风轻</w:t>
      </w:r>
      <w:r>
        <w:rPr>
          <w:rFonts w:ascii="楷体" w:hAnsi="楷体" w:eastAsia="楷体" w:cs="楷体"/>
          <w:color w:val="000000"/>
        </w:rPr>
        <w:t>。班主任的家访不止一次。后来得知，在我们这个五六十人的班级，几乎每个学生的家他都走过几趟，与每位家长如老友般熟稔。</w:t>
      </w:r>
    </w:p>
    <w:p>
      <w:pPr>
        <w:spacing w:line="360" w:lineRule="auto"/>
        <w:ind w:firstLine="420"/>
        <w:jc w:val="left"/>
        <w:textAlignment w:val="center"/>
        <w:rPr>
          <w:color w:val="000000"/>
        </w:rPr>
      </w:pPr>
      <w:r>
        <w:rPr>
          <w:rFonts w:ascii="楷体" w:hAnsi="楷体" w:eastAsia="楷体" w:cs="楷体"/>
          <w:color w:val="000000"/>
        </w:rPr>
        <w:t>⑥陈老师也爱和我们聊。最熟悉的场景是，夕阳西下，长长的走廊一片金黄，他倚靠着栏杆，手里夹着一根香烟，轻烟袅袅，有一搭没一搭地和几个同学聊天，【丙】</w:t>
      </w:r>
      <w:r>
        <w:rPr>
          <w:rFonts w:ascii="楷体" w:hAnsi="楷体" w:eastAsia="楷体" w:cs="楷体"/>
          <w:color w:val="000000"/>
          <w:u w:val="single"/>
        </w:rPr>
        <w:t>嘴角是那抹标志性的笑，有些</w:t>
      </w:r>
      <w:r>
        <w:rPr>
          <w:rFonts w:ascii="楷体" w:hAnsi="楷体" w:eastAsia="楷体" w:cs="楷体"/>
          <w:color w:val="000000"/>
          <w:em w:val="dot"/>
        </w:rPr>
        <w:t>玩世不恭</w:t>
      </w:r>
      <w:r>
        <w:rPr>
          <w:rFonts w:ascii="楷体" w:hAnsi="楷体" w:eastAsia="楷体" w:cs="楷体"/>
          <w:color w:val="000000"/>
        </w:rPr>
        <w:t>，</w:t>
      </w:r>
      <w:r>
        <w:rPr>
          <w:rFonts w:ascii="楷体" w:hAnsi="楷体" w:eastAsia="楷体" w:cs="楷体"/>
          <w:color w:val="000000"/>
          <w:u w:val="single"/>
        </w:rPr>
        <w:t>又含着</w:t>
      </w:r>
      <w:r>
        <w:rPr>
          <w:rFonts w:ascii="楷体" w:hAnsi="楷体" w:eastAsia="楷体" w:cs="楷体"/>
          <w:color w:val="000000"/>
          <w:em w:val="dot"/>
        </w:rPr>
        <w:t>郑重其事</w:t>
      </w:r>
      <w:r>
        <w:rPr>
          <w:rFonts w:ascii="楷体" w:hAnsi="楷体" w:eastAsia="楷体" w:cs="楷体"/>
          <w:color w:val="000000"/>
        </w:rPr>
        <w:t>。他极少说教，多是聊聊生活，聊聊社会。在那一段敏感而焦躁的日子里，陈老师是最懂我们的。</w:t>
      </w:r>
    </w:p>
    <w:p>
      <w:pPr>
        <w:spacing w:line="360" w:lineRule="auto"/>
        <w:ind w:firstLine="420"/>
        <w:jc w:val="left"/>
        <w:textAlignment w:val="center"/>
        <w:rPr>
          <w:color w:val="000000"/>
        </w:rPr>
      </w:pPr>
      <w:r>
        <w:rPr>
          <w:rFonts w:ascii="楷体" w:hAnsi="楷体" w:eastAsia="楷体" w:cs="楷体"/>
          <w:color w:val="000000"/>
        </w:rPr>
        <w:t>⑦有一年大年初一，我们在学校执勤。出门走亲戚的陈老师把家中钥匙交给我们，嘱我们中午到他家自己动手做饭，食材已备好。当时陈老师住在学校的教师宿舍，那是一套陈旧狭小的居室，但朴素中透出细致、温馨，屋里的一切布置得那么井井有条。</w:t>
      </w:r>
    </w:p>
    <w:p>
      <w:pPr>
        <w:spacing w:line="360" w:lineRule="auto"/>
        <w:ind w:firstLine="420"/>
        <w:jc w:val="left"/>
        <w:textAlignment w:val="center"/>
        <w:rPr>
          <w:color w:val="000000"/>
        </w:rPr>
      </w:pPr>
      <w:r>
        <w:rPr>
          <w:rFonts w:ascii="楷体" w:hAnsi="楷体" w:eastAsia="楷体" w:cs="楷体"/>
          <w:color w:val="000000"/>
        </w:rPr>
        <w:t>⑧高中时代自然是以高考为终结的，许多细节未必有太多意义，却如经年盘绕的葛藤，枝枝蔓蔓，构成了一幅完整的记忆。第一个高考日的下午，我揣着陈老师的手表走进了考场。我是在候考室发现忘了带手表的，却没有丝毫慌乱，径直让陈老师把他的手表摘了下来。金色的机械表，沉甸甸的。高考结束后，他被安排封闭批阅试卷，临行前，他为每个同学留下了参考志愿，字迹郑重而漂亮。给我的建议都是当时比较理想的理科院校，而事实证明，他对我的预估是准确的。有时会想，我经历过成绩的起起伏伏，何以让他始终对我抱有信心，引我在人生最关键的一次抉择上大胆向前</w:t>
      </w:r>
      <w:r>
        <w:rPr>
          <w:rFonts w:ascii="Times New Roman" w:hAnsi="Times New Roman" w:eastAsia="Times New Roman" w:cs="Times New Roman"/>
          <w:color w:val="000000"/>
        </w:rPr>
        <w:t>——</w:t>
      </w:r>
      <w:r>
        <w:rPr>
          <w:rFonts w:ascii="楷体" w:hAnsi="楷体" w:eastAsia="楷体" w:cs="楷体"/>
          <w:color w:val="000000"/>
        </w:rPr>
        <w:t>如当年决定让那个其貌不扬的小姑娘站在舞台中央。</w:t>
      </w:r>
    </w:p>
    <w:p>
      <w:pPr>
        <w:spacing w:line="360" w:lineRule="auto"/>
        <w:ind w:firstLine="420"/>
        <w:jc w:val="left"/>
        <w:textAlignment w:val="center"/>
        <w:rPr>
          <w:color w:val="000000"/>
        </w:rPr>
      </w:pPr>
      <w:r>
        <w:rPr>
          <w:rFonts w:ascii="楷体" w:hAnsi="楷体" w:eastAsia="楷体" w:cs="楷体"/>
          <w:color w:val="000000"/>
        </w:rPr>
        <w:t>⑨生命中总有那么一个人，带着你推开一扇门，看到满地的阳光和鲜花。正是从高中开始，我迎来了生命中的阳光与花香，发现了自己身上潜在的各种可能</w:t>
      </w:r>
      <w:r>
        <w:rPr>
          <w:rFonts w:ascii="Times New Roman" w:hAnsi="Times New Roman" w:eastAsia="Times New Roman" w:cs="Times New Roman"/>
          <w:color w:val="000000"/>
        </w:rPr>
        <w:t>——</w:t>
      </w:r>
      <w:r>
        <w:rPr>
          <w:rFonts w:ascii="楷体" w:hAnsi="楷体" w:eastAsia="楷体" w:cs="楷体"/>
          <w:color w:val="000000"/>
        </w:rPr>
        <w:t>可以得到那么多肯定，可以自信地站在聚光灯下，可以在一所重点高中里成为优等生，可以选择留在离家千里的北京，可以去尝试一切未曾尝试的事情。多年后的一次同学聚会，一个同学介绍我说，这是赵玙，还记得吗，是不是和从前完全不一样？那一刻，我微笑着，蓦然想起了陈老师。</w:t>
      </w:r>
    </w:p>
    <w:p>
      <w:pPr>
        <w:spacing w:line="360" w:lineRule="auto"/>
        <w:ind w:firstLine="420"/>
        <w:jc w:val="left"/>
        <w:textAlignment w:val="center"/>
        <w:rPr>
          <w:color w:val="000000"/>
        </w:rPr>
      </w:pPr>
      <w:r>
        <w:rPr>
          <w:rFonts w:ascii="楷体" w:hAnsi="楷体" w:eastAsia="楷体" w:cs="楷体"/>
          <w:color w:val="000000"/>
        </w:rPr>
        <w:t>⑩近</w:t>
      </w:r>
      <w:r>
        <w:rPr>
          <w:rFonts w:ascii="Times New Roman" w:hAnsi="Times New Roman" w:eastAsia="Times New Roman" w:cs="Times New Roman"/>
          <w:color w:val="000000"/>
        </w:rPr>
        <w:t>20</w:t>
      </w:r>
      <w:r>
        <w:rPr>
          <w:rFonts w:ascii="楷体" w:hAnsi="楷体" w:eastAsia="楷体" w:cs="楷体"/>
          <w:color w:val="000000"/>
        </w:rPr>
        <w:t>年了，早已远走高飞的同学们每每回家，仍不忘去看看陈老师，和他无拘无束的叙叙旧，聊聊每位同学的近况。而后我们又离去，同学们又带来关于他的消息。我们常常聊起陈老师，聊起当年的种种逸事，聊着聊着便是一阵静默。</w:t>
      </w:r>
    </w:p>
    <w:p>
      <w:pPr>
        <w:spacing w:line="360" w:lineRule="auto"/>
        <w:ind w:firstLine="420"/>
        <w:jc w:val="left"/>
        <w:textAlignment w:val="center"/>
        <w:rPr>
          <w:color w:val="000000"/>
        </w:rPr>
      </w:pPr>
      <w:r>
        <w:rPr>
          <w:rFonts w:ascii="楷体" w:hAnsi="楷体" w:eastAsia="楷体" w:cs="楷体"/>
          <w:color w:val="000000"/>
        </w:rPr>
        <w:t>⑪我们想念陈老师了，想念他的身影，在地北天南。</w:t>
      </w:r>
    </w:p>
    <w:p>
      <w:pPr>
        <w:spacing w:line="360" w:lineRule="auto"/>
        <w:jc w:val="left"/>
        <w:textAlignment w:val="center"/>
        <w:rPr>
          <w:color w:val="000000"/>
        </w:rPr>
      </w:pPr>
      <w:r>
        <w:rPr>
          <w:color w:val="000000"/>
        </w:rPr>
        <w:t xml:space="preserve">20. </w:t>
      </w:r>
      <w:r>
        <w:rPr>
          <w:rFonts w:ascii="宋体" w:hAnsi="宋体" w:eastAsia="宋体" w:cs="宋体"/>
          <w:color w:val="000000"/>
        </w:rPr>
        <w:t>请你梳理文章内容，把“我们”和陈老师交往的记忆补充完整。</w:t>
      </w:r>
    </w:p>
    <w:p>
      <w:pPr>
        <w:spacing w:line="360" w:lineRule="auto"/>
        <w:ind w:firstLine="420"/>
        <w:jc w:val="left"/>
        <w:textAlignment w:val="center"/>
        <w:rPr>
          <w:color w:val="000000"/>
        </w:rPr>
      </w:pPr>
      <w:r>
        <w:rPr>
          <w:rFonts w:ascii="宋体" w:hAnsi="宋体" w:eastAsia="宋体" w:cs="宋体"/>
          <w:color w:val="000000"/>
        </w:rPr>
        <w:t>新生报到那天初遇“非主流”的陈老师，</w:t>
      </w:r>
      <w:r>
        <w:rPr>
          <w:color w:val="000000"/>
        </w:rPr>
        <w:t>_______</w:t>
      </w:r>
      <w:r>
        <w:rPr>
          <w:rFonts w:ascii="宋体" w:hAnsi="宋体" w:eastAsia="宋体" w:cs="宋体"/>
          <w:color w:val="000000"/>
        </w:rPr>
        <w:t>；陈老师到每一位同学家去家访；</w:t>
      </w:r>
      <w:r>
        <w:rPr>
          <w:color w:val="000000"/>
        </w:rPr>
        <w:t>_______</w:t>
      </w:r>
      <w:r>
        <w:rPr>
          <w:rFonts w:ascii="宋体" w:hAnsi="宋体" w:eastAsia="宋体" w:cs="宋体"/>
          <w:color w:val="000000"/>
        </w:rPr>
        <w:t>；大年初一，陈老师嘱咐我们去他家做饭；高考时，“我”拿着陈老师的手表进高考考场，</w:t>
      </w:r>
      <w:r>
        <w:rPr>
          <w:color w:val="000000"/>
        </w:rPr>
        <w:t>_______</w:t>
      </w:r>
      <w:r>
        <w:rPr>
          <w:rFonts w:ascii="宋体" w:hAnsi="宋体" w:eastAsia="宋体" w:cs="宋体"/>
          <w:color w:val="000000"/>
        </w:rPr>
        <w:t>，陈老师始终对我抱有信心。</w:t>
      </w:r>
    </w:p>
    <w:p>
      <w:pPr>
        <w:spacing w:line="360" w:lineRule="auto"/>
        <w:jc w:val="left"/>
        <w:textAlignment w:val="center"/>
        <w:rPr>
          <w:color w:val="000000"/>
        </w:rPr>
      </w:pPr>
      <w:r>
        <w:rPr>
          <w:color w:val="000000"/>
        </w:rPr>
        <w:t xml:space="preserve">21. </w:t>
      </w:r>
      <w:r>
        <w:rPr>
          <w:rFonts w:ascii="宋体" w:hAnsi="宋体" w:eastAsia="宋体" w:cs="宋体"/>
          <w:color w:val="000000"/>
        </w:rPr>
        <w:t>文中对比的词语运用生动传神，请从三处画线句中任选一句，结合上下文简要分析加点词语的妙处。</w:t>
      </w:r>
    </w:p>
    <w:p>
      <w:pPr>
        <w:spacing w:line="360" w:lineRule="auto"/>
        <w:textAlignment w:val="center"/>
        <w:rPr>
          <w:color w:val="000000"/>
        </w:rPr>
      </w:pPr>
      <w:r>
        <w:rPr>
          <w:color w:val="2E75B6"/>
        </w:rPr>
        <w:t>【答案】</w:t>
      </w:r>
      <w:r>
        <w:rPr>
          <w:color w:val="000000"/>
        </w:rPr>
        <w:t xml:space="preserve">20.     ①. </w:t>
      </w:r>
      <w:r>
        <w:rPr>
          <w:rFonts w:ascii="宋体" w:hAnsi="宋体" w:eastAsia="宋体" w:cs="宋体"/>
          <w:color w:val="000000"/>
        </w:rPr>
        <w:t>委任“我”当文艺委员</w:t>
      </w:r>
      <w:r>
        <w:rPr>
          <w:color w:val="000000"/>
        </w:rPr>
        <w:t xml:space="preserve">    ②. </w:t>
      </w:r>
      <w:r>
        <w:rPr>
          <w:rFonts w:ascii="宋体" w:hAnsi="宋体" w:eastAsia="宋体" w:cs="宋体"/>
          <w:color w:val="000000"/>
        </w:rPr>
        <w:t>陈老师和同学们聊天</w:t>
      </w:r>
      <w:r>
        <w:rPr>
          <w:color w:val="000000"/>
        </w:rPr>
        <w:t xml:space="preserve">    ③. </w:t>
      </w:r>
      <w:r>
        <w:rPr>
          <w:rFonts w:ascii="宋体" w:hAnsi="宋体" w:eastAsia="宋体" w:cs="宋体"/>
          <w:color w:val="000000"/>
        </w:rPr>
        <w:t>镇静自信</w:t>
      </w:r>
      <w:r>
        <w:rPr>
          <w:color w:val="000000"/>
        </w:rPr>
        <w:t xml:space="preserve">    </w:t>
      </w:r>
    </w:p>
    <w:p>
      <w:pPr>
        <w:spacing w:line="360" w:lineRule="auto"/>
        <w:textAlignment w:val="center"/>
        <w:rPr>
          <w:color w:val="000000"/>
        </w:rPr>
      </w:pPr>
      <w:r>
        <w:rPr>
          <w:color w:val="000000"/>
        </w:rPr>
        <w:t xml:space="preserve">21. </w:t>
      </w:r>
      <w:r>
        <w:rPr>
          <w:rFonts w:ascii="宋体" w:hAnsi="宋体" w:eastAsia="宋体" w:cs="宋体"/>
          <w:color w:val="000000"/>
        </w:rPr>
        <w:t>示例一：“惶惶然”形容非常恐惧不安的样子，准确表现了“我”初次站在舞台中央时内心的紧张与恐慌，而“欣欣然”形容非常高兴的样子，突出表现了“我”得到陈老师信任、能施展才能时，内心的激动与自豪感。两个词语对比连用，具体细致地表现了“我”当时的复杂心情。</w:t>
      </w:r>
    </w:p>
    <w:p>
      <w:pPr>
        <w:spacing w:line="360" w:lineRule="auto"/>
        <w:jc w:val="both"/>
        <w:textAlignment w:val="center"/>
        <w:rPr>
          <w:color w:val="000000"/>
        </w:rPr>
      </w:pPr>
      <w:r>
        <w:rPr>
          <w:rFonts w:ascii="宋体" w:hAnsi="宋体" w:eastAsia="宋体" w:cs="宋体"/>
          <w:color w:val="000000"/>
        </w:rPr>
        <w:t>示例二：“腥风血雨”这里形容家长暴怒、责打孩子的惨状，是“我”想象中老师家访后的情景，而“云淡风轻”形容气氛和谐而温馨，表现了陈老师高超的家访沟通艺术给“我”和家人带来的美好感受。两个词语对比运用，更突出了陈老师尊重学生和家长教育有方的特点，抒发了“我”对陈老师由衷地热爱敬佩之情。</w:t>
      </w:r>
    </w:p>
    <w:p>
      <w:pPr>
        <w:spacing w:line="360" w:lineRule="auto"/>
        <w:jc w:val="both"/>
        <w:textAlignment w:val="center"/>
        <w:rPr>
          <w:color w:val="000000"/>
        </w:rPr>
      </w:pPr>
      <w:r>
        <w:rPr>
          <w:rFonts w:ascii="宋体" w:hAnsi="宋体" w:eastAsia="宋体" w:cs="宋体"/>
          <w:color w:val="000000"/>
        </w:rPr>
        <w:t>示例三：“玩世不恭”这里是形容陈老师和学生交谈时看似不严肃的随意态度，表现陈老师懂学生的心理、使学生易于接近的特点。“郑重其事”则形容陈老师对学生的教育实际上是非常严肃认真的。这两个词语对比连用，突出表现了陈老师理解学生心理、工作认真、教学有方的特点，抒发了“我”对陈老师由衷地热爱敬佩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本题考内容理解与概括</w:t>
      </w:r>
    </w:p>
    <w:p>
      <w:pPr>
        <w:spacing w:line="360" w:lineRule="auto"/>
        <w:jc w:val="left"/>
        <w:textAlignment w:val="center"/>
        <w:rPr>
          <w:color w:val="000000"/>
        </w:rPr>
      </w:pPr>
      <w:r>
        <w:rPr>
          <w:rFonts w:ascii="宋体" w:hAnsi="宋体" w:eastAsia="宋体" w:cs="宋体"/>
          <w:color w:val="000000"/>
        </w:rPr>
        <w:t>根据第</w:t>
      </w:r>
      <w:r>
        <w:rPr>
          <w:rFonts w:ascii="楷体" w:hAnsi="楷体" w:eastAsia="楷体" w:cs="楷体"/>
          <w:color w:val="000000"/>
        </w:rPr>
        <w:t>③</w:t>
      </w:r>
      <w:r>
        <w:rPr>
          <w:rFonts w:ascii="宋体" w:hAnsi="宋体" w:eastAsia="宋体" w:cs="宋体"/>
          <w:color w:val="000000"/>
        </w:rPr>
        <w:t>段“新生报到那天，我第一次见到了我们的班主任陈新民，作为老师，我们的班主任显然是‘非主流’的”，就在报到的那一天，班主任委任我为班级文艺委员”可概括出：委任“我”为班级文艺委员；</w:t>
      </w:r>
    </w:p>
    <w:p>
      <w:pPr>
        <w:spacing w:line="360" w:lineRule="auto"/>
        <w:jc w:val="left"/>
        <w:textAlignment w:val="center"/>
        <w:rPr>
          <w:color w:val="000000"/>
        </w:rPr>
      </w:pPr>
      <w:r>
        <w:rPr>
          <w:rFonts w:ascii="宋体" w:hAnsi="宋体" w:eastAsia="宋体" w:cs="宋体"/>
          <w:color w:val="000000"/>
        </w:rPr>
        <w:t>根据第</w:t>
      </w:r>
      <w:r>
        <w:rPr>
          <w:rFonts w:ascii="楷体" w:hAnsi="楷体" w:eastAsia="楷体" w:cs="楷体"/>
          <w:color w:val="000000"/>
        </w:rPr>
        <w:t>⑥</w:t>
      </w:r>
      <w:r>
        <w:rPr>
          <w:rFonts w:ascii="宋体" w:hAnsi="宋体" w:eastAsia="宋体" w:cs="宋体"/>
          <w:color w:val="000000"/>
        </w:rPr>
        <w:t>段“陈老师也爱和我们聊，最熟悉的场景是，夕阳西下，长长的走廊一片金黄，他倚靠着栏杆，手里夹着一根香烟，轻烟袅袅，有一搭没一搭地和几个同学聊天”可概括出：陈老师和同学们聊天；</w:t>
      </w:r>
    </w:p>
    <w:p>
      <w:pPr>
        <w:spacing w:line="360" w:lineRule="auto"/>
        <w:jc w:val="left"/>
        <w:textAlignment w:val="center"/>
        <w:rPr>
          <w:color w:val="000000"/>
        </w:rPr>
      </w:pPr>
      <w:r>
        <w:rPr>
          <w:rFonts w:ascii="宋体" w:hAnsi="宋体" w:eastAsia="宋体" w:cs="宋体"/>
          <w:color w:val="000000"/>
        </w:rPr>
        <w:t>根据第</w:t>
      </w:r>
      <w:r>
        <w:rPr>
          <w:rFonts w:ascii="楷体" w:hAnsi="楷体" w:eastAsia="楷体" w:cs="楷体"/>
          <w:color w:val="000000"/>
        </w:rPr>
        <w:t>⑧</w:t>
      </w:r>
      <w:r>
        <w:rPr>
          <w:rFonts w:ascii="宋体" w:hAnsi="宋体" w:eastAsia="宋体" w:cs="宋体"/>
          <w:color w:val="000000"/>
        </w:rPr>
        <w:t>段“我是在候考室发现忘了带手表的，却没有丝毫慌乱，径直让陈老师把他的手表摘了下来”可概括出：镇静自信。</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本题考查词句赏析。</w:t>
      </w:r>
    </w:p>
    <w:p>
      <w:pPr>
        <w:spacing w:line="360" w:lineRule="auto"/>
        <w:jc w:val="left"/>
        <w:textAlignment w:val="center"/>
        <w:rPr>
          <w:color w:val="000000"/>
        </w:rPr>
      </w:pPr>
      <w:r>
        <w:rPr>
          <w:rFonts w:ascii="宋体" w:hAnsi="宋体" w:eastAsia="宋体" w:cs="宋体"/>
          <w:color w:val="000000"/>
        </w:rPr>
        <w:t>示例一：“惶惶然”“欣欣然”表现的是“我”第一次站在舞台中央时的心情，结合第</w:t>
      </w:r>
      <w:r>
        <w:rPr>
          <w:rFonts w:ascii="楷体" w:hAnsi="楷体" w:eastAsia="楷体" w:cs="楷体"/>
          <w:color w:val="000000"/>
        </w:rPr>
        <w:t>④</w:t>
      </w:r>
      <w:r>
        <w:rPr>
          <w:rFonts w:ascii="宋体" w:hAnsi="宋体" w:eastAsia="宋体" w:cs="宋体"/>
          <w:color w:val="000000"/>
        </w:rPr>
        <w:t>段“我天生个头小、内敛少言，在这所学霸如云的重点高中成绩也不算出众”“文艺委员的首个任务”可知，“惶惶然“表现的是“我”当时内心紧张与恐慌，“欣欣然”表现的是“我”当时内心的激动与自豪感，两语对比连用，具体细致地表现了“我当时的复杂心情。</w:t>
      </w:r>
    </w:p>
    <w:p>
      <w:pPr>
        <w:spacing w:line="360" w:lineRule="auto"/>
        <w:jc w:val="left"/>
        <w:textAlignment w:val="center"/>
        <w:rPr>
          <w:color w:val="000000"/>
        </w:rPr>
      </w:pPr>
      <w:r>
        <w:rPr>
          <w:rFonts w:ascii="宋体" w:hAnsi="宋体" w:eastAsia="宋体" w:cs="宋体"/>
          <w:color w:val="000000"/>
        </w:rPr>
        <w:t>示例二：“腥风血雨”和“云淡风轻”两个词语表现的是陈老师家访后“我”家的气氛，从第</w:t>
      </w:r>
      <w:r>
        <w:rPr>
          <w:rFonts w:ascii="楷体" w:hAnsi="楷体" w:eastAsia="楷体" w:cs="楷体"/>
          <w:color w:val="000000"/>
        </w:rPr>
        <w:t>⑤</w:t>
      </w:r>
      <w:r>
        <w:rPr>
          <w:rFonts w:ascii="宋体" w:hAnsi="宋体" w:eastAsia="宋体" w:cs="宋体"/>
          <w:color w:val="000000"/>
        </w:rPr>
        <w:t>段“班主任上门家访，于我是头一遭”“他一坐就是一两个小时，不知他们谈了些什么”可知，“腥风血雨”的惨状是“我”想象中的，而“云淡风轻”这种和谐而温馨的气氛，是陈老师高超的家访沟通艺术给“我”和家人带来的美好感受，两个词语对化运用，更突出了陈老师尊重学生和家长、教育有方的特点，抒发了“我”对陈老师由衷地热爱敬佩之情。</w:t>
      </w:r>
    </w:p>
    <w:p>
      <w:pPr>
        <w:spacing w:line="360" w:lineRule="auto"/>
        <w:jc w:val="left"/>
        <w:textAlignment w:val="center"/>
        <w:rPr>
          <w:color w:val="000000"/>
        </w:rPr>
      </w:pPr>
      <w:r>
        <w:rPr>
          <w:rFonts w:ascii="宋体" w:hAnsi="宋体" w:eastAsia="宋体" w:cs="宋体"/>
          <w:color w:val="000000"/>
        </w:rPr>
        <w:t>示例三：“玩世不恭”和“郑重其事”描写的是陈老师和同学们聊天时的样子，从</w:t>
      </w:r>
      <w:r>
        <w:rPr>
          <w:rFonts w:ascii="楷体" w:hAnsi="楷体" w:eastAsia="楷体" w:cs="楷体"/>
          <w:color w:val="000000"/>
        </w:rPr>
        <w:t>⑥</w:t>
      </w:r>
      <w:r>
        <w:rPr>
          <w:rFonts w:ascii="宋体" w:hAnsi="宋体" w:eastAsia="宋体" w:cs="宋体"/>
          <w:color w:val="000000"/>
        </w:rPr>
        <w:t>段“他靠着栏杆，手里夹着一根香烟，轻烟袅袅，有一搭没一地和几个同学聊天”，“他极少说教”，“在那一段敏感而焦躁的日子里，陈老师是最懂我们的”可知，“玩世不恭”是陈老师为使学生容易亲近、便于交流而做出的看似很随意的样子，而“郑重其事”是就陈老师和学生们谈话的内容来说的，表现了陈老师对学生的教育实际上是非常严肃认真的，两个词语对比运用，突出表现出陈老师理解学生心理、工作认真、教学有方的特点，抒发了“我”对陈老师由衷地热爱敬佩之情。</w:t>
      </w:r>
    </w:p>
    <w:p>
      <w:pPr>
        <w:pStyle w:val="Heading3"/>
      </w:pPr>
      <w:r>
        <w:t>第十三中学分校</w:t>
      </w:r>
    </w:p>
    <w:p>
      <w:pPr>
        <w:spacing w:line="360" w:lineRule="auto"/>
        <w:jc w:val="both"/>
        <w:textAlignment w:val="center"/>
        <w:rPr>
          <w:color w:val="000000"/>
        </w:rPr>
      </w:pPr>
      <w:r>
        <w:rPr>
          <w:rFonts w:ascii="宋体" w:hAnsi="宋体" w:eastAsia="宋体" w:cs="宋体"/>
          <w:b/>
          <w:color w:val="000000"/>
          <w:sz w:val="24"/>
        </w:rPr>
        <w:t>四、现代文阅读（共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（一） （共</w:t>
      </w:r>
      <w:r>
        <w:rPr>
          <w:rFonts w:ascii="Times New Roman" w:hAnsi="Times New Roman" w:eastAsia="Times New Roman" w:cs="Times New Roman"/>
          <w:b/>
          <w:color w:val="000000"/>
          <w:sz w:val="24"/>
        </w:rPr>
        <w:t>8</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阅读《春鸟喧哗》，完成下面小题。</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6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0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正文</w:t>
            </w:r>
          </w:p>
        </w:tc>
        <w:tc>
          <w:tcPr>
            <w:tcW w:w="17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旁批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60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春鸟喧哗</w:t>
            </w:r>
          </w:p>
          <w:p>
            <w:pPr>
              <w:spacing w:line="360" w:lineRule="auto"/>
              <w:jc w:val="center"/>
              <w:textAlignment w:val="center"/>
              <w:rPr>
                <w:color w:val="000000"/>
              </w:rPr>
            </w:pPr>
            <w:r>
              <w:rPr>
                <w:rFonts w:ascii="楷体" w:hAnsi="楷体" w:eastAsia="楷体" w:cs="楷体"/>
                <w:color w:val="000000"/>
              </w:rPr>
              <w:t>代蕊</w:t>
            </w:r>
          </w:p>
          <w:p>
            <w:pPr>
              <w:spacing w:line="360" w:lineRule="auto"/>
              <w:ind w:firstLine="420"/>
              <w:jc w:val="both"/>
              <w:textAlignment w:val="center"/>
              <w:rPr>
                <w:color w:val="000000"/>
              </w:rPr>
            </w:pPr>
            <w:r>
              <w:rPr>
                <w:rFonts w:ascii="楷体" w:hAnsi="楷体" w:eastAsia="楷体" w:cs="楷体"/>
                <w:color w:val="000000"/>
              </w:rPr>
              <w:t>①在春天。叫醒我的，是鸟，是一只只藏在深山中的春鸟。</w:t>
            </w:r>
          </w:p>
          <w:p>
            <w:pPr>
              <w:spacing w:line="360" w:lineRule="auto"/>
              <w:ind w:firstLine="420"/>
              <w:jc w:val="both"/>
              <w:textAlignment w:val="center"/>
              <w:rPr>
                <w:color w:val="000000"/>
              </w:rPr>
            </w:pPr>
            <w:r>
              <w:rPr>
                <w:rFonts w:ascii="楷体" w:hAnsi="楷体" w:eastAsia="楷体" w:cs="楷体"/>
                <w:color w:val="000000"/>
              </w:rPr>
              <w:t>②早起，春山寂寂。躺在床上看青灰色的晨曦流进后窗，鸽群</w:t>
            </w:r>
            <w:r>
              <w:rPr>
                <w:rFonts w:ascii="宋体" w:hAnsi="宋体" w:eastAsia="宋体" w:cs="宋体"/>
                <w:color w:val="000000"/>
              </w:rPr>
              <w:t>“</w:t>
            </w:r>
            <w:r>
              <w:rPr>
                <w:rFonts w:ascii="楷体" w:hAnsi="楷体" w:eastAsia="楷体" w:cs="楷体"/>
                <w:color w:val="000000"/>
              </w:rPr>
              <w:t>呼啦啦</w:t>
            </w:r>
            <w:r>
              <w:rPr>
                <w:rFonts w:ascii="宋体" w:hAnsi="宋体" w:eastAsia="宋体" w:cs="宋体"/>
                <w:color w:val="000000"/>
              </w:rPr>
              <w:t>”</w:t>
            </w:r>
            <w:r>
              <w:rPr>
                <w:rFonts w:ascii="楷体" w:hAnsi="楷体" w:eastAsia="楷体" w:cs="楷体"/>
                <w:color w:val="000000"/>
              </w:rPr>
              <w:t>地从窗前飞过，随即一声声清脆的鸟鸣传入耳朵，顿时感觉清醒不少。突然想到曾读过一句话：</w:t>
            </w:r>
            <w:r>
              <w:rPr>
                <w:rFonts w:ascii="宋体" w:hAnsi="宋体" w:eastAsia="宋体" w:cs="宋体"/>
                <w:color w:val="000000"/>
              </w:rPr>
              <w:t>“</w:t>
            </w:r>
            <w:r>
              <w:rPr>
                <w:rFonts w:ascii="楷体" w:hAnsi="楷体" w:eastAsia="楷体" w:cs="楷体"/>
                <w:color w:val="000000"/>
              </w:rPr>
              <w:t>于清晨极静时，听到鸟鸣，令人不敢堕落。</w:t>
            </w:r>
            <w:r>
              <w:rPr>
                <w:rFonts w:ascii="宋体" w:hAnsi="宋体" w:eastAsia="宋体" w:cs="宋体"/>
                <w:color w:val="000000"/>
              </w:rPr>
              <w:t>”</w:t>
            </w:r>
          </w:p>
          <w:p>
            <w:pPr>
              <w:spacing w:line="360" w:lineRule="auto"/>
              <w:ind w:firstLine="420"/>
              <w:jc w:val="both"/>
              <w:textAlignment w:val="center"/>
              <w:rPr>
                <w:color w:val="000000"/>
              </w:rPr>
            </w:pPr>
            <w:r>
              <w:rPr>
                <w:rFonts w:ascii="楷体" w:hAnsi="楷体" w:eastAsia="楷体" w:cs="楷体"/>
                <w:color w:val="000000"/>
              </w:rPr>
              <w:t>③于是披衣起床。站在走廊上长长久久地听着一声声的鸟叫。彼时横在眼前的山也在顷刻间醒来，墨绿色的山坡上已经长出了许多嫩绿色的新枝。就像一块块墨绿色的布中间拼接着一块块嫩绿色的布一般。比起山坡，田野的颜色拼接得就更为绚丽了。放眼望去。一大片一大片的油菜花发了疯似的</w:t>
            </w:r>
            <w:r>
              <w:rPr>
                <w:rFonts w:ascii="宋体" w:hAnsi="宋体" w:eastAsia="宋体" w:cs="宋体"/>
                <w:color w:val="000000"/>
              </w:rPr>
              <w:t>“</w:t>
            </w:r>
            <w:r>
              <w:rPr>
                <w:rFonts w:ascii="楷体" w:hAnsi="楷体" w:eastAsia="楷体" w:cs="楷体"/>
                <w:color w:val="000000"/>
              </w:rPr>
              <w:t>黄</w:t>
            </w:r>
            <w:r>
              <w:rPr>
                <w:rFonts w:ascii="宋体" w:hAnsi="宋体" w:eastAsia="宋体" w:cs="宋体"/>
                <w:color w:val="000000"/>
              </w:rPr>
              <w:t>”</w:t>
            </w:r>
            <w:r>
              <w:rPr>
                <w:rFonts w:ascii="楷体" w:hAnsi="楷体" w:eastAsia="楷体" w:cs="楷体"/>
                <w:color w:val="000000"/>
              </w:rPr>
              <w:t>，一大片一大片的麦苗发了疯似的</w:t>
            </w:r>
            <w:r>
              <w:rPr>
                <w:rFonts w:ascii="宋体" w:hAnsi="宋体" w:eastAsia="宋体" w:cs="宋体"/>
                <w:color w:val="000000"/>
              </w:rPr>
              <w:t>“</w:t>
            </w:r>
            <w:r>
              <w:rPr>
                <w:rFonts w:ascii="楷体" w:hAnsi="楷体" w:eastAsia="楷体" w:cs="楷体"/>
                <w:color w:val="000000"/>
              </w:rPr>
              <w:t>青</w:t>
            </w:r>
            <w:r>
              <w:rPr>
                <w:rFonts w:ascii="宋体" w:hAnsi="宋体" w:eastAsia="宋体" w:cs="宋体"/>
                <w:color w:val="000000"/>
              </w:rPr>
              <w:t>”</w:t>
            </w:r>
            <w:r>
              <w:rPr>
                <w:rFonts w:ascii="楷体" w:hAnsi="楷体" w:eastAsia="楷体" w:cs="楷体"/>
                <w:color w:val="000000"/>
              </w:rPr>
              <w:t>，一块儿黄连着一块儿青。一块儿青连着一块儿黄，让人眼里心里全是欢喜</w:t>
            </w:r>
          </w:p>
          <w:p>
            <w:pPr>
              <w:spacing w:line="360" w:lineRule="auto"/>
              <w:ind w:firstLine="420"/>
              <w:jc w:val="both"/>
              <w:textAlignment w:val="center"/>
              <w:rPr>
                <w:color w:val="000000"/>
              </w:rPr>
            </w:pPr>
            <w:r>
              <w:rPr>
                <w:rFonts w:ascii="楷体" w:hAnsi="楷体" w:eastAsia="楷体" w:cs="楷体"/>
                <w:color w:val="000000"/>
              </w:rPr>
              <w:t>④稍稍站定，吸一口饱含草木气息的空气。顿时神清气爽。而此时。乌儿们也仿佛知道有人在侧耳倾听，此起彼伏的鸟鸣从山涧、树梢、屋顶上传来。似口哨。似溪声。似琴音。更似一曲天赖。</w:t>
            </w:r>
          </w:p>
          <w:p>
            <w:pPr>
              <w:spacing w:line="360" w:lineRule="auto"/>
              <w:ind w:firstLine="420"/>
              <w:jc w:val="both"/>
              <w:textAlignment w:val="center"/>
              <w:rPr>
                <w:color w:val="000000"/>
              </w:rPr>
            </w:pPr>
            <w:r>
              <w:rPr>
                <w:rFonts w:ascii="楷体" w:hAnsi="楷体" w:eastAsia="楷体" w:cs="楷体"/>
                <w:color w:val="000000"/>
              </w:rPr>
              <w:t>⑤晴日里听鸟叫与雨日里听大为不同。正所谓睛有晴的好，雨有雨的妙。倘若晴天，春山空旷，一草一木都看得清晰。一声声的鸟叫从远天云外传来，让人只觉得更加空旷。年少时读王籍的《人若耶溪》。还不曾有过</w:t>
            </w:r>
            <w:r>
              <w:rPr>
                <w:rFonts w:ascii="宋体" w:hAnsi="宋体" w:eastAsia="宋体" w:cs="宋体"/>
                <w:color w:val="000000"/>
              </w:rPr>
              <w:t>“</w:t>
            </w:r>
            <w:r>
              <w:rPr>
                <w:rFonts w:ascii="楷体" w:hAnsi="楷体" w:eastAsia="楷体" w:cs="楷体"/>
                <w:color w:val="000000"/>
              </w:rPr>
              <w:t>鸟鸣山更幽</w:t>
            </w:r>
            <w:r>
              <w:rPr>
                <w:rFonts w:ascii="宋体" w:hAnsi="宋体" w:eastAsia="宋体" w:cs="宋体"/>
                <w:color w:val="000000"/>
              </w:rPr>
              <w:t>”</w:t>
            </w:r>
            <w:r>
              <w:rPr>
                <w:rFonts w:ascii="楷体" w:hAnsi="楷体" w:eastAsia="楷体" w:cs="楷体"/>
                <w:color w:val="000000"/>
              </w:rPr>
              <w:t>的感受。如今听得久了。越发觉得那一个</w:t>
            </w:r>
            <w:r>
              <w:rPr>
                <w:rFonts w:ascii="宋体" w:hAnsi="宋体" w:eastAsia="宋体" w:cs="宋体"/>
                <w:color w:val="000000"/>
              </w:rPr>
              <w:t>“</w:t>
            </w:r>
            <w:r>
              <w:rPr>
                <w:rFonts w:ascii="楷体" w:hAnsi="楷体" w:eastAsia="楷体" w:cs="楷体"/>
                <w:color w:val="000000"/>
              </w:rPr>
              <w:t>幽</w:t>
            </w:r>
            <w:r>
              <w:rPr>
                <w:rFonts w:ascii="宋体" w:hAnsi="宋体" w:eastAsia="宋体" w:cs="宋体"/>
                <w:color w:val="000000"/>
              </w:rPr>
              <w:t>”</w:t>
            </w:r>
            <w:r>
              <w:rPr>
                <w:rFonts w:ascii="楷体" w:hAnsi="楷体" w:eastAsia="楷体" w:cs="楷体"/>
                <w:color w:val="000000"/>
              </w:rPr>
              <w:t>是那样的动人。那意境</w:t>
            </w:r>
            <w:r>
              <w:rPr>
                <w:rFonts w:ascii="宋体" w:hAnsi="宋体" w:eastAsia="宋体" w:cs="宋体"/>
                <w:color w:val="000000"/>
              </w:rPr>
              <w:t>“</w:t>
            </w:r>
            <w:r>
              <w:rPr>
                <w:rFonts w:ascii="楷体" w:hAnsi="楷体" w:eastAsia="楷体" w:cs="楷体"/>
                <w:color w:val="000000"/>
              </w:rPr>
              <w:t>哗</w:t>
            </w:r>
            <w:r>
              <w:rPr>
                <w:rFonts w:ascii="宋体" w:hAnsi="宋体" w:eastAsia="宋体" w:cs="宋体"/>
                <w:color w:val="000000"/>
              </w:rPr>
              <w:t>”</w:t>
            </w:r>
            <w:r>
              <w:rPr>
                <w:rFonts w:ascii="楷体" w:hAnsi="楷体" w:eastAsia="楷体" w:cs="楷体"/>
                <w:color w:val="000000"/>
              </w:rPr>
              <w:t>的一下子就出来了。</w:t>
            </w:r>
          </w:p>
          <w:p>
            <w:pPr>
              <w:spacing w:line="360" w:lineRule="auto"/>
              <w:ind w:firstLine="420"/>
              <w:jc w:val="both"/>
              <w:textAlignment w:val="center"/>
              <w:rPr>
                <w:color w:val="000000"/>
              </w:rPr>
            </w:pPr>
            <w:r>
              <w:rPr>
                <w:rFonts w:ascii="楷体" w:hAnsi="楷体" w:eastAsia="楷体" w:cs="楷体"/>
                <w:color w:val="000000"/>
              </w:rPr>
              <w:t>⑥若是雨日。就别有一番情趣了。清明前后。雨水颇多，窸窸窣窣的雨声里夹杂着一声声鸟鸣。这声音听着就不是空旷了，而是空灵。一声声的鸟鸣仿佛是抖落了雨水一般，清脆不已。此际。恰是鸟鸣最欢的时候。雨日里端坐屋内看书，竟感觉所有的雨声都挟裹了鸟鸣落到了书页间。顿生春意。</w:t>
            </w:r>
          </w:p>
          <w:p>
            <w:pPr>
              <w:spacing w:line="360" w:lineRule="auto"/>
              <w:ind w:firstLine="420"/>
              <w:jc w:val="both"/>
              <w:textAlignment w:val="center"/>
              <w:rPr>
                <w:color w:val="000000"/>
              </w:rPr>
            </w:pPr>
            <w:r>
              <w:rPr>
                <w:rFonts w:ascii="楷体" w:hAnsi="楷体" w:eastAsia="楷体" w:cs="楷体"/>
                <w:color w:val="000000"/>
              </w:rPr>
              <w:t>⑦《小窗幽记》里写春鸟：</w:t>
            </w:r>
            <w:r>
              <w:rPr>
                <w:rFonts w:ascii="宋体" w:hAnsi="宋体" w:eastAsia="宋体" w:cs="宋体"/>
                <w:color w:val="000000"/>
              </w:rPr>
              <w:t>“</w:t>
            </w:r>
            <w:r>
              <w:rPr>
                <w:rFonts w:ascii="楷体" w:hAnsi="楷体" w:eastAsia="楷体" w:cs="楷体"/>
                <w:color w:val="000000"/>
              </w:rPr>
              <w:t>清晨林鸟争鸣，唤醒一枕春梦。独黄鹂百舌，抑扬高下，最可人意。</w:t>
            </w:r>
            <w:r>
              <w:rPr>
                <w:rFonts w:ascii="宋体" w:hAnsi="宋体" w:eastAsia="宋体" w:cs="宋体"/>
                <w:color w:val="000000"/>
              </w:rPr>
              <w:t>”</w:t>
            </w:r>
            <w:r>
              <w:rPr>
                <w:rFonts w:ascii="楷体" w:hAnsi="楷体" w:eastAsia="楷体" w:cs="楷体"/>
                <w:color w:val="000000"/>
              </w:rPr>
              <w:t>山居听得的可不独独是黄鹂，亦有燕子、杜鹃、喜鹊、画眉、布谷这些</w:t>
            </w:r>
            <w:r>
              <w:rPr>
                <w:rFonts w:ascii="宋体" w:hAnsi="宋体" w:eastAsia="宋体" w:cs="宋体"/>
                <w:color w:val="000000"/>
              </w:rPr>
              <w:t>“</w:t>
            </w:r>
            <w:r>
              <w:rPr>
                <w:rFonts w:ascii="楷体" w:hAnsi="楷体" w:eastAsia="楷体" w:cs="楷体"/>
                <w:color w:val="000000"/>
              </w:rPr>
              <w:t>角儿</w:t>
            </w:r>
            <w:r>
              <w:rPr>
                <w:rFonts w:ascii="宋体" w:hAnsi="宋体" w:eastAsia="宋体" w:cs="宋体"/>
                <w:color w:val="000000"/>
              </w:rPr>
              <w:t>”</w:t>
            </w:r>
            <w:r>
              <w:rPr>
                <w:rFonts w:ascii="楷体" w:hAnsi="楷体" w:eastAsia="楷体" w:cs="楷体"/>
                <w:color w:val="000000"/>
              </w:rPr>
              <w:t>轮番登台，好不热闹！</w:t>
            </w:r>
          </w:p>
          <w:p>
            <w:pPr>
              <w:spacing w:line="360" w:lineRule="auto"/>
              <w:ind w:firstLine="420"/>
              <w:jc w:val="both"/>
              <w:textAlignment w:val="center"/>
              <w:rPr>
                <w:color w:val="000000"/>
              </w:rPr>
            </w:pPr>
            <w:r>
              <w:rPr>
                <w:rFonts w:ascii="楷体" w:hAnsi="楷体" w:eastAsia="楷体" w:cs="楷体"/>
                <w:color w:val="000000"/>
              </w:rPr>
              <w:t>⑧不得不承认，这些山间的鸟儿确实比人更懂得</w:t>
            </w:r>
            <w:r>
              <w:rPr>
                <w:rFonts w:ascii="宋体" w:hAnsi="宋体" w:eastAsia="宋体" w:cs="宋体"/>
                <w:color w:val="000000"/>
              </w:rPr>
              <w:t>“</w:t>
            </w:r>
            <w:r>
              <w:rPr>
                <w:rFonts w:ascii="楷体" w:hAnsi="楷体" w:eastAsia="楷体" w:cs="楷体"/>
                <w:color w:val="000000"/>
              </w:rPr>
              <w:t>春光易逝</w:t>
            </w:r>
            <w:r>
              <w:rPr>
                <w:rFonts w:ascii="宋体" w:hAnsi="宋体" w:eastAsia="宋体" w:cs="宋体"/>
                <w:color w:val="000000"/>
              </w:rPr>
              <w:t>”</w:t>
            </w:r>
            <w:r>
              <w:rPr>
                <w:rFonts w:ascii="楷体" w:hAnsi="楷体" w:eastAsia="楷体" w:cs="楷体"/>
                <w:color w:val="000000"/>
              </w:rPr>
              <w:t>这个词。不信，你听，此时山间群鸟正喧哗，而人间却又有几人在这大好展光中醒来呢？</w:t>
            </w:r>
          </w:p>
        </w:tc>
        <w:tc>
          <w:tcPr>
            <w:tcW w:w="17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rFonts w:ascii="宋体" w:hAnsi="宋体" w:eastAsia="宋体" w:cs="宋体"/>
                <w:color w:val="000000"/>
              </w:rPr>
              <w:t>“流”字极妙，</w:t>
            </w:r>
          </w:p>
          <w:p>
            <w:pPr>
              <w:spacing w:line="360" w:lineRule="auto"/>
              <w:jc w:val="both"/>
              <w:textAlignment w:val="center"/>
              <w:rPr>
                <w:color w:val="000000"/>
              </w:rPr>
            </w:pPr>
            <w:r>
              <w:rPr>
                <w:rFonts w:ascii="宋体" w:hAnsi="宋体" w:eastAsia="宋体" w:cs="宋体"/>
                <w:color w:val="000000"/>
              </w:rPr>
              <w:t>写出了</w:t>
            </w:r>
            <w:r>
              <w:rPr>
                <w:rFonts w:ascii="宋体" w:hAnsi="宋体" w:eastAsia="宋体" w:cs="宋体"/>
                <w:color w:val="000000"/>
                <w:u w:val="single"/>
              </w:rPr>
              <w:t xml:space="preserve"> ①_</w:t>
            </w:r>
            <w:r>
              <w:rPr>
                <w:rFonts w:ascii="宋体" w:hAnsi="宋体" w:eastAsia="宋体" w:cs="宋体"/>
                <w:color w:val="000000"/>
              </w:rPr>
              <w:t>。</w:t>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rFonts w:ascii="宋体" w:hAnsi="宋体" w:eastAsia="宋体" w:cs="宋体"/>
                <w:color w:val="000000"/>
              </w:rPr>
              <w:t>连用四个比喻，</w:t>
            </w:r>
          </w:p>
          <w:p>
            <w:pPr>
              <w:spacing w:line="360" w:lineRule="auto"/>
              <w:jc w:val="both"/>
              <w:textAlignment w:val="center"/>
              <w:rPr>
                <w:color w:val="000000"/>
              </w:rPr>
            </w:pPr>
            <w:r>
              <w:rPr>
                <w:rFonts w:ascii="宋体" w:hAnsi="宋体" w:eastAsia="宋体" w:cs="宋体"/>
                <w:color w:val="000000"/>
              </w:rPr>
              <w:t>“似口哨”写出</w:t>
            </w:r>
          </w:p>
          <w:p>
            <w:pPr>
              <w:spacing w:line="360" w:lineRule="auto"/>
              <w:jc w:val="both"/>
              <w:textAlignment w:val="center"/>
              <w:rPr>
                <w:color w:val="000000"/>
              </w:rPr>
            </w:pPr>
            <w:r>
              <w:rPr>
                <w:rFonts w:ascii="宋体" w:hAnsi="宋体" w:eastAsia="宋体" w:cs="宋体"/>
                <w:color w:val="000000"/>
              </w:rPr>
              <w:t>鸟声响亮，“似溪声，似琴音”表现</w:t>
            </w:r>
            <w:r>
              <w:rPr>
                <w:rFonts w:ascii="宋体" w:hAnsi="宋体" w:eastAsia="宋体" w:cs="宋体"/>
                <w:color w:val="000000"/>
                <w:u w:val="single"/>
              </w:rPr>
              <w:t xml:space="preserve">  ② </w:t>
            </w:r>
            <w:r>
              <w:rPr>
                <w:rFonts w:ascii="宋体" w:hAnsi="宋体" w:eastAsia="宋体" w:cs="宋体"/>
                <w:color w:val="000000"/>
              </w:rPr>
              <w:t>，似</w:t>
            </w:r>
          </w:p>
          <w:p>
            <w:pPr>
              <w:spacing w:line="360" w:lineRule="auto"/>
              <w:jc w:val="both"/>
              <w:textAlignment w:val="center"/>
              <w:rPr>
                <w:color w:val="000000"/>
              </w:rPr>
            </w:pPr>
            <w:r>
              <w:rPr>
                <w:rFonts w:ascii="宋体" w:hAnsi="宋体" w:eastAsia="宋体" w:cs="宋体"/>
                <w:color w:val="000000"/>
              </w:rPr>
              <w:t>一曲天籁”极言鸟声美妙。</w:t>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color w:val="000000"/>
              </w:rPr>
              <w:br w:type="textWrapping"/>
            </w:r>
          </w:p>
          <w:p>
            <w:pPr>
              <w:spacing w:line="360" w:lineRule="auto"/>
              <w:jc w:val="both"/>
              <w:textAlignment w:val="center"/>
              <w:rPr>
                <w:color w:val="000000"/>
              </w:rPr>
            </w:pPr>
            <w:r>
              <w:rPr>
                <w:rFonts w:ascii="宋体" w:hAnsi="宋体" w:eastAsia="宋体" w:cs="宋体"/>
                <w:color w:val="000000"/>
              </w:rPr>
              <w:t>此处用了拟人的手法，我能从中感受到</w:t>
            </w:r>
            <w:r>
              <w:rPr>
                <w:rFonts w:ascii="宋体" w:hAnsi="宋体" w:eastAsia="宋体" w:cs="宋体"/>
                <w:color w:val="000000"/>
                <w:u w:val="single"/>
              </w:rPr>
              <w:t>__③__</w:t>
            </w:r>
            <w:r>
              <w:rPr>
                <w:rFonts w:ascii="宋体" w:hAnsi="宋体" w:eastAsia="宋体" w:cs="宋体"/>
                <w:color w:val="000000"/>
              </w:rPr>
              <w:t xml:space="preserve"> 。</w:t>
            </w:r>
          </w:p>
          <w:p>
            <w:pPr>
              <w:spacing w:line="360" w:lineRule="auto"/>
              <w:jc w:val="both"/>
              <w:textAlignment w:val="center"/>
              <w:rPr>
                <w:color w:val="000000"/>
              </w:rPr>
            </w:pPr>
            <w:r>
              <w:rPr>
                <w:color w:val="000000"/>
              </w:rPr>
              <w:br w:type="textWrapping"/>
            </w:r>
          </w:p>
        </w:tc>
      </w:tr>
    </w:tbl>
    <w:p>
      <w:pPr>
        <w:spacing w:line="360" w:lineRule="auto"/>
        <w:jc w:val="both"/>
        <w:textAlignment w:val="center"/>
        <w:rPr>
          <w:color w:val="000000"/>
        </w:rPr>
      </w:pPr>
      <w:r>
        <w:rPr>
          <w:rFonts w:ascii="宋体" w:hAnsi="宋体" w:eastAsia="宋体" w:cs="宋体"/>
          <w:color w:val="000000"/>
        </w:rPr>
        <w:t>【注释】①[鸟鸣山更幽]语出王籍《入若耶溪》：“躲腔何泛泛，空水共悠悠。阴霞生远岫。阳景逐回流。蝉噪林逾静，鸟鸣山更幽。此地动归念，长年恶倦游。”</w:t>
      </w:r>
    </w:p>
    <w:p>
      <w:pPr>
        <w:spacing w:line="360" w:lineRule="auto"/>
        <w:jc w:val="left"/>
        <w:textAlignment w:val="center"/>
        <w:rPr>
          <w:color w:val="000000"/>
        </w:rPr>
      </w:pPr>
      <w:r>
        <w:rPr>
          <w:color w:val="000000"/>
        </w:rPr>
        <w:t xml:space="preserve">17. </w:t>
      </w:r>
      <w:r>
        <w:rPr>
          <w:rFonts w:ascii="宋体" w:hAnsi="宋体" w:eastAsia="宋体" w:cs="宋体"/>
          <w:color w:val="000000"/>
        </w:rPr>
        <w:t>从上文的旁批中任选两处，将其内容补充完整。</w:t>
      </w:r>
    </w:p>
    <w:p>
      <w:pPr>
        <w:spacing w:line="360" w:lineRule="auto"/>
        <w:jc w:val="both"/>
        <w:textAlignment w:val="center"/>
        <w:rPr>
          <w:color w:val="000000"/>
        </w:rPr>
      </w:pPr>
      <w:r>
        <w:rPr>
          <w:rFonts w:ascii="宋体" w:hAnsi="宋体" w:eastAsia="宋体" w:cs="宋体"/>
          <w:color w:val="000000"/>
        </w:rPr>
        <w:t>①</w:t>
      </w:r>
      <w:r>
        <w:rPr>
          <w:color w:val="000000"/>
        </w:rPr>
        <w:t>_________</w:t>
      </w:r>
      <w:r>
        <w:rPr>
          <w:rFonts w:ascii="宋体" w:hAnsi="宋体" w:eastAsia="宋体" w:cs="宋体"/>
          <w:color w:val="000000"/>
        </w:rPr>
        <w:t xml:space="preserve"> ② </w:t>
      </w:r>
      <w:r>
        <w:rPr>
          <w:color w:val="000000"/>
        </w:rPr>
        <w:t>_________</w:t>
      </w:r>
      <w:r>
        <w:rPr>
          <w:rFonts w:ascii="宋体" w:hAnsi="宋体" w:eastAsia="宋体" w:cs="宋体"/>
          <w:color w:val="000000"/>
        </w:rPr>
        <w:t xml:space="preserve"> ③ </w:t>
      </w:r>
      <w:r>
        <w:rPr>
          <w:color w:val="000000"/>
        </w:rPr>
        <w:t>__________</w:t>
      </w:r>
    </w:p>
    <w:p>
      <w:pPr>
        <w:spacing w:line="360" w:lineRule="auto"/>
        <w:jc w:val="left"/>
        <w:textAlignment w:val="center"/>
        <w:rPr>
          <w:color w:val="000000"/>
        </w:rPr>
      </w:pPr>
      <w:r>
        <w:rPr>
          <w:color w:val="000000"/>
        </w:rPr>
        <w:t xml:space="preserve">18. </w:t>
      </w:r>
      <w:r>
        <w:rPr>
          <w:rFonts w:ascii="宋体" w:hAnsi="宋体" w:eastAsia="宋体" w:cs="宋体"/>
          <w:color w:val="000000"/>
        </w:rPr>
        <w:t>摘录一处你阅读中有疑惑的地方，并做出批注。</w:t>
      </w:r>
    </w:p>
    <w:p>
      <w:pPr>
        <w:spacing w:line="360" w:lineRule="auto"/>
        <w:jc w:val="both"/>
        <w:textAlignment w:val="center"/>
        <w:rPr>
          <w:color w:val="000000"/>
        </w:rPr>
      </w:pPr>
      <w:r>
        <w:rPr>
          <w:rFonts w:ascii="宋体" w:hAnsi="宋体" w:eastAsia="宋体" w:cs="宋体"/>
          <w:color w:val="000000"/>
        </w:rPr>
        <w:t>摘录：</w:t>
      </w:r>
      <w:r>
        <w:rPr>
          <w:color w:val="000000"/>
        </w:rPr>
        <w:t>_____________</w:t>
      </w:r>
      <w:r>
        <w:rPr>
          <w:rFonts w:ascii="宋体" w:hAnsi="宋体" w:eastAsia="宋体" w:cs="宋体"/>
          <w:color w:val="000000"/>
        </w:rPr>
        <w:t>批注：</w:t>
      </w:r>
      <w:r>
        <w:rPr>
          <w:color w:val="000000"/>
        </w:rPr>
        <w:t>_____________</w:t>
      </w:r>
    </w:p>
    <w:p>
      <w:pPr>
        <w:spacing w:line="360" w:lineRule="auto"/>
        <w:jc w:val="left"/>
        <w:textAlignment w:val="center"/>
        <w:rPr>
          <w:color w:val="000000"/>
        </w:rPr>
      </w:pPr>
      <w:r>
        <w:rPr>
          <w:color w:val="000000"/>
        </w:rPr>
        <w:t xml:space="preserve">19. </w:t>
      </w:r>
      <w:r>
        <w:rPr>
          <w:rFonts w:ascii="宋体" w:hAnsi="宋体" w:eastAsia="宋体" w:cs="宋体"/>
          <w:color w:val="000000"/>
        </w:rPr>
        <w:t>结合全文内容说说，作者借春鸟喧哗意在表达什么？</w:t>
      </w:r>
    </w:p>
    <w:p>
      <w:pPr>
        <w:spacing w:line="360" w:lineRule="auto"/>
        <w:textAlignment w:val="center"/>
        <w:rPr>
          <w:color w:val="000000"/>
        </w:rPr>
      </w:pPr>
      <w:r>
        <w:rPr>
          <w:color w:val="2E75B6"/>
        </w:rPr>
        <w:t>【答案】</w:t>
      </w:r>
      <w:r>
        <w:rPr>
          <w:color w:val="000000"/>
        </w:rPr>
        <w:t xml:space="preserve">17.     ①. </w:t>
      </w:r>
      <w:r>
        <w:rPr>
          <w:rFonts w:ascii="宋体" w:hAnsi="宋体" w:eastAsia="宋体" w:cs="宋体"/>
          <w:color w:val="000000"/>
        </w:rPr>
        <w:t>晨光渐渐照进窗子的动态</w:t>
      </w:r>
      <w:r>
        <w:rPr>
          <w:color w:val="000000"/>
        </w:rPr>
        <w:t xml:space="preserve">    ②. </w:t>
      </w:r>
      <w:r>
        <w:rPr>
          <w:rFonts w:ascii="宋体" w:hAnsi="宋体" w:eastAsia="宋体" w:cs="宋体"/>
          <w:color w:val="000000"/>
        </w:rPr>
        <w:t>鸟鸣声欢快悠扬</w:t>
      </w:r>
      <w:r>
        <w:rPr>
          <w:color w:val="000000"/>
        </w:rPr>
        <w:t xml:space="preserve">    ③. </w:t>
      </w:r>
      <w:r>
        <w:rPr>
          <w:rFonts w:ascii="宋体" w:hAnsi="宋体" w:eastAsia="宋体" w:cs="宋体"/>
          <w:color w:val="000000"/>
        </w:rPr>
        <w:t>鸟鸣声此起彼伏，动听热闹</w:t>
      </w:r>
      <w:r>
        <w:rPr>
          <w:color w:val="000000"/>
        </w:rPr>
        <w:t xml:space="preserve">    </w:t>
      </w:r>
    </w:p>
    <w:p>
      <w:pPr>
        <w:spacing w:line="360" w:lineRule="auto"/>
        <w:textAlignment w:val="center"/>
        <w:rPr>
          <w:color w:val="000000"/>
        </w:rPr>
      </w:pPr>
      <w:r>
        <w:rPr>
          <w:color w:val="000000"/>
        </w:rPr>
        <w:t xml:space="preserve">18.     ①. </w:t>
      </w:r>
      <w:r>
        <w:rPr>
          <w:rFonts w:ascii="宋体" w:hAnsi="宋体" w:eastAsia="宋体" w:cs="宋体"/>
          <w:color w:val="000000"/>
        </w:rPr>
        <w:t>答案示例：摘录：放眼望去，一大片一大片的油菜花发了疯似的“黄”，一大片一大片的麦苗发了疯似的“青”，一块儿黄连着一块儿青……</w:t>
      </w:r>
      <w:r>
        <w:rPr>
          <w:color w:val="000000"/>
        </w:rPr>
        <w:t xml:space="preserve">    ②. </w:t>
      </w:r>
      <w:r>
        <w:rPr>
          <w:rFonts w:ascii="宋体" w:hAnsi="宋体" w:eastAsia="宋体" w:cs="宋体"/>
          <w:color w:val="000000"/>
        </w:rPr>
        <w:t>批注：此处极力描写田野的色彩，与题目《春鸟喧哗》有什么关系？</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答案要点：提醒人们要珍惜美好时光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0" b="0"/>
            <wp:docPr id="1611"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 name="图片 100007"/>
                    <pic:cNvPicPr>
                      <a:picLocks noChangeAspect="1"/>
                    </pic:cNvPicPr>
                  </pic:nvPicPr>
                  <pic:blipFill>
                    <a:blip r:embed="rId155"/>
                    <a:stretch>
                      <a:fillRect/>
                    </a:stretch>
                  </pic:blipFill>
                  <pic:spPr>
                    <a:xfrm>
                      <a:off x="0" y="0"/>
                      <a:ext cx="95250" cy="171450"/>
                    </a:xfrm>
                    <a:prstGeom prst="rect">
                      <a:avLst/>
                    </a:prstGeom>
                  </pic:spPr>
                </pic:pic>
              </a:graphicData>
            </a:graphic>
          </wp:inline>
        </w:drawing>
      </w:r>
      <w:r>
        <w:rPr>
          <w:color w:val="000000"/>
        </w:rPr>
        <w:t>17题详解】</w:t>
      </w:r>
    </w:p>
    <w:p>
      <w:pPr>
        <w:spacing w:line="360" w:lineRule="auto"/>
        <w:jc w:val="left"/>
        <w:textAlignment w:val="center"/>
        <w:rPr>
          <w:color w:val="000000"/>
        </w:rPr>
      </w:pPr>
      <w:r>
        <w:rPr>
          <w:color w:val="000000"/>
        </w:rPr>
        <w:t>本</w:t>
      </w:r>
      <w:r>
        <w:rPr>
          <w:rFonts w:ascii="宋体" w:hAnsi="宋体" w:eastAsia="宋体" w:cs="宋体"/>
          <w:color w:val="000000"/>
        </w:rPr>
        <w:t>题考查赏析重点句子。</w:t>
      </w:r>
    </w:p>
    <w:p>
      <w:pPr>
        <w:spacing w:line="360" w:lineRule="auto"/>
        <w:jc w:val="left"/>
        <w:textAlignment w:val="center"/>
        <w:rPr>
          <w:color w:val="000000"/>
        </w:rPr>
      </w:pPr>
      <w:r>
        <w:rPr>
          <w:rFonts w:ascii="宋体" w:hAnsi="宋体" w:eastAsia="宋体" w:cs="宋体"/>
          <w:color w:val="000000"/>
        </w:rPr>
        <w:t>结合原文第②段“早起，春山寂寂，躺在床上看青灰色的晨曦流进后窗”可见，时间是早上，清晨的阳光渐渐照上窗户。原文第④段“此起彼伏的鸟鸣从山涧、树梢、屋顶上传来，似口哨，似溪声，似琴音，更似一曲天籁”这一句把鸟声比作“口哨，溪声，琴音，天籁之曲”。“似口哨”写出鸟声响亮，溪声婉转，琴声悠扬，所以“似溪声，似琴音”表现鸟鸣声欢快悠扬。“似一曲天籁”极言鸟声美妙。结合原文“山居听得的可不独独是黄鹂，亦有燕子、杜鹃、喜鹊、画眉、布谷这些“‘角儿’轮番登台，好不热闹”，能从中感受到鸟鸣声此起彼伏，动听热闹。</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本题考查内容理解。这样的试题答案宽泛，言之成理即可。但要注意摘录的内容和批注要产生内容上的联系，不能随意批注。示例：</w:t>
      </w:r>
    </w:p>
    <w:p>
      <w:pPr>
        <w:spacing w:line="360" w:lineRule="auto"/>
        <w:jc w:val="left"/>
        <w:textAlignment w:val="center"/>
        <w:rPr>
          <w:color w:val="000000"/>
        </w:rPr>
      </w:pPr>
      <w:r>
        <w:rPr>
          <w:rFonts w:ascii="宋体" w:hAnsi="宋体" w:eastAsia="宋体" w:cs="宋体"/>
          <w:color w:val="000000"/>
        </w:rPr>
        <w:t>摘录：第②段“鸽群‘呼啦啦’地从窗前飞过，随即一声声清脆的鸟鸣传入耳朵，顿时感觉清醒不少”。</w:t>
      </w:r>
    </w:p>
    <w:p>
      <w:pPr>
        <w:spacing w:line="360" w:lineRule="auto"/>
        <w:jc w:val="left"/>
        <w:textAlignment w:val="center"/>
        <w:rPr>
          <w:color w:val="000000"/>
        </w:rPr>
      </w:pPr>
      <w:r>
        <w:rPr>
          <w:rFonts w:ascii="宋体" w:hAnsi="宋体" w:eastAsia="宋体" w:cs="宋体"/>
          <w:color w:val="000000"/>
        </w:rPr>
        <w:t>批注：第②段写鸽群，和表现主题有什么关</w:t>
      </w:r>
      <w:r>
        <w:rPr>
          <w:color w:val="000000"/>
        </w:rPr>
        <w:t>系？</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w:t>
      </w:r>
      <w:r>
        <w:rPr>
          <w:rFonts w:ascii="宋体" w:hAnsi="宋体" w:eastAsia="宋体" w:cs="宋体"/>
          <w:color w:val="000000"/>
        </w:rPr>
        <w:t>考查对主题的分析理解。</w:t>
      </w:r>
    </w:p>
    <w:p>
      <w:pPr>
        <w:spacing w:line="360" w:lineRule="auto"/>
        <w:jc w:val="left"/>
        <w:textAlignment w:val="center"/>
        <w:rPr>
          <w:color w:val="000000"/>
        </w:rPr>
      </w:pPr>
      <w:r>
        <w:rPr>
          <w:rFonts w:ascii="宋体" w:hAnsi="宋体" w:eastAsia="宋体" w:cs="宋体"/>
          <w:color w:val="000000"/>
        </w:rPr>
        <w:t>“春鸟喧哗”一方面交代了写作内容，另一方面以春鸟“喧哗”凸显了春日</w:t>
      </w:r>
      <w:r>
        <w:rPr>
          <w:rFonts w:ascii="宋体" w:hAnsi="宋体" w:eastAsia="宋体" w:cs="宋体"/>
          <w:color w:val="000000"/>
          <w:position w:val="0"/>
        </w:rPr>
        <w:drawing>
          <wp:inline distT="0" distB="0" distL="114300" distR="114300">
            <wp:extent cx="133350" cy="177800"/>
            <wp:effectExtent l="0" t="0" r="0" b="13335"/>
            <wp:docPr id="1613"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图片 100009"/>
                    <pic:cNvPicPr>
                      <a:picLocks noChangeAspect="1"/>
                    </pic:cNvPicPr>
                  </pic:nvPicPr>
                  <pic:blipFill>
                    <a:blip r:embed="rId15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生机勃勃，充满希望。结合第⑧段“不得不承认，这些山间的鸟儿确实比人更懂得‘春光易逝’这个词”提醒人们“珍惜时光”。</w:t>
      </w:r>
    </w:p>
    <w:p>
      <w:pPr>
        <w:spacing w:line="360" w:lineRule="auto"/>
        <w:jc w:val="both"/>
        <w:textAlignment w:val="center"/>
        <w:rPr>
          <w:color w:val="000000"/>
        </w:rPr>
      </w:pPr>
      <w:r>
        <w:rPr>
          <w:rFonts w:ascii="宋体" w:hAnsi="宋体" w:eastAsia="宋体" w:cs="宋体"/>
          <w:b/>
          <w:color w:val="000000"/>
          <w:sz w:val="24"/>
        </w:rPr>
        <w:t>（二） （共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阅读《丑婆》，完成下面小题。</w:t>
      </w:r>
    </w:p>
    <w:p>
      <w:pPr>
        <w:spacing w:line="360" w:lineRule="auto"/>
        <w:jc w:val="center"/>
        <w:textAlignment w:val="center"/>
        <w:rPr>
          <w:color w:val="000000"/>
        </w:rPr>
      </w:pPr>
      <w:r>
        <w:rPr>
          <w:rFonts w:ascii="楷体" w:hAnsi="楷体" w:eastAsia="楷体" w:cs="楷体"/>
          <w:color w:val="000000"/>
        </w:rPr>
        <w:t>丑婆</w:t>
      </w:r>
    </w:p>
    <w:p>
      <w:pPr>
        <w:spacing w:line="360" w:lineRule="auto"/>
        <w:jc w:val="center"/>
        <w:textAlignment w:val="center"/>
        <w:rPr>
          <w:color w:val="000000"/>
        </w:rPr>
      </w:pPr>
      <w:r>
        <w:rPr>
          <w:rFonts w:ascii="楷体" w:hAnsi="楷体" w:eastAsia="楷体" w:cs="楷体"/>
          <w:color w:val="000000"/>
        </w:rPr>
        <w:t>安武林</w:t>
      </w:r>
    </w:p>
    <w:p>
      <w:pPr>
        <w:spacing w:line="360" w:lineRule="auto"/>
        <w:ind w:firstLine="420"/>
        <w:jc w:val="left"/>
        <w:textAlignment w:val="center"/>
        <w:rPr>
          <w:color w:val="000000"/>
        </w:rPr>
      </w:pPr>
      <w:r>
        <w:rPr>
          <w:rFonts w:ascii="楷体" w:hAnsi="楷体" w:eastAsia="楷体" w:cs="楷体"/>
          <w:color w:val="000000"/>
        </w:rPr>
        <w:t>①丑婆家的朱漆大门，一年四季都紧紧关着，高高的院墙内，住着无儿无女没有亲人的丑婆。听大人们形容丑婆：矮小，小脚，一脸的麻子，眼睛是一条很小的缝，眼球根本看不见东西，嘴脸的形状和原始人差不多。</w:t>
      </w:r>
    </w:p>
    <w:p>
      <w:pPr>
        <w:spacing w:line="360" w:lineRule="auto"/>
        <w:ind w:firstLine="420"/>
        <w:jc w:val="left"/>
        <w:textAlignment w:val="center"/>
        <w:rPr>
          <w:color w:val="000000"/>
        </w:rPr>
      </w:pPr>
      <w:r>
        <w:rPr>
          <w:rFonts w:ascii="楷体" w:hAnsi="楷体" w:eastAsia="楷体" w:cs="楷体"/>
          <w:color w:val="000000"/>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pPr>
        <w:spacing w:line="360" w:lineRule="auto"/>
        <w:ind w:firstLine="420"/>
        <w:jc w:val="left"/>
        <w:textAlignment w:val="center"/>
        <w:rPr>
          <w:color w:val="000000"/>
        </w:rPr>
      </w:pPr>
      <w:r>
        <w:rPr>
          <w:rFonts w:ascii="楷体" w:hAnsi="楷体" w:eastAsia="楷体" w:cs="楷体"/>
          <w:color w:val="000000"/>
        </w:rPr>
        <w:t>③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pPr>
        <w:spacing w:line="360" w:lineRule="auto"/>
        <w:ind w:firstLine="420"/>
        <w:jc w:val="left"/>
        <w:textAlignment w:val="center"/>
        <w:rPr>
          <w:color w:val="000000"/>
        </w:rPr>
      </w:pPr>
      <w:r>
        <w:rPr>
          <w:rFonts w:ascii="楷体" w:hAnsi="楷体" w:eastAsia="楷体" w:cs="楷体"/>
          <w:color w:val="000000"/>
        </w:rPr>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pPr>
        <w:spacing w:line="360" w:lineRule="auto"/>
        <w:ind w:firstLine="420"/>
        <w:jc w:val="left"/>
        <w:textAlignment w:val="center"/>
        <w:rPr>
          <w:color w:val="000000"/>
        </w:rPr>
      </w:pPr>
      <w:r>
        <w:rPr>
          <w:rFonts w:ascii="楷体" w:hAnsi="楷体" w:eastAsia="楷体" w:cs="楷体"/>
          <w:color w:val="000000"/>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pPr>
        <w:spacing w:line="360" w:lineRule="auto"/>
        <w:ind w:firstLine="420"/>
        <w:jc w:val="left"/>
        <w:textAlignment w:val="center"/>
        <w:rPr>
          <w:color w:val="000000"/>
        </w:rPr>
      </w:pPr>
      <w:r>
        <w:rPr>
          <w:rFonts w:ascii="楷体" w:hAnsi="楷体" w:eastAsia="楷体" w:cs="楷体"/>
          <w:color w:val="000000"/>
        </w:rPr>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pPr>
        <w:spacing w:line="360" w:lineRule="auto"/>
        <w:ind w:firstLine="420"/>
        <w:jc w:val="left"/>
        <w:textAlignment w:val="center"/>
        <w:rPr>
          <w:color w:val="000000"/>
        </w:rPr>
      </w:pPr>
      <w:r>
        <w:rPr>
          <w:rFonts w:ascii="楷体" w:hAnsi="楷体" w:eastAsia="楷体" w:cs="楷体"/>
          <w:color w:val="000000"/>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pPr>
        <w:spacing w:line="360" w:lineRule="auto"/>
        <w:ind w:firstLine="420"/>
        <w:jc w:val="left"/>
        <w:textAlignment w:val="center"/>
        <w:rPr>
          <w:color w:val="000000"/>
        </w:rPr>
      </w:pPr>
      <w:r>
        <w:rPr>
          <w:rFonts w:ascii="楷体" w:hAnsi="楷体" w:eastAsia="楷体" w:cs="楷体"/>
          <w:color w:val="000000"/>
        </w:rPr>
        <w:t>⑧爸爸和缓了一下语气，接着又说：孩子每年都吃着丑婆的桑葚，享受着她的爱，我们却不敢向孩子坦白，至少，我们的孩子应该当面谢谢人家才对。咱家的杏子不是熟了吗？挑些个大熟透的，让孩子给丑婆送去。</w:t>
      </w:r>
    </w:p>
    <w:p>
      <w:pPr>
        <w:spacing w:line="360" w:lineRule="auto"/>
        <w:ind w:firstLine="420"/>
        <w:jc w:val="left"/>
        <w:textAlignment w:val="center"/>
        <w:rPr>
          <w:color w:val="000000"/>
        </w:rPr>
      </w:pPr>
      <w:r>
        <w:rPr>
          <w:rFonts w:ascii="楷体" w:hAnsi="楷体" w:eastAsia="楷体" w:cs="楷体"/>
          <w:color w:val="000000"/>
        </w:rPr>
        <w:t>⑨啊，是丑婆？我惊讶地张大了嘴巴，差点没喊出声来。丑婆刚刚还来过，我在睡梦中的时候她来过了。我很懊悔，没能偷偷看一眼丑婆。她家有一株硕大的桑葚树，我们品尝着桑葚的甜蜜。</w:t>
      </w:r>
      <w:r>
        <w:rPr>
          <w:rFonts w:ascii="楷体" w:hAnsi="楷体" w:eastAsia="楷体" w:cs="楷体"/>
          <w:color w:val="000000"/>
          <w:u w:val="single"/>
        </w:rPr>
        <w:t>我们这些孩子都是树上的小鸟，丑婆你就是生长着快乐的大树</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⑩父母吹灭了灯，他们休息了。他们商定好了明天由我去送杏子给丑婆。</w:t>
      </w:r>
    </w:p>
    <w:p>
      <w:pPr>
        <w:spacing w:line="360" w:lineRule="auto"/>
        <w:ind w:firstLine="420"/>
        <w:jc w:val="left"/>
        <w:textAlignment w:val="center"/>
        <w:rPr>
          <w:color w:val="000000"/>
        </w:rPr>
      </w:pPr>
      <w:r>
        <w:rPr>
          <w:rFonts w:ascii="楷体" w:hAnsi="楷体" w:eastAsia="楷体" w:cs="楷体"/>
          <w:color w:val="000000"/>
        </w:rPr>
        <w:t>⑪那一夜，我失眠了，翻来覆去想着丑婆……</w:t>
      </w:r>
    </w:p>
    <w:p>
      <w:pPr>
        <w:spacing w:line="360" w:lineRule="auto"/>
        <w:ind w:firstLine="420"/>
        <w:jc w:val="left"/>
        <w:textAlignment w:val="center"/>
        <w:rPr>
          <w:color w:val="000000"/>
        </w:rPr>
      </w:pPr>
      <w:r>
        <w:rPr>
          <w:rFonts w:ascii="楷体" w:hAnsi="楷体" w:eastAsia="楷体" w:cs="楷体"/>
          <w:color w:val="000000"/>
        </w:rPr>
        <w:t>⑫天亮了，我捧着杏子来到丑婆家的朱漆大门前，口中念念有词：丑婆，丑婆，我给你送杏子来了，请你开门。我的声音没有走调。我不害怕！</w:t>
      </w:r>
    </w:p>
    <w:p>
      <w:pPr>
        <w:spacing w:line="360" w:lineRule="auto"/>
        <w:ind w:firstLine="420"/>
        <w:jc w:val="right"/>
        <w:textAlignment w:val="center"/>
        <w:rPr>
          <w:color w:val="000000"/>
        </w:rPr>
      </w:pPr>
      <w:r>
        <w:rPr>
          <w:rFonts w:ascii="楷体" w:hAnsi="楷体" w:eastAsia="楷体" w:cs="楷体"/>
          <w:color w:val="000000"/>
        </w:rPr>
        <w:t>（有删改）</w:t>
      </w:r>
    </w:p>
    <w:p>
      <w:pPr>
        <w:spacing w:line="360" w:lineRule="auto"/>
        <w:jc w:val="left"/>
        <w:textAlignment w:val="center"/>
        <w:rPr>
          <w:color w:val="000000"/>
        </w:rPr>
      </w:pPr>
      <w:r>
        <w:rPr>
          <w:color w:val="000000"/>
        </w:rPr>
        <w:t xml:space="preserve">20. </w:t>
      </w:r>
      <w:r>
        <w:rPr>
          <w:rFonts w:ascii="宋体" w:hAnsi="宋体" w:eastAsia="宋体" w:cs="宋体"/>
          <w:color w:val="000000"/>
        </w:rPr>
        <w:t>阅读文章，摘录文中表明事情发展的时间，概括事件及“我”不同阶段的心理，填写下表。</w:t>
      </w:r>
    </w:p>
    <w:tbl>
      <w:tblPr>
        <w:tblStyle w:val="4"/>
        <w:tblW w:w="5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95"/>
        <w:gridCol w:w="2130"/>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事件</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平日里</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听丑婆的传闻</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②</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惊讶、懊悔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天亮了</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④</w:t>
            </w:r>
          </w:p>
        </w:tc>
        <w:tc>
          <w:tcPr>
            <w:tcW w:w="18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不害怕</w:t>
            </w:r>
          </w:p>
        </w:tc>
      </w:tr>
    </w:tbl>
    <w:p>
      <w:pPr>
        <w:spacing w:line="360" w:lineRule="auto"/>
        <w:jc w:val="left"/>
        <w:textAlignment w:val="center"/>
        <w:rPr>
          <w:color w:val="000000"/>
        </w:rPr>
      </w:pPr>
      <w:r>
        <w:rPr>
          <w:color w:val="000000"/>
        </w:rPr>
        <w:t xml:space="preserve">21. </w:t>
      </w:r>
      <w:r>
        <w:rPr>
          <w:rFonts w:ascii="宋体" w:hAnsi="宋体" w:eastAsia="宋体" w:cs="宋体"/>
          <w:color w:val="000000"/>
        </w:rPr>
        <w:t>仿照第⑨段画线句，在横线处补写合适的内容。</w:t>
      </w:r>
    </w:p>
    <w:p>
      <w:pPr>
        <w:spacing w:line="360" w:lineRule="auto"/>
        <w:jc w:val="left"/>
        <w:textAlignment w:val="center"/>
        <w:rPr>
          <w:color w:val="000000"/>
        </w:rPr>
      </w:pPr>
      <w:r>
        <w:rPr>
          <w:rFonts w:ascii="宋体" w:hAnsi="宋体" w:eastAsia="宋体" w:cs="宋体"/>
          <w:color w:val="000000"/>
        </w:rPr>
        <w:t>我们这些孩子都是</w:t>
      </w:r>
      <w:r>
        <w:rPr>
          <w:rFonts w:ascii="宋体" w:hAnsi="宋体" w:eastAsia="宋体" w:cs="宋体"/>
          <w:color w:val="000000"/>
          <w:u w:val="single"/>
        </w:rPr>
        <w:t>①</w:t>
      </w:r>
      <w:r>
        <w:rPr>
          <w:color w:val="000000"/>
        </w:rPr>
        <w:t>______</w:t>
      </w:r>
      <w:r>
        <w:rPr>
          <w:rFonts w:ascii="宋体" w:hAnsi="宋体" w:eastAsia="宋体" w:cs="宋体"/>
          <w:color w:val="000000"/>
        </w:rPr>
        <w:t>，丑婆你就是</w:t>
      </w:r>
      <w:r>
        <w:rPr>
          <w:rFonts w:ascii="宋体" w:hAnsi="宋体" w:eastAsia="宋体" w:cs="宋体"/>
          <w:color w:val="000000"/>
          <w:u w:val="single"/>
        </w:rPr>
        <w:t>②</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第①段写“那一夜，我失眠了，翻来覆去想着丑婆……”请结合上下文，合理想象，补写此刻“我”的心理活动。</w:t>
      </w:r>
    </w:p>
    <w:p>
      <w:pPr>
        <w:spacing w:line="360" w:lineRule="auto"/>
        <w:jc w:val="left"/>
        <w:textAlignment w:val="center"/>
        <w:rPr>
          <w:color w:val="000000"/>
        </w:rPr>
      </w:pPr>
      <w:r>
        <w:rPr>
          <w:color w:val="000000"/>
        </w:rPr>
        <w:t xml:space="preserve">23. </w:t>
      </w:r>
      <w:r>
        <w:rPr>
          <w:rFonts w:ascii="宋体" w:hAnsi="宋体" w:eastAsia="宋体" w:cs="宋体"/>
          <w:color w:val="000000"/>
        </w:rPr>
        <w:t>阅读全文，你认为文中的丑婆丑吗？结合文章内容，谈谈你的理解。</w:t>
      </w:r>
    </w:p>
    <w:p>
      <w:pPr>
        <w:spacing w:line="360" w:lineRule="auto"/>
        <w:textAlignment w:val="center"/>
        <w:rPr>
          <w:color w:val="000000"/>
        </w:rPr>
      </w:pPr>
      <w:r>
        <w:rPr>
          <w:color w:val="2E75B6"/>
        </w:rPr>
        <w:t>【答案】</w:t>
      </w:r>
      <w:r>
        <w:rPr>
          <w:color w:val="000000"/>
        </w:rPr>
        <w:t xml:space="preserve">20. </w:t>
      </w:r>
      <w:r>
        <w:rPr>
          <w:rFonts w:ascii="宋体" w:hAnsi="宋体" w:eastAsia="宋体" w:cs="宋体"/>
          <w:color w:val="000000"/>
        </w:rPr>
        <w:t>①兴奋、惧怕②一天晚上（那一夜）③得知丑婆送桑葚的真相④给丑婆送杏子</w:t>
      </w:r>
      <w:r>
        <w:rPr>
          <w:color w:val="000000"/>
        </w:rPr>
        <w:t xml:space="preserve">    </w:t>
      </w:r>
    </w:p>
    <w:p>
      <w:pPr>
        <w:spacing w:line="360" w:lineRule="auto"/>
        <w:textAlignment w:val="center"/>
        <w:rPr>
          <w:color w:val="000000"/>
        </w:rPr>
      </w:pPr>
      <w:r>
        <w:rPr>
          <w:color w:val="000000"/>
        </w:rPr>
        <w:t xml:space="preserve">21.     ①. </w:t>
      </w:r>
      <w:r>
        <w:rPr>
          <w:rFonts w:ascii="宋体" w:hAnsi="宋体" w:eastAsia="宋体" w:cs="宋体"/>
          <w:color w:val="000000"/>
        </w:rPr>
        <w:t>①河中的小船</w:t>
      </w:r>
      <w:r>
        <w:rPr>
          <w:color w:val="000000"/>
        </w:rPr>
        <w:t xml:space="preserve">    ②. </w:t>
      </w:r>
      <w:r>
        <w:rPr>
          <w:rFonts w:ascii="宋体" w:hAnsi="宋体" w:eastAsia="宋体" w:cs="宋体"/>
          <w:color w:val="000000"/>
        </w:rPr>
        <w:t>②汇集了包容的港湾</w:t>
      </w:r>
      <w:r>
        <w:rPr>
          <w:color w:val="000000"/>
        </w:rPr>
        <w:t xml:space="preserve">    </w:t>
      </w:r>
    </w:p>
    <w:p>
      <w:pPr>
        <w:spacing w:line="360" w:lineRule="auto"/>
        <w:textAlignment w:val="center"/>
        <w:rPr>
          <w:color w:val="000000"/>
        </w:rPr>
      </w:pPr>
      <w:r>
        <w:rPr>
          <w:color w:val="000000"/>
        </w:rPr>
        <w:t xml:space="preserve">22. </w:t>
      </w:r>
      <w:r>
        <w:rPr>
          <w:rFonts w:ascii="宋体" w:hAnsi="宋体" w:eastAsia="宋体" w:cs="宋体"/>
          <w:color w:val="000000"/>
        </w:rPr>
        <w:t>答案示例：您的宽容，您的无私，我们的无知与伤害，这一切令我多么懊恼与羞愧。丑婆，我对不起您！</w:t>
      </w:r>
      <w:r>
        <w:rPr>
          <w:color w:val="000000"/>
        </w:rPr>
        <w:t xml:space="preserve">    </w:t>
      </w:r>
    </w:p>
    <w:p>
      <w:pPr>
        <w:spacing w:line="360" w:lineRule="auto"/>
        <w:textAlignment w:val="center"/>
        <w:rPr>
          <w:color w:val="000000"/>
        </w:rPr>
      </w:pPr>
      <w:r>
        <w:rPr>
          <w:color w:val="000000"/>
        </w:rPr>
        <w:t xml:space="preserve">23. </w:t>
      </w:r>
      <w:r>
        <w:rPr>
          <w:rFonts w:ascii="宋体" w:hAnsi="宋体" w:eastAsia="宋体" w:cs="宋体"/>
          <w:color w:val="000000"/>
        </w:rPr>
        <w:t>答案示例：我认为丑婆不丑。人的美与丑应看心灵与品质。丑婆喜爱孩子，每年都给孩子送来桑葚；她委屈自己，为了不让孩子受到惊吓，总是避而不见。拥有颗热爱儿童与包容他人心灵的人是美丽的。</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【20题详解】</w:t>
      </w:r>
    </w:p>
    <w:p>
      <w:pPr>
        <w:spacing w:line="360" w:lineRule="auto"/>
        <w:textAlignment w:val="center"/>
        <w:rPr>
          <w:color w:val="000000"/>
        </w:rPr>
      </w:pPr>
      <w:r>
        <w:rPr>
          <w:rFonts w:ascii="宋体" w:hAnsi="宋体" w:eastAsia="宋体" w:cs="宋体"/>
          <w:color w:val="000000"/>
        </w:rPr>
        <w:t>此题考查的是从文中搜集信息的能力。通读文章，文章第②段开始写了“我”听闻了丑婆的传说，“怀着既兴奋又惧怕的心情，渴望多知道一些有关丑婆的一些事情”，接下来的“一天晩上，我正睡得迷糊，突然被一阵剧烈的争吵惊醒了”，在迷迷糊糊中“我”听到了父母的谈话，知道了桑葚是丑婆送来了，理解了丑婆的苦衷，于是第二天“我捧着杏子来到丑婆家的朱漆大门前，口中念念有词：丑婆，丑婆，我给你送杏子来了，请你开门”，此时“我的声音没有走调。我不害怕”。据此理解作答。</w:t>
      </w:r>
    </w:p>
    <w:p>
      <w:pPr>
        <w:spacing w:line="360" w:lineRule="auto"/>
        <w:textAlignment w:val="center"/>
        <w:rPr>
          <w:color w:val="000000"/>
        </w:rPr>
      </w:pPr>
      <w:r>
        <w:rPr>
          <w:color w:val="000000"/>
        </w:rPr>
        <w:t>【21题详解】</w:t>
      </w:r>
    </w:p>
    <w:p>
      <w:pPr>
        <w:spacing w:line="360" w:lineRule="auto"/>
        <w:textAlignment w:val="center"/>
        <w:rPr>
          <w:color w:val="000000"/>
        </w:rPr>
      </w:pPr>
      <w:r>
        <w:rPr>
          <w:rFonts w:ascii="宋体" w:hAnsi="宋体" w:eastAsia="宋体" w:cs="宋体"/>
          <w:color w:val="000000"/>
        </w:rPr>
        <w:t>此题考查的是仿写句子。在仿写时要注意把握内容和形式两方面，结合上下文选择合适内容和合适的修辞手法。分析划线句“我们这些孩子都是树上的小鸟，丑婆你就是生长着快乐的大树”可知这里运用了比喻的修辞手法，内容上把握上下句的关系仿写即可。示例：我们这些孩子都是海洋中的小鱼，丑婆你就是承载着包容的大海。</w:t>
      </w:r>
    </w:p>
    <w:p>
      <w:pPr>
        <w:spacing w:line="360" w:lineRule="auto"/>
        <w:textAlignment w:val="center"/>
        <w:rPr>
          <w:color w:val="000000"/>
        </w:rPr>
      </w:pPr>
      <w:r>
        <w:rPr>
          <w:color w:val="000000"/>
        </w:rPr>
        <w:t>【22题详解】</w:t>
      </w:r>
    </w:p>
    <w:p>
      <w:pPr>
        <w:spacing w:line="360" w:lineRule="auto"/>
        <w:textAlignment w:val="center"/>
        <w:rPr>
          <w:color w:val="000000"/>
        </w:rPr>
      </w:pPr>
      <w:r>
        <w:rPr>
          <w:rFonts w:ascii="宋体" w:hAnsi="宋体" w:eastAsia="宋体" w:cs="宋体"/>
          <w:color w:val="000000"/>
        </w:rPr>
        <w:t>此题考查的是对人物心理的揣摩和语言表达的能力。解答此类试题，要真正走入作品，走进人物的内心世界，这样才能准确把握。这个偶然的机会，让“我”了解了丑婆，感受到了她的苦衷，“那一夜，我失眠了，翻来覆去想着丑婆……”此时“我”的内心应该是非常复杂，这里有对丑婆的愧疚——因为之前对丑婆的误解和嘲讽，有对丑婆的感激——并不与孩子们计较，每年都送来桑葚，宽容体贴。所以这里的心理描写主要要体现出这两种心情。据此理解作答。</w:t>
      </w:r>
    </w:p>
    <w:p>
      <w:pPr>
        <w:spacing w:line="360" w:lineRule="auto"/>
        <w:textAlignment w:val="center"/>
        <w:rPr>
          <w:color w:val="000000"/>
        </w:rPr>
      </w:pPr>
      <w:r>
        <w:rPr>
          <w:color w:val="000000"/>
        </w:rPr>
        <w:t>【23题详解】</w:t>
      </w:r>
    </w:p>
    <w:p>
      <w:pPr>
        <w:spacing w:line="360" w:lineRule="auto"/>
        <w:textAlignment w:val="center"/>
        <w:rPr>
          <w:color w:val="000000"/>
        </w:rPr>
      </w:pPr>
      <w:r>
        <w:rPr>
          <w:rFonts w:ascii="宋体" w:hAnsi="宋体" w:eastAsia="宋体" w:cs="宋体"/>
          <w:color w:val="000000"/>
        </w:rPr>
        <w:t>此题考查的是对人物形象的把握。解答此类试题时，首先从文中找出对该人物的描写，然后结合这些描写分析人物形象即可。“丑婆是害怕把孩子吓着，所以她一般在黑夜里走动”“孩子每年都吃着丑婆的桑葚，享受着她的爱”“她害怕弄醒孩子，更怕惊吓着孩子”这些句中可以看出丑婆有着美好的心灵，她对孩子们宽容，为了不让孩子受到惊吓，她只是委屈自己，可见丑婆不丑。据此理解作答。</w:t>
      </w:r>
    </w:p>
    <w:p>
      <w:pPr>
        <w:pStyle w:val="Heading3"/>
      </w:pPr>
      <w:r>
        <w:t>第十八中学</w:t>
      </w:r>
    </w:p>
    <w:p>
      <w:pPr>
        <w:spacing w:line="360" w:lineRule="auto"/>
        <w:jc w:val="left"/>
        <w:textAlignment w:val="center"/>
        <w:rPr>
          <w:color w:val="000000"/>
        </w:rPr>
      </w:pPr>
      <w:r>
        <w:rPr>
          <w:rFonts w:ascii="宋体" w:hAnsi="宋体" w:eastAsia="宋体" w:cs="宋体"/>
          <w:b/>
          <w:color w:val="000000"/>
          <w:sz w:val="24"/>
        </w:rPr>
        <w:t>四、现代文阅读（</w:t>
      </w:r>
      <w:r>
        <w:rPr>
          <w:rFonts w:ascii="Times New Roman" w:hAnsi="Times New Roman" w:eastAsia="Times New Roman" w:cs="Times New Roman"/>
          <w:b/>
          <w:color w:val="000000"/>
          <w:sz w:val="24"/>
        </w:rPr>
        <w:t>22</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15. </w:t>
      </w:r>
      <w:r>
        <w:rPr>
          <w:rFonts w:ascii="宋体" w:hAnsi="宋体" w:eastAsia="宋体" w:cs="宋体"/>
          <w:color w:val="000000"/>
        </w:rPr>
        <w:t>阅读下面的文章，完成下面问题。</w:t>
      </w:r>
    </w:p>
    <w:p>
      <w:pPr>
        <w:spacing w:line="360" w:lineRule="auto"/>
        <w:jc w:val="center"/>
        <w:textAlignment w:val="center"/>
        <w:rPr>
          <w:color w:val="000000"/>
        </w:rPr>
      </w:pPr>
      <w:r>
        <w:rPr>
          <w:rFonts w:ascii="楷体" w:hAnsi="楷体" w:eastAsia="楷体" w:cs="楷体"/>
          <w:color w:val="000000"/>
        </w:rPr>
        <w:t>故乡的芦苇</w:t>
      </w:r>
    </w:p>
    <w:p>
      <w:pPr>
        <w:spacing w:line="360" w:lineRule="auto"/>
        <w:jc w:val="center"/>
        <w:textAlignment w:val="center"/>
        <w:rPr>
          <w:color w:val="000000"/>
        </w:rPr>
      </w:pPr>
      <w:r>
        <w:rPr>
          <w:rFonts w:ascii="楷体" w:hAnsi="楷体" w:eastAsia="楷体" w:cs="楷体"/>
          <w:color w:val="000000"/>
        </w:rPr>
        <w:t>樊发稼</w:t>
      </w:r>
    </w:p>
    <w:p>
      <w:pPr>
        <w:spacing w:line="360" w:lineRule="auto"/>
        <w:ind w:firstLine="420"/>
        <w:jc w:val="left"/>
        <w:textAlignment w:val="center"/>
        <w:rPr>
          <w:color w:val="000000"/>
        </w:rPr>
      </w:pPr>
      <w:r>
        <w:rPr>
          <w:rFonts w:ascii="楷体" w:hAnsi="楷体" w:eastAsia="楷体" w:cs="楷体"/>
          <w:color w:val="000000"/>
        </w:rPr>
        <w:t>①长江口外，东海之滨，有一个美丽的绿色海岛。那就是我的故乡。</w:t>
      </w:r>
    </w:p>
    <w:p>
      <w:pPr>
        <w:spacing w:line="360" w:lineRule="auto"/>
        <w:ind w:firstLine="420"/>
        <w:jc w:val="left"/>
        <w:textAlignment w:val="center"/>
        <w:rPr>
          <w:color w:val="000000"/>
        </w:rPr>
      </w:pPr>
      <w:r>
        <w:rPr>
          <w:rFonts w:ascii="楷体" w:hAnsi="楷体" w:eastAsia="楷体" w:cs="楷体"/>
          <w:color w:val="000000"/>
        </w:rPr>
        <w:t>②二十几年在北国的大城市里工作，我常常想念我远在南方的故乡。</w:t>
      </w:r>
    </w:p>
    <w:p>
      <w:pPr>
        <w:spacing w:line="360" w:lineRule="auto"/>
        <w:ind w:firstLine="420"/>
        <w:jc w:val="left"/>
        <w:textAlignment w:val="center"/>
        <w:rPr>
          <w:color w:val="000000"/>
        </w:rPr>
      </w:pPr>
      <w:r>
        <w:rPr>
          <w:rFonts w:ascii="楷体" w:hAnsi="楷体" w:eastAsia="楷体" w:cs="楷体"/>
          <w:color w:val="000000"/>
        </w:rPr>
        <w:t>③生我养我的故乡啊，你给我留下多少梦幻般的、缤纷的记忆——那密如蛛网、纵横交错的清清亮亮的小河；那灿若群星、叫不出名字的各种各样的芬芳的野花；那望去像铺满碎金似的一畦畦油菜花；那朗朗秋空下熠熠耀目、洁白如云的棉花……</w:t>
      </w:r>
    </w:p>
    <w:p>
      <w:pPr>
        <w:spacing w:line="360" w:lineRule="auto"/>
        <w:ind w:firstLine="420"/>
        <w:jc w:val="left"/>
        <w:textAlignment w:val="center"/>
        <w:rPr>
          <w:color w:val="000000"/>
        </w:rPr>
      </w:pPr>
      <w:r>
        <w:rPr>
          <w:rFonts w:ascii="楷体" w:hAnsi="楷体" w:eastAsia="楷体" w:cs="楷体"/>
          <w:color w:val="000000"/>
        </w:rPr>
        <w:t>④然而，多年来最令我魂牵梦绕、永远不能忘怀的，却是故乡的芦苇——就是那些看来似乎很不起眼的、朴实无华的芦苇。一片片，一簇簇，迎着轻风，摇曳着修长的碧玉似的秀枝，远看犹如一朵朵绿色的轻云，在地平线上飘拂着，给乡村平添几分恬静和飘逸。</w:t>
      </w:r>
    </w:p>
    <w:p>
      <w:pPr>
        <w:spacing w:line="360" w:lineRule="auto"/>
        <w:ind w:firstLine="420"/>
        <w:jc w:val="left"/>
        <w:textAlignment w:val="center"/>
        <w:rPr>
          <w:color w:val="000000"/>
        </w:rPr>
      </w:pPr>
      <w:r>
        <w:rPr>
          <w:rFonts w:ascii="楷体" w:hAnsi="楷体" w:eastAsia="楷体" w:cs="楷体"/>
          <w:color w:val="000000"/>
        </w:rPr>
        <w:t>⑤几乎所有的河沟、小湖、池塘，都有绿色的芦苇掩映着。</w:t>
      </w:r>
    </w:p>
    <w:p>
      <w:pPr>
        <w:spacing w:line="360" w:lineRule="auto"/>
        <w:ind w:firstLine="420"/>
        <w:jc w:val="left"/>
        <w:textAlignment w:val="center"/>
        <w:rPr>
          <w:color w:val="000000"/>
        </w:rPr>
      </w:pPr>
      <w:r>
        <w:rPr>
          <w:rFonts w:ascii="楷体" w:hAnsi="楷体" w:eastAsia="楷体" w:cs="楷体"/>
          <w:color w:val="000000"/>
        </w:rPr>
        <w:t>⑥每年，当春风刚刚吹谢雪花，故乡的芦苇就迫不及待地从还未退尽寒意的泥土里探出尖尖的靛青色的脑袋。【甲】</w:t>
      </w:r>
      <w:r>
        <w:rPr>
          <w:rFonts w:ascii="楷体" w:hAnsi="楷体" w:eastAsia="楷体" w:cs="楷体"/>
          <w:color w:val="000000"/>
          <w:u w:val="single"/>
        </w:rPr>
        <w:t>它长得很快，要不了多少日子，它就可以长到几尺高，快活地舒展出它那扁平的狭长的叶子。</w:t>
      </w:r>
    </w:p>
    <w:p>
      <w:pPr>
        <w:spacing w:line="360" w:lineRule="auto"/>
        <w:ind w:firstLine="420"/>
        <w:jc w:val="left"/>
        <w:textAlignment w:val="center"/>
        <w:rPr>
          <w:color w:val="000000"/>
        </w:rPr>
      </w:pPr>
      <w:r>
        <w:rPr>
          <w:rFonts w:ascii="楷体" w:hAnsi="楷体" w:eastAsia="楷体" w:cs="楷体"/>
          <w:color w:val="000000"/>
        </w:rPr>
        <w:t>⑦到这时候，我和小伙伴们最喜欢摘一片芦叶，熟练地卷成小小的哨子，放在嘴边，吹出各种悦耳的乐音，孩子们为这美妙的音乐所陶醉，在亮晶晶的小河边，在碧青青的草地上，快乐地奔跑着，忘情地呼唤着……</w:t>
      </w:r>
    </w:p>
    <w:p>
      <w:pPr>
        <w:spacing w:line="360" w:lineRule="auto"/>
        <w:ind w:firstLine="420"/>
        <w:jc w:val="left"/>
        <w:textAlignment w:val="center"/>
        <w:rPr>
          <w:color w:val="000000"/>
        </w:rPr>
      </w:pPr>
      <w:r>
        <w:rPr>
          <w:rFonts w:ascii="楷体" w:hAnsi="楷体" w:eastAsia="楷体" w:cs="楷体"/>
          <w:color w:val="000000"/>
        </w:rPr>
        <w:t>⑧我们还喜欢用芦叶折成绿色的芦叶船。手巧的伙伴，还会从旧火柴匣上剪下小片片，当成舵，安在小船的尾部，还用香烟盒里的锡纸做成小小的银色的帆叶。【乙】</w:t>
      </w:r>
      <w:r>
        <w:rPr>
          <w:rFonts w:ascii="楷体" w:hAnsi="楷体" w:eastAsia="楷体" w:cs="楷体"/>
          <w:color w:val="000000"/>
          <w:u w:val="single"/>
        </w:rPr>
        <w:t>我们一个个光着小脚丫，蹲伏在河滩上，小心翼翼地把各自的小船移到水面上。</w:t>
      </w:r>
      <w:r>
        <w:rPr>
          <w:rFonts w:ascii="宋体" w:hAnsi="宋体" w:eastAsia="宋体" w:cs="宋体"/>
          <w:color w:val="000000"/>
        </w:rPr>
        <w:t>“</w:t>
      </w:r>
      <w:r>
        <w:rPr>
          <w:rFonts w:ascii="楷体" w:hAnsi="楷体" w:eastAsia="楷体" w:cs="楷体"/>
          <w:color w:val="000000"/>
        </w:rPr>
        <w:t>开船！开船！</w:t>
      </w:r>
      <w:r>
        <w:rPr>
          <w:rFonts w:ascii="宋体" w:hAnsi="宋体" w:eastAsia="宋体" w:cs="宋体"/>
          <w:color w:val="000000"/>
        </w:rPr>
        <w:t>”</w:t>
      </w:r>
      <w:r>
        <w:rPr>
          <w:rFonts w:ascii="楷体" w:hAnsi="楷体" w:eastAsia="楷体" w:cs="楷体"/>
          <w:color w:val="000000"/>
        </w:rPr>
        <w:t>于是，在一片欢呼声中，绿色的</w:t>
      </w:r>
      <w:r>
        <w:rPr>
          <w:rFonts w:ascii="宋体" w:hAnsi="宋体" w:eastAsia="宋体" w:cs="宋体"/>
          <w:color w:val="000000"/>
        </w:rPr>
        <w:t>“</w:t>
      </w:r>
      <w:r>
        <w:rPr>
          <w:rFonts w:ascii="楷体" w:hAnsi="楷体" w:eastAsia="楷体" w:cs="楷体"/>
          <w:color w:val="000000"/>
        </w:rPr>
        <w:t>船队</w:t>
      </w:r>
      <w:r>
        <w:rPr>
          <w:rFonts w:ascii="宋体" w:hAnsi="宋体" w:eastAsia="宋体" w:cs="宋体"/>
          <w:color w:val="000000"/>
        </w:rPr>
        <w:t>”</w:t>
      </w:r>
      <w:r>
        <w:rPr>
          <w:rFonts w:ascii="楷体" w:hAnsi="楷体" w:eastAsia="楷体" w:cs="楷体"/>
          <w:color w:val="000000"/>
        </w:rPr>
        <w:t>便满载着我们纯真的幻想，顺流而去……</w:t>
      </w:r>
    </w:p>
    <w:p>
      <w:pPr>
        <w:spacing w:line="360" w:lineRule="auto"/>
        <w:ind w:firstLine="420"/>
        <w:jc w:val="left"/>
        <w:textAlignment w:val="center"/>
        <w:rPr>
          <w:color w:val="000000"/>
        </w:rPr>
      </w:pPr>
      <w:r>
        <w:rPr>
          <w:rFonts w:ascii="楷体" w:hAnsi="楷体" w:eastAsia="楷体" w:cs="楷体"/>
          <w:color w:val="000000"/>
        </w:rPr>
        <w:t>⑨在那星月交辉的夏季，我最喜欢带着弟弟到芦苇丛中抓纺织娘。纺织娘通体透明，头上长着两根细长的触须，身上裹着两片薄薄的玻璃纸似的羽翼。我们把抓到的纺织娘小心地放进小竹笼子里，怕它们饿，就塞进几朵金红色的南瓜花，然后将笼子挂在蚊帐架上，任纺织娘用好听的歌声伴我们进入甜蜜的梦乡……</w:t>
      </w:r>
    </w:p>
    <w:p>
      <w:pPr>
        <w:spacing w:line="360" w:lineRule="auto"/>
        <w:ind w:firstLine="420"/>
        <w:jc w:val="left"/>
        <w:textAlignment w:val="center"/>
        <w:rPr>
          <w:color w:val="000000"/>
        </w:rPr>
      </w:pPr>
      <w:r>
        <w:rPr>
          <w:rFonts w:ascii="楷体" w:hAnsi="楷体" w:eastAsia="楷体" w:cs="楷体"/>
          <w:color w:val="000000"/>
        </w:rPr>
        <w:t>⑩啊，故乡的芦苇！因为你给过我不少童年的欢乐，所以我一直对你怀有一种特殊的亲切之感。每当想起你，我就会沉浸在童年美好的回忆之中……</w:t>
      </w:r>
    </w:p>
    <w:p>
      <w:pPr>
        <w:spacing w:line="360" w:lineRule="auto"/>
        <w:jc w:val="left"/>
        <w:textAlignment w:val="center"/>
        <w:rPr>
          <w:color w:val="000000"/>
        </w:rPr>
      </w:pPr>
      <w:r>
        <w:rPr>
          <w:color w:val="000000"/>
        </w:rPr>
        <w:t>（1）</w:t>
      </w:r>
      <w:r>
        <w:rPr>
          <w:rFonts w:ascii="宋体" w:hAnsi="宋体" w:eastAsia="宋体" w:cs="宋体"/>
          <w:color w:val="000000"/>
        </w:rPr>
        <w:t>文中多次写到故乡芦苇带给作者的欢乐场景，概括内容，补全下面横线。</w:t>
      </w:r>
    </w:p>
    <w:p>
      <w:pPr>
        <w:spacing w:line="360" w:lineRule="auto"/>
        <w:jc w:val="left"/>
        <w:textAlignment w:val="center"/>
        <w:rPr>
          <w:color w:val="000000"/>
        </w:rPr>
      </w:pPr>
      <w:r>
        <w:rPr>
          <w:rFonts w:ascii="宋体" w:hAnsi="宋体" w:eastAsia="宋体" w:cs="宋体"/>
          <w:color w:val="000000"/>
        </w:rPr>
        <w:t>当①</w:t>
      </w:r>
      <w:r>
        <w:rPr>
          <w:color w:val="000000"/>
        </w:rPr>
        <w:t>___________</w:t>
      </w:r>
      <w:r>
        <w:rPr>
          <w:rFonts w:ascii="宋体" w:hAnsi="宋体" w:eastAsia="宋体" w:cs="宋体"/>
          <w:color w:val="000000"/>
        </w:rPr>
        <w:t>时，美妙</w:t>
      </w:r>
      <w:r>
        <w:rPr>
          <w:rFonts w:ascii="宋体" w:hAnsi="宋体" w:eastAsia="宋体" w:cs="宋体"/>
          <w:color w:val="000000"/>
          <w:position w:val="0"/>
        </w:rPr>
        <w:drawing>
          <wp:inline distT="0" distB="0" distL="114300" distR="114300">
            <wp:extent cx="133350" cy="177800"/>
            <wp:effectExtent l="0" t="0" r="0" b="13335"/>
            <wp:docPr id="1615"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图片 100003"/>
                    <pic:cNvPicPr>
                      <a:picLocks noChangeAspect="1"/>
                    </pic:cNvPicPr>
                  </pic:nvPicPr>
                  <pic:blipFill>
                    <a:blip r:embed="rId15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音乐让孩子们陶醉；</w:t>
      </w:r>
    </w:p>
    <w:p>
      <w:pPr>
        <w:spacing w:line="360" w:lineRule="auto"/>
        <w:jc w:val="left"/>
        <w:textAlignment w:val="center"/>
        <w:rPr>
          <w:color w:val="000000"/>
        </w:rPr>
      </w:pPr>
      <w:r>
        <w:rPr>
          <w:rFonts w:ascii="宋体" w:hAnsi="宋体" w:eastAsia="宋体" w:cs="宋体"/>
          <w:color w:val="000000"/>
        </w:rPr>
        <w:t>当②</w:t>
      </w:r>
      <w:r>
        <w:rPr>
          <w:color w:val="000000"/>
        </w:rPr>
        <w:t>____________</w:t>
      </w:r>
      <w:r>
        <w:rPr>
          <w:rFonts w:ascii="宋体" w:hAnsi="宋体" w:eastAsia="宋体" w:cs="宋体"/>
          <w:color w:val="000000"/>
        </w:rPr>
        <w:t>时，绿色的“船队”载着“我们”纯真的幻想，顺流而去；</w:t>
      </w:r>
    </w:p>
    <w:p>
      <w:pPr>
        <w:spacing w:line="360" w:lineRule="auto"/>
        <w:jc w:val="left"/>
        <w:textAlignment w:val="center"/>
        <w:rPr>
          <w:color w:val="000000"/>
        </w:rPr>
      </w:pPr>
      <w:r>
        <w:rPr>
          <w:rFonts w:ascii="宋体" w:hAnsi="宋体" w:eastAsia="宋体" w:cs="宋体"/>
          <w:color w:val="000000"/>
        </w:rPr>
        <w:t>当③</w:t>
      </w:r>
      <w:r>
        <w:rPr>
          <w:color w:val="000000"/>
        </w:rPr>
        <w:t>_______________</w:t>
      </w:r>
      <w:r>
        <w:rPr>
          <w:rFonts w:ascii="宋体" w:hAnsi="宋体" w:eastAsia="宋体" w:cs="宋体"/>
          <w:color w:val="000000"/>
        </w:rPr>
        <w:t>时，任好听的歌声伴“我们”进入甜蜜的梦乡。</w:t>
      </w:r>
    </w:p>
    <w:p>
      <w:pPr>
        <w:spacing w:line="360" w:lineRule="auto"/>
        <w:jc w:val="left"/>
        <w:textAlignment w:val="center"/>
        <w:rPr>
          <w:color w:val="000000"/>
        </w:rPr>
      </w:pPr>
      <w:r>
        <w:rPr>
          <w:color w:val="000000"/>
        </w:rPr>
        <w:t>（2）</w:t>
      </w:r>
      <w:r>
        <w:rPr>
          <w:rFonts w:ascii="宋体" w:hAnsi="宋体" w:eastAsia="宋体" w:cs="宋体"/>
          <w:color w:val="000000"/>
        </w:rPr>
        <w:t>本文生动地表达了作者在芦苇丛中玩耍的体验。请从【甲】【乙】两处画线句中任选一句，结合上下文，简要分析其妙处。</w:t>
      </w:r>
    </w:p>
    <w:p>
      <w:pPr>
        <w:spacing w:line="360" w:lineRule="auto"/>
        <w:jc w:val="left"/>
        <w:textAlignment w:val="center"/>
        <w:rPr>
          <w:color w:val="000000"/>
        </w:rPr>
      </w:pPr>
      <w:r>
        <w:rPr>
          <w:rFonts w:ascii="宋体" w:hAnsi="宋体" w:eastAsia="宋体" w:cs="宋体"/>
          <w:color w:val="000000"/>
        </w:rPr>
        <w:t xml:space="preserve">选择 </w:t>
      </w:r>
      <w:r>
        <w:rPr>
          <w:rFonts w:ascii="宋体" w:hAnsi="宋体" w:eastAsia="宋体" w:cs="宋体"/>
          <w:color w:val="000000"/>
          <w:u w:val="single"/>
        </w:rPr>
        <w:t>　      　</w:t>
      </w:r>
      <w:r>
        <w:rPr>
          <w:rFonts w:ascii="宋体" w:hAnsi="宋体" w:eastAsia="宋体" w:cs="宋体"/>
          <w:color w:val="000000"/>
        </w:rPr>
        <w:t xml:space="preserve">句，理由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关于本文的题目，同学们在阅读后展开了讨论。有同学认为可以改为《童年的故乡》，你怎么看？请简述理由。</w:t>
      </w:r>
    </w:p>
    <w:p>
      <w:pPr>
        <w:spacing w:line="360" w:lineRule="auto"/>
        <w:textAlignment w:val="center"/>
        <w:rPr>
          <w:color w:val="000000"/>
        </w:rPr>
      </w:pPr>
      <w:r>
        <w:rPr>
          <w:color w:val="2E75B6"/>
        </w:rPr>
        <w:t>【答案】</w:t>
      </w:r>
      <w:r>
        <w:rPr>
          <w:color w:val="000000"/>
        </w:rPr>
        <w:t xml:space="preserve">15.     ①. 摘芦叶做哨子；     ②. 用芦叶做芦叶船；    ③. 在芦苇丛中抓到纺织娘；    </w:t>
      </w:r>
    </w:p>
    <w:p>
      <w:pPr>
        <w:spacing w:line="360" w:lineRule="auto"/>
        <w:textAlignment w:val="center"/>
        <w:rPr>
          <w:color w:val="000000"/>
        </w:rPr>
      </w:pPr>
      <w:r>
        <w:rPr>
          <w:color w:val="000000"/>
        </w:rPr>
        <w:t xml:space="preserve">16.  示例一：【甲】运用拟人的修辞方法，生动形象地写出芦苇长势的喜人，表现出芦苇旺盛的生命力 </w:t>
      </w:r>
    </w:p>
    <w:p>
      <w:pPr>
        <w:spacing w:line="360" w:lineRule="auto"/>
        <w:jc w:val="left"/>
        <w:textAlignment w:val="center"/>
        <w:rPr>
          <w:color w:val="000000"/>
        </w:rPr>
      </w:pPr>
      <w:r>
        <w:rPr>
          <w:color w:val="000000"/>
        </w:rPr>
        <w:t>示例二：</w:t>
      </w:r>
      <w:r>
        <w:rPr>
          <w:rFonts w:ascii="宋体" w:hAnsi="宋体" w:eastAsia="宋体" w:cs="宋体"/>
          <w:color w:val="000000"/>
        </w:rPr>
        <w:t>【乙】“小心翼翼”形容谨慎行事，一点也不敢疏忽。生动形象地写出“我们”将小船移到水面上时的小心谨慎，表现出“我们”对芦叶船的喜</w:t>
      </w:r>
      <w:r>
        <w:rPr>
          <w:color w:val="000000"/>
        </w:rPr>
        <w:t xml:space="preserve">爱和珍视    </w:t>
      </w:r>
    </w:p>
    <w:p>
      <w:pPr>
        <w:spacing w:line="360" w:lineRule="auto"/>
        <w:jc w:val="left"/>
        <w:textAlignment w:val="center"/>
        <w:rPr>
          <w:color w:val="000000"/>
        </w:rPr>
      </w:pPr>
      <w:r>
        <w:rPr>
          <w:color w:val="000000"/>
        </w:rPr>
        <w:t xml:space="preserve">17. </w:t>
      </w:r>
      <w:r>
        <w:rPr>
          <w:rFonts w:ascii="宋体" w:hAnsi="宋体" w:eastAsia="宋体" w:cs="宋体"/>
          <w:color w:val="000000"/>
        </w:rPr>
        <w:tab/>
      </w:r>
      <w:r>
        <w:rPr>
          <w:rFonts w:ascii="宋体" w:hAnsi="宋体" w:eastAsia="宋体" w:cs="宋体"/>
          <w:color w:val="000000"/>
        </w:rPr>
        <w:t>示例：不可以。理由：①“故乡的芦苇”是贯穿全文的线索，使文章浑然一体；②故乡的芦苇是作者情感的寄托，表达了作者对童年欢乐时光的怀恋。</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本题考查提</w:t>
      </w:r>
      <w:r>
        <w:rPr>
          <w:rFonts w:ascii="宋体" w:hAnsi="宋体" w:eastAsia="宋体" w:cs="宋体"/>
          <w:color w:val="000000"/>
        </w:rPr>
        <w:t>炼信息。</w:t>
      </w:r>
    </w:p>
    <w:p>
      <w:pPr>
        <w:spacing w:line="360" w:lineRule="auto"/>
        <w:jc w:val="left"/>
        <w:textAlignment w:val="center"/>
        <w:rPr>
          <w:color w:val="000000"/>
        </w:rPr>
      </w:pPr>
      <w:r>
        <w:rPr>
          <w:rFonts w:ascii="宋体" w:hAnsi="宋体" w:eastAsia="宋体" w:cs="宋体"/>
          <w:color w:val="000000"/>
        </w:rPr>
        <w:t>第一空：根据第⑦段中的“到这时候，我和小伙伴们最喜欢摘一片芦叶，熟练地卷成小小的哨子，放在嘴边，吹出各种悦耳的乐音”可得：摘芦叶做哨子；</w:t>
      </w:r>
    </w:p>
    <w:p>
      <w:pPr>
        <w:spacing w:line="360" w:lineRule="auto"/>
        <w:jc w:val="left"/>
        <w:textAlignment w:val="center"/>
        <w:rPr>
          <w:color w:val="000000"/>
        </w:rPr>
      </w:pPr>
      <w:r>
        <w:rPr>
          <w:rFonts w:ascii="宋体" w:hAnsi="宋体" w:eastAsia="宋体" w:cs="宋体"/>
          <w:color w:val="000000"/>
        </w:rPr>
        <w:t>第二空：根据第⑧段中的“我们还喜欢用芦叶折成绿色的芦叶船”可得：用芦叶做芦叶船；</w:t>
      </w:r>
    </w:p>
    <w:p>
      <w:pPr>
        <w:spacing w:line="360" w:lineRule="auto"/>
        <w:jc w:val="left"/>
        <w:textAlignment w:val="center"/>
        <w:rPr>
          <w:color w:val="000000"/>
        </w:rPr>
      </w:pPr>
      <w:r>
        <w:rPr>
          <w:rFonts w:ascii="宋体" w:hAnsi="宋体" w:eastAsia="宋体" w:cs="宋体"/>
          <w:color w:val="000000"/>
        </w:rPr>
        <w:t>第三空：根据第⑨段中的“在那星月交辉的夏季，我最喜欢带着弟弟到芦苇丛中抓纺织娘”可得：</w:t>
      </w:r>
      <w:r>
        <w:rPr>
          <w:color w:val="000000"/>
        </w:rPr>
        <w:t>在芦苇丛中抓到纺织娘。</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本题考查语句赏析。开放类试题，从甲乙两</w:t>
      </w:r>
      <w:r>
        <w:rPr>
          <w:rFonts w:ascii="宋体" w:hAnsi="宋体" w:eastAsia="宋体" w:cs="宋体"/>
          <w:color w:val="000000"/>
        </w:rPr>
        <w:t>个句子中选择一个，结合所用手法分析即可。示例：乙句，“蹲伏在河滩上，小心翼翼地把各自的小船移到水面上”运用动作描写，联系句中的“小心翼翼”可知，此处动作描写生动形象地表现了我们开动芦叶船时的小心谨慎，表现了我们对芦叶船的喜爱与珍视，富有童真童趣。</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本题考查赏析题目。</w:t>
      </w:r>
    </w:p>
    <w:p>
      <w:pPr>
        <w:spacing w:line="360" w:lineRule="auto"/>
        <w:jc w:val="left"/>
        <w:textAlignment w:val="center"/>
        <w:rPr>
          <w:color w:val="000000"/>
        </w:rPr>
      </w:pPr>
      <w:r>
        <w:rPr>
          <w:color w:val="000000"/>
        </w:rPr>
        <w:t>读文可知，本</w:t>
      </w:r>
      <w:r>
        <w:rPr>
          <w:rFonts w:ascii="宋体" w:hAnsi="宋体" w:eastAsia="宋体" w:cs="宋体"/>
          <w:color w:val="000000"/>
        </w:rPr>
        <w:t>文共记叙了三件事，我和小伙伴们摘芦叶做哨子，用芦叶做芦叶船，在芦苇丛中抓到纺织娘，所以“故乡的芦苇”是贯穿全文的线索，使文章浑然一体。</w:t>
      </w:r>
    </w:p>
    <w:p>
      <w:pPr>
        <w:spacing w:line="360" w:lineRule="auto"/>
        <w:jc w:val="left"/>
        <w:textAlignment w:val="center"/>
        <w:rPr>
          <w:color w:val="000000"/>
        </w:rPr>
      </w:pPr>
      <w:r>
        <w:rPr>
          <w:rFonts w:ascii="宋体" w:hAnsi="宋体" w:eastAsia="宋体" w:cs="宋体"/>
          <w:color w:val="000000"/>
        </w:rPr>
        <w:t>联系末段中的“啊，故乡的芦苇！因为你给过我不少童年的欢乐，所以我一直对你怀有一种特殊的亲切之感。每当想起你，我就会沉浸在童年美好的回忆之中”可知，故乡的芦苇给了作者快乐的童年，作者一直对它怀有一种亲切之感，带给作者童年的美好回忆，表达了作者对童年时光的怀念之情。</w:t>
      </w:r>
    </w:p>
    <w:p>
      <w:pPr>
        <w:spacing w:line="360" w:lineRule="auto"/>
        <w:jc w:val="left"/>
        <w:textAlignment w:val="center"/>
        <w:rPr>
          <w:color w:val="000000"/>
        </w:rPr>
      </w:pPr>
      <w:r>
        <w:rPr>
          <w:rFonts w:ascii="宋体" w:hAnsi="宋体" w:eastAsia="宋体" w:cs="宋体"/>
          <w:color w:val="000000"/>
        </w:rPr>
        <w:t>“童年的故乡”没有这种表达效果，所以不能改。</w:t>
      </w:r>
    </w:p>
    <w:p>
      <w:pPr>
        <w:spacing w:line="360" w:lineRule="auto"/>
        <w:jc w:val="left"/>
        <w:textAlignment w:val="center"/>
        <w:rPr>
          <w:color w:val="000000"/>
        </w:rPr>
      </w:pPr>
      <w:r>
        <w:rPr>
          <w:color w:val="000000"/>
        </w:rPr>
        <w:t xml:space="preserve">16. </w:t>
      </w:r>
      <w:r>
        <w:rPr>
          <w:rFonts w:ascii="宋体" w:hAnsi="宋体" w:eastAsia="宋体" w:cs="宋体"/>
          <w:color w:val="000000"/>
        </w:rPr>
        <w:t>阅读《老海棠树》，完成问题。</w:t>
      </w:r>
    </w:p>
    <w:p>
      <w:pPr>
        <w:spacing w:line="360" w:lineRule="auto"/>
        <w:jc w:val="center"/>
        <w:textAlignment w:val="center"/>
        <w:rPr>
          <w:color w:val="000000"/>
        </w:rPr>
      </w:pPr>
      <w:r>
        <w:rPr>
          <w:rFonts w:ascii="楷体" w:hAnsi="楷体" w:eastAsia="楷体" w:cs="楷体"/>
          <w:color w:val="000000"/>
        </w:rPr>
        <w:t>老海棠树</w:t>
      </w:r>
    </w:p>
    <w:p>
      <w:pPr>
        <w:spacing w:line="360" w:lineRule="auto"/>
        <w:jc w:val="center"/>
        <w:textAlignment w:val="center"/>
        <w:rPr>
          <w:color w:val="000000"/>
        </w:rPr>
      </w:pPr>
      <w:r>
        <w:rPr>
          <w:rFonts w:ascii="楷体" w:hAnsi="楷体" w:eastAsia="楷体" w:cs="楷体"/>
          <w:color w:val="000000"/>
        </w:rPr>
        <w:t>史铁生</w:t>
      </w:r>
    </w:p>
    <w:p>
      <w:pPr>
        <w:spacing w:line="360" w:lineRule="auto"/>
        <w:ind w:firstLine="420"/>
        <w:jc w:val="left"/>
        <w:textAlignment w:val="center"/>
        <w:rPr>
          <w:color w:val="000000"/>
        </w:rPr>
      </w:pPr>
      <w:r>
        <w:rPr>
          <w:rFonts w:ascii="楷体" w:hAnsi="楷体" w:eastAsia="楷体" w:cs="楷体"/>
          <w:color w:val="000000"/>
        </w:rPr>
        <w:t>①如果可能，如果有一块空地，不论窗前屋后，要是能随我的心愿种点什么，我就种两棵树：一棵合欢，纪念母亲；一棵海棠，纪念我的奶奶。</w:t>
      </w:r>
    </w:p>
    <w:p>
      <w:pPr>
        <w:spacing w:line="360" w:lineRule="auto"/>
        <w:ind w:firstLine="420"/>
        <w:jc w:val="left"/>
        <w:textAlignment w:val="center"/>
        <w:rPr>
          <w:color w:val="000000"/>
        </w:rPr>
      </w:pPr>
      <w:r>
        <w:rPr>
          <w:rFonts w:ascii="楷体" w:hAnsi="楷体" w:eastAsia="楷体" w:cs="楷体"/>
          <w:color w:val="000000"/>
        </w:rPr>
        <w:t>②奶奶，和一棵老海棠树，在我的记忆里不能分开，好像她们从来就在一起。</w:t>
      </w:r>
    </w:p>
    <w:p>
      <w:pPr>
        <w:spacing w:line="360" w:lineRule="auto"/>
        <w:ind w:firstLine="420"/>
        <w:jc w:val="left"/>
        <w:textAlignment w:val="center"/>
        <w:rPr>
          <w:color w:val="000000"/>
        </w:rPr>
      </w:pPr>
      <w:r>
        <w:rPr>
          <w:rFonts w:ascii="楷体" w:hAnsi="楷体" w:eastAsia="楷体" w:cs="楷体"/>
          <w:color w:val="000000"/>
        </w:rPr>
        <w:t>③老海棠树有两条粗壮的枝桠，弯曲如一把躺椅，小时候我常爬上去，一天一天地就在那儿玩。奶奶在树下喊：“下来，下来吧，你就这么一天到晚呆在上头不下来了？”是的，我在那儿看小人书，用弹弓向四处射击，甚至在那儿写作业。“饭也在上头吃吗？”对，在上头吃。奶奶把盛好的饭菜举过头顶，我两腿攀紧树桠，一个海底捞月把碗筷接上来。“觉呢，也在上头睡？”没错。奶奶站在地上，站在屋前，站在老海棠树下，望着我……</w:t>
      </w:r>
    </w:p>
    <w:p>
      <w:pPr>
        <w:spacing w:line="360" w:lineRule="auto"/>
        <w:ind w:firstLine="420"/>
        <w:jc w:val="left"/>
        <w:textAlignment w:val="center"/>
        <w:rPr>
          <w:color w:val="000000"/>
        </w:rPr>
      </w:pPr>
      <w:r>
        <w:rPr>
          <w:rFonts w:ascii="楷体" w:hAnsi="楷体" w:eastAsia="楷体" w:cs="楷体"/>
          <w:color w:val="000000"/>
        </w:rPr>
        <w:t>④春天，老海棠树摇动满树繁花，摇落一地雪似的花瓣。我记得奶奶坐在树下糊纸袋，不时地冲我唠叨：“就不下来帮帮我？你那小手儿糊得多快！”我在树上东一句西一句地唱歌。奶奶又说：“我求过你吗？这回活儿紧！”我说：“我爸我妈根本就不想让您糊那破玩意儿，是您自己非要这么累！”奶奶于是不再吭声，直了直腰，又凝神糊她的纸袋。</w:t>
      </w:r>
    </w:p>
    <w:p>
      <w:pPr>
        <w:spacing w:line="360" w:lineRule="auto"/>
        <w:ind w:firstLine="420"/>
        <w:jc w:val="left"/>
        <w:textAlignment w:val="center"/>
        <w:rPr>
          <w:color w:val="000000"/>
        </w:rPr>
      </w:pPr>
      <w:r>
        <w:rPr>
          <w:rFonts w:ascii="楷体" w:hAnsi="楷体" w:eastAsia="楷体" w:cs="楷体"/>
          <w:color w:val="000000"/>
        </w:rPr>
        <w:t>⑤或者夏天，老海棠树枝繁叶茂，奶奶坐在树下的浓荫里，又不知从哪儿找来了补花的活儿，戴着老花镜，埋头于床单或被罩，一针一线地缝。天色暗下来时她冲我喊：“你就不能劳驾去洗洗菜？没见我忙不过来吗？”我跳下树，洗菜，胡乱一洗了事。奶奶生气了：“你们上班上学，就是这么糊弄？”奶奶把手里的活儿推开，一边重新洗菜一边说：“我就一辈子得给你们做饭？就不能有我自己的工作？”这回是我不再吭声。</w:t>
      </w:r>
    </w:p>
    <w:p>
      <w:pPr>
        <w:spacing w:line="360" w:lineRule="auto"/>
        <w:ind w:firstLine="420"/>
        <w:jc w:val="left"/>
        <w:textAlignment w:val="center"/>
        <w:rPr>
          <w:color w:val="000000"/>
        </w:rPr>
      </w:pPr>
      <w:r>
        <w:rPr>
          <w:rFonts w:ascii="楷体" w:hAnsi="楷体" w:eastAsia="楷体" w:cs="楷体"/>
          <w:color w:val="000000"/>
        </w:rPr>
        <w:t>⑥有年秋天，老海棠树照旧果实累累，落叶纷纷。那时我大些了，在外工作，从陕北回来看她，奶奶已经腰弯背驼。早晨，天还昏暗，奶奶就起来去扫院子，“唰啦唰啦”的声音把我惊醒，赶紧跑出去：“您歇着吧，我来，保证用不了三分钟。”可这回奶奶不要我帮：“你刚回来，去歇息着吧。”</w:t>
      </w:r>
    </w:p>
    <w:p>
      <w:pPr>
        <w:spacing w:line="360" w:lineRule="auto"/>
        <w:ind w:firstLine="420"/>
        <w:jc w:val="left"/>
        <w:textAlignment w:val="center"/>
        <w:rPr>
          <w:color w:val="000000"/>
        </w:rPr>
      </w:pPr>
      <w:r>
        <w:rPr>
          <w:rFonts w:ascii="楷体" w:hAnsi="楷体" w:eastAsia="楷体" w:cs="楷体"/>
          <w:color w:val="000000"/>
        </w:rPr>
        <w:t>⑦冬天，窗外，风中，老海棠树枯干的枝条敲打着屋檐，磨擦着窗棂。奶奶常常在灯下学习。她曾经读一本《扫盲识字课本》，再后是一字一句地念报纸上的头版新闻。那一回，奶奶举着一张报纸，小心地凑到我跟前：“这一段，你给我说说，到底什么意思？”我看也不看地就回答：“不知道。再说，您学那玩意儿有用吗？”奶奶立刻不语，惟低头盯着那张报纸，半天半天目光都不移动。我的心一下子收紧，但知已无法弥补。</w:t>
      </w:r>
      <w:r>
        <w:rPr>
          <w:rFonts w:ascii="楷体" w:hAnsi="楷体" w:eastAsia="楷体" w:cs="楷体"/>
          <w:color w:val="000000"/>
          <w:u w:val="single"/>
        </w:rPr>
        <w:t>“奶奶。”“奶奶！”“奶奶——”</w:t>
      </w:r>
      <w:r>
        <w:rPr>
          <w:rFonts w:ascii="楷体" w:hAnsi="楷体" w:eastAsia="楷体" w:cs="楷体"/>
          <w:color w:val="000000"/>
        </w:rPr>
        <w:t>我记得她终于抬起头时，眼里竟无对我的责备。</w:t>
      </w:r>
    </w:p>
    <w:p>
      <w:pPr>
        <w:spacing w:line="360" w:lineRule="auto"/>
        <w:ind w:firstLine="420"/>
        <w:jc w:val="left"/>
        <w:textAlignment w:val="center"/>
        <w:rPr>
          <w:color w:val="000000"/>
        </w:rPr>
      </w:pPr>
      <w:r>
        <w:rPr>
          <w:rFonts w:ascii="楷体" w:hAnsi="楷体" w:eastAsia="楷体" w:cs="楷体"/>
          <w:color w:val="000000"/>
        </w:rPr>
        <w:t>⑧……</w:t>
      </w:r>
    </w:p>
    <w:p>
      <w:pPr>
        <w:spacing w:line="360" w:lineRule="auto"/>
        <w:ind w:firstLine="420"/>
        <w:jc w:val="left"/>
        <w:textAlignment w:val="center"/>
        <w:rPr>
          <w:color w:val="000000"/>
        </w:rPr>
      </w:pPr>
      <w:r>
        <w:rPr>
          <w:rFonts w:ascii="楷体" w:hAnsi="楷体" w:eastAsia="楷体" w:cs="楷体"/>
          <w:color w:val="000000"/>
        </w:rPr>
        <w:t>⑨如今，奶奶已离我而去。而在我的梦里，我的祈祷中，老海棠树也便随之飘然而去，跟随着奶奶，陪伴着她，围拢着她；奶奶坐在满树的繁花中，满地的浓荫里，望着我，或不时地要我给她说说：“这一段到底是什么意思？”——这形象，逐年地定格成我的思念，和我永生的痛悔。</w:t>
      </w:r>
    </w:p>
    <w:p>
      <w:pPr>
        <w:spacing w:line="360" w:lineRule="auto"/>
        <w:jc w:val="right"/>
        <w:textAlignment w:val="center"/>
        <w:rPr>
          <w:color w:val="000000"/>
        </w:rPr>
      </w:pPr>
      <w:r>
        <w:rPr>
          <w:rFonts w:ascii="宋体" w:hAnsi="宋体" w:eastAsia="宋体" w:cs="宋体"/>
          <w:color w:val="000000"/>
        </w:rPr>
        <w:t>（有删改）</w:t>
      </w:r>
    </w:p>
    <w:p>
      <w:pPr>
        <w:spacing w:line="360" w:lineRule="auto"/>
        <w:jc w:val="left"/>
        <w:textAlignment w:val="center"/>
        <w:rPr>
          <w:color w:val="000000"/>
        </w:rPr>
      </w:pPr>
      <w:r>
        <w:rPr>
          <w:color w:val="000000"/>
        </w:rPr>
        <w:t>（1）</w:t>
      </w:r>
      <w:r>
        <w:rPr>
          <w:rFonts w:ascii="宋体" w:hAnsi="宋体" w:eastAsia="宋体" w:cs="宋体"/>
          <w:color w:val="000000"/>
        </w:rPr>
        <w:t>文章讲述了老海棠树下奶奶和“我”的故事，请把下面表格里的内容补充完整。</w:t>
      </w:r>
    </w:p>
    <w:tbl>
      <w:tblPr>
        <w:tblStyle w:val="4"/>
        <w:tblW w:w="7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6"/>
        <w:gridCol w:w="2750"/>
        <w:gridCol w:w="4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季节</w:t>
            </w:r>
          </w:p>
        </w:tc>
        <w:tc>
          <w:tcPr>
            <w:tcW w:w="27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老海棠树</w:t>
            </w:r>
          </w:p>
        </w:tc>
        <w:tc>
          <w:tcPr>
            <w:tcW w:w="4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奶奶和“我”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春</w:t>
            </w:r>
          </w:p>
        </w:tc>
        <w:tc>
          <w:tcPr>
            <w:tcW w:w="27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摇动满树繁花，摇落一地雪似的花瓣</w:t>
            </w:r>
          </w:p>
        </w:tc>
        <w:tc>
          <w:tcPr>
            <w:tcW w:w="4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夏</w:t>
            </w:r>
          </w:p>
        </w:tc>
        <w:tc>
          <w:tcPr>
            <w:tcW w:w="27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②</w:t>
            </w:r>
          </w:p>
        </w:tc>
        <w:tc>
          <w:tcPr>
            <w:tcW w:w="4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奶奶喊“我”下来帮她洗菜，“我”胡乱一洗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秋</w:t>
            </w:r>
          </w:p>
        </w:tc>
        <w:tc>
          <w:tcPr>
            <w:tcW w:w="27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p>
        </w:tc>
        <w:tc>
          <w:tcPr>
            <w:tcW w:w="4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听到奶奶扫院子，“我”赶紧去帮忙，可这回奶奶不要我帮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冬</w:t>
            </w:r>
          </w:p>
        </w:tc>
        <w:tc>
          <w:tcPr>
            <w:tcW w:w="27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枯干的枝条敲打着屋檐，摩擦着窗棂</w:t>
            </w:r>
          </w:p>
        </w:tc>
        <w:tc>
          <w:tcPr>
            <w:tcW w:w="4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④</w:t>
            </w:r>
          </w:p>
        </w:tc>
      </w:tr>
    </w:tbl>
    <w:p>
      <w:pPr>
        <w:spacing w:line="360" w:lineRule="auto"/>
        <w:jc w:val="left"/>
        <w:textAlignment w:val="center"/>
        <w:rPr>
          <w:color w:val="000000"/>
        </w:rPr>
      </w:pPr>
      <w:r>
        <w:rPr>
          <w:color w:val="000000"/>
        </w:rPr>
        <w:t>（2）</w:t>
      </w:r>
      <w:r>
        <w:rPr>
          <w:rFonts w:ascii="宋体" w:hAnsi="宋体" w:eastAsia="宋体" w:cs="宋体"/>
          <w:color w:val="000000"/>
        </w:rPr>
        <w:t>第⑦段画横线处有三声“奶奶”，但朗读时语气却各不相同，请结合语境加以分析并说明理由。</w:t>
      </w:r>
    </w:p>
    <w:p>
      <w:pPr>
        <w:spacing w:line="360" w:lineRule="auto"/>
        <w:jc w:val="left"/>
        <w:textAlignment w:val="center"/>
        <w:rPr>
          <w:color w:val="000000"/>
        </w:rPr>
      </w:pPr>
      <w:r>
        <w:rPr>
          <w:color w:val="000000"/>
        </w:rPr>
        <w:t>（3）</w:t>
      </w:r>
      <w:r>
        <w:rPr>
          <w:rFonts w:ascii="宋体" w:hAnsi="宋体" w:eastAsia="宋体" w:cs="宋体"/>
          <w:color w:val="000000"/>
        </w:rPr>
        <w:t>文章中的奶奶除了疼爱孙子，还是个怎样的人？试用自己的话概括。</w:t>
      </w:r>
    </w:p>
    <w:p>
      <w:pPr>
        <w:spacing w:line="360" w:lineRule="auto"/>
        <w:jc w:val="left"/>
        <w:textAlignment w:val="center"/>
        <w:rPr>
          <w:color w:val="000000"/>
        </w:rPr>
      </w:pPr>
      <w:r>
        <w:rPr>
          <w:color w:val="000000"/>
        </w:rPr>
        <w:t>（4）</w:t>
      </w:r>
      <w:r>
        <w:rPr>
          <w:rFonts w:ascii="宋体" w:hAnsi="宋体" w:eastAsia="宋体" w:cs="宋体"/>
          <w:color w:val="000000"/>
        </w:rPr>
        <w:t>结合文章内容说说，你怎样理解结尾的“这形象，逐年地定格成我的思念，和我永生的痛悔”？</w:t>
      </w:r>
    </w:p>
    <w:p>
      <w:pPr>
        <w:spacing w:line="360" w:lineRule="auto"/>
        <w:textAlignment w:val="center"/>
        <w:rPr>
          <w:color w:val="000000"/>
        </w:rPr>
      </w:pPr>
      <w:r>
        <w:rPr>
          <w:color w:val="2E75B6"/>
        </w:rPr>
        <w:t>【答案】</w:t>
      </w:r>
      <w:r>
        <w:rPr>
          <w:color w:val="000000"/>
        </w:rPr>
        <w:t xml:space="preserve">16. </w:t>
      </w:r>
      <w:r>
        <w:rPr>
          <w:rFonts w:ascii="宋体" w:hAnsi="宋体" w:eastAsia="宋体" w:cs="宋体"/>
          <w:color w:val="000000"/>
        </w:rPr>
        <w:t xml:space="preserve">① 奶奶在树下糊纸袋    ②老海棠树枝繁叶茂    ③老海棠树照旧果实累累，落叶纷纷    ④奶奶学识字 </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第一声奶奶读出陈述语气，表现出“我”知道伤了奶奶的心，有点不安；第二声感叹语气，表现出“我”急于得到奶奶的原谅；第三声无奈的语气，表现出“我”的哀求。</w:t>
      </w:r>
      <w:r>
        <w:rPr>
          <w:color w:val="000000"/>
        </w:rPr>
        <w:t xml:space="preserve">    </w:t>
      </w:r>
    </w:p>
    <w:p>
      <w:pPr>
        <w:spacing w:line="360" w:lineRule="auto"/>
        <w:textAlignment w:val="center"/>
        <w:rPr>
          <w:color w:val="000000"/>
        </w:rPr>
      </w:pPr>
      <w:r>
        <w:rPr>
          <w:color w:val="000000"/>
        </w:rPr>
        <w:t xml:space="preserve">18. 奶奶是一个热爱劳动，自尊自强，渴望自食其力，积极求知，渴望进步，想跟上时代的人。    </w:t>
      </w:r>
    </w:p>
    <w:p>
      <w:pPr>
        <w:spacing w:line="360" w:lineRule="auto"/>
        <w:textAlignment w:val="center"/>
        <w:rPr>
          <w:color w:val="000000"/>
        </w:rPr>
      </w:pPr>
      <w:r>
        <w:rPr>
          <w:color w:val="000000"/>
        </w:rPr>
        <w:t xml:space="preserve">19. 作者对当年没有能够帮到奶奶，甚至讽刺奶奶，给她带来失望、打击和痛苦，感到痛悔；为自己年轻时自负而犯错，日后无法弥补感到愧疚。 </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本题考查对文章内容的理解与概括。</w:t>
      </w:r>
    </w:p>
    <w:p>
      <w:pPr>
        <w:spacing w:line="360" w:lineRule="auto"/>
        <w:jc w:val="left"/>
        <w:textAlignment w:val="center"/>
        <w:rPr>
          <w:color w:val="000000"/>
        </w:rPr>
      </w:pPr>
      <w:r>
        <w:rPr>
          <w:rFonts w:ascii="宋体" w:hAnsi="宋体" w:eastAsia="宋体" w:cs="宋体"/>
          <w:color w:val="000000"/>
        </w:rPr>
        <w:t>①根据提示“春”“摇动满树繁花，摇落一地雪似的花瓣”，联系第④段“春天，老海棠树摇动满树繁花，摇落一地雪似的花瓣。我记得奶奶坐在树下糊纸袋”可知，奶奶在树下糊纸袋；</w:t>
      </w:r>
    </w:p>
    <w:p>
      <w:pPr>
        <w:spacing w:line="360" w:lineRule="auto"/>
        <w:jc w:val="left"/>
        <w:textAlignment w:val="center"/>
        <w:rPr>
          <w:color w:val="000000"/>
        </w:rPr>
      </w:pPr>
      <w:r>
        <w:rPr>
          <w:rFonts w:ascii="宋体" w:hAnsi="宋体" w:eastAsia="宋体" w:cs="宋体"/>
          <w:color w:val="000000"/>
        </w:rPr>
        <w:t>②根据提示“夏”“奶奶喊‘我’下来帮她洗菜，‘我’胡乱一洗”，联系第⑤段“或者夏天，老海棠树枝繁叶茂，奶奶坐在树下的浓荫里，又不知从哪儿找来了补花的活儿，戴着老花镜，埋头于床单或被罩，一针一线地缝。天色暗下来时她冲我喊：‘你就不能劳驾去洗洗菜？没见我忙不过来吗？’”可知，老海棠树枝繁叶茂；</w:t>
      </w:r>
    </w:p>
    <w:p>
      <w:pPr>
        <w:spacing w:line="360" w:lineRule="auto"/>
        <w:jc w:val="left"/>
        <w:textAlignment w:val="center"/>
        <w:rPr>
          <w:color w:val="000000"/>
        </w:rPr>
      </w:pPr>
      <w:r>
        <w:rPr>
          <w:rFonts w:ascii="宋体" w:hAnsi="宋体" w:eastAsia="宋体" w:cs="宋体"/>
          <w:color w:val="000000"/>
        </w:rPr>
        <w:t>③根据提示“秋”“听到奶奶扫院子，‘我’赶紧去帮忙，可这回奶奶不要我帮”，联系第⑥段“有年秋天，老海棠树照旧果实累累，落叶纷纷。那时我大些了，在外工作，从陕北回来看她，奶奶已经腰弯背驼。早晨，天还昏暗，奶奶就起来去扫院子，‘唰啦唰啦’的声音把我惊醒，赶紧跑出去：“您歇着吧，我来，保证用不了三分钟。”可这回奶奶不要我帮：‘你刚回来，去歇息着吧。’”可知，老海棠树照旧果实累累，落叶纷纷；</w:t>
      </w:r>
    </w:p>
    <w:p>
      <w:pPr>
        <w:spacing w:line="360" w:lineRule="auto"/>
        <w:jc w:val="left"/>
        <w:textAlignment w:val="center"/>
        <w:rPr>
          <w:color w:val="000000"/>
        </w:rPr>
      </w:pPr>
      <w:r>
        <w:rPr>
          <w:rFonts w:ascii="宋体" w:hAnsi="宋体" w:eastAsia="宋体" w:cs="宋体"/>
          <w:color w:val="000000"/>
        </w:rPr>
        <w:t>④根据提示“冬”“枯干的枝条敲打着屋檐，摩擦着窗棂”，联系第⑦段“冬天，窗外，风中，老海棠树枯干的枝条敲打着屋檐，磨擦着窗棂。奶奶常常在灯下学习。她曾经读一本《扫盲识字课本》，再后是一字一句地念报纸上的头版新闻”可知，奶奶学识字。</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 xml:space="preserve"> </w:t>
      </w:r>
      <w:r>
        <w:rPr>
          <w:rFonts w:ascii="宋体" w:hAnsi="宋体" w:eastAsia="宋体" w:cs="宋体"/>
          <w:color w:val="000000"/>
        </w:rPr>
        <w:t>本题考查对情感心理的揣摩和朗读设计。</w:t>
      </w:r>
    </w:p>
    <w:p>
      <w:pPr>
        <w:spacing w:line="360" w:lineRule="auto"/>
        <w:jc w:val="left"/>
        <w:textAlignment w:val="center"/>
        <w:rPr>
          <w:color w:val="000000"/>
        </w:rPr>
      </w:pPr>
      <w:r>
        <w:rPr>
          <w:rFonts w:ascii="宋体" w:hAnsi="宋体" w:eastAsia="宋体" w:cs="宋体"/>
          <w:color w:val="000000"/>
        </w:rPr>
        <w:t>结合第⑦段“奶奶举着一张报纸，小心地凑到我跟前：‘这一段，你说说，到底是什么意思？’我看也不看地就回答：‘不知道。再说，您学那玩意儿有用吗？’奶奶立刻不语，只低头盯着那张报纸，半天目光都不移动。我的心一下子收紧，但知已无法弥补”可知，奶奶询问“我”报纸上文章中语段的意思，“我”很敷衍看都没看就说不知道，认为奶奶看报纸没有用，奶奶低头不语，“我”有些不安故而唤“奶奶”，所以第一个“奶奶”后使用的是句号，这是陈述的语气，含有心中的不安；第二个“奶奶”后使用的感叹号，这是自己知道敷衍之举不妥，急于想得到奶奶的原谅，感到惭愧与悔恨；第三个“奶奶”后使用的是破折号，在此表示声音的延长，联系后文“她终于抬起头”可知，叫了两声“奶奶”，奶奶没有回响，“我”有了哀求之意，希望用自己的撒娇安抚奶奶的心灵，是无奈的语气。</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本题考查人物形象。解答此类题目，要注意准确和全面，人物形象</w:t>
      </w:r>
      <w:r>
        <w:rPr>
          <w:rFonts w:ascii="宋体" w:hAnsi="宋体" w:eastAsia="宋体" w:cs="宋体"/>
          <w:color w:val="000000"/>
          <w:position w:val="0"/>
        </w:rPr>
        <w:drawing>
          <wp:inline distT="0" distB="0" distL="114300" distR="114300">
            <wp:extent cx="133350" cy="177800"/>
            <wp:effectExtent l="0" t="0" r="0" b="13335"/>
            <wp:docPr id="1617"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图片 100005"/>
                    <pic:cNvPicPr>
                      <a:picLocks noChangeAspect="1"/>
                    </pic:cNvPicPr>
                  </pic:nvPicPr>
                  <pic:blipFill>
                    <a:blip r:embed="rId15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概括主要从外貌、语言、动作、神态、心理等方面的信息来提取整合。另外，还可以根据情节、环境、作者的客观介绍等方面的信息来提取概括。</w:t>
      </w:r>
    </w:p>
    <w:p>
      <w:pPr>
        <w:spacing w:line="360" w:lineRule="auto"/>
        <w:jc w:val="left"/>
        <w:textAlignment w:val="center"/>
        <w:rPr>
          <w:color w:val="000000"/>
        </w:rPr>
      </w:pPr>
      <w:r>
        <w:rPr>
          <w:rFonts w:ascii="宋体" w:hAnsi="宋体" w:eastAsia="宋体" w:cs="宋体"/>
          <w:color w:val="000000"/>
        </w:rPr>
        <w:t>从第④段“我记得奶奶坐在树下糊纸袋”，第⑤段“奶奶奶坐在树下的浓荫里，又不知从哪儿找来了补花的活儿，戴着老花镜，埋头于床单或被罩，一针一线地缝”可知，奶奶热爱劳动，自尊自强，渴望自食其力；从第⑦段“奶奶常常在灯下学习。她曾经读一本《扫盲识字课本》，再后是一字一句地念报纸上的头版新闻。那一回，奶奶举着一张报纸，小心地凑到我跟前：‘这一段，你给我说说，到底什么意思？’”可知，奶奶积极求知，渴望进步，想跟上时代。</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 xml:space="preserve"> 本题考查对重点句子的理解，解答时要认真阅读短文分析其主要内容，再结合文章的上下文来思考。</w:t>
      </w:r>
    </w:p>
    <w:p>
      <w:pPr>
        <w:spacing w:line="360" w:lineRule="auto"/>
        <w:jc w:val="left"/>
        <w:textAlignment w:val="center"/>
        <w:rPr>
          <w:color w:val="000000"/>
        </w:rPr>
      </w:pPr>
      <w:r>
        <w:rPr>
          <w:rFonts w:ascii="宋体" w:hAnsi="宋体" w:eastAsia="宋体" w:cs="宋体"/>
          <w:color w:val="000000"/>
        </w:rPr>
        <w:t>根据第⑦段“奶奶常常在灯下学习。她曾经读一本《扫盲识字课本》，再后是一字一句地念报纸上的头版新闻。那一回，奶奶举着一张报纸，小心地凑到我跟前：‘这一段，你给我说说，到底什么意思？’我看也不看地就回答：‘不知道。再说，您学那玩意儿有用吗？’奶奶立刻不语，惟低头盯着那张报纸，半天半天目光都不移动。我的心一下子收紧，但知已无法弥补。‘奶奶。’‘奶奶！’‘奶奶</w:t>
      </w:r>
      <w:r>
        <w:rPr>
          <w:rFonts w:ascii="Times New Roman" w:hAnsi="Times New Roman" w:eastAsia="Times New Roman" w:cs="Times New Roman"/>
          <w:color w:val="000000"/>
        </w:rPr>
        <w:t>——</w:t>
      </w:r>
      <w:r>
        <w:rPr>
          <w:rFonts w:ascii="宋体" w:hAnsi="宋体" w:eastAsia="宋体" w:cs="宋体"/>
          <w:color w:val="000000"/>
        </w:rPr>
        <w:t>’我记得她终于抬起头时，眼里竟全是惭愧，毫无对我的责备”可知，奶奶问“我”报纸段落的意思，“我”很不耐烦，奶奶没有责备“我”，可知，奶奶渴望自食其力和跟上时代的精神需求，但是“我”却不理解，很不耐烦，致使奶奶带着不被理解、无可慰藉的迷茫离开人世，因而“我”对当年没有能够帮到奶奶，甚至讽刺奶奶，给她带来失望、打击和痛苦，感到痛悔；结合第⑨段“如今，奶奶已离我而去”可知，奶奶已经离开人世，“我”没有办法弥补，表现了作者为自己年轻时自负而犯错，日后无法弥补感到愧疚。</w:t>
      </w:r>
    </w:p>
    <w:p>
      <w:pPr>
        <w:pStyle w:val="Heading3"/>
      </w:pPr>
      <w:r>
        <w:t>顺义区仁和中学</w:t>
      </w:r>
    </w:p>
    <w:p>
      <w:pPr>
        <w:spacing w:line="360" w:lineRule="auto"/>
        <w:jc w:val="left"/>
        <w:textAlignment w:val="center"/>
        <w:rPr>
          <w:color w:val="000000"/>
        </w:rPr>
      </w:pPr>
      <w:r>
        <w:rPr>
          <w:rFonts w:ascii="宋体" w:hAnsi="宋体" w:eastAsia="宋体" w:cs="宋体"/>
          <w:b/>
          <w:color w:val="000000"/>
          <w:sz w:val="24"/>
        </w:rPr>
        <w:t>四、现代文阅读（共18分）</w:t>
      </w:r>
    </w:p>
    <w:p>
      <w:pPr>
        <w:spacing w:line="360" w:lineRule="auto"/>
        <w:jc w:val="left"/>
        <w:textAlignment w:val="center"/>
        <w:rPr>
          <w:color w:val="000000"/>
        </w:rPr>
      </w:pPr>
      <w:r>
        <w:rPr>
          <w:rFonts w:ascii="宋体" w:hAnsi="宋体" w:eastAsia="宋体" w:cs="宋体"/>
          <w:b/>
          <w:color w:val="000000"/>
          <w:sz w:val="24"/>
        </w:rPr>
        <w:t>（一）（共9分）</w:t>
      </w:r>
    </w:p>
    <w:p>
      <w:pPr>
        <w:spacing w:line="360" w:lineRule="auto"/>
        <w:jc w:val="left"/>
        <w:textAlignment w:val="center"/>
        <w:rPr>
          <w:color w:val="000000"/>
        </w:rPr>
      </w:pPr>
      <w:r>
        <w:rPr>
          <w:rFonts w:ascii="宋体" w:hAnsi="宋体" w:eastAsia="宋体" w:cs="宋体"/>
          <w:color w:val="000000"/>
        </w:rPr>
        <w:t>阅读《一颗丝瓜爬上楼》，完成下面小题。</w:t>
      </w:r>
    </w:p>
    <w:p>
      <w:pPr>
        <w:spacing w:line="360" w:lineRule="auto"/>
        <w:jc w:val="center"/>
        <w:textAlignment w:val="center"/>
        <w:rPr>
          <w:color w:val="000000"/>
        </w:rPr>
      </w:pPr>
      <w:r>
        <w:rPr>
          <w:rFonts w:ascii="楷体" w:hAnsi="楷体" w:eastAsia="楷体" w:cs="楷体"/>
          <w:color w:val="000000"/>
        </w:rPr>
        <w:t>一棵丝瓜爬上楼</w:t>
      </w:r>
    </w:p>
    <w:p>
      <w:pPr>
        <w:spacing w:line="360" w:lineRule="auto"/>
        <w:ind w:firstLine="450"/>
        <w:jc w:val="left"/>
        <w:textAlignment w:val="center"/>
        <w:rPr>
          <w:color w:val="000000"/>
        </w:rPr>
      </w:pPr>
      <w:r>
        <w:rPr>
          <w:rFonts w:ascii="楷体" w:hAnsi="楷体" w:eastAsia="楷体" w:cs="楷体"/>
          <w:color w:val="000000"/>
        </w:rPr>
        <w:t>①搬到小区一年多了，我还不知道一栋楼里邻居们的名字，他们肯定也不知道我的名字和其他基本情况，这在现如今是很正常的事，但我的母亲很不理解——怎么可以这样呢？在村里，谁家的孩子上几年级，谁家的姑娘和哪村的小子订了婚，谁家的老太太该过寿了，有多少亲戚来庆祝……她都一清二楚。同样，村里别的人也知道她有几个孙子，上次回来给她带的啥……可是在这儿，谁与谁也不说话，偶尔碰到了也都端着一副没表情的脸，母亲说：“城里人那么多，怎么住在这里感觉空空的呢？”</w:t>
      </w:r>
    </w:p>
    <w:p>
      <w:pPr>
        <w:spacing w:line="360" w:lineRule="auto"/>
        <w:ind w:firstLine="450"/>
        <w:jc w:val="left"/>
        <w:textAlignment w:val="center"/>
        <w:rPr>
          <w:color w:val="000000"/>
        </w:rPr>
      </w:pPr>
      <w:r>
        <w:rPr>
          <w:rFonts w:ascii="楷体" w:hAnsi="楷体" w:eastAsia="楷体" w:cs="楷体"/>
          <w:color w:val="000000"/>
        </w:rPr>
        <w:t>②我们住一楼，窗台下面有一块巴掌大的空地，闲不住的母亲在地里种了丝瓜。这怎么行？丝瓜要爬架的，爬上二楼遮了人家窗户怎么办？但是母亲还是不解：“丝瓜蔓子爬上去不好吗？咱村谁家的丝瓜南瓜爬过墙头，谁也不说啥，有菜大家吃嘛！”唉，怎么跟老太太说这个道理呢？不是人人都喜欢别人家的植物爬到自己家的，况且二楼的住户我也不认识，人家会不会生气？</w:t>
      </w:r>
    </w:p>
    <w:p>
      <w:pPr>
        <w:spacing w:line="360" w:lineRule="auto"/>
        <w:ind w:firstLine="450"/>
        <w:jc w:val="left"/>
        <w:textAlignment w:val="center"/>
        <w:rPr>
          <w:color w:val="000000"/>
        </w:rPr>
      </w:pPr>
      <w:r>
        <w:rPr>
          <w:rFonts w:ascii="楷体" w:hAnsi="楷体" w:eastAsia="楷体" w:cs="楷体"/>
          <w:color w:val="000000"/>
        </w:rPr>
        <w:t>③丝瓜不管我的忐忑，见风就长，很快就爬上了我的窗台。____________，隔着竹帘看过去，就像一幅写意画。</w:t>
      </w:r>
    </w:p>
    <w:p>
      <w:pPr>
        <w:spacing w:line="360" w:lineRule="auto"/>
        <w:ind w:firstLine="450"/>
        <w:jc w:val="left"/>
        <w:textAlignment w:val="center"/>
        <w:rPr>
          <w:color w:val="000000"/>
        </w:rPr>
      </w:pPr>
      <w:r>
        <w:rPr>
          <w:rFonts w:ascii="楷体" w:hAnsi="楷体" w:eastAsia="楷体" w:cs="楷体"/>
          <w:color w:val="000000"/>
        </w:rPr>
        <w:t>④但是不管梦能走多远，人总是活在红尘俗世的。我小心翼翼地观察着，只要丝瓜爬到窗户顶部，我就爬上去把它掐掉，迫使它只在我家的墙壁范围内生长。每次掐顶的时候，我都感到自己的残忍，高处的阳光那么强烈明亮，那是每一棵植物的梦想啊。如果丝瓜有知，它会怪我还是会悲叹自己的命运呢？</w:t>
      </w:r>
    </w:p>
    <w:p>
      <w:pPr>
        <w:spacing w:line="360" w:lineRule="auto"/>
        <w:ind w:firstLine="450"/>
        <w:jc w:val="left"/>
        <w:textAlignment w:val="center"/>
        <w:rPr>
          <w:color w:val="000000"/>
        </w:rPr>
      </w:pPr>
      <w:r>
        <w:rPr>
          <w:rFonts w:ascii="楷体" w:hAnsi="楷体" w:eastAsia="楷体" w:cs="楷体"/>
          <w:color w:val="000000"/>
        </w:rPr>
        <w:t>⑤有几天工作很忙，加班到深夜才回家。那几株丝瓜，湮没在一件一件的杂事中，被我忽略了。</w:t>
      </w:r>
    </w:p>
    <w:p>
      <w:pPr>
        <w:spacing w:line="360" w:lineRule="auto"/>
        <w:ind w:firstLine="450"/>
        <w:jc w:val="left"/>
        <w:textAlignment w:val="center"/>
        <w:rPr>
          <w:color w:val="000000"/>
        </w:rPr>
      </w:pPr>
      <w:r>
        <w:rPr>
          <w:rFonts w:ascii="楷体" w:hAnsi="楷体" w:eastAsia="楷体" w:cs="楷体"/>
          <w:color w:val="000000"/>
        </w:rPr>
        <w:t>⑥再次注意到它们，哎呀，它们已经偷偷地蹿到二楼，把人家的窗台都快爬满了！现在再去掐藤蔓，是不是晚了？木已成舟，秧已成片，人家会不会杀下楼来，指责我家的丝瓜“侵占领空”？我想，还是硬着头皮，去做一次敦睦友邻的拜访吧，请他们宽恕主人的管教不严。</w:t>
      </w:r>
    </w:p>
    <w:p>
      <w:pPr>
        <w:spacing w:line="360" w:lineRule="auto"/>
        <w:ind w:firstLine="450"/>
        <w:jc w:val="left"/>
        <w:textAlignment w:val="center"/>
        <w:rPr>
          <w:color w:val="000000"/>
        </w:rPr>
      </w:pPr>
      <w:r>
        <w:rPr>
          <w:rFonts w:ascii="楷体" w:hAnsi="楷体" w:eastAsia="楷体" w:cs="楷体"/>
          <w:color w:val="000000"/>
        </w:rPr>
        <w:t>⑦我还没去，楼上的住户先来拜访我了：“我是你们楼上的，请问方便说话吗？”我赶紧把客人让进来，倒上茶，惴惴不安：“对不起，那些丝瓜……我马上就剪了……”客人却笑嘻嘻地拿出几根脆嫩的小东西：“你们种的丝瓜，结了七八根呢，我们炒了几根，这是给你们留的。”见对方没有兴师问罪的意思，我才放下心来。还没说话，母亲已经热情地唠叨开了：“丝瓜熬汤也很好喝，以前我们农村媳妇坐月子，从河里抓几条鲫鱼，摘几根小丝瓜，喝了奶水足得很呢！”</w:t>
      </w:r>
    </w:p>
    <w:p>
      <w:pPr>
        <w:spacing w:line="360" w:lineRule="auto"/>
        <w:ind w:firstLine="450"/>
        <w:jc w:val="left"/>
        <w:textAlignment w:val="center"/>
        <w:rPr>
          <w:color w:val="000000"/>
        </w:rPr>
      </w:pPr>
      <w:r>
        <w:rPr>
          <w:rFonts w:ascii="楷体" w:hAnsi="楷体" w:eastAsia="楷体" w:cs="楷体"/>
          <w:color w:val="000000"/>
        </w:rPr>
        <w:t>⑧“是呀，丝瓜可是个好东西。嫩了能吃，老了可以刷锅，我家闺女这几天还对着丝瓜画画！”眼见母亲与对方的会谈亲切友好，我才放下心来。</w:t>
      </w:r>
    </w:p>
    <w:p>
      <w:pPr>
        <w:spacing w:line="360" w:lineRule="auto"/>
        <w:ind w:firstLine="450"/>
        <w:jc w:val="left"/>
        <w:textAlignment w:val="center"/>
        <w:rPr>
          <w:color w:val="000000"/>
        </w:rPr>
      </w:pPr>
      <w:r>
        <w:rPr>
          <w:rFonts w:ascii="楷体" w:hAnsi="楷体" w:eastAsia="楷体" w:cs="楷体"/>
          <w:color w:val="000000"/>
        </w:rPr>
        <w:t>⑨从此我们与二楼的关系熟络起来，不但见面打招呼，有时候还会约着去散步。这样的转变我始料未及，丝瓜却俨然以外交功臣自居，生长得越发骄傲起来。不仅二楼，又开始往三楼攀爬，我又开始新的惴惴不安。但是有一天，有个人在楼下跟我说，他是三楼的，请我们不要把丝瓜掐掉，“让我们也沾点儿光哈。”</w:t>
      </w:r>
    </w:p>
    <w:p>
      <w:pPr>
        <w:spacing w:line="360" w:lineRule="auto"/>
        <w:ind w:firstLine="450"/>
        <w:jc w:val="left"/>
        <w:textAlignment w:val="center"/>
        <w:rPr>
          <w:color w:val="000000"/>
        </w:rPr>
      </w:pPr>
      <w:r>
        <w:rPr>
          <w:rFonts w:ascii="楷体" w:hAnsi="楷体" w:eastAsia="楷体" w:cs="楷体"/>
          <w:color w:val="000000"/>
        </w:rPr>
        <w:t>⑩现在，丝瓜已经爬到了四楼。我们这栋楼的住户，关系也发生了奇妙的变化。不但见面热乎乎地说话，三楼的大姐姐给二楼的小弟弟辅导作业，四楼的奶奶和母亲一起相约去买菜。前几天，母亲神秘地告诉我：“二楼张阿姨的外甥女来摘了一朵丝瓜花，被四楼的小刘看见，小刘托我做媒呢！”</w:t>
      </w:r>
    </w:p>
    <w:p>
      <w:pPr>
        <w:spacing w:line="360" w:lineRule="auto"/>
        <w:jc w:val="right"/>
        <w:textAlignment w:val="center"/>
        <w:rPr>
          <w:color w:val="000000"/>
        </w:rPr>
      </w:pPr>
      <w:r>
        <w:rPr>
          <w:rFonts w:ascii="宋体" w:hAnsi="宋体" w:eastAsia="宋体" w:cs="宋体"/>
          <w:color w:val="000000"/>
        </w:rPr>
        <w:t>（取材于陈晓辉的文章）</w:t>
      </w:r>
    </w:p>
    <w:p>
      <w:pPr>
        <w:spacing w:line="360" w:lineRule="auto"/>
        <w:jc w:val="left"/>
        <w:textAlignment w:val="center"/>
        <w:rPr>
          <w:color w:val="000000"/>
        </w:rPr>
      </w:pPr>
      <w:r>
        <w:rPr>
          <w:color w:val="000000"/>
        </w:rPr>
        <w:t xml:space="preserve">13. </w:t>
      </w:r>
      <w:r>
        <w:rPr>
          <w:rFonts w:ascii="宋体" w:hAnsi="宋体" w:eastAsia="宋体" w:cs="宋体"/>
          <w:color w:val="000000"/>
        </w:rPr>
        <w:t>文章情节动人，请在下面的表格上填写适当的内容，补充情节和表明作者在母亲种下丝瓜后的内心情感变化。</w:t>
      </w:r>
    </w:p>
    <w:tbl>
      <w:tblPr>
        <w:tblStyle w:val="4"/>
        <w:tblW w:w="6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555"/>
        <w:gridCol w:w="2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3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情节</w:t>
            </w:r>
          </w:p>
        </w:tc>
        <w:tc>
          <w:tcPr>
            <w:tcW w:w="29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作者心理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3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丝瓜开始生长</w:t>
            </w:r>
          </w:p>
        </w:tc>
        <w:tc>
          <w:tcPr>
            <w:tcW w:w="29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3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②</w:t>
            </w:r>
          </w:p>
        </w:tc>
        <w:tc>
          <w:tcPr>
            <w:tcW w:w="29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惴惴不安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3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三楼的住户要我们不要把丝瓜掐掉</w:t>
            </w:r>
          </w:p>
        </w:tc>
        <w:tc>
          <w:tcPr>
            <w:tcW w:w="29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35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④</w:t>
            </w:r>
          </w:p>
        </w:tc>
        <w:tc>
          <w:tcPr>
            <w:tcW w:w="29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内心愉悦</w:t>
            </w:r>
          </w:p>
        </w:tc>
      </w:tr>
    </w:tbl>
    <w:p>
      <w:pPr>
        <w:spacing w:line="360" w:lineRule="auto"/>
        <w:jc w:val="left"/>
        <w:textAlignment w:val="center"/>
        <w:rPr>
          <w:color w:val="000000"/>
        </w:rPr>
      </w:pPr>
      <w:r>
        <w:rPr>
          <w:color w:val="000000"/>
        </w:rPr>
        <w:t xml:space="preserve">14. </w:t>
      </w:r>
      <w:r>
        <w:rPr>
          <w:rFonts w:ascii="宋体" w:hAnsi="宋体" w:eastAsia="宋体" w:cs="宋体"/>
          <w:color w:val="000000"/>
        </w:rPr>
        <w:t>结合语境，用恰当的修饰语在第③段横线处补全对丝瓜的细致描写。</w:t>
      </w:r>
    </w:p>
    <w:p>
      <w:pPr>
        <w:spacing w:line="360" w:lineRule="auto"/>
        <w:jc w:val="left"/>
        <w:textAlignment w:val="center"/>
        <w:rPr>
          <w:color w:val="000000"/>
        </w:rPr>
      </w:pPr>
      <w:r>
        <w:rPr>
          <w:color w:val="000000"/>
        </w:rPr>
        <w:t xml:space="preserve">15. </w:t>
      </w:r>
      <w:r>
        <w:rPr>
          <w:rFonts w:ascii="宋体" w:hAnsi="宋体" w:eastAsia="宋体" w:cs="宋体"/>
          <w:color w:val="000000"/>
        </w:rPr>
        <w:t>通过文中</w:t>
      </w:r>
      <w:r>
        <w:rPr>
          <w:rFonts w:ascii="宋体" w:hAnsi="宋体" w:eastAsia="宋体" w:cs="宋体"/>
          <w:color w:val="000000"/>
          <w:position w:val="0"/>
        </w:rPr>
        <w:drawing>
          <wp:inline distT="0" distB="0" distL="114300" distR="114300">
            <wp:extent cx="133350" cy="177800"/>
            <wp:effectExtent l="0" t="0" r="0" b="13335"/>
            <wp:docPr id="1619"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图片 100003"/>
                    <pic:cNvPicPr>
                      <a:picLocks noChangeAspect="1"/>
                    </pic:cNvPicPr>
                  </pic:nvPicPr>
                  <pic:blipFill>
                    <a:blip r:embed="rId15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故事，你一定在人际交往上有很多感触，请结合文章内容，谈谈你的感想。</w:t>
      </w:r>
    </w:p>
    <w:p>
      <w:pPr>
        <w:spacing w:line="360" w:lineRule="auto"/>
        <w:textAlignment w:val="center"/>
        <w:rPr>
          <w:color w:val="000000"/>
        </w:rPr>
      </w:pPr>
      <w:r>
        <w:rPr>
          <w:color w:val="2E75B6"/>
        </w:rPr>
        <w:t>【答案】</w:t>
      </w:r>
      <w:r>
        <w:rPr>
          <w:color w:val="000000"/>
        </w:rPr>
        <w:t xml:space="preserve">13. </w:t>
      </w:r>
      <w:r>
        <w:rPr>
          <w:rFonts w:ascii="宋体" w:hAnsi="宋体" w:eastAsia="宋体" w:cs="宋体"/>
          <w:color w:val="000000"/>
        </w:rPr>
        <w:t>①忐忑担心②二楼的住户来拜访③轻松放心④住户的关系发生了变化</w:t>
      </w:r>
      <w:r>
        <w:rPr>
          <w:color w:val="000000"/>
        </w:rPr>
        <w:t xml:space="preserve">    </w:t>
      </w:r>
    </w:p>
    <w:p>
      <w:pPr>
        <w:spacing w:line="360" w:lineRule="auto"/>
        <w:textAlignment w:val="center"/>
        <w:rPr>
          <w:color w:val="000000"/>
        </w:rPr>
      </w:pPr>
      <w:r>
        <w:rPr>
          <w:color w:val="000000"/>
        </w:rPr>
        <w:t xml:space="preserve">14. </w:t>
      </w:r>
      <w:r>
        <w:rPr>
          <w:rFonts w:ascii="宋体" w:hAnsi="宋体" w:eastAsia="宋体" w:cs="宋体"/>
          <w:color w:val="000000"/>
        </w:rPr>
        <w:t>示例：翠绿的叶子，柔婉的卷须，金黄的花朵</w:t>
      </w:r>
      <w:r>
        <w:rPr>
          <w:color w:val="000000"/>
        </w:rPr>
        <w:t xml:space="preserve">    </w:t>
      </w:r>
    </w:p>
    <w:p>
      <w:pPr>
        <w:spacing w:line="360" w:lineRule="auto"/>
        <w:textAlignment w:val="center"/>
        <w:rPr>
          <w:color w:val="000000"/>
        </w:rPr>
      </w:pPr>
      <w:r>
        <w:rPr>
          <w:color w:val="000000"/>
        </w:rPr>
        <w:t xml:space="preserve">15. </w:t>
      </w:r>
      <w:r>
        <w:rPr>
          <w:rFonts w:ascii="宋体" w:hAnsi="宋体" w:eastAsia="宋体" w:cs="宋体"/>
          <w:color w:val="000000"/>
        </w:rPr>
        <w:t>人与人之间，应多交流多沟通，只有这样，才能化解隔膜和冷漠。有时往往是一次无心之举，就能打破对方内心的坚冰。就如同文中一棵丝瓜爬上楼一样，生活中我们应打开心扉，真诚待人，只有这样，我们的生活才会变得更加和谐美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color w:val="000000"/>
        </w:rPr>
        <w:t>本题考查提</w:t>
      </w:r>
      <w:r>
        <w:rPr>
          <w:rFonts w:ascii="宋体" w:hAnsi="宋体" w:eastAsia="宋体" w:cs="宋体"/>
          <w:color w:val="000000"/>
        </w:rPr>
        <w:t>炼信息。</w:t>
      </w:r>
    </w:p>
    <w:p>
      <w:pPr>
        <w:spacing w:line="360" w:lineRule="auto"/>
        <w:jc w:val="left"/>
        <w:textAlignment w:val="center"/>
        <w:rPr>
          <w:color w:val="000000"/>
        </w:rPr>
      </w:pPr>
      <w:r>
        <w:rPr>
          <w:rFonts w:ascii="宋体" w:hAnsi="宋体" w:eastAsia="宋体" w:cs="宋体"/>
          <w:color w:val="000000"/>
        </w:rPr>
        <w:t>①根据第②段中的“况且二楼的住户我也不认识，人家会不会生气”和后段中的“丝瓜不管我的忐忑，见风就长”可得：忐忑担心。</w:t>
      </w:r>
    </w:p>
    <w:p>
      <w:pPr>
        <w:spacing w:line="360" w:lineRule="auto"/>
        <w:jc w:val="left"/>
        <w:textAlignment w:val="center"/>
        <w:rPr>
          <w:color w:val="000000"/>
        </w:rPr>
      </w:pPr>
      <w:r>
        <w:rPr>
          <w:rFonts w:ascii="宋体" w:hAnsi="宋体" w:eastAsia="宋体" w:cs="宋体"/>
          <w:color w:val="000000"/>
        </w:rPr>
        <w:t>②根据第⑦段中的“我还没去，楼上的住户先来拜访我了”可得：二楼的住户来拜访。</w:t>
      </w:r>
    </w:p>
    <w:p>
      <w:pPr>
        <w:spacing w:line="360" w:lineRule="auto"/>
        <w:jc w:val="left"/>
        <w:textAlignment w:val="center"/>
        <w:rPr>
          <w:color w:val="000000"/>
        </w:rPr>
      </w:pPr>
      <w:r>
        <w:rPr>
          <w:rFonts w:ascii="宋体" w:hAnsi="宋体" w:eastAsia="宋体" w:cs="宋体"/>
          <w:color w:val="000000"/>
        </w:rPr>
        <w:t>③根据第⑧段中的“眼见母亲与对方的会谈亲切友好，我才放下心来”可得：轻松放心。</w:t>
      </w:r>
    </w:p>
    <w:p>
      <w:pPr>
        <w:spacing w:line="360" w:lineRule="auto"/>
        <w:jc w:val="left"/>
        <w:textAlignment w:val="center"/>
        <w:rPr>
          <w:color w:val="000000"/>
        </w:rPr>
      </w:pPr>
      <w:r>
        <w:rPr>
          <w:rFonts w:ascii="宋体" w:hAnsi="宋体" w:eastAsia="宋体" w:cs="宋体"/>
          <w:color w:val="000000"/>
        </w:rPr>
        <w:t>④根据末段中的“我们这栋楼的住户，关系也发生了奇妙的变化”可得：住户的关系发生了变化。</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本题考查补充句子。开放类试题，用生动形象的语言描绘丝瓜的情态即可。</w:t>
      </w:r>
    </w:p>
    <w:p>
      <w:pPr>
        <w:spacing w:line="360" w:lineRule="auto"/>
        <w:jc w:val="left"/>
        <w:textAlignment w:val="center"/>
        <w:rPr>
          <w:color w:val="000000"/>
        </w:rPr>
      </w:pPr>
      <w:r>
        <w:rPr>
          <w:color w:val="000000"/>
        </w:rPr>
        <w:t>示例：只见它颜色翠绿，如爬山虎一样的卷须，顶着一朵朵金色的花。</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本题考查阅读启示，开放类试题，言之成理即可。</w:t>
      </w:r>
    </w:p>
    <w:p>
      <w:pPr>
        <w:spacing w:line="360" w:lineRule="auto"/>
        <w:jc w:val="left"/>
        <w:textAlignment w:val="center"/>
        <w:rPr>
          <w:color w:val="000000"/>
        </w:rPr>
      </w:pPr>
      <w:r>
        <w:rPr>
          <w:color w:val="000000"/>
        </w:rPr>
        <w:t>示例：真诚沟通是人际交往的润滑剂。只有做到真诚的沟通，互相理解，人与人的关系才能变得和谐亲密。就像文中的母亲一样，用几棵丝瓜就敲开了邻里之间原来封闭的心门。在生活中，我们也应像文中的母亲一样，真诚对人，以情动人。</w:t>
      </w:r>
    </w:p>
    <w:p>
      <w:pPr>
        <w:spacing w:line="360" w:lineRule="auto"/>
        <w:jc w:val="left"/>
        <w:textAlignment w:val="center"/>
        <w:rPr>
          <w:color w:val="000000"/>
        </w:rPr>
      </w:pPr>
      <w:r>
        <w:rPr>
          <w:rFonts w:ascii="宋体" w:hAnsi="宋体" w:eastAsia="宋体" w:cs="宋体"/>
          <w:b/>
          <w:color w:val="000000"/>
          <w:sz w:val="24"/>
        </w:rPr>
        <w:t>（二）（共9分）</w:t>
      </w:r>
    </w:p>
    <w:p>
      <w:pPr>
        <w:spacing w:line="360" w:lineRule="auto"/>
        <w:jc w:val="left"/>
        <w:textAlignment w:val="center"/>
        <w:rPr>
          <w:color w:val="000000"/>
        </w:rPr>
      </w:pPr>
      <w:r>
        <w:rPr>
          <w:rFonts w:ascii="宋体" w:hAnsi="宋体" w:eastAsia="宋体" w:cs="宋体"/>
          <w:color w:val="000000"/>
        </w:rPr>
        <w:t>阅读《看春》，完成下面小题。</w:t>
      </w:r>
    </w:p>
    <w:p>
      <w:pPr>
        <w:spacing w:line="360" w:lineRule="auto"/>
        <w:jc w:val="center"/>
        <w:textAlignment w:val="center"/>
        <w:rPr>
          <w:color w:val="000000"/>
        </w:rPr>
      </w:pPr>
      <w:r>
        <w:rPr>
          <w:rFonts w:ascii="楷体" w:hAnsi="楷体" w:eastAsia="楷体" w:cs="楷体"/>
          <w:color w:val="000000"/>
        </w:rPr>
        <w:t>看春</w:t>
      </w:r>
    </w:p>
    <w:p>
      <w:pPr>
        <w:spacing w:line="360" w:lineRule="auto"/>
        <w:ind w:firstLine="450"/>
        <w:jc w:val="left"/>
        <w:textAlignment w:val="center"/>
        <w:rPr>
          <w:color w:val="000000"/>
        </w:rPr>
      </w:pPr>
      <w:r>
        <w:rPr>
          <w:rFonts w:ascii="楷体" w:hAnsi="楷体" w:eastAsia="楷体" w:cs="楷体"/>
          <w:color w:val="000000"/>
        </w:rPr>
        <w:t>①城里的春天，多半是零碎的，小打小闹着的，不过是人家窗台的一盆花，城边河畔的一排柳。乡下的春天却全然不一样，乡下的春天，是极讲排场的，仿佛听到哪里“哗”一下，成桶成桶的颜料，就花花绿绿泼下来，染得满田满坡皆是。这时的乡村，像油画，是最有看头的。</w:t>
      </w:r>
    </w:p>
    <w:p>
      <w:pPr>
        <w:spacing w:line="360" w:lineRule="auto"/>
        <w:ind w:firstLine="450"/>
        <w:jc w:val="left"/>
        <w:textAlignment w:val="center"/>
        <w:rPr>
          <w:color w:val="000000"/>
        </w:rPr>
      </w:pPr>
      <w:r>
        <w:rPr>
          <w:rFonts w:ascii="楷体" w:hAnsi="楷体" w:eastAsia="楷体" w:cs="楷体"/>
          <w:color w:val="000000"/>
        </w:rPr>
        <w:t>②于是去乡下看春天。</w:t>
      </w:r>
    </w:p>
    <w:p>
      <w:pPr>
        <w:spacing w:line="360" w:lineRule="auto"/>
        <w:ind w:firstLine="450"/>
        <w:jc w:val="left"/>
        <w:textAlignment w:val="center"/>
        <w:rPr>
          <w:color w:val="000000"/>
        </w:rPr>
      </w:pPr>
      <w:r>
        <w:rPr>
          <w:rFonts w:ascii="楷体" w:hAnsi="楷体" w:eastAsia="楷体" w:cs="楷体"/>
          <w:color w:val="000000"/>
        </w:rPr>
        <w:t>③我们去的地方，是一个叫新曹的小镇，它有五万亩的油菜地。车子在修得平坦宽敞的乡间道上，一路奔去，奔向那菜花深处。</w:t>
      </w:r>
      <w:r>
        <w:rPr>
          <w:rFonts w:ascii="楷体" w:hAnsi="楷体" w:eastAsia="楷体" w:cs="楷体"/>
          <w:color w:val="000000"/>
          <w:u w:val="single"/>
        </w:rPr>
        <w:t>【甲】以为就到尽头了，哪知车子一拐，竟又撞上一片菜花地，又铺开一片黄色汪洋，绵绵不绝。</w:t>
      </w:r>
      <w:r>
        <w:rPr>
          <w:rFonts w:ascii="楷体" w:hAnsi="楷体" w:eastAsia="楷体" w:cs="楷体"/>
          <w:color w:val="000000"/>
        </w:rPr>
        <w:t>同行中人问：“美吧？”我笑无语，不堪说，只任一双眼睛掉进那汪洋里。古有女子“对镜帖花黄”，我想这花黄，该是菜花的颜色才对，眉心一点艳，有惊心之感。</w:t>
      </w:r>
    </w:p>
    <w:p>
      <w:pPr>
        <w:spacing w:line="360" w:lineRule="auto"/>
        <w:ind w:firstLine="450"/>
        <w:jc w:val="left"/>
        <w:textAlignment w:val="center"/>
        <w:rPr>
          <w:color w:val="000000"/>
        </w:rPr>
      </w:pPr>
      <w:r>
        <w:rPr>
          <w:rFonts w:ascii="楷体" w:hAnsi="楷体" w:eastAsia="楷体" w:cs="楷体"/>
          <w:color w:val="000000"/>
        </w:rPr>
        <w:t>④跟一些植物相认，不是初相识，是久别重逢。牛耳朵、刺艾、乳丁草、三叶草……这一些，我多么熟悉!乡下是草们的天堂，草们是羊的天堂。小时养羊，天天提了篮子去挑羊草。却贪玩，在草地里捉蚱蜢，或扣了篮子玩老鹰捉小鸡的游戏。等到日落西山了，才想起篮子还是空的呢，野地里，随便找几根草秆，把篮子架空，然后割一把青草，摊上面，看上去，就是满满一篮子翠绿了。回家，在大人面前晃一下，让他们看是满篮子青草呢，趁他们不注意，人已溜到羊圈边，把那把青草扔进去。大人问起，草呢？响亮地回答，羊吃了。真是可怜了那些羊，半夜里饿得直叫唤。</w:t>
      </w:r>
    </w:p>
    <w:p>
      <w:pPr>
        <w:spacing w:line="360" w:lineRule="auto"/>
        <w:ind w:firstLine="450"/>
        <w:jc w:val="left"/>
        <w:textAlignment w:val="center"/>
        <w:rPr>
          <w:color w:val="000000"/>
        </w:rPr>
      </w:pPr>
      <w:r>
        <w:rPr>
          <w:rFonts w:ascii="楷体" w:hAnsi="楷体" w:eastAsia="楷体" w:cs="楷体"/>
          <w:color w:val="000000"/>
        </w:rPr>
        <w:t>⑤不知现在的孩子，玩不玩我们小时玩的游戏了。不知现在的羊，还会不会半夜饿得直叫唤。我看到草地上有一群羊，正悠闲地吃着草，同去的惊喜地叫：“羊哦。”同去的老先生神态安详，说：“羊有什么看头？”莞尔。</w:t>
      </w:r>
    </w:p>
    <w:p>
      <w:pPr>
        <w:spacing w:line="360" w:lineRule="auto"/>
        <w:ind w:firstLine="450"/>
        <w:jc w:val="left"/>
        <w:textAlignment w:val="center"/>
        <w:rPr>
          <w:color w:val="000000"/>
        </w:rPr>
      </w:pPr>
      <w:r>
        <w:rPr>
          <w:rFonts w:ascii="楷体" w:hAnsi="楷体" w:eastAsia="楷体" w:cs="楷体"/>
          <w:color w:val="000000"/>
        </w:rPr>
        <w:t>⑥</w:t>
      </w:r>
      <w:r>
        <w:rPr>
          <w:rFonts w:ascii="楷体" w:hAnsi="楷体" w:eastAsia="楷体" w:cs="楷体"/>
          <w:color w:val="000000"/>
          <w:u w:val="single"/>
        </w:rPr>
        <w:t>【乙】蚕豆花开了，星星点点，伴在菜花旁，像撒下无数的小眼睛</w:t>
      </w:r>
      <w:r>
        <w:rPr>
          <w:rFonts w:ascii="楷体" w:hAnsi="楷体" w:eastAsia="楷体" w:cs="楷体"/>
          <w:color w:val="000000"/>
        </w:rPr>
        <w:t>。白萝卜的花，是粉紫的，小蜜蜂们围着它嗡嗡，我好不容易等到一只停在花蕊上，给它拍了一张照。一种叫婆纳头的草，开粉蓝的花，花细小得像米粉。我拉近镜头，拍下那粒粉蓝。再看显示屏上，分明是一朵美得让人心疼的花呵，像乖巧的小女儿。这野地里，到底还藏了多少美？无论卑微与否，它们都认真地绿着，开着花，不辜负春天。我想，这才是活着的真姿态吧。</w:t>
      </w:r>
    </w:p>
    <w:p>
      <w:pPr>
        <w:spacing w:line="360" w:lineRule="auto"/>
        <w:ind w:firstLine="450"/>
        <w:jc w:val="left"/>
        <w:textAlignment w:val="center"/>
        <w:rPr>
          <w:color w:val="000000"/>
        </w:rPr>
      </w:pPr>
      <w:r>
        <w:rPr>
          <w:rFonts w:ascii="楷体" w:hAnsi="楷体" w:eastAsia="楷体" w:cs="楷体"/>
          <w:color w:val="000000"/>
        </w:rPr>
        <w:t>⑦看见养蜂人，正在路边忙碌。头上裹着头巾，脸上刻着岁月沧桑。这些养蜂人，据说是从闽浙那一带来，他们天南地北地追着花跑，此处花谢了，又将迁徙到他方，去寻找花开。一旦成为养蜂人，四处漂泊将贯穿他们一生，他们幸福吗？我看过商场货架上摆放的蜂蜜，一瓶一瓶，盛满甜蜜芳香，想那里面该有多少花的魂蜂的魄，还有养蜂人的颠沛流离？这世上，很多时候，苦乐自知，好好活着，才是本质。我唯愿这个春天，他们是快乐的。</w:t>
      </w:r>
    </w:p>
    <w:p>
      <w:pPr>
        <w:spacing w:line="360" w:lineRule="auto"/>
        <w:jc w:val="right"/>
        <w:textAlignment w:val="center"/>
        <w:rPr>
          <w:color w:val="000000"/>
        </w:rPr>
      </w:pPr>
      <w:r>
        <w:rPr>
          <w:rFonts w:ascii="宋体" w:hAnsi="宋体" w:eastAsia="宋体" w:cs="宋体"/>
          <w:color w:val="000000"/>
        </w:rPr>
        <w:t>（选自《阅读与作文》作者：丁立梅）</w:t>
      </w:r>
    </w:p>
    <w:p>
      <w:pPr>
        <w:spacing w:line="360" w:lineRule="auto"/>
        <w:jc w:val="left"/>
        <w:textAlignment w:val="center"/>
        <w:rPr>
          <w:color w:val="000000"/>
        </w:rPr>
      </w:pPr>
      <w:r>
        <w:rPr>
          <w:color w:val="000000"/>
        </w:rPr>
        <w:t xml:space="preserve">16. </w:t>
      </w:r>
      <w:r>
        <w:rPr>
          <w:rFonts w:ascii="宋体" w:hAnsi="宋体" w:eastAsia="宋体" w:cs="宋体"/>
          <w:color w:val="000000"/>
        </w:rPr>
        <w:t>去乡下看春天，“我”感受到了哪些美好？请结合文章内容具体说一说。</w:t>
      </w:r>
    </w:p>
    <w:p>
      <w:pPr>
        <w:spacing w:line="360" w:lineRule="auto"/>
        <w:jc w:val="left"/>
        <w:textAlignment w:val="center"/>
        <w:rPr>
          <w:color w:val="000000"/>
        </w:rPr>
      </w:pPr>
      <w:r>
        <w:rPr>
          <w:color w:val="000000"/>
        </w:rPr>
        <w:t xml:space="preserve">17. </w:t>
      </w:r>
      <w:r>
        <w:rPr>
          <w:rFonts w:ascii="宋体" w:hAnsi="宋体" w:eastAsia="宋体" w:cs="宋体"/>
          <w:color w:val="000000"/>
        </w:rPr>
        <w:t>文章的语言很有表现力，请从【甲】【乙】中选择一句，从修辞角度作简要赏析。</w:t>
      </w:r>
    </w:p>
    <w:p>
      <w:pPr>
        <w:spacing w:line="360" w:lineRule="auto"/>
        <w:jc w:val="left"/>
        <w:textAlignment w:val="center"/>
        <w:rPr>
          <w:color w:val="000000"/>
        </w:rPr>
      </w:pPr>
      <w:r>
        <w:rPr>
          <w:color w:val="000000"/>
        </w:rPr>
        <w:t xml:space="preserve">18. </w:t>
      </w:r>
      <w:r>
        <w:rPr>
          <w:rFonts w:ascii="宋体" w:hAnsi="宋体" w:eastAsia="宋体" w:cs="宋体"/>
          <w:color w:val="000000"/>
        </w:rPr>
        <w:t>第⑦段作者写“一旦成为养蜂人，四处漂泊将贯穿他们一生”，联系上下文，你认为他们幸福吗？为什么？</w:t>
      </w:r>
    </w:p>
    <w:p>
      <w:pPr>
        <w:spacing w:line="360" w:lineRule="auto"/>
        <w:textAlignment w:val="center"/>
        <w:rPr>
          <w:color w:val="000000"/>
        </w:rPr>
      </w:pPr>
      <w:r>
        <w:rPr>
          <w:color w:val="2E75B6"/>
        </w:rPr>
        <w:t>【答案】</w:t>
      </w:r>
      <w:r>
        <w:rPr>
          <w:color w:val="000000"/>
        </w:rPr>
        <w:t xml:space="preserve">16. </w:t>
      </w:r>
      <w:r>
        <w:rPr>
          <w:rFonts w:ascii="宋体" w:hAnsi="宋体" w:eastAsia="宋体" w:cs="宋体"/>
          <w:color w:val="000000"/>
        </w:rPr>
        <w:t>绵绵不绝的黄色油菜地之美；小时去挑羊草却在草地贪玩的美好；野草野花认真盛开的美好；养蜂人身上的勤劳之美</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答案：甲句，运用了比喻的修辞手法，把“油菜地”比作“黄色汪洋”，生动形象地写出了菜花盛开茂盛，油菜地的绵绵不绝（一望无垠），表达了“我”醉心于油菜地之美，对乡下春天的喜爱之情。乙句，运用了比喻的修辞手法，把“蚕豆花”比作“小眼睛”，生动形象地写出了蚕豆花盛开之多，生机勃勃、闪闪发光的情景。表达了“我”对蚕豆花的喜爱之情。</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幸福。养蜂人四处漂泊、颠沛流离，他们生产蜂蜜的过程虽然很辛苦，但苦乐自知，他们所做的一切都是为了更好地生活，只要认真地活着，就是美丽、幸福的人生。</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color w:val="000000"/>
        </w:rPr>
        <w:t>本题</w:t>
      </w:r>
      <w:r>
        <w:rPr>
          <w:rFonts w:ascii="宋体" w:hAnsi="宋体" w:eastAsia="宋体" w:cs="宋体"/>
          <w:color w:val="000000"/>
        </w:rPr>
        <w:t>考查提炼信息。</w:t>
      </w:r>
    </w:p>
    <w:p>
      <w:pPr>
        <w:spacing w:line="360" w:lineRule="auto"/>
        <w:jc w:val="left"/>
        <w:textAlignment w:val="center"/>
        <w:rPr>
          <w:color w:val="000000"/>
        </w:rPr>
      </w:pPr>
      <w:r>
        <w:rPr>
          <w:rFonts w:ascii="宋体" w:hAnsi="宋体" w:eastAsia="宋体" w:cs="宋体"/>
          <w:color w:val="000000"/>
        </w:rPr>
        <w:t>根据第③段中的“一路奔去，奔向那菜花深处。【甲】以为就到尽头了，哪知车子一拐，竟又撞上一片菜花地，又铺开一片黄色汪洋，绵绵不绝”可得：绵绵不绝的黄色油菜地之美；</w:t>
      </w:r>
    </w:p>
    <w:p>
      <w:pPr>
        <w:spacing w:line="360" w:lineRule="auto"/>
        <w:jc w:val="left"/>
        <w:textAlignment w:val="center"/>
        <w:rPr>
          <w:color w:val="000000"/>
        </w:rPr>
      </w:pPr>
      <w:r>
        <w:rPr>
          <w:rFonts w:ascii="宋体" w:hAnsi="宋体" w:eastAsia="宋体" w:cs="宋体"/>
          <w:color w:val="000000"/>
        </w:rPr>
        <w:t>根据第④段中的“小时养羊，天天提了篮子去挑羊草。却贪玩，在草地里捉蚱蜢，或扣了篮子玩老鹰捉小鸡的游戏”可得：小时去挑羊草却在草地贪玩的美好；</w:t>
      </w:r>
    </w:p>
    <w:p>
      <w:pPr>
        <w:spacing w:line="360" w:lineRule="auto"/>
        <w:jc w:val="left"/>
        <w:textAlignment w:val="center"/>
        <w:rPr>
          <w:color w:val="000000"/>
        </w:rPr>
      </w:pPr>
      <w:r>
        <w:rPr>
          <w:rFonts w:ascii="宋体" w:hAnsi="宋体" w:eastAsia="宋体" w:cs="宋体"/>
          <w:color w:val="000000"/>
        </w:rPr>
        <w:t>根据第⑥段中的“无论卑微与否，它们都认真地绿着，开着花，不辜负春天”可得：野草野花认真盛开的美好；</w:t>
      </w:r>
    </w:p>
    <w:p>
      <w:pPr>
        <w:spacing w:line="360" w:lineRule="auto"/>
        <w:jc w:val="left"/>
        <w:textAlignment w:val="center"/>
        <w:rPr>
          <w:color w:val="000000"/>
        </w:rPr>
      </w:pPr>
      <w:r>
        <w:rPr>
          <w:rFonts w:ascii="宋体" w:hAnsi="宋体" w:eastAsia="宋体" w:cs="宋体"/>
          <w:color w:val="000000"/>
        </w:rPr>
        <w:t>根据末段中的“看见养蜂人，正在路边忙碌。头上裹着头巾，脸上刻着岁月沧桑。这些养蜂人，据说是从闽浙那一带来，他们天南地北地追着花跑，此处花谢了，又将迁徙到他方，去寻找花开”可得：养蜂人身上的勤劳之美。</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w:t>
      </w:r>
      <w:r>
        <w:rPr>
          <w:rFonts w:ascii="宋体" w:hAnsi="宋体" w:eastAsia="宋体" w:cs="宋体"/>
          <w:color w:val="000000"/>
        </w:rPr>
        <w:t>语句赏析。</w:t>
      </w:r>
    </w:p>
    <w:p>
      <w:pPr>
        <w:spacing w:line="360" w:lineRule="auto"/>
        <w:jc w:val="left"/>
        <w:textAlignment w:val="center"/>
        <w:rPr>
          <w:color w:val="000000"/>
        </w:rPr>
      </w:pPr>
      <w:r>
        <w:rPr>
          <w:rFonts w:ascii="宋体" w:hAnsi="宋体" w:eastAsia="宋体" w:cs="宋体"/>
          <w:color w:val="000000"/>
        </w:rPr>
        <w:t>甲：“竟又撞上一片菜花地，又铺开一片黄色汪洋”把油菜地比作黄色汪洋，这是比喻。联系句中的“绵绵不绝”可知，此处比喻生动形象地表现了油菜花盛开时的无比繁茂与油菜地的一望无垠。联系作者感情可知，表现了作者陶醉于油菜地之美，以及对乡下春天的喜爱之情。</w:t>
      </w:r>
    </w:p>
    <w:p>
      <w:pPr>
        <w:spacing w:line="360" w:lineRule="auto"/>
        <w:jc w:val="left"/>
        <w:textAlignment w:val="center"/>
        <w:rPr>
          <w:color w:val="000000"/>
        </w:rPr>
      </w:pPr>
      <w:r>
        <w:rPr>
          <w:rFonts w:ascii="宋体" w:hAnsi="宋体" w:eastAsia="宋体" w:cs="宋体"/>
          <w:color w:val="000000"/>
        </w:rPr>
        <w:t>乙：“像撒下无数的小眼睛”把蚕豆花比作小眼睛，这是比喻的修辞手法。联系句中的“星星点点”和“无数”可知，此处比喻生动形象地表现了蚕豆花盛开之多，生机勃勃和闪闪发光的情景。联系作者感情可知，表现了作者对蚕豆花的喜爱之情。</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w:t>
      </w:r>
      <w:r>
        <w:rPr>
          <w:rFonts w:ascii="宋体" w:hAnsi="宋体" w:eastAsia="宋体" w:cs="宋体"/>
          <w:color w:val="000000"/>
        </w:rPr>
        <w:t>考查词句理解。</w:t>
      </w:r>
    </w:p>
    <w:p>
      <w:pPr>
        <w:spacing w:line="360" w:lineRule="auto"/>
        <w:jc w:val="left"/>
        <w:textAlignment w:val="center"/>
        <w:rPr>
          <w:color w:val="000000"/>
        </w:rPr>
      </w:pPr>
      <w:r>
        <w:rPr>
          <w:rFonts w:ascii="宋体" w:hAnsi="宋体" w:eastAsia="宋体" w:cs="宋体"/>
          <w:color w:val="000000"/>
        </w:rPr>
        <w:t>联系末段中的“看见养蜂人，正在路边忙碌。头上裹着头巾，脸上刻着岁月沧桑。这些养蜂人，据说是从闽浙那一带来，他们天南地北地追着花跑，此处花谢了，又将迁徙到他方，去寻找花开”可知，养蜂人四处漂泊、颠沛流离，他们生产蜂蜜的过程是辛苦的。联系“这世上，很多时候，苦乐自知，好好活着，才是本质”可知，他们所做的一切都是为了更加美好的生活。他们为了生活而颠沛流离，体现他们认真的生活态度和对美好生活的追求。“苦乐自知”，他们是快乐幸福的。</w:t>
      </w:r>
    </w:p>
    <w:p>
      <w:pPr>
        <w:pStyle w:val="Heading3"/>
      </w:pPr>
      <w:r>
        <w:t>顺义区第九中学</w:t>
      </w:r>
    </w:p>
    <w:p>
      <w:pPr>
        <w:spacing w:line="360" w:lineRule="auto"/>
        <w:jc w:val="left"/>
        <w:textAlignment w:val="center"/>
        <w:rPr>
          <w:color w:val="000000"/>
        </w:rPr>
      </w:pPr>
      <w:r>
        <w:rPr>
          <w:rFonts w:ascii="宋体" w:hAnsi="宋体" w:eastAsia="宋体" w:cs="宋体"/>
          <w:b/>
          <w:color w:val="000000"/>
          <w:sz w:val="24"/>
        </w:rPr>
        <w:t>四、现代文阅读。（共</w:t>
      </w:r>
      <w:r>
        <w:rPr>
          <w:rFonts w:ascii="Times New Roman" w:hAnsi="Times New Roman" w:eastAsia="Times New Roman" w:cs="Times New Roman"/>
          <w:b/>
          <w:color w:val="000000"/>
          <w:sz w:val="24"/>
        </w:rPr>
        <w:t>21</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阅读甲、乙两段文字，完成下面小题。</w:t>
      </w:r>
    </w:p>
    <w:p>
      <w:pPr>
        <w:spacing w:line="360" w:lineRule="auto"/>
        <w:jc w:val="both"/>
        <w:textAlignment w:val="center"/>
        <w:rPr>
          <w:color w:val="000000"/>
        </w:rPr>
      </w:pPr>
      <w:r>
        <w:rPr>
          <w:rFonts w:ascii="宋体" w:hAnsi="宋体" w:eastAsia="宋体" w:cs="宋体"/>
          <w:color w:val="000000"/>
        </w:rPr>
        <w:t>甲</w:t>
      </w:r>
    </w:p>
    <w:p>
      <w:pPr>
        <w:spacing w:line="360" w:lineRule="auto"/>
        <w:ind w:firstLine="420"/>
        <w:jc w:val="both"/>
        <w:textAlignment w:val="center"/>
        <w:rPr>
          <w:color w:val="000000"/>
        </w:rPr>
      </w:pPr>
      <w:r>
        <w:rPr>
          <w:rFonts w:ascii="楷体" w:hAnsi="楷体" w:eastAsia="楷体" w:cs="楷体"/>
          <w:color w:val="000000"/>
        </w:rPr>
        <w:t>最妙的是下点儿小雪呀。看吧，山上的矮松越发的青黑，树尖儿上顶着一髻儿白花，好像日本看护妇。山尖全白了，给蓝天</w:t>
      </w:r>
      <w:r>
        <w:rPr>
          <w:rFonts w:ascii="楷体" w:hAnsi="楷体" w:eastAsia="楷体" w:cs="楷体"/>
          <w:color w:val="000000"/>
          <w:em w:val="dot"/>
        </w:rPr>
        <w:t>镶</w:t>
      </w:r>
      <w:r>
        <w:rPr>
          <w:rFonts w:ascii="楷体" w:hAnsi="楷体" w:eastAsia="楷体" w:cs="楷体"/>
          <w:color w:val="000000"/>
        </w:rPr>
        <w:t>上一道银边。山坡上有的地方雪厚点儿，有的地方草色还露着；这样，一道儿白，一道儿暗黄，给山们穿上一件带水纹的花衣；看着看着，这件花衣好像被风儿吹动，叫你希望看见一点儿更美的山的肌肤。</w:t>
      </w:r>
      <w:r>
        <w:rPr>
          <w:rFonts w:ascii="楷体" w:hAnsi="楷体" w:eastAsia="楷体" w:cs="楷体"/>
          <w:color w:val="000000"/>
          <w:u w:val="single"/>
        </w:rPr>
        <w:t>等到快日落的时候，微黄的阳光斜射在山腰上，那点儿薄雪好像忽然害了羞，微微露出点儿粉色。</w:t>
      </w:r>
      <w:r>
        <w:rPr>
          <w:rFonts w:ascii="楷体" w:hAnsi="楷体" w:eastAsia="楷体" w:cs="楷体"/>
          <w:color w:val="000000"/>
        </w:rPr>
        <w:t>就是下小雪吧，济南是受不住大雪的，那些小山太秀气！</w:t>
      </w:r>
    </w:p>
    <w:p>
      <w:pPr>
        <w:spacing w:line="360" w:lineRule="auto"/>
        <w:jc w:val="right"/>
        <w:textAlignment w:val="center"/>
        <w:rPr>
          <w:color w:val="000000"/>
        </w:rPr>
      </w:pPr>
      <w:r>
        <w:rPr>
          <w:rFonts w:ascii="宋体" w:hAnsi="宋体" w:eastAsia="宋体" w:cs="宋体"/>
          <w:color w:val="000000"/>
        </w:rPr>
        <w:t>（节选自老舍《济南的冬天》）</w:t>
      </w:r>
    </w:p>
    <w:p>
      <w:pPr>
        <w:spacing w:line="360" w:lineRule="auto"/>
        <w:jc w:val="both"/>
        <w:textAlignment w:val="center"/>
        <w:rPr>
          <w:color w:val="000000"/>
        </w:rPr>
      </w:pPr>
      <w:r>
        <w:rPr>
          <w:rFonts w:ascii="宋体" w:hAnsi="宋体" w:eastAsia="宋体" w:cs="宋体"/>
          <w:color w:val="000000"/>
        </w:rPr>
        <w:t>乙</w:t>
      </w:r>
    </w:p>
    <w:p>
      <w:pPr>
        <w:spacing w:line="360" w:lineRule="auto"/>
        <w:ind w:firstLine="420"/>
        <w:jc w:val="both"/>
        <w:textAlignment w:val="center"/>
        <w:rPr>
          <w:color w:val="000000"/>
        </w:rPr>
      </w:pPr>
      <w:r>
        <w:rPr>
          <w:rFonts w:ascii="楷体" w:hAnsi="楷体" w:eastAsia="楷体" w:cs="楷体"/>
          <w:color w:val="000000"/>
        </w:rPr>
        <w:t>不知它是想依恋天空，还是想委身大地。它忽上忽下，是那样的轻盈而自由啊！忽然，它落进了我的颈脖，像个小绒毛，却又摸不到它，产生了甜甜的微痒。我伸出手来，它会安静地落到我的掌心，在我的钟情的眼睛里，慢慢地消失了它的身影。有时候，真愿意伸出舌头，希望能接到一片雪花，那淘气的愉快里</w:t>
      </w:r>
      <w:r>
        <w:rPr>
          <w:rFonts w:ascii="楷体" w:hAnsi="楷体" w:eastAsia="楷体" w:cs="楷体"/>
          <w:color w:val="000000"/>
          <w:em w:val="dot"/>
        </w:rPr>
        <w:t>绽</w:t>
      </w:r>
      <w:r>
        <w:rPr>
          <w:rFonts w:ascii="楷体" w:hAnsi="楷体" w:eastAsia="楷体" w:cs="楷体"/>
          <w:color w:val="000000"/>
        </w:rPr>
        <w:t>开了多少天真的梦。</w:t>
      </w:r>
    </w:p>
    <w:p>
      <w:pPr>
        <w:spacing w:line="360" w:lineRule="auto"/>
        <w:ind w:firstLine="420"/>
        <w:jc w:val="both"/>
        <w:textAlignment w:val="center"/>
        <w:rPr>
          <w:color w:val="000000"/>
        </w:rPr>
      </w:pPr>
      <w:r>
        <w:rPr>
          <w:rFonts w:ascii="楷体" w:hAnsi="楷体" w:eastAsia="楷体" w:cs="楷体"/>
          <w:color w:val="000000"/>
        </w:rPr>
        <w:t>雪，南国的松软美丽的雪啊！</w:t>
      </w:r>
    </w:p>
    <w:p>
      <w:pPr>
        <w:spacing w:line="360" w:lineRule="auto"/>
        <w:ind w:firstLine="420"/>
        <w:jc w:val="both"/>
        <w:textAlignment w:val="center"/>
        <w:rPr>
          <w:color w:val="000000"/>
        </w:rPr>
      </w:pPr>
      <w:r>
        <w:rPr>
          <w:rFonts w:ascii="楷体" w:hAnsi="楷体" w:eastAsia="楷体" w:cs="楷体"/>
          <w:color w:val="000000"/>
        </w:rPr>
        <w:t>忽然，我像一下子变成熟了，往往放弃堆雪人、打雪仗的乐趣，却愿意宁静地默默地走去，翻过废弃的铁路线，来到郊外，默视着广袤的天空和田野。所有的污秽和荒凉全遮掩了，只有雪，白花花的、纯净的雪。</w:t>
      </w:r>
      <w:r>
        <w:rPr>
          <w:rFonts w:ascii="楷体" w:hAnsi="楷体" w:eastAsia="楷体" w:cs="楷体"/>
          <w:color w:val="000000"/>
          <w:u w:val="single"/>
        </w:rPr>
        <w:t>这大自然创造的最精美的白色拥抱了田野、山岗、房屋和树林。</w:t>
      </w:r>
      <w:r>
        <w:rPr>
          <w:rFonts w:ascii="楷体" w:hAnsi="楷体" w:eastAsia="楷体" w:cs="楷体"/>
          <w:color w:val="000000"/>
        </w:rPr>
        <w:t>偶尔由于风的吹动，越冬的树和菜斑斑点点闪着一点新绿。</w:t>
      </w:r>
    </w:p>
    <w:p>
      <w:pPr>
        <w:spacing w:line="360" w:lineRule="auto"/>
        <w:jc w:val="right"/>
        <w:textAlignment w:val="center"/>
        <w:rPr>
          <w:color w:val="000000"/>
        </w:rPr>
      </w:pPr>
      <w:r>
        <w:rPr>
          <w:rFonts w:ascii="宋体" w:hAnsi="宋体" w:eastAsia="宋体" w:cs="宋体"/>
          <w:color w:val="000000"/>
        </w:rPr>
        <w:t>（节选自刘湛秋《雪》）</w:t>
      </w:r>
    </w:p>
    <w:p>
      <w:pPr>
        <w:spacing w:line="360" w:lineRule="auto"/>
        <w:jc w:val="left"/>
        <w:textAlignment w:val="center"/>
        <w:rPr>
          <w:color w:val="000000"/>
        </w:rPr>
      </w:pPr>
      <w:r>
        <w:rPr>
          <w:color w:val="000000"/>
        </w:rPr>
        <w:t xml:space="preserve">11. </w:t>
      </w:r>
      <w:r>
        <w:rPr>
          <w:rFonts w:ascii="宋体" w:hAnsi="宋体" w:eastAsia="宋体" w:cs="宋体"/>
          <w:color w:val="000000"/>
        </w:rPr>
        <w:t>请给甲、乙两个文段中加点的字注音。</w:t>
      </w:r>
    </w:p>
    <w:p>
      <w:pPr>
        <w:spacing w:line="360" w:lineRule="auto"/>
        <w:jc w:val="both"/>
        <w:textAlignment w:val="center"/>
        <w:rPr>
          <w:color w:val="000000"/>
        </w:rPr>
      </w:pPr>
      <w:r>
        <w:rPr>
          <w:rFonts w:ascii="宋体" w:hAnsi="宋体" w:eastAsia="宋体" w:cs="宋体"/>
          <w:color w:val="000000"/>
          <w:em w:val="dot"/>
        </w:rPr>
        <w:t>镶</w:t>
      </w:r>
      <w:r>
        <w:rPr>
          <w:color w:val="000000"/>
        </w:rPr>
        <w:t>（      ）</w:t>
      </w:r>
      <w:r>
        <w:rPr>
          <w:rFonts w:ascii="宋体" w:hAnsi="宋体" w:eastAsia="宋体" w:cs="宋体"/>
          <w:color w:val="000000"/>
        </w:rPr>
        <w:t>上</w:t>
      </w:r>
      <w:r>
        <w:rPr>
          <w:rFonts w:ascii="宋体" w:hAnsi="宋体" w:eastAsia="宋体" w:cs="宋体"/>
          <w:color w:val="000000"/>
          <w:em w:val="dot"/>
        </w:rPr>
        <w:t>绽</w:t>
      </w:r>
      <w:r>
        <w:rPr>
          <w:color w:val="000000"/>
        </w:rPr>
        <w:t>（      ）</w:t>
      </w:r>
      <w:r>
        <w:rPr>
          <w:rFonts w:ascii="宋体" w:hAnsi="宋体" w:eastAsia="宋体" w:cs="宋体"/>
          <w:color w:val="000000"/>
        </w:rPr>
        <w:t>开</w:t>
      </w:r>
    </w:p>
    <w:p>
      <w:pPr>
        <w:spacing w:line="360" w:lineRule="auto"/>
        <w:jc w:val="left"/>
        <w:textAlignment w:val="center"/>
        <w:rPr>
          <w:color w:val="000000"/>
        </w:rPr>
      </w:pPr>
      <w:r>
        <w:rPr>
          <w:color w:val="000000"/>
        </w:rPr>
        <w:t xml:space="preserve">12. </w:t>
      </w:r>
      <w:r>
        <w:rPr>
          <w:rFonts w:ascii="宋体" w:hAnsi="宋体" w:eastAsia="宋体" w:cs="宋体"/>
          <w:color w:val="000000"/>
        </w:rPr>
        <w:t>甲、乙两个文段都围绕“雪”而写，甲文按照山尖</w:t>
      </w:r>
      <w:r>
        <w:rPr>
          <w:rFonts w:ascii="Times New Roman" w:hAnsi="Times New Roman" w:eastAsia="Times New Roman" w:cs="Times New Roman"/>
          <w:color w:val="000000"/>
        </w:rPr>
        <w:t>——</w:t>
      </w:r>
      <w:r>
        <w:rPr>
          <w:rFonts w:ascii="宋体" w:hAnsi="宋体" w:eastAsia="宋体" w:cs="宋体"/>
          <w:color w:val="000000"/>
        </w:rPr>
        <w:t>山坡</w:t>
      </w:r>
      <w:r>
        <w:rPr>
          <w:rFonts w:ascii="Times New Roman" w:hAnsi="Times New Roman" w:eastAsia="Times New Roman" w:cs="Times New Roman"/>
          <w:color w:val="000000"/>
        </w:rPr>
        <w:t>——</w:t>
      </w:r>
      <w:r>
        <w:rPr>
          <w:rFonts w:ascii="宋体" w:hAnsi="宋体" w:eastAsia="宋体" w:cs="宋体"/>
          <w:color w:val="000000"/>
        </w:rPr>
        <w:t>山腰的空间顺序，写出了薄雪覆盖下小山</w:t>
      </w:r>
      <w:r>
        <w:rPr>
          <w:color w:val="000000"/>
        </w:rPr>
        <w:t>_______</w:t>
      </w:r>
      <w:r>
        <w:rPr>
          <w:rFonts w:ascii="宋体" w:hAnsi="宋体" w:eastAsia="宋体" w:cs="宋体"/>
          <w:color w:val="000000"/>
        </w:rPr>
        <w:t>的特点，而乙文则从视觉、触觉、味觉等多感官的角度，写出了雪</w:t>
      </w:r>
      <w:r>
        <w:rPr>
          <w:color w:val="000000"/>
        </w:rPr>
        <w:t>_______</w:t>
      </w:r>
      <w:r>
        <w:rPr>
          <w:rFonts w:ascii="宋体" w:hAnsi="宋体" w:eastAsia="宋体" w:cs="宋体"/>
          <w:color w:val="000000"/>
        </w:rPr>
        <w:t>的特点。</w:t>
      </w:r>
    </w:p>
    <w:p>
      <w:pPr>
        <w:spacing w:line="360" w:lineRule="auto"/>
        <w:jc w:val="left"/>
        <w:textAlignment w:val="center"/>
        <w:rPr>
          <w:color w:val="000000"/>
        </w:rPr>
      </w:pPr>
      <w:r>
        <w:rPr>
          <w:color w:val="000000"/>
        </w:rPr>
        <w:t xml:space="preserve">13. </w:t>
      </w:r>
      <w:r>
        <w:rPr>
          <w:rFonts w:ascii="宋体" w:hAnsi="宋体" w:eastAsia="宋体" w:cs="宋体"/>
          <w:color w:val="000000"/>
        </w:rPr>
        <w:t>我们在朗读时，把握好重音、停连，能感受汉语声韵之美；注意语气、节奏，可以体会文章的感情。下面的表述</w:t>
      </w:r>
      <w:r>
        <w:rPr>
          <w:rFonts w:ascii="宋体" w:hAnsi="宋体" w:eastAsia="宋体" w:cs="宋体"/>
          <w:color w:val="000000"/>
          <w:em w:val="dot"/>
        </w:rPr>
        <w:t>不正确</w:t>
      </w:r>
      <w:r>
        <w:rPr>
          <w:rFonts w:ascii="宋体" w:hAnsi="宋体" w:eastAsia="宋体" w:cs="宋体"/>
          <w:color w:val="000000"/>
        </w:rPr>
        <w:t>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甲文写的是雪后初晴的美景，把冬天的“温晴”越发显露了出来。朗读时整体节奏是欢快而热烈的。</w:t>
      </w:r>
    </w:p>
    <w:p>
      <w:pPr>
        <w:spacing w:line="360" w:lineRule="auto"/>
        <w:jc w:val="left"/>
        <w:textAlignment w:val="center"/>
        <w:rPr>
          <w:color w:val="000000"/>
        </w:rPr>
      </w:pPr>
      <w:r>
        <w:rPr>
          <w:color w:val="000000"/>
        </w:rPr>
        <w:t xml:space="preserve">B. </w:t>
      </w:r>
      <w:r>
        <w:rPr>
          <w:rFonts w:ascii="宋体" w:hAnsi="宋体" w:eastAsia="宋体" w:cs="宋体"/>
          <w:color w:val="000000"/>
        </w:rPr>
        <w:t>甲文中“山尖全白了，给蓝天镶上一道银边”，朗读时可以重读“全”，表示山尖“白”的范围之广。</w:t>
      </w:r>
    </w:p>
    <w:p>
      <w:pPr>
        <w:spacing w:line="360" w:lineRule="auto"/>
        <w:jc w:val="left"/>
        <w:textAlignment w:val="center"/>
        <w:rPr>
          <w:color w:val="000000"/>
        </w:rPr>
      </w:pPr>
      <w:r>
        <w:rPr>
          <w:color w:val="000000"/>
        </w:rPr>
        <w:t xml:space="preserve">C. </w:t>
      </w:r>
      <w:r>
        <w:rPr>
          <w:rFonts w:ascii="宋体" w:hAnsi="宋体" w:eastAsia="宋体" w:cs="宋体"/>
          <w:color w:val="000000"/>
        </w:rPr>
        <w:t>乙文中“那淘气的愉快里绽开了多少天真的梦”，写出了作者的童心未泯，要用愉悦的语气去朗读。</w:t>
      </w:r>
    </w:p>
    <w:p>
      <w:pPr>
        <w:spacing w:line="360" w:lineRule="auto"/>
        <w:jc w:val="left"/>
        <w:textAlignment w:val="center"/>
        <w:rPr>
          <w:color w:val="000000"/>
        </w:rPr>
      </w:pPr>
      <w:r>
        <w:rPr>
          <w:color w:val="000000"/>
        </w:rPr>
        <w:t xml:space="preserve">D. </w:t>
      </w:r>
      <w:r>
        <w:rPr>
          <w:rFonts w:ascii="宋体" w:hAnsi="宋体" w:eastAsia="宋体" w:cs="宋体"/>
          <w:color w:val="000000"/>
        </w:rPr>
        <w:t>乙文中“越冬的树和菜斑斑点点闪着一点新绿”，“越冬的树和菜”明确了作者要描绘的对象，朗读时此处要稍作停顿。</w:t>
      </w:r>
    </w:p>
    <w:p>
      <w:pPr>
        <w:spacing w:line="360" w:lineRule="auto"/>
        <w:jc w:val="left"/>
        <w:textAlignment w:val="center"/>
        <w:rPr>
          <w:color w:val="000000"/>
        </w:rPr>
      </w:pPr>
      <w:r>
        <w:rPr>
          <w:color w:val="000000"/>
        </w:rPr>
        <w:t xml:space="preserve">14. </w:t>
      </w:r>
      <w:r>
        <w:rPr>
          <w:rFonts w:ascii="宋体" w:hAnsi="宋体" w:eastAsia="宋体" w:cs="宋体"/>
          <w:color w:val="000000"/>
        </w:rPr>
        <w:t>修辞手法的运用能使句子化平淡为生动，突出景物的特点，更好地抒发作者的情感。请你从甲、乙文段的画线句中</w:t>
      </w:r>
      <w:r>
        <w:rPr>
          <w:rFonts w:ascii="宋体" w:hAnsi="宋体" w:eastAsia="宋体" w:cs="宋体"/>
          <w:color w:val="000000"/>
          <w:em w:val="dot"/>
        </w:rPr>
        <w:t>任选一句</w:t>
      </w:r>
      <w:r>
        <w:rPr>
          <w:rFonts w:ascii="宋体" w:hAnsi="宋体" w:eastAsia="宋体" w:cs="宋体"/>
          <w:color w:val="000000"/>
        </w:rPr>
        <w:t>加以赏析。</w:t>
      </w:r>
    </w:p>
    <w:p>
      <w:pPr>
        <w:spacing w:line="360" w:lineRule="auto"/>
        <w:textAlignment w:val="center"/>
        <w:rPr>
          <w:color w:val="000000"/>
        </w:rPr>
      </w:pPr>
      <w:r>
        <w:rPr>
          <w:color w:val="2E75B6"/>
        </w:rPr>
        <w:t>【答案】</w:t>
      </w:r>
      <w:r>
        <w:rPr>
          <w:color w:val="000000"/>
        </w:rPr>
        <w:t xml:space="preserve">11.     ①. xiānɡ    ②. zhàn    </w:t>
      </w:r>
    </w:p>
    <w:p>
      <w:pPr>
        <w:spacing w:line="360" w:lineRule="auto"/>
        <w:textAlignment w:val="center"/>
        <w:rPr>
          <w:color w:val="000000"/>
        </w:rPr>
      </w:pPr>
      <w:r>
        <w:rPr>
          <w:color w:val="000000"/>
        </w:rPr>
        <w:t xml:space="preserve">12.     ①. 秀气（秀美）    ②. 轻盈自由（松软美丽）    13. A    </w:t>
      </w:r>
    </w:p>
    <w:p>
      <w:pPr>
        <w:spacing w:line="360" w:lineRule="auto"/>
        <w:textAlignment w:val="center"/>
        <w:rPr>
          <w:color w:val="000000"/>
        </w:rPr>
      </w:pPr>
      <w:r>
        <w:rPr>
          <w:color w:val="000000"/>
        </w:rPr>
        <w:t xml:space="preserve">14. </w:t>
      </w:r>
      <w:r>
        <w:rPr>
          <w:rFonts w:ascii="宋体" w:hAnsi="宋体" w:eastAsia="宋体" w:cs="宋体"/>
          <w:color w:val="000000"/>
        </w:rPr>
        <w:t>示例一：甲句：这句中“忽然害了羞”运用了拟人的修辞手法，写出了夕阳照射下薄雪的娇美，表达了作者对济南雪后小山的喜爱之情。</w:t>
      </w:r>
      <w:r>
        <w:rPr>
          <w:rFonts w:ascii="宋体" w:hAnsi="宋体" w:eastAsia="宋体" w:cs="宋体"/>
          <w:color w:val="000000"/>
        </w:rPr>
        <w:br w:type="textWrapping"/>
      </w:r>
      <w:r>
        <w:rPr>
          <w:rFonts w:ascii="宋体" w:hAnsi="宋体" w:eastAsia="宋体" w:cs="宋体"/>
          <w:color w:val="000000"/>
        </w:rPr>
        <w:t>示例二：乙句：这句中“拥抱”运用了拟人的修辞手法，写出了白雪覆盖大地时的美丽、纯净，表达了作者对雪的喜爱之情。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0" b="0"/>
            <wp:docPr id="162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 name="图片 100011"/>
                    <pic:cNvPicPr>
                      <a:picLocks noChangeAspect="1"/>
                    </pic:cNvPicPr>
                  </pic:nvPicPr>
                  <pic:blipFill>
                    <a:blip r:embed="rId160"/>
                    <a:stretch>
                      <a:fillRect/>
                    </a:stretch>
                  </pic:blipFill>
                  <pic:spPr>
                    <a:xfrm>
                      <a:off x="0" y="0"/>
                      <a:ext cx="95250" cy="171450"/>
                    </a:xfrm>
                    <a:prstGeom prst="rect">
                      <a:avLst/>
                    </a:prstGeom>
                  </pic:spPr>
                </pic:pic>
              </a:graphicData>
            </a:graphic>
          </wp:inline>
        </w:drawing>
      </w:r>
      <w:r>
        <w:rPr>
          <w:color w:val="000000"/>
        </w:rPr>
        <w:t>11题详解】</w:t>
      </w:r>
    </w:p>
    <w:p>
      <w:pPr>
        <w:spacing w:line="360" w:lineRule="auto"/>
        <w:jc w:val="left"/>
        <w:textAlignment w:val="center"/>
        <w:rPr>
          <w:color w:val="000000"/>
        </w:rPr>
      </w:pPr>
      <w:r>
        <w:rPr>
          <w:color w:val="000000"/>
        </w:rPr>
        <w:t>本题考查注音。</w:t>
      </w:r>
    </w:p>
    <w:p>
      <w:pPr>
        <w:spacing w:line="360" w:lineRule="auto"/>
        <w:jc w:val="left"/>
        <w:textAlignment w:val="center"/>
        <w:rPr>
          <w:color w:val="000000"/>
        </w:rPr>
      </w:pPr>
      <w:r>
        <w:rPr>
          <w:color w:val="000000"/>
        </w:rPr>
        <w:t>镶上：意思是镶嵌上去，指把一个物体嵌入另一物体内或围在另</w:t>
      </w:r>
      <w:r>
        <w:rPr>
          <w:rFonts w:ascii="宋体" w:hAnsi="宋体" w:eastAsia="宋体" w:cs="宋体"/>
          <w:color w:val="000000"/>
        </w:rPr>
        <w:t>一物体的边缘。“镶”意思是</w:t>
      </w:r>
      <w:r>
        <w:rPr>
          <w:color w:val="000000"/>
        </w:rPr>
        <w:t>：把东西嵌入另一物体或在另一物体周围加边儿，读xiānɡ。</w:t>
      </w:r>
    </w:p>
    <w:p>
      <w:pPr>
        <w:spacing w:line="360" w:lineRule="auto"/>
        <w:jc w:val="left"/>
        <w:textAlignment w:val="center"/>
        <w:rPr>
          <w:color w:val="000000"/>
        </w:rPr>
      </w:pPr>
      <w:r>
        <w:rPr>
          <w:color w:val="000000"/>
        </w:rPr>
        <w:t>绽开：指植物的皮、壳等裂开，也比喻人们的笑</w:t>
      </w:r>
      <w:r>
        <w:rPr>
          <w:rFonts w:ascii="宋体" w:hAnsi="宋体" w:eastAsia="宋体" w:cs="宋体"/>
          <w:color w:val="000000"/>
        </w:rPr>
        <w:t>脸。“绽”意思是“裂开”，</w:t>
      </w:r>
      <w:r>
        <w:rPr>
          <w:color w:val="000000"/>
        </w:rPr>
        <w:t>读zhàn。</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本题考查信息提炼与概括。</w:t>
      </w:r>
    </w:p>
    <w:p>
      <w:pPr>
        <w:spacing w:line="360" w:lineRule="auto"/>
        <w:jc w:val="left"/>
        <w:textAlignment w:val="center"/>
        <w:rPr>
          <w:color w:val="000000"/>
        </w:rPr>
      </w:pPr>
      <w:r>
        <w:rPr>
          <w:rFonts w:ascii="宋体" w:hAnsi="宋体" w:eastAsia="宋体" w:cs="宋体"/>
          <w:color w:val="000000"/>
        </w:rPr>
        <w:t>由甲文“就是下小雪吧，济南是受不住大雪的，那些小山太秀气”可知，薄雪覆盖下小山“秀气”的特点；由乙文“雪，南国的松软美丽的雪啊”可知，乙文写出了雪“松软美丽”的特点。</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本题考查朗读设计。</w:t>
      </w:r>
    </w:p>
    <w:p>
      <w:pPr>
        <w:spacing w:line="360" w:lineRule="auto"/>
        <w:jc w:val="left"/>
        <w:textAlignment w:val="center"/>
        <w:rPr>
          <w:color w:val="000000"/>
        </w:rPr>
      </w:pPr>
      <w:r>
        <w:rPr>
          <w:color w:val="000000"/>
        </w:rPr>
        <w:t>A</w:t>
      </w:r>
      <w:r>
        <w:rPr>
          <w:rFonts w:ascii="宋体" w:hAnsi="宋体" w:eastAsia="宋体" w:cs="宋体"/>
          <w:color w:val="000000"/>
        </w:rPr>
        <w:t>.作者描写雪后初晴的美景，赞美了济南冬天“温晴”的特点。朗读时整体节奏是舒缓而深情的，不是欢快而热烈的；</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本题考查句子赏析。</w:t>
      </w:r>
    </w:p>
    <w:p>
      <w:pPr>
        <w:spacing w:line="360" w:lineRule="auto"/>
        <w:jc w:val="left"/>
        <w:textAlignment w:val="center"/>
        <w:rPr>
          <w:color w:val="000000"/>
        </w:rPr>
      </w:pPr>
      <w:r>
        <w:rPr>
          <w:rFonts w:ascii="宋体" w:hAnsi="宋体" w:eastAsia="宋体" w:cs="宋体"/>
          <w:color w:val="000000"/>
        </w:rPr>
        <w:t>甲句用“害了羞”描写“微黄的阳光斜射”下“那点儿薄雪”的色彩，赋予薄雪以人的情态，运用了拟人的修辞手法，写出了夕阳照射下薄雪的娇美情态，表达了作者对济南雪后小山的喜爱之情。</w:t>
      </w:r>
    </w:p>
    <w:p>
      <w:pPr>
        <w:spacing w:line="360" w:lineRule="auto"/>
        <w:jc w:val="left"/>
        <w:textAlignment w:val="center"/>
        <w:rPr>
          <w:color w:val="000000"/>
        </w:rPr>
      </w:pPr>
      <w:r>
        <w:rPr>
          <w:rFonts w:ascii="宋体" w:hAnsi="宋体" w:eastAsia="宋体" w:cs="宋体"/>
          <w:color w:val="000000"/>
        </w:rPr>
        <w:t>乙句用“拥抱”描写“田野、山岗、房屋和树林”被雪覆盖的状态，赋予南国的雪以人的动作，运用了拟人的修辞手法，写出了白雪覆盖大地时的美丽、纯净，表达了作者对雪的喜爱之情。</w:t>
      </w:r>
    </w:p>
    <w:p>
      <w:pPr>
        <w:spacing w:line="360" w:lineRule="auto"/>
        <w:jc w:val="both"/>
        <w:textAlignment w:val="center"/>
        <w:rPr>
          <w:color w:val="000000"/>
        </w:rPr>
      </w:pPr>
      <w:r>
        <w:rPr>
          <w:rFonts w:ascii="宋体" w:hAnsi="宋体" w:eastAsia="宋体" w:cs="宋体"/>
          <w:color w:val="000000"/>
        </w:rPr>
        <w:t>阅读《童年闻香》，完成下面小题。</w:t>
      </w:r>
    </w:p>
    <w:p>
      <w:pPr>
        <w:spacing w:line="360" w:lineRule="auto"/>
        <w:jc w:val="center"/>
        <w:textAlignment w:val="center"/>
        <w:rPr>
          <w:color w:val="000000"/>
        </w:rPr>
      </w:pPr>
      <w:r>
        <w:rPr>
          <w:rFonts w:ascii="楷体" w:hAnsi="楷体" w:eastAsia="楷体" w:cs="楷体"/>
          <w:color w:val="000000"/>
        </w:rPr>
        <w:t>童年闻香</w:t>
      </w:r>
    </w:p>
    <w:p>
      <w:pPr>
        <w:spacing w:line="360" w:lineRule="auto"/>
        <w:ind w:firstLine="420"/>
        <w:jc w:val="both"/>
        <w:textAlignment w:val="center"/>
        <w:rPr>
          <w:color w:val="000000"/>
        </w:rPr>
      </w:pPr>
      <w:r>
        <w:rPr>
          <w:rFonts w:ascii="楷体" w:hAnsi="楷体" w:eastAsia="楷体" w:cs="楷体"/>
          <w:color w:val="000000"/>
        </w:rPr>
        <w:t>①小城酒泉，在盛夏季节是干燥酷热的。</w:t>
      </w:r>
    </w:p>
    <w:p>
      <w:pPr>
        <w:spacing w:line="360" w:lineRule="auto"/>
        <w:ind w:firstLine="420"/>
        <w:jc w:val="both"/>
        <w:textAlignment w:val="center"/>
        <w:rPr>
          <w:color w:val="000000"/>
        </w:rPr>
      </w:pPr>
      <w:r>
        <w:rPr>
          <w:rFonts w:ascii="楷体" w:hAnsi="楷体" w:eastAsia="楷体" w:cs="楷体"/>
          <w:color w:val="000000"/>
        </w:rPr>
        <w:t>②6岁那年的夏天，爸爸妈妈开始给钱让我买冰棍儿吃，只有馋极了我才会偶尔买一根。更多的时候，我把钱压在一个小罐子底下存着，等待那个时刻的到来。终于有一天，我攒够了钱，趁爸爸妈妈午睡时跑出去买回了那本心仪已久的书。当我从热浪滚滚的街上飞奔到家门口时，已经汗流決背，气喘吁吁。推开门的那一瞬间，我开始紧张了，把拿着书的手背在身后，心跳得咚咚响。</w:t>
      </w:r>
    </w:p>
    <w:p>
      <w:pPr>
        <w:spacing w:line="360" w:lineRule="auto"/>
        <w:ind w:firstLine="420"/>
        <w:jc w:val="both"/>
        <w:textAlignment w:val="center"/>
        <w:rPr>
          <w:color w:val="000000"/>
        </w:rPr>
      </w:pPr>
      <w:r>
        <w:rPr>
          <w:rFonts w:ascii="楷体" w:hAnsi="楷体" w:eastAsia="楷体" w:cs="楷体"/>
          <w:color w:val="000000"/>
        </w:rPr>
        <w:t>③当我不得不从背后把拿在手里的东西展示给爸爸妈妈的时候，妈妈笑了，摸了摸我的头。爸爸也笑了，说：“买书是多好的事啊，怎么紧张成这样？”</w:t>
      </w:r>
    </w:p>
    <w:p>
      <w:pPr>
        <w:spacing w:line="360" w:lineRule="auto"/>
        <w:ind w:firstLine="420"/>
        <w:jc w:val="both"/>
        <w:textAlignment w:val="center"/>
        <w:rPr>
          <w:color w:val="000000"/>
        </w:rPr>
      </w:pPr>
      <w:r>
        <w:rPr>
          <w:rFonts w:ascii="楷体" w:hAnsi="楷体" w:eastAsia="楷体" w:cs="楷体"/>
          <w:color w:val="000000"/>
        </w:rPr>
        <w:t>④6岁的我还没有上学，已经认识了不少字。我买回来的书是小学一年级的语文课本。</w:t>
      </w:r>
      <w:r>
        <w:rPr>
          <w:rFonts w:ascii="楷体" w:hAnsi="楷体" w:eastAsia="楷体" w:cs="楷体"/>
          <w:color w:val="000000"/>
          <w:u w:val="single"/>
        </w:rPr>
        <w:t>每次翻开阅读，我都不由自主地抚摸书页，小心翼翼地把鼻子贴在纸上细闻墨香。</w:t>
      </w:r>
      <w:r>
        <w:rPr>
          <w:rFonts w:ascii="楷体" w:hAnsi="楷体" w:eastAsia="楷体" w:cs="楷体"/>
          <w:color w:val="000000"/>
        </w:rPr>
        <w:t>那股墨香让我感到幸福。</w:t>
      </w:r>
    </w:p>
    <w:p>
      <w:pPr>
        <w:spacing w:line="360" w:lineRule="auto"/>
        <w:ind w:firstLine="420"/>
        <w:jc w:val="both"/>
        <w:textAlignment w:val="center"/>
        <w:rPr>
          <w:color w:val="000000"/>
        </w:rPr>
      </w:pPr>
      <w:r>
        <w:rPr>
          <w:rFonts w:ascii="楷体" w:hAnsi="楷体" w:eastAsia="楷体" w:cs="楷体"/>
          <w:color w:val="000000"/>
        </w:rPr>
        <w:t>⑤一年多后，我终于可以上学了。上学的细节大都模糊了，但我清晰记得我们在一个小院里读书的情形。那时候班里唯有一个女同学的家境相对宽裕，她的父母时常会给她买课外书，而且买的都是经典儿童文学作品，有叶永烈的科幻作品《小灵通漫游未来》，还有国外的儿童文学作品《木偶奇遇记》《格林童话》等。我们经常在下午放学后去她家，一位同学念诵，其他同学搬小凳子围坐成一圈。我当过念诵的那一位，也当过倾听的那一位。小院里总是洒满金色的阳光，我们的头顶和后背都被晒得热烘烘的。书的每一页纸张和那上面的文字，也都在太阳的映晒下散发出一种美妙的馨香，而那些故事里的神奇情节，就随着阳光融进了我们的心里。世界在我们的眼前打开了许多扇新的窗户......</w:t>
      </w:r>
    </w:p>
    <w:p>
      <w:pPr>
        <w:spacing w:line="360" w:lineRule="auto"/>
        <w:ind w:firstLine="420"/>
        <w:jc w:val="both"/>
        <w:textAlignment w:val="center"/>
        <w:rPr>
          <w:color w:val="000000"/>
        </w:rPr>
      </w:pPr>
      <w:r>
        <w:rPr>
          <w:rFonts w:ascii="楷体" w:hAnsi="楷体" w:eastAsia="楷体" w:cs="楷体"/>
          <w:color w:val="000000"/>
        </w:rPr>
        <w:t>⑥因为《木偶奇遇记》，我不敢说半句谎话，害怕自己的鼻子在说谎后变长。因为《小灵通漫游未来》，我想象力疯长，对未来世界充满热望。后来的事实证明，叶永烈爷爷在这本书里描述的种种幻想全都在生活中成了现实。叶爷爷多有预见力呀！写书的人多厉害呀！</w:t>
      </w:r>
    </w:p>
    <w:p>
      <w:pPr>
        <w:spacing w:line="360" w:lineRule="auto"/>
        <w:ind w:firstLine="420"/>
        <w:jc w:val="both"/>
        <w:textAlignment w:val="center"/>
        <w:rPr>
          <w:color w:val="000000"/>
        </w:rPr>
      </w:pPr>
      <w:r>
        <w:rPr>
          <w:rFonts w:ascii="楷体" w:hAnsi="楷体" w:eastAsia="楷体" w:cs="楷体"/>
          <w:color w:val="000000"/>
        </w:rPr>
        <w:t>⑦我还迷上了唐诗宋词。我把一首首诗词抄在小纸片上，上下学的路上也一直背。清晨，天还黑着，有风吹过，我背着小纸片上的唐诗。傍晚，纸片上的宋词和一盏盏暖黄色的路灯一起，温暖着回家的路。节假日我也从不睡懒觉，早早起床，带着《唐诗三百首》，穿上白球鞋开始晨跑，一直跑到泉湖公园。公园里有两潭湖水，湖边站着弯弯的垂柳；有一座九曲桥，桥的影子倒映在湖水上，微微颤动。我最爱做的是在湖边来回走动着朗读、背诵唐诗。在那儿我找到了诗里的意境，也闻到了每一句诗的味道，那是与众不同的香味。湖边的一切都让我心潮澎湃，我大声地又读又背，旁若无人，陶然自醉。</w:t>
      </w:r>
    </w:p>
    <w:p>
      <w:pPr>
        <w:spacing w:line="360" w:lineRule="auto"/>
        <w:ind w:firstLine="420"/>
        <w:jc w:val="both"/>
        <w:textAlignment w:val="center"/>
        <w:rPr>
          <w:color w:val="000000"/>
        </w:rPr>
      </w:pPr>
      <w:r>
        <w:rPr>
          <w:rFonts w:ascii="楷体" w:hAnsi="楷体" w:eastAsia="楷体" w:cs="楷体"/>
          <w:color w:val="000000"/>
        </w:rPr>
        <w:t>⑧春夏时节的泉湖公园里树木茂盛，郁郁葱葱，还有延伸而去的葡萄架长廊，翠绿的叶片在风中颤动，弯弯曲曲的嫩绿色葡萄丝儿细巧柔软。用心观察，我觉得这里的一草一木都很美。回家之后我把所见所感写成作文，至今我都记得曾经写过的描述盛夏绿树的文字。</w:t>
      </w:r>
    </w:p>
    <w:p>
      <w:pPr>
        <w:spacing w:line="360" w:lineRule="auto"/>
        <w:ind w:firstLine="420"/>
        <w:jc w:val="both"/>
        <w:textAlignment w:val="center"/>
        <w:rPr>
          <w:color w:val="000000"/>
        </w:rPr>
      </w:pPr>
      <w:r>
        <w:rPr>
          <w:rFonts w:ascii="楷体" w:hAnsi="楷体" w:eastAsia="楷体" w:cs="楷体"/>
          <w:color w:val="000000"/>
        </w:rPr>
        <w:t>⑨我早早地遇见并爱上阅读，才有了后来我和儿童文学写作的一见钟情。童年是盛开的，和童年有关的一切后来都盛开了。</w:t>
      </w:r>
    </w:p>
    <w:p>
      <w:pPr>
        <w:spacing w:line="360" w:lineRule="auto"/>
        <w:jc w:val="right"/>
        <w:textAlignment w:val="center"/>
        <w:rPr>
          <w:color w:val="000000"/>
        </w:rPr>
      </w:pPr>
      <w:r>
        <w:rPr>
          <w:rFonts w:ascii="宋体" w:hAnsi="宋体" w:eastAsia="宋体" w:cs="宋体"/>
          <w:color w:val="000000"/>
        </w:rPr>
        <w:t>（取材于张琳的同名文章）</w:t>
      </w:r>
    </w:p>
    <w:p>
      <w:pPr>
        <w:spacing w:line="360" w:lineRule="auto"/>
        <w:jc w:val="left"/>
        <w:textAlignment w:val="center"/>
        <w:rPr>
          <w:color w:val="000000"/>
        </w:rPr>
      </w:pPr>
      <w:r>
        <w:rPr>
          <w:color w:val="000000"/>
        </w:rPr>
        <w:t xml:space="preserve">15. </w:t>
      </w:r>
      <w:r>
        <w:rPr>
          <w:rFonts w:ascii="宋体" w:hAnsi="宋体" w:eastAsia="宋体" w:cs="宋体"/>
          <w:color w:val="000000"/>
        </w:rPr>
        <w:t>文章叙述了“我”童年时期“遇见并爱上阅读”的经历。阅读文章，按时间顺序补全下面的表格。</w:t>
      </w:r>
    </w:p>
    <w:tbl>
      <w:tblPr>
        <w:tblStyle w:val="4"/>
        <w:tblW w:w="5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42"/>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经历</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感受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我努力攒钱，买回心仪已久的书</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我用心读一年级语文课本</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幸福、满足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享受、渴望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③</w:t>
            </w:r>
          </w:p>
        </w:tc>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④</w:t>
            </w:r>
          </w:p>
        </w:tc>
      </w:tr>
    </w:tbl>
    <w:p>
      <w:pPr>
        <w:spacing w:line="360" w:lineRule="auto"/>
        <w:jc w:val="left"/>
        <w:textAlignment w:val="center"/>
        <w:rPr>
          <w:color w:val="000000"/>
        </w:rPr>
      </w:pPr>
      <w:r>
        <w:rPr>
          <w:color w:val="000000"/>
        </w:rPr>
        <w:t xml:space="preserve">16. </w:t>
      </w:r>
      <w:r>
        <w:rPr>
          <w:rFonts w:ascii="宋体" w:hAnsi="宋体" w:eastAsia="宋体" w:cs="宋体"/>
          <w:color w:val="000000"/>
        </w:rPr>
        <w:t>细腻的人物描写可以使形象更丰满。请结合上下文，赏析第④段中的画线句。</w:t>
      </w:r>
    </w:p>
    <w:p>
      <w:pPr>
        <w:spacing w:line="360" w:lineRule="auto"/>
        <w:jc w:val="left"/>
        <w:textAlignment w:val="center"/>
        <w:rPr>
          <w:color w:val="000000"/>
        </w:rPr>
      </w:pPr>
      <w:r>
        <w:rPr>
          <w:color w:val="000000"/>
        </w:rPr>
        <w:t xml:space="preserve">17. </w:t>
      </w:r>
      <w:r>
        <w:rPr>
          <w:rFonts w:ascii="宋体" w:hAnsi="宋体" w:eastAsia="宋体" w:cs="宋体"/>
          <w:color w:val="000000"/>
        </w:rPr>
        <w:t>有人说本文的题目可以改为“盛开的童年”，你是否赞同，请结合文章内容简述理由。</w:t>
      </w:r>
    </w:p>
    <w:p>
      <w:pPr>
        <w:spacing w:line="360" w:lineRule="auto"/>
        <w:textAlignment w:val="center"/>
        <w:rPr>
          <w:color w:val="000000"/>
        </w:rPr>
      </w:pPr>
      <w:r>
        <w:rPr>
          <w:color w:val="2E75B6"/>
        </w:rPr>
        <w:t>【答案】</w:t>
      </w:r>
      <w:r>
        <w:rPr>
          <w:color w:val="000000"/>
        </w:rPr>
        <w:t xml:space="preserve">15. </w:t>
      </w:r>
      <w:r>
        <w:rPr>
          <w:rFonts w:ascii="宋体" w:hAnsi="宋体" w:eastAsia="宋体" w:cs="宋体"/>
          <w:color w:val="000000"/>
        </w:rPr>
        <w:t>①激动、紧张。②我们经常在同学小院听读儿童文学故事。③我坚持读背痴迷的唐诗宋词。④投入、陶醉。</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画线句中“不由自主地抚摸”“贴”“细闻”等动作描写，生动而细腻地表现出我阅读自己努力攒钱买到的语文课本时，小心、投入、享受其中的状态，表达出我对阅读的热爱之情。</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示例：我不赞同修改为“盛开的童年”。“童年闻香”一题交代了我童年读书，获得不同感受的经历。我细闻课本墨香；感受到故事文字的馨香；体会到诗里的意境，感受诗词与众不同的香味。“闻香”不仅是全文的线索，还暗示了文章的主旨，表达了作者对于阅读的热爱。</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本题考查文章内容的理解和概括。注意仿照示例，语言要简洁。</w:t>
      </w:r>
    </w:p>
    <w:p>
      <w:pPr>
        <w:spacing w:line="360" w:lineRule="auto"/>
        <w:jc w:val="left"/>
        <w:textAlignment w:val="center"/>
        <w:rPr>
          <w:color w:val="000000"/>
        </w:rPr>
      </w:pPr>
      <w:r>
        <w:rPr>
          <w:rFonts w:ascii="宋体" w:hAnsi="宋体" w:eastAsia="宋体" w:cs="宋体"/>
          <w:color w:val="000000"/>
        </w:rPr>
        <w:t>第①空：结合文章第②段“终于有一天，我攒够了钱，趁爸爸妈妈午睡时跑出去买回了那本心仪已久的书。当我从热浪滚滚的街上飞奔到家门口时，已经汗流決背，气喘吁吁。推开门的那一瞬间，我开始紧张了，把拿着书的手背在身后，心跳得咚咚响”可知，“我”攒钱买回心仪的书，飞奔回家，可见“我”的心情很激动，回到家时却有些“紧张”，“心跳得咚咚响”，据此可概括为：激动、紧张；</w:t>
      </w:r>
    </w:p>
    <w:p>
      <w:pPr>
        <w:spacing w:line="360" w:lineRule="auto"/>
        <w:jc w:val="left"/>
        <w:textAlignment w:val="center"/>
        <w:rPr>
          <w:color w:val="000000"/>
        </w:rPr>
      </w:pPr>
      <w:r>
        <w:rPr>
          <w:rFonts w:ascii="宋体" w:hAnsi="宋体" w:eastAsia="宋体" w:cs="宋体"/>
          <w:color w:val="000000"/>
        </w:rPr>
        <w:t>第②空：根据题干中“享受、渴望”的提示，根据第⑤段描写自己和伙伴们，一起围坐读书是充满享受的，结合第⑤段“但我清晰记得我们在一个小院里读书的情形”和“我们经常在下午放学后去她家，一位同学念诵，其他同学搬小凳子围坐成一圈。我当过念诵的那一位，也当过倾听的那一位。小院里总是洒满金色的阳光，我们的头顶和后背都被晒得热烘烘的。书的每一页纸张和那上面的文字，也都在太阳的映晒下散发出一种美妙的馨香，而那些故事里的神奇情节，就随着阳光融进了我们的心里”可概括为：我们经常在同学小院听读儿童文学故事；</w:t>
      </w:r>
    </w:p>
    <w:p>
      <w:pPr>
        <w:spacing w:line="360" w:lineRule="auto"/>
        <w:jc w:val="left"/>
        <w:textAlignment w:val="center"/>
        <w:rPr>
          <w:color w:val="000000"/>
        </w:rPr>
      </w:pPr>
      <w:r>
        <w:rPr>
          <w:rFonts w:ascii="宋体" w:hAnsi="宋体" w:eastAsia="宋体" w:cs="宋体"/>
          <w:color w:val="000000"/>
        </w:rPr>
        <w:t>第③空和第④空：根据题干中“享受、渴望”的提示，根据第⑦段“在那儿我找到了诗里的意境”以及“我大声地又读又背，旁若无人，陶然自醉”可知，经历的内容可以结合第⑦段“我还迷上了唐诗宋词。我把一首首诗词抄在小纸片上，上下学的路上也一直背”和“节假日我也从不睡懒觉，早早起床，带着《唐诗三百首》……我最爱做的是在湖边来回走动着朗读、背诵唐诗”可概括为：我坚持读背痴迷的唐诗宋词；感受是“投入、沉醉”。据此概括回答即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本题考查词句的理解和赏析。</w:t>
      </w:r>
    </w:p>
    <w:p>
      <w:pPr>
        <w:spacing w:line="360" w:lineRule="auto"/>
        <w:jc w:val="left"/>
        <w:textAlignment w:val="center"/>
        <w:rPr>
          <w:color w:val="000000"/>
        </w:rPr>
      </w:pPr>
      <w:r>
        <w:rPr>
          <w:rFonts w:ascii="宋体" w:hAnsi="宋体" w:eastAsia="宋体" w:cs="宋体"/>
          <w:color w:val="000000"/>
        </w:rPr>
        <w:t>结合第④段“每次翻开阅读，我都不由自主地抚摸书页，小心翼翼地把鼻子贴在纸上细闻墨香”中的动词“翻开”“抚摸”“贴”运用的生动形象，根据本段前文第②段“更多的时候，我把钱压在一个小罐子底下存着，等待那个时刻的到来。终于有一天，我攒够了钱”和第④段“我买回来的书是小学一年级的语文课本”可知，“我”用自己攒的钱买来了人生的第一本书，满怀欣喜，亲切而又小心翼翼地爱抚着课本，这句话表现出“我”对书本的喜爱，对阅读的热爱之情。</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本题考查题目的探究，“童年闻香”和“盛开的童年”这两个题目都可以，结合文章内容说明理由即可，可以从题目的含义，作用等方面进行分析，言之有理。</w:t>
      </w:r>
    </w:p>
    <w:p>
      <w:pPr>
        <w:spacing w:line="360" w:lineRule="auto"/>
        <w:jc w:val="left"/>
        <w:textAlignment w:val="center"/>
        <w:rPr>
          <w:color w:val="000000"/>
        </w:rPr>
      </w:pPr>
      <w:r>
        <w:rPr>
          <w:rFonts w:ascii="宋体" w:hAnsi="宋体" w:eastAsia="宋体" w:cs="宋体"/>
          <w:color w:val="000000"/>
        </w:rPr>
        <w:t>示例：我赞同修改为“盛开的童年”。“盛开的童年”一题写出我的童年因为阅读而产生许多美好的影响。未上学前读语文课本，让我感到幸福；在同学家中听读儿童文学作品，使我学到诚实，也让我对世界有了新的认识；在泉湖公园读诗背诗，感受诗歌魅力的同时也激发了我写作的兴趣；童年读书的美好经历也促使我走上儿童文学创作之路。同时表达了作者对于阅读的热爱。</w:t>
      </w:r>
    </w:p>
    <w:p>
      <w:pPr>
        <w:pStyle w:val="Heading2"/>
      </w:pPr>
      <w:r>
        <w:t>期末</w:t>
      </w:r>
    </w:p>
    <w:p>
      <w:pPr>
        <w:pStyle w:val="Heading3"/>
      </w:pPr>
      <w:r>
        <w:t>东城区</w:t>
      </w:r>
    </w:p>
    <w:p>
      <w:pPr>
        <w:spacing w:line="360" w:lineRule="auto"/>
        <w:jc w:val="left"/>
        <w:textAlignment w:val="center"/>
        <w:rPr>
          <w:color w:val="000000"/>
        </w:rPr>
      </w:pPr>
      <w:r>
        <w:rPr>
          <w:rFonts w:ascii="宋体" w:hAnsi="宋体" w:eastAsia="宋体" w:cs="宋体"/>
          <w:b/>
          <w:color w:val="000000"/>
          <w:sz w:val="24"/>
        </w:rPr>
        <w:t>三、现代文阅读（共</w:t>
      </w:r>
      <w:r>
        <w:rPr>
          <w:rFonts w:ascii="Times New Roman" w:hAnsi="Times New Roman" w:eastAsia="Times New Roman" w:cs="Times New Roman"/>
          <w:b/>
          <w:color w:val="000000"/>
          <w:sz w:val="24"/>
        </w:rPr>
        <w:t>21</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（一）（共</w:t>
      </w:r>
      <w:r>
        <w:rPr>
          <w:rFonts w:ascii="Times New Roman" w:hAnsi="Times New Roman" w:eastAsia="Times New Roman" w:cs="Times New Roman"/>
          <w:b/>
          <w:color w:val="000000"/>
          <w:sz w:val="24"/>
        </w:rPr>
        <w:t>6</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阅读下面议论文段，完成各题。</w:t>
      </w:r>
    </w:p>
    <w:p>
      <w:pPr>
        <w:spacing w:line="360" w:lineRule="auto"/>
        <w:ind w:firstLine="420"/>
        <w:jc w:val="left"/>
        <w:textAlignment w:val="center"/>
        <w:rPr>
          <w:color w:val="000000"/>
        </w:rPr>
      </w:pPr>
      <w:r>
        <w:rPr>
          <w:rFonts w:ascii="楷体" w:hAnsi="楷体" w:eastAsia="楷体" w:cs="楷体"/>
          <w:color w:val="000000"/>
        </w:rPr>
        <w:t>世间的物有各种方面，各人所见的方面不同。</w:t>
      </w:r>
      <w:r>
        <w:rPr>
          <w:rFonts w:ascii="楷体" w:hAnsi="楷体" w:eastAsia="楷体" w:cs="楷体"/>
          <w:color w:val="000000"/>
          <w:u w:val="single"/>
        </w:rPr>
        <w:t>譬如一株树，在博物家，在园丁，在木匠，在画家，所见各人不同，博物家见其性状，园丁见其生息，木匠见其材料，画家见其姿态。但画家所见的，与前三者又根本不同。前三者都有目的，都想起树的因果关系，画家只是欣赏目前的树的本身的姿态，而别无目的</w:t>
      </w:r>
      <w:r>
        <w:rPr>
          <w:rFonts w:ascii="楷体" w:hAnsi="楷体" w:eastAsia="楷体" w:cs="楷体"/>
          <w:color w:val="000000"/>
        </w:rPr>
        <w:t>。所以画家所见的方面，是形式的方面，不是实用的方面。换言之，是美的世界，不是真善的世界。美的世界中的价值标准与真善的世界中全然不同，我们仅就事物的形状、色彩、姿态而欣赏，更不顾问其实用方面的价值了。所以一枝枯木，一块怪石，在实用上全无价值，而在中国画家眼中是很好的题材。无名的野花，在诗人的眼中异常美丽。故艺术家所见的世界。可说是一视同仁的世界，平等的世界。艺术家的心，对于世间一切事物都给以热诚的同情。</w:t>
      </w:r>
    </w:p>
    <w:p>
      <w:pPr>
        <w:spacing w:line="360" w:lineRule="auto"/>
        <w:ind w:firstLine="420"/>
        <w:jc w:val="left"/>
        <w:textAlignment w:val="center"/>
        <w:rPr>
          <w:color w:val="000000"/>
        </w:rPr>
      </w:pPr>
      <w:r>
        <w:rPr>
          <w:rFonts w:ascii="楷体" w:hAnsi="楷体" w:eastAsia="楷体" w:cs="楷体"/>
          <w:color w:val="000000"/>
        </w:rPr>
        <w:t>故普通世间的价值与阶级，入了画中便全部撤销了。画家把自己的心移入于儿童的天真的姿态中而描写儿童，又同样地把自己的心移入乞丐的病苦的表情中而描写乞丐。画家的心，必常与所描写的对象相共鸣共感，共悲共喜，共泣共笑；倘不具备这种深广的同情心，而徒事手指的刻画，决不能成为真的画家。即使他能描画，所描的至多仅抵一幅照相。</w:t>
      </w:r>
    </w:p>
    <w:p>
      <w:pPr>
        <w:spacing w:line="360" w:lineRule="auto"/>
        <w:jc w:val="right"/>
        <w:textAlignment w:val="center"/>
        <w:rPr>
          <w:color w:val="000000"/>
        </w:rPr>
      </w:pPr>
      <w:r>
        <w:rPr>
          <w:rFonts w:ascii="宋体" w:hAnsi="宋体" w:eastAsia="宋体" w:cs="宋体"/>
          <w:color w:val="000000"/>
        </w:rPr>
        <w:t>（《美与同情》节选，丰子恺 文。有改动）</w:t>
      </w:r>
    </w:p>
    <w:p>
      <w:pPr>
        <w:spacing w:line="360" w:lineRule="auto"/>
        <w:jc w:val="left"/>
        <w:textAlignment w:val="center"/>
        <w:rPr>
          <w:color w:val="000000"/>
        </w:rPr>
      </w:pPr>
      <w:r>
        <w:rPr>
          <w:color w:val="000000"/>
        </w:rPr>
        <w:t xml:space="preserve">13. </w:t>
      </w:r>
      <w:r>
        <w:rPr>
          <w:rFonts w:ascii="宋体" w:hAnsi="宋体" w:eastAsia="宋体" w:cs="宋体"/>
          <w:color w:val="000000"/>
        </w:rPr>
        <w:t>阅读选段，根据原文题目“美与同情”推测这两段文字论证的观点。（用一句话概括）</w:t>
      </w:r>
    </w:p>
    <w:p>
      <w:pPr>
        <w:spacing w:line="360" w:lineRule="auto"/>
        <w:jc w:val="left"/>
        <w:textAlignment w:val="center"/>
        <w:rPr>
          <w:color w:val="000000"/>
        </w:rPr>
      </w:pPr>
      <w:r>
        <w:rPr>
          <w:color w:val="000000"/>
        </w:rPr>
        <w:t xml:space="preserve">14. </w:t>
      </w:r>
      <w:r>
        <w:rPr>
          <w:rFonts w:ascii="宋体" w:hAnsi="宋体" w:eastAsia="宋体" w:cs="宋体"/>
          <w:color w:val="000000"/>
        </w:rPr>
        <w:t>说出画线处使用的一种论证方法，并分析其表达效果。</w:t>
      </w:r>
    </w:p>
    <w:p>
      <w:pPr>
        <w:spacing w:line="360" w:lineRule="auto"/>
        <w:textAlignment w:val="center"/>
        <w:rPr>
          <w:color w:val="000000"/>
        </w:rPr>
      </w:pPr>
      <w:r>
        <w:rPr>
          <w:color w:val="2E75B6"/>
        </w:rPr>
        <w:t>【答案】</w:t>
      </w:r>
      <w:r>
        <w:rPr>
          <w:color w:val="000000"/>
        </w:rPr>
        <w:t xml:space="preserve">13. </w:t>
      </w:r>
      <w:r>
        <w:rPr>
          <w:rFonts w:ascii="宋体" w:hAnsi="宋体" w:eastAsia="宋体" w:cs="宋体"/>
          <w:color w:val="000000"/>
        </w:rPr>
        <w:t>艺术家所见的世界，可说是一视同仁的世界，平等的世界，因为他们对于世间一切事物都给以热诚的同情。</w:t>
      </w:r>
      <w:r>
        <w:rPr>
          <w:color w:val="000000"/>
        </w:rPr>
        <w:t xml:space="preserve">    </w:t>
      </w:r>
    </w:p>
    <w:p>
      <w:pPr>
        <w:spacing w:line="360" w:lineRule="auto"/>
        <w:textAlignment w:val="center"/>
        <w:rPr>
          <w:color w:val="000000"/>
        </w:rPr>
      </w:pPr>
      <w:r>
        <w:rPr>
          <w:color w:val="000000"/>
        </w:rPr>
        <w:t>14. 示例：举例论证，论证了艺术家世界中一切都是以一种平等的姿态呈现。</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本题考查理解文章内容要点的基本能力。</w:t>
      </w:r>
    </w:p>
    <w:p>
      <w:pPr>
        <w:spacing w:line="360" w:lineRule="auto"/>
        <w:jc w:val="left"/>
        <w:textAlignment w:val="center"/>
        <w:rPr>
          <w:color w:val="000000"/>
        </w:rPr>
      </w:pPr>
      <w:r>
        <w:rPr>
          <w:rFonts w:ascii="宋体" w:hAnsi="宋体" w:eastAsia="宋体" w:cs="宋体"/>
          <w:color w:val="000000"/>
        </w:rPr>
        <w:t>结合“世间的物有各种方面，各人所见的方面不同”句引出下文的话题。“故艺术家所见的世界，可说是一视同仁的世界，平等的世界。艺术家的心，对于世间一切事物都给以热诚的同情”句是对前文的总结，表达出了观点：艺术家世界中一切都是以一种平等的姿态呈现。</w:t>
      </w:r>
    </w:p>
    <w:p>
      <w:pPr>
        <w:spacing w:line="360" w:lineRule="auto"/>
        <w:jc w:val="left"/>
        <w:textAlignment w:val="center"/>
        <w:rPr>
          <w:color w:val="000000"/>
        </w:rPr>
      </w:pPr>
      <w:r>
        <w:rPr>
          <w:rFonts w:ascii="宋体" w:hAnsi="宋体" w:eastAsia="宋体" w:cs="宋体"/>
          <w:color w:val="000000"/>
        </w:rPr>
        <w:t>结合“画家的心，必常与所描写的对象相共鸣共感，共悲共喜，共泣共笑；倘不具备这种深广的同情心，而徒事手指的刻画，决不能成为真的画家”句可知，论述了艺术家必须要具备一种犹如大海般宽广深厚的同情心。</w:t>
      </w:r>
    </w:p>
    <w:p>
      <w:pPr>
        <w:spacing w:line="360" w:lineRule="auto"/>
        <w:jc w:val="left"/>
        <w:textAlignment w:val="center"/>
        <w:rPr>
          <w:color w:val="000000"/>
        </w:rPr>
      </w:pPr>
      <w:r>
        <w:rPr>
          <w:rFonts w:ascii="宋体" w:hAnsi="宋体" w:eastAsia="宋体" w:cs="宋体"/>
          <w:color w:val="000000"/>
        </w:rPr>
        <w:t>把这两点合为一句话，即可作为本题的答案。</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本题考查论证方法及表达效果。</w:t>
      </w:r>
    </w:p>
    <w:p>
      <w:pPr>
        <w:spacing w:line="360" w:lineRule="auto"/>
        <w:jc w:val="left"/>
        <w:textAlignment w:val="center"/>
        <w:rPr>
          <w:color w:val="000000"/>
        </w:rPr>
      </w:pPr>
      <w:r>
        <w:rPr>
          <w:rFonts w:ascii="宋体" w:hAnsi="宋体" w:eastAsia="宋体" w:cs="宋体"/>
          <w:color w:val="000000"/>
        </w:rPr>
        <w:t>“譬如一株树，在博物家，在园丁，在木匠，在画家，所见各人不同，博物家见其性状，园丁见其生息，木匠见其材料，画家见其姿态。但画家所见的，与前三者又根本不同。前三者都有目的，都想起树的因果关系，画家只是欣赏目前的树的本身的姿态，而别无目的”句中的“譬如”可知，使用了事例论证。把“博物家见其性状，园丁见其生息，木匠见其材料”和“画家所见的”进行了对比，是对比认证。结合“故艺术家所见的世界。可说是一视同仁的世界，平等的世界。艺术家的心，对于世间一切事物都给以热诚的同情”句可知，论证了艺术家世界中一切都是以一种平等的姿态呈现。</w:t>
      </w:r>
    </w:p>
    <w:p>
      <w:pPr>
        <w:spacing w:line="360" w:lineRule="auto"/>
        <w:jc w:val="left"/>
        <w:textAlignment w:val="center"/>
        <w:rPr>
          <w:color w:val="000000"/>
        </w:rPr>
      </w:pPr>
      <w:r>
        <w:rPr>
          <w:rFonts w:ascii="宋体" w:hAnsi="宋体" w:eastAsia="宋体" w:cs="宋体"/>
          <w:b/>
          <w:color w:val="000000"/>
          <w:sz w:val="24"/>
        </w:rPr>
        <w:t>（二）（共</w:t>
      </w:r>
      <w:r>
        <w:rPr>
          <w:rFonts w:ascii="Times New Roman" w:hAnsi="Times New Roman" w:eastAsia="Times New Roman" w:cs="Times New Roman"/>
          <w:b/>
          <w:color w:val="000000"/>
          <w:sz w:val="24"/>
        </w:rPr>
        <w:t>6</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阅读朱自清《春》节选，完成各题。</w:t>
      </w:r>
    </w:p>
    <w:p>
      <w:pPr>
        <w:spacing w:line="360" w:lineRule="auto"/>
        <w:ind w:firstLine="420"/>
        <w:jc w:val="left"/>
        <w:textAlignment w:val="center"/>
        <w:rPr>
          <w:color w:val="000000"/>
        </w:rPr>
      </w:pPr>
      <w:r>
        <w:rPr>
          <w:rFonts w:ascii="楷体" w:hAnsi="楷体" w:eastAsia="楷体" w:cs="楷体"/>
          <w:color w:val="000000"/>
        </w:rPr>
        <w:t>桃树、杏树、梨树，你不让我，我不让你，都开满了花赶趟儿。【甲】</w:t>
      </w:r>
      <w:r>
        <w:rPr>
          <w:rFonts w:ascii="楷体" w:hAnsi="楷体" w:eastAsia="楷体" w:cs="楷体"/>
          <w:color w:val="000000"/>
          <w:u w:val="single"/>
        </w:rPr>
        <w:t>红的</w:t>
      </w:r>
      <w:r>
        <w:rPr>
          <w:rFonts w:ascii="楷体" w:hAnsi="楷体" w:eastAsia="楷体" w:cs="楷体"/>
          <w:color w:val="000000"/>
          <w:em w:val="dot"/>
        </w:rPr>
        <w:t>像</w:t>
      </w:r>
      <w:r>
        <w:rPr>
          <w:rFonts w:ascii="楷体" w:hAnsi="楷体" w:eastAsia="楷体" w:cs="楷体"/>
          <w:color w:val="000000"/>
          <w:u w:val="single"/>
        </w:rPr>
        <w:t>火，粉的</w:t>
      </w:r>
      <w:r>
        <w:rPr>
          <w:rFonts w:ascii="楷体" w:hAnsi="楷体" w:eastAsia="楷体" w:cs="楷体"/>
          <w:color w:val="000000"/>
          <w:em w:val="dot"/>
        </w:rPr>
        <w:t>像</w:t>
      </w:r>
      <w:r>
        <w:rPr>
          <w:rFonts w:ascii="楷体" w:hAnsi="楷体" w:eastAsia="楷体" w:cs="楷体"/>
          <w:color w:val="000000"/>
          <w:u w:val="single"/>
        </w:rPr>
        <w:t>霞，白的</w:t>
      </w:r>
      <w:r>
        <w:rPr>
          <w:rFonts w:ascii="楷体" w:hAnsi="楷体" w:eastAsia="楷体" w:cs="楷体"/>
          <w:color w:val="000000"/>
          <w:em w:val="dot"/>
        </w:rPr>
        <w:t>像</w:t>
      </w:r>
      <w:r>
        <w:rPr>
          <w:rFonts w:ascii="楷体" w:hAnsi="楷体" w:eastAsia="楷体" w:cs="楷体"/>
          <w:color w:val="000000"/>
          <w:u w:val="single"/>
        </w:rPr>
        <w:t>雪</w:t>
      </w:r>
      <w:r>
        <w:rPr>
          <w:rFonts w:ascii="楷体" w:hAnsi="楷体" w:eastAsia="楷体" w:cs="楷体"/>
          <w:color w:val="000000"/>
        </w:rPr>
        <w:t>。花里带着甜味儿；闭了眼，树上仿佛已经满是桃儿、杏儿、梨儿。花下成千成百的蜜蜂嗡嗡地闹着，大小的蝴蝶飞来飞去。野花遍地是：杂样儿，有名字的，没名字的，散在草丛里，像眼睛，像星星，还眨呀眨的。</w:t>
      </w:r>
    </w:p>
    <w:p>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吹面不寒杨柳风</w:t>
      </w:r>
      <w:r>
        <w:rPr>
          <w:rFonts w:ascii="宋体" w:hAnsi="宋体" w:eastAsia="宋体" w:cs="宋体"/>
          <w:color w:val="000000"/>
        </w:rPr>
        <w:t>”</w:t>
      </w:r>
      <w:r>
        <w:rPr>
          <w:rFonts w:ascii="楷体" w:hAnsi="楷体" w:eastAsia="楷体" w:cs="楷体"/>
          <w:color w:val="000000"/>
        </w:rPr>
        <w:t>，不错的，像母亲的手抚摸着你。风里带来些新翻的泥土的气息，混着青草味儿，还有各种花的香，都在微微润湿的空气里酝酿。鸟儿将巢安在繁花嫩叶当中，高兴起来了，呼朋引伴地卖弄清脆的喉咙，唱出宛转的曲子，与轻风流水应和着。牛背上牧童的短笛，这时候也成天嘹亮地响。</w:t>
      </w:r>
    </w:p>
    <w:p>
      <w:pPr>
        <w:spacing w:line="360" w:lineRule="auto"/>
        <w:ind w:firstLine="420"/>
        <w:jc w:val="left"/>
        <w:textAlignment w:val="center"/>
        <w:rPr>
          <w:color w:val="000000"/>
        </w:rPr>
      </w:pPr>
      <w:r>
        <w:rPr>
          <w:rFonts w:ascii="楷体" w:hAnsi="楷体" w:eastAsia="楷体" w:cs="楷体"/>
          <w:color w:val="000000"/>
        </w:rPr>
        <w:t>【乙】</w:t>
      </w:r>
      <w:r>
        <w:rPr>
          <w:rFonts w:ascii="楷体" w:hAnsi="楷体" w:eastAsia="楷体" w:cs="楷体"/>
          <w:color w:val="000000"/>
          <w:u w:val="single"/>
        </w:rPr>
        <w:t>雨</w:t>
      </w:r>
      <w:r>
        <w:rPr>
          <w:rFonts w:ascii="楷体" w:hAnsi="楷体" w:eastAsia="楷体" w:cs="楷体"/>
          <w:color w:val="000000"/>
          <w:em w:val="dot"/>
        </w:rPr>
        <w:t>是</w:t>
      </w:r>
      <w:r>
        <w:rPr>
          <w:rFonts w:ascii="楷体" w:hAnsi="楷体" w:eastAsia="楷体" w:cs="楷体"/>
          <w:color w:val="000000"/>
          <w:u w:val="single"/>
        </w:rPr>
        <w:t>最寻常的，一下</w:t>
      </w:r>
      <w:r>
        <w:rPr>
          <w:rFonts w:ascii="楷体" w:hAnsi="楷体" w:eastAsia="楷体" w:cs="楷体"/>
          <w:color w:val="000000"/>
          <w:em w:val="dot"/>
        </w:rPr>
        <w:t>就是</w:t>
      </w:r>
      <w:r>
        <w:rPr>
          <w:rFonts w:ascii="楷体" w:hAnsi="楷体" w:eastAsia="楷体" w:cs="楷体"/>
          <w:color w:val="000000"/>
          <w:u w:val="single"/>
        </w:rPr>
        <w:t>三两天</w:t>
      </w:r>
      <w:r>
        <w:rPr>
          <w:rFonts w:ascii="楷体" w:hAnsi="楷体" w:eastAsia="楷体" w:cs="楷体"/>
          <w:color w:val="000000"/>
        </w:rPr>
        <w:t>。可别恼。看，像牛毛，像花针，像细丝，密密地斜织着，人家屋顶上全笼着一层薄烟。树叶儿却绿得发亮，小草也青得逼你的眼。傍晚时候，上灯了，一点点黄晕的光，烘托出一片这安静而和平的夜。在乡下，小路上，石桥边，有撑起伞慢慢走着的人；还有地里工作的农夫，披着蓑戴着笠。他们的草屋，稀稀疏疏的，在雨里静默着。</w:t>
      </w:r>
    </w:p>
    <w:p>
      <w:pPr>
        <w:spacing w:line="360" w:lineRule="auto"/>
        <w:jc w:val="left"/>
        <w:textAlignment w:val="center"/>
        <w:rPr>
          <w:color w:val="000000"/>
        </w:rPr>
      </w:pPr>
      <w:r>
        <w:rPr>
          <w:color w:val="000000"/>
        </w:rPr>
        <w:t xml:space="preserve">15. </w:t>
      </w:r>
      <w:r>
        <w:rPr>
          <w:rFonts w:ascii="宋体" w:hAnsi="宋体" w:eastAsia="宋体" w:cs="宋体"/>
          <w:color w:val="000000"/>
        </w:rPr>
        <w:t>选段为我们描绘了三幅春日图景：先用比喻、拟人、排比等修辞手法写春花的繁多、艳丽、味甜，再从（</w:t>
      </w:r>
      <w:r>
        <w:rPr>
          <w:rFonts w:ascii="Times New Roman" w:hAnsi="Times New Roman" w:eastAsia="Times New Roman" w:cs="Times New Roman"/>
          <w:color w:val="000000"/>
        </w:rPr>
        <w:t>1</w:t>
      </w:r>
      <w:r>
        <w:rPr>
          <w:rFonts w:ascii="宋体" w:hAnsi="宋体" w:eastAsia="宋体" w:cs="宋体"/>
          <w:color w:val="000000"/>
        </w:rPr>
        <w:t>）</w:t>
      </w:r>
      <w:r>
        <w:rPr>
          <w:color w:val="000000"/>
        </w:rPr>
        <w:t>____</w:t>
      </w:r>
      <w:r>
        <w:rPr>
          <w:rFonts w:ascii="宋体" w:hAnsi="宋体" w:eastAsia="宋体" w:cs="宋体"/>
          <w:color w:val="000000"/>
        </w:rPr>
        <w:t>等感官角度写春风温暖、芳香、悦耳的特点，最后用正侧面结合的手法写（</w:t>
      </w:r>
      <w:r>
        <w:rPr>
          <w:rFonts w:ascii="Times New Roman" w:hAnsi="Times New Roman" w:eastAsia="Times New Roman" w:cs="Times New Roman"/>
          <w:color w:val="000000"/>
        </w:rPr>
        <w:t>2</w:t>
      </w:r>
      <w:r>
        <w:rPr>
          <w:rFonts w:ascii="宋体" w:hAnsi="宋体" w:eastAsia="宋体" w:cs="宋体"/>
          <w:color w:val="000000"/>
        </w:rPr>
        <w:t>）</w:t>
      </w:r>
      <w:r>
        <w:rPr>
          <w:color w:val="000000"/>
        </w:rPr>
        <w:t>____</w:t>
      </w:r>
      <w:r>
        <w:rPr>
          <w:rFonts w:ascii="宋体" w:hAnsi="宋体" w:eastAsia="宋体" w:cs="宋体"/>
          <w:color w:val="000000"/>
        </w:rPr>
        <w:t>的特点，表达了（</w:t>
      </w:r>
      <w:r>
        <w:rPr>
          <w:rFonts w:ascii="Times New Roman" w:hAnsi="Times New Roman" w:eastAsia="Times New Roman" w:cs="Times New Roman"/>
          <w:color w:val="000000"/>
        </w:rPr>
        <w:t>3</w:t>
      </w:r>
      <w:r>
        <w:rPr>
          <w:rFonts w:ascii="宋体" w:hAnsi="宋体" w:eastAsia="宋体" w:cs="宋体"/>
          <w:color w:val="000000"/>
        </w:rPr>
        <w:t>）</w:t>
      </w:r>
      <w:r>
        <w:rPr>
          <w:color w:val="000000"/>
        </w:rPr>
        <w:t>____</w:t>
      </w:r>
      <w:r>
        <w:rPr>
          <w:rFonts w:ascii="宋体" w:hAnsi="宋体" w:eastAsia="宋体" w:cs="宋体"/>
          <w:color w:val="000000"/>
        </w:rPr>
        <w:t>之情。（第二空不超过</w:t>
      </w:r>
      <w:r>
        <w:rPr>
          <w:rFonts w:ascii="Times New Roman" w:hAnsi="Times New Roman" w:eastAsia="Times New Roman" w:cs="Times New Roman"/>
          <w:color w:val="000000"/>
        </w:rPr>
        <w:t>20</w:t>
      </w:r>
      <w:r>
        <w:rPr>
          <w:rFonts w:ascii="宋体" w:hAnsi="宋体" w:eastAsia="宋体" w:cs="宋体"/>
          <w:color w:val="000000"/>
        </w:rPr>
        <w:t>个字，第三空不超过</w:t>
      </w:r>
      <w:r>
        <w:rPr>
          <w:rFonts w:ascii="Times New Roman" w:hAnsi="Times New Roman" w:eastAsia="Times New Roman" w:cs="Times New Roman"/>
          <w:color w:val="000000"/>
        </w:rPr>
        <w:t>10</w:t>
      </w:r>
      <w:r>
        <w:rPr>
          <w:rFonts w:ascii="宋体" w:hAnsi="宋体" w:eastAsia="宋体" w:cs="宋体"/>
          <w:color w:val="000000"/>
        </w:rPr>
        <w:t>个字）</w:t>
      </w:r>
    </w:p>
    <w:p>
      <w:pPr>
        <w:spacing w:line="360" w:lineRule="auto"/>
        <w:jc w:val="left"/>
        <w:textAlignment w:val="center"/>
        <w:rPr>
          <w:color w:val="000000"/>
        </w:rPr>
      </w:pPr>
      <w:r>
        <w:rPr>
          <w:color w:val="000000"/>
        </w:rPr>
        <w:t xml:space="preserve">16. </w:t>
      </w:r>
      <w:r>
        <w:rPr>
          <w:rFonts w:ascii="宋体" w:hAnsi="宋体" w:eastAsia="宋体" w:cs="宋体"/>
          <w:color w:val="000000"/>
        </w:rPr>
        <w:t>学习这则材料后，你想为自己在班会课上主题是“热爱生活”的发言补写一个精彩的句子。请从【甲】【乙】两个划线句中</w:t>
      </w:r>
      <w:r>
        <w:rPr>
          <w:rFonts w:ascii="宋体" w:hAnsi="宋体" w:eastAsia="宋体" w:cs="宋体"/>
          <w:color w:val="000000"/>
          <w:em w:val="dot"/>
        </w:rPr>
        <w:t>任选一句</w:t>
      </w:r>
      <w:r>
        <w:rPr>
          <w:rFonts w:ascii="宋体" w:hAnsi="宋体" w:eastAsia="宋体" w:cs="宋体"/>
          <w:color w:val="000000"/>
        </w:rPr>
        <w:t>进行仿写。（用上句中加点词语）</w:t>
      </w:r>
    </w:p>
    <w:p>
      <w:pPr>
        <w:spacing w:line="360" w:lineRule="auto"/>
        <w:textAlignment w:val="center"/>
        <w:rPr>
          <w:color w:val="000000"/>
        </w:rPr>
      </w:pPr>
      <w:r>
        <w:rPr>
          <w:color w:val="2E75B6"/>
        </w:rPr>
        <w:t>【答案】</w:t>
      </w:r>
      <w:r>
        <w:rPr>
          <w:color w:val="000000"/>
        </w:rPr>
        <w:t xml:space="preserve">15.     ①. 触觉、嗅觉、视觉、听觉              ②. 春天雨夜的安宁、和平和生气    ③. 作者对春天的喜爱和赞美    </w:t>
      </w:r>
    </w:p>
    <w:p>
      <w:pPr>
        <w:spacing w:line="360" w:lineRule="auto"/>
        <w:textAlignment w:val="center"/>
        <w:rPr>
          <w:color w:val="000000"/>
        </w:rPr>
      </w:pPr>
      <w:r>
        <w:rPr>
          <w:color w:val="000000"/>
        </w:rPr>
        <w:t>16. 示例</w:t>
      </w:r>
      <w:r>
        <w:rPr>
          <w:rFonts w:ascii="宋体" w:hAnsi="宋体" w:eastAsia="宋体" w:cs="宋体"/>
          <w:color w:val="000000"/>
        </w:rPr>
        <w:t>1：像读一首田园诗，像欣赏一幅山水画，像听一曲古典的乡情乡韵。</w:t>
      </w:r>
    </w:p>
    <w:p>
      <w:pPr>
        <w:spacing w:line="360" w:lineRule="auto"/>
        <w:jc w:val="left"/>
        <w:textAlignment w:val="center"/>
        <w:rPr>
          <w:color w:val="000000"/>
        </w:rPr>
      </w:pPr>
      <w:r>
        <w:rPr>
          <w:color w:val="000000"/>
        </w:rPr>
        <w:t>示例2：他练球是非常刻苦的，一练就是四五个小时。</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本题考查写作手法及内容的理解。</w:t>
      </w:r>
    </w:p>
    <w:p>
      <w:pPr>
        <w:spacing w:line="360" w:lineRule="auto"/>
        <w:jc w:val="left"/>
        <w:textAlignment w:val="center"/>
        <w:rPr>
          <w:color w:val="000000"/>
        </w:rPr>
      </w:pPr>
      <w:r>
        <w:rPr>
          <w:rFonts w:ascii="宋体" w:hAnsi="宋体" w:eastAsia="宋体" w:cs="宋体"/>
          <w:color w:val="000000"/>
        </w:rPr>
        <w:t>第一空。“像母亲的手抚摸着你”是触觉；“风里带来些新翻的泥土的气息，混着青草味儿，还有各种花的香”是嗅觉；“鸟儿将巢安在繁花嫩叶当中”是视觉；“呼朋引伴地卖弄清脆的喉咙，唱出宛转的曲子，与轻风流水应和着。牛背上牧童的短笛，这时候也成天嘹亮地响”是听觉。</w:t>
      </w:r>
    </w:p>
    <w:p>
      <w:pPr>
        <w:spacing w:line="360" w:lineRule="auto"/>
        <w:jc w:val="left"/>
        <w:textAlignment w:val="center"/>
        <w:rPr>
          <w:color w:val="000000"/>
        </w:rPr>
      </w:pPr>
      <w:r>
        <w:rPr>
          <w:rFonts w:ascii="宋体" w:hAnsi="宋体" w:eastAsia="宋体" w:cs="宋体"/>
          <w:color w:val="000000"/>
        </w:rPr>
        <w:t>第二空。“看，像牛毛，像花针，像细丝，密密地斜织着”正面描写春雨；“上灯了，一点点黄晕的光”“有撑起伞慢慢走着的人”“地里工作的农夫”“他们的草屋”“烘托出一片安静而和平的夜”来分析，写了灯光；撑着雨伞慢慢行走的人；工作的农夫；写了草屋。作用是侧面烘托春天雨夜的安宁、和平和生气。</w:t>
      </w:r>
    </w:p>
    <w:p>
      <w:pPr>
        <w:spacing w:line="360" w:lineRule="auto"/>
        <w:jc w:val="left"/>
        <w:textAlignment w:val="center"/>
        <w:rPr>
          <w:color w:val="000000"/>
        </w:rPr>
      </w:pPr>
      <w:r>
        <w:rPr>
          <w:rFonts w:ascii="宋体" w:hAnsi="宋体" w:eastAsia="宋体" w:cs="宋体"/>
          <w:color w:val="000000"/>
        </w:rPr>
        <w:t>第三空。这三个段落都运用了借景抒情的手法，借写春天的美景，表达出作者内心的愉悦和对春天到来的喜爱、赞美之情。</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本题考查仿写。</w:t>
      </w:r>
    </w:p>
    <w:p>
      <w:pPr>
        <w:spacing w:line="360" w:lineRule="auto"/>
        <w:jc w:val="left"/>
        <w:textAlignment w:val="center"/>
        <w:rPr>
          <w:color w:val="000000"/>
        </w:rPr>
      </w:pPr>
      <w:r>
        <w:rPr>
          <w:rFonts w:ascii="宋体" w:hAnsi="宋体" w:eastAsia="宋体" w:cs="宋体"/>
          <w:color w:val="000000"/>
        </w:rPr>
        <w:t>【甲】处“红的像火，粉的像霞，白的像雪”运用比喻、排比修辞，仿写时要用上三个“像”字；</w:t>
      </w:r>
    </w:p>
    <w:p>
      <w:pPr>
        <w:spacing w:line="360" w:lineRule="auto"/>
        <w:jc w:val="left"/>
        <w:textAlignment w:val="center"/>
        <w:rPr>
          <w:color w:val="000000"/>
        </w:rPr>
      </w:pPr>
      <w:r>
        <w:rPr>
          <w:rFonts w:ascii="宋体" w:hAnsi="宋体" w:eastAsia="宋体" w:cs="宋体"/>
          <w:color w:val="000000"/>
        </w:rPr>
        <w:t>【乙】处“雨是最寻常的，一下就是三两天”是细节描写，仿写时要用上“是……就是”两个词。</w:t>
      </w:r>
    </w:p>
    <w:p>
      <w:pPr>
        <w:spacing w:line="360" w:lineRule="auto"/>
        <w:jc w:val="left"/>
        <w:textAlignment w:val="center"/>
        <w:rPr>
          <w:color w:val="000000"/>
        </w:rPr>
      </w:pPr>
      <w:r>
        <w:rPr>
          <w:rFonts w:ascii="宋体" w:hAnsi="宋体" w:eastAsia="宋体" w:cs="宋体"/>
          <w:color w:val="000000"/>
        </w:rPr>
        <w:t>根据两个句子的特点，结合“热爱生活”的主题进行仿写即可，注意要用上句中加点的词语。</w:t>
      </w:r>
    </w:p>
    <w:p>
      <w:pPr>
        <w:spacing w:line="360" w:lineRule="auto"/>
        <w:jc w:val="left"/>
        <w:textAlignment w:val="center"/>
        <w:rPr>
          <w:color w:val="000000"/>
        </w:rPr>
      </w:pPr>
      <w:r>
        <w:rPr>
          <w:color w:val="000000"/>
        </w:rPr>
        <w:t xml:space="preserve">示例一：像鸟儿一样自由，像蝴蝶一样欢乐，像花儿一样美丽。 </w:t>
      </w:r>
    </w:p>
    <w:p>
      <w:pPr>
        <w:spacing w:line="360" w:lineRule="auto"/>
        <w:jc w:val="left"/>
        <w:textAlignment w:val="center"/>
        <w:rPr>
          <w:color w:val="000000"/>
        </w:rPr>
      </w:pPr>
      <w:r>
        <w:rPr>
          <w:color w:val="000000"/>
        </w:rPr>
        <w:t>示例二：风是很肆虐的，一刮就是大半夜。</w:t>
      </w:r>
    </w:p>
    <w:p>
      <w:pPr>
        <w:spacing w:line="360" w:lineRule="auto"/>
        <w:jc w:val="left"/>
        <w:textAlignment w:val="center"/>
        <w:rPr>
          <w:color w:val="000000"/>
        </w:rPr>
      </w:pPr>
      <w:r>
        <w:rPr>
          <w:rFonts w:ascii="宋体" w:hAnsi="宋体" w:eastAsia="宋体" w:cs="宋体"/>
          <w:b/>
          <w:color w:val="000000"/>
          <w:sz w:val="24"/>
        </w:rPr>
        <w:t>（三）（共</w:t>
      </w:r>
      <w:r>
        <w:rPr>
          <w:rFonts w:ascii="Times New Roman" w:hAnsi="Times New Roman" w:eastAsia="Times New Roman" w:cs="Times New Roman"/>
          <w:b/>
          <w:color w:val="000000"/>
          <w:sz w:val="24"/>
        </w:rPr>
        <w:t>9</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阅读下文，完成各题。</w:t>
      </w:r>
    </w:p>
    <w:p>
      <w:pPr>
        <w:spacing w:line="360" w:lineRule="auto"/>
        <w:jc w:val="center"/>
        <w:textAlignment w:val="center"/>
        <w:rPr>
          <w:color w:val="000000"/>
        </w:rPr>
      </w:pPr>
      <w:r>
        <w:rPr>
          <w:rFonts w:ascii="楷体" w:hAnsi="楷体" w:eastAsia="楷体" w:cs="楷体"/>
          <w:color w:val="000000"/>
        </w:rPr>
        <w:t>万千声音纳于耳</w:t>
      </w:r>
    </w:p>
    <w:p>
      <w:pPr>
        <w:spacing w:line="360" w:lineRule="auto"/>
        <w:jc w:val="center"/>
        <w:textAlignment w:val="center"/>
        <w:rPr>
          <w:color w:val="000000"/>
        </w:rPr>
      </w:pPr>
      <w:r>
        <w:rPr>
          <w:rFonts w:ascii="楷体" w:hAnsi="楷体" w:eastAsia="楷体" w:cs="楷体"/>
          <w:color w:val="000000"/>
        </w:rPr>
        <w:t>周大新</w:t>
      </w:r>
    </w:p>
    <w:p>
      <w:pPr>
        <w:spacing w:line="360" w:lineRule="auto"/>
        <w:ind w:firstLine="420"/>
        <w:jc w:val="left"/>
        <w:textAlignment w:val="center"/>
        <w:rPr>
          <w:color w:val="000000"/>
        </w:rPr>
      </w:pPr>
      <w:r>
        <w:rPr>
          <w:color w:val="000000"/>
        </w:rPr>
        <w:t>①</w:t>
      </w:r>
      <w:r>
        <w:rPr>
          <w:rFonts w:ascii="楷体" w:hAnsi="楷体" w:eastAsia="楷体" w:cs="楷体"/>
          <w:color w:val="000000"/>
        </w:rPr>
        <w:t>一个人能听到声音，相比那些先天和后天的失聪者，应该算是一种幸运。</w:t>
      </w:r>
    </w:p>
    <w:p>
      <w:pPr>
        <w:spacing w:line="360" w:lineRule="auto"/>
        <w:ind w:firstLine="420"/>
        <w:jc w:val="both"/>
        <w:textAlignment w:val="center"/>
        <w:rPr>
          <w:color w:val="000000"/>
        </w:rPr>
      </w:pPr>
      <w:r>
        <w:rPr>
          <w:color w:val="000000"/>
        </w:rPr>
        <w:t>②</w:t>
      </w:r>
      <w:r>
        <w:rPr>
          <w:rFonts w:ascii="楷体" w:hAnsi="楷体" w:eastAsia="楷体" w:cs="楷体"/>
          <w:color w:val="000000"/>
        </w:rPr>
        <w:t>幼年时，我最留意听的是自然之音。雷声，是我非常恐惧的一种声音，我曾仔细地去区分过闷雷、轰雷和炸雷的种类，每次一听见就慌慌地问母亲：这是哪儿的声音？母亲几乎每次都抱住我安慰：这是老天爷生气发怒了，要用雷声劈死天下的坏人，但你不会有事的。我在母亲的话声里朝天上看去，心中暗猜老天爷为了什么人在发怒。雨声，是我幼年留意到的另一种声音，我尤其爱听细雨发出的响声，淅淅沥沥、不紧不慢、不大不小，持续地响在人的耳边，让人有一种昏昏欲睡的感觉，我常常在细雨声中睡熟在母亲的怀里。雨一变为中雨、大雨，那声音就容易让人紧张，暴雨发出的声音会让我心里害怕。水的流动声也是我常听到的一种声音，可我只爱听小溪、小河的流动声，那种潺潺的声响让我着迷；我讨厌去听暴涨的河水呼啸滚动的声音，那声音让我常常想爬到树顶上去。</w:t>
      </w:r>
    </w:p>
    <w:p>
      <w:pPr>
        <w:spacing w:line="360" w:lineRule="auto"/>
        <w:ind w:firstLine="420"/>
        <w:jc w:val="both"/>
        <w:textAlignment w:val="center"/>
        <w:rPr>
          <w:color w:val="000000"/>
        </w:rPr>
      </w:pPr>
      <w:r>
        <w:rPr>
          <w:color w:val="000000"/>
        </w:rPr>
        <w:t>③</w:t>
      </w:r>
      <w:r>
        <w:rPr>
          <w:rFonts w:ascii="楷体" w:hAnsi="楷体" w:eastAsia="楷体" w:cs="楷体"/>
          <w:color w:val="000000"/>
        </w:rPr>
        <w:t>少年时，我最留意听的是动物们发出的声音。每天早上，都是讨厌的鸡叫把我惊醒，它们一遍一遍地叫着，不把你搞醒决不罢休，为此，我曾建议母亲不要养鸡，狗的叫声让人心安，每次摸黑由学校回家，只要一听到狗的叫声，我就知道离村子不远了。平日在家，只要一听到狗的叫声，就晓得有伙伴或客人来了。牛的叫声很好听，哞——很长，对谁都没威胁。马的叫声咴儿咴儿的，没有驴的叫声好玩，每次一听到驴夯哧夯哧的长叫，我就想笑，有时笑得停不住。我最想听的是鸟鸣。啄木鸟啄树的声音最早引起了我的好奇。叫天子在田野里鸣叫着飞上高空，令我惊异。猫头鹰在夜晚的叫声，容易让人身上的汗毛竖起来。一个堂哥告诉我，蛇也会叫，这让我毛骨悚然，所幸我没听过。瞎爷爷说：豹叫、熊叫、虎叫特别难听，所幸我们那里是平原，没有这些动物。</w:t>
      </w:r>
    </w:p>
    <w:p>
      <w:pPr>
        <w:spacing w:line="360" w:lineRule="auto"/>
        <w:ind w:firstLine="420"/>
        <w:jc w:val="both"/>
        <w:textAlignment w:val="center"/>
        <w:rPr>
          <w:color w:val="000000"/>
        </w:rPr>
      </w:pPr>
      <w:r>
        <w:rPr>
          <w:color w:val="000000"/>
        </w:rPr>
        <w:t>④</w:t>
      </w:r>
      <w:r>
        <w:rPr>
          <w:rFonts w:ascii="楷体" w:hAnsi="楷体" w:eastAsia="楷体" w:cs="楷体"/>
          <w:color w:val="000000"/>
        </w:rPr>
        <w:t>长成小伙子以后，我随父亲去田里干活，已能听到植物发出的声音。绿豆将熟时，我在绿豆地里屏息细听，能听到豆荚开裂的声音。后来在西瓜地里，我听到了熟了的西瓜自动崩开肚皮的声音。在瞎爷爷的指导下，</w:t>
      </w:r>
      <w:r>
        <w:rPr>
          <w:rFonts w:ascii="楷体" w:hAnsi="楷体" w:eastAsia="楷体" w:cs="楷体"/>
          <w:color w:val="000000"/>
          <w:u w:val="wave"/>
        </w:rPr>
        <w:t>我屏息站在荷塘边，能听到荷花花瓣打开的声音；站在竹丛旁边，能听到竹笋拱出土的声音。</w:t>
      </w:r>
      <w:r>
        <w:rPr>
          <w:rFonts w:ascii="楷体" w:hAnsi="楷体" w:eastAsia="楷体" w:cs="楷体"/>
          <w:color w:val="000000"/>
        </w:rPr>
        <w:t>植物们真的会发出声音。</w:t>
      </w:r>
    </w:p>
    <w:p>
      <w:pPr>
        <w:spacing w:line="360" w:lineRule="auto"/>
        <w:ind w:firstLine="420"/>
        <w:jc w:val="both"/>
        <w:textAlignment w:val="center"/>
        <w:rPr>
          <w:color w:val="000000"/>
        </w:rPr>
      </w:pPr>
      <w:r>
        <w:rPr>
          <w:color w:val="000000"/>
        </w:rPr>
        <w:t>⑤</w:t>
      </w:r>
      <w:r>
        <w:rPr>
          <w:rFonts w:ascii="楷体" w:hAnsi="楷体" w:eastAsia="楷体" w:cs="楷体"/>
          <w:color w:val="000000"/>
        </w:rPr>
        <w:t>我这一生听到的最多的声音，是人发出的。</w:t>
      </w:r>
    </w:p>
    <w:p>
      <w:pPr>
        <w:spacing w:line="360" w:lineRule="auto"/>
        <w:ind w:firstLine="420"/>
        <w:jc w:val="both"/>
        <w:textAlignment w:val="center"/>
        <w:rPr>
          <w:color w:val="000000"/>
        </w:rPr>
      </w:pPr>
      <w:r>
        <w:rPr>
          <w:color w:val="000000"/>
        </w:rPr>
        <w:t>⑥</w:t>
      </w:r>
      <w:r>
        <w:rPr>
          <w:rFonts w:ascii="楷体" w:hAnsi="楷体" w:eastAsia="楷体" w:cs="楷体"/>
          <w:color w:val="000000"/>
        </w:rPr>
        <w:t>在人类凭本能凭需要发出的声音中，我最想听的是笑声、嬉闹声和亲吻声。我不愿听的是哭声、呻吟声和斥责声。我最烦听的是吼声、恐吓声和献媚声。</w:t>
      </w:r>
    </w:p>
    <w:p>
      <w:pPr>
        <w:spacing w:line="360" w:lineRule="auto"/>
        <w:ind w:firstLine="420"/>
        <w:jc w:val="both"/>
        <w:textAlignment w:val="center"/>
        <w:rPr>
          <w:color w:val="000000"/>
        </w:rPr>
      </w:pPr>
      <w:r>
        <w:rPr>
          <w:color w:val="000000"/>
        </w:rPr>
        <w:t>⑦</w:t>
      </w:r>
      <w:r>
        <w:rPr>
          <w:rFonts w:ascii="楷体" w:hAnsi="楷体" w:eastAsia="楷体" w:cs="楷体"/>
          <w:color w:val="000000"/>
        </w:rPr>
        <w:t>在人有意制造的声音中，我特别爱听悠扬的器乐声、婉转的歌唱声和人们舞蹈时发出的声响。每次听到二胡和箫的声音，我的心就会颤动；听到降央卓玛的中音歌声和豫剧演员的唱腔，我会陶醉其中；在悉尼歌剧院听到踢踏舞的声音，我心中快乐无比。我觉得人类能制造出这些声音真是高明，在漫长而充满烦恼和苦痛的人生过程中，有这些声音相伴会让人感觉轻松许多。</w:t>
      </w:r>
    </w:p>
    <w:p>
      <w:pPr>
        <w:spacing w:line="360" w:lineRule="auto"/>
        <w:ind w:firstLine="420"/>
        <w:jc w:val="both"/>
        <w:textAlignment w:val="center"/>
        <w:rPr>
          <w:color w:val="000000"/>
        </w:rPr>
      </w:pPr>
      <w:r>
        <w:rPr>
          <w:color w:val="000000"/>
        </w:rPr>
        <w:t>⑧</w:t>
      </w:r>
      <w:r>
        <w:rPr>
          <w:rFonts w:ascii="楷体" w:hAnsi="楷体" w:eastAsia="楷体" w:cs="楷体"/>
          <w:color w:val="000000"/>
        </w:rPr>
        <w:t>在人有意制造的声音中，我不想听又粗又糙的搅拌机声，讨厌听铁器在水泥地板上的拖曳声；很烦大型挖掘机和拖拉机的轰鸣声；特别愤恨房屋装修时发出的声音。</w:t>
      </w:r>
    </w:p>
    <w:p>
      <w:pPr>
        <w:spacing w:line="360" w:lineRule="auto"/>
        <w:ind w:firstLine="420"/>
        <w:jc w:val="both"/>
        <w:textAlignment w:val="center"/>
        <w:rPr>
          <w:color w:val="000000"/>
        </w:rPr>
      </w:pPr>
      <w:r>
        <w:rPr>
          <w:color w:val="000000"/>
        </w:rPr>
        <w:t>⑨</w:t>
      </w:r>
      <w:r>
        <w:rPr>
          <w:rFonts w:ascii="楷体" w:hAnsi="楷体" w:eastAsia="楷体" w:cs="楷体"/>
          <w:color w:val="000000"/>
        </w:rPr>
        <w:t>声音是一种看不见摸不着的东西，却是地球上的一种重要存在。</w:t>
      </w:r>
    </w:p>
    <w:p>
      <w:pPr>
        <w:spacing w:line="360" w:lineRule="auto"/>
        <w:ind w:firstLine="420"/>
        <w:jc w:val="both"/>
        <w:textAlignment w:val="center"/>
        <w:rPr>
          <w:color w:val="000000"/>
        </w:rPr>
      </w:pPr>
      <w:r>
        <w:rPr>
          <w:color w:val="000000"/>
        </w:rPr>
        <w:t>⑩</w:t>
      </w:r>
      <w:r>
        <w:rPr>
          <w:rFonts w:ascii="楷体" w:hAnsi="楷体" w:eastAsia="楷体" w:cs="楷体"/>
          <w:color w:val="000000"/>
        </w:rPr>
        <w:t>地球上正是有了如此众多的声音，才使其充满了活力和对我们的诱惑力。听说有人做过试验：把一个人放进一个发不出一丝声音的空间，他在短暂的安静之后就会显出烦躁和不安，并随着时间的持续会最终走向精神崩溃。静寂到极致和音噪到极致，对人的伤害其实是一样的。</w:t>
      </w:r>
      <w:r>
        <w:rPr>
          <w:rFonts w:ascii="楷体" w:hAnsi="楷体" w:eastAsia="楷体" w:cs="楷体"/>
          <w:color w:val="000000"/>
          <w:u w:val="single"/>
        </w:rPr>
        <w:t>声音是外部世界显示正常的一个标志，也是我们活着的一个证明。</w:t>
      </w:r>
    </w:p>
    <w:p>
      <w:pPr>
        <w:spacing w:line="360" w:lineRule="auto"/>
        <w:ind w:firstLine="420"/>
        <w:jc w:val="both"/>
        <w:textAlignment w:val="center"/>
        <w:rPr>
          <w:color w:val="000000"/>
        </w:rPr>
      </w:pPr>
      <w:r>
        <w:rPr>
          <w:color w:val="000000"/>
        </w:rPr>
        <w:t>⑪</w:t>
      </w:r>
      <w:r>
        <w:rPr>
          <w:rFonts w:ascii="楷体" w:hAnsi="楷体" w:eastAsia="楷体" w:cs="楷体"/>
          <w:color w:val="000000"/>
        </w:rPr>
        <w:t>不管我们对有些声音的出现是多么反感，我们都要感谢这世界上还有声音！</w:t>
      </w:r>
    </w:p>
    <w:p>
      <w:pPr>
        <w:spacing w:line="360" w:lineRule="auto"/>
        <w:ind w:firstLine="420"/>
        <w:jc w:val="both"/>
        <w:textAlignment w:val="center"/>
        <w:rPr>
          <w:color w:val="000000"/>
        </w:rPr>
      </w:pPr>
      <w:r>
        <w:rPr>
          <w:color w:val="000000"/>
        </w:rPr>
        <w:t>⑫</w:t>
      </w:r>
      <w:r>
        <w:rPr>
          <w:rFonts w:ascii="楷体" w:hAnsi="楷体" w:eastAsia="楷体" w:cs="楷体"/>
          <w:color w:val="000000"/>
        </w:rPr>
        <w:t>人对于声音，在当下，除了极小一部分是主动去听的以外，比如买票去听音乐会、去听戏曲、去看歌剧、去参加舞会，其实绝大部分都是被动听到的。随着社会的发展，随着人类文明程度的提高，随着人对声音控制能力的增强，人类能够创造出一个美好的声音世界。在那个世界里，人们都会尽最大努力，首先是不发出难听的声音，其次是不制造人不愿听的声音，再就是想办法屏蔽一些令人厌烦的声音。在那个世界里，人们治理声音污染会像今天治理空气污染一样认真严厉。到那时，我们的耳朵就会感到更多的舒适。</w:t>
      </w:r>
    </w:p>
    <w:p>
      <w:pPr>
        <w:spacing w:line="360" w:lineRule="auto"/>
        <w:ind w:firstLine="420"/>
        <w:jc w:val="both"/>
        <w:textAlignment w:val="center"/>
        <w:rPr>
          <w:color w:val="000000"/>
        </w:rPr>
      </w:pPr>
      <w:r>
        <w:rPr>
          <w:color w:val="000000"/>
        </w:rPr>
        <w:t>⑬</w:t>
      </w:r>
      <w:r>
        <w:rPr>
          <w:rFonts w:ascii="楷体" w:hAnsi="楷体" w:eastAsia="楷体" w:cs="楷体"/>
          <w:color w:val="000000"/>
        </w:rPr>
        <w:t>我期待着那个声音世界的早日到来。</w:t>
      </w:r>
    </w:p>
    <w:p>
      <w:pPr>
        <w:spacing w:line="360" w:lineRule="auto"/>
        <w:jc w:val="right"/>
        <w:textAlignment w:val="center"/>
        <w:rPr>
          <w:color w:val="000000"/>
        </w:rPr>
      </w:pPr>
      <w:r>
        <w:rPr>
          <w:rFonts w:ascii="宋体" w:hAnsi="宋体" w:eastAsia="宋体" w:cs="宋体"/>
          <w:color w:val="000000"/>
        </w:rPr>
        <w:t>（《人民文学》</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02</w:t>
      </w:r>
      <w:r>
        <w:rPr>
          <w:rFonts w:ascii="宋体" w:hAnsi="宋体" w:eastAsia="宋体" w:cs="宋体"/>
          <w:color w:val="000000"/>
        </w:rPr>
        <w:t>期，有删改）</w:t>
      </w:r>
    </w:p>
    <w:p>
      <w:pPr>
        <w:spacing w:line="360" w:lineRule="auto"/>
        <w:jc w:val="left"/>
        <w:textAlignment w:val="center"/>
        <w:rPr>
          <w:color w:val="000000"/>
        </w:rPr>
      </w:pPr>
      <w:r>
        <w:rPr>
          <w:color w:val="000000"/>
        </w:rPr>
        <w:t xml:space="preserve">17. </w:t>
      </w:r>
      <w:r>
        <w:rPr>
          <w:rFonts w:ascii="宋体" w:hAnsi="宋体" w:eastAsia="宋体" w:cs="宋体"/>
          <w:color w:val="000000"/>
        </w:rPr>
        <w:t>作者用简白而又饱含深情的笔触写出了他将万千声音纳入耳的过程、认识及感受，带有较强的反思精神。阅读全文，完成下面的行文思路框架图。（每空不超过</w:t>
      </w:r>
      <w:r>
        <w:rPr>
          <w:rFonts w:ascii="Times New Roman" w:hAnsi="Times New Roman" w:eastAsia="Times New Roman" w:cs="Times New Roman"/>
          <w:color w:val="000000"/>
        </w:rPr>
        <w:t>15</w:t>
      </w:r>
      <w:r>
        <w:rPr>
          <w:rFonts w:ascii="宋体" w:hAnsi="宋体" w:eastAsia="宋体" w:cs="宋体"/>
          <w:color w:val="000000"/>
        </w:rPr>
        <w:t>字）</w:t>
      </w:r>
    </w:p>
    <w:p>
      <w:pPr>
        <w:spacing w:line="360" w:lineRule="auto"/>
        <w:jc w:val="left"/>
        <w:textAlignment w:val="center"/>
        <w:rPr>
          <w:color w:val="000000"/>
        </w:rPr>
      </w:pPr>
      <w:r>
        <w:rPr>
          <w:color w:val="000000"/>
        </w:rPr>
        <w:drawing>
          <wp:inline distT="0" distB="0" distL="114300" distR="114300">
            <wp:extent cx="4248150" cy="1333500"/>
            <wp:effectExtent l="0" t="0" r="0" b="0"/>
            <wp:docPr id="162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 name="图片 100003" descr="学科网(www.zxxk.com)--教育资源门户，提供试卷、教案、课件、论文、素材以及各类教学资源下载，还有大量而丰富的教学相关资讯！"/>
                    <pic:cNvPicPr>
                      <a:picLocks noChangeAspect="1"/>
                    </pic:cNvPicPr>
                  </pic:nvPicPr>
                  <pic:blipFill>
                    <a:blip r:embed="rId161"/>
                    <a:stretch>
                      <a:fillRect/>
                    </a:stretch>
                  </pic:blipFill>
                  <pic:spPr>
                    <a:xfrm>
                      <a:off x="0" y="0"/>
                      <a:ext cx="4248150" cy="1333500"/>
                    </a:xfrm>
                    <a:prstGeom prst="rect">
                      <a:avLst/>
                    </a:prstGeom>
                  </pic:spPr>
                </pic:pic>
              </a:graphicData>
            </a:graphic>
          </wp:inline>
        </w:drawing>
      </w:r>
    </w:p>
    <w:p>
      <w:pPr>
        <w:spacing w:line="360" w:lineRule="auto"/>
        <w:jc w:val="left"/>
        <w:textAlignment w:val="center"/>
        <w:rPr>
          <w:color w:val="000000"/>
        </w:rPr>
      </w:pPr>
      <w:r>
        <w:rPr>
          <w:color w:val="000000"/>
        </w:rPr>
        <w:t xml:space="preserve">18. </w:t>
      </w:r>
      <w:r>
        <w:rPr>
          <w:rFonts w:ascii="宋体" w:hAnsi="宋体" w:eastAsia="宋体" w:cs="宋体"/>
          <w:color w:val="000000"/>
        </w:rPr>
        <w:t>根据上下文，对文中画横线句“声音是外部世界显示正常的一个标志，也是我们活着的一个证明”的理解有误的一项是（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万千声音的存在标志着外部世界的正常。</w:t>
      </w:r>
    </w:p>
    <w:p>
      <w:pPr>
        <w:spacing w:line="360" w:lineRule="auto"/>
        <w:jc w:val="left"/>
        <w:textAlignment w:val="center"/>
        <w:rPr>
          <w:color w:val="000000"/>
        </w:rPr>
      </w:pPr>
      <w:r>
        <w:rPr>
          <w:color w:val="000000"/>
        </w:rPr>
        <w:t xml:space="preserve">B. </w:t>
      </w:r>
      <w:r>
        <w:rPr>
          <w:rFonts w:ascii="宋体" w:hAnsi="宋体" w:eastAsia="宋体" w:cs="宋体"/>
          <w:color w:val="000000"/>
        </w:rPr>
        <w:t>如果没有声音存在，我们就无法证明我们还活着。</w:t>
      </w:r>
    </w:p>
    <w:p>
      <w:pPr>
        <w:spacing w:line="360" w:lineRule="auto"/>
        <w:jc w:val="left"/>
        <w:textAlignment w:val="center"/>
        <w:rPr>
          <w:color w:val="000000"/>
        </w:rPr>
      </w:pPr>
      <w:r>
        <w:rPr>
          <w:color w:val="000000"/>
        </w:rPr>
        <w:t xml:space="preserve">C. </w:t>
      </w:r>
      <w:r>
        <w:rPr>
          <w:rFonts w:ascii="宋体" w:hAnsi="宋体" w:eastAsia="宋体" w:cs="宋体"/>
          <w:color w:val="000000"/>
        </w:rPr>
        <w:t>这句话写出了声音对于外部世界和我们的重要价值和意义。</w:t>
      </w:r>
    </w:p>
    <w:p>
      <w:pPr>
        <w:spacing w:line="360" w:lineRule="auto"/>
        <w:jc w:val="left"/>
        <w:textAlignment w:val="center"/>
        <w:rPr>
          <w:color w:val="000000"/>
        </w:rPr>
      </w:pPr>
      <w:r>
        <w:rPr>
          <w:color w:val="000000"/>
        </w:rPr>
        <w:t xml:space="preserve">D. </w:t>
      </w:r>
      <w:r>
        <w:rPr>
          <w:rFonts w:ascii="宋体" w:hAnsi="宋体" w:eastAsia="宋体" w:cs="宋体"/>
          <w:color w:val="000000"/>
        </w:rPr>
        <w:t>这句话与本段第一句话相呼应，表明声音是地球上的“重要存在”。</w:t>
      </w:r>
    </w:p>
    <w:p>
      <w:pPr>
        <w:spacing w:line="360" w:lineRule="auto"/>
        <w:jc w:val="left"/>
        <w:textAlignment w:val="center"/>
        <w:rPr>
          <w:color w:val="000000"/>
        </w:rPr>
      </w:pPr>
      <w:r>
        <w:rPr>
          <w:color w:val="000000"/>
        </w:rPr>
        <w:t xml:space="preserve">19. </w:t>
      </w:r>
      <w:r>
        <w:rPr>
          <w:rFonts w:ascii="宋体" w:hAnsi="宋体" w:eastAsia="宋体" w:cs="宋体"/>
          <w:color w:val="000000"/>
        </w:rPr>
        <w:t>结合上下文，自选角度整体赏析文中画波浪线句的表达效果。（可从用词、句式、修辞、写法等角度赏析）</w:t>
      </w:r>
    </w:p>
    <w:p>
      <w:pPr>
        <w:spacing w:line="360" w:lineRule="auto"/>
        <w:textAlignment w:val="center"/>
        <w:rPr>
          <w:color w:val="000000"/>
        </w:rPr>
      </w:pPr>
      <w:r>
        <w:rPr>
          <w:color w:val="2E75B6"/>
        </w:rPr>
        <w:t>【答案】</w:t>
      </w:r>
      <w:r>
        <w:rPr>
          <w:color w:val="000000"/>
        </w:rPr>
        <w:t xml:space="preserve">17. ①人能听到声音是一种幸运；②一生听到的声音；③感谢和美好期待    18. B    </w:t>
      </w:r>
    </w:p>
    <w:p>
      <w:pPr>
        <w:spacing w:line="360" w:lineRule="auto"/>
        <w:textAlignment w:val="center"/>
        <w:rPr>
          <w:color w:val="000000"/>
        </w:rPr>
      </w:pPr>
      <w:r>
        <w:rPr>
          <w:color w:val="000000"/>
        </w:rPr>
        <w:t xml:space="preserve">19. </w:t>
      </w:r>
      <w:r>
        <w:rPr>
          <w:rFonts w:ascii="宋体" w:hAnsi="宋体" w:eastAsia="宋体" w:cs="宋体"/>
          <w:color w:val="000000"/>
        </w:rPr>
        <w:t>对称句式。作者将自己听荷花花瓣打开和听竹笋拱出土的声音进行对比，对自己成长为小伙子之后能听见植物发出的越来越细微声音的情形进行了生动描绘，很好地表达出“我”听到植物们真的会发山声音时的惊喜两句互相映衬，句式整齐，富有对称美。</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本题考查文章内容的理解和概括。</w:t>
      </w:r>
    </w:p>
    <w:p>
      <w:pPr>
        <w:spacing w:line="360" w:lineRule="auto"/>
        <w:jc w:val="left"/>
        <w:textAlignment w:val="center"/>
        <w:rPr>
          <w:color w:val="000000"/>
        </w:rPr>
      </w:pPr>
      <w:r>
        <w:rPr>
          <w:rFonts w:ascii="宋体" w:hAnsi="宋体" w:eastAsia="宋体" w:cs="宋体"/>
          <w:color w:val="000000"/>
        </w:rPr>
        <w:t>第一空：根据文章第①段“一个人能听到声音，相比那些先天和后天的失聪者，应该算是一种幸运”可以概括：人能听到声音是一种幸运；</w:t>
      </w:r>
    </w:p>
    <w:p>
      <w:pPr>
        <w:spacing w:line="360" w:lineRule="auto"/>
        <w:jc w:val="left"/>
        <w:textAlignment w:val="center"/>
        <w:rPr>
          <w:color w:val="000000"/>
        </w:rPr>
      </w:pPr>
      <w:r>
        <w:rPr>
          <w:rFonts w:ascii="宋体" w:hAnsi="宋体" w:eastAsia="宋体" w:cs="宋体"/>
          <w:color w:val="000000"/>
        </w:rPr>
        <w:t>第二空：根据题干信息“科学实验，认识到声音的多样与重要”可以定位到文章第⑨段，由③段“少年时，我最留意听的是动物们发出的声音”，④段“长成小伙子以后，我随父亲去田里干活，已能听到植物发出的声音”，⑤段“我这一生听到的最多的声音，是人发出的”，由此可以归纳：一生听到的声音；</w:t>
      </w:r>
    </w:p>
    <w:p>
      <w:pPr>
        <w:spacing w:line="360" w:lineRule="auto"/>
        <w:jc w:val="left"/>
        <w:textAlignment w:val="center"/>
        <w:rPr>
          <w:color w:val="000000"/>
        </w:rPr>
      </w:pPr>
      <w:r>
        <w:rPr>
          <w:rFonts w:ascii="宋体" w:hAnsi="宋体" w:eastAsia="宋体" w:cs="宋体"/>
          <w:color w:val="000000"/>
        </w:rPr>
        <w:t>第三空：根据文章第⑪段“不管我们对有些声音的出现是多么反感，我们都要感谢这世界上还有声音”，⑬段“我期待着那个声音世界的早日到来”可以归纳：感谢和美好期待。</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本题考查文章内容的理解和分析。</w:t>
      </w:r>
    </w:p>
    <w:p>
      <w:pPr>
        <w:spacing w:line="360" w:lineRule="auto"/>
        <w:jc w:val="left"/>
        <w:textAlignment w:val="center"/>
        <w:rPr>
          <w:color w:val="000000"/>
        </w:rPr>
      </w:pPr>
      <w:r>
        <w:rPr>
          <w:color w:val="000000"/>
        </w:rPr>
        <w:t>B</w:t>
      </w:r>
      <w:r>
        <w:rPr>
          <w:rFonts w:ascii="宋体" w:hAnsi="宋体" w:eastAsia="宋体" w:cs="宋体"/>
          <w:color w:val="000000"/>
        </w:rPr>
        <w:t>.有误，根据文章第⑩段，此句是为了证明“地球上正是有了如此众多的声音，才使其充满了活力和对我们的诱惑力”并非“没有声音存在，我就无法证明我们还活着”。</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写作手法的赏析。此题要求从给定的句子中，自选角度进行赏析，可选的角度包括用词、句式、修辞、写法等。题目中的句子是描述性的，通过细腻的感受展现了作者与自然之间的互动，特别是作者对于自然声音的敏感捕捉。赏析这样的句子，需要关注其如何通过语言手段创造出生动、具体的画面，并传达出作者的情感和态度。</w:t>
      </w:r>
    </w:p>
    <w:p>
      <w:pPr>
        <w:spacing w:line="360" w:lineRule="auto"/>
        <w:jc w:val="left"/>
        <w:textAlignment w:val="center"/>
        <w:rPr>
          <w:color w:val="000000"/>
        </w:rPr>
      </w:pPr>
      <w:r>
        <w:rPr>
          <w:rFonts w:ascii="宋体" w:hAnsi="宋体" w:eastAsia="宋体" w:cs="宋体"/>
          <w:color w:val="000000"/>
        </w:rPr>
        <w:t>示例：</w:t>
      </w:r>
    </w:p>
    <w:p>
      <w:pPr>
        <w:spacing w:line="360" w:lineRule="auto"/>
        <w:jc w:val="left"/>
        <w:textAlignment w:val="center"/>
        <w:rPr>
          <w:color w:val="000000"/>
        </w:rPr>
      </w:pPr>
      <w:r>
        <w:rPr>
          <w:rFonts w:ascii="宋体" w:hAnsi="宋体" w:eastAsia="宋体" w:cs="宋体"/>
          <w:color w:val="000000"/>
        </w:rPr>
        <w:t>（1）从用词角度来看，作者使用了“屏息”一词，形象地描绘了自己在倾听自然声音时的专注和投入。同时，“打开”和“拱出”两个动词也生动地描绘了荷花花瓣和竹笋的生长动态，让读者仿佛能够看到这一生动的画面。</w:t>
      </w:r>
    </w:p>
    <w:p>
      <w:pPr>
        <w:spacing w:line="360" w:lineRule="auto"/>
        <w:jc w:val="left"/>
        <w:textAlignment w:val="center"/>
        <w:rPr>
          <w:color w:val="000000"/>
        </w:rPr>
      </w:pPr>
      <w:r>
        <w:rPr>
          <w:rFonts w:ascii="宋体" w:hAnsi="宋体" w:eastAsia="宋体" w:cs="宋体"/>
          <w:color w:val="000000"/>
        </w:rPr>
        <w:t>（2）从句式角度来看，这句话采用了对称的形式，通过“站在……能听到……”的重复句式，强调了作者在不同地点都能听到自然的声音，突出了自然声音的普遍性和无处不在的特点。</w:t>
      </w:r>
    </w:p>
    <w:p>
      <w:pPr>
        <w:spacing w:line="360" w:lineRule="auto"/>
        <w:jc w:val="left"/>
        <w:textAlignment w:val="center"/>
        <w:rPr>
          <w:color w:val="000000"/>
        </w:rPr>
      </w:pPr>
      <w:r>
        <w:rPr>
          <w:rFonts w:ascii="宋体" w:hAnsi="宋体" w:eastAsia="宋体" w:cs="宋体"/>
          <w:color w:val="000000"/>
        </w:rPr>
        <w:t>（3）从修辞角度来看，作者运用了通感的手法，将视觉上的“打开”和“拱出”与听觉上的“声音”相结合，让读者能够通过想象感受到这些自然声音的美妙和动人。</w:t>
      </w:r>
    </w:p>
    <w:p>
      <w:pPr>
        <w:spacing w:line="360" w:lineRule="auto"/>
        <w:jc w:val="left"/>
        <w:textAlignment w:val="center"/>
        <w:rPr>
          <w:color w:val="000000"/>
        </w:rPr>
      </w:pPr>
      <w:r>
        <w:rPr>
          <w:rFonts w:ascii="宋体" w:hAnsi="宋体" w:eastAsia="宋体" w:cs="宋体"/>
          <w:color w:val="000000"/>
        </w:rPr>
        <w:t>（4）从写法角度来看，这句话通过具体的场景描写，展现了作者对自然声音的感知和体验。作者选择了荷塘和竹丛这两个具有代表性的自然场景，通过细腻的描写，让读者能够身临其境地感受到自然声音的美妙和魅力。</w:t>
      </w:r>
    </w:p>
    <w:p>
      <w:pPr>
        <w:spacing w:line="360" w:lineRule="auto"/>
        <w:jc w:val="left"/>
        <w:textAlignment w:val="center"/>
        <w:rPr>
          <w:color w:val="000000"/>
        </w:rPr>
      </w:pPr>
      <w:r>
        <w:rPr>
          <w:rFonts w:ascii="宋体" w:hAnsi="宋体" w:eastAsia="宋体" w:cs="宋体"/>
          <w:color w:val="000000"/>
        </w:rPr>
        <w:t>综上所述，这句话通过用词、句式、修辞和写法等多种角度的巧妙运用，生动地描绘了作者倾听自然声音的美好体验，同时也表达了作者对自然的热爱和敬畏之情。</w:t>
      </w:r>
    </w:p>
    <w:p>
      <w:pPr>
        <w:spacing w:line="360" w:lineRule="auto"/>
        <w:jc w:val="left"/>
        <w:textAlignment w:val="center"/>
        <w:rPr>
          <w:color w:val="000000"/>
        </w:rPr>
      </w:pPr>
      <w:r>
        <w:rPr>
          <w:rFonts w:ascii="宋体" w:hAnsi="宋体" w:eastAsia="宋体" w:cs="宋体"/>
          <w:b/>
          <w:color w:val="000000"/>
          <w:sz w:val="24"/>
        </w:rPr>
        <w:t>四、名著阅读</w:t>
      </w:r>
    </w:p>
    <w:p>
      <w:pPr>
        <w:spacing w:line="360" w:lineRule="auto"/>
        <w:jc w:val="left"/>
        <w:textAlignment w:val="center"/>
        <w:rPr>
          <w:color w:val="000000"/>
        </w:rPr>
      </w:pPr>
      <w:r>
        <w:rPr>
          <w:color w:val="000000"/>
        </w:rPr>
        <w:t xml:space="preserve">20. </w:t>
      </w:r>
      <w:r>
        <w:rPr>
          <w:rFonts w:ascii="宋体" w:hAnsi="宋体" w:eastAsia="宋体" w:cs="宋体"/>
          <w:color w:val="000000"/>
        </w:rPr>
        <w:t>下面两则文字分别是巴金和林庚先生对《朝花夕拾》和《西游记》的评价：</w:t>
      </w:r>
    </w:p>
    <w:p>
      <w:pPr>
        <w:spacing w:line="360" w:lineRule="auto"/>
        <w:ind w:firstLine="420"/>
        <w:jc w:val="left"/>
        <w:textAlignment w:val="center"/>
        <w:rPr>
          <w:color w:val="000000"/>
        </w:rPr>
      </w:pPr>
      <w:r>
        <w:rPr>
          <w:rFonts w:ascii="楷体" w:hAnsi="楷体" w:eastAsia="楷体" w:cs="楷体"/>
          <w:color w:val="000000"/>
        </w:rPr>
        <w:t>《朝花夕拾》是鲁迅先生用优美的散文，描绘了自己童年的生活，展现了一位伟大的文学家的心灵世界。</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巴金</w:t>
      </w:r>
    </w:p>
    <w:p>
      <w:pPr>
        <w:spacing w:line="360" w:lineRule="auto"/>
        <w:ind w:firstLine="420"/>
        <w:jc w:val="left"/>
        <w:textAlignment w:val="center"/>
        <w:rPr>
          <w:color w:val="000000"/>
        </w:rPr>
      </w:pPr>
      <w:r>
        <w:rPr>
          <w:rFonts w:ascii="楷体" w:hAnsi="楷体" w:eastAsia="楷体" w:cs="楷体"/>
          <w:color w:val="000000"/>
        </w:rPr>
        <w:t>动物世界、儿童的游戏性、天真的童心与非逻辑的想象，这一切形成了弥散在《西游记》中的童话的气氛。</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林庚</w:t>
      </w:r>
    </w:p>
    <w:p>
      <w:pPr>
        <w:spacing w:line="360" w:lineRule="auto"/>
        <w:jc w:val="left"/>
        <w:textAlignment w:val="center"/>
        <w:rPr>
          <w:color w:val="000000"/>
        </w:rPr>
      </w:pPr>
      <w:r>
        <w:rPr>
          <w:rFonts w:ascii="宋体" w:hAnsi="宋体" w:eastAsia="宋体" w:cs="宋体"/>
          <w:color w:val="000000"/>
        </w:rPr>
        <w:t>我们发现，两部作品虽一部为回忆性散文集，一部为“神魔小说”，但都有“童心和童真”。请以一部作品为例，结合其具体内容，简要谈谈该作品是如何体现“童心和童真”的。（</w:t>
      </w:r>
      <w:r>
        <w:rPr>
          <w:rFonts w:ascii="Times New Roman" w:hAnsi="Times New Roman" w:eastAsia="Times New Roman" w:cs="Times New Roman"/>
          <w:color w:val="000000"/>
        </w:rPr>
        <w:t>70</w:t>
      </w:r>
      <w:r>
        <w:rPr>
          <w:rFonts w:ascii="宋体" w:hAnsi="宋体" w:eastAsia="宋体" w:cs="宋体"/>
          <w:color w:val="000000"/>
        </w:rPr>
        <w:t>〜</w:t>
      </w:r>
      <w:r>
        <w:rPr>
          <w:rFonts w:ascii="Times New Roman" w:hAnsi="Times New Roman" w:eastAsia="Times New Roman" w:cs="Times New Roman"/>
          <w:color w:val="000000"/>
        </w:rPr>
        <w:t>150</w:t>
      </w:r>
      <w:r>
        <w:rPr>
          <w:rFonts w:ascii="宋体" w:hAnsi="宋体" w:eastAsia="宋体" w:cs="宋体"/>
          <w:color w:val="000000"/>
        </w:rPr>
        <w:t>字）</w:t>
      </w:r>
    </w:p>
    <w:p>
      <w:pPr>
        <w:spacing w:line="360" w:lineRule="auto"/>
        <w:textAlignment w:val="center"/>
        <w:rPr>
          <w:color w:val="000000"/>
        </w:rPr>
      </w:pPr>
      <w:r>
        <w:rPr>
          <w:color w:val="2E75B6"/>
        </w:rPr>
        <w:t>【答案】</w:t>
      </w:r>
      <w:r>
        <w:rPr>
          <w:color w:val="000000"/>
        </w:rPr>
        <w:t>示例：《西游记》中孙悟空到龙宫中挑选兵器时，一味地在那儿赖；八戒偷懒在草丛中睡觉，孙悟空就变个啄木鸟去啄他的鼻子；孙悟空带着两个师弟将三清像扔在茅厕里等，都体现</w:t>
      </w:r>
      <w:r>
        <w:rPr>
          <w:rFonts w:ascii="宋体" w:hAnsi="宋体" w:eastAsia="宋体" w:cs="宋体"/>
          <w:color w:val="000000"/>
        </w:rPr>
        <w:t>了“童真和童心”。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本题考查对名著内容的掌握。</w:t>
      </w:r>
    </w:p>
    <w:p>
      <w:pPr>
        <w:spacing w:line="360" w:lineRule="auto"/>
        <w:jc w:val="left"/>
        <w:textAlignment w:val="center"/>
        <w:rPr>
          <w:color w:val="000000"/>
        </w:rPr>
      </w:pPr>
      <w:r>
        <w:rPr>
          <w:color w:val="000000"/>
        </w:rPr>
        <w:t>结合《西游记》或《朝花夕拾》中具体的人和事件，举例分析小说是如何</w:t>
      </w:r>
      <w:r>
        <w:rPr>
          <w:rFonts w:ascii="宋体" w:hAnsi="宋体" w:eastAsia="宋体" w:cs="宋体"/>
          <w:color w:val="000000"/>
        </w:rPr>
        <w:t>体现“童心和童真”的。</w:t>
      </w:r>
    </w:p>
    <w:p>
      <w:pPr>
        <w:spacing w:line="360" w:lineRule="auto"/>
        <w:jc w:val="left"/>
        <w:textAlignment w:val="center"/>
        <w:rPr>
          <w:color w:val="000000"/>
        </w:rPr>
      </w:pPr>
      <w:r>
        <w:rPr>
          <w:rFonts w:ascii="宋体" w:hAnsi="宋体" w:eastAsia="宋体" w:cs="宋体"/>
          <w:color w:val="000000"/>
        </w:rPr>
        <w:t>例如选择《朝花夕拾》中鲁迅在百草园推雪人、捉斑蝥等，在三味书屋看小人书；孩子们玩吹嘟嘟的游戏等，体现了童心和童真。</w:t>
      </w:r>
    </w:p>
    <w:p>
      <w:pPr>
        <w:spacing w:line="360" w:lineRule="auto"/>
        <w:jc w:val="left"/>
        <w:textAlignment w:val="center"/>
        <w:rPr>
          <w:color w:val="000000"/>
        </w:rPr>
      </w:pPr>
      <w:r>
        <w:rPr>
          <w:rFonts w:ascii="宋体" w:hAnsi="宋体" w:eastAsia="宋体" w:cs="宋体"/>
          <w:color w:val="000000"/>
        </w:rPr>
        <w:t>再如：孙悟空始终保持着猴子的习性，但他也像人一样有喜怒哀乐的思想感情，具有机智、勇敢、乐观、疾恶如仇、爱打抱不平等优秀品质，也有急躁，爱捉弄人、喜欢被“戴高帽”等人的弱点。猪八戒又懒又馋又胆小，爱打小算盘，会搬弄小是非，但他又具有令人喜爱的优点，憨厚率真到近乎天真的地步。他的缺点往往被孙悟空抓住并捉弄一番，于是出尽洋相，大吃苦头，是一个童话中典型的笑话人物，体现童心和童真。</w:t>
      </w:r>
    </w:p>
    <w:p>
      <w:pPr>
        <w:pStyle w:val="Heading3"/>
      </w:pPr>
      <w:r>
        <w:t>丰台区</w:t>
      </w:r>
    </w:p>
    <w:p>
      <w:pPr>
        <w:spacing w:line="360" w:lineRule="auto"/>
        <w:jc w:val="both"/>
        <w:textAlignment w:val="center"/>
        <w:rPr>
          <w:color w:val="000000"/>
        </w:rPr>
      </w:pPr>
      <w:r>
        <w:rPr>
          <w:rFonts w:ascii="宋体" w:hAnsi="宋体" w:eastAsia="宋体" w:cs="宋体"/>
          <w:b/>
          <w:color w:val="000000"/>
          <w:sz w:val="24"/>
        </w:rPr>
        <w:t>四、现代文阅读（共21分）</w:t>
      </w:r>
    </w:p>
    <w:p>
      <w:pPr>
        <w:spacing w:line="360" w:lineRule="auto"/>
        <w:jc w:val="both"/>
        <w:textAlignment w:val="center"/>
        <w:rPr>
          <w:color w:val="000000"/>
        </w:rPr>
      </w:pPr>
      <w:r>
        <w:rPr>
          <w:rFonts w:ascii="宋体" w:hAnsi="宋体" w:eastAsia="宋体" w:cs="宋体"/>
          <w:color w:val="000000"/>
        </w:rPr>
        <w:t>阅读《冰雪素描》，完成小题。</w:t>
      </w:r>
    </w:p>
    <w:p>
      <w:pPr>
        <w:spacing w:line="360" w:lineRule="auto"/>
        <w:ind w:firstLine="420"/>
        <w:jc w:val="center"/>
        <w:textAlignment w:val="center"/>
        <w:rPr>
          <w:color w:val="000000"/>
        </w:rPr>
      </w:pPr>
      <w:r>
        <w:rPr>
          <w:rFonts w:ascii="楷体" w:hAnsi="楷体" w:eastAsia="楷体" w:cs="楷体"/>
          <w:color w:val="000000"/>
        </w:rPr>
        <w:t>冰雪素描</w:t>
      </w:r>
    </w:p>
    <w:p>
      <w:pPr>
        <w:spacing w:line="360" w:lineRule="auto"/>
        <w:ind w:firstLine="420"/>
        <w:jc w:val="center"/>
        <w:textAlignment w:val="center"/>
        <w:rPr>
          <w:color w:val="000000"/>
        </w:rPr>
      </w:pPr>
      <w:r>
        <w:rPr>
          <w:rFonts w:ascii="楷体" w:hAnsi="楷体" w:eastAsia="楷体" w:cs="楷体"/>
          <w:color w:val="000000"/>
        </w:rPr>
        <w:t>雪花天上来</w:t>
      </w:r>
    </w:p>
    <w:p>
      <w:pPr>
        <w:spacing w:line="360" w:lineRule="auto"/>
        <w:ind w:firstLine="420"/>
        <w:jc w:val="both"/>
        <w:textAlignment w:val="center"/>
        <w:rPr>
          <w:color w:val="000000"/>
        </w:rPr>
      </w:pPr>
      <w:r>
        <w:rPr>
          <w:rFonts w:ascii="楷体" w:hAnsi="楷体" w:eastAsia="楷体" w:cs="楷体"/>
          <w:color w:val="000000"/>
        </w:rPr>
        <w:t>①软软的鹅毛大雪，干爽，舒适，凉津津，</w:t>
      </w:r>
      <w:r>
        <w:rPr>
          <w:rFonts w:ascii="楷体" w:hAnsi="楷体" w:eastAsia="楷体" w:cs="楷体"/>
          <w:color w:val="000000"/>
          <w:em w:val="dot"/>
        </w:rPr>
        <w:t>甚至有些暖</w:t>
      </w:r>
      <w:r>
        <w:rPr>
          <w:rFonts w:ascii="楷体" w:hAnsi="楷体" w:eastAsia="楷体" w:cs="楷体"/>
          <w:color w:val="000000"/>
        </w:rPr>
        <w:t>。大片的雪花飘落时，天地间是没有风的，整个城市都揣着暖宝。汽车有规矩地行走，灯光温馨地亮起。雪的世界里，整个日常起居都被软化了。</w:t>
      </w:r>
    </w:p>
    <w:p>
      <w:pPr>
        <w:spacing w:line="360" w:lineRule="auto"/>
        <w:ind w:firstLine="420"/>
        <w:jc w:val="both"/>
        <w:textAlignment w:val="center"/>
        <w:rPr>
          <w:color w:val="000000"/>
        </w:rPr>
      </w:pPr>
      <w:r>
        <w:rPr>
          <w:rFonts w:ascii="楷体" w:hAnsi="楷体" w:eastAsia="楷体" w:cs="楷体"/>
          <w:color w:val="000000"/>
        </w:rPr>
        <w:t>②这样的天气适合表达感情。邀三五朋友喝酒，去你家他家闲坐；大街上碰着面，停下来抽袋烟；跑到歌厅唱唱歌，或站在公园吼几嗓子。只要心里有美，会发觉世间万千都美。</w:t>
      </w:r>
    </w:p>
    <w:p>
      <w:pPr>
        <w:spacing w:line="360" w:lineRule="auto"/>
        <w:ind w:firstLine="420"/>
        <w:jc w:val="both"/>
        <w:textAlignment w:val="center"/>
        <w:rPr>
          <w:color w:val="000000"/>
        </w:rPr>
      </w:pPr>
      <w:r>
        <w:rPr>
          <w:rFonts w:ascii="楷体" w:hAnsi="楷体" w:eastAsia="楷体" w:cs="楷体"/>
          <w:color w:val="000000"/>
        </w:rPr>
        <w:t>③鹅毛雪静静地飘落。这样的鹅毛大雪只属于这个纬度。它多了一层清爽，也多了一层飘柔。雪的飘柔，不是水的飘柔。以雪的形式，表达水的飘柔。</w:t>
      </w:r>
    </w:p>
    <w:p>
      <w:pPr>
        <w:spacing w:line="360" w:lineRule="auto"/>
        <w:ind w:firstLine="420"/>
        <w:jc w:val="both"/>
        <w:textAlignment w:val="center"/>
        <w:rPr>
          <w:color w:val="000000"/>
        </w:rPr>
      </w:pPr>
      <w:r>
        <w:rPr>
          <w:rFonts w:ascii="楷体" w:hAnsi="楷体" w:eastAsia="楷体" w:cs="楷体"/>
          <w:color w:val="000000"/>
        </w:rPr>
        <w:t>④可以坐在旷野之上，感受它的无声，但是别坐太久了。所有的生灵都猫起来了，隔着角门、院门、窗子看你，直到心生寂寞。</w:t>
      </w:r>
    </w:p>
    <w:p>
      <w:pPr>
        <w:spacing w:line="360" w:lineRule="auto"/>
        <w:ind w:firstLine="420"/>
        <w:jc w:val="center"/>
        <w:textAlignment w:val="center"/>
        <w:rPr>
          <w:color w:val="000000"/>
        </w:rPr>
      </w:pPr>
      <w:r>
        <w:rPr>
          <w:rFonts w:ascii="楷体" w:hAnsi="楷体" w:eastAsia="楷体" w:cs="楷体"/>
          <w:color w:val="000000"/>
        </w:rPr>
        <w:t>凛冬里盛开</w:t>
      </w:r>
    </w:p>
    <w:p>
      <w:pPr>
        <w:spacing w:line="360" w:lineRule="auto"/>
        <w:ind w:firstLine="420"/>
        <w:jc w:val="both"/>
        <w:textAlignment w:val="center"/>
        <w:rPr>
          <w:color w:val="000000"/>
        </w:rPr>
      </w:pPr>
      <w:r>
        <w:rPr>
          <w:rFonts w:ascii="楷体" w:hAnsi="楷体" w:eastAsia="楷体" w:cs="楷体"/>
          <w:color w:val="000000"/>
        </w:rPr>
        <w:t>⑤常常是一夜醒来的时候，雾凇出现了。【甲】</w:t>
      </w:r>
      <w:r>
        <w:rPr>
          <w:rFonts w:ascii="楷体" w:hAnsi="楷体" w:eastAsia="楷体" w:cs="楷体"/>
          <w:color w:val="000000"/>
          <w:u w:val="single"/>
        </w:rPr>
        <w:t>它们像极了怒放的花，傲雪凌霜。不在严寒中盛开。</w:t>
      </w:r>
    </w:p>
    <w:p>
      <w:pPr>
        <w:spacing w:line="360" w:lineRule="auto"/>
        <w:ind w:firstLine="420"/>
        <w:jc w:val="both"/>
        <w:textAlignment w:val="center"/>
        <w:rPr>
          <w:color w:val="000000"/>
        </w:rPr>
      </w:pPr>
      <w:r>
        <w:rPr>
          <w:rFonts w:ascii="楷体" w:hAnsi="楷体" w:eastAsia="楷体" w:cs="楷体"/>
          <w:color w:val="000000"/>
        </w:rPr>
        <w:t>⑥江边的水汽大，雾凇就好。但农田边、村屯中的雾凇也很好。村头坡上，三棵两棵，同样眼目一新。只是没有人看，看了也不围观、拍照、吟诗。村民们看它一眼，惊顿了一下，然后忙更重要的和不重要的事情去了。</w:t>
      </w:r>
    </w:p>
    <w:p>
      <w:pPr>
        <w:spacing w:line="360" w:lineRule="auto"/>
        <w:ind w:firstLine="420"/>
        <w:jc w:val="both"/>
        <w:textAlignment w:val="center"/>
        <w:rPr>
          <w:color w:val="000000"/>
        </w:rPr>
      </w:pPr>
      <w:r>
        <w:rPr>
          <w:rFonts w:ascii="楷体" w:hAnsi="楷体" w:eastAsia="楷体" w:cs="楷体"/>
          <w:color w:val="000000"/>
        </w:rPr>
        <w:t>⑦雾凇出现，未必一定是晴天，但以晴天居多。空气质量不好，缺少林木，尤其水汽少，是不会产生雾凇的。温差小的地方也不会产生。林木、水汽、温差，这些个因素，几乎是相辅相成。还有一样，它要求静风或者风速很小。大风总能把形成过程中那些结构松散的冰晶吹散。即便已簇拥在一起的，也会吹弹得无影无踪。</w:t>
      </w:r>
    </w:p>
    <w:p>
      <w:pPr>
        <w:spacing w:line="360" w:lineRule="auto"/>
        <w:ind w:firstLine="420"/>
        <w:jc w:val="both"/>
        <w:textAlignment w:val="center"/>
        <w:rPr>
          <w:color w:val="000000"/>
        </w:rPr>
      </w:pPr>
      <w:r>
        <w:rPr>
          <w:rFonts w:ascii="楷体" w:hAnsi="楷体" w:eastAsia="楷体" w:cs="楷体"/>
          <w:color w:val="000000"/>
        </w:rPr>
        <w:t>⑧所以东北的城市常常是可以下厚雪，但不容易形成雾凇。吉林市的江堤雾凇，依赖了美丽的不冻江，温差大、水汽足，加上优质的空气，形成数十里的冰雪花堤。一碧天空之下，堪称瑰丽神奇。</w:t>
      </w:r>
    </w:p>
    <w:p>
      <w:pPr>
        <w:spacing w:line="360" w:lineRule="auto"/>
        <w:ind w:firstLine="420"/>
        <w:jc w:val="center"/>
        <w:textAlignment w:val="center"/>
        <w:rPr>
          <w:color w:val="000000"/>
        </w:rPr>
      </w:pPr>
      <w:r>
        <w:rPr>
          <w:rFonts w:ascii="楷体" w:hAnsi="楷体" w:eastAsia="楷体" w:cs="楷体"/>
          <w:color w:val="000000"/>
        </w:rPr>
        <w:t>那冰雪世界</w:t>
      </w:r>
    </w:p>
    <w:p>
      <w:pPr>
        <w:spacing w:line="360" w:lineRule="auto"/>
        <w:ind w:firstLine="420"/>
        <w:jc w:val="both"/>
        <w:textAlignment w:val="center"/>
        <w:rPr>
          <w:color w:val="000000"/>
        </w:rPr>
      </w:pPr>
      <w:r>
        <w:rPr>
          <w:rFonts w:ascii="楷体" w:hAnsi="楷体" w:eastAsia="楷体" w:cs="楷体"/>
          <w:color w:val="000000"/>
        </w:rPr>
        <w:t>⑨【乙】</w:t>
      </w:r>
      <w:r>
        <w:rPr>
          <w:rFonts w:ascii="楷体" w:hAnsi="楷体" w:eastAsia="楷体" w:cs="楷体"/>
          <w:color w:val="000000"/>
          <w:u w:val="single"/>
        </w:rPr>
        <w:t>连续几场大雪后，房顶上仿佛有层厚厚的带有神韵的柳絮，线条散漫地铺坠。</w:t>
      </w:r>
      <w:r>
        <w:rPr>
          <w:rFonts w:ascii="楷体" w:hAnsi="楷体" w:eastAsia="楷体" w:cs="楷体"/>
          <w:color w:val="000000"/>
        </w:rPr>
        <w:t>大路两旁的沟渠找不到了，需凭借路边的树木和稀落的房屋，大致辨识方位轮廓。通往菜园中酱缸或柴堆的小径，被男人或主妇，拓开刚好容足的一条线。看不到村民，一到冬天就任其逍遥的家禽也不知藏到哪里。屋顶的炊烟却袅袅着。每个屋顶下都有一些人热闹地娱乐玩耍，或准备各式菜肴。</w:t>
      </w:r>
    </w:p>
    <w:p>
      <w:pPr>
        <w:spacing w:line="360" w:lineRule="auto"/>
        <w:ind w:firstLine="420"/>
        <w:jc w:val="both"/>
        <w:textAlignment w:val="center"/>
        <w:rPr>
          <w:color w:val="000000"/>
        </w:rPr>
      </w:pPr>
      <w:r>
        <w:rPr>
          <w:rFonts w:ascii="楷体" w:hAnsi="楷体" w:eastAsia="楷体" w:cs="楷体"/>
          <w:color w:val="000000"/>
        </w:rPr>
        <w:t>⑩人在雪地上吱嘎吱嘎地走着。公路边的两排积年大杨树，阻隔车辆噪声的同吱时，为各家院落增添了许多风景，也使幢幢氏屋显得别致。耳畔是远近此起彼伏的鞭炮声和阵阵惊起的犬吠。欣赏门檐张贴的对联挂笺、金色福字，嗅闻隐隐飘出的水汽以及厚门帘依然阻挡不住的饭菜香。作为游子，</w:t>
      </w:r>
      <w:r>
        <w:rPr>
          <w:rFonts w:ascii="楷体" w:hAnsi="楷体" w:eastAsia="楷体" w:cs="楷体"/>
          <w:color w:val="000000"/>
          <w:em w:val="dot"/>
        </w:rPr>
        <w:t>霎时暖意涌上心头</w:t>
      </w:r>
      <w:r>
        <w:rPr>
          <w:rFonts w:ascii="楷体" w:hAnsi="楷体" w:eastAsia="楷体" w:cs="楷体"/>
          <w:color w:val="000000"/>
        </w:rPr>
        <w:t>，眼眶有些湿润，内心里有个声音不断重复着，亲人们，我回来了…………</w:t>
      </w:r>
    </w:p>
    <w:p>
      <w:pPr>
        <w:spacing w:line="360" w:lineRule="auto"/>
        <w:ind w:firstLine="420"/>
        <w:jc w:val="right"/>
        <w:textAlignment w:val="center"/>
        <w:rPr>
          <w:color w:val="000000"/>
        </w:rPr>
      </w:pPr>
      <w:r>
        <w:rPr>
          <w:rFonts w:ascii="宋体" w:hAnsi="宋体" w:eastAsia="宋体" w:cs="宋体"/>
          <w:color w:val="000000"/>
        </w:rPr>
        <w:t>（取材于景凤鸣的同名文章）</w:t>
      </w:r>
    </w:p>
    <w:p>
      <w:pPr>
        <w:spacing w:line="360" w:lineRule="auto"/>
        <w:jc w:val="left"/>
        <w:textAlignment w:val="center"/>
        <w:rPr>
          <w:color w:val="000000"/>
        </w:rPr>
      </w:pPr>
      <w:r>
        <w:rPr>
          <w:color w:val="000000"/>
        </w:rPr>
        <w:t xml:space="preserve">13. </w:t>
      </w:r>
      <w:r>
        <w:rPr>
          <w:rFonts w:ascii="宋体" w:hAnsi="宋体" w:eastAsia="宋体" w:cs="宋体"/>
          <w:color w:val="000000"/>
        </w:rPr>
        <w:t>文章描绘了一个冰雪世界：先写了①</w:t>
      </w:r>
      <w:r>
        <w:rPr>
          <w:color w:val="000000"/>
        </w:rPr>
        <w:t>________</w:t>
      </w:r>
      <w:r>
        <w:rPr>
          <w:rFonts w:ascii="宋体" w:hAnsi="宋体" w:eastAsia="宋体" w:cs="宋体"/>
          <w:color w:val="000000"/>
        </w:rPr>
        <w:t>的雪，再写瑰丽神奇的②</w:t>
      </w:r>
      <w:r>
        <w:rPr>
          <w:color w:val="000000"/>
        </w:rPr>
        <w:t>________</w:t>
      </w:r>
      <w:r>
        <w:rPr>
          <w:rFonts w:ascii="宋体" w:hAnsi="宋体" w:eastAsia="宋体" w:cs="宋体"/>
          <w:color w:val="000000"/>
        </w:rPr>
        <w:t>，接着写了过年时③</w:t>
      </w:r>
      <w:r>
        <w:rPr>
          <w:color w:val="000000"/>
        </w:rPr>
        <w:t>________</w:t>
      </w:r>
      <w:r>
        <w:rPr>
          <w:rFonts w:ascii="宋体" w:hAnsi="宋体" w:eastAsia="宋体" w:cs="宋体"/>
          <w:color w:val="000000"/>
        </w:rPr>
        <w:t>的景象。</w:t>
      </w:r>
    </w:p>
    <w:p>
      <w:pPr>
        <w:spacing w:line="360" w:lineRule="auto"/>
        <w:jc w:val="left"/>
        <w:textAlignment w:val="center"/>
        <w:rPr>
          <w:color w:val="000000"/>
        </w:rPr>
      </w:pPr>
      <w:r>
        <w:rPr>
          <w:color w:val="000000"/>
        </w:rPr>
        <w:t xml:space="preserve">14. </w:t>
      </w:r>
      <w:r>
        <w:rPr>
          <w:rFonts w:ascii="宋体" w:hAnsi="宋体" w:eastAsia="宋体" w:cs="宋体"/>
          <w:color w:val="000000"/>
        </w:rPr>
        <w:t>从文中甲、乙两处画线句中任选一句，结合文意，简要分析其表达效果。</w:t>
      </w:r>
    </w:p>
    <w:p>
      <w:pPr>
        <w:spacing w:line="360" w:lineRule="auto"/>
        <w:jc w:val="left"/>
        <w:textAlignment w:val="center"/>
        <w:rPr>
          <w:color w:val="000000"/>
        </w:rPr>
      </w:pPr>
      <w:r>
        <w:rPr>
          <w:color w:val="000000"/>
        </w:rPr>
        <w:t xml:space="preserve">15. </w:t>
      </w:r>
      <w:r>
        <w:rPr>
          <w:rFonts w:ascii="宋体" w:hAnsi="宋体" w:eastAsia="宋体" w:cs="宋体"/>
          <w:color w:val="000000"/>
        </w:rPr>
        <w:t>文章题目为“冰雪素描”，冰天雪地的世界本会给人带来冷意，但文中却充满了暖意。请你结合全文内容，说说第①段和第⑩段中加点词句各表达了作者怎样的情感。</w:t>
      </w:r>
    </w:p>
    <w:p>
      <w:pPr>
        <w:spacing w:line="360" w:lineRule="auto"/>
        <w:textAlignment w:val="center"/>
        <w:rPr>
          <w:color w:val="000000"/>
        </w:rPr>
      </w:pPr>
      <w:r>
        <w:rPr>
          <w:color w:val="2E75B6"/>
        </w:rPr>
        <w:t>【答案】</w:t>
      </w:r>
      <w:r>
        <w:rPr>
          <w:color w:val="000000"/>
        </w:rPr>
        <w:t xml:space="preserve">13.     ①. 城市和旷野    ②. 雾凇    ③. 温馨和热闹    </w:t>
      </w:r>
    </w:p>
    <w:p>
      <w:pPr>
        <w:spacing w:line="360" w:lineRule="auto"/>
        <w:textAlignment w:val="center"/>
        <w:rPr>
          <w:color w:val="000000"/>
        </w:rPr>
      </w:pPr>
      <w:r>
        <w:rPr>
          <w:color w:val="000000"/>
        </w:rPr>
        <w:t xml:space="preserve">14. 示例：甲句运用了比喻的修辞方法，形象生动地表现了雾凇景象的美丽，表达了作者的喜爱和赞美之情。    </w:t>
      </w:r>
    </w:p>
    <w:p>
      <w:pPr>
        <w:spacing w:line="360" w:lineRule="auto"/>
        <w:textAlignment w:val="center"/>
        <w:rPr>
          <w:color w:val="000000"/>
        </w:rPr>
      </w:pPr>
      <w:r>
        <w:rPr>
          <w:color w:val="000000"/>
        </w:rPr>
        <w:t>15. 第①段加点词句抒发了作者对家乡雪景的热爱和赞美之情；第⑩段中加点词句抒发了作者回到家乡过年的激动、喜悦的心情和对家乡、亲人的热爱之情。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color w:val="000000"/>
        </w:rPr>
        <w:t>本题考查内容</w:t>
      </w:r>
      <w:r>
        <w:rPr>
          <w:rFonts w:ascii="宋体" w:hAnsi="宋体" w:eastAsia="宋体" w:cs="宋体"/>
          <w:color w:val="000000"/>
        </w:rPr>
        <w:t>理解与概括</w:t>
      </w:r>
      <w:r>
        <w:rPr>
          <w:rFonts w:ascii="宋体" w:hAnsi="宋体" w:eastAsia="宋体" w:cs="宋体"/>
          <w:color w:val="000000"/>
          <w:position w:val="-12"/>
        </w:rPr>
        <w:drawing>
          <wp:inline distT="0" distB="0" distL="114300" distR="114300">
            <wp:extent cx="127000" cy="76200"/>
            <wp:effectExtent l="0" t="0" r="0" b="0"/>
            <wp:docPr id="1625"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图片 100013"/>
                    <pic:cNvPicPr>
                      <a:picLocks noChangeAspect="1"/>
                    </pic:cNvPicPr>
                  </pic:nvPicPr>
                  <pic:blipFill>
                    <a:blip r:embed="rId16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①根据第①段和第④段关键句“大片的雪花飘落时，天地间是没有风的，整个城市都揣着暖宝”“可以坐在旷野之上，感受它的无声”可知，答案为：城市和旷野。</w:t>
      </w:r>
    </w:p>
    <w:p>
      <w:pPr>
        <w:spacing w:line="360" w:lineRule="auto"/>
        <w:jc w:val="left"/>
        <w:textAlignment w:val="center"/>
        <w:rPr>
          <w:color w:val="000000"/>
        </w:rPr>
      </w:pPr>
      <w:r>
        <w:rPr>
          <w:rFonts w:ascii="宋体" w:hAnsi="宋体" w:eastAsia="宋体" w:cs="宋体"/>
          <w:color w:val="000000"/>
        </w:rPr>
        <w:t>②根据第⑤段“常常是一夜醒来的时候，雾凇出现了”可知，答案为：雾凇。</w:t>
      </w:r>
    </w:p>
    <w:p>
      <w:pPr>
        <w:spacing w:line="360" w:lineRule="auto"/>
        <w:jc w:val="left"/>
        <w:textAlignment w:val="center"/>
        <w:rPr>
          <w:color w:val="000000"/>
        </w:rPr>
      </w:pPr>
      <w:r>
        <w:rPr>
          <w:rFonts w:ascii="宋体" w:hAnsi="宋体" w:eastAsia="宋体" w:cs="宋体"/>
          <w:color w:val="000000"/>
        </w:rPr>
        <w:t>③根据第⑨段“每个屋顶下都有一些人热闹地娱乐玩耍，或准备各式菜着”，第⑩段“耳畔是远近此起彼伏的鞭炮声和阵阵惊起的犬吠。欣赏门檐张贴的对联挂笺、金色福字，嗅闻隐隐飘出的水汽以及厚门帘依然阻挡不住的饭菜香”可知，答案为：</w:t>
      </w:r>
      <w:r>
        <w:rPr>
          <w:color w:val="000000"/>
        </w:rPr>
        <w:t>温馨和热闹。</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本题考查句</w:t>
      </w:r>
      <w:r>
        <w:rPr>
          <w:rFonts w:ascii="宋体" w:hAnsi="宋体" w:eastAsia="宋体" w:cs="宋体"/>
          <w:color w:val="000000"/>
        </w:rPr>
        <w:t>子赏析。学生可任选一句，从词语运用、描写方法、修辞方法等方面自选角度，结合文意，简要分析其表达效果。</w:t>
      </w:r>
    </w:p>
    <w:p>
      <w:pPr>
        <w:spacing w:line="360" w:lineRule="auto"/>
        <w:jc w:val="left"/>
        <w:textAlignment w:val="center"/>
        <w:rPr>
          <w:color w:val="000000"/>
        </w:rPr>
      </w:pPr>
      <w:r>
        <w:rPr>
          <w:rFonts w:ascii="宋体" w:hAnsi="宋体" w:eastAsia="宋体" w:cs="宋体"/>
          <w:color w:val="000000"/>
        </w:rPr>
        <w:t>【甲】根据上句“常常是一夜醒来的时候，雾凇出现了”可知，“它们像极了怒放的花，傲雪凌霜，在严寒中盛开”一句把雾凇比作“怒放的花”，运用了比喻的修辞方法，形象生动地表现了雾凇景象的美丽，表达了作者的喜爱和赞美之情。</w:t>
      </w:r>
    </w:p>
    <w:p>
      <w:pPr>
        <w:spacing w:line="360" w:lineRule="auto"/>
        <w:jc w:val="left"/>
        <w:textAlignment w:val="center"/>
        <w:rPr>
          <w:color w:val="000000"/>
        </w:rPr>
      </w:pPr>
      <w:r>
        <w:rPr>
          <w:rFonts w:ascii="宋体" w:hAnsi="宋体" w:eastAsia="宋体" w:cs="宋体"/>
          <w:color w:val="000000"/>
        </w:rPr>
        <w:t>【乙】根据下文“大路两旁的沟渠找不到了，需凭借路边的树木和稀落的房屋，大致辨识方位轮廓。通往菜园中酱缸或柴堆的小径，被男人或主妇，拓开刚好容足的一条线”可知，“连续几场大雪后，房顶上仿佛有层厚厚的带有神韵的柳絮，线条散漫地铺坠”一句把雪比作柳絮，运用了比喻的修辞方法，形象生动地表现了大学覆盖房顶的美丽景象，表达了作者的喜爱和赞美之情。</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本题考查作者感情。</w:t>
      </w:r>
      <w:r>
        <w:rPr>
          <w:rFonts w:ascii="宋体" w:hAnsi="宋体" w:eastAsia="宋体" w:cs="宋体"/>
          <w:color w:val="000000"/>
        </w:rPr>
        <w:t>根据第①段“软软的鹅毛大雪，干爽，舒适，凉津津，甚至有些暖”可知，“甚至有些暖”描写了鹅毛大雪的软、干爽，舒适的特点，表现了它带给人们的温暖的感觉，抒发了作者对家乡雪景的热爱和赞美之情。根据上文第⑩段“耳畔是远近此起彼伏的鞭炮声和阵阵惊起的犬吠。欣赏门檐张贴的对联挂笺、金色福字，嗅闻隐隐飘出的水汽以及厚门帘依然阻挡不住的饭菜香”可知，“作为游子，霎时暖意涌上心头，眼眶有些湿润，内心里有个声音不断重复着，亲人们，我回来了……”一句的“霎时暖息涌上心头”抒发了作者回到家乡过年的激动</w:t>
      </w:r>
      <w:r>
        <w:rPr>
          <w:color w:val="000000"/>
        </w:rPr>
        <w:t>、喜悦的心情和对家乡、亲人的热爱之情。</w:t>
      </w:r>
    </w:p>
    <w:p>
      <w:pPr>
        <w:spacing w:line="360" w:lineRule="auto"/>
        <w:jc w:val="both"/>
        <w:textAlignment w:val="center"/>
        <w:rPr>
          <w:color w:val="000000"/>
        </w:rPr>
      </w:pPr>
      <w:r>
        <w:rPr>
          <w:rFonts w:ascii="宋体" w:hAnsi="宋体" w:eastAsia="宋体" w:cs="宋体"/>
          <w:color w:val="000000"/>
        </w:rPr>
        <w:t>阅读《我的读书摘记》，完成小题。</w:t>
      </w:r>
    </w:p>
    <w:p>
      <w:pPr>
        <w:spacing w:line="360" w:lineRule="auto"/>
        <w:ind w:firstLine="420"/>
        <w:jc w:val="center"/>
        <w:textAlignment w:val="center"/>
        <w:rPr>
          <w:color w:val="000000"/>
        </w:rPr>
      </w:pPr>
      <w:r>
        <w:rPr>
          <w:rFonts w:ascii="楷体" w:hAnsi="楷体" w:eastAsia="楷体" w:cs="楷体"/>
          <w:color w:val="000000"/>
        </w:rPr>
        <w:t>我的读书摘记</w:t>
      </w:r>
    </w:p>
    <w:p>
      <w:pPr>
        <w:spacing w:line="360" w:lineRule="auto"/>
        <w:ind w:firstLine="420"/>
        <w:jc w:val="both"/>
        <w:textAlignment w:val="center"/>
        <w:rPr>
          <w:color w:val="000000"/>
        </w:rPr>
      </w:pPr>
      <w:r>
        <w:rPr>
          <w:rFonts w:ascii="楷体" w:hAnsi="楷体" w:eastAsia="楷体" w:cs="楷体"/>
          <w:color w:val="000000"/>
        </w:rPr>
        <w:t>①我读书的习惯，每本书都要做大量的摘记。</w:t>
      </w:r>
    </w:p>
    <w:p>
      <w:pPr>
        <w:spacing w:line="360" w:lineRule="auto"/>
        <w:ind w:firstLine="420"/>
        <w:jc w:val="both"/>
        <w:textAlignment w:val="center"/>
        <w:rPr>
          <w:color w:val="000000"/>
        </w:rPr>
      </w:pPr>
      <w:r>
        <w:rPr>
          <w:rFonts w:ascii="楷体" w:hAnsi="楷体" w:eastAsia="楷体" w:cs="楷体"/>
          <w:color w:val="000000"/>
        </w:rPr>
        <w:t>②碧玉年华，女伴们都在打扮自己，我却把省下的一点钱交给书店，每一本书都让我爱不释手，丢不开，放不下，不可能重复翻看，便大量摘抄。那时候，塑料皮的日记本对我来说绝对是奢侈品，我只能望而却步。最便宜的是大张的白纸，买回来裁成16开，再对折，找一个硬纸壳作封面，便可以装订成一个独具特色的小本子。用没有油的圆珠笔给每一页打上暗格，白纸上整整齐齐地摘抄。当时，这是最值得我炫耀的事。</w:t>
      </w:r>
    </w:p>
    <w:p>
      <w:pPr>
        <w:spacing w:line="360" w:lineRule="auto"/>
        <w:ind w:firstLine="420"/>
        <w:jc w:val="both"/>
        <w:textAlignment w:val="center"/>
        <w:rPr>
          <w:color w:val="000000"/>
        </w:rPr>
      </w:pPr>
      <w:r>
        <w:rPr>
          <w:rFonts w:ascii="楷体" w:hAnsi="楷体" w:eastAsia="楷体" w:cs="楷体"/>
          <w:color w:val="000000"/>
        </w:rPr>
        <w:t>③硬纸壳的封面要用黑色墨水画一幅自我感觉特艺术的钢笔画，或者煞有介事地写上“读书笔记”四个大字。所谓读书笔记，其实就是摘抄。</w:t>
      </w:r>
    </w:p>
    <w:p>
      <w:pPr>
        <w:spacing w:line="360" w:lineRule="auto"/>
        <w:ind w:firstLine="420"/>
        <w:jc w:val="both"/>
        <w:textAlignment w:val="center"/>
        <w:rPr>
          <w:color w:val="000000"/>
        </w:rPr>
      </w:pPr>
      <w:r>
        <w:rPr>
          <w:rFonts w:ascii="楷体" w:hAnsi="楷体" w:eastAsia="楷体" w:cs="楷体"/>
          <w:color w:val="000000"/>
        </w:rPr>
        <w:t>④摘抄的内容完全跟着感觉走。精妙的语言、错落有致的段落、情真意切的对话、跌宕起伏的故事……有整篇文章，也有整个段落，有部分对话，也有让人心动的句子。每一本书读完，我都意犹未尽。跟着不同人物，出入不同环境，经历不同故事，我随时都在穿越。一本书就是一个时间黑洞，我进进出出，全无阻碍。</w:t>
      </w:r>
    </w:p>
    <w:p>
      <w:pPr>
        <w:spacing w:line="360" w:lineRule="auto"/>
        <w:ind w:firstLine="420"/>
        <w:jc w:val="both"/>
        <w:textAlignment w:val="center"/>
        <w:rPr>
          <w:color w:val="000000"/>
        </w:rPr>
      </w:pPr>
      <w:r>
        <w:rPr>
          <w:rFonts w:ascii="楷体" w:hAnsi="楷体" w:eastAsia="楷体" w:cs="楷体"/>
          <w:color w:val="000000"/>
        </w:rPr>
        <w:t>⑤好书那么多，没有足够的时间重复阅读，好在我有读书摘记。没有书读的日子，我可以捧着我的读书摘记幸福地</w:t>
      </w:r>
      <w:r>
        <w:rPr>
          <w:rFonts w:ascii="楷体" w:hAnsi="楷体" w:eastAsia="楷体" w:cs="楷体"/>
          <w:color w:val="000000"/>
          <w:em w:val="dot"/>
        </w:rPr>
        <w:t>反刍</w:t>
      </w:r>
      <w:r>
        <w:rPr>
          <w:rFonts w:ascii="楷体" w:hAnsi="楷体" w:eastAsia="楷体" w:cs="楷体"/>
          <w:color w:val="000000"/>
        </w:rPr>
        <w:t>。</w:t>
      </w:r>
    </w:p>
    <w:p>
      <w:pPr>
        <w:spacing w:line="360" w:lineRule="auto"/>
        <w:ind w:firstLine="420"/>
        <w:jc w:val="both"/>
        <w:textAlignment w:val="center"/>
        <w:rPr>
          <w:color w:val="000000"/>
        </w:rPr>
      </w:pPr>
      <w:r>
        <w:rPr>
          <w:rFonts w:ascii="楷体" w:hAnsi="楷体" w:eastAsia="楷体" w:cs="楷体"/>
          <w:color w:val="000000"/>
        </w:rPr>
        <w:t>⑥上班之后，终于可以买像样的笔记本了。喜欢那种硬纸壳封面的本子，装帧设计简单文艺，颜色温暖，里面的纸张印制了朦胧的人物或是风景，成为文字的背景。浅灰、淡蓝或是淡粉、淡紫的大横格，厚厚的纸张泛着熟宣一样古旧的色彩，每一个字落上去，都好像要变成精灵。</w:t>
      </w:r>
    </w:p>
    <w:p>
      <w:pPr>
        <w:spacing w:line="360" w:lineRule="auto"/>
        <w:ind w:firstLine="420"/>
        <w:jc w:val="both"/>
        <w:textAlignment w:val="center"/>
        <w:rPr>
          <w:color w:val="000000"/>
        </w:rPr>
      </w:pPr>
      <w:r>
        <w:rPr>
          <w:rFonts w:ascii="楷体" w:hAnsi="楷体" w:eastAsia="楷体" w:cs="楷体"/>
          <w:color w:val="000000"/>
        </w:rPr>
        <w:t>⑦纸页上一定要写满字，必定要正反面同时写。小时候穷，买不起本子，那时候不但要写了正面写反面，用铅笔写过的本子，有时会用橡皮擦一遍再写，或者用钢笔在铅笔字上覆盖一层演算。如今，笔记本纸张的厚度和柔韧性要比当年的作业本多出几倍，即使用钢笔，正反面同时写也不会洇染。倘若只写一面，就感觉自己无端扔了半个本子，暴殄了天物。</w:t>
      </w:r>
    </w:p>
    <w:p>
      <w:pPr>
        <w:spacing w:line="360" w:lineRule="auto"/>
        <w:ind w:firstLine="420"/>
        <w:jc w:val="both"/>
        <w:textAlignment w:val="center"/>
        <w:rPr>
          <w:color w:val="000000"/>
        </w:rPr>
      </w:pPr>
      <w:r>
        <w:rPr>
          <w:rFonts w:ascii="楷体" w:hAnsi="楷体" w:eastAsia="楷体" w:cs="楷体"/>
          <w:color w:val="000000"/>
        </w:rPr>
        <w:t>⑧正反面都写上字，那字也是有体积有分量的，笔记本的厚度仿佛一下子翻了一番，拿在手上沉甸甸的。一本书被浓缩在一个小小的笔记本中，这些珍贵的本子，有的被我放到皮包里，有的放到枕头下。写满了字的笔记本有血有肉有灵魂，是我精心搜集的文字的仓廪。阅读这些摘记，让我的内心感到丰盈与富足。</w:t>
      </w:r>
    </w:p>
    <w:p>
      <w:pPr>
        <w:spacing w:line="360" w:lineRule="auto"/>
        <w:ind w:firstLine="420"/>
        <w:jc w:val="both"/>
        <w:textAlignment w:val="center"/>
        <w:rPr>
          <w:color w:val="000000"/>
        </w:rPr>
      </w:pPr>
      <w:r>
        <w:rPr>
          <w:rFonts w:ascii="楷体" w:hAnsi="楷体" w:eastAsia="楷体" w:cs="楷体"/>
          <w:color w:val="000000"/>
        </w:rPr>
        <w:t>⑨近年，我还保持着做摘记的习惯。学校里倒是也要求大家写读书摘记，我检查过那些“作品”，基本上没有人像我那样写双面，每一页摘抄的内容有限，不但段与段，甚至句与句之间都要空行，还要画一个大大方方的题花。我猜测，画题花的时间要比摘抄的时间还长吧。</w:t>
      </w:r>
    </w:p>
    <w:p>
      <w:pPr>
        <w:spacing w:line="360" w:lineRule="auto"/>
        <w:ind w:firstLine="420"/>
        <w:jc w:val="both"/>
        <w:textAlignment w:val="center"/>
        <w:rPr>
          <w:color w:val="000000"/>
        </w:rPr>
      </w:pPr>
      <w:r>
        <w:rPr>
          <w:rFonts w:ascii="楷体" w:hAnsi="楷体" w:eastAsia="楷体" w:cs="楷体"/>
          <w:color w:val="000000"/>
        </w:rPr>
        <w:t>⑩最重要的是，我不知道那些摘抄有什么意义，既没有让人惊艳的句子，也没有让人沉思的哲理，哪怕让人心动一下、悲哀一下或是会心地笑一下，都没有，仅仅是为了完成读书任务。</w:t>
      </w:r>
    </w:p>
    <w:p>
      <w:pPr>
        <w:spacing w:line="360" w:lineRule="auto"/>
        <w:ind w:firstLine="420"/>
        <w:jc w:val="both"/>
        <w:textAlignment w:val="center"/>
        <w:rPr>
          <w:color w:val="000000"/>
        </w:rPr>
      </w:pPr>
      <w:r>
        <w:rPr>
          <w:rFonts w:ascii="楷体" w:hAnsi="楷体" w:eastAsia="楷体" w:cs="楷体"/>
          <w:color w:val="000000"/>
        </w:rPr>
        <w:t>⑪因此，我的摘抄被大家诟病</w:t>
      </w:r>
      <w:r>
        <w:rPr>
          <w:rFonts w:ascii="Times New Roman" w:hAnsi="Times New Roman" w:eastAsia="Times New Roman" w:cs="Times New Roman"/>
          <w:color w:val="000000"/>
        </w:rPr>
        <w:t>——</w:t>
      </w:r>
      <w:r>
        <w:rPr>
          <w:rFonts w:ascii="楷体" w:hAnsi="楷体" w:eastAsia="楷体" w:cs="楷体"/>
          <w:color w:val="000000"/>
        </w:rPr>
        <w:t>明明没有摘抄任务，何必多此一举。</w:t>
      </w:r>
    </w:p>
    <w:p>
      <w:pPr>
        <w:spacing w:line="360" w:lineRule="auto"/>
        <w:ind w:firstLine="420"/>
        <w:jc w:val="both"/>
        <w:textAlignment w:val="center"/>
        <w:rPr>
          <w:color w:val="000000"/>
        </w:rPr>
      </w:pPr>
      <w:r>
        <w:rPr>
          <w:rFonts w:ascii="楷体" w:hAnsi="楷体" w:eastAsia="楷体" w:cs="楷体"/>
          <w:color w:val="000000"/>
        </w:rPr>
        <w:t>⑫也是，现在网络这么发达，手机上想看什么随时可以翻阅。带一个笔记本，这是多么麻烦的事！</w:t>
      </w:r>
    </w:p>
    <w:p>
      <w:pPr>
        <w:spacing w:line="360" w:lineRule="auto"/>
        <w:ind w:firstLine="420"/>
        <w:jc w:val="both"/>
        <w:textAlignment w:val="center"/>
        <w:rPr>
          <w:color w:val="000000"/>
        </w:rPr>
      </w:pPr>
      <w:r>
        <w:rPr>
          <w:rFonts w:ascii="楷体" w:hAnsi="楷体" w:eastAsia="楷体" w:cs="楷体"/>
          <w:color w:val="000000"/>
        </w:rPr>
        <w:t>⑬我曾经在微信上收藏了很多好文章，前几天想回顾一下，打开网页，看到的却是“该内容已被发布者删除”“该公众号已迁移”“此账号已被屏蔽，内容无法查看”……</w:t>
      </w:r>
    </w:p>
    <w:p>
      <w:pPr>
        <w:spacing w:line="360" w:lineRule="auto"/>
        <w:ind w:firstLine="420"/>
        <w:jc w:val="both"/>
        <w:textAlignment w:val="center"/>
        <w:rPr>
          <w:color w:val="000000"/>
        </w:rPr>
      </w:pPr>
      <w:r>
        <w:rPr>
          <w:rFonts w:ascii="楷体" w:hAnsi="楷体" w:eastAsia="楷体" w:cs="楷体"/>
          <w:color w:val="000000"/>
        </w:rPr>
        <w:t>⑭我赶紧在零落的书本中寻找我的读书摘记们，还好，它们懒懒地藏在案头，藏在我的书堆里，藏在时间深处。</w:t>
      </w:r>
    </w:p>
    <w:p>
      <w:pPr>
        <w:spacing w:line="360" w:lineRule="auto"/>
        <w:ind w:firstLine="420"/>
        <w:jc w:val="both"/>
        <w:textAlignment w:val="center"/>
        <w:rPr>
          <w:color w:val="000000"/>
        </w:rPr>
      </w:pPr>
      <w:r>
        <w:rPr>
          <w:rFonts w:ascii="楷体" w:hAnsi="楷体" w:eastAsia="楷体" w:cs="楷体"/>
          <w:color w:val="000000"/>
        </w:rPr>
        <w:t>⑮稍有闲暇，我总是习惯取出我的读书摘记，品咂深藏在精妙文字里的韵致，通过零散的文字一次次回到书中，回到故事和人物当中，踏着这些文字享受穿越时空的快乐，真是余香袅袅，回味悠长。</w:t>
      </w:r>
    </w:p>
    <w:p>
      <w:pPr>
        <w:spacing w:line="360" w:lineRule="auto"/>
        <w:ind w:firstLine="420"/>
        <w:jc w:val="right"/>
        <w:textAlignment w:val="center"/>
        <w:rPr>
          <w:color w:val="000000"/>
        </w:rPr>
      </w:pPr>
      <w:r>
        <w:rPr>
          <w:rFonts w:ascii="宋体" w:hAnsi="宋体" w:eastAsia="宋体" w:cs="宋体"/>
          <w:color w:val="000000"/>
        </w:rPr>
        <w:t>（取材于卢海娟的同名文章）</w:t>
      </w:r>
    </w:p>
    <w:p>
      <w:pPr>
        <w:spacing w:line="360" w:lineRule="auto"/>
        <w:jc w:val="left"/>
        <w:textAlignment w:val="center"/>
        <w:rPr>
          <w:color w:val="000000"/>
        </w:rPr>
      </w:pPr>
      <w:r>
        <w:rPr>
          <w:color w:val="000000"/>
        </w:rPr>
        <w:t xml:space="preserve">16. </w:t>
      </w:r>
      <w:r>
        <w:rPr>
          <w:rFonts w:ascii="宋体" w:hAnsi="宋体" w:eastAsia="宋体" w:cs="宋体"/>
          <w:color w:val="000000"/>
        </w:rPr>
        <w:t>文章写了“我”做读书摘记的经历和阅读摘记的感受。阅读全文，完成下面表格。</w:t>
      </w:r>
    </w:p>
    <w:tbl>
      <w:tblPr>
        <w:tblStyle w:val="4"/>
        <w:tblW w:w="6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33"/>
        <w:gridCol w:w="2496"/>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时间</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做摘记的经历</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阅读摘记的感受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碧玉年华</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自制小本子进行摘抄</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①</w:t>
            </w:r>
            <w:r>
              <w:rPr>
                <w:color w:val="000000"/>
              </w:rPr>
              <w:t>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上班后</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用硬纸壳封面本正反面写</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②</w:t>
            </w:r>
            <w:r>
              <w:rPr>
                <w:color w:val="000000"/>
              </w:rPr>
              <w:t>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近年</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③</w:t>
            </w:r>
            <w:r>
              <w:rPr>
                <w:color w:val="000000"/>
              </w:rPr>
              <w:t>______</w:t>
            </w:r>
          </w:p>
        </w:tc>
        <w:tc>
          <w:tcPr>
            <w:tcW w:w="24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享受、快乐</w:t>
            </w:r>
          </w:p>
        </w:tc>
      </w:tr>
    </w:tbl>
    <w:p>
      <w:pPr>
        <w:spacing w:line="360" w:lineRule="auto"/>
        <w:jc w:val="left"/>
        <w:textAlignment w:val="center"/>
        <w:rPr>
          <w:color w:val="000000"/>
        </w:rPr>
      </w:pPr>
      <w:r>
        <w:rPr>
          <w:color w:val="000000"/>
        </w:rPr>
        <w:t xml:space="preserve">17. </w:t>
      </w:r>
      <w:r>
        <w:rPr>
          <w:rFonts w:ascii="宋体" w:hAnsi="宋体" w:eastAsia="宋体" w:cs="宋体"/>
          <w:color w:val="000000"/>
        </w:rPr>
        <w:t>结合上下文，说说第⑤段中加点词语“反刍”的含义。</w:t>
      </w:r>
    </w:p>
    <w:p>
      <w:pPr>
        <w:spacing w:line="360" w:lineRule="auto"/>
        <w:jc w:val="left"/>
        <w:textAlignment w:val="center"/>
        <w:rPr>
          <w:color w:val="000000"/>
        </w:rPr>
      </w:pPr>
      <w:r>
        <w:rPr>
          <w:color w:val="000000"/>
        </w:rPr>
        <w:t xml:space="preserve">18. </w:t>
      </w:r>
      <w:r>
        <w:rPr>
          <w:rFonts w:ascii="宋体" w:hAnsi="宋体" w:eastAsia="宋体" w:cs="宋体"/>
          <w:color w:val="000000"/>
        </w:rPr>
        <w:t>有人认为⑩⑪两段和写“我”的读书摘记没有关系，没必要写。你是否同意？简要说明理由。</w:t>
      </w:r>
    </w:p>
    <w:p>
      <w:pPr>
        <w:spacing w:line="360" w:lineRule="auto"/>
        <w:jc w:val="left"/>
        <w:textAlignment w:val="center"/>
        <w:rPr>
          <w:color w:val="000000"/>
        </w:rPr>
      </w:pPr>
      <w:r>
        <w:rPr>
          <w:color w:val="000000"/>
        </w:rPr>
        <w:t xml:space="preserve">19. </w:t>
      </w:r>
      <w:r>
        <w:rPr>
          <w:rFonts w:ascii="宋体" w:hAnsi="宋体" w:eastAsia="宋体" w:cs="宋体"/>
          <w:color w:val="000000"/>
        </w:rPr>
        <w:t>结合全文，谈谈你对结尾“踏着这些文字享受跨越时空的快乐”的理解。</w:t>
      </w:r>
    </w:p>
    <w:p>
      <w:pPr>
        <w:spacing w:line="360" w:lineRule="auto"/>
        <w:textAlignment w:val="center"/>
        <w:rPr>
          <w:color w:val="000000"/>
        </w:rPr>
      </w:pPr>
      <w:r>
        <w:rPr>
          <w:color w:val="2E75B6"/>
        </w:rPr>
        <w:t>【答案】</w:t>
      </w:r>
      <w:r>
        <w:rPr>
          <w:color w:val="000000"/>
        </w:rPr>
        <w:t xml:space="preserve">16.     ①. </w:t>
      </w:r>
      <w:r>
        <w:rPr>
          <w:rFonts w:ascii="宋体" w:hAnsi="宋体" w:eastAsia="宋体" w:cs="宋体"/>
          <w:color w:val="000000"/>
        </w:rPr>
        <w:t>自豪、炫耀</w:t>
      </w:r>
      <w:r>
        <w:rPr>
          <w:color w:val="000000"/>
        </w:rPr>
        <w:t xml:space="preserve">    ②. </w:t>
      </w:r>
      <w:r>
        <w:rPr>
          <w:rFonts w:ascii="宋体" w:hAnsi="宋体" w:eastAsia="宋体" w:cs="宋体"/>
          <w:color w:val="000000"/>
        </w:rPr>
        <w:t>丰盈、富足</w:t>
      </w:r>
      <w:r>
        <w:rPr>
          <w:color w:val="000000"/>
        </w:rPr>
        <w:t xml:space="preserve">    ③. </w:t>
      </w:r>
      <w:r>
        <w:rPr>
          <w:rFonts w:ascii="宋体" w:hAnsi="宋体" w:eastAsia="宋体" w:cs="宋体"/>
          <w:color w:val="000000"/>
        </w:rPr>
        <w:t>保持着做摘记的习惯</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指对读书摘记的文章反复阅读、品味。</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第⑩⑪两段写了“我”对学校里要求大家写的读书摘记的不认同和大家对“我”的读书摘记的诟病，通过对比的方法，突出了如今许多人为完成读书任务而做的摘记的无意义，表现了“我”对读书摘记的爱好和理解，抒发了“我”对语言文字的热爱之情。</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反复阅读、品味读书摘记上的文字，一次次回忆起当时读的书和读书的情景，联想起自己曾经的碧玉年华，引发许多美好的回忆，带来无限的幸福和快乐。</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本题考查内容理解与概括。</w:t>
      </w:r>
    </w:p>
    <w:p>
      <w:pPr>
        <w:spacing w:line="360" w:lineRule="auto"/>
        <w:jc w:val="left"/>
        <w:textAlignment w:val="center"/>
        <w:rPr>
          <w:color w:val="000000"/>
        </w:rPr>
      </w:pPr>
      <w:r>
        <w:rPr>
          <w:rFonts w:ascii="宋体" w:hAnsi="宋体" w:eastAsia="宋体" w:cs="宋体"/>
          <w:color w:val="000000"/>
        </w:rPr>
        <w:t>①根据提示“碧玉年华”“自制小本子进行摘抄”可知在第②段，结合本段中关键句“当时，这是最值得我炫耀的事”，可得出答案：自豪、炫耀。</w:t>
      </w:r>
    </w:p>
    <w:p>
      <w:pPr>
        <w:spacing w:line="360" w:lineRule="auto"/>
        <w:jc w:val="left"/>
        <w:textAlignment w:val="center"/>
        <w:rPr>
          <w:color w:val="000000"/>
        </w:rPr>
      </w:pPr>
      <w:r>
        <w:rPr>
          <w:rFonts w:ascii="宋体" w:hAnsi="宋体" w:eastAsia="宋体" w:cs="宋体"/>
          <w:color w:val="000000"/>
        </w:rPr>
        <w:t>②根据提示“上班后”“用硬纸壳封面本正反面写”可知在第⑥至⑧段，结合第⑧段“阅读这些摘记，让我的内心感到丰盈与富足”，可得出答案：丰盈、富足。</w:t>
      </w:r>
    </w:p>
    <w:p>
      <w:pPr>
        <w:spacing w:line="360" w:lineRule="auto"/>
        <w:jc w:val="left"/>
        <w:textAlignment w:val="center"/>
        <w:rPr>
          <w:color w:val="000000"/>
        </w:rPr>
      </w:pPr>
      <w:r>
        <w:rPr>
          <w:rFonts w:ascii="宋体" w:hAnsi="宋体" w:eastAsia="宋体" w:cs="宋体"/>
          <w:color w:val="000000"/>
        </w:rPr>
        <w:t>③根据提示“近年”“享受、快乐”，可知在第⑨段，结合第⑨段“近年，我还保持着做摘记的习惯”，可得出答案：保持着做摘记的习惯。</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本题考查词语含义</w:t>
      </w:r>
      <w:r>
        <w:rPr>
          <w:rFonts w:ascii="宋体" w:hAnsi="宋体" w:eastAsia="宋体" w:cs="宋体"/>
          <w:color w:val="000000"/>
          <w:position w:val="-12"/>
        </w:rPr>
        <w:drawing>
          <wp:inline distT="0" distB="0" distL="114300" distR="114300">
            <wp:extent cx="127000" cy="76200"/>
            <wp:effectExtent l="0" t="0" r="0" b="0"/>
            <wp:docPr id="1627"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图片 100011"/>
                    <pic:cNvPicPr>
                      <a:picLocks noChangeAspect="1"/>
                    </pic:cNvPicPr>
                  </pic:nvPicPr>
                  <pic:blipFill>
                    <a:blip r:embed="rId163"/>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反刍”的本义是指某些动物进食经过一段时间以后将半消化的食物从胃里返回嘴里再次咀嚼；结合⑤段“没有书读的日子，我可以捧着我的读书摘记幸福地反刍”可知，这里的意思是指对读书摘记的文章反复阅读、品味。</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本题考查段落作用。</w:t>
      </w:r>
    </w:p>
    <w:p>
      <w:pPr>
        <w:spacing w:line="360" w:lineRule="auto"/>
        <w:jc w:val="left"/>
        <w:textAlignment w:val="center"/>
        <w:rPr>
          <w:color w:val="000000"/>
        </w:rPr>
      </w:pPr>
      <w:r>
        <w:rPr>
          <w:rFonts w:ascii="宋体" w:hAnsi="宋体" w:eastAsia="宋体" w:cs="宋体"/>
          <w:color w:val="000000"/>
        </w:rPr>
        <w:t>⑩段“最重要的是，我不知道那些摘抄有什么意义，既没有让人惊艳的句子，也没有让人沉思的哲理，哪怕让人心动一下、悲哀一下或是会心地笑一下，都没有，仅仅是为了完成读书任务”、⑪段“因此，我的摘抄被大家诟病</w:t>
      </w:r>
      <w:r>
        <w:rPr>
          <w:rFonts w:ascii="Times New Roman" w:hAnsi="Times New Roman" w:eastAsia="Times New Roman" w:cs="Times New Roman"/>
          <w:color w:val="000000"/>
        </w:rPr>
        <w:t>——</w:t>
      </w:r>
      <w:r>
        <w:rPr>
          <w:rFonts w:ascii="宋体" w:hAnsi="宋体" w:eastAsia="宋体" w:cs="宋体"/>
          <w:color w:val="000000"/>
        </w:rPr>
        <w:t>明明没有摘抄任务，何必多此一举”，根据⑨段“学校里倒是也要求大家写读书摘记，我检查过那些‘作品’，基本上没有人像我那样写双面，每一页摘抄的内容有限，不但段与段，甚至句与句之间都要空行，还要画一个大大方方的题花。我猜测，画题花的时间要比摘抄的时间还长吧”，可知第⑩⑪两段写了“我”对学校里要求大家写的读书摘记的不认同和大家对“我”的读书摘记的诟病，与第⑨段段形成了对比，突出了如今许多人为完成读书任务而做的摘记的无意义，写出了“我”是出于真心的热爱而做读书摘记，表达了“我”对语言文字的热爱之情，因此这两个段落很有必要写。</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本题考查句子含义。</w:t>
      </w:r>
    </w:p>
    <w:p>
      <w:pPr>
        <w:spacing w:line="360" w:lineRule="auto"/>
        <w:jc w:val="left"/>
        <w:textAlignment w:val="center"/>
        <w:rPr>
          <w:color w:val="000000"/>
        </w:rPr>
      </w:pPr>
      <w:r>
        <w:rPr>
          <w:rFonts w:ascii="宋体" w:hAnsi="宋体" w:eastAsia="宋体" w:cs="宋体"/>
          <w:color w:val="000000"/>
        </w:rPr>
        <w:t>本文回忆了自己碧玉年华、上班后、和近年做读书摘记的经历，表达了作者对知识的渴望、对文字的热爱之情。</w:t>
      </w:r>
    </w:p>
    <w:p>
      <w:pPr>
        <w:spacing w:line="360" w:lineRule="auto"/>
        <w:jc w:val="left"/>
        <w:textAlignment w:val="center"/>
        <w:rPr>
          <w:color w:val="000000"/>
        </w:rPr>
      </w:pPr>
      <w:r>
        <w:rPr>
          <w:rFonts w:ascii="宋体" w:hAnsi="宋体" w:eastAsia="宋体" w:cs="宋体"/>
          <w:color w:val="000000"/>
        </w:rPr>
        <w:t>根据本文的主要内容，结合⑮段“稍有闲暇，我总是习惯取出我的读书摘记，品咂深藏在精妙文字里的韵致，通过零散的文字一次次回到书中，回到故事和人物当中”可知，结尾“踏着这些文字享受跨越时空的快乐”的含义是：“我”反复阅读、品味自己读书摘记上的文字，一次次回忆起当时读的书和读书的情景，联想起自己当年读书时的快乐年华，从而引发对往昔岁月的美好回忆，感到到跨越时空的幸福和快乐。</w:t>
      </w:r>
    </w:p>
    <w:p>
      <w:pPr>
        <w:pStyle w:val="Heading3"/>
      </w:pPr>
      <w:r>
        <w:t>大兴区</w:t>
      </w:r>
    </w:p>
    <w:p>
      <w:pPr>
        <w:spacing w:line="360" w:lineRule="auto"/>
        <w:jc w:val="both"/>
        <w:textAlignment w:val="center"/>
        <w:rPr>
          <w:color w:val="000000"/>
        </w:rPr>
      </w:pPr>
      <w:r>
        <w:rPr>
          <w:rFonts w:ascii="宋体" w:hAnsi="宋体" w:eastAsia="宋体" w:cs="宋体"/>
          <w:b/>
          <w:color w:val="000000"/>
          <w:sz w:val="24"/>
        </w:rPr>
        <w:t>四、现代文阅读（共21分）</w:t>
      </w:r>
    </w:p>
    <w:p>
      <w:pPr>
        <w:spacing w:line="360" w:lineRule="auto"/>
        <w:jc w:val="both"/>
        <w:textAlignment w:val="center"/>
        <w:rPr>
          <w:color w:val="000000"/>
        </w:rPr>
      </w:pPr>
      <w:r>
        <w:rPr>
          <w:rFonts w:ascii="宋体" w:hAnsi="宋体" w:eastAsia="宋体" w:cs="宋体"/>
          <w:b/>
          <w:color w:val="000000"/>
          <w:sz w:val="24"/>
        </w:rPr>
        <w:t>（一）（共10分）</w:t>
      </w:r>
    </w:p>
    <w:p>
      <w:pPr>
        <w:spacing w:line="360" w:lineRule="auto"/>
        <w:jc w:val="both"/>
        <w:textAlignment w:val="center"/>
        <w:rPr>
          <w:color w:val="000000"/>
        </w:rPr>
      </w:pPr>
      <w:r>
        <w:rPr>
          <w:rFonts w:ascii="宋体" w:hAnsi="宋体" w:eastAsia="宋体" w:cs="宋体"/>
          <w:color w:val="000000"/>
        </w:rPr>
        <w:t>阅读《高贵的生命不卑微》，完成下面小题。</w:t>
      </w:r>
    </w:p>
    <w:p>
      <w:pPr>
        <w:spacing w:line="360" w:lineRule="auto"/>
        <w:jc w:val="center"/>
        <w:textAlignment w:val="center"/>
        <w:rPr>
          <w:color w:val="000000"/>
        </w:rPr>
      </w:pPr>
      <w:r>
        <w:rPr>
          <w:rFonts w:ascii="楷体" w:hAnsi="楷体" w:eastAsia="楷体" w:cs="楷体"/>
          <w:color w:val="000000"/>
        </w:rPr>
        <w:t>高贵的生命不卑微</w:t>
      </w:r>
    </w:p>
    <w:p>
      <w:pPr>
        <w:spacing w:line="360" w:lineRule="auto"/>
        <w:jc w:val="center"/>
        <w:textAlignment w:val="center"/>
        <w:rPr>
          <w:color w:val="000000"/>
        </w:rPr>
      </w:pPr>
      <w:r>
        <w:rPr>
          <w:rFonts w:ascii="楷体" w:hAnsi="楷体" w:eastAsia="楷体" w:cs="楷体"/>
          <w:color w:val="000000"/>
        </w:rPr>
        <w:t>朱国勇</w:t>
      </w:r>
    </w:p>
    <w:p>
      <w:pPr>
        <w:spacing w:line="360" w:lineRule="auto"/>
        <w:ind w:firstLine="420"/>
        <w:jc w:val="both"/>
        <w:textAlignment w:val="center"/>
        <w:rPr>
          <w:color w:val="000000"/>
        </w:rPr>
      </w:pPr>
      <w:r>
        <w:rPr>
          <w:rFonts w:ascii="楷体" w:hAnsi="楷体" w:eastAsia="楷体" w:cs="楷体"/>
          <w:color w:val="000000"/>
        </w:rPr>
        <w:t>①他是黑人，1963年出生于纽约布鲁克林贫民区。贫寒的家境，卑微的社会地位，使他对于未来看不到任何希望。</w:t>
      </w:r>
    </w:p>
    <w:p>
      <w:pPr>
        <w:spacing w:line="360" w:lineRule="auto"/>
        <w:ind w:firstLine="420"/>
        <w:jc w:val="both"/>
        <w:textAlignment w:val="center"/>
        <w:rPr>
          <w:color w:val="000000"/>
        </w:rPr>
      </w:pPr>
      <w:r>
        <w:rPr>
          <w:rFonts w:ascii="楷体" w:hAnsi="楷体" w:eastAsia="楷体" w:cs="楷体"/>
          <w:color w:val="000000"/>
        </w:rPr>
        <w:t>②十三岁的那一年，有一天，父亲突然递给他一件旧衣服：“这件衣服能值多少钱？”“大概一美元。”他回答。“你能将它卖到两美元吗？”父亲用探询的目光看着他。“傻子才会买！”他赌着气说。父亲的目光真诚又透着渴求：“你为什么不试一试呢？要是你卖掉了，也算帮了我和你的妈妈。”他这才点了点头：“我可以试一试，但是不一定能卖掉。”他很小心地把衣服洗净，没有熨斗，他就用刷子把衣服刷平，铺在一块平板上晾干。第二天，他带着这件衣服来到一个人流密集的地铁站，经过六个多小时的叫卖，他终于卖出了这件衣服。</w:t>
      </w:r>
    </w:p>
    <w:p>
      <w:pPr>
        <w:spacing w:line="360" w:lineRule="auto"/>
        <w:ind w:firstLine="420"/>
        <w:jc w:val="both"/>
        <w:textAlignment w:val="center"/>
        <w:rPr>
          <w:color w:val="000000"/>
        </w:rPr>
      </w:pPr>
      <w:r>
        <w:rPr>
          <w:rFonts w:ascii="楷体" w:hAnsi="楷体" w:eastAsia="楷体" w:cs="楷体"/>
          <w:color w:val="000000"/>
        </w:rPr>
        <w:t>③过了十多天，父亲突然又递给他一件旧衣服：“你想想，这件衣服怎样才能卖到二十美元？”“怎么可能？这么一件旧衣服怎么能卖到二十美元，它最多只值两美元。”“你为什么不试一试呢？”父亲启发他，“好好想想，总会有办法的。”终于，他想到了一个好办法。他请自己学画画的表哥在衣服上画了一只可爱的唐老鸭与一只顽皮的米老鼠。他选择在一个贵族子弟学校的门口叫卖。不一会儿，一个开车接少爷放学的管家为他的小少爷买下了这件衣服。那个十来岁的孩子十分喜爱衣服上的图案，一高兴，又给了他五美元的小费。二十五美元，这无疑是一笔巨款！</w:t>
      </w:r>
    </w:p>
    <w:p>
      <w:pPr>
        <w:spacing w:line="360" w:lineRule="auto"/>
        <w:ind w:firstLine="420"/>
        <w:jc w:val="both"/>
        <w:textAlignment w:val="center"/>
        <w:rPr>
          <w:color w:val="000000"/>
        </w:rPr>
      </w:pPr>
      <w:r>
        <w:rPr>
          <w:rFonts w:ascii="楷体" w:hAnsi="楷体" w:eastAsia="楷体" w:cs="楷体"/>
          <w:color w:val="000000"/>
        </w:rPr>
        <w:t>④回到家后，父亲又递给他一件旧衣服：“你能把他卖到两百美元吗？”父亲目光深邃，像一口老井幽幽地闪着光。这一回，他没有犹豫，接过了衣服，开始了思索。</w:t>
      </w:r>
    </w:p>
    <w:p>
      <w:pPr>
        <w:spacing w:line="360" w:lineRule="auto"/>
        <w:ind w:firstLine="420"/>
        <w:jc w:val="both"/>
        <w:textAlignment w:val="center"/>
        <w:rPr>
          <w:color w:val="000000"/>
        </w:rPr>
      </w:pPr>
      <w:r>
        <w:rPr>
          <w:rFonts w:ascii="楷体" w:hAnsi="楷体" w:eastAsia="楷体" w:cs="楷体"/>
          <w:color w:val="000000"/>
        </w:rPr>
        <w:t>⑤两个月后，机会终于来了。当红电影《霹雳娇娃》的女主演拉佛西来到了纽约宣传。记者招待会结束后，他猛地推开身边的保安，扑到了拉佛西身边，举着旧衣服请她签个名。拉佛西先是一愣，但是马上就笑了。没有人会拒绝一个纯真的孩子。拉佛西流畅地签完名。</w:t>
      </w:r>
    </w:p>
    <w:p>
      <w:pPr>
        <w:spacing w:line="360" w:lineRule="auto"/>
        <w:ind w:firstLine="420"/>
        <w:jc w:val="both"/>
        <w:textAlignment w:val="center"/>
        <w:rPr>
          <w:color w:val="000000"/>
        </w:rPr>
      </w:pPr>
      <w:r>
        <w:rPr>
          <w:rFonts w:ascii="楷体" w:hAnsi="楷体" w:eastAsia="楷体" w:cs="楷体"/>
          <w:color w:val="000000"/>
        </w:rPr>
        <w:t>⑥他笑了，黝黑的面庞，洁白的牙齿，“拉佛西女士，我能把这件衣服卖掉吗？”“当然，这是你的衣服，怎么处理完全是你的自由！”他“哈”的一声欢呼起来：“拉佛西小姐亲笔签名的运动衫，售价两百美元！”经过现场竞价，一名石油商人以一千两百美元的高价收购了这件运动衫。</w:t>
      </w:r>
    </w:p>
    <w:p>
      <w:pPr>
        <w:spacing w:line="360" w:lineRule="auto"/>
        <w:ind w:firstLine="420"/>
        <w:jc w:val="both"/>
        <w:textAlignment w:val="center"/>
        <w:rPr>
          <w:color w:val="000000"/>
        </w:rPr>
      </w:pPr>
      <w:r>
        <w:rPr>
          <w:rFonts w:ascii="楷体" w:hAnsi="楷体" w:eastAsia="楷体" w:cs="楷体"/>
          <w:color w:val="000000"/>
        </w:rPr>
        <w:t>⑦回到家里，他和父亲，还有一大家人陷入了狂欢。父亲感动得泪水横流，不断地亲吻着他的额头，“我原本打算，你要是卖不掉，我就派人买下这件衣服。没想到你真的做到了！你真棒！我的孩子，你真的很棒……”父亲接着说道，“我只是想告诉你，一件只值一美元的旧衣服，都有办法高贵起来，何况我们这些活生生的人呢？我们有什么理由对生活丧失信心呢？”就在这一刹那间，</w:t>
      </w:r>
      <w:r>
        <w:rPr>
          <w:rFonts w:ascii="楷体" w:hAnsi="楷体" w:eastAsia="楷体" w:cs="楷体"/>
          <w:color w:val="000000"/>
          <w:u w:val="single"/>
        </w:rPr>
        <w:t>他的心中，有一轮灿烂的太阳升了起来，照亮了他的全身和眼前的世界。</w:t>
      </w:r>
      <w:r>
        <w:rPr>
          <w:rFonts w:ascii="楷体" w:hAnsi="楷体" w:eastAsia="楷体" w:cs="楷体"/>
          <w:color w:val="000000"/>
        </w:rPr>
        <w:t>“连一件旧衣服都有办法高贵，我还有什么理由妄自菲薄呢！”</w:t>
      </w:r>
    </w:p>
    <w:p>
      <w:pPr>
        <w:spacing w:line="360" w:lineRule="auto"/>
        <w:ind w:firstLine="420"/>
        <w:jc w:val="both"/>
        <w:textAlignment w:val="center"/>
        <w:rPr>
          <w:color w:val="000000"/>
        </w:rPr>
      </w:pPr>
      <w:r>
        <w:rPr>
          <w:rFonts w:ascii="楷体" w:hAnsi="楷体" w:eastAsia="楷体" w:cs="楷体"/>
          <w:color w:val="000000"/>
        </w:rPr>
        <w:t>⑧从此，他开始努力地学习、刻苦地锻炼，时刻对未来充满着希望！二十年后，他的名字传遍了世界的每一个角落。他的名字叫——迈克尔·乔丹！</w:t>
      </w:r>
    </w:p>
    <w:p>
      <w:pPr>
        <w:spacing w:line="360" w:lineRule="auto"/>
        <w:jc w:val="right"/>
        <w:textAlignment w:val="center"/>
        <w:rPr>
          <w:color w:val="000000"/>
        </w:rPr>
      </w:pPr>
      <w:r>
        <w:rPr>
          <w:rFonts w:ascii="宋体" w:hAnsi="宋体" w:eastAsia="宋体" w:cs="宋体"/>
          <w:color w:val="000000"/>
        </w:rPr>
        <w:t>（选自朱国勇同名文章，有删改）</w:t>
      </w:r>
    </w:p>
    <w:p>
      <w:pPr>
        <w:spacing w:line="360" w:lineRule="auto"/>
        <w:jc w:val="left"/>
        <w:textAlignment w:val="center"/>
        <w:rPr>
          <w:color w:val="000000"/>
        </w:rPr>
      </w:pPr>
      <w:r>
        <w:rPr>
          <w:color w:val="000000"/>
        </w:rPr>
        <w:t xml:space="preserve">14. </w:t>
      </w:r>
      <w:r>
        <w:rPr>
          <w:rFonts w:ascii="宋体" w:hAnsi="宋体" w:eastAsia="宋体" w:cs="宋体"/>
          <w:color w:val="000000"/>
        </w:rPr>
        <w:t>简要分析第①段的作用。</w:t>
      </w:r>
    </w:p>
    <w:p>
      <w:pPr>
        <w:spacing w:line="360" w:lineRule="auto"/>
        <w:jc w:val="left"/>
        <w:textAlignment w:val="center"/>
        <w:rPr>
          <w:color w:val="000000"/>
        </w:rPr>
      </w:pPr>
      <w:r>
        <w:rPr>
          <w:color w:val="000000"/>
        </w:rPr>
        <w:t xml:space="preserve">15. </w:t>
      </w:r>
      <w:r>
        <w:rPr>
          <w:rFonts w:ascii="宋体" w:hAnsi="宋体" w:eastAsia="宋体" w:cs="宋体"/>
          <w:color w:val="000000"/>
        </w:rPr>
        <w:t>文中两次出现“笑了”，请结合上下文分别分析“笑”的原因。</w:t>
      </w:r>
    </w:p>
    <w:p>
      <w:pPr>
        <w:spacing w:line="360" w:lineRule="auto"/>
        <w:jc w:val="left"/>
        <w:textAlignment w:val="center"/>
        <w:rPr>
          <w:color w:val="000000"/>
        </w:rPr>
      </w:pPr>
      <w:r>
        <w:rPr>
          <w:color w:val="000000"/>
        </w:rPr>
        <w:t xml:space="preserve">16. </w:t>
      </w:r>
      <w:r>
        <w:rPr>
          <w:rFonts w:ascii="宋体" w:hAnsi="宋体" w:eastAsia="宋体" w:cs="宋体"/>
          <w:color w:val="000000"/>
        </w:rPr>
        <w:t>请结合文章内容，分析父亲的形象。</w:t>
      </w:r>
    </w:p>
    <w:p>
      <w:pPr>
        <w:spacing w:line="360" w:lineRule="auto"/>
        <w:jc w:val="left"/>
        <w:textAlignment w:val="center"/>
        <w:rPr>
          <w:color w:val="000000"/>
        </w:rPr>
      </w:pPr>
      <w:r>
        <w:rPr>
          <w:color w:val="000000"/>
        </w:rPr>
        <w:t xml:space="preserve">17. </w:t>
      </w:r>
      <w:r>
        <w:rPr>
          <w:rFonts w:ascii="宋体" w:hAnsi="宋体" w:eastAsia="宋体" w:cs="宋体"/>
          <w:color w:val="000000"/>
        </w:rPr>
        <w:t>联系上下文，谈谈你对“他的心中，有一轮灿烂的太阳升了起来，照亮了他的全身和眼前的世界”这句话的理解，并写出你从文中得到的启示。</w:t>
      </w:r>
    </w:p>
    <w:p>
      <w:pPr>
        <w:spacing w:line="360" w:lineRule="auto"/>
        <w:textAlignment w:val="center"/>
        <w:rPr>
          <w:color w:val="000000"/>
        </w:rPr>
      </w:pPr>
      <w:r>
        <w:rPr>
          <w:color w:val="2E75B6"/>
        </w:rPr>
        <w:t>【答案】</w:t>
      </w:r>
      <w:r>
        <w:rPr>
          <w:color w:val="000000"/>
        </w:rPr>
        <w:t xml:space="preserve">14. </w:t>
      </w:r>
      <w:r>
        <w:rPr>
          <w:rFonts w:ascii="宋体" w:hAnsi="宋体" w:eastAsia="宋体" w:cs="宋体"/>
          <w:color w:val="000000"/>
        </w:rPr>
        <w:t>示例：交代了男孩的身份和他的自卑心理，为下文情节的展开作铺垫；与结尾形成照应，使文章结构严谨。</w:t>
      </w:r>
      <w:r>
        <w:rPr>
          <w:color w:val="000000"/>
        </w:rPr>
        <w:t xml:space="preserve">    </w:t>
      </w:r>
    </w:p>
    <w:p>
      <w:pPr>
        <w:spacing w:line="360" w:lineRule="auto"/>
        <w:textAlignment w:val="center"/>
        <w:rPr>
          <w:color w:val="000000"/>
        </w:rPr>
      </w:pPr>
      <w:r>
        <w:rPr>
          <w:color w:val="000000"/>
        </w:rPr>
        <w:t xml:space="preserve">15. </w:t>
      </w:r>
      <w:r>
        <w:rPr>
          <w:rFonts w:ascii="宋体" w:hAnsi="宋体" w:eastAsia="宋体" w:cs="宋体"/>
          <w:color w:val="000000"/>
        </w:rPr>
        <w:t>示例：第一处“笑了”：女主演拉佛西被男孩的热情和纯真感染，感到高兴，决定满足男孩的愿望，为他签名。第二处“笑了”：男孩为实现了自己的想法而感到高兴。</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示例：父亲面对贫寒的家境、卑微的社会地位不丧失信心；面对困难，父亲鼓励孩子大胆尝试、独立思考，激发孩子的潜能，可以看出父亲是乐观、充满希望，智慧、循循善诱的人。</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示例：一美元的旧衣服都有办法高贵起来的事实，使男孩子对生活充满了信心和希望。只要心中有信念，努力学习，积极探索，就能实现自我价值，甚至超越自我。</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color w:val="000000"/>
        </w:rPr>
        <w:t>本题考查对首段在结构上作</w:t>
      </w:r>
      <w:r>
        <w:rPr>
          <w:rFonts w:ascii="宋体" w:hAnsi="宋体" w:eastAsia="宋体" w:cs="宋体"/>
          <w:color w:val="000000"/>
        </w:rPr>
        <w:t>用的理解与分析能力。解答时，通读全文，把握文章脉络之后分析。第①段交代了主人公小男孩的身份，并点出他因身份具有自卑心理。在下文中，随着情节的发展，小男孩成功地卖掉了三件旧衣服，并在父亲的鼓励下找到自信，努力奋斗最终获得巨大的成功。第一段的内容为下文这些情节的展开做了铺垫，巨大的对比使行文有波澜，增强了读者的阅读兴趣。文章结尾揭示了小男孩的身份，他是迈克尔·乔丹。努力学习，刻苦锻炼，充满希望，最终获得巨大成功的小男孩，与第一段中自卑没有希望的贫穷黑人男孩形成照应，使文章结构严谨。</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本题是对文章内容和</w:t>
      </w:r>
      <w:r>
        <w:rPr>
          <w:rFonts w:ascii="宋体" w:hAnsi="宋体" w:eastAsia="宋体" w:cs="宋体"/>
          <w:color w:val="000000"/>
        </w:rPr>
        <w:t>感情的考查。按顺序找到相应段落，结合人物的语言、动作等描写等语句，分析人物的心理或找出表达感。</w:t>
      </w:r>
    </w:p>
    <w:p>
      <w:pPr>
        <w:spacing w:line="360" w:lineRule="auto"/>
        <w:jc w:val="left"/>
        <w:textAlignment w:val="center"/>
        <w:rPr>
          <w:color w:val="000000"/>
        </w:rPr>
      </w:pPr>
      <w:r>
        <w:rPr>
          <w:rFonts w:ascii="宋体" w:hAnsi="宋体" w:eastAsia="宋体" w:cs="宋体"/>
          <w:color w:val="000000"/>
        </w:rPr>
        <w:t>第⑤段，第1处“笑了”主语是拉佛西，男孩猛然扑到女主演拉佛西面前举着旧衣请他签名，通过“拉佛西先是一愣，但是马上就笑了。没有人会拒绝一个纯真的孩子”可以看出拉佛西被男孩的勇敢、热情和纯真感染，感到高兴，所以笑了，决定为他签名；</w:t>
      </w:r>
    </w:p>
    <w:p>
      <w:pPr>
        <w:spacing w:line="360" w:lineRule="auto"/>
        <w:jc w:val="left"/>
        <w:textAlignment w:val="center"/>
        <w:rPr>
          <w:color w:val="000000"/>
        </w:rPr>
      </w:pPr>
      <w:r>
        <w:rPr>
          <w:rFonts w:ascii="宋体" w:hAnsi="宋体" w:eastAsia="宋体" w:cs="宋体"/>
          <w:color w:val="000000"/>
        </w:rPr>
        <w:t>第⑥段，第2处“笑了”的主语是小男孩，拉佛西的签名使旧衣服价值大增，一定能够卖出一个好价钱，他有希望完成父亲的要求，通过“他‘哈’的一声欢呼起来：‘拉佛西小姐亲笔签名的运动衫，售价两百美元！’”可以看出他是为实现了自己的“计谋”而开心。</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本题考查分析人物形象。</w:t>
      </w:r>
    </w:p>
    <w:p>
      <w:pPr>
        <w:spacing w:line="360" w:lineRule="auto"/>
        <w:jc w:val="left"/>
        <w:textAlignment w:val="center"/>
        <w:rPr>
          <w:color w:val="000000"/>
        </w:rPr>
      </w:pPr>
      <w:r>
        <w:rPr>
          <w:color w:val="000000"/>
        </w:rPr>
        <w:t>结合文章</w:t>
      </w:r>
      <w:r>
        <w:rPr>
          <w:rFonts w:ascii="宋体" w:hAnsi="宋体" w:eastAsia="宋体" w:cs="宋体"/>
          <w:color w:val="000000"/>
        </w:rPr>
        <w:t>第①段“贫寒的家境，卑微的社会地位，使他对于未来看不到任何希望”，第②段“‘你能将它卖到两美元吗？’父亲用探询的目光看着他。‘傻子才会买！’他赌着气说。父亲的目光真诚又透着渴求：‘你为什么不试一试呢？’”，第⑦段“父亲感动得泪水横流，不断地亲吻着他的额头，‘我原本打算，你要是卖不掉，我就派人买下这件衣服。没想到你真的做到了！你真棒！我的孩子，你真的很棒……’”“我只是想告诉你，一件只值一美元的旧衣服，都有办法高贵起来，何况我们这些活生生的人呢？我们有什么理由对生活丧失信心呢？”分析，父亲面对贫寒的家境、卑微的社会地位不丧失信心；面对困难，父亲鼓励孩子</w:t>
      </w:r>
      <w:r>
        <w:rPr>
          <w:color w:val="000000"/>
        </w:rPr>
        <w:t>大胆尝试、独立思考，激发孩子的潜能，可以看出父亲是乐观、充满希望，智慧、循循善诱的人。</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第一问，本题考查对句子含义的</w:t>
      </w:r>
      <w:r>
        <w:rPr>
          <w:rFonts w:ascii="宋体" w:hAnsi="宋体" w:eastAsia="宋体" w:cs="宋体"/>
          <w:color w:val="000000"/>
        </w:rPr>
        <w:t>理解和分析能力。解答时，要结合文章内容和具体语境分析句子含义。父亲对小男孩说：“一件只值一美元的旧衣服，都有办法高贵起来。何况我们这些活生生的人呢？我们有什么理由对生活丧失信心呢？我们只不过黑一点穷一点，可这又有什么关系”，父亲的鼓励使小男孩看到了生活的希望，对未来充满信心，既然一美元的旧衣服都能高贵起来，那么自己也一定能取得成功。“灿烂的太阳”就是指小男孩的信心和希望，它们就像太阳，照亮了他的内心，驱散了自卑的阴影，增强了他的自信，使他对生活、对未来充满了希望。</w:t>
      </w:r>
    </w:p>
    <w:p>
      <w:pPr>
        <w:spacing w:line="360" w:lineRule="auto"/>
        <w:jc w:val="left"/>
        <w:textAlignment w:val="center"/>
        <w:rPr>
          <w:color w:val="000000"/>
        </w:rPr>
      </w:pPr>
      <w:r>
        <w:rPr>
          <w:color w:val="000000"/>
        </w:rPr>
        <w:t>第二问，考查语言表达。结合自己的理解与感悟作答即可。</w:t>
      </w:r>
    </w:p>
    <w:p>
      <w:pPr>
        <w:spacing w:line="360" w:lineRule="auto"/>
        <w:jc w:val="left"/>
        <w:textAlignment w:val="center"/>
        <w:rPr>
          <w:color w:val="000000"/>
        </w:rPr>
      </w:pPr>
      <w:r>
        <w:rPr>
          <w:color w:val="000000"/>
        </w:rPr>
        <w:t xml:space="preserve">示例：生命不因种族、肤色、贫富而有贵贱之分，每个人都是高贵的，不要妄自菲薄；只要不丧失希望，努力学习，刻苦锻炼，积极探索，不断奋斗，就能实现自我价值，甚至超越自我，终而获得成功，实现理想。     </w:t>
      </w:r>
    </w:p>
    <w:p>
      <w:pPr>
        <w:spacing w:line="360" w:lineRule="auto"/>
        <w:jc w:val="both"/>
        <w:textAlignment w:val="center"/>
        <w:rPr>
          <w:color w:val="000000"/>
        </w:rPr>
      </w:pPr>
      <w:r>
        <w:rPr>
          <w:rFonts w:ascii="宋体" w:hAnsi="宋体" w:eastAsia="宋体" w:cs="宋体"/>
          <w:b/>
          <w:color w:val="000000"/>
          <w:sz w:val="24"/>
        </w:rPr>
        <w:t>（二）（共11分）</w:t>
      </w:r>
    </w:p>
    <w:p>
      <w:pPr>
        <w:spacing w:line="360" w:lineRule="auto"/>
        <w:jc w:val="both"/>
        <w:textAlignment w:val="center"/>
        <w:rPr>
          <w:color w:val="000000"/>
        </w:rPr>
      </w:pPr>
      <w:r>
        <w:rPr>
          <w:rFonts w:ascii="宋体" w:hAnsi="宋体" w:eastAsia="宋体" w:cs="宋体"/>
          <w:color w:val="000000"/>
        </w:rPr>
        <w:t>阅读《燕子》，完成下面小题。</w:t>
      </w:r>
    </w:p>
    <w:p>
      <w:pPr>
        <w:spacing w:line="360" w:lineRule="auto"/>
        <w:ind w:firstLine="420"/>
        <w:jc w:val="both"/>
        <w:textAlignment w:val="center"/>
        <w:rPr>
          <w:color w:val="000000"/>
        </w:rPr>
      </w:pPr>
      <w:r>
        <w:rPr>
          <w:rFonts w:ascii="楷体" w:hAnsi="楷体" w:eastAsia="楷体" w:cs="楷体"/>
          <w:color w:val="000000"/>
        </w:rPr>
        <w:t>①不见了燕子，已是七八年的光景。我常在城里寻觅，但每每却都失望了。商场的大厅里它自然不肯去的，那高达十几层的楼顶上，我爬上去了，也不曾见它的巢儿筑着，我也专意到公园寻过了一次，那水光山色里，也没它的足迹。啊，可亲的燕子，难道你是在地球上灭绝了吗？还是不肯到大城市里来？这么苦着我，使我夜夜梦着你的倩影和呢喃的低吟，哀愁不能自已！</w:t>
      </w:r>
    </w:p>
    <w:p>
      <w:pPr>
        <w:spacing w:line="360" w:lineRule="auto"/>
        <w:ind w:firstLine="420"/>
        <w:jc w:val="both"/>
        <w:textAlignment w:val="center"/>
        <w:rPr>
          <w:color w:val="000000"/>
        </w:rPr>
      </w:pPr>
      <w:r>
        <w:rPr>
          <w:rFonts w:ascii="楷体" w:hAnsi="楷体" w:eastAsia="楷体" w:cs="楷体"/>
          <w:color w:val="000000"/>
        </w:rPr>
        <w:t>②记得在乡里的时候，天一暖和，它就来了，住在我家低低的草屋梁上，一直到天气变冷的深秋了，才要离去。它是穿着一件黑外衣的，总是把头裹得严严，似乎是一个寡妇，整日呢呢喃喃，一副懦弱而固执的模样。我刚刚会爬，光着屁股在土窝里滚。后来，稍稍大点，就去放牛；我摘过草莓子吃，也趴在河里喝水，也坐在阳坡上捉虱，甚至跟着奶奶，一块儿去山坡上的庙中烧香磕头呢。可走到哪里，燕子总陪伴我，它是懂得我们的，常常只要学着一声呢喃的叫声，它就会飞到我们手掌上来呢。</w:t>
      </w:r>
    </w:p>
    <w:p>
      <w:pPr>
        <w:spacing w:line="360" w:lineRule="auto"/>
        <w:ind w:firstLine="420"/>
        <w:jc w:val="both"/>
        <w:textAlignment w:val="center"/>
        <w:rPr>
          <w:color w:val="000000"/>
        </w:rPr>
      </w:pPr>
      <w:r>
        <w:rPr>
          <w:rFonts w:ascii="楷体" w:hAnsi="楷体" w:eastAsia="楷体" w:cs="楷体"/>
          <w:color w:val="000000"/>
        </w:rPr>
        <w:t>③在我的童年幼年里，饲养过猫儿狗儿，但猫儿容易背叛，狗儿又多恶事，唯有燕子是最好的了。在这四山之间的地方，它给了我乐趣，也给了我得意。我年年盼着它来，它果然也就来了。一直过了好多年，它还是它的老样儿，年年还记得这么个草屋呢。</w:t>
      </w:r>
    </w:p>
    <w:p>
      <w:pPr>
        <w:spacing w:line="360" w:lineRule="auto"/>
        <w:ind w:firstLine="420"/>
        <w:jc w:val="both"/>
        <w:textAlignment w:val="center"/>
        <w:rPr>
          <w:color w:val="000000"/>
        </w:rPr>
      </w:pPr>
      <w:r>
        <w:rPr>
          <w:rFonts w:ascii="楷体" w:hAnsi="楷体" w:eastAsia="楷体" w:cs="楷体"/>
          <w:color w:val="000000"/>
        </w:rPr>
        <w:t>④我长成大人了，从乡里到大城市里求学，却深深地羞愧起儿时的愚昧，时常想起来，就感到脸红。那时，我觉得故乡贫困落后，一心想逃离，离得越远越好。想想我家的燕子，这么多年来始终不离不弃，一到春天就如约而至。我很长一段时间没有回到老家了，燕子它还住在我家的木梁上吗？它还在说着那永不改音的古老的话吗？我想把这一切的变化，一切的见识，诉说给它，但却再也寻不着它了。</w:t>
      </w:r>
    </w:p>
    <w:p>
      <w:pPr>
        <w:spacing w:line="360" w:lineRule="auto"/>
        <w:ind w:firstLine="420"/>
        <w:jc w:val="both"/>
        <w:textAlignment w:val="center"/>
        <w:rPr>
          <w:color w:val="000000"/>
        </w:rPr>
      </w:pPr>
      <w:r>
        <w:rPr>
          <w:rFonts w:ascii="楷体" w:hAnsi="楷体" w:eastAsia="楷体" w:cs="楷体"/>
          <w:color w:val="000000"/>
        </w:rPr>
        <w:t>⑤终有一日，市里开会，会址是一座七层楼的大会议室，摆设十分讲究。我靠近那面一人多高的玻璃窗前，正听着报告，突然有了一片呢呢喃喃的叫声，神经立即触动了。举头看时，那窗外的半空，灰白色里，翻动着无数的黑点。啊，燕子，是我可亲的燕子！它竟到城市里来了，来得又是那么的多！在这个世界上，它是无处不去的；往日我怨恨它的不来，原来是我的少见多怪了！</w:t>
      </w:r>
    </w:p>
    <w:p>
      <w:pPr>
        <w:spacing w:line="360" w:lineRule="auto"/>
        <w:ind w:firstLine="420"/>
        <w:jc w:val="both"/>
        <w:textAlignment w:val="center"/>
        <w:rPr>
          <w:color w:val="000000"/>
        </w:rPr>
      </w:pPr>
      <w:r>
        <w:rPr>
          <w:rFonts w:ascii="楷体" w:hAnsi="楷体" w:eastAsia="楷体" w:cs="楷体"/>
          <w:color w:val="000000"/>
        </w:rPr>
        <w:t>⑥燕子越来越多了，组成了一个燕子阵，使夕阳晚照的天，也不明朗起来。但是，却没有一只是冲着这座七层楼来的。我探出头看去，四面都是高楼大厦，燕子盘旋成团，全是绕着右侧的一座并不高大的鼓楼飞的，在那鼓楼的顶上，檐下，栏里，阶内，出出进进，鸣叫不已。</w:t>
      </w:r>
    </w:p>
    <w:p>
      <w:pPr>
        <w:spacing w:line="360" w:lineRule="auto"/>
        <w:ind w:firstLine="420"/>
        <w:jc w:val="both"/>
        <w:textAlignment w:val="center"/>
        <w:rPr>
          <w:color w:val="000000"/>
        </w:rPr>
      </w:pPr>
      <w:r>
        <w:rPr>
          <w:rFonts w:ascii="楷体" w:hAnsi="楷体" w:eastAsia="楷体" w:cs="楷体"/>
          <w:color w:val="000000"/>
        </w:rPr>
        <w:t>⑦这竟使我疑惑不解了。会议刚一休息，我就走到凉台上，想：鼓楼并不高大，也不艳丽，因年久失修，梁上已没了雕，栋上也没了画，连那临风叮当的挂铃也没有了，哪有什么可吸引的呢？</w:t>
      </w:r>
    </w:p>
    <w:p>
      <w:pPr>
        <w:spacing w:line="360" w:lineRule="auto"/>
        <w:ind w:firstLine="420"/>
        <w:jc w:val="both"/>
        <w:textAlignment w:val="center"/>
        <w:rPr>
          <w:color w:val="000000"/>
        </w:rPr>
      </w:pPr>
      <w:r>
        <w:rPr>
          <w:rFonts w:ascii="楷体" w:hAnsi="楷体" w:eastAsia="楷体" w:cs="楷体"/>
          <w:color w:val="000000"/>
        </w:rPr>
        <w:t>⑧“它为什么不到四周的高楼大厦上来？”</w:t>
      </w:r>
    </w:p>
    <w:p>
      <w:pPr>
        <w:spacing w:line="360" w:lineRule="auto"/>
        <w:ind w:firstLine="420"/>
        <w:jc w:val="both"/>
        <w:textAlignment w:val="center"/>
        <w:rPr>
          <w:color w:val="000000"/>
        </w:rPr>
      </w:pPr>
      <w:r>
        <w:rPr>
          <w:rFonts w:ascii="楷体" w:hAnsi="楷体" w:eastAsia="楷体" w:cs="楷体"/>
          <w:color w:val="000000"/>
        </w:rPr>
        <w:t>⑨“高楼大厦是现代化的。”旁边有人说。</w:t>
      </w:r>
    </w:p>
    <w:p>
      <w:pPr>
        <w:spacing w:line="360" w:lineRule="auto"/>
        <w:ind w:firstLine="420"/>
        <w:jc w:val="both"/>
        <w:textAlignment w:val="center"/>
        <w:rPr>
          <w:color w:val="000000"/>
        </w:rPr>
      </w:pPr>
      <w:r>
        <w:rPr>
          <w:rFonts w:ascii="楷体" w:hAnsi="楷体" w:eastAsia="楷体" w:cs="楷体"/>
          <w:color w:val="000000"/>
        </w:rPr>
        <w:t>⑩“现代化的为什么它就不来？”</w:t>
      </w:r>
    </w:p>
    <w:p>
      <w:pPr>
        <w:spacing w:line="360" w:lineRule="auto"/>
        <w:ind w:firstLine="420"/>
        <w:jc w:val="both"/>
        <w:textAlignment w:val="center"/>
        <w:rPr>
          <w:color w:val="000000"/>
        </w:rPr>
      </w:pPr>
      <w:r>
        <w:rPr>
          <w:rFonts w:ascii="楷体" w:hAnsi="楷体" w:eastAsia="楷体" w:cs="楷体"/>
          <w:color w:val="000000"/>
        </w:rPr>
        <w:t xml:space="preserve">⑪“它是留恋古老的。” </w:t>
      </w:r>
    </w:p>
    <w:p>
      <w:pPr>
        <w:spacing w:line="360" w:lineRule="auto"/>
        <w:ind w:firstLine="420"/>
        <w:jc w:val="both"/>
        <w:textAlignment w:val="center"/>
        <w:rPr>
          <w:color w:val="000000"/>
        </w:rPr>
      </w:pPr>
      <w:r>
        <w:rPr>
          <w:rFonts w:ascii="楷体" w:hAnsi="楷体" w:eastAsia="楷体" w:cs="楷体"/>
          <w:color w:val="000000"/>
        </w:rPr>
        <w:t>⑫我不大理会，便嘬起嘴来，作弄出儿时学会的燕鸣声，但它们纷纷从我身边飞过，却没有一只落下来，尽趋着鼓楼而去了。</w:t>
      </w:r>
    </w:p>
    <w:p>
      <w:pPr>
        <w:spacing w:line="360" w:lineRule="auto"/>
        <w:ind w:firstLine="420"/>
        <w:jc w:val="both"/>
        <w:textAlignment w:val="center"/>
        <w:rPr>
          <w:color w:val="000000"/>
        </w:rPr>
      </w:pPr>
      <w:r>
        <w:rPr>
          <w:rFonts w:ascii="楷体" w:hAnsi="楷体" w:eastAsia="楷体" w:cs="楷体"/>
          <w:color w:val="000000"/>
        </w:rPr>
        <w:t>⑬“咳，”我长叹了一口气，“它们把我也忘了。”</w:t>
      </w:r>
    </w:p>
    <w:p>
      <w:pPr>
        <w:spacing w:line="360" w:lineRule="auto"/>
        <w:ind w:firstLine="420"/>
        <w:jc w:val="both"/>
        <w:textAlignment w:val="center"/>
        <w:rPr>
          <w:color w:val="000000"/>
        </w:rPr>
      </w:pPr>
      <w:r>
        <w:rPr>
          <w:rFonts w:ascii="楷体" w:hAnsi="楷体" w:eastAsia="楷体" w:cs="楷体"/>
          <w:color w:val="000000"/>
        </w:rPr>
        <w:t>⑭“是你忘了你。”</w:t>
      </w:r>
    </w:p>
    <w:p>
      <w:pPr>
        <w:spacing w:line="360" w:lineRule="auto"/>
        <w:ind w:firstLine="420"/>
        <w:jc w:val="both"/>
        <w:textAlignment w:val="center"/>
        <w:rPr>
          <w:color w:val="000000"/>
        </w:rPr>
      </w:pPr>
      <w:r>
        <w:rPr>
          <w:rFonts w:ascii="楷体" w:hAnsi="楷体" w:eastAsia="楷体" w:cs="楷体"/>
          <w:color w:val="000000"/>
        </w:rPr>
        <w:t>⑮是的，是我忘了我了，我再不是那么个流着黄涕的孩子了，我长成大人，我有了知识，它认得的只是过去的我！但我自豪，我得意，我终究不是往日的我了。可它，我的燕子，面对这现代化的建筑，无动于衷，疯狂恋着鼓楼。是因为只有这一处鼓楼，才是它们的有情物，它们呢呢喃喃，只有将这永世不变的语言说给鼓楼，控诉、抗议这么大个城市里，再没有了它们的去处吗？</w:t>
      </w:r>
    </w:p>
    <w:p>
      <w:pPr>
        <w:spacing w:line="360" w:lineRule="auto"/>
        <w:ind w:firstLine="420"/>
        <w:jc w:val="both"/>
        <w:textAlignment w:val="center"/>
        <w:rPr>
          <w:color w:val="000000"/>
        </w:rPr>
      </w:pPr>
      <w:r>
        <w:rPr>
          <w:rFonts w:ascii="楷体" w:hAnsi="楷体" w:eastAsia="楷体" w:cs="楷体"/>
          <w:color w:val="000000"/>
        </w:rPr>
        <w:t>⑯啊，燕子，我不禁悲伤起来了：</w:t>
      </w:r>
      <w:r>
        <w:rPr>
          <w:rFonts w:ascii="楷体" w:hAnsi="楷体" w:eastAsia="楷体" w:cs="楷体"/>
          <w:color w:val="000000"/>
          <w:u w:val="single"/>
        </w:rPr>
        <w:t>时至今日，还那么</w:t>
      </w:r>
      <w:r>
        <w:rPr>
          <w:rFonts w:ascii="楷体" w:hAnsi="楷体" w:eastAsia="楷体" w:cs="楷体"/>
          <w:color w:val="000000"/>
          <w:em w:val="dot"/>
        </w:rPr>
        <w:t>固执</w:t>
      </w:r>
      <w:r>
        <w:rPr>
          <w:rFonts w:ascii="楷体" w:hAnsi="楷体" w:eastAsia="楷体" w:cs="楷体"/>
          <w:color w:val="000000"/>
          <w:u w:val="single"/>
        </w:rPr>
        <w:t>，这么偏见，不肯落脚在新的建筑，硬要向腐朽欲倾的鼓楼飞去。</w:t>
      </w:r>
      <w:r>
        <w:rPr>
          <w:rFonts w:ascii="楷体" w:hAnsi="楷体" w:eastAsia="楷体" w:cs="楷体"/>
          <w:color w:val="000000"/>
        </w:rPr>
        <w:t>那么，城市将永远不会是你的天地了，现代建筑愈来愈多，你不是便要真的消亡了吗？咳，我该怎么说呢，我可怜的燕子，我可悲的燕子！</w:t>
      </w:r>
    </w:p>
    <w:p>
      <w:pPr>
        <w:spacing w:line="360" w:lineRule="auto"/>
        <w:ind w:firstLine="420"/>
        <w:jc w:val="both"/>
        <w:textAlignment w:val="center"/>
        <w:rPr>
          <w:color w:val="000000"/>
        </w:rPr>
      </w:pPr>
      <w:r>
        <w:rPr>
          <w:rFonts w:ascii="楷体" w:hAnsi="楷体" w:eastAsia="楷体" w:cs="楷体"/>
          <w:color w:val="000000"/>
        </w:rPr>
        <w:t xml:space="preserve"> ⑰在我的童年里，依然有每年都来梁下筑巢的燕子，如今它们依然还会去吗？我也不得而知。我已有多年没有见过故乡的春天，我的燕子们，也是多年不见了。我也会在这个陌生的城市，在某个角落遇到它们吗？不得而知，却又盼望着一次偶遇。</w:t>
      </w:r>
    </w:p>
    <w:p>
      <w:pPr>
        <w:spacing w:line="360" w:lineRule="auto"/>
        <w:jc w:val="right"/>
        <w:textAlignment w:val="center"/>
        <w:rPr>
          <w:color w:val="000000"/>
        </w:rPr>
      </w:pPr>
      <w:r>
        <w:rPr>
          <w:rFonts w:ascii="宋体" w:hAnsi="宋体" w:eastAsia="宋体" w:cs="宋体"/>
          <w:color w:val="000000"/>
        </w:rPr>
        <w:t>（选自贾平凹散文集《自在独行》）</w:t>
      </w:r>
    </w:p>
    <w:p>
      <w:pPr>
        <w:spacing w:line="360" w:lineRule="auto"/>
        <w:jc w:val="left"/>
        <w:textAlignment w:val="center"/>
        <w:rPr>
          <w:color w:val="000000"/>
        </w:rPr>
      </w:pPr>
      <w:r>
        <w:rPr>
          <w:color w:val="000000"/>
        </w:rPr>
        <w:t xml:space="preserve">18. </w:t>
      </w:r>
      <w:r>
        <w:rPr>
          <w:rFonts w:ascii="宋体" w:hAnsi="宋体" w:eastAsia="宋体" w:cs="宋体"/>
          <w:color w:val="000000"/>
        </w:rPr>
        <w:t>文章围“我”与燕子叙事行文，请根据文章内容，填写下面表格。</w:t>
      </w:r>
    </w:p>
    <w:tbl>
      <w:tblPr>
        <w:tblStyle w:val="4"/>
        <w:tblW w:w="5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35"/>
        <w:gridCol w:w="2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“我”与燕子</w:t>
            </w:r>
          </w:p>
        </w:tc>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“我”对燕子的情感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_______</w:t>
            </w:r>
          </w:p>
        </w:tc>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感激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到城里后很久没看到燕子</w:t>
            </w:r>
          </w:p>
        </w:tc>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在城里后看见很多燕子</w:t>
            </w:r>
          </w:p>
        </w:tc>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惊喜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color w:val="000000"/>
              </w:rPr>
              <w:t>_______</w:t>
            </w:r>
          </w:p>
        </w:tc>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疑惑不解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听了旁人的解释</w:t>
            </w:r>
          </w:p>
        </w:tc>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悲伤</w:t>
            </w:r>
          </w:p>
        </w:tc>
      </w:tr>
    </w:tbl>
    <w:p>
      <w:pPr>
        <w:spacing w:line="360" w:lineRule="auto"/>
        <w:jc w:val="left"/>
        <w:textAlignment w:val="center"/>
        <w:rPr>
          <w:color w:val="000000"/>
        </w:rPr>
      </w:pPr>
      <w:r>
        <w:rPr>
          <w:color w:val="000000"/>
        </w:rPr>
        <w:t xml:space="preserve">19. </w:t>
      </w:r>
      <w:r>
        <w:rPr>
          <w:rFonts w:ascii="宋体" w:hAnsi="宋体" w:eastAsia="宋体" w:cs="宋体"/>
          <w:color w:val="000000"/>
        </w:rPr>
        <w:t>请结合上下文，体会下列句中“固执”的含义。</w:t>
      </w:r>
    </w:p>
    <w:p>
      <w:pPr>
        <w:spacing w:line="360" w:lineRule="auto"/>
        <w:jc w:val="both"/>
        <w:textAlignment w:val="center"/>
        <w:rPr>
          <w:color w:val="000000"/>
        </w:rPr>
      </w:pPr>
      <w:r>
        <w:rPr>
          <w:rFonts w:ascii="宋体" w:hAnsi="宋体" w:eastAsia="宋体" w:cs="宋体"/>
          <w:color w:val="000000"/>
        </w:rPr>
        <w:t>时至今日，还这么</w:t>
      </w:r>
      <w:r>
        <w:rPr>
          <w:rFonts w:ascii="宋体" w:hAnsi="宋体" w:eastAsia="宋体" w:cs="宋体"/>
          <w:color w:val="000000"/>
          <w:em w:val="dot"/>
        </w:rPr>
        <w:t>固执</w:t>
      </w:r>
      <w:r>
        <w:rPr>
          <w:rFonts w:ascii="宋体" w:hAnsi="宋体" w:eastAsia="宋体" w:cs="宋体"/>
          <w:color w:val="000000"/>
        </w:rPr>
        <w:t>，这么偏见，不肯落脚在新的建筑，硬要向腐朽欲倾的鼓楼飞去。</w:t>
      </w:r>
    </w:p>
    <w:p>
      <w:pPr>
        <w:spacing w:line="360" w:lineRule="auto"/>
        <w:jc w:val="left"/>
        <w:textAlignment w:val="center"/>
        <w:rPr>
          <w:color w:val="000000"/>
        </w:rPr>
      </w:pPr>
      <w:r>
        <w:rPr>
          <w:color w:val="000000"/>
        </w:rPr>
        <w:t xml:space="preserve">20. </w:t>
      </w:r>
      <w:r>
        <w:rPr>
          <w:rFonts w:ascii="宋体" w:hAnsi="宋体" w:eastAsia="宋体" w:cs="宋体"/>
          <w:color w:val="000000"/>
        </w:rPr>
        <w:t>请结合具体内容从描写的角度赏析下面句子的表达效果。</w:t>
      </w:r>
    </w:p>
    <w:p>
      <w:pPr>
        <w:spacing w:line="360" w:lineRule="auto"/>
        <w:jc w:val="both"/>
        <w:textAlignment w:val="center"/>
        <w:rPr>
          <w:color w:val="000000"/>
        </w:rPr>
      </w:pPr>
      <w:r>
        <w:rPr>
          <w:rFonts w:ascii="宋体" w:hAnsi="宋体" w:eastAsia="宋体" w:cs="宋体"/>
          <w:color w:val="000000"/>
        </w:rPr>
        <w:t>我不大理会，便嘬起嘴来，作弄出儿时学会的燕鸣声，但它们纷纷从我身边飞过，却没有一只落下来，尽趋着鼓楼而去了。</w:t>
      </w:r>
    </w:p>
    <w:p>
      <w:pPr>
        <w:spacing w:line="360" w:lineRule="auto"/>
        <w:jc w:val="left"/>
        <w:textAlignment w:val="center"/>
        <w:rPr>
          <w:color w:val="000000"/>
        </w:rPr>
      </w:pPr>
      <w:r>
        <w:rPr>
          <w:color w:val="000000"/>
        </w:rPr>
        <w:t xml:space="preserve">21. </w:t>
      </w:r>
      <w:r>
        <w:rPr>
          <w:rFonts w:ascii="宋体" w:hAnsi="宋体" w:eastAsia="宋体" w:cs="宋体"/>
          <w:color w:val="000000"/>
        </w:rPr>
        <w:t xml:space="preserve">学校“读书角”公众号欲将本文推荐给读者，编者在概括文章主旨时，产生了不同的看法。请你从以下三种看法中任选一种，结合文章内容，谈谈你的理解。 </w:t>
      </w:r>
    </w:p>
    <w:p>
      <w:pPr>
        <w:spacing w:line="360" w:lineRule="auto"/>
        <w:jc w:val="both"/>
        <w:textAlignment w:val="center"/>
        <w:rPr>
          <w:color w:val="000000"/>
        </w:rPr>
      </w:pPr>
      <w:r>
        <w:rPr>
          <w:rFonts w:ascii="宋体" w:hAnsi="宋体" w:eastAsia="宋体" w:cs="宋体"/>
          <w:color w:val="000000"/>
        </w:rPr>
        <w:t>【甲】表达作者对再遇燕子的期待；</w:t>
      </w:r>
    </w:p>
    <w:p>
      <w:pPr>
        <w:spacing w:line="360" w:lineRule="auto"/>
        <w:jc w:val="both"/>
        <w:textAlignment w:val="center"/>
        <w:rPr>
          <w:color w:val="000000"/>
        </w:rPr>
      </w:pPr>
      <w:r>
        <w:rPr>
          <w:rFonts w:ascii="宋体" w:hAnsi="宋体" w:eastAsia="宋体" w:cs="宋体"/>
          <w:color w:val="000000"/>
        </w:rPr>
        <w:t>【乙】应大力保护动物的生存环境；</w:t>
      </w:r>
    </w:p>
    <w:p>
      <w:pPr>
        <w:spacing w:line="360" w:lineRule="auto"/>
        <w:jc w:val="both"/>
        <w:textAlignment w:val="center"/>
        <w:rPr>
          <w:color w:val="000000"/>
        </w:rPr>
      </w:pPr>
      <w:r>
        <w:rPr>
          <w:rFonts w:ascii="宋体" w:hAnsi="宋体" w:eastAsia="宋体" w:cs="宋体"/>
          <w:color w:val="000000"/>
        </w:rPr>
        <w:t>【丙】作者呼吁人与自然和谐共处；</w:t>
      </w:r>
    </w:p>
    <w:p>
      <w:pPr>
        <w:spacing w:line="360" w:lineRule="auto"/>
        <w:textAlignment w:val="center"/>
        <w:rPr>
          <w:color w:val="000000"/>
        </w:rPr>
      </w:pPr>
      <w:r>
        <w:rPr>
          <w:color w:val="2E75B6"/>
        </w:rPr>
        <w:t>【答案】</w:t>
      </w:r>
      <w:r>
        <w:rPr>
          <w:color w:val="000000"/>
        </w:rPr>
        <w:t xml:space="preserve">18.     ①. </w:t>
      </w:r>
      <w:r>
        <w:rPr>
          <w:rFonts w:ascii="宋体" w:hAnsi="宋体" w:eastAsia="宋体" w:cs="宋体"/>
          <w:color w:val="000000"/>
        </w:rPr>
        <w:t>燕子陪伴我长大</w:t>
      </w:r>
      <w:r>
        <w:rPr>
          <w:color w:val="000000"/>
        </w:rPr>
        <w:t xml:space="preserve">    ②. </w:t>
      </w:r>
      <w:r>
        <w:rPr>
          <w:rFonts w:ascii="宋体" w:hAnsi="宋体" w:eastAsia="宋体" w:cs="宋体"/>
          <w:color w:val="000000"/>
        </w:rPr>
        <w:t>怨恨（牵挂）</w:t>
      </w:r>
      <w:r>
        <w:rPr>
          <w:color w:val="000000"/>
        </w:rPr>
        <w:t xml:space="preserve">    ③. </w:t>
      </w:r>
      <w:r>
        <w:rPr>
          <w:rFonts w:ascii="宋体" w:hAnsi="宋体" w:eastAsia="宋体" w:cs="宋体"/>
          <w:color w:val="000000"/>
        </w:rPr>
        <w:t>我看见燕子绕着鼓楼盘旋</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示例：①“固执”是指燕子在现代社会，依然倔强的选择朴素的生活方式；②暗含对燕子的赞美、怜惜。</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示例：运用动作描写，“嘬”“作弄”写出作者希望用自己的声音、动作吸引燕子的注意，从而使燕子飞到自己身边来的渴望，表现作者对燕子的怜爱；“飞过”“趋”“去”表现燕子对鼓楼的留恋。</w:t>
      </w:r>
      <w:r>
        <w:rPr>
          <w:color w:val="000000"/>
        </w:rPr>
        <w:t xml:space="preserve">    </w:t>
      </w:r>
    </w:p>
    <w:p>
      <w:pPr>
        <w:spacing w:line="360" w:lineRule="auto"/>
        <w:textAlignment w:val="center"/>
        <w:rPr>
          <w:color w:val="000000"/>
        </w:rPr>
      </w:pPr>
      <w:r>
        <w:rPr>
          <w:color w:val="000000"/>
        </w:rPr>
        <w:t xml:space="preserve">21. </w:t>
      </w:r>
      <w:r>
        <w:rPr>
          <w:rFonts w:ascii="宋体" w:hAnsi="宋体" w:eastAsia="宋体" w:cs="宋体"/>
          <w:color w:val="000000"/>
        </w:rPr>
        <w:t>示例：选【甲】表达作者对再遇燕子的期待。童年幼年“燕子总陪伴我”“我年年盼着它来”，长大成人“我常在城市里寻觅”“却又盼望着一次偶遇”表达作者很久没看到燕子，身在异乡的城市，始终寻找燕子的踪迹，期待偶遇燕子。示例：选【乙】应大力保护动物的生存环境。燕子面对现代化的建筑，“疯狂恋着鼓楼”，“硬要向鼓楼飞去”倔强的选择朴素自然的生活方式，这使它们在现代城市无处落脚，趋于灭亡，所以，我们应大力保护动物的生存化境。示例：选【丙】作者呼吁人与自然和谐共处。“城市将永远不会是你的天地了，现代建筑愈来愈多，你不是便要真的消亡了吗？”现代社会的城市化，改变了自然生态平衡。人类应保护自然环境、维护生态平衡，实现人与自然和谐共处。</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本题考查梳理文章内容。</w:t>
      </w:r>
    </w:p>
    <w:p>
      <w:pPr>
        <w:spacing w:line="360" w:lineRule="auto"/>
        <w:jc w:val="left"/>
        <w:textAlignment w:val="center"/>
        <w:rPr>
          <w:color w:val="000000"/>
        </w:rPr>
      </w:pPr>
      <w:r>
        <w:rPr>
          <w:rFonts w:ascii="宋体" w:hAnsi="宋体" w:eastAsia="宋体" w:cs="宋体"/>
          <w:color w:val="000000"/>
        </w:rPr>
        <w:t>①空：从第②段“记得在乡里的时候，天一暖和，它就来了，住在我家低低的草屋梁上，一直到天气变冷的深秋了，才要离去。它是穿着一件黑外衣的，总是把头裹得严严，似乎是一个寡妇，整日呢呢喃喃，一副懦弱而固执的模样。我刚刚会爬，光着屁股在土窝里滚。后来，稍稍大点，就去放牛；我摘过草莓子吃，也趴在河里喝水，也坐在阳坡上捉虱，甚至跟着奶奶，一块儿去山坡上的庙中烧香磕头呢。可走到哪里，燕子总陪伴我，它是懂得我们的，常常只要学着一声呢喃的叫声，它就会飞到我们手掌上来呢”可知，这部分写的是燕子陪伴着“我”长大，表达了“我”对燕子的感激之情；</w:t>
      </w:r>
    </w:p>
    <w:p>
      <w:pPr>
        <w:spacing w:line="360" w:lineRule="auto"/>
        <w:jc w:val="left"/>
        <w:textAlignment w:val="center"/>
        <w:rPr>
          <w:color w:val="000000"/>
        </w:rPr>
      </w:pPr>
      <w:r>
        <w:rPr>
          <w:rFonts w:ascii="宋体" w:hAnsi="宋体" w:eastAsia="宋体" w:cs="宋体"/>
          <w:color w:val="000000"/>
        </w:rPr>
        <w:t>②空：从第①段“不见了燕子，已是七八年的光景；我常常在城里觅寻，但每每却都失望了”“啊，可亲的燕子，难道你是在地球上灭绝了吗，还是不肯到这大城市里来；这么苦着我，使我夜夜梦着你的倩影和呢喃的低吟，而哀愁儿不能自已”可知，这部分写的是到城里后很久没看到燕子，表达了“我”对燕子的怨恨、牵挂之情；</w:t>
      </w:r>
    </w:p>
    <w:p>
      <w:pPr>
        <w:spacing w:line="360" w:lineRule="auto"/>
        <w:jc w:val="left"/>
        <w:textAlignment w:val="center"/>
        <w:rPr>
          <w:color w:val="000000"/>
        </w:rPr>
      </w:pPr>
      <w:r>
        <w:rPr>
          <w:rFonts w:ascii="宋体" w:hAnsi="宋体" w:eastAsia="宋体" w:cs="宋体"/>
          <w:color w:val="000000"/>
        </w:rPr>
        <w:t>③空：从第⑥段“我探出头看去，四面都是高楼大厦，燕子盘旋成团，全是绕着右侧的一座并不高大的鼓楼飞的，在那鼓楼的顶上，檐下，栏里，阶内，出出进进，鸣叫不已”，第⑦段“这竟使我疑惑不解了”可知，看见燕子绕着鼓楼盘旋，“我”疑惑不解。</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本题考查赏析加点字词。</w:t>
      </w:r>
    </w:p>
    <w:p>
      <w:pPr>
        <w:spacing w:line="360" w:lineRule="auto"/>
        <w:jc w:val="left"/>
        <w:textAlignment w:val="center"/>
        <w:rPr>
          <w:color w:val="000000"/>
        </w:rPr>
      </w:pPr>
      <w:r>
        <w:rPr>
          <w:rFonts w:ascii="宋体" w:hAnsi="宋体" w:eastAsia="宋体" w:cs="宋体"/>
          <w:color w:val="000000"/>
        </w:rPr>
        <w:t>“固执”本指坚持不懈，或坚持成见。从句中“不肯落脚在新的建筑，硬要向腐朽欲倾的鼓楼飞去”可知，此处的“固执”是指燕子在新形势下依然倔强的选择在腐朽欲倾的鼓楼飞翔繁衍这样朴素的生活方式，而不愿在新的建筑中筑巢生息。联系第⑭段“因为只有这一处鼓楼，才是它们有情物，它们呢呢喃喃，只有将这永世不变的语言说给鼓楼，控诉、抗议这么大个城市里，再没有了它们的去处吗”可知，这里的“固执”是贬义词褒用的效果，暗含对燕子的执着与坚守精神的赞美，表达出对它们悲惨生活状况的怜惜。</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本题考查从描写的角度赏析句子。</w:t>
      </w:r>
    </w:p>
    <w:p>
      <w:pPr>
        <w:spacing w:line="360" w:lineRule="auto"/>
        <w:jc w:val="left"/>
        <w:textAlignment w:val="center"/>
        <w:rPr>
          <w:color w:val="000000"/>
        </w:rPr>
      </w:pPr>
      <w:r>
        <w:rPr>
          <w:rFonts w:ascii="宋体" w:hAnsi="宋体" w:eastAsia="宋体" w:cs="宋体"/>
          <w:color w:val="000000"/>
        </w:rPr>
        <w:t>结合句子“嘬起嘴来，作弄出儿时学会的燕鸣声，但它们纷纷从我身边飞过，却没有一只落下来，尽趋着鼓楼而去了”可知，这里运用了动作描写，“嘬”“作弄”写出了“我”想要吸引燕子，把燕子引到“我”身边来的心理，体现了“我”见到燕子时的喜悦以及对燕子的怜爱之情，燕子虽然有注意到“我”，但它们终究飞向鼓楼，体现了燕子对鼓楼的向往和留恋，也侧面体现出了燕子追求朴素自然的生活方式。</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本题考查理解文章的主旨。作答时应从备选选项中选一种来分析。</w:t>
      </w:r>
    </w:p>
    <w:p>
      <w:pPr>
        <w:spacing w:line="360" w:lineRule="auto"/>
        <w:jc w:val="left"/>
        <w:textAlignment w:val="center"/>
        <w:rPr>
          <w:color w:val="000000"/>
        </w:rPr>
      </w:pPr>
      <w:r>
        <w:rPr>
          <w:rFonts w:ascii="宋体" w:hAnsi="宋体" w:eastAsia="宋体" w:cs="宋体"/>
          <w:color w:val="000000"/>
        </w:rPr>
        <w:t>选甲：从第①段“不见了燕子，已是七八年的光景。我常在城里寻觅，但每每却都失望了”“我也专意到公园寻过了一次，那水光山色里，也没它的足迹。啊，可亲的燕子，难道你是在地球上灭绝了吗”，第④段“想想我家的燕子，这么多年来始终不离不弃，一到春天就如约而至。我很长一段时间没有回到老家了，燕子它还住在我家的木梁上吗？它还在说着那永不改音的古老的话吗？我想把这一切的变化，一切的见识，诉说给它，但却再也寻不着它了”可知，表达作者对再遇燕子的期待。第⑯段“却又盼望着一次偶遇”可知，作者通过回忆燕子陪伴自己长大以及自己到了城市很久没见到燕子，从而表达了期望能够再次遇见燕子的情感。</w:t>
      </w:r>
    </w:p>
    <w:p>
      <w:pPr>
        <w:spacing w:line="360" w:lineRule="auto"/>
        <w:jc w:val="left"/>
        <w:textAlignment w:val="center"/>
        <w:rPr>
          <w:color w:val="000000"/>
        </w:rPr>
      </w:pPr>
      <w:r>
        <w:rPr>
          <w:rFonts w:ascii="宋体" w:hAnsi="宋体" w:eastAsia="宋体" w:cs="宋体"/>
          <w:color w:val="000000"/>
        </w:rPr>
        <w:t>选乙：应大力保护动物的生存环境。从第⑭段“因为只有这一处鼓楼，才是它们有情物，它们呢呢喃喃，只有将这永世不变的语言说给鼓楼，控诉、抗议这么大个城市里，再没有了它们的去处吗”可知，本文意在表现对动物生存环境的思考，对人与自然的思考，作者也在告诫人们应大力保护动物的生存环境；</w:t>
      </w:r>
    </w:p>
    <w:p>
      <w:pPr>
        <w:spacing w:line="360" w:lineRule="auto"/>
        <w:jc w:val="left"/>
        <w:textAlignment w:val="center"/>
        <w:rPr>
          <w:color w:val="000000"/>
        </w:rPr>
      </w:pPr>
      <w:r>
        <w:rPr>
          <w:rFonts w:ascii="宋体" w:hAnsi="宋体" w:eastAsia="宋体" w:cs="宋体"/>
          <w:color w:val="000000"/>
        </w:rPr>
        <w:t>选丙：作者呼吁人与自然和谐共处。从第⑮段“啊，燕子，我不禁悲伤起来了：时至今日，还这么固执，这么偏见，不肯落脚在新的建筑，硬要向腐朽欲倾的鼓楼飞去，那么，城市将永远不会是你的天地了，现代建筑愈来愈多，你不是便要真的消亡了吗”可得，面对新形势新变化，燕子没有了落脚之处，它们却倔强的选择朴素自然的生活方式，这样下去它们将没有生存空间了，因此本文意在表明人与动物应协调发展，作者也在呼吁人与自然和谐共处。</w:t>
      </w:r>
    </w:p>
    <w:p>
      <w:pPr>
        <w:pStyle w:val="Heading3"/>
      </w:pPr>
      <w:r>
        <w:t>延庆区</w:t>
      </w:r>
    </w:p>
    <w:p>
      <w:pPr>
        <w:spacing w:line="360" w:lineRule="auto"/>
        <w:jc w:val="left"/>
        <w:textAlignment w:val="center"/>
        <w:rPr>
          <w:color w:val="000000"/>
        </w:rPr>
      </w:pPr>
      <w:r>
        <w:rPr>
          <w:rFonts w:ascii="宋体" w:hAnsi="宋体" w:eastAsia="宋体" w:cs="宋体"/>
          <w:b/>
          <w:color w:val="000000"/>
          <w:sz w:val="24"/>
        </w:rPr>
        <w:t>四、现代文阅读（共22分</w:t>
      </w:r>
      <w:r>
        <w:rPr>
          <w:rFonts w:ascii="宋体" w:hAnsi="宋体" w:eastAsia="宋体" w:cs="宋体"/>
          <w:color w:val="000000"/>
          <w:sz w:val="21"/>
        </w:rPr>
        <w:t>）</w:t>
      </w:r>
    </w:p>
    <w:p>
      <w:pPr>
        <w:spacing w:line="360" w:lineRule="auto"/>
        <w:jc w:val="left"/>
        <w:textAlignment w:val="center"/>
        <w:rPr>
          <w:color w:val="000000"/>
        </w:rPr>
      </w:pPr>
      <w:r>
        <w:rPr>
          <w:rFonts w:ascii="宋体" w:hAnsi="宋体" w:eastAsia="宋体" w:cs="宋体"/>
          <w:color w:val="000000"/>
        </w:rPr>
        <w:t>阅读下面的材料，完成小题。</w:t>
      </w:r>
    </w:p>
    <w:p>
      <w:pPr>
        <w:spacing w:line="360" w:lineRule="auto"/>
        <w:jc w:val="left"/>
        <w:textAlignment w:val="center"/>
        <w:rPr>
          <w:color w:val="000000"/>
        </w:rPr>
      </w:pPr>
      <w:r>
        <w:rPr>
          <w:rFonts w:ascii="楷体" w:hAnsi="楷体" w:eastAsia="楷体" w:cs="楷体"/>
          <w:color w:val="000000"/>
        </w:rPr>
        <w:t>材料一</w:t>
      </w:r>
    </w:p>
    <w:p>
      <w:pPr>
        <w:spacing w:line="360" w:lineRule="auto"/>
        <w:ind w:firstLine="420"/>
        <w:jc w:val="left"/>
        <w:textAlignment w:val="center"/>
        <w:rPr>
          <w:color w:val="000000"/>
        </w:rPr>
      </w:pPr>
      <w:r>
        <w:rPr>
          <w:rFonts w:ascii="楷体" w:hAnsi="楷体" w:eastAsia="楷体" w:cs="楷体"/>
          <w:color w:val="000000"/>
        </w:rPr>
        <w:t>在绵延5000多年的文明发展进程中，中华民族创造了闻名于世的科技成果。近代以后，由于国内外各种原因，我国屡次与科技革命失之交臂，从世界强国变为任人欺凌的半殖民地，半封建国家。</w:t>
      </w:r>
    </w:p>
    <w:p>
      <w:pPr>
        <w:spacing w:line="360" w:lineRule="auto"/>
        <w:ind w:firstLine="420"/>
        <w:jc w:val="left"/>
        <w:textAlignment w:val="center"/>
        <w:rPr>
          <w:color w:val="000000"/>
        </w:rPr>
      </w:pPr>
      <w:r>
        <w:rPr>
          <w:rFonts w:ascii="楷体" w:hAnsi="楷体" w:eastAsia="楷体" w:cs="楷体"/>
          <w:color w:val="000000"/>
        </w:rPr>
        <w:t>经过新中国成立以来特别是改革开放以来不懈努力，我国科技整体能力持续提升，一些重要领域方向跻身世界先进行列，某些前沿方向开始进入并行、领跑阶段，正处于从量的积累向质的飞跃、点的突破向系统能力提升的重要时期。</w:t>
      </w:r>
    </w:p>
    <w:p>
      <w:pPr>
        <w:spacing w:line="360" w:lineRule="auto"/>
        <w:ind w:firstLine="420"/>
        <w:jc w:val="left"/>
        <w:textAlignment w:val="center"/>
        <w:rPr>
          <w:color w:val="000000"/>
        </w:rPr>
      </w:pPr>
      <w:r>
        <w:rPr>
          <w:rFonts w:ascii="楷体" w:hAnsi="楷体" w:eastAsia="楷体" w:cs="楷体"/>
          <w:color w:val="000000"/>
        </w:rPr>
        <w:t>科技兴则民族兴，科技强则国家强。</w:t>
      </w:r>
      <w:r>
        <w:rPr>
          <w:rFonts w:ascii="楷体" w:hAnsi="楷体" w:eastAsia="楷体" w:cs="楷体"/>
          <w:color w:val="000000"/>
          <w:u w:val="single"/>
        </w:rPr>
        <w:t xml:space="preserve">       </w:t>
      </w:r>
      <w:r>
        <w:rPr>
          <w:rFonts w:ascii="楷体" w:hAnsi="楷体" w:eastAsia="楷体" w:cs="楷体"/>
          <w:color w:val="000000"/>
        </w:rPr>
        <w:t>。实现“两个一百年”奋斗目标，实现中华民族伟大复兴的中国梦，必须坚持走中国特色自主创新道路。</w:t>
      </w:r>
    </w:p>
    <w:p>
      <w:pPr>
        <w:spacing w:line="360" w:lineRule="auto"/>
        <w:jc w:val="right"/>
        <w:textAlignment w:val="center"/>
        <w:rPr>
          <w:color w:val="000000"/>
        </w:rPr>
      </w:pPr>
      <w:r>
        <w:rPr>
          <w:rFonts w:ascii="楷体" w:hAnsi="楷体" w:eastAsia="楷体" w:cs="楷体"/>
          <w:color w:val="000000"/>
        </w:rPr>
        <w:t>（摘自《习近平总书记在全国科技创新大会上的讲话》）</w:t>
      </w:r>
    </w:p>
    <w:p>
      <w:pPr>
        <w:spacing w:line="360" w:lineRule="auto"/>
        <w:jc w:val="left"/>
        <w:textAlignment w:val="center"/>
        <w:rPr>
          <w:color w:val="000000"/>
        </w:rPr>
      </w:pPr>
      <w:r>
        <w:rPr>
          <w:color w:val="000000"/>
        </w:rPr>
        <w:drawing>
          <wp:inline distT="0" distB="0" distL="114300" distR="114300">
            <wp:extent cx="3067050" cy="1476375"/>
            <wp:effectExtent l="0" t="0" r="0" b="9525"/>
            <wp:docPr id="1629"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 name="图片 100007" descr="学科网(www.zxxk.com)--教育资源门户，提供试卷、教案、课件、论文、素材以及各类教学资源下载，还有大量而丰富的教学相关资讯！"/>
                    <pic:cNvPicPr>
                      <a:picLocks noChangeAspect="1"/>
                    </pic:cNvPicPr>
                  </pic:nvPicPr>
                  <pic:blipFill>
                    <a:blip r:embed="rId164"/>
                    <a:stretch>
                      <a:fillRect/>
                    </a:stretch>
                  </pic:blipFill>
                  <pic:spPr>
                    <a:xfrm>
                      <a:off x="0" y="0"/>
                      <a:ext cx="3067050" cy="1476375"/>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图：2013-2022年中国科技发展经费支出情况（单位：亿元）</w:t>
      </w:r>
    </w:p>
    <w:p>
      <w:pPr>
        <w:spacing w:line="360" w:lineRule="auto"/>
        <w:jc w:val="left"/>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楷体" w:hAnsi="楷体" w:eastAsia="楷体" w:cs="楷体"/>
          <w:color w:val="000000"/>
        </w:rPr>
        <w:t>中国航天经过六十多年的发展，取得了一系列举世瞩目的成就，也积淀形成了深厚博大的航天精神，特别是培养造就了一批优秀的人才。</w:t>
      </w:r>
    </w:p>
    <w:p>
      <w:pPr>
        <w:spacing w:line="360" w:lineRule="auto"/>
        <w:ind w:firstLine="420"/>
        <w:jc w:val="left"/>
        <w:textAlignment w:val="center"/>
        <w:rPr>
          <w:color w:val="000000"/>
        </w:rPr>
      </w:pPr>
      <w:r>
        <w:rPr>
          <w:rFonts w:ascii="楷体" w:hAnsi="楷体" w:eastAsia="楷体" w:cs="楷体"/>
          <w:color w:val="000000"/>
        </w:rPr>
        <w:t>据统计，中国航天科技集团平均年龄约为42岁，一线科研人员平均年龄35岁。如：北斗团队平均年龄35岁，月宫团队平均年龄35岁，墨子号量子卫星、神舟载人航天和嫦娥探月团队平均年龄33岁，长征5号成功发射时它的科研团队平均年龄仅32岁，天问一号控制团队平均年龄更是只有30岁……“80后”和“90后”已经成为托举中国未来航天事业的中坚力量。</w:t>
      </w:r>
    </w:p>
    <w:p>
      <w:pPr>
        <w:spacing w:line="360" w:lineRule="auto"/>
        <w:jc w:val="left"/>
        <w:textAlignment w:val="center"/>
        <w:rPr>
          <w:color w:val="000000"/>
        </w:rPr>
      </w:pPr>
      <w:r>
        <w:rPr>
          <w:rFonts w:ascii="宋体" w:hAnsi="宋体" w:eastAsia="宋体" w:cs="宋体"/>
          <w:color w:val="000000"/>
        </w:rPr>
        <w:t>材料三</w:t>
      </w:r>
    </w:p>
    <w:p>
      <w:pPr>
        <w:spacing w:line="360" w:lineRule="auto"/>
        <w:ind w:firstLine="420"/>
        <w:jc w:val="left"/>
        <w:textAlignment w:val="center"/>
        <w:rPr>
          <w:color w:val="000000"/>
        </w:rPr>
      </w:pPr>
      <w:r>
        <w:rPr>
          <w:rFonts w:ascii="楷体" w:hAnsi="楷体" w:eastAsia="楷体" w:cs="楷体"/>
          <w:color w:val="000000"/>
        </w:rPr>
        <w:t>1992年9月，我国载人航天工程正式起步，规划“三步走”发展战略。</w:t>
      </w:r>
    </w:p>
    <w:p>
      <w:pPr>
        <w:spacing w:line="360" w:lineRule="auto"/>
        <w:ind w:firstLine="420"/>
        <w:jc w:val="left"/>
        <w:textAlignment w:val="center"/>
        <w:rPr>
          <w:color w:val="000000"/>
        </w:rPr>
      </w:pPr>
      <w:r>
        <w:rPr>
          <w:rFonts w:ascii="楷体" w:hAnsi="楷体" w:eastAsia="楷体" w:cs="楷体"/>
          <w:color w:val="000000"/>
        </w:rPr>
        <w:t>第一步，发射载人飞船，建成初步配套的试验性载人飞船工程，开展空间应用实验。</w:t>
      </w:r>
    </w:p>
    <w:p>
      <w:pPr>
        <w:spacing w:line="360" w:lineRule="auto"/>
        <w:ind w:firstLine="420"/>
        <w:jc w:val="left"/>
        <w:textAlignment w:val="center"/>
        <w:rPr>
          <w:color w:val="000000"/>
        </w:rPr>
      </w:pPr>
      <w:r>
        <w:rPr>
          <w:rFonts w:ascii="楷体" w:hAnsi="楷体" w:eastAsia="楷体" w:cs="楷体"/>
          <w:color w:val="000000"/>
        </w:rPr>
        <w:t>第二步，突破航天员出舱活动技术、空间飞行器交会对接技术，发射空间实验室，解决有一定规模的、短期有人照料的空间应用问题。十八大以来，载人航天工程全线奋力拼搏，突破和掌握大量关键技术，取得众多创新成果，实现载人航天工程第二步全部既定任务目标，为空间站建造和运营积累了重要经验，推动着我国从航天大国迈向航天强国。</w:t>
      </w:r>
    </w:p>
    <w:p>
      <w:pPr>
        <w:spacing w:line="360" w:lineRule="auto"/>
        <w:ind w:firstLine="420"/>
        <w:jc w:val="left"/>
        <w:textAlignment w:val="center"/>
        <w:rPr>
          <w:color w:val="000000"/>
        </w:rPr>
      </w:pPr>
      <w:r>
        <w:rPr>
          <w:rFonts w:ascii="楷体" w:hAnsi="楷体" w:eastAsia="楷体" w:cs="楷体"/>
          <w:color w:val="000000"/>
        </w:rPr>
        <w:t>接着，我国载人航天工程开启第三步，转入空间站阶段。自2021年4月底天和核心舱发射以来，仅用不到20个月时间，完成了空间站全面建造。</w:t>
      </w:r>
    </w:p>
    <w:p>
      <w:pPr>
        <w:spacing w:line="360" w:lineRule="auto"/>
        <w:ind w:firstLine="420"/>
        <w:jc w:val="left"/>
        <w:textAlignment w:val="center"/>
        <w:rPr>
          <w:color w:val="000000"/>
        </w:rPr>
      </w:pPr>
      <w:r>
        <w:rPr>
          <w:rFonts w:ascii="楷体" w:hAnsi="楷体" w:eastAsia="楷体" w:cs="楷体"/>
          <w:color w:val="000000"/>
        </w:rPr>
        <w:t>中国空间站，这个中华民族的新的独特标识，闪耀着中国载人航天事业的自信与自豪，鼓舞着为航天梦、中国梦而前行的每一个人。</w:t>
      </w:r>
    </w:p>
    <w:p>
      <w:pPr>
        <w:spacing w:line="360" w:lineRule="auto"/>
        <w:jc w:val="left"/>
        <w:textAlignment w:val="center"/>
        <w:rPr>
          <w:color w:val="000000"/>
        </w:rPr>
      </w:pPr>
      <w:r>
        <w:rPr>
          <w:color w:val="000000"/>
        </w:rPr>
        <w:t xml:space="preserve">15. </w:t>
      </w:r>
      <w:r>
        <w:rPr>
          <w:rFonts w:ascii="宋体" w:hAnsi="宋体" w:eastAsia="宋体" w:cs="宋体"/>
          <w:color w:val="000000"/>
        </w:rPr>
        <w:t>根据三则材料的内容，下列说法</w:t>
      </w:r>
      <w:r>
        <w:rPr>
          <w:rFonts w:ascii="宋体" w:hAnsi="宋体" w:eastAsia="宋体" w:cs="宋体"/>
          <w:color w:val="000000"/>
          <w:em w:val="dot"/>
        </w:rPr>
        <w:t>不符合</w:t>
      </w:r>
      <w:r>
        <w:rPr>
          <w:rFonts w:ascii="宋体" w:hAnsi="宋体" w:eastAsia="宋体" w:cs="宋体"/>
          <w:color w:val="000000"/>
        </w:rPr>
        <w:t>文意的一项是（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近代以后，我国屡次与科技革命失之交臂，原因众多。</w:t>
      </w:r>
    </w:p>
    <w:p>
      <w:pPr>
        <w:spacing w:line="360" w:lineRule="auto"/>
        <w:jc w:val="left"/>
        <w:textAlignment w:val="center"/>
        <w:rPr>
          <w:color w:val="000000"/>
        </w:rPr>
      </w:pPr>
      <w:r>
        <w:rPr>
          <w:color w:val="000000"/>
        </w:rPr>
        <w:t xml:space="preserve">B. </w:t>
      </w:r>
      <w:r>
        <w:rPr>
          <w:rFonts w:ascii="宋体" w:hAnsi="宋体" w:eastAsia="宋体" w:cs="宋体"/>
          <w:color w:val="000000"/>
        </w:rPr>
        <w:t>中国航天六十多年来不仅成就举世瞩目，而且培养了大批优秀的人才。</w:t>
      </w:r>
    </w:p>
    <w:p>
      <w:pPr>
        <w:spacing w:line="360" w:lineRule="auto"/>
        <w:jc w:val="left"/>
        <w:textAlignment w:val="center"/>
        <w:rPr>
          <w:color w:val="000000"/>
        </w:rPr>
      </w:pPr>
      <w:r>
        <w:rPr>
          <w:color w:val="000000"/>
        </w:rPr>
        <w:t xml:space="preserve">C. </w:t>
      </w:r>
      <w:r>
        <w:rPr>
          <w:rFonts w:ascii="宋体" w:hAnsi="宋体" w:eastAsia="宋体" w:cs="宋体"/>
          <w:color w:val="000000"/>
        </w:rPr>
        <w:t>实现载人航天工程第二步全部既定任务目标后，我国已成功跻身航天强国。</w:t>
      </w:r>
    </w:p>
    <w:p>
      <w:pPr>
        <w:spacing w:line="360" w:lineRule="auto"/>
        <w:jc w:val="left"/>
        <w:textAlignment w:val="center"/>
        <w:rPr>
          <w:color w:val="000000"/>
        </w:rPr>
      </w:pPr>
      <w:r>
        <w:rPr>
          <w:color w:val="000000"/>
        </w:rPr>
        <w:t xml:space="preserve">D. </w:t>
      </w:r>
      <w:r>
        <w:rPr>
          <w:rFonts w:ascii="宋体" w:hAnsi="宋体" w:eastAsia="宋体" w:cs="宋体"/>
          <w:color w:val="000000"/>
        </w:rPr>
        <w:t>我国用了不到20个月的时间全面建造了空间站。</w:t>
      </w:r>
    </w:p>
    <w:p>
      <w:pPr>
        <w:spacing w:line="360" w:lineRule="auto"/>
        <w:jc w:val="left"/>
        <w:textAlignment w:val="center"/>
        <w:rPr>
          <w:color w:val="000000"/>
        </w:rPr>
      </w:pPr>
      <w:r>
        <w:rPr>
          <w:color w:val="000000"/>
        </w:rPr>
        <w:t xml:space="preserve">16. </w:t>
      </w:r>
      <w:r>
        <w:rPr>
          <w:rFonts w:ascii="宋体" w:hAnsi="宋体" w:eastAsia="宋体" w:cs="宋体"/>
          <w:color w:val="000000"/>
        </w:rPr>
        <w:t>依据材料一中的统计图，填写文段横线处的内容，恰当的一项是</w:t>
      </w:r>
      <w:r>
        <w:rPr>
          <w:color w:val="000000"/>
        </w:rPr>
        <w:t>（     ）</w:t>
      </w:r>
    </w:p>
    <w:p>
      <w:pPr>
        <w:spacing w:line="360" w:lineRule="auto"/>
        <w:jc w:val="left"/>
        <w:textAlignment w:val="center"/>
        <w:rPr>
          <w:color w:val="000000"/>
        </w:rPr>
      </w:pPr>
      <w:r>
        <w:rPr>
          <w:rFonts w:ascii="宋体" w:hAnsi="宋体" w:eastAsia="宋体" w:cs="宋体"/>
          <w:color w:val="000000"/>
        </w:rPr>
        <w:t>【甲】十年来，中国科技发展经费支出不断增加，彰显了国家对科技创新的高度重视。</w:t>
      </w:r>
    </w:p>
    <w:p>
      <w:pPr>
        <w:spacing w:line="360" w:lineRule="auto"/>
        <w:jc w:val="left"/>
        <w:textAlignment w:val="center"/>
        <w:rPr>
          <w:color w:val="000000"/>
        </w:rPr>
      </w:pPr>
      <w:r>
        <w:rPr>
          <w:rFonts w:ascii="宋体" w:hAnsi="宋体" w:eastAsia="宋体" w:cs="宋体"/>
          <w:color w:val="000000"/>
        </w:rPr>
        <w:t>【乙】国家对科技创新的高度重视，十年来，科技发展经费支出逐年飞快增加。</w:t>
      </w:r>
    </w:p>
    <w:p>
      <w:pPr>
        <w:spacing w:line="360" w:lineRule="auto"/>
        <w:jc w:val="left"/>
        <w:textAlignment w:val="center"/>
        <w:rPr>
          <w:color w:val="000000"/>
        </w:rPr>
      </w:pPr>
      <w:r>
        <w:rPr>
          <w:color w:val="000000"/>
        </w:rPr>
        <w:t xml:space="preserve">17. </w:t>
      </w:r>
      <w:r>
        <w:rPr>
          <w:rFonts w:ascii="宋体" w:hAnsi="宋体" w:eastAsia="宋体" w:cs="宋体"/>
          <w:color w:val="000000"/>
        </w:rPr>
        <w:t>阅读这三则资料，我们了解到中国航天事业取得了辉煌</w:t>
      </w:r>
      <w:r>
        <w:rPr>
          <w:rFonts w:ascii="宋体" w:hAnsi="宋体" w:eastAsia="宋体" w:cs="宋体"/>
          <w:color w:val="000000"/>
          <w:position w:val="0"/>
        </w:rPr>
        <w:drawing>
          <wp:inline distT="0" distB="0" distL="114300" distR="114300">
            <wp:extent cx="133350" cy="177800"/>
            <wp:effectExtent l="0" t="0" r="0" b="13335"/>
            <wp:docPr id="163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图片 100011"/>
                    <pic:cNvPicPr>
                      <a:picLocks noChangeAspect="1"/>
                    </pic:cNvPicPr>
                  </pic:nvPicPr>
                  <pic:blipFill>
                    <a:blip r:embed="rId16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成就，是因为我们的国家在整体发展上有着明确的</w:t>
      </w:r>
      <w:r>
        <w:rPr>
          <w:color w:val="000000"/>
        </w:rPr>
        <w:t>________</w:t>
      </w:r>
      <w:r>
        <w:rPr>
          <w:rFonts w:ascii="宋体" w:hAnsi="宋体" w:eastAsia="宋体" w:cs="宋体"/>
          <w:color w:val="000000"/>
        </w:rPr>
        <w:t>、特别注重</w:t>
      </w:r>
      <w:r>
        <w:rPr>
          <w:color w:val="000000"/>
        </w:rPr>
        <w:t>_________</w:t>
      </w:r>
      <w:r>
        <w:rPr>
          <w:rFonts w:ascii="宋体" w:hAnsi="宋体" w:eastAsia="宋体" w:cs="宋体"/>
          <w:color w:val="000000"/>
        </w:rPr>
        <w:t>、中国载人航天起步就规划</w:t>
      </w:r>
      <w:r>
        <w:rPr>
          <w:color w:val="000000"/>
        </w:rPr>
        <w:t>_______</w:t>
      </w:r>
      <w:r>
        <w:rPr>
          <w:rFonts w:ascii="宋体" w:hAnsi="宋体" w:eastAsia="宋体" w:cs="宋体"/>
          <w:color w:val="000000"/>
        </w:rPr>
        <w:t>。（每空请用四字概括）</w:t>
      </w:r>
    </w:p>
    <w:p>
      <w:pPr>
        <w:spacing w:line="360" w:lineRule="auto"/>
        <w:textAlignment w:val="center"/>
        <w:rPr>
          <w:color w:val="000000"/>
        </w:rPr>
      </w:pPr>
      <w:r>
        <w:rPr>
          <w:color w:val="2E75B6"/>
        </w:rPr>
        <w:t>【答案】</w:t>
      </w:r>
      <w:r>
        <w:rPr>
          <w:color w:val="000000"/>
        </w:rPr>
        <w:t xml:space="preserve">15. C    16. </w:t>
      </w:r>
      <w:r>
        <w:rPr>
          <w:rFonts w:ascii="宋体" w:hAnsi="宋体" w:eastAsia="宋体" w:cs="宋体"/>
          <w:color w:val="000000"/>
        </w:rPr>
        <w:t>【甲】</w:t>
      </w:r>
      <w:r>
        <w:rPr>
          <w:color w:val="000000"/>
        </w:rPr>
        <w:t xml:space="preserve">    </w:t>
      </w:r>
    </w:p>
    <w:p>
      <w:pPr>
        <w:spacing w:line="360" w:lineRule="auto"/>
        <w:textAlignment w:val="center"/>
        <w:rPr>
          <w:color w:val="000000"/>
        </w:rPr>
      </w:pPr>
      <w:r>
        <w:rPr>
          <w:color w:val="000000"/>
        </w:rPr>
        <w:t xml:space="preserve">17.     ①. </w:t>
      </w:r>
      <w:r>
        <w:rPr>
          <w:rFonts w:ascii="宋体" w:hAnsi="宋体" w:eastAsia="宋体" w:cs="宋体"/>
          <w:color w:val="000000"/>
        </w:rPr>
        <w:t>奋斗目标（奋斗愿景）</w:t>
      </w:r>
      <w:r>
        <w:rPr>
          <w:color w:val="000000"/>
        </w:rPr>
        <w:t xml:space="preserve">    ②. </w:t>
      </w:r>
      <w:r>
        <w:rPr>
          <w:rFonts w:ascii="宋体" w:hAnsi="宋体" w:eastAsia="宋体" w:cs="宋体"/>
          <w:color w:val="000000"/>
        </w:rPr>
        <w:t>培养人才（人才培养）</w:t>
      </w:r>
      <w:r>
        <w:rPr>
          <w:color w:val="000000"/>
        </w:rPr>
        <w:t xml:space="preserve">    ③. </w:t>
      </w:r>
      <w:r>
        <w:rPr>
          <w:rFonts w:ascii="宋体" w:hAnsi="宋体" w:eastAsia="宋体" w:cs="宋体"/>
          <w:color w:val="000000"/>
        </w:rPr>
        <w:t>发展战略</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0" b="0"/>
            <wp:docPr id="1633"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图片 100017"/>
                    <pic:cNvPicPr>
                      <a:picLocks noChangeAspect="1"/>
                    </pic:cNvPicPr>
                  </pic:nvPicPr>
                  <pic:blipFill>
                    <a:blip r:embed="rId166"/>
                    <a:stretch>
                      <a:fillRect/>
                    </a:stretch>
                  </pic:blipFill>
                  <pic:spPr>
                    <a:xfrm>
                      <a:off x="0" y="0"/>
                      <a:ext cx="95250" cy="171450"/>
                    </a:xfrm>
                    <a:prstGeom prst="rect">
                      <a:avLst/>
                    </a:prstGeom>
                  </pic:spPr>
                </pic:pic>
              </a:graphicData>
            </a:graphic>
          </wp:inline>
        </w:drawing>
      </w:r>
      <w:r>
        <w:rPr>
          <w:color w:val="000000"/>
        </w:rPr>
        <w:t>15题详解】</w:t>
      </w:r>
    </w:p>
    <w:p>
      <w:pPr>
        <w:spacing w:line="360" w:lineRule="auto"/>
        <w:jc w:val="left"/>
        <w:textAlignment w:val="center"/>
        <w:rPr>
          <w:color w:val="000000"/>
        </w:rPr>
      </w:pPr>
      <w:r>
        <w:rPr>
          <w:rFonts w:ascii="宋体" w:hAnsi="宋体" w:eastAsia="宋体" w:cs="宋体"/>
          <w:color w:val="000000"/>
        </w:rPr>
        <w:t>本题考查分析理解文章内容。</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根据材料三第三段句子“实现载人航天工程第二步全部既定任务目标，为空间站建造和运营积累了重要经验，推动着我国从航天大国迈向航天强国”可知，本项“实现载人航天工程第二步全部既定任务目标后，我国已成功跻身航天强国”中“我国已成功跻身航天强国”的表述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本题考查图表转换及补写能力。从图表中可知，2013</w:t>
      </w:r>
      <w:r>
        <w:rPr>
          <w:rFonts w:ascii="Times New Roman" w:hAnsi="Times New Roman" w:eastAsia="Times New Roman" w:cs="Times New Roman"/>
          <w:color w:val="000000"/>
        </w:rPr>
        <w:t>——</w:t>
      </w:r>
      <w:r>
        <w:rPr>
          <w:rFonts w:ascii="宋体" w:hAnsi="宋体" w:eastAsia="宋体" w:cs="宋体"/>
          <w:color w:val="000000"/>
        </w:rPr>
        <w:t>2022年的数字来看，我国科技研究与试验发展经费支出逐年增多，创新指数也呈上升趋势。由此得出：近十年来，随着我国科技研究与试验发展经费支出的不断增加，我国创新指数在全球排名也不断上升。故横线处填入甲更适合。</w:t>
      </w:r>
    </w:p>
    <w:p>
      <w:pPr>
        <w:spacing w:line="360" w:lineRule="auto"/>
        <w:jc w:val="left"/>
        <w:textAlignment w:val="center"/>
        <w:rPr>
          <w:color w:val="000000"/>
        </w:rPr>
      </w:pPr>
      <w:r>
        <w:rPr>
          <w:rFonts w:ascii="宋体" w:hAnsi="宋体" w:eastAsia="宋体" w:cs="宋体"/>
          <w:color w:val="000000"/>
        </w:rPr>
        <w:t>故选甲。</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本题考查概括材料内容。要抓住材料主要内容，符合用四个字概括的要求。</w:t>
      </w:r>
    </w:p>
    <w:p>
      <w:pPr>
        <w:spacing w:line="360" w:lineRule="auto"/>
        <w:jc w:val="left"/>
        <w:textAlignment w:val="center"/>
        <w:rPr>
          <w:color w:val="000000"/>
        </w:rPr>
      </w:pPr>
      <w:r>
        <w:rPr>
          <w:rFonts w:ascii="宋体" w:hAnsi="宋体" w:eastAsia="宋体" w:cs="宋体"/>
          <w:color w:val="000000"/>
        </w:rPr>
        <w:t>第一空，根据材料一第三段句子“实现‘两个一百年’奋斗目标，实现中华民族伟大复兴的中国梦，必须坚持走中国特色自主创新道路”可得，奋斗目标；</w:t>
      </w:r>
    </w:p>
    <w:p>
      <w:pPr>
        <w:spacing w:line="360" w:lineRule="auto"/>
        <w:jc w:val="left"/>
        <w:textAlignment w:val="center"/>
        <w:rPr>
          <w:color w:val="000000"/>
        </w:rPr>
      </w:pPr>
      <w:r>
        <w:rPr>
          <w:rFonts w:ascii="宋体" w:hAnsi="宋体" w:eastAsia="宋体" w:cs="宋体"/>
          <w:color w:val="000000"/>
        </w:rPr>
        <w:t>第二空，根据材料二第一段句子“中国航天经过六十多年的发展，取得了一系列举世瞩目的成就，也积淀形成了深厚博大的航天精神，特别是培养造就了一批优秀的人才”可得，培养人才；</w:t>
      </w:r>
    </w:p>
    <w:p>
      <w:pPr>
        <w:spacing w:line="360" w:lineRule="auto"/>
        <w:jc w:val="left"/>
        <w:textAlignment w:val="center"/>
        <w:rPr>
          <w:color w:val="000000"/>
        </w:rPr>
      </w:pPr>
      <w:r>
        <w:rPr>
          <w:rFonts w:ascii="宋体" w:hAnsi="宋体" w:eastAsia="宋体" w:cs="宋体"/>
          <w:color w:val="000000"/>
        </w:rPr>
        <w:t>第三空。根据材料三第一段句子“1992年9月，我国载人航天工程正式起步，规划‘三步走’发展战略”可得，发展战略。</w:t>
      </w:r>
    </w:p>
    <w:p>
      <w:pPr>
        <w:spacing w:line="360" w:lineRule="auto"/>
        <w:jc w:val="left"/>
        <w:textAlignment w:val="center"/>
        <w:rPr>
          <w:color w:val="000000"/>
        </w:rPr>
      </w:pPr>
      <w:r>
        <w:rPr>
          <w:rFonts w:ascii="宋体" w:hAnsi="宋体" w:eastAsia="宋体" w:cs="宋体"/>
          <w:color w:val="000000"/>
        </w:rPr>
        <w:t>阅读《一粒孕育真善美的种子》，回答小题。</w:t>
      </w:r>
    </w:p>
    <w:p>
      <w:pPr>
        <w:spacing w:line="360" w:lineRule="auto"/>
        <w:jc w:val="center"/>
        <w:textAlignment w:val="center"/>
        <w:rPr>
          <w:color w:val="000000"/>
        </w:rPr>
      </w:pPr>
      <w:r>
        <w:rPr>
          <w:rFonts w:ascii="楷体" w:hAnsi="楷体" w:eastAsia="楷体" w:cs="楷体"/>
          <w:color w:val="000000"/>
        </w:rPr>
        <w:t>一粒孕育真善美的种子</w:t>
      </w:r>
    </w:p>
    <w:p>
      <w:pPr>
        <w:spacing w:line="360" w:lineRule="auto"/>
        <w:jc w:val="center"/>
        <w:textAlignment w:val="center"/>
        <w:rPr>
          <w:color w:val="000000"/>
        </w:rPr>
      </w:pPr>
      <w:r>
        <w:rPr>
          <w:rFonts w:ascii="楷体" w:hAnsi="楷体" w:eastAsia="楷体" w:cs="楷体"/>
          <w:color w:val="000000"/>
        </w:rPr>
        <w:t>周勇</w:t>
      </w:r>
    </w:p>
    <w:p>
      <w:pPr>
        <w:spacing w:line="360" w:lineRule="auto"/>
        <w:ind w:firstLine="420"/>
        <w:jc w:val="left"/>
        <w:textAlignment w:val="center"/>
        <w:rPr>
          <w:color w:val="000000"/>
        </w:rPr>
      </w:pPr>
      <w:r>
        <w:rPr>
          <w:rFonts w:ascii="楷体" w:hAnsi="楷体" w:eastAsia="楷体" w:cs="楷体"/>
          <w:color w:val="000000"/>
        </w:rPr>
        <w:t>①我们一家住在湖南农业大学，紧挨着湖南省杂交水稻研究中心，天气好的时候，常可以在附近的田间地头见到袁隆平院士的身影，感觉与袁隆平一家就像左邻右舍一样亲近。每每有亲戚朋友聊起袁隆平院士，我们一家都会因为住在袁院士的隔壁而感到特别自豪。</w:t>
      </w:r>
    </w:p>
    <w:p>
      <w:pPr>
        <w:spacing w:line="360" w:lineRule="auto"/>
        <w:ind w:firstLine="420"/>
        <w:jc w:val="left"/>
        <w:textAlignment w:val="center"/>
        <w:rPr>
          <w:color w:val="000000"/>
        </w:rPr>
      </w:pPr>
      <w:r>
        <w:rPr>
          <w:rFonts w:ascii="楷体" w:hAnsi="楷体" w:eastAsia="楷体" w:cs="楷体"/>
          <w:color w:val="000000"/>
        </w:rPr>
        <w:t>②2018年上半年，我决定采写一篇袁隆平院士在安江农业学校教书育人的故事。女儿听说我要去见袁老师，很是惊讶，像倒豆子一般地问我：“袁隆平爷爷真的就住在我们隔壁吗？他真的会见你吗？他是不是很老了？我也好想去！”在女儿的心里，袁院士这么大的科学家，怎么可能会近在咫尺！</w:t>
      </w:r>
    </w:p>
    <w:p>
      <w:pPr>
        <w:spacing w:line="360" w:lineRule="auto"/>
        <w:ind w:firstLine="420"/>
        <w:jc w:val="left"/>
        <w:textAlignment w:val="center"/>
        <w:rPr>
          <w:color w:val="000000"/>
        </w:rPr>
      </w:pPr>
      <w:r>
        <w:rPr>
          <w:rFonts w:ascii="楷体" w:hAnsi="楷体" w:eastAsia="楷体" w:cs="楷体"/>
          <w:color w:val="000000"/>
        </w:rPr>
        <w:t>③2018年5月16日大清早，我就带着女儿提前来到了湖南省杂交水稻研究中心大楼前坪，父女俩心情都是无比激动。在杨秘书的带领下，我们走进了袁院士的办公室。袁院士见了我们，马上起立和我们打招呼，并与我们一一热情握手，当他把手伸向我女儿时，女儿迟疑了一下才伸出手，并礼貌地问袁爷爷好。握了手，袁院士慈祥地问女儿：“小朋友，读几年级了？”“五年级。”女儿显得有些拘谨，第一次见到这么大的科学家，她还真有些蒙了。</w:t>
      </w:r>
    </w:p>
    <w:p>
      <w:pPr>
        <w:spacing w:line="360" w:lineRule="auto"/>
        <w:ind w:firstLine="420"/>
        <w:jc w:val="left"/>
        <w:textAlignment w:val="center"/>
        <w:rPr>
          <w:color w:val="000000"/>
        </w:rPr>
      </w:pPr>
      <w:r>
        <w:rPr>
          <w:rFonts w:ascii="楷体" w:hAnsi="楷体" w:eastAsia="楷体" w:cs="楷体"/>
          <w:color w:val="000000"/>
        </w:rPr>
        <w:t>④袁院士见我女儿身材单薄，就关心地对她说：“现在咱们国家粮食年年大丰收，不像以前了，你要多吃一点米饭，有了健康的体魄才能更好地学习。”女儿频频点头，阳光透过薄薄的纱窗，洒满整个房间，正好映照在她的脸上，整个房间溢满了阳光的味道。</w:t>
      </w:r>
    </w:p>
    <w:p>
      <w:pPr>
        <w:spacing w:line="360" w:lineRule="auto"/>
        <w:ind w:firstLine="420"/>
        <w:jc w:val="left"/>
        <w:textAlignment w:val="center"/>
        <w:rPr>
          <w:color w:val="000000"/>
        </w:rPr>
      </w:pPr>
      <w:r>
        <w:rPr>
          <w:rFonts w:ascii="楷体" w:hAnsi="楷体" w:eastAsia="楷体" w:cs="楷体"/>
          <w:color w:val="000000"/>
        </w:rPr>
        <w:t>⑤当我们问起袁院士在安江农业学校当老师的经历时，袁院士的话匣子一下子就打开了。他告诉我们，他教书时就是一个爱“鼓捣”的教书匠。当年党号召向科学进军，他就决定在教学之余，真正搞点研究。在他的组织下，安江农业学校成立了第一个科研小组，他们把西红柿嫁接到马铃薯上，希望地下长出马铃薯，枝上结西红柿；把西瓜嫁接到南瓜上，希望得到新型的瓜种，嫁接的作物成活了，长势也不错。讲起在安江农业学校的往事，袁院士兴致特别好，不知不觉半个小时就过去了。</w:t>
      </w:r>
    </w:p>
    <w:p>
      <w:pPr>
        <w:spacing w:line="360" w:lineRule="auto"/>
        <w:ind w:firstLine="420"/>
        <w:jc w:val="left"/>
        <w:textAlignment w:val="center"/>
        <w:rPr>
          <w:color w:val="000000"/>
        </w:rPr>
      </w:pPr>
      <w:r>
        <w:rPr>
          <w:rFonts w:ascii="楷体" w:hAnsi="楷体" w:eastAsia="楷体" w:cs="楷体"/>
          <w:color w:val="000000"/>
        </w:rPr>
        <w:t>⑥临别时，我和女儿提出和袁院士照一张合影，我们自觉地站在了袁院士的两侧。袁院士见状，笑呵呵地对我说：“小朋友是国家的未来，是民族的希望，他们才是最重要的，应该站在中间。”说完，就把我女儿往中间的位置拉，一张袁院士站在后排，小朋友居中的照片就这样定格了。从那以后，女儿只要看到有关袁爷爷的新闻就会格外关注，俨然成了袁院士的铁粉。</w:t>
      </w:r>
    </w:p>
    <w:p>
      <w:pPr>
        <w:spacing w:line="360" w:lineRule="auto"/>
        <w:ind w:firstLine="420"/>
        <w:jc w:val="left"/>
        <w:textAlignment w:val="center"/>
        <w:rPr>
          <w:color w:val="000000"/>
        </w:rPr>
      </w:pPr>
      <w:r>
        <w:rPr>
          <w:rFonts w:ascii="楷体" w:hAnsi="楷体" w:eastAsia="楷体" w:cs="楷体"/>
          <w:color w:val="000000"/>
        </w:rPr>
        <w:t>⑦2021年5月22日，我参加完全省职业教育活动周的活动，中午赶回家陪女儿吃饭，刚一开门，女儿就哭着问我：“网上说袁爷爷去世了，是真的吗？”我见女儿哭得稀里哗啦，就安慰她：“袁爷爷身体很好。”女儿见我说得很坚决，这才擦了擦眼泪说：“袁爷爷身体这么好，肯定可以活过100岁。”在女儿的心里，像袁爷爷这样的科学家应该永远活着才对！让人悲痛欲绝的是，下午一点多，官网还是发布了袁院士离开我们的消息。那一刻，女儿正在书房学习，我知道，她很快就会得到消息，我不忍心将这一切告诉女儿，于是找了个借口，匆匆下了楼。</w:t>
      </w:r>
    </w:p>
    <w:p>
      <w:pPr>
        <w:spacing w:line="360" w:lineRule="auto"/>
        <w:ind w:firstLine="420"/>
        <w:jc w:val="left"/>
        <w:textAlignment w:val="center"/>
        <w:rPr>
          <w:color w:val="000000"/>
        </w:rPr>
      </w:pPr>
      <w:r>
        <w:rPr>
          <w:rFonts w:ascii="楷体" w:hAnsi="楷体" w:eastAsia="楷体" w:cs="楷体"/>
          <w:color w:val="000000"/>
        </w:rPr>
        <w:t>⑧回到家里，女儿异常的平静，我在她的书桌上看见她正在写的一篇短文，写的正是她敬爱的袁爷爷，题目是《一面》。就在这一瞬间，我感觉到女儿长大了！</w:t>
      </w:r>
    </w:p>
    <w:p>
      <w:pPr>
        <w:spacing w:line="360" w:lineRule="auto"/>
        <w:ind w:firstLine="420"/>
        <w:jc w:val="left"/>
        <w:textAlignment w:val="center"/>
        <w:rPr>
          <w:color w:val="000000"/>
        </w:rPr>
      </w:pPr>
      <w:r>
        <w:rPr>
          <w:rFonts w:ascii="楷体" w:hAnsi="楷体" w:eastAsia="楷体" w:cs="楷体"/>
          <w:color w:val="000000"/>
        </w:rPr>
        <w:t>⑨我常想，我和女儿之所以将袁院士视为自己的亲人和学习的榜样，一定是因为2018年5月16日的这一天。</w:t>
      </w:r>
      <w:r>
        <w:rPr>
          <w:rFonts w:ascii="楷体" w:hAnsi="楷体" w:eastAsia="楷体" w:cs="楷体"/>
          <w:color w:val="000000"/>
          <w:u w:val="single"/>
        </w:rPr>
        <w:t xml:space="preserve">这一天，袁院士在我们心里种下了一粒真善美的种子，我相信这一粒种子，就如同袁老师研究的杂交水稻种子一样，已经在我们的心田生根、发芽！ </w:t>
      </w:r>
    </w:p>
    <w:p>
      <w:pPr>
        <w:spacing w:line="360" w:lineRule="auto"/>
        <w:jc w:val="right"/>
        <w:textAlignment w:val="center"/>
        <w:rPr>
          <w:color w:val="000000"/>
        </w:rPr>
      </w:pPr>
      <w:r>
        <w:rPr>
          <w:rFonts w:ascii="宋体" w:hAnsi="宋体" w:eastAsia="宋体" w:cs="宋体"/>
          <w:color w:val="000000"/>
        </w:rPr>
        <w:t>（原文有改动）</w:t>
      </w:r>
    </w:p>
    <w:p>
      <w:pPr>
        <w:spacing w:line="360" w:lineRule="auto"/>
        <w:jc w:val="left"/>
        <w:textAlignment w:val="center"/>
        <w:rPr>
          <w:color w:val="000000"/>
        </w:rPr>
      </w:pPr>
      <w:r>
        <w:rPr>
          <w:color w:val="000000"/>
        </w:rPr>
        <w:t xml:space="preserve">18. </w:t>
      </w:r>
      <w:r>
        <w:rPr>
          <w:rFonts w:ascii="宋体" w:hAnsi="宋体" w:eastAsia="宋体" w:cs="宋体"/>
          <w:color w:val="000000"/>
        </w:rPr>
        <w:t>通读全文，根据提示，将“我”和女儿与袁隆平院士相关的几件事补充完整。</w:t>
      </w:r>
    </w:p>
    <w:p>
      <w:pPr>
        <w:spacing w:line="360" w:lineRule="auto"/>
        <w:jc w:val="left"/>
        <w:textAlignment w:val="center"/>
        <w:rPr>
          <w:color w:val="000000"/>
        </w:rPr>
      </w:pPr>
      <w:r>
        <w:rPr>
          <w:rFonts w:ascii="宋体" w:hAnsi="宋体" w:eastAsia="宋体" w:cs="宋体"/>
          <w:color w:val="000000"/>
        </w:rPr>
        <w:t>①</w:t>
      </w:r>
      <w:r>
        <w:rPr>
          <w:color w:val="000000"/>
        </w:rPr>
        <w:t>____________</w:t>
      </w:r>
      <w:r>
        <w:rPr>
          <w:rFonts w:ascii="宋体" w:hAnsi="宋体" w:eastAsia="宋体" w:cs="宋体"/>
          <w:color w:val="000000"/>
        </w:rPr>
        <w:t>，女儿很是惊讶；</w:t>
      </w:r>
    </w:p>
    <w:p>
      <w:pPr>
        <w:spacing w:line="360" w:lineRule="auto"/>
        <w:jc w:val="left"/>
        <w:textAlignment w:val="center"/>
        <w:rPr>
          <w:color w:val="000000"/>
        </w:rPr>
      </w:pPr>
      <w:r>
        <w:rPr>
          <w:rFonts w:ascii="宋体" w:hAnsi="宋体" w:eastAsia="宋体" w:cs="宋体"/>
          <w:color w:val="000000"/>
        </w:rPr>
        <w:t>②来到了湖南省杂交水稻研究中心大楼前坪，女儿无比激动；</w:t>
      </w:r>
    </w:p>
    <w:p>
      <w:pPr>
        <w:spacing w:line="360" w:lineRule="auto"/>
        <w:jc w:val="left"/>
        <w:textAlignment w:val="center"/>
        <w:rPr>
          <w:color w:val="000000"/>
        </w:rPr>
      </w:pPr>
      <w:r>
        <w:rPr>
          <w:rFonts w:ascii="宋体" w:hAnsi="宋体" w:eastAsia="宋体" w:cs="宋体"/>
          <w:color w:val="000000"/>
        </w:rPr>
        <w:t>③与袁隆平院士握手、交谈，</w:t>
      </w:r>
      <w:r>
        <w:rPr>
          <w:color w:val="000000"/>
        </w:rPr>
        <w:t>__________________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w:t>
      </w:r>
      <w:r>
        <w:rPr>
          <w:color w:val="000000"/>
        </w:rPr>
        <w:t>____________</w:t>
      </w:r>
      <w:r>
        <w:rPr>
          <w:rFonts w:ascii="宋体" w:hAnsi="宋体" w:eastAsia="宋体" w:cs="宋体"/>
          <w:color w:val="000000"/>
        </w:rPr>
        <w:t>，女儿非常难过；</w:t>
      </w:r>
    </w:p>
    <w:p>
      <w:pPr>
        <w:spacing w:line="360" w:lineRule="auto"/>
        <w:jc w:val="left"/>
        <w:textAlignment w:val="center"/>
        <w:rPr>
          <w:color w:val="000000"/>
        </w:rPr>
      </w:pPr>
      <w:r>
        <w:rPr>
          <w:rFonts w:ascii="宋体" w:hAnsi="宋体" w:eastAsia="宋体" w:cs="宋体"/>
          <w:color w:val="000000"/>
        </w:rPr>
        <w:t>⑤官网发布袁隆平院士去世的消息，</w:t>
      </w:r>
      <w:r>
        <w:rPr>
          <w:color w:val="000000"/>
        </w:rPr>
        <w:t>______________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阅读全文，请从结构和内容的角度，简要说说你对文章结尾画线句的理解。</w:t>
      </w:r>
    </w:p>
    <w:p>
      <w:pPr>
        <w:spacing w:line="360" w:lineRule="auto"/>
        <w:jc w:val="left"/>
        <w:textAlignment w:val="center"/>
        <w:rPr>
          <w:color w:val="000000"/>
        </w:rPr>
      </w:pPr>
      <w:r>
        <w:rPr>
          <w:color w:val="000000"/>
        </w:rPr>
        <w:t xml:space="preserve">20. </w:t>
      </w:r>
      <w:r>
        <w:rPr>
          <w:rFonts w:ascii="宋体" w:hAnsi="宋体" w:eastAsia="宋体" w:cs="宋体"/>
          <w:color w:val="000000"/>
        </w:rPr>
        <w:t>请你运用叙事、抒情、议论的方式（至少选择两种），结合选文，表达自己对袁隆平院士的崇敬之情。（不得少于30字）</w:t>
      </w:r>
    </w:p>
    <w:p>
      <w:pPr>
        <w:spacing w:line="360" w:lineRule="auto"/>
        <w:textAlignment w:val="center"/>
        <w:rPr>
          <w:color w:val="000000"/>
        </w:rPr>
      </w:pPr>
      <w:r>
        <w:rPr>
          <w:color w:val="2E75B6"/>
        </w:rPr>
        <w:t>【答案】</w:t>
      </w:r>
      <w:r>
        <w:rPr>
          <w:color w:val="000000"/>
        </w:rPr>
        <w:t xml:space="preserve">18.     ①. </w:t>
      </w:r>
      <w:r>
        <w:rPr>
          <w:rFonts w:ascii="宋体" w:hAnsi="宋体" w:eastAsia="宋体" w:cs="宋体"/>
          <w:color w:val="000000"/>
        </w:rPr>
        <w:t>听说“我”要去见袁隆平院士</w:t>
      </w:r>
      <w:r>
        <w:rPr>
          <w:color w:val="000000"/>
        </w:rPr>
        <w:t xml:space="preserve">    ②. </w:t>
      </w:r>
      <w:r>
        <w:rPr>
          <w:rFonts w:ascii="宋体" w:hAnsi="宋体" w:eastAsia="宋体" w:cs="宋体"/>
          <w:color w:val="000000"/>
        </w:rPr>
        <w:t>女儿有些拘谨</w:t>
      </w:r>
      <w:r>
        <w:rPr>
          <w:color w:val="000000"/>
        </w:rPr>
        <w:t xml:space="preserve">    ③. </w:t>
      </w:r>
      <w:r>
        <w:rPr>
          <w:rFonts w:ascii="宋体" w:hAnsi="宋体" w:eastAsia="宋体" w:cs="宋体"/>
          <w:color w:val="000000"/>
        </w:rPr>
        <w:t>从网络得知袁隆平院士去世的消息</w:t>
      </w:r>
      <w:r>
        <w:rPr>
          <w:color w:val="000000"/>
        </w:rPr>
        <w:t xml:space="preserve">    ④. </w:t>
      </w:r>
      <w:r>
        <w:rPr>
          <w:rFonts w:ascii="宋体" w:hAnsi="宋体" w:eastAsia="宋体" w:cs="宋体"/>
          <w:color w:val="000000"/>
        </w:rPr>
        <w:t>女儿异常平静</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结构上：照应题目（点题），总结全文。</w:t>
      </w:r>
    </w:p>
    <w:p>
      <w:pPr>
        <w:spacing w:line="360" w:lineRule="auto"/>
        <w:jc w:val="both"/>
        <w:textAlignment w:val="center"/>
        <w:rPr>
          <w:color w:val="000000"/>
        </w:rPr>
      </w:pPr>
      <w:r>
        <w:rPr>
          <w:rFonts w:ascii="宋体" w:hAnsi="宋体" w:eastAsia="宋体" w:cs="宋体"/>
          <w:color w:val="000000"/>
        </w:rPr>
        <w:t>内容上：</w:t>
      </w:r>
    </w:p>
    <w:p>
      <w:pPr>
        <w:spacing w:line="360" w:lineRule="auto"/>
        <w:jc w:val="both"/>
        <w:textAlignment w:val="center"/>
        <w:rPr>
          <w:color w:val="000000"/>
        </w:rPr>
      </w:pPr>
      <w:r>
        <w:rPr>
          <w:rFonts w:ascii="宋体" w:hAnsi="宋体" w:eastAsia="宋体" w:cs="宋体"/>
          <w:color w:val="000000"/>
        </w:rPr>
        <w:t>示例一：点明主题，表达了对袁隆平院士的赞美和钦佩之情，写自己和女儿受到袁隆平院士的影响，也在追求真善美。</w:t>
      </w:r>
    </w:p>
    <w:p>
      <w:pPr>
        <w:spacing w:line="360" w:lineRule="auto"/>
        <w:jc w:val="both"/>
        <w:textAlignment w:val="center"/>
        <w:rPr>
          <w:color w:val="000000"/>
        </w:rPr>
      </w:pPr>
      <w:r>
        <w:rPr>
          <w:rFonts w:ascii="宋体" w:hAnsi="宋体" w:eastAsia="宋体" w:cs="宋体"/>
          <w:color w:val="000000"/>
        </w:rPr>
        <w:t>示例二：深化中心，袁院士的精神品质深深地影响了“我”和女儿，表达了对袁院士的崇敬赞美之情。</w:t>
      </w:r>
    </w:p>
    <w:p>
      <w:pPr>
        <w:spacing w:line="360" w:lineRule="auto"/>
        <w:jc w:val="both"/>
        <w:textAlignment w:val="center"/>
        <w:rPr>
          <w:color w:val="000000"/>
        </w:rPr>
      </w:pPr>
      <w:r>
        <w:rPr>
          <w:rFonts w:ascii="宋体" w:hAnsi="宋体" w:eastAsia="宋体" w:cs="宋体"/>
          <w:color w:val="000000"/>
        </w:rPr>
        <w:t>示例三：句子运用比喻修辞，生动形象写出了袁院士的精神品质对自己和女儿产生的影响，表达了对袁院士的崇敬赞美之情。</w:t>
      </w:r>
      <w:r>
        <w:rPr>
          <w:color w:val="000000"/>
        </w:rPr>
        <w:t xml:space="preserve">    </w:t>
      </w:r>
    </w:p>
    <w:p>
      <w:pPr>
        <w:spacing w:line="360" w:lineRule="auto"/>
        <w:jc w:val="both"/>
        <w:textAlignment w:val="center"/>
        <w:rPr>
          <w:color w:val="000000"/>
        </w:rPr>
      </w:pPr>
      <w:r>
        <w:rPr>
          <w:color w:val="000000"/>
        </w:rPr>
        <w:t xml:space="preserve">20. </w:t>
      </w:r>
      <w:r>
        <w:rPr>
          <w:rFonts w:ascii="宋体" w:hAnsi="宋体" w:eastAsia="宋体" w:cs="宋体"/>
          <w:color w:val="000000"/>
        </w:rPr>
        <w:t>示例一：一个院士，用最平易近人的态度对待着祖国的花朵；用最真诚的精神追逐着科学。袁隆平院士，虽然，您走了，但是我们永远不会忘记您。我们会永远怀念您。</w:t>
      </w:r>
    </w:p>
    <w:p>
      <w:pPr>
        <w:spacing w:line="360" w:lineRule="auto"/>
        <w:jc w:val="both"/>
        <w:textAlignment w:val="center"/>
        <w:rPr>
          <w:color w:val="000000"/>
        </w:rPr>
      </w:pPr>
      <w:r>
        <w:rPr>
          <w:rFonts w:ascii="宋体" w:hAnsi="宋体" w:eastAsia="宋体" w:cs="宋体"/>
          <w:color w:val="000000"/>
        </w:rPr>
        <w:t>示例二：2021年5月22日，袁隆平爷爷离开了我们，作为一名育种专家，人民尊称他为“杂交水稻之父”，他是当之无愧的！我们将永远崇敬他，怀念他！</w:t>
      </w:r>
    </w:p>
    <w:p>
      <w:pPr>
        <w:spacing w:line="360" w:lineRule="auto"/>
        <w:jc w:val="both"/>
        <w:textAlignment w:val="center"/>
        <w:rPr>
          <w:color w:val="000000"/>
        </w:rPr>
      </w:pPr>
      <w:r>
        <w:rPr>
          <w:rFonts w:ascii="宋体" w:hAnsi="宋体" w:eastAsia="宋体" w:cs="宋体"/>
          <w:color w:val="000000"/>
        </w:rPr>
        <w:t>示例三：袁院士，您虽然离去了，但是您在稻田里劳作的身影我们会牢牢记住，永远不会遗忘。您是国家的英雄，是人民的英雄，我们永远怀念您，铭记您的不朽功勋。</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本题考查内容概括。</w:t>
      </w:r>
    </w:p>
    <w:p>
      <w:pPr>
        <w:spacing w:line="360" w:lineRule="auto"/>
        <w:jc w:val="left"/>
        <w:textAlignment w:val="center"/>
        <w:rPr>
          <w:color w:val="000000"/>
        </w:rPr>
      </w:pPr>
      <w:r>
        <w:rPr>
          <w:rFonts w:ascii="宋体" w:hAnsi="宋体" w:eastAsia="宋体" w:cs="宋体"/>
          <w:color w:val="000000"/>
        </w:rPr>
        <w:t>（1）结合第②段“2018年上半年，我决定采写一篇袁隆平院士在安江农业学校教书育人的故事。女儿听说我要去见袁老师，很是惊讶”可知，听说“我”要去见袁隆平院士女儿很是惊讶；</w:t>
      </w:r>
    </w:p>
    <w:p>
      <w:pPr>
        <w:spacing w:line="360" w:lineRule="auto"/>
        <w:jc w:val="left"/>
        <w:textAlignment w:val="center"/>
        <w:rPr>
          <w:color w:val="000000"/>
        </w:rPr>
      </w:pPr>
      <w:r>
        <w:rPr>
          <w:rFonts w:ascii="宋体" w:hAnsi="宋体" w:eastAsia="宋体" w:cs="宋体"/>
          <w:color w:val="000000"/>
        </w:rPr>
        <w:t>（2）根据第③段“袁院士见了我们，马上起立和我们打招呼，并与我们一一热情握手，当他把手伸向我女儿时，女儿迟疑了一下才伸出手，并礼貌地问袁爷爷好。握了手……女儿显得有些拘谨，第一次见到这么大的科学家，她还真有些蒙了”等语句可知，与袁隆平院士握手、交谈的时候，女儿有些拘谨；</w:t>
      </w:r>
    </w:p>
    <w:p>
      <w:pPr>
        <w:spacing w:line="360" w:lineRule="auto"/>
        <w:jc w:val="left"/>
        <w:textAlignment w:val="center"/>
        <w:rPr>
          <w:color w:val="000000"/>
        </w:rPr>
      </w:pPr>
      <w:r>
        <w:rPr>
          <w:rFonts w:ascii="宋体" w:hAnsi="宋体" w:eastAsia="宋体" w:cs="宋体"/>
          <w:color w:val="000000"/>
        </w:rPr>
        <w:t>（3）根据第⑦段“女儿就哭着问我：‘网上说袁爷爷去世了，是真的吗？’我见女儿哭得稀里哗啦’”可以概括为：从网络得知袁隆平院士去世的消息，女儿非常难过；</w:t>
      </w:r>
    </w:p>
    <w:p>
      <w:pPr>
        <w:spacing w:line="360" w:lineRule="auto"/>
        <w:jc w:val="left"/>
        <w:textAlignment w:val="center"/>
        <w:rPr>
          <w:color w:val="000000"/>
        </w:rPr>
      </w:pPr>
      <w:r>
        <w:rPr>
          <w:rFonts w:ascii="宋体" w:hAnsi="宋体" w:eastAsia="宋体" w:cs="宋体"/>
          <w:color w:val="000000"/>
        </w:rPr>
        <w:t>（4）根据第⑦段“下午一点多，官网还是发布了袁院士离开我们的消息”、第⑧段“回到家里，女儿异常的平静，我在她的书桌上看见她正在写的一篇短文，写的正是她敬爱的袁爷爷，题目是《一面》”可概括为：得到袁隆平院士真正去世消息时，女儿异常的平静，并且写下短文《一面》来纪念袁爷爷</w:t>
      </w:r>
      <w:r>
        <w:rPr>
          <w:color w:val="000000"/>
        </w:rPr>
        <w:t>。</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本题考查句段作用。</w:t>
      </w:r>
    </w:p>
    <w:p>
      <w:pPr>
        <w:spacing w:line="360" w:lineRule="auto"/>
        <w:jc w:val="left"/>
        <w:textAlignment w:val="center"/>
        <w:rPr>
          <w:color w:val="000000"/>
        </w:rPr>
      </w:pPr>
      <w:r>
        <w:rPr>
          <w:rFonts w:ascii="宋体" w:hAnsi="宋体" w:eastAsia="宋体" w:cs="宋体"/>
          <w:color w:val="000000"/>
        </w:rPr>
        <w:t>结构作用：结尾段画线句中“这一天，袁院士在我们心里种下了一粒真善美的种子”和题目“一粒孕育真善美的种子”相照应，并总结了全文（体现袁隆平院士对“我们”的影响深远）；</w:t>
      </w:r>
    </w:p>
    <w:p>
      <w:pPr>
        <w:spacing w:line="360" w:lineRule="auto"/>
        <w:jc w:val="left"/>
        <w:textAlignment w:val="center"/>
        <w:rPr>
          <w:color w:val="000000"/>
        </w:rPr>
      </w:pPr>
      <w:r>
        <w:rPr>
          <w:rFonts w:ascii="宋体" w:hAnsi="宋体" w:eastAsia="宋体" w:cs="宋体"/>
          <w:color w:val="000000"/>
        </w:rPr>
        <w:t>内容作用：画线句中“袁院士在我们心里种下了一粒真善美的种子”中把袁隆平院士带给“我”和女儿的影响比成一粒真善美的种子，运用了比喻的修辞手法，种子会生根、发芽，比喻“我”和女儿受到袁隆平院士为人处世的影响，同样在追求真善美；在袁隆平院士的影响下，懂得要报效国家，献身事业；结尾表达了对袁隆平院士的钦佩与赞美。</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本题考查语言表达。</w:t>
      </w:r>
    </w:p>
    <w:p>
      <w:pPr>
        <w:spacing w:line="360" w:lineRule="auto"/>
        <w:jc w:val="left"/>
        <w:textAlignment w:val="center"/>
        <w:rPr>
          <w:color w:val="000000"/>
        </w:rPr>
      </w:pPr>
      <w:r>
        <w:rPr>
          <w:rFonts w:ascii="宋体" w:hAnsi="宋体" w:eastAsia="宋体" w:cs="宋体"/>
          <w:color w:val="000000"/>
        </w:rPr>
        <w:t>可在理解文章内容的基础上，就其在“田间劳作”“搞科学研究”“关心下一代的成长”等方面，从叙事、抒情、议论选取两种表达方式，表达自己对袁隆平院士的崇敬和缅怀之情。</w:t>
      </w:r>
    </w:p>
    <w:p>
      <w:pPr>
        <w:spacing w:line="360" w:lineRule="auto"/>
        <w:jc w:val="left"/>
        <w:textAlignment w:val="center"/>
        <w:rPr>
          <w:color w:val="000000"/>
        </w:rPr>
      </w:pPr>
      <w:r>
        <w:rPr>
          <w:rFonts w:ascii="宋体" w:hAnsi="宋体" w:eastAsia="宋体" w:cs="宋体"/>
          <w:color w:val="000000"/>
        </w:rPr>
        <w:t>示例：袁老，您虽然已经离我们而去，但我们不会忘记您为国为民做出的巨大贡献，我会好好教导下一代，让一颗颗种子发扬光大，向您学习，把中国人的饭碗端在自己说手里。您即使你化作了流星，也是我前进路上的灯塔，我们永远怀您、感谢您。</w:t>
      </w:r>
    </w:p>
    <w:p>
      <w:pPr>
        <w:spacing w:line="360" w:lineRule="auto"/>
        <w:jc w:val="left"/>
        <w:textAlignment w:val="center"/>
        <w:rPr>
          <w:color w:val="000000"/>
        </w:rPr>
      </w:pPr>
      <w:r>
        <w:rPr>
          <w:rFonts w:ascii="宋体" w:hAnsi="宋体" w:eastAsia="宋体" w:cs="宋体"/>
          <w:color w:val="000000"/>
        </w:rPr>
        <w:t>阅读《纪念白求恩》选段，完成小题。</w:t>
      </w:r>
    </w:p>
    <w:p>
      <w:pPr>
        <w:spacing w:line="360" w:lineRule="auto"/>
        <w:ind w:firstLine="420"/>
        <w:jc w:val="left"/>
        <w:textAlignment w:val="center"/>
        <w:rPr>
          <w:color w:val="000000"/>
        </w:rPr>
      </w:pPr>
      <w:r>
        <w:rPr>
          <w:rFonts w:ascii="楷体" w:hAnsi="楷体" w:eastAsia="楷体" w:cs="楷体"/>
          <w:color w:val="000000"/>
        </w:rPr>
        <w:t>白求恩同志毫不利己专门利人的精神，表现在他对工作的极端的负责任，对同志对人民的极端的热忱。每个共产党员都要学习他。不少的人对工作不负责任，拈轻怕重，把重担子推给人家，自己挑轻的。一事当前，先替自己打算，然后再替别人打算。出了一点力就觉得了不起，喜欢自吹，生怕人家不知道。对同志对人民不是满腔热忱，而是冷冷清清，漠不关心，麻木不仁。这种人其实不是共产党员，至少不能算一个纯粹的共产党员。</w:t>
      </w:r>
      <w:r>
        <w:rPr>
          <w:rFonts w:ascii="楷体" w:hAnsi="楷体" w:eastAsia="楷体" w:cs="楷体"/>
          <w:color w:val="000000"/>
          <w:u w:val="single"/>
        </w:rPr>
        <w:t xml:space="preserve">     </w:t>
      </w:r>
      <w:r>
        <w:rPr>
          <w:rFonts w:ascii="楷体" w:hAnsi="楷体" w:eastAsia="楷体" w:cs="楷体"/>
          <w:color w:val="000000"/>
        </w:rPr>
        <w:t>。晋察冀边区的军民，凡亲身受过白求恩医生的治疗和亲眼看过白求恩医生的工作的，无不为之感动。每一个共产党员，一定要学习白求恩同志的这种真正共产主义者的精神。</w:t>
      </w:r>
    </w:p>
    <w:p>
      <w:pPr>
        <w:spacing w:line="360" w:lineRule="auto"/>
        <w:jc w:val="left"/>
        <w:textAlignment w:val="center"/>
        <w:rPr>
          <w:color w:val="000000"/>
        </w:rPr>
      </w:pPr>
      <w:r>
        <w:rPr>
          <w:color w:val="000000"/>
        </w:rPr>
        <w:t xml:space="preserve">21. </w:t>
      </w:r>
      <w:r>
        <w:rPr>
          <w:rFonts w:ascii="宋体" w:hAnsi="宋体" w:eastAsia="宋体" w:cs="宋体"/>
          <w:color w:val="000000"/>
        </w:rPr>
        <w:t>根据选文内容，从【甲】【乙】中选择一句填入文中横线处，你认为哪句更好，并说明理由</w:t>
      </w:r>
    </w:p>
    <w:p>
      <w:pPr>
        <w:spacing w:line="360" w:lineRule="auto"/>
        <w:jc w:val="left"/>
        <w:textAlignment w:val="center"/>
        <w:rPr>
          <w:color w:val="000000"/>
        </w:rPr>
      </w:pPr>
      <w:r>
        <w:rPr>
          <w:rFonts w:ascii="宋体" w:hAnsi="宋体" w:eastAsia="宋体" w:cs="宋体"/>
          <w:color w:val="000000"/>
        </w:rPr>
        <w:t>【甲】从前线回来的人说到白求恩，没有一个不佩服，没有一个不为他的精神所感动。</w:t>
      </w:r>
    </w:p>
    <w:p>
      <w:pPr>
        <w:spacing w:line="360" w:lineRule="auto"/>
        <w:jc w:val="left"/>
        <w:textAlignment w:val="center"/>
        <w:rPr>
          <w:color w:val="000000"/>
        </w:rPr>
      </w:pPr>
      <w:r>
        <w:rPr>
          <w:rFonts w:ascii="宋体" w:hAnsi="宋体" w:eastAsia="宋体" w:cs="宋体"/>
          <w:color w:val="000000"/>
        </w:rPr>
        <w:t xml:space="preserve">【乙】从前线回来的人说到白求恩，都很佩服他，都为他的精神所感动。 </w:t>
      </w:r>
    </w:p>
    <w:p>
      <w:pPr>
        <w:spacing w:line="360" w:lineRule="auto"/>
        <w:jc w:val="left"/>
        <w:textAlignment w:val="center"/>
        <w:rPr>
          <w:color w:val="000000"/>
        </w:rPr>
      </w:pPr>
      <w:r>
        <w:rPr>
          <w:color w:val="000000"/>
        </w:rPr>
        <w:t xml:space="preserve">22. </w:t>
      </w:r>
      <w:r>
        <w:rPr>
          <w:rFonts w:ascii="宋体" w:hAnsi="宋体" w:eastAsia="宋体" w:cs="宋体"/>
          <w:color w:val="000000"/>
        </w:rPr>
        <w:t>请你阅读下面的文字，回答问题。</w:t>
      </w:r>
    </w:p>
    <w:p>
      <w:pPr>
        <w:spacing w:line="360" w:lineRule="auto"/>
        <w:jc w:val="left"/>
        <w:textAlignment w:val="center"/>
        <w:rPr>
          <w:color w:val="000000"/>
        </w:rPr>
      </w:pPr>
      <w:r>
        <w:rPr>
          <w:rFonts w:ascii="宋体" w:hAnsi="宋体" w:eastAsia="宋体" w:cs="宋体"/>
          <w:color w:val="000000"/>
        </w:rPr>
        <w:t>每次班级值日的时候，小明总是借口自己有事或身体不舒服，逃避打扫卫生。请你结合上面《纪念白求恩》选文内容，写一段文字，对小明的行为进行劝说。</w:t>
      </w:r>
    </w:p>
    <w:p>
      <w:pPr>
        <w:spacing w:line="360" w:lineRule="auto"/>
        <w:textAlignment w:val="center"/>
        <w:rPr>
          <w:color w:val="000000"/>
        </w:rPr>
      </w:pPr>
      <w:r>
        <w:rPr>
          <w:color w:val="2E75B6"/>
        </w:rPr>
        <w:t>【答案】</w:t>
      </w:r>
      <w:r>
        <w:rPr>
          <w:color w:val="000000"/>
        </w:rPr>
        <w:t xml:space="preserve">21. </w:t>
      </w:r>
      <w:r>
        <w:rPr>
          <w:rFonts w:ascii="宋体" w:hAnsi="宋体" w:eastAsia="宋体" w:cs="宋体"/>
          <w:color w:val="000000"/>
        </w:rPr>
        <w:t>示例一：甲  用双重否定表肯定，起突出强调作用，表现了人们对白求恩的佩服和感动，突出了白求恩精神的伟大。</w:t>
      </w:r>
    </w:p>
    <w:p>
      <w:pPr>
        <w:spacing w:line="360" w:lineRule="auto"/>
        <w:jc w:val="both"/>
        <w:textAlignment w:val="center"/>
        <w:rPr>
          <w:color w:val="000000"/>
        </w:rPr>
      </w:pPr>
      <w:r>
        <w:rPr>
          <w:rFonts w:ascii="宋体" w:hAnsi="宋体" w:eastAsia="宋体" w:cs="宋体"/>
          <w:color w:val="000000"/>
        </w:rPr>
        <w:t>示例二：甲  连用两个双重否定句，极其有力地强调了无一例外，每个人都佩服，每个人都感动的事实，比乙（一般陈述句）显得更斩钉截铁不可动摇。</w:t>
      </w:r>
      <w:r>
        <w:rPr>
          <w:color w:val="000000"/>
        </w:rPr>
        <w:t xml:space="preserve">    </w:t>
      </w:r>
    </w:p>
    <w:p>
      <w:pPr>
        <w:spacing w:line="360" w:lineRule="auto"/>
        <w:jc w:val="both"/>
        <w:textAlignment w:val="center"/>
        <w:rPr>
          <w:color w:val="000000"/>
        </w:rPr>
      </w:pPr>
      <w:r>
        <w:rPr>
          <w:color w:val="000000"/>
        </w:rPr>
        <w:t xml:space="preserve">22. </w:t>
      </w:r>
      <w:r>
        <w:rPr>
          <w:rFonts w:ascii="宋体" w:hAnsi="宋体" w:eastAsia="宋体" w:cs="宋体"/>
          <w:color w:val="000000"/>
        </w:rPr>
        <w:t>示例：小明，我们要学习白求恩的毫不利己专门利人的精神，做事情不能拈轻怕重。每次值日你都找借口不打扫卫生，会让同学们觉得你自私自利，给同学留下不好的印象。你一定要改呀。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本题考查句子赏析。对比【甲】【乙】两句内容和句式的不同，分析其表达效果。</w:t>
      </w:r>
    </w:p>
    <w:p>
      <w:pPr>
        <w:spacing w:line="360" w:lineRule="auto"/>
        <w:jc w:val="left"/>
        <w:textAlignment w:val="center"/>
        <w:rPr>
          <w:color w:val="000000"/>
        </w:rPr>
      </w:pPr>
      <w:r>
        <w:rPr>
          <w:rFonts w:ascii="宋体" w:hAnsi="宋体" w:eastAsia="宋体" w:cs="宋体"/>
          <w:color w:val="000000"/>
        </w:rPr>
        <w:t>通过对比阅读【甲】【乙】两句可知，两句表达的内容是相同的：从前线回来的人都佩服白求恩，都被他的精神所感动。【甲】句采用了双重否定的句式，加强了肯定的语气，增强了句子的感染力，突出了白求恩精神的伟大；【乙】句是陈述句，只是表述了一个事实。结合后文“每一个共产党员，一定要学习白求恩同志的这种真正共产主义者的精神”这个号召可知，选择【甲】句更能增强文章的说服力。</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rFonts w:ascii="宋体" w:hAnsi="宋体" w:eastAsia="宋体" w:cs="宋体"/>
          <w:color w:val="000000"/>
        </w:rPr>
        <w:t>本题考查劝说语的拟写。劝说要语言得体，符合身份（同学、朋友）、情景（小明的做法不利于良好品质的养成和同学之间的团结）等方面的要求。针对“小明总是借口自己有事或身体不舒服，逃避打扫卫生”的想法，说服小明做好自己的值日工作，不能总是逃避责任。注意要有称呼，语气诚恳，有感染力。</w:t>
      </w:r>
    </w:p>
    <w:p>
      <w:pPr>
        <w:spacing w:line="360" w:lineRule="auto"/>
        <w:jc w:val="left"/>
        <w:textAlignment w:val="center"/>
        <w:rPr>
          <w:color w:val="000000"/>
        </w:rPr>
      </w:pPr>
      <w:r>
        <w:rPr>
          <w:rFonts w:ascii="宋体" w:hAnsi="宋体" w:eastAsia="宋体" w:cs="宋体"/>
          <w:color w:val="000000"/>
        </w:rPr>
        <w:t>示例：《纪念白求恩》告诉我们要想得到别人的佩服和尊重，就要学习他对工作极端的负责任、对同学极端热忱的态度，我们可不能总是找借口不打扫卫生啊，同学们会认为你是一个没有担当的人的，一定要学会改正啊。</w:t>
      </w:r>
    </w:p>
    <w:p>
      <w:pPr>
        <w:pStyle w:val="Heading3"/>
      </w:pPr>
      <w:r>
        <w:t>怀柔区</w:t>
      </w:r>
    </w:p>
    <w:p>
      <w:pPr>
        <w:spacing w:line="360" w:lineRule="auto"/>
        <w:jc w:val="left"/>
        <w:textAlignment w:val="center"/>
        <w:rPr>
          <w:color w:val="000000"/>
        </w:rPr>
      </w:pPr>
      <w:r>
        <w:rPr>
          <w:rFonts w:ascii="宋体" w:hAnsi="宋体" w:eastAsia="宋体" w:cs="宋体"/>
          <w:b/>
          <w:color w:val="000000"/>
          <w:sz w:val="24"/>
        </w:rPr>
        <w:t>四、现代文阅读（共22分）</w:t>
      </w:r>
    </w:p>
    <w:p>
      <w:pPr>
        <w:spacing w:line="360" w:lineRule="auto"/>
        <w:jc w:val="left"/>
        <w:textAlignment w:val="center"/>
        <w:rPr>
          <w:color w:val="000000"/>
        </w:rPr>
      </w:pPr>
      <w:r>
        <w:rPr>
          <w:rFonts w:ascii="宋体" w:hAnsi="宋体" w:eastAsia="宋体" w:cs="宋体"/>
          <w:color w:val="000000"/>
        </w:rPr>
        <w:t>阅读《猫的故事》，完成小题。</w:t>
      </w:r>
    </w:p>
    <w:p>
      <w:pPr>
        <w:spacing w:line="360" w:lineRule="auto"/>
        <w:jc w:val="center"/>
        <w:textAlignment w:val="center"/>
        <w:rPr>
          <w:color w:val="000000"/>
        </w:rPr>
      </w:pPr>
      <w:r>
        <w:rPr>
          <w:rFonts w:ascii="楷体" w:hAnsi="楷体" w:eastAsia="楷体" w:cs="楷体"/>
          <w:color w:val="000000"/>
        </w:rPr>
        <w:t>猫的故事</w:t>
      </w:r>
    </w:p>
    <w:p>
      <w:pPr>
        <w:spacing w:line="360" w:lineRule="auto"/>
        <w:jc w:val="center"/>
        <w:textAlignment w:val="center"/>
        <w:rPr>
          <w:color w:val="000000"/>
        </w:rPr>
      </w:pPr>
      <w:r>
        <w:rPr>
          <w:rFonts w:ascii="楷体" w:hAnsi="楷体" w:eastAsia="楷体" w:cs="楷体"/>
          <w:color w:val="000000"/>
        </w:rPr>
        <w:t>梁实秋</w:t>
      </w:r>
    </w:p>
    <w:p>
      <w:pPr>
        <w:spacing w:line="360" w:lineRule="auto"/>
        <w:ind w:firstLine="420"/>
        <w:jc w:val="left"/>
        <w:textAlignment w:val="center"/>
        <w:rPr>
          <w:color w:val="000000"/>
        </w:rPr>
      </w:pPr>
      <w:r>
        <w:rPr>
          <w:rFonts w:ascii="楷体" w:hAnsi="楷体" w:eastAsia="楷体" w:cs="楷体"/>
          <w:color w:val="000000"/>
        </w:rPr>
        <w:t>①我的家在北平的一个深巷里。有一天，冬夜荒寒，卖水萝卜的，卖硬面饽饽的，都过去了，除了值更的梆子遥远的响声可以说是万籁俱寂。这时候屋瓦上嗥的一声猫叫了起来，时而如怨如诉，时而如诟如詈</w:t>
      </w:r>
      <w:r>
        <w:rPr>
          <w:rFonts w:ascii="Cambria Math" w:hAnsi="Cambria Math" w:eastAsia="Cambria Math" w:cs="Cambria Math"/>
          <w:color w:val="000000"/>
          <w:vertAlign w:val="superscript"/>
        </w:rPr>
        <w:t>①</w:t>
      </w:r>
      <w:r>
        <w:rPr>
          <w:rFonts w:ascii="楷体" w:hAnsi="楷体" w:eastAsia="楷体" w:cs="楷体"/>
          <w:color w:val="000000"/>
        </w:rPr>
        <w:t>，然后一阵跳踉，窜到另外一间房上去了，往返跳跃，搅得一家不安。</w:t>
      </w:r>
    </w:p>
    <w:p>
      <w:pPr>
        <w:spacing w:line="360" w:lineRule="auto"/>
        <w:ind w:firstLine="420"/>
        <w:jc w:val="left"/>
        <w:textAlignment w:val="center"/>
        <w:rPr>
          <w:color w:val="000000"/>
        </w:rPr>
      </w:pPr>
      <w:r>
        <w:rPr>
          <w:rFonts w:ascii="楷体" w:hAnsi="楷体" w:eastAsia="楷体" w:cs="楷体"/>
          <w:color w:val="000000"/>
        </w:rPr>
        <w:t>②北平的窗子是糊纸的，窗棂不宽不窄正好容一只猫儿出入，只消他用爪一划即可通往无阻。在春暖时节，有一夜，我在睡梦中好像听到小院书房的窗纸响，第二天发现窗棂上果然撕破了一个洞，显然是有野猫钻了进去。大概是饿极了，进去捉老鼠。我把窗纸补好，不料第二天猫又来，仍从原处出入，这就使我有些不耐烦，第三天又发生同样情形，而且把书桌书架都弄得凌乱不堪，书桌上印了无数的梅花印，我按捺不住了。</w:t>
      </w:r>
    </w:p>
    <w:p>
      <w:pPr>
        <w:spacing w:line="360" w:lineRule="auto"/>
        <w:ind w:firstLine="420"/>
        <w:jc w:val="left"/>
        <w:textAlignment w:val="center"/>
        <w:rPr>
          <w:color w:val="000000"/>
        </w:rPr>
      </w:pPr>
      <w:r>
        <w:rPr>
          <w:rFonts w:ascii="楷体" w:hAnsi="楷体" w:eastAsia="楷体" w:cs="楷体"/>
          <w:color w:val="000000"/>
        </w:rPr>
        <w:t>③我家的厨师是一个足智多谋的人，除了调和鼎鼐</w:t>
      </w:r>
      <w:r>
        <w:rPr>
          <w:rFonts w:ascii="Cambria Math" w:hAnsi="Cambria Math" w:eastAsia="Cambria Math" w:cs="Cambria Math"/>
          <w:color w:val="000000"/>
          <w:vertAlign w:val="superscript"/>
        </w:rPr>
        <w:t>②</w:t>
      </w:r>
      <w:r>
        <w:rPr>
          <w:rFonts w:ascii="楷体" w:hAnsi="楷体" w:eastAsia="楷体" w:cs="楷体"/>
          <w:color w:val="000000"/>
        </w:rPr>
        <w:t>之外还贯通不少的旁门左道，他因为厨房里的肉常常被猫拖拉到灶下，鱼常被猫叨着上了墙头，怀恨于心，于是殚智竭力，发明了一个简单而有效的捕猫方法。他用铁丝一根，在窗棂上猫经常出入之处钉一个铁钉，铁丝一端系牢在铁钉之上，另一端在铁丝上做一活扣，使铁丝作圆箍形，把圆箍伸缩到适度放在窗棂上，便诸事完备，静待活捉。猫窜进屋的时候前腿伸入之后身躯势必触到铁丝圆箍，于是正好套在身上，活生生悬在半空，愈挣扎则圆箍愈紧。厨师看我为猫所苦无计可施，遂自告奋勇为我在书房窗上装置了这么一个机关。我对他起初并无信心，姑妄从之。但是当天夜里居然有了动静，早晨起来一看，一只瘦猫奄奄一息的赫然挂在那里！</w:t>
      </w:r>
    </w:p>
    <w:p>
      <w:pPr>
        <w:spacing w:line="360" w:lineRule="auto"/>
        <w:ind w:firstLine="420"/>
        <w:jc w:val="left"/>
        <w:textAlignment w:val="center"/>
        <w:rPr>
          <w:color w:val="000000"/>
        </w:rPr>
      </w:pPr>
      <w:r>
        <w:rPr>
          <w:rFonts w:ascii="楷体" w:hAnsi="楷体" w:eastAsia="楷体" w:cs="楷体"/>
          <w:color w:val="000000"/>
        </w:rPr>
        <w:t>④厨师对于捉到的猫向来执法如山，不稍宽容，我看了猫的那副可怜相儿，直为她婉言求情。结果是从轻发落予以开释，但是厨师坚持不能不惩戒，即在猫身上用原来的铁丝系上一只空罐头，开启街门放她一条生路。</w:t>
      </w:r>
      <w:r>
        <w:rPr>
          <w:rFonts w:ascii="楷体" w:hAnsi="楷体" w:eastAsia="楷体" w:cs="楷体"/>
          <w:color w:val="000000"/>
          <w:u w:val="single"/>
        </w:rPr>
        <w:t>【甲】只见猫一溜烟似的唏哩哗喇地拖着罐头绝尘而去，像是新婚夫妻的汽车驶离教堂去度蜜月。</w:t>
      </w:r>
      <w:r>
        <w:rPr>
          <w:rFonts w:ascii="楷体" w:hAnsi="楷体" w:eastAsia="楷体" w:cs="楷体"/>
          <w:color w:val="000000"/>
        </w:rPr>
        <w:t>跑得愈快，罐头响声愈大，猫受惊乃跑得更快，惊动了好几条野狗跟在后面追赶，黄尘滚滚，一瞬间出了巷口往北而去。她以后的遭遇如何我不知道，我心想她吃了这个苦头以后绝对不会再光顾我的书房。窗户纸从新糊好，我准备高枕而眠。</w:t>
      </w:r>
    </w:p>
    <w:p>
      <w:pPr>
        <w:spacing w:line="360" w:lineRule="auto"/>
        <w:ind w:firstLine="420"/>
        <w:jc w:val="left"/>
        <w:textAlignment w:val="center"/>
        <w:rPr>
          <w:color w:val="000000"/>
        </w:rPr>
      </w:pPr>
      <w:r>
        <w:rPr>
          <w:rFonts w:ascii="楷体" w:hAnsi="楷体" w:eastAsia="楷体" w:cs="楷体"/>
          <w:color w:val="000000"/>
        </w:rPr>
        <w:t>⑤当天夜里，听见铁罐响，起初是在后院砖地上哗啷哗啷的响，随后像是有东西提着铁罐攀爬枣树，终乃在我的屋瓦上作响。屋瓦是一垅一垅的，中有小沟，所以铁罐越过瓦垅的声音是格登格登的清晰可辨。我打了一个冷战：难道是那只猫的阴魂不散？她拖着铁罐子跑了一天，藏躲在什么地方，终于深夜又复光临寒舍，我家究竟有什么东西值得使她这样的念念不忘？</w:t>
      </w:r>
    </w:p>
    <w:p>
      <w:pPr>
        <w:spacing w:line="360" w:lineRule="auto"/>
        <w:ind w:firstLine="420"/>
        <w:jc w:val="left"/>
        <w:textAlignment w:val="center"/>
        <w:rPr>
          <w:color w:val="000000"/>
        </w:rPr>
      </w:pPr>
      <w:r>
        <w:rPr>
          <w:rFonts w:ascii="楷体" w:hAnsi="楷体" w:eastAsia="楷体" w:cs="楷体"/>
          <w:color w:val="000000"/>
        </w:rPr>
        <w:t>⑥“哗啷”一声，铁罐坠地，显然的是铁丝断了。几乎同时，“噗”的一声，猫顺着我窗前的丁香树也落了地。</w:t>
      </w:r>
      <w:r>
        <w:rPr>
          <w:rFonts w:ascii="楷体" w:hAnsi="楷体" w:eastAsia="楷体" w:cs="楷体"/>
          <w:color w:val="000000"/>
          <w:u w:val="single"/>
        </w:rPr>
        <w:t>【乙】她低声地呻吟了一声，那是初释重负后的一声叹息。</w:t>
      </w:r>
      <w:r>
        <w:rPr>
          <w:rFonts w:ascii="楷体" w:hAnsi="楷体" w:eastAsia="楷体" w:cs="楷体"/>
          <w:color w:val="000000"/>
        </w:rPr>
        <w:t>随后我的书房窗纸又撕破了——历史重演。</w:t>
      </w:r>
    </w:p>
    <w:p>
      <w:pPr>
        <w:spacing w:line="360" w:lineRule="auto"/>
        <w:ind w:firstLine="420"/>
        <w:jc w:val="left"/>
        <w:textAlignment w:val="center"/>
        <w:rPr>
          <w:color w:val="000000"/>
        </w:rPr>
      </w:pPr>
      <w:r>
        <w:rPr>
          <w:rFonts w:ascii="楷体" w:hAnsi="楷体" w:eastAsia="楷体" w:cs="楷体"/>
          <w:color w:val="000000"/>
        </w:rPr>
        <w:t>⑦这一回我下了决心，我如果再度把她活捉，要用重刑，不是系一个铁罐就能了事。我先到书房里去查看现场，情况有一些异样，大书架接近顶棚最高的一格有几本书洒落在地上。倾耳细听，书架上有呼噜呼噜的声音。怎么猫找到了这个地方来酣睡？我搬了高凳爬上去窥视，吓我一大跳，原来是那只瘦猫拥着四只小猫在喂奶！</w:t>
      </w:r>
    </w:p>
    <w:p>
      <w:pPr>
        <w:spacing w:line="360" w:lineRule="auto"/>
        <w:ind w:firstLine="420"/>
        <w:jc w:val="left"/>
        <w:textAlignment w:val="center"/>
        <w:rPr>
          <w:color w:val="000000"/>
        </w:rPr>
      </w:pPr>
      <w:r>
        <w:rPr>
          <w:rFonts w:ascii="楷体" w:hAnsi="楷体" w:eastAsia="楷体" w:cs="楷体"/>
          <w:color w:val="000000"/>
        </w:rPr>
        <w:t>⑧四只小猫是黑白花的，咕咕容容的在猫的怀里乱挤，好像眼睛还没有睁开，显然是出生不久。在车船上遇到有妇人生产，照例被视为喜事，母子好像都可以享受好多的优待。我的书房里如今喜事候门，而且一胎四个，原来的一腔怒火消去了不少。天地之大德曰生，这道理本该普及于一切生灵。猫为了她的四只小猫，不顾一切的冒着危险回来喂奶，伟大的母爱实在是无以复加！</w:t>
      </w:r>
    </w:p>
    <w:p>
      <w:pPr>
        <w:spacing w:line="360" w:lineRule="auto"/>
        <w:ind w:firstLine="420"/>
        <w:jc w:val="left"/>
        <w:textAlignment w:val="center"/>
        <w:rPr>
          <w:color w:val="000000"/>
        </w:rPr>
      </w:pPr>
      <w:r>
        <w:rPr>
          <w:rFonts w:ascii="楷体" w:hAnsi="楷体" w:eastAsia="楷体" w:cs="楷体"/>
          <w:color w:val="000000"/>
        </w:rPr>
        <w:t>⑨猫的秘密被我发现，感觉安全受了威胁，一夜的功夫她把四只小猫都叼离书房，不知运到什么地方去了。</w:t>
      </w:r>
    </w:p>
    <w:p>
      <w:pPr>
        <w:spacing w:line="360" w:lineRule="auto"/>
        <w:jc w:val="right"/>
        <w:textAlignment w:val="center"/>
        <w:rPr>
          <w:color w:val="000000"/>
        </w:rPr>
      </w:pPr>
      <w:r>
        <w:rPr>
          <w:rFonts w:ascii="宋体" w:hAnsi="宋体" w:eastAsia="宋体" w:cs="宋体"/>
          <w:color w:val="000000"/>
        </w:rPr>
        <w:t>（有删改）</w:t>
      </w:r>
    </w:p>
    <w:p>
      <w:pPr>
        <w:spacing w:line="360" w:lineRule="auto"/>
        <w:jc w:val="left"/>
        <w:textAlignment w:val="center"/>
        <w:rPr>
          <w:color w:val="000000"/>
        </w:rPr>
      </w:pPr>
      <w:r>
        <w:rPr>
          <w:rFonts w:ascii="宋体" w:hAnsi="宋体" w:eastAsia="宋体" w:cs="宋体"/>
          <w:color w:val="000000"/>
        </w:rPr>
        <w:t>①【如诟（</w:t>
      </w:r>
      <w:r>
        <w:rPr>
          <w:rFonts w:ascii="Times New Roman" w:hAnsi="Times New Roman" w:eastAsia="Times New Roman" w:cs="Times New Roman"/>
          <w:color w:val="000000"/>
        </w:rPr>
        <w:t>gòu</w:t>
      </w:r>
      <w:r>
        <w:rPr>
          <w:rFonts w:ascii="宋体" w:hAnsi="宋体" w:eastAsia="宋体" w:cs="宋体"/>
          <w:color w:val="000000"/>
        </w:rPr>
        <w:t>）如詈（</w:t>
      </w:r>
      <w:r>
        <w:rPr>
          <w:rFonts w:ascii="Times New Roman" w:hAnsi="Times New Roman" w:eastAsia="Times New Roman" w:cs="Times New Roman"/>
          <w:color w:val="000000"/>
        </w:rPr>
        <w:t>lì</w:t>
      </w:r>
      <w:r>
        <w:rPr>
          <w:rFonts w:ascii="宋体" w:hAnsi="宋体" w:eastAsia="宋体" w:cs="宋体"/>
          <w:color w:val="000000"/>
        </w:rPr>
        <w:t>）】意思是像指责又像辱骂。②【鼎（</w:t>
      </w:r>
      <w:r>
        <w:rPr>
          <w:rFonts w:ascii="Times New Roman" w:hAnsi="Times New Roman" w:eastAsia="Times New Roman" w:cs="Times New Roman"/>
          <w:color w:val="000000"/>
        </w:rPr>
        <w:t>dǐng</w:t>
      </w:r>
      <w:r>
        <w:rPr>
          <w:rFonts w:ascii="宋体" w:hAnsi="宋体" w:eastAsia="宋体" w:cs="宋体"/>
          <w:color w:val="000000"/>
        </w:rPr>
        <w:t>）鼐（</w:t>
      </w:r>
      <w:r>
        <w:rPr>
          <w:rFonts w:ascii="Times New Roman" w:hAnsi="Times New Roman" w:eastAsia="Times New Roman" w:cs="Times New Roman"/>
          <w:color w:val="000000"/>
        </w:rPr>
        <w:t>nài</w:t>
      </w:r>
      <w:r>
        <w:rPr>
          <w:rFonts w:ascii="宋体" w:hAnsi="宋体" w:eastAsia="宋体" w:cs="宋体"/>
          <w:color w:val="000000"/>
        </w:rPr>
        <w:t>）】是指古代两种烹调食物的器具。</w:t>
      </w:r>
    </w:p>
    <w:p>
      <w:pPr>
        <w:spacing w:line="360" w:lineRule="auto"/>
        <w:jc w:val="left"/>
        <w:textAlignment w:val="center"/>
        <w:rPr>
          <w:color w:val="000000"/>
        </w:rPr>
      </w:pPr>
      <w:r>
        <w:rPr>
          <w:color w:val="000000"/>
        </w:rPr>
        <w:t xml:space="preserve">13. </w:t>
      </w:r>
      <w:r>
        <w:rPr>
          <w:rFonts w:ascii="宋体" w:hAnsi="宋体" w:eastAsia="宋体" w:cs="宋体"/>
          <w:color w:val="000000"/>
        </w:rPr>
        <w:t>文章以时间和故事的发展为顺序来写，脉络清晰，请阅读全文，将故事情节补充完整。</w:t>
      </w:r>
    </w:p>
    <w:p>
      <w:pPr>
        <w:spacing w:line="360" w:lineRule="auto"/>
        <w:ind w:firstLine="420"/>
        <w:jc w:val="left"/>
        <w:textAlignment w:val="center"/>
        <w:rPr>
          <w:color w:val="000000"/>
        </w:rPr>
      </w:pPr>
      <w:r>
        <w:rPr>
          <w:rFonts w:ascii="宋体" w:hAnsi="宋体" w:eastAsia="宋体" w:cs="宋体"/>
          <w:color w:val="000000"/>
        </w:rPr>
        <w:t>本文紧紧围绕猫的举动和“我”对猫的态度变化来写：猫在夜间嗥叫，弄破“我”的窗户纸，让“我”讨厌而憎恶→</w:t>
      </w:r>
      <w:r>
        <w:rPr>
          <w:color w:val="000000"/>
        </w:rPr>
        <w:t>______</w:t>
      </w:r>
      <w:r>
        <w:rPr>
          <w:rFonts w:ascii="宋体" w:hAnsi="宋体" w:eastAsia="宋体" w:cs="宋体"/>
          <w:color w:val="000000"/>
        </w:rPr>
        <w:t>，“我”又心生同情→一天夜里，猫又撕破了书房窗纸，“我”</w:t>
      </w:r>
      <w:r>
        <w:rPr>
          <w:color w:val="000000"/>
        </w:rPr>
        <w:t>_____</w:t>
      </w:r>
      <w:r>
        <w:rPr>
          <w:rFonts w:ascii="宋体" w:hAnsi="宋体" w:eastAsia="宋体" w:cs="宋体"/>
          <w:color w:val="000000"/>
        </w:rPr>
        <w:t>→后来</w:t>
      </w:r>
      <w:r>
        <w:rPr>
          <w:color w:val="000000"/>
        </w:rPr>
        <w:t>______</w:t>
      </w:r>
      <w:r>
        <w:rPr>
          <w:rFonts w:ascii="宋体" w:hAnsi="宋体" w:eastAsia="宋体" w:cs="宋体"/>
          <w:color w:val="000000"/>
        </w:rPr>
        <w:t>，</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梁实秋散文善用修辞，这使其语言具有生动形象、幽默风趣的特点。请你从画线句中</w:t>
      </w:r>
      <w:r>
        <w:rPr>
          <w:rFonts w:ascii="宋体" w:hAnsi="宋体" w:eastAsia="宋体" w:cs="宋体"/>
          <w:color w:val="000000"/>
          <w:em w:val="dot"/>
        </w:rPr>
        <w:t>任选一句</w:t>
      </w:r>
      <w:r>
        <w:rPr>
          <w:rFonts w:ascii="宋体" w:hAnsi="宋体" w:eastAsia="宋体" w:cs="宋体"/>
          <w:color w:val="000000"/>
        </w:rPr>
        <w:t>，结合具体内容，说说是如何体现这一语言特点的。</w:t>
      </w:r>
    </w:p>
    <w:p>
      <w:pPr>
        <w:spacing w:line="360" w:lineRule="auto"/>
        <w:jc w:val="left"/>
        <w:textAlignment w:val="center"/>
        <w:rPr>
          <w:color w:val="000000"/>
        </w:rPr>
      </w:pPr>
      <w:r>
        <w:rPr>
          <w:rFonts w:ascii="宋体" w:hAnsi="宋体" w:eastAsia="宋体" w:cs="宋体"/>
          <w:color w:val="000000"/>
        </w:rPr>
        <w:t>【甲】只见猫一溜烟似的唏哩哗喇地拖着罐头绝尘而去，像是新婚夫妻的汽车驶离教堂去度蜜月。</w:t>
      </w:r>
    </w:p>
    <w:p>
      <w:pPr>
        <w:spacing w:line="360" w:lineRule="auto"/>
        <w:jc w:val="left"/>
        <w:textAlignment w:val="center"/>
        <w:rPr>
          <w:color w:val="000000"/>
        </w:rPr>
      </w:pPr>
      <w:r>
        <w:rPr>
          <w:rFonts w:ascii="宋体" w:hAnsi="宋体" w:eastAsia="宋体" w:cs="宋体"/>
          <w:color w:val="000000"/>
        </w:rPr>
        <w:t>【乙】她低声地呻吟了一声，那是初释重负后的一声叹息。</w:t>
      </w:r>
    </w:p>
    <w:p>
      <w:pPr>
        <w:spacing w:line="360" w:lineRule="auto"/>
        <w:jc w:val="left"/>
        <w:textAlignment w:val="center"/>
        <w:rPr>
          <w:color w:val="000000"/>
        </w:rPr>
      </w:pPr>
      <w:r>
        <w:rPr>
          <w:color w:val="000000"/>
        </w:rPr>
        <w:t xml:space="preserve">15. </w:t>
      </w:r>
      <w:r>
        <w:rPr>
          <w:rFonts w:ascii="宋体" w:hAnsi="宋体" w:eastAsia="宋体" w:cs="宋体"/>
          <w:color w:val="000000"/>
        </w:rPr>
        <w:t>“天地之大德曰生，这道理本该普及于一切生灵。”结合文章内容，简要分析其中蕴藏的深意。</w:t>
      </w:r>
    </w:p>
    <w:p>
      <w:pPr>
        <w:spacing w:line="360" w:lineRule="auto"/>
        <w:textAlignment w:val="center"/>
        <w:rPr>
          <w:color w:val="000000"/>
        </w:rPr>
      </w:pPr>
      <w:r>
        <w:rPr>
          <w:color w:val="2E75B6"/>
        </w:rPr>
        <w:t>【答案】</w:t>
      </w:r>
      <w:r>
        <w:rPr>
          <w:color w:val="000000"/>
        </w:rPr>
        <w:t xml:space="preserve">13.     ①. </w:t>
      </w:r>
      <w:r>
        <w:rPr>
          <w:rFonts w:ascii="宋体" w:hAnsi="宋体" w:eastAsia="宋体" w:cs="宋体"/>
          <w:color w:val="000000"/>
        </w:rPr>
        <w:t>示例：猫被厨师捕捉并严厉惩罚</w:t>
      </w:r>
      <w:r>
        <w:rPr>
          <w:color w:val="000000"/>
        </w:rPr>
        <w:t xml:space="preserve">    ②. </w:t>
      </w:r>
      <w:r>
        <w:rPr>
          <w:rFonts w:ascii="宋体" w:hAnsi="宋体" w:eastAsia="宋体" w:cs="宋体"/>
          <w:color w:val="000000"/>
        </w:rPr>
        <w:t>痛恨至极（要把她活捉用重刑）</w:t>
      </w:r>
      <w:r>
        <w:rPr>
          <w:color w:val="000000"/>
        </w:rPr>
        <w:t xml:space="preserve">    ③. </w:t>
      </w:r>
      <w:r>
        <w:rPr>
          <w:rFonts w:ascii="宋体" w:hAnsi="宋体" w:eastAsia="宋体" w:cs="宋体"/>
          <w:color w:val="000000"/>
        </w:rPr>
        <w:t>猫被“我”发现喂奶后叼子搬离书房</w:t>
      </w:r>
      <w:r>
        <w:rPr>
          <w:color w:val="000000"/>
        </w:rPr>
        <w:t xml:space="preserve">    ④. </w:t>
      </w:r>
      <w:r>
        <w:rPr>
          <w:rFonts w:ascii="宋体" w:hAnsi="宋体" w:eastAsia="宋体" w:cs="宋体"/>
          <w:color w:val="000000"/>
        </w:rPr>
        <w:t>我在愧疚（担心）中饱含着对伟大母爱的赞美（很是担心她的生活）</w:t>
      </w:r>
      <w:r>
        <w:rPr>
          <w:color w:val="000000"/>
        </w:rPr>
        <w:t xml:space="preserve">    </w:t>
      </w:r>
    </w:p>
    <w:p>
      <w:pPr>
        <w:spacing w:line="360" w:lineRule="auto"/>
        <w:textAlignment w:val="center"/>
        <w:rPr>
          <w:color w:val="000000"/>
        </w:rPr>
      </w:pPr>
      <w:r>
        <w:rPr>
          <w:color w:val="000000"/>
        </w:rPr>
        <w:t xml:space="preserve">14. </w:t>
      </w:r>
      <w:r>
        <w:rPr>
          <w:rFonts w:ascii="宋体" w:hAnsi="宋体" w:eastAsia="宋体" w:cs="宋体"/>
          <w:color w:val="000000"/>
        </w:rPr>
        <w:t>甲句用比喻的修辞，形象地写出了猫逃跑时的狼狈相儿，把猫仓皇逃命比作新婚夫妇度蜜月而奔跑，也写出了猫逃跑时的速度之快，猫的逃跑和新婚夫妇度蜜月的意境完全相反，读来更显得幽默风趣。</w:t>
      </w:r>
    </w:p>
    <w:p>
      <w:pPr>
        <w:spacing w:line="360" w:lineRule="auto"/>
        <w:jc w:val="both"/>
        <w:textAlignment w:val="center"/>
        <w:rPr>
          <w:color w:val="000000"/>
        </w:rPr>
      </w:pPr>
      <w:r>
        <w:rPr>
          <w:rFonts w:ascii="宋体" w:hAnsi="宋体" w:eastAsia="宋体" w:cs="宋体"/>
          <w:color w:val="000000"/>
        </w:rPr>
        <w:t>乙句运用拟人的修辞，“初释重负”写出了猫脱离空罐后的轻松，“一声叹息”暗示出猫对自己孩子的担忧，其中体现出“我”对猫破窗的痛恨，又对它有些担忧的复杂情感。</w:t>
      </w:r>
      <w:r>
        <w:rPr>
          <w:color w:val="000000"/>
        </w:rPr>
        <w:t xml:space="preserve">    </w:t>
      </w:r>
    </w:p>
    <w:p>
      <w:pPr>
        <w:spacing w:line="360" w:lineRule="auto"/>
        <w:jc w:val="both"/>
        <w:textAlignment w:val="center"/>
        <w:rPr>
          <w:color w:val="000000"/>
        </w:rPr>
      </w:pPr>
      <w:r>
        <w:rPr>
          <w:color w:val="000000"/>
        </w:rPr>
        <w:t xml:space="preserve">15. </w:t>
      </w:r>
      <w:r>
        <w:rPr>
          <w:rFonts w:ascii="宋体" w:hAnsi="宋体" w:eastAsia="宋体" w:cs="宋体"/>
          <w:color w:val="000000"/>
        </w:rPr>
        <w:t>“天地之大德曰生”，也就是说人世间的大功德、大恩德就是对创造生命的敬重，“普及于一切生灵”，则是说这种敬重不仅仅是对人的生命，还包括对一切弱小生命的珍视和关爱。文中猫的母爱天性表现在它为了孩子能无所畏惧，体现了母爱的伟大，也表达了作者对生命的礼赞。</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rFonts w:ascii="宋体" w:hAnsi="宋体" w:eastAsia="宋体" w:cs="宋体"/>
          <w:color w:val="000000"/>
        </w:rPr>
        <w:t>本题考查情节梳理。</w:t>
      </w:r>
    </w:p>
    <w:p>
      <w:pPr>
        <w:spacing w:line="360" w:lineRule="auto"/>
        <w:jc w:val="left"/>
        <w:textAlignment w:val="center"/>
        <w:rPr>
          <w:color w:val="000000"/>
        </w:rPr>
      </w:pPr>
      <w:r>
        <w:rPr>
          <w:rFonts w:ascii="宋体" w:hAnsi="宋体" w:eastAsia="宋体" w:cs="宋体"/>
          <w:color w:val="000000"/>
        </w:rPr>
        <w:t>①：根据第③段“他用铁丝一根，在窗棂上猫经常出入之处钉一个铁钉，铁丝一端系牢在铁钉之上，另一端在铁丝上做一活扣，使铁丝作圆箍形，把圆箍伸缩到适度放在窗棂上，便诸事完备，静待活捉。猫窜进屋的时候前腿伸入之后身躯势必触到铁丝圆箍，于是正好套在身上，活生生悬在半空，愈挣扎则圆箍愈紧”可知，厨师发明一个捕猫装置，猫被厨师惩罚，故填：猫被厨师捕捉并严厉惩罚。</w:t>
      </w:r>
    </w:p>
    <w:p>
      <w:pPr>
        <w:spacing w:line="360" w:lineRule="auto"/>
        <w:jc w:val="left"/>
        <w:textAlignment w:val="center"/>
        <w:rPr>
          <w:color w:val="000000"/>
        </w:rPr>
      </w:pPr>
      <w:r>
        <w:rPr>
          <w:rFonts w:ascii="宋体" w:hAnsi="宋体" w:eastAsia="宋体" w:cs="宋体"/>
          <w:color w:val="000000"/>
        </w:rPr>
        <w:t>②：根据第⑥段“几乎同时，‘噗’的一声，猫顺着我窗前的丁香树也落了地。她低声地呻吟了一声，那是初释重负后的一声叹息。随后我的书房窗纸又撕破了</w:t>
      </w:r>
      <w:r>
        <w:rPr>
          <w:rFonts w:ascii="Times New Roman" w:hAnsi="Times New Roman" w:eastAsia="Times New Roman" w:cs="Times New Roman"/>
          <w:color w:val="000000"/>
        </w:rPr>
        <w:t>——</w:t>
      </w:r>
      <w:r>
        <w:rPr>
          <w:rFonts w:ascii="宋体" w:hAnsi="宋体" w:eastAsia="宋体" w:cs="宋体"/>
          <w:color w:val="000000"/>
        </w:rPr>
        <w:t>历史重演”，第⑦段“这一回我下了决心，我如果再度把她活捉，要用重刑，不是系一个铁罐就能了事”可知，一天夜里，猫又撕破了书房窗纸，“我”下决心把猫活捉用重刑，故填：要把她活捉用重刑。</w:t>
      </w:r>
    </w:p>
    <w:p>
      <w:pPr>
        <w:spacing w:line="360" w:lineRule="auto"/>
        <w:jc w:val="left"/>
        <w:textAlignment w:val="center"/>
        <w:rPr>
          <w:color w:val="000000"/>
        </w:rPr>
      </w:pPr>
      <w:r>
        <w:rPr>
          <w:rFonts w:ascii="宋体" w:hAnsi="宋体" w:eastAsia="宋体" w:cs="宋体"/>
          <w:color w:val="000000"/>
        </w:rPr>
        <w:t>③：根据第⑦段“怎么猫找到了这个地方来酣睡？我搬了高凳爬上去窥视，吓我一大跳，原来是那只瘦猫拥着四只小猫在喂奶”，第⑨段“猫</w:t>
      </w:r>
      <w:r>
        <w:rPr>
          <w:rFonts w:ascii="宋体" w:hAnsi="宋体" w:eastAsia="宋体" w:cs="宋体"/>
          <w:color w:val="000000"/>
          <w:position w:val="0"/>
        </w:rPr>
        <w:drawing>
          <wp:inline distT="0" distB="0" distL="114300" distR="114300">
            <wp:extent cx="133350" cy="177800"/>
            <wp:effectExtent l="0" t="0" r="0" b="13335"/>
            <wp:docPr id="1635"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图片 100003"/>
                    <pic:cNvPicPr>
                      <a:picLocks noChangeAspect="1"/>
                    </pic:cNvPicPr>
                  </pic:nvPicPr>
                  <pic:blipFill>
                    <a:blip r:embed="rId1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秘密被我发现，感觉安全受了威胁，一夜的功夫她把四只小猫都叼离书房，不知运到什么地方去了”可知，“我”最终发现猫生了小猫在喂奶，之后猫却离开了书房，故填：猫被“我”发现喂奶后叼子搬离书房。</w:t>
      </w:r>
    </w:p>
    <w:p>
      <w:pPr>
        <w:spacing w:line="360" w:lineRule="auto"/>
        <w:jc w:val="left"/>
        <w:textAlignment w:val="center"/>
        <w:rPr>
          <w:color w:val="000000"/>
        </w:rPr>
      </w:pPr>
      <w:r>
        <w:rPr>
          <w:rFonts w:ascii="宋体" w:hAnsi="宋体" w:eastAsia="宋体" w:cs="宋体"/>
          <w:color w:val="000000"/>
        </w:rPr>
        <w:t>④：根据第⑧段“我的书房里如今喜事候门，而且一胎四个，原来的一腔怒火消去了不少。天地之大德曰生，这道理本该普及于一切生灵。猫为了她的四只小猫，不顾一切的冒着危险回来喂奶，伟大的母爱实在是无以复加”作者将猫在书房生小猫看作是一桩喜事，作者担心小猫，也赞美了猫的母爱，故填：我在担心中饱含着对伟大母爱的赞美。</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本题考查句子赏析。</w:t>
      </w:r>
    </w:p>
    <w:p>
      <w:pPr>
        <w:spacing w:line="360" w:lineRule="auto"/>
        <w:jc w:val="left"/>
        <w:textAlignment w:val="center"/>
        <w:rPr>
          <w:color w:val="000000"/>
        </w:rPr>
      </w:pPr>
      <w:r>
        <w:rPr>
          <w:rFonts w:ascii="宋体" w:hAnsi="宋体" w:eastAsia="宋体" w:cs="宋体"/>
          <w:color w:val="000000"/>
        </w:rPr>
        <w:t>【甲】划线句“只见猫一溜烟似的唏哩哗喇地拖着罐头绝尘而去，像是新婚夫妻的汽车驶离教堂去度蜜月”把猫仓皇逃命比作新婚夫妇度蜜月而奔跑，运用了比喻的修辞手法，表现出猫逃跑时的狼狈，“一溜烟似的唏哩哗喇地”写出了猫逃跑时的速度之快。“一溜烟似的唏哩哗喇地拖着罐头绝尘而去”与“新婚夫妻的汽车驶离教堂去度蜜月”两者的意境形成反差，语言生动形象，恢趣幽默。</w:t>
      </w:r>
    </w:p>
    <w:p>
      <w:pPr>
        <w:spacing w:line="360" w:lineRule="auto"/>
        <w:jc w:val="left"/>
        <w:textAlignment w:val="center"/>
        <w:rPr>
          <w:color w:val="000000"/>
        </w:rPr>
      </w:pPr>
      <w:r>
        <w:rPr>
          <w:rFonts w:ascii="宋体" w:hAnsi="宋体" w:eastAsia="宋体" w:cs="宋体"/>
          <w:color w:val="000000"/>
        </w:rPr>
        <w:t>【乙】划线句“她低声地呻吟了一声，那是初释重负后的一声叹息”中，“呻吟”本意指病人因病痛或哀伤而发出声音，与“一声叹息”意思一致，这里赋予了猫人的情态，用了拟人的修辞手法，联系第⑦段“我搬了高凳爬上去窥视，吓我一大跳，原来是那只瘦猫拥着四只小猫在喂奶”可知，猫在书房生了小猫，“呻吟”“一声叹息”写出了猫对自己孩子的担忧；联系第⑤段“她拖着铁罐子跑了一天，藏躲在什么地方，终于深夜又复光临寒舍”可知，“初释重负”写出了猫脱离空罐后的轻松；联系第⑥段“随后我的书房窗纸又撕破了</w:t>
      </w:r>
      <w:r>
        <w:rPr>
          <w:rFonts w:ascii="Times New Roman" w:hAnsi="Times New Roman" w:eastAsia="Times New Roman" w:cs="Times New Roman"/>
          <w:color w:val="000000"/>
        </w:rPr>
        <w:t>——</w:t>
      </w:r>
      <w:r>
        <w:rPr>
          <w:rFonts w:ascii="宋体" w:hAnsi="宋体" w:eastAsia="宋体" w:cs="宋体"/>
          <w:color w:val="000000"/>
        </w:rPr>
        <w:t>历史重演”可知，“我”的窗纸又被猫撕破了，体现出“我”对猫破窗的痛恨，同时包含了对它有些担忧的复杂情感。</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本题考查内容的理解。</w:t>
      </w:r>
    </w:p>
    <w:p>
      <w:pPr>
        <w:spacing w:line="360" w:lineRule="auto"/>
        <w:jc w:val="left"/>
        <w:textAlignment w:val="center"/>
        <w:rPr>
          <w:color w:val="000000"/>
        </w:rPr>
      </w:pPr>
      <w:r>
        <w:rPr>
          <w:rFonts w:ascii="宋体" w:hAnsi="宋体" w:eastAsia="宋体" w:cs="宋体"/>
          <w:color w:val="000000"/>
        </w:rPr>
        <w:t>“天地之大德曰生”意思是，天地的最大恩惠在于生育生命并维持其持续发展，体现出对生命的敬重；这种道理适用于一切生灵，敬重生命不仅仅是敬重人的生命，还要保护一切弱小的生命。根据文章第⑧段“在车船上遇到有妇人生产，照例被视为喜事，母子好像都可以享受好多的优待。我的书房里如今喜事候门，而且一胎四个，原来的一腔怒火消去了不少”可知，作者最后发现猫在书房生了小猫，作者将其视为是一桩喜事，心中的怒火消失，转为对猫的喜爱与赞美，体现出作者对生命的尊重；根据第⑧段“四只小猫是黑白花的，咕咕容容的在猫的怀里乱挤，好像眼睛还没有睁开，显然是出生不久”“猫为了她的四只小猫，不顾一切的冒着危险回来喂奶，伟大的母爱实在是无以复加”可知，猫为了小猫无所畏惧，冒着危险喂奶，体现出母爱的伟大，表达了作者对猫的赞美和对生命的礼赞。</w:t>
      </w:r>
    </w:p>
    <w:p>
      <w:pPr>
        <w:spacing w:line="360" w:lineRule="auto"/>
        <w:jc w:val="left"/>
        <w:textAlignment w:val="center"/>
        <w:rPr>
          <w:color w:val="000000"/>
        </w:rPr>
      </w:pPr>
      <w:r>
        <w:rPr>
          <w:rFonts w:ascii="宋体" w:hAnsi="宋体" w:eastAsia="宋体" w:cs="宋体"/>
          <w:color w:val="000000"/>
        </w:rPr>
        <w:t>阅读《是谁爱着你的背影》，完成小题。</w:t>
      </w:r>
    </w:p>
    <w:p>
      <w:pPr>
        <w:spacing w:line="360" w:lineRule="auto"/>
        <w:jc w:val="center"/>
        <w:textAlignment w:val="center"/>
        <w:rPr>
          <w:color w:val="000000"/>
        </w:rPr>
      </w:pPr>
      <w:r>
        <w:rPr>
          <w:rFonts w:ascii="楷体" w:hAnsi="楷体" w:eastAsia="楷体" w:cs="楷体"/>
          <w:color w:val="000000"/>
        </w:rPr>
        <w:t>是谁爱着你的背影</w:t>
      </w:r>
    </w:p>
    <w:p>
      <w:pPr>
        <w:spacing w:line="360" w:lineRule="auto"/>
        <w:jc w:val="center"/>
        <w:textAlignment w:val="center"/>
        <w:rPr>
          <w:color w:val="000000"/>
        </w:rPr>
      </w:pPr>
      <w:r>
        <w:rPr>
          <w:rFonts w:ascii="楷体" w:hAnsi="楷体" w:eastAsia="楷体" w:cs="楷体"/>
          <w:color w:val="000000"/>
        </w:rPr>
        <w:t>邓迎雷</w:t>
      </w:r>
    </w:p>
    <w:p>
      <w:pPr>
        <w:spacing w:line="360" w:lineRule="auto"/>
        <w:ind w:firstLine="420"/>
        <w:jc w:val="left"/>
        <w:textAlignment w:val="center"/>
        <w:rPr>
          <w:color w:val="000000"/>
        </w:rPr>
      </w:pPr>
      <w:r>
        <w:rPr>
          <w:rFonts w:ascii="楷体" w:hAnsi="楷体" w:eastAsia="楷体" w:cs="楷体"/>
          <w:color w:val="000000"/>
        </w:rPr>
        <w:t>①周末回家，临走时，母亲将我送到门口。</w:t>
      </w:r>
    </w:p>
    <w:p>
      <w:pPr>
        <w:spacing w:line="360" w:lineRule="auto"/>
        <w:ind w:firstLine="420"/>
        <w:jc w:val="left"/>
        <w:textAlignment w:val="center"/>
        <w:rPr>
          <w:color w:val="000000"/>
        </w:rPr>
      </w:pPr>
      <w:r>
        <w:rPr>
          <w:rFonts w:ascii="楷体" w:hAnsi="楷体" w:eastAsia="楷体" w:cs="楷体"/>
          <w:color w:val="000000"/>
        </w:rPr>
        <w:t>②我走了一段，即将拐进小巷时，发现母亲竟然在身后跟了过来。我催她回去：“妈，快回吧，大门敞着呢。”她说：“没事，我就站在这路口。”</w:t>
      </w:r>
    </w:p>
    <w:p>
      <w:pPr>
        <w:spacing w:line="360" w:lineRule="auto"/>
        <w:ind w:firstLine="420"/>
        <w:jc w:val="left"/>
        <w:textAlignment w:val="center"/>
        <w:rPr>
          <w:color w:val="000000"/>
        </w:rPr>
      </w:pPr>
      <w:r>
        <w:rPr>
          <w:rFonts w:ascii="楷体" w:hAnsi="楷体" w:eastAsia="楷体" w:cs="楷体"/>
          <w:color w:val="000000"/>
        </w:rPr>
        <w:t>③我知道，母亲是要站在路口看我远去的背影。带着一种温暖的滋味，我走进小巷，再回头看母亲，只见她站在原地，正一动不动地看着我走去的方向。因为隔着一段距离，我看不清她的表情，但我能感觉到她殷殷期望的眼神里满是留恋不舍。</w:t>
      </w:r>
    </w:p>
    <w:p>
      <w:pPr>
        <w:spacing w:line="360" w:lineRule="auto"/>
        <w:ind w:firstLine="420"/>
        <w:jc w:val="left"/>
        <w:textAlignment w:val="center"/>
        <w:rPr>
          <w:color w:val="000000"/>
        </w:rPr>
      </w:pPr>
      <w:r>
        <w:rPr>
          <w:rFonts w:ascii="楷体" w:hAnsi="楷体" w:eastAsia="楷体" w:cs="楷体"/>
          <w:color w:val="000000"/>
        </w:rPr>
        <w:t>④近些年，母亲越来越显老了。孩子们像小鸟一样，离开她温暖的羽翼，有了自己的家，也有了各自的事业和前程，陪伴她的日子少了许多。母亲不止一次地感叹：“还是你们小时最好，天天在一起，现在你们姊妹几个天南海北四下分散，团聚一回可真不容易。”</w:t>
      </w:r>
    </w:p>
    <w:p>
      <w:pPr>
        <w:spacing w:line="360" w:lineRule="auto"/>
        <w:ind w:firstLine="420"/>
        <w:jc w:val="left"/>
        <w:textAlignment w:val="center"/>
        <w:rPr>
          <w:color w:val="000000"/>
        </w:rPr>
      </w:pPr>
      <w:r>
        <w:rPr>
          <w:rFonts w:ascii="楷体" w:hAnsi="楷体" w:eastAsia="楷体" w:cs="楷体"/>
          <w:color w:val="000000"/>
        </w:rPr>
        <w:t>⑤每听见她这样说，我总</w:t>
      </w:r>
      <w:r>
        <w:rPr>
          <w:rFonts w:ascii="楷体" w:hAnsi="楷体" w:eastAsia="楷体" w:cs="楷体"/>
          <w:color w:val="000000"/>
          <w:em w:val="dot"/>
        </w:rPr>
        <w:t>不以为然</w:t>
      </w:r>
      <w:r>
        <w:rPr>
          <w:rFonts w:ascii="楷体" w:hAnsi="楷体" w:eastAsia="楷体" w:cs="楷体"/>
          <w:color w:val="000000"/>
        </w:rPr>
        <w:t>，没品味出她话里面的孤单和失落。直到有一天，我</w:t>
      </w:r>
      <w:r>
        <w:rPr>
          <w:rFonts w:ascii="楷体" w:hAnsi="楷体" w:eastAsia="楷体" w:cs="楷体"/>
          <w:color w:val="000000"/>
          <w:em w:val="dot"/>
        </w:rPr>
        <w:t>猝不及防</w:t>
      </w:r>
      <w:r>
        <w:rPr>
          <w:rFonts w:ascii="楷体" w:hAnsi="楷体" w:eastAsia="楷体" w:cs="楷体"/>
          <w:color w:val="000000"/>
        </w:rPr>
        <w:t>地发现，在我远去的身后，母亲追随的目光是那样爱意深沉。</w:t>
      </w:r>
    </w:p>
    <w:p>
      <w:pPr>
        <w:spacing w:line="360" w:lineRule="auto"/>
        <w:ind w:firstLine="420"/>
        <w:jc w:val="left"/>
        <w:textAlignment w:val="center"/>
        <w:rPr>
          <w:color w:val="000000"/>
        </w:rPr>
      </w:pPr>
      <w:r>
        <w:rPr>
          <w:rFonts w:ascii="楷体" w:hAnsi="楷体" w:eastAsia="楷体" w:cs="楷体"/>
          <w:color w:val="000000"/>
        </w:rPr>
        <w:t>⑥那是个夏天，母亲住在弟弟家。有次我去看她，告别时，她又送到门外。直到我从五楼下到四楼，看不见我的身影，我才听见她关门的声音。</w:t>
      </w:r>
    </w:p>
    <w:p>
      <w:pPr>
        <w:spacing w:line="360" w:lineRule="auto"/>
        <w:ind w:firstLine="420"/>
        <w:jc w:val="left"/>
        <w:textAlignment w:val="center"/>
        <w:rPr>
          <w:color w:val="000000"/>
        </w:rPr>
      </w:pPr>
      <w:r>
        <w:rPr>
          <w:rFonts w:ascii="楷体" w:hAnsi="楷体" w:eastAsia="楷体" w:cs="楷体"/>
          <w:color w:val="000000"/>
        </w:rPr>
        <w:t>⑦我出了楼，绕过一片绿地，走过小区院子。快走到小区门口时，我偶然间向后望去，忽然被身后的一幕惊呆了——只见弟弟家那个小小的窗框里，母亲正趴在窗口，向我望着，就像一只守在巢里的老鸟，眼巴巴地看着小鸟的远去。看见我回头，她向我不停地挥手，依稀又在说着什么。</w:t>
      </w:r>
    </w:p>
    <w:p>
      <w:pPr>
        <w:spacing w:line="360" w:lineRule="auto"/>
        <w:ind w:firstLine="420"/>
        <w:jc w:val="left"/>
        <w:textAlignment w:val="center"/>
        <w:rPr>
          <w:color w:val="000000"/>
        </w:rPr>
      </w:pPr>
      <w:r>
        <w:rPr>
          <w:rFonts w:ascii="楷体" w:hAnsi="楷体" w:eastAsia="楷体" w:cs="楷体"/>
          <w:color w:val="000000"/>
        </w:rPr>
        <w:t>⑧那一刻，我心里酸酸的，眼泪不由得落了下来。如果不是我偶然回头，我哪里知道，就在我一路走去的时候，身后会有母亲__________的</w:t>
      </w:r>
      <w:r>
        <w:rPr>
          <w:rFonts w:ascii="楷体" w:hAnsi="楷体" w:eastAsia="楷体" w:cs="楷体"/>
          <w:color w:val="000000"/>
          <w:em w:val="dot"/>
        </w:rPr>
        <w:t>目光</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⑨也是从那时起，我才发现母亲是多么痴恋和孩子在一起的时光，哪怕只是渐渐远去的背影，她也想多看几眼，不愿错过。</w:t>
      </w:r>
    </w:p>
    <w:p>
      <w:pPr>
        <w:spacing w:line="360" w:lineRule="auto"/>
        <w:ind w:firstLine="420"/>
        <w:jc w:val="left"/>
        <w:textAlignment w:val="center"/>
        <w:rPr>
          <w:color w:val="000000"/>
        </w:rPr>
      </w:pPr>
      <w:r>
        <w:rPr>
          <w:rFonts w:ascii="楷体" w:hAnsi="楷体" w:eastAsia="楷体" w:cs="楷体"/>
          <w:color w:val="000000"/>
        </w:rPr>
        <w:t>⑩去年秋天，母亲患病住院。我在医院陪她，午后下起了雨，天色阴暗，母亲催我回去。她说：“我好好的，没有什么事，你妹妹也快来了，你快回去吧，别等雨下大了。”</w:t>
      </w:r>
    </w:p>
    <w:p>
      <w:pPr>
        <w:spacing w:line="360" w:lineRule="auto"/>
        <w:ind w:firstLine="420"/>
        <w:jc w:val="left"/>
        <w:textAlignment w:val="center"/>
        <w:rPr>
          <w:color w:val="000000"/>
        </w:rPr>
      </w:pPr>
      <w:r>
        <w:rPr>
          <w:rFonts w:ascii="楷体" w:hAnsi="楷体" w:eastAsia="楷体" w:cs="楷体"/>
          <w:color w:val="000000"/>
        </w:rPr>
        <w:t>⑪我收拾东西回去，母亲送我上电梯。</w:t>
      </w:r>
    </w:p>
    <w:p>
      <w:pPr>
        <w:spacing w:line="360" w:lineRule="auto"/>
        <w:ind w:firstLine="420"/>
        <w:jc w:val="left"/>
        <w:textAlignment w:val="center"/>
        <w:rPr>
          <w:color w:val="000000"/>
        </w:rPr>
      </w:pPr>
      <w:r>
        <w:rPr>
          <w:rFonts w:ascii="楷体" w:hAnsi="楷体" w:eastAsia="楷体" w:cs="楷体"/>
          <w:color w:val="000000"/>
        </w:rPr>
        <w:t>⑫很快，电梯从八楼下到一楼。我穿过病房楼大厅，走到院子里，看雨下得不大，我没有打伞。就在这时，电话忽然响了。只听母亲在电话里说：“你怎么不打伞呢，快把伞打起来，别冻感冒了。”</w:t>
      </w:r>
    </w:p>
    <w:p>
      <w:pPr>
        <w:spacing w:line="360" w:lineRule="auto"/>
        <w:ind w:firstLine="420"/>
        <w:jc w:val="left"/>
        <w:textAlignment w:val="center"/>
        <w:rPr>
          <w:color w:val="000000"/>
        </w:rPr>
      </w:pPr>
      <w:r>
        <w:rPr>
          <w:rFonts w:ascii="楷体" w:hAnsi="楷体" w:eastAsia="楷体" w:cs="楷体"/>
          <w:color w:val="000000"/>
        </w:rPr>
        <w:t>⑬原来，母亲又在隔窗望着我的背影。</w:t>
      </w:r>
    </w:p>
    <w:p>
      <w:pPr>
        <w:spacing w:line="360" w:lineRule="auto"/>
        <w:ind w:firstLine="420"/>
        <w:jc w:val="left"/>
        <w:textAlignment w:val="center"/>
        <w:rPr>
          <w:color w:val="000000"/>
        </w:rPr>
      </w:pPr>
      <w:r>
        <w:rPr>
          <w:rFonts w:ascii="楷体" w:hAnsi="楷体" w:eastAsia="楷体" w:cs="楷体"/>
          <w:color w:val="000000"/>
        </w:rPr>
        <w:t>⑭病房楼的电梯间没有窗户，想望向我出门的这个方向，需要出了电梯间，穿过病房长长的走廊。我能想象到，当电梯门关上的那一刹那，母亲是怎样拖着行动迟缓的腿，努力加快脚步，快速占领那个窗口。然后，老眼昏花地她透过蒙蒙细雨，努力向外望着，只为了看女儿在院子里经过的那一分钟。</w:t>
      </w:r>
    </w:p>
    <w:p>
      <w:pPr>
        <w:spacing w:line="360" w:lineRule="auto"/>
        <w:ind w:firstLine="420"/>
        <w:jc w:val="left"/>
        <w:textAlignment w:val="center"/>
        <w:rPr>
          <w:color w:val="000000"/>
        </w:rPr>
      </w:pPr>
      <w:r>
        <w:rPr>
          <w:rFonts w:ascii="楷体" w:hAnsi="楷体" w:eastAsia="楷体" w:cs="楷体"/>
          <w:color w:val="000000"/>
        </w:rPr>
        <w:t>⑮雨天里没有打伞，淋湿的是母亲的心。我连忙撑起了伞，在连绵不断的冷雨里一步步走得很稳。我知道身后有双爱我的眼睛，而母亲不知道的是，伞下的我，眼泪早已不知不觉地流了下来。</w:t>
      </w:r>
    </w:p>
    <w:p>
      <w:pPr>
        <w:spacing w:line="360" w:lineRule="auto"/>
        <w:jc w:val="right"/>
        <w:textAlignment w:val="center"/>
        <w:rPr>
          <w:color w:val="000000"/>
        </w:rPr>
      </w:pPr>
      <w:r>
        <w:rPr>
          <w:rFonts w:ascii="宋体" w:hAnsi="宋体" w:eastAsia="宋体" w:cs="宋体"/>
          <w:color w:val="000000"/>
        </w:rPr>
        <w:t>（选自《慢品语文》，有改动）</w:t>
      </w:r>
    </w:p>
    <w:p>
      <w:pPr>
        <w:spacing w:line="360" w:lineRule="auto"/>
        <w:jc w:val="left"/>
        <w:textAlignment w:val="center"/>
        <w:rPr>
          <w:color w:val="000000"/>
        </w:rPr>
      </w:pPr>
      <w:r>
        <w:rPr>
          <w:color w:val="000000"/>
        </w:rPr>
        <w:t xml:space="preserve">16. </w:t>
      </w:r>
      <w:r>
        <w:rPr>
          <w:rFonts w:ascii="宋体" w:hAnsi="宋体" w:eastAsia="宋体" w:cs="宋体"/>
          <w:color w:val="000000"/>
        </w:rPr>
        <w:t>文章重点描述了母亲目送“我”背影时的场景，以及“我”的感受。阅读全文，根据提示，填写下表。</w:t>
      </w:r>
    </w:p>
    <w:tbl>
      <w:tblPr>
        <w:tblStyle w:val="4"/>
        <w:tblW w:w="7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05"/>
        <w:gridCol w:w="3795"/>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时间</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目送“我”的场景</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“我”的感受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周末回家</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（1）</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温暖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那个夏天</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母亲趴在弟弟家的窗口望着我离开的背影</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3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去年秋天</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（3）</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感动</w:t>
            </w:r>
          </w:p>
        </w:tc>
      </w:tr>
    </w:tbl>
    <w:p>
      <w:pPr>
        <w:spacing w:line="360" w:lineRule="auto"/>
        <w:jc w:val="left"/>
        <w:textAlignment w:val="center"/>
        <w:rPr>
          <w:color w:val="000000"/>
        </w:rPr>
      </w:pPr>
      <w:r>
        <w:rPr>
          <w:color w:val="000000"/>
        </w:rPr>
        <w:t xml:space="preserve">17. </w:t>
      </w:r>
      <w:r>
        <w:rPr>
          <w:rFonts w:ascii="宋体" w:hAnsi="宋体" w:eastAsia="宋体" w:cs="宋体"/>
          <w:color w:val="000000"/>
        </w:rPr>
        <w:t>请从文中第⑤段两个加点词中</w:t>
      </w:r>
      <w:r>
        <w:rPr>
          <w:rFonts w:ascii="宋体" w:hAnsi="宋体" w:eastAsia="宋体" w:cs="宋体"/>
          <w:color w:val="000000"/>
          <w:em w:val="dot"/>
        </w:rPr>
        <w:t>任选一个</w:t>
      </w:r>
      <w:r>
        <w:rPr>
          <w:rFonts w:ascii="宋体" w:hAnsi="宋体" w:eastAsia="宋体" w:cs="宋体"/>
          <w:color w:val="000000"/>
        </w:rPr>
        <w:t>，结合上下文，说说其表达效果。</w:t>
      </w:r>
    </w:p>
    <w:p>
      <w:pPr>
        <w:spacing w:line="360" w:lineRule="auto"/>
        <w:jc w:val="left"/>
        <w:textAlignment w:val="center"/>
        <w:rPr>
          <w:color w:val="000000"/>
        </w:rPr>
      </w:pPr>
      <w:r>
        <w:rPr>
          <w:rFonts w:ascii="宋体" w:hAnsi="宋体" w:eastAsia="宋体" w:cs="宋体"/>
          <w:color w:val="000000"/>
        </w:rPr>
        <w:t>（1）我总</w:t>
      </w:r>
      <w:r>
        <w:rPr>
          <w:rFonts w:ascii="宋体" w:hAnsi="宋体" w:eastAsia="宋体" w:cs="宋体"/>
          <w:color w:val="000000"/>
          <w:em w:val="dot"/>
        </w:rPr>
        <w:t>不以为然</w:t>
      </w:r>
      <w:r>
        <w:rPr>
          <w:rFonts w:ascii="宋体" w:hAnsi="宋体" w:eastAsia="宋体" w:cs="宋体"/>
          <w:color w:val="000000"/>
        </w:rPr>
        <w:t>，没品味出她深深的孤单和失落。</w:t>
      </w:r>
    </w:p>
    <w:p>
      <w:pPr>
        <w:spacing w:line="360" w:lineRule="auto"/>
        <w:jc w:val="left"/>
        <w:textAlignment w:val="center"/>
        <w:rPr>
          <w:color w:val="000000"/>
        </w:rPr>
      </w:pPr>
      <w:r>
        <w:rPr>
          <w:rFonts w:ascii="宋体" w:hAnsi="宋体" w:eastAsia="宋体" w:cs="宋体"/>
          <w:color w:val="000000"/>
        </w:rPr>
        <w:t>（2）我</w:t>
      </w:r>
      <w:r>
        <w:rPr>
          <w:rFonts w:ascii="宋体" w:hAnsi="宋体" w:eastAsia="宋体" w:cs="宋体"/>
          <w:color w:val="000000"/>
          <w:em w:val="dot"/>
        </w:rPr>
        <w:t>猝不及防</w:t>
      </w:r>
      <w:r>
        <w:rPr>
          <w:rFonts w:ascii="宋体" w:hAnsi="宋体" w:eastAsia="宋体" w:cs="宋体"/>
          <w:color w:val="000000"/>
        </w:rPr>
        <w:t>地发现，在我远去的身后，母亲追随的目光是那样爱意深沉。</w:t>
      </w:r>
    </w:p>
    <w:p>
      <w:pPr>
        <w:spacing w:line="360" w:lineRule="auto"/>
        <w:jc w:val="left"/>
        <w:textAlignment w:val="center"/>
        <w:rPr>
          <w:color w:val="000000"/>
        </w:rPr>
      </w:pPr>
      <w:r>
        <w:rPr>
          <w:color w:val="000000"/>
        </w:rPr>
        <w:t xml:space="preserve">18. </w:t>
      </w:r>
      <w:r>
        <w:rPr>
          <w:rFonts w:ascii="宋体" w:hAnsi="宋体" w:eastAsia="宋体" w:cs="宋体"/>
          <w:color w:val="000000"/>
        </w:rPr>
        <w:t>如果在第⑧段加点词“目光”前填一个修饰词，你会填什么词？请结合文章内容简要说明理由。</w:t>
      </w:r>
    </w:p>
    <w:p>
      <w:pPr>
        <w:spacing w:line="360" w:lineRule="auto"/>
        <w:jc w:val="left"/>
        <w:textAlignment w:val="center"/>
        <w:rPr>
          <w:color w:val="000000"/>
        </w:rPr>
      </w:pPr>
      <w:r>
        <w:rPr>
          <w:color w:val="000000"/>
        </w:rPr>
        <w:t xml:space="preserve">19. </w:t>
      </w:r>
      <w:r>
        <w:rPr>
          <w:rFonts w:ascii="宋体" w:hAnsi="宋体" w:eastAsia="宋体" w:cs="宋体"/>
          <w:color w:val="000000"/>
        </w:rPr>
        <w:t>文章以《是谁爱着你的背影》为题，请结合全文内容，说说这个题目的作用。</w:t>
      </w:r>
    </w:p>
    <w:p>
      <w:pPr>
        <w:spacing w:line="360" w:lineRule="auto"/>
        <w:textAlignment w:val="center"/>
        <w:rPr>
          <w:color w:val="000000"/>
        </w:rPr>
      </w:pPr>
      <w:r>
        <w:rPr>
          <w:color w:val="2E75B6"/>
        </w:rPr>
        <w:t>【答案】</w:t>
      </w:r>
      <w:r>
        <w:rPr>
          <w:color w:val="000000"/>
        </w:rPr>
        <w:t xml:space="preserve">16. </w:t>
      </w:r>
      <w:r>
        <w:rPr>
          <w:rFonts w:ascii="宋体" w:hAnsi="宋体" w:eastAsia="宋体" w:cs="宋体"/>
          <w:color w:val="000000"/>
        </w:rPr>
        <w:t>①母亲跟我来到路口，站着看着我远去的背影②心酸（难过、伤感、心里酸酸）③母亲在医院病房的窗口望着我在雨中离开的背影</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“不以为然”写出了母亲每次和“我”感叹姐妹们相聚不容易时，“我”都没有把母亲说的话放在心上，原因是“我”没有理解母亲内心孤单和失落，表达出作者对不懂母亲内心情感的惭愧之情。</w:t>
      </w:r>
    </w:p>
    <w:p>
      <w:pPr>
        <w:spacing w:line="360" w:lineRule="auto"/>
        <w:jc w:val="both"/>
        <w:textAlignment w:val="center"/>
        <w:rPr>
          <w:color w:val="000000"/>
        </w:rPr>
      </w:pPr>
      <w:r>
        <w:rPr>
          <w:rFonts w:ascii="宋体" w:hAnsi="宋体" w:eastAsia="宋体" w:cs="宋体"/>
          <w:color w:val="000000"/>
        </w:rPr>
        <w:t>“猝不及防”写的是“我”回头看见母亲凝视着“我”的背影时，“我”才突然发现母亲一直以来对“我”默默而深沉的爱。此时在理解了母亲对我的牵挂和爱意后，“我”离开时也有着对母亲的牵挂、不舍的复杂心情。</w:t>
      </w:r>
      <w:r>
        <w:rPr>
          <w:color w:val="000000"/>
        </w:rPr>
        <w:t xml:space="preserve">    </w:t>
      </w:r>
    </w:p>
    <w:p>
      <w:pPr>
        <w:spacing w:line="360" w:lineRule="auto"/>
        <w:jc w:val="both"/>
        <w:textAlignment w:val="center"/>
        <w:rPr>
          <w:color w:val="000000"/>
        </w:rPr>
      </w:pPr>
      <w:r>
        <w:rPr>
          <w:color w:val="000000"/>
        </w:rPr>
        <w:t xml:space="preserve">18. </w:t>
      </w:r>
      <w:r>
        <w:rPr>
          <w:rFonts w:ascii="宋体" w:hAnsi="宋体" w:eastAsia="宋体" w:cs="宋体"/>
          <w:color w:val="000000"/>
        </w:rPr>
        <w:t>示例：（关爱、牵挂、痴恋），因为“我”从弟弟家已经走出很远了，是偶然回头发现，母亲其实一直在窗口凝视着“我”。哪怕只是“我”渐渐远去的背影，母亲也想多看几眼，不愿错过，可见母亲对“我”的关爱（牵挂、痴恋）。</w:t>
      </w:r>
      <w:r>
        <w:rPr>
          <w:color w:val="000000"/>
        </w:rPr>
        <w:t xml:space="preserve">    </w:t>
      </w:r>
    </w:p>
    <w:p>
      <w:pPr>
        <w:spacing w:line="360" w:lineRule="auto"/>
        <w:jc w:val="both"/>
        <w:textAlignment w:val="center"/>
        <w:rPr>
          <w:color w:val="000000"/>
        </w:rPr>
      </w:pPr>
      <w:r>
        <w:rPr>
          <w:color w:val="000000"/>
        </w:rPr>
        <w:t xml:space="preserve">19. </w:t>
      </w:r>
      <w:r>
        <w:rPr>
          <w:rFonts w:ascii="宋体" w:hAnsi="宋体" w:eastAsia="宋体" w:cs="宋体"/>
          <w:color w:val="000000"/>
        </w:rPr>
        <w:t>①从表现形式上来看，题目是一个问句，设置悬念，激发了读者的阅读兴趣；</w:t>
      </w:r>
    </w:p>
    <w:p>
      <w:pPr>
        <w:spacing w:line="360" w:lineRule="auto"/>
        <w:jc w:val="both"/>
        <w:textAlignment w:val="center"/>
        <w:rPr>
          <w:color w:val="000000"/>
        </w:rPr>
      </w:pPr>
      <w:r>
        <w:rPr>
          <w:rFonts w:ascii="宋体" w:hAnsi="宋体" w:eastAsia="宋体" w:cs="宋体"/>
          <w:color w:val="000000"/>
        </w:rPr>
        <w:t>②从主旨上来看，题目中的“谁”暗示写作对象，“爱着你的背影”暗示主旨，母亲对儿女的关注、依恋和深沉的爱。母亲因为儿女的离开而产生依恋与不舍，点明母爱的主旨；</w:t>
      </w:r>
    </w:p>
    <w:p>
      <w:pPr>
        <w:spacing w:line="360" w:lineRule="auto"/>
        <w:jc w:val="both"/>
        <w:textAlignment w:val="center"/>
        <w:rPr>
          <w:color w:val="000000"/>
        </w:rPr>
      </w:pPr>
      <w:r>
        <w:rPr>
          <w:rFonts w:ascii="宋体" w:hAnsi="宋体" w:eastAsia="宋体" w:cs="宋体"/>
          <w:color w:val="000000"/>
        </w:rPr>
        <w:t>③从内容和结构上来看，文章共描绘三个场景，都围绕着母亲凝视孩子的背景来展开，内容和题目相呼应，同时题目还是文章的线索。</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【16题详解】</w:t>
      </w:r>
    </w:p>
    <w:p>
      <w:pPr>
        <w:spacing w:line="360" w:lineRule="auto"/>
        <w:jc w:val="left"/>
        <w:textAlignment w:val="center"/>
        <w:rPr>
          <w:color w:val="000000"/>
        </w:rPr>
      </w:pPr>
      <w:r>
        <w:rPr>
          <w:color w:val="000000"/>
        </w:rPr>
        <w:t>本题考查内容理解和概括。</w:t>
      </w:r>
    </w:p>
    <w:p>
      <w:pPr>
        <w:spacing w:line="360" w:lineRule="auto"/>
        <w:jc w:val="left"/>
        <w:textAlignment w:val="center"/>
        <w:rPr>
          <w:color w:val="000000"/>
        </w:rPr>
      </w:pPr>
      <w:r>
        <w:rPr>
          <w:rFonts w:ascii="宋体" w:hAnsi="宋体" w:eastAsia="宋体" w:cs="宋体"/>
          <w:color w:val="000000"/>
        </w:rPr>
        <w:t>第一空，结合②段中“我走了一段，即将拐进小巷时，发现母亲竟然在身后跟了过来。我催她回去：‘妈，快回吧，大门敞着呢。’她说：‘没事，我就站在这路口’”，③段中“我知道，母亲是要站在路口看我远去的背影。带着一种温暖的滋味，我走进小巷，再回头看母亲，只见她站在原地，正一动不动地看着我走去的方向”可概括为：母亲跟我来到路口，站着看着我远去的背影；</w:t>
      </w:r>
    </w:p>
    <w:p>
      <w:pPr>
        <w:spacing w:line="360" w:lineRule="auto"/>
        <w:jc w:val="left"/>
        <w:textAlignment w:val="center"/>
        <w:rPr>
          <w:color w:val="000000"/>
        </w:rPr>
      </w:pPr>
      <w:r>
        <w:rPr>
          <w:rFonts w:ascii="宋体" w:hAnsi="宋体" w:eastAsia="宋体" w:cs="宋体"/>
          <w:color w:val="000000"/>
        </w:rPr>
        <w:t>第二空，结合⑧段中“那一刻，我心里酸酸的，眼泪不由得落了下来。如果不是我偶然回头，我哪里知道”可概括为：心酸、难过；</w:t>
      </w:r>
    </w:p>
    <w:p>
      <w:pPr>
        <w:spacing w:line="360" w:lineRule="auto"/>
        <w:jc w:val="left"/>
        <w:textAlignment w:val="center"/>
        <w:rPr>
          <w:color w:val="000000"/>
        </w:rPr>
      </w:pPr>
      <w:r>
        <w:rPr>
          <w:rFonts w:ascii="宋体" w:hAnsi="宋体" w:eastAsia="宋体" w:cs="宋体"/>
          <w:color w:val="000000"/>
        </w:rPr>
        <w:t>第三空，结合⑫段中“很快，电梯从八楼下到一楼。我穿过病房楼大厅，走到院子里，看雨下得不大，我没有打伞。就在这时，电话忽然响了。只听母亲在电话里说：‘你怎么不打伞呢，快把伞打起来，别冻感冒了’”，⑬段中“原来，母亲又在隔窗望着我的背影”可概括为：母亲在医院病房的窗口望着我在雨中离开的背影。</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本题考查词语赏析。</w:t>
      </w:r>
    </w:p>
    <w:p>
      <w:pPr>
        <w:spacing w:line="360" w:lineRule="auto"/>
        <w:jc w:val="left"/>
        <w:textAlignment w:val="center"/>
        <w:rPr>
          <w:color w:val="000000"/>
        </w:rPr>
      </w:pPr>
      <w:r>
        <w:rPr>
          <w:rFonts w:ascii="宋体" w:hAnsi="宋体" w:eastAsia="宋体" w:cs="宋体"/>
          <w:color w:val="000000"/>
        </w:rPr>
        <w:t>（1）不以为然：意思是不认为是对的。表示不同意或否定。结合④段中“近些年，母亲越来越显老了。孩子们像小鸟一样，离开她温暖的羽翼，有了自己的家，也有了各自的事业和前程，陪伴她的日子少了许多。母亲不止一次地感叹：‘还是你们小时最好，天天在一起，现在你们姊妹几个天南海北四下分散，团聚一回可真不容易’”的内容可知，“不以为然”写出了母亲每次和“我”感叹姐妹们相聚不容易时，“我”因为没有理解母亲内心孤单和失落，从来不把把母亲说的话放在心上，表达出作者对不懂母亲内心情感的惭愧。</w:t>
      </w:r>
    </w:p>
    <w:p>
      <w:pPr>
        <w:spacing w:line="360" w:lineRule="auto"/>
        <w:jc w:val="left"/>
        <w:textAlignment w:val="center"/>
        <w:rPr>
          <w:color w:val="000000"/>
        </w:rPr>
      </w:pPr>
      <w:r>
        <w:rPr>
          <w:rFonts w:ascii="宋体" w:hAnsi="宋体" w:eastAsia="宋体" w:cs="宋体"/>
          <w:color w:val="000000"/>
        </w:rPr>
        <w:t>（2）猝不及防：形容事情来得突然，来不及防备。结合⑥段中“那是个夏天，母亲住在弟弟家。有次我去看她，告别时，她又送到门外。直到我从五楼下到四楼，看不见我的身影，我才听见她关门的声音”，⑦段中“我出了楼，绕过一片绿地，走过小区院子。快走到小区门口时，我偶然间向后望去，忽然被身后的一幕惊呆了</w:t>
      </w:r>
      <w:r>
        <w:rPr>
          <w:rFonts w:ascii="Times New Roman" w:hAnsi="Times New Roman" w:eastAsia="Times New Roman" w:cs="Times New Roman"/>
          <w:color w:val="000000"/>
        </w:rPr>
        <w:t>——</w:t>
      </w:r>
      <w:r>
        <w:rPr>
          <w:rFonts w:ascii="宋体" w:hAnsi="宋体" w:eastAsia="宋体" w:cs="宋体"/>
          <w:color w:val="000000"/>
        </w:rPr>
        <w:t>只见弟弟家那个小小的窗框里，母亲正趴在窗口，向我望着，就像一只守在巢里的老鸟，眼巴巴地看着小鸟的远去”的内容可知，“猝不及防”写的是“我”偶然回头看见母亲凝视着“我”的背影时，突然发现母亲一直以来对“我”默默而深沉的爱。理解了母亲对我的牵挂和爱意后，“我”在离开时也有着对母亲的牵挂、不舍的复杂心情。</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本题考查内容理解和词语补写。</w:t>
      </w:r>
    </w:p>
    <w:p>
      <w:pPr>
        <w:spacing w:line="360" w:lineRule="auto"/>
        <w:jc w:val="left"/>
        <w:textAlignment w:val="center"/>
        <w:rPr>
          <w:color w:val="000000"/>
        </w:rPr>
      </w:pPr>
      <w:r>
        <w:rPr>
          <w:rFonts w:ascii="宋体" w:hAnsi="宋体" w:eastAsia="宋体" w:cs="宋体"/>
          <w:color w:val="000000"/>
        </w:rPr>
        <w:t>结合⑥段中“那是个夏天，母亲住在弟弟家。有次我去看她，告别时，她又送到门外。直到我从五楼下到四楼，看不见我的身影，我才听见她关门的声音”，⑦段中“我出了楼，绕过一片绿地，走过小区院子。快走到小区门口时，我偶然间向后望去，忽然被身后的一幕惊呆了</w:t>
      </w:r>
      <w:r>
        <w:rPr>
          <w:rFonts w:ascii="Times New Roman" w:hAnsi="Times New Roman" w:eastAsia="Times New Roman" w:cs="Times New Roman"/>
          <w:color w:val="000000"/>
        </w:rPr>
        <w:t>——</w:t>
      </w:r>
      <w:r>
        <w:rPr>
          <w:rFonts w:ascii="宋体" w:hAnsi="宋体" w:eastAsia="宋体" w:cs="宋体"/>
          <w:color w:val="000000"/>
        </w:rPr>
        <w:t>只见弟弟家那个小小的窗框里，母亲正趴在窗口，向我望着，就像一只守在巢里的老鸟，眼巴巴地看着小鸟的远去”的内容可知，“我”从弟弟家已经走出很远了，偶然回头发现母亲其实一直在窗口凝视着“我”。据此可知，哪怕只是“我”渐渐远去的背影，母亲也想多看几眼，不愿错过，表现出母亲对“我”深深的关爱和牵挂之情。据此可补写为：关爱或牵挂。</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本题考查赏析题目。</w:t>
      </w:r>
    </w:p>
    <w:p>
      <w:pPr>
        <w:spacing w:line="360" w:lineRule="auto"/>
        <w:jc w:val="left"/>
        <w:textAlignment w:val="center"/>
        <w:rPr>
          <w:color w:val="000000"/>
        </w:rPr>
      </w:pPr>
      <w:r>
        <w:rPr>
          <w:rFonts w:ascii="宋体" w:hAnsi="宋体" w:eastAsia="宋体" w:cs="宋体"/>
          <w:color w:val="000000"/>
        </w:rPr>
        <w:t>本文叙述了母亲注视着“我”背影</w:t>
      </w:r>
      <w:r>
        <w:rPr>
          <w:rFonts w:ascii="宋体" w:hAnsi="宋体" w:eastAsia="宋体" w:cs="宋体"/>
          <w:color w:val="000000"/>
          <w:position w:val="0"/>
        </w:rPr>
        <w:drawing>
          <wp:inline distT="0" distB="0" distL="114300" distR="114300">
            <wp:extent cx="133350" cy="177800"/>
            <wp:effectExtent l="0" t="0" r="0" b="13335"/>
            <wp:docPr id="163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图片 100007"/>
                    <pic:cNvPicPr>
                      <a:picLocks noChangeAspect="1"/>
                    </pic:cNvPicPr>
                  </pic:nvPicPr>
                  <pic:blipFill>
                    <a:blip r:embed="rId16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三个事件。那个夏天，母亲趴在弟弟家的窗口里望着“我”离开小区。其次是去年秋天，母亲在医院病房的窗口望着“我”在雨中离开。这个周末，母亲跟“我”来到路口，站着看“我”远去。作者选取这三个细节，表达了对深沉母爱的感激之情。</w:t>
      </w:r>
    </w:p>
    <w:p>
      <w:pPr>
        <w:spacing w:line="360" w:lineRule="auto"/>
        <w:jc w:val="left"/>
        <w:textAlignment w:val="center"/>
        <w:rPr>
          <w:color w:val="000000"/>
        </w:rPr>
      </w:pPr>
      <w:r>
        <w:rPr>
          <w:rFonts w:ascii="宋体" w:hAnsi="宋体" w:eastAsia="宋体" w:cs="宋体"/>
          <w:color w:val="000000"/>
        </w:rPr>
        <w:t>从表现形式上来看，题目是一个问句，答案在文本之中，这是设问的修辞，设问的运作，激发了读者的阅读兴趣，也设置了悬念。内容上，题目中的“谁”交代了主要的写作内容，“爱着你的背影”暗示了主旨：表现了母亲对儿女的关注与依恋，母亲因为儿女的离开而产生的依恋与不舍，点明了文章歌颂母爱的主旨。结构上，文章共写了三件事，都围绕着母亲凝视孩子的背景来展开，所以题目还是文章叙事的线索，使文章成为一个整体。</w:t>
      </w:r>
    </w:p>
    <w:p>
      <w:pPr>
        <w:pStyle w:val="Heading3"/>
      </w:pPr>
      <w:r>
        <w:t>房山区</w:t>
      </w:r>
    </w:p>
    <w:p>
      <w:pPr>
        <w:spacing w:line="360" w:lineRule="auto"/>
        <w:jc w:val="both"/>
        <w:textAlignment w:val="center"/>
        <w:rPr>
          <w:color w:val="000000"/>
        </w:rPr>
      </w:pPr>
      <w:r>
        <w:rPr>
          <w:rFonts w:ascii="宋体" w:hAnsi="宋体" w:eastAsia="宋体" w:cs="宋体"/>
          <w:b/>
          <w:color w:val="000000"/>
          <w:sz w:val="24"/>
        </w:rPr>
        <w:t>四、现代文阅读（共23分）</w:t>
      </w:r>
    </w:p>
    <w:p>
      <w:pPr>
        <w:spacing w:line="360" w:lineRule="auto"/>
        <w:jc w:val="both"/>
        <w:textAlignment w:val="center"/>
        <w:rPr>
          <w:color w:val="000000"/>
        </w:rPr>
      </w:pPr>
      <w:r>
        <w:rPr>
          <w:rFonts w:ascii="宋体" w:hAnsi="宋体" w:eastAsia="宋体" w:cs="宋体"/>
          <w:b/>
          <w:color w:val="000000"/>
          <w:sz w:val="24"/>
        </w:rPr>
        <w:t>（一）（共7分）</w:t>
      </w:r>
    </w:p>
    <w:p>
      <w:pPr>
        <w:spacing w:line="360" w:lineRule="auto"/>
        <w:jc w:val="both"/>
        <w:textAlignment w:val="center"/>
        <w:rPr>
          <w:color w:val="000000"/>
        </w:rPr>
      </w:pPr>
      <w:r>
        <w:rPr>
          <w:rFonts w:ascii="宋体" w:hAnsi="宋体" w:eastAsia="宋体" w:cs="宋体"/>
          <w:color w:val="000000"/>
        </w:rPr>
        <w:t>阅读下面材料，完成下面小题。</w:t>
      </w:r>
    </w:p>
    <w:p>
      <w:pPr>
        <w:spacing w:line="360" w:lineRule="auto"/>
        <w:jc w:val="both"/>
        <w:textAlignment w:val="center"/>
        <w:rPr>
          <w:color w:val="000000"/>
        </w:rPr>
      </w:pPr>
      <w:r>
        <w:rPr>
          <w:rFonts w:ascii="宋体" w:hAnsi="宋体" w:eastAsia="宋体" w:cs="宋体"/>
          <w:color w:val="000000"/>
        </w:rPr>
        <w:t>材料一</w:t>
      </w:r>
    </w:p>
    <w:p>
      <w:pPr>
        <w:spacing w:line="360" w:lineRule="auto"/>
        <w:ind w:firstLine="420"/>
        <w:jc w:val="both"/>
        <w:textAlignment w:val="center"/>
        <w:rPr>
          <w:color w:val="000000"/>
        </w:rPr>
      </w:pPr>
      <w:r>
        <w:rPr>
          <w:rFonts w:ascii="楷体" w:hAnsi="楷体" w:eastAsia="楷体" w:cs="楷体"/>
          <w:color w:val="000000"/>
        </w:rPr>
        <w:t>吉祥图案作为我国历史文化传统中的一种文艺表现形式，与人们的生活、习俗以及文化背景有着极为密切的关联。它的起源可以追溯到原始社会的部落图腾以及当时一些器皿上的装饰性图案。随着社会的发展，一些装饰性的图形逐步完善，构成具有某种寓意的标志或象征，产生相应固定的表现形式，这便出现了吉祥图案。</w:t>
      </w:r>
    </w:p>
    <w:p>
      <w:pPr>
        <w:spacing w:line="360" w:lineRule="auto"/>
        <w:jc w:val="both"/>
        <w:textAlignment w:val="center"/>
        <w:rPr>
          <w:color w:val="000000"/>
        </w:rPr>
      </w:pPr>
      <w:r>
        <w:rPr>
          <w:rFonts w:ascii="宋体" w:hAnsi="宋体" w:eastAsia="宋体" w:cs="宋体"/>
          <w:color w:val="000000"/>
        </w:rPr>
        <w:t>材料二</w:t>
      </w:r>
    </w:p>
    <w:p>
      <w:pPr>
        <w:spacing w:line="360" w:lineRule="auto"/>
        <w:ind w:firstLine="420"/>
        <w:jc w:val="both"/>
        <w:textAlignment w:val="center"/>
        <w:rPr>
          <w:color w:val="000000"/>
        </w:rPr>
      </w:pPr>
      <w:r>
        <w:rPr>
          <w:rFonts w:ascii="楷体" w:hAnsi="楷体" w:eastAsia="楷体" w:cs="楷体"/>
          <w:color w:val="000000"/>
        </w:rPr>
        <w:t>总观我国各个不同时期的吉祥图案，多由图画和文字共同组成，且图文之间的关系存在多种形式。第一类：文字是对图画的解释；第二类：文字是借用了画中事物的谐音；第三类：以吉祥的字、词的变形为图案，如福、寿等。正是上述几方面的构图形式，使得中国传统吉祥图案很丰富，种类十分鲜明，寓意非常明确。</w:t>
      </w:r>
    </w:p>
    <w:p>
      <w:pPr>
        <w:spacing w:line="360" w:lineRule="auto"/>
        <w:ind w:firstLine="420"/>
        <w:jc w:val="both"/>
        <w:textAlignment w:val="center"/>
        <w:rPr>
          <w:color w:val="000000"/>
        </w:rPr>
      </w:pPr>
      <w:r>
        <w:rPr>
          <w:rFonts w:ascii="楷体" w:hAnsi="楷体" w:eastAsia="楷体" w:cs="楷体"/>
          <w:color w:val="000000"/>
        </w:rPr>
        <w:t>中国吉祥图案示例</w:t>
      </w:r>
    </w:p>
    <w:p>
      <w:pPr>
        <w:spacing w:line="360" w:lineRule="auto"/>
        <w:ind w:firstLine="420"/>
        <w:jc w:val="left"/>
        <w:textAlignment w:val="center"/>
        <w:rPr>
          <w:color w:val="000000"/>
        </w:rPr>
      </w:pPr>
      <w:r>
        <w:rPr>
          <w:rFonts w:ascii="楷体" w:hAnsi="楷体" w:eastAsia="楷体" w:cs="楷体"/>
          <w:color w:val="000000"/>
        </w:rPr>
        <w:t>（图1）</w:t>
      </w:r>
      <w:r>
        <w:rPr>
          <w:color w:val="000000"/>
        </w:rPr>
        <w:drawing>
          <wp:inline distT="0" distB="0" distL="114300" distR="114300">
            <wp:extent cx="2219325" cy="1647825"/>
            <wp:effectExtent l="0" t="0" r="9525" b="9525"/>
            <wp:docPr id="1639"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 name="图片 100005" descr="学科网(www.zxxk.com)--教育资源门户，提供试卷、教案、课件、论文、素材以及各类教学资源下载，还有大量而丰富的教学相关资讯！"/>
                    <pic:cNvPicPr>
                      <a:picLocks noChangeAspect="1"/>
                    </pic:cNvPicPr>
                  </pic:nvPicPr>
                  <pic:blipFill>
                    <a:blip r:embed="rId169"/>
                    <a:stretch>
                      <a:fillRect/>
                    </a:stretch>
                  </pic:blipFill>
                  <pic:spPr>
                    <a:xfrm>
                      <a:off x="0" y="0"/>
                      <a:ext cx="2219325" cy="1647825"/>
                    </a:xfrm>
                    <a:prstGeom prst="rect">
                      <a:avLst/>
                    </a:prstGeom>
                  </pic:spPr>
                </pic:pic>
              </a:graphicData>
            </a:graphic>
          </wp:inline>
        </w:drawing>
      </w:r>
      <w:r>
        <w:rPr>
          <w:rFonts w:ascii="楷体" w:hAnsi="楷体" w:eastAsia="楷体" w:cs="楷体"/>
          <w:color w:val="000000"/>
        </w:rPr>
        <w:t>（图2）</w:t>
      </w:r>
      <w:r>
        <w:rPr>
          <w:color w:val="000000"/>
        </w:rPr>
        <w:drawing>
          <wp:inline distT="0" distB="0" distL="114300" distR="114300">
            <wp:extent cx="2209800" cy="1628775"/>
            <wp:effectExtent l="0" t="0" r="0" b="9525"/>
            <wp:docPr id="1640"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图片 100007" descr="学科网(www.zxxk.com)--教育资源门户，提供试卷、教案、课件、论文、素材以及各类教学资源下载，还有大量而丰富的教学相关资讯！"/>
                    <pic:cNvPicPr>
                      <a:picLocks noChangeAspect="1"/>
                    </pic:cNvPicPr>
                  </pic:nvPicPr>
                  <pic:blipFill>
                    <a:blip r:embed="rId170"/>
                    <a:stretch>
                      <a:fillRect/>
                    </a:stretch>
                  </pic:blipFill>
                  <pic:spPr>
                    <a:xfrm>
                      <a:off x="0" y="0"/>
                      <a:ext cx="2209800" cy="1628775"/>
                    </a:xfrm>
                    <a:prstGeom prst="rect">
                      <a:avLst/>
                    </a:prstGeom>
                  </pic:spPr>
                </pic:pic>
              </a:graphicData>
            </a:graphic>
          </wp:inline>
        </w:drawing>
      </w:r>
    </w:p>
    <w:p>
      <w:pPr>
        <w:spacing w:line="360" w:lineRule="auto"/>
        <w:ind w:firstLine="420"/>
        <w:jc w:val="left"/>
        <w:textAlignment w:val="center"/>
        <w:rPr>
          <w:color w:val="000000"/>
        </w:rPr>
      </w:pPr>
      <w:r>
        <w:rPr>
          <w:rFonts w:ascii="楷体" w:hAnsi="楷体" w:eastAsia="楷体" w:cs="楷体"/>
          <w:color w:val="000000"/>
        </w:rPr>
        <w:t>（图3）</w:t>
      </w:r>
      <w:r>
        <w:rPr>
          <w:color w:val="000000"/>
        </w:rPr>
        <w:drawing>
          <wp:inline distT="0" distB="0" distL="114300" distR="114300">
            <wp:extent cx="2257425" cy="1657350"/>
            <wp:effectExtent l="0" t="0" r="9525" b="0"/>
            <wp:docPr id="1643"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 name="图片 100009" descr="学科网(www.zxxk.com)--教育资源门户，提供试卷、教案、课件、论文、素材以及各类教学资源下载，还有大量而丰富的教学相关资讯！"/>
                    <pic:cNvPicPr>
                      <a:picLocks noChangeAspect="1"/>
                    </pic:cNvPicPr>
                  </pic:nvPicPr>
                  <pic:blipFill>
                    <a:blip r:embed="rId171"/>
                    <a:stretch>
                      <a:fillRect/>
                    </a:stretch>
                  </pic:blipFill>
                  <pic:spPr>
                    <a:xfrm>
                      <a:off x="0" y="0"/>
                      <a:ext cx="2257425" cy="1657350"/>
                    </a:xfrm>
                    <a:prstGeom prst="rect">
                      <a:avLst/>
                    </a:prstGeom>
                  </pic:spPr>
                </pic:pic>
              </a:graphicData>
            </a:graphic>
          </wp:inline>
        </w:drawing>
      </w:r>
      <w:r>
        <w:rPr>
          <w:rFonts w:ascii="楷体" w:hAnsi="楷体" w:eastAsia="楷体" w:cs="楷体"/>
          <w:color w:val="000000"/>
        </w:rPr>
        <w:t>（图4）</w:t>
      </w:r>
      <w:r>
        <w:rPr>
          <w:color w:val="000000"/>
        </w:rPr>
        <w:drawing>
          <wp:inline distT="0" distB="0" distL="114300" distR="114300">
            <wp:extent cx="2276475" cy="1666875"/>
            <wp:effectExtent l="0" t="0" r="9525" b="9525"/>
            <wp:docPr id="1644"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图片 100011" descr="学科网(www.zxxk.com)--教育资源门户，提供试卷、教案、课件、论文、素材以及各类教学资源下载，还有大量而丰富的教学相关资讯！"/>
                    <pic:cNvPicPr>
                      <a:picLocks noChangeAspect="1"/>
                    </pic:cNvPicPr>
                  </pic:nvPicPr>
                  <pic:blipFill>
                    <a:blip r:embed="rId172"/>
                    <a:stretch>
                      <a:fillRect/>
                    </a:stretch>
                  </pic:blipFill>
                  <pic:spPr>
                    <a:xfrm>
                      <a:off x="0" y="0"/>
                      <a:ext cx="2276475" cy="16668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材料三</w:t>
      </w:r>
    </w:p>
    <w:p>
      <w:pPr>
        <w:spacing w:line="360" w:lineRule="auto"/>
        <w:ind w:firstLine="420"/>
        <w:jc w:val="both"/>
        <w:textAlignment w:val="center"/>
        <w:rPr>
          <w:color w:val="000000"/>
        </w:rPr>
      </w:pPr>
      <w:r>
        <w:rPr>
          <w:rFonts w:ascii="楷体" w:hAnsi="楷体" w:eastAsia="楷体" w:cs="楷体"/>
          <w:color w:val="000000"/>
        </w:rPr>
        <w:t>传统的吉祥图案在人们的生活中使用广泛，比如盛大庆典、重大节日以及祭祀、祈祷仪式、婚丧嫁娶，都有吉祥图案的出现。不管是宫廷王府，还是民宅茅舍都需要有吉祥图案点缀。举目观望传统建筑的墙壁、护栏、藻井、窗棂、瓦当等很多地方都能看到寓意丰富的吉祥图案。</w:t>
      </w:r>
    </w:p>
    <w:p>
      <w:pPr>
        <w:spacing w:line="360" w:lineRule="auto"/>
        <w:jc w:val="left"/>
        <w:textAlignment w:val="center"/>
        <w:rPr>
          <w:color w:val="000000"/>
        </w:rPr>
      </w:pPr>
      <w:r>
        <w:rPr>
          <w:color w:val="000000"/>
        </w:rPr>
        <w:t xml:space="preserve">15. </w:t>
      </w:r>
      <w:r>
        <w:rPr>
          <w:rFonts w:ascii="宋体" w:hAnsi="宋体" w:eastAsia="宋体" w:cs="宋体"/>
          <w:color w:val="000000"/>
        </w:rPr>
        <w:t>根据以上三则材料，下列说法</w:t>
      </w:r>
      <w:r>
        <w:rPr>
          <w:rFonts w:ascii="宋体" w:hAnsi="宋体" w:eastAsia="宋体" w:cs="宋体"/>
          <w:color w:val="000000"/>
          <w:em w:val="dot"/>
        </w:rPr>
        <w:t>不符合</w:t>
      </w:r>
      <w:r>
        <w:rPr>
          <w:rFonts w:ascii="宋体" w:hAnsi="宋体" w:eastAsia="宋体" w:cs="宋体"/>
          <w:color w:val="000000"/>
        </w:rPr>
        <w:t>文意的一项是</w:t>
      </w:r>
      <w:r>
        <w:rPr>
          <w:color w:val="000000"/>
        </w:rPr>
        <w:t>（     ）</w:t>
      </w:r>
    </w:p>
    <w:p>
      <w:pPr>
        <w:spacing w:line="360" w:lineRule="auto"/>
        <w:jc w:val="both"/>
        <w:textAlignment w:val="center"/>
        <w:rPr>
          <w:color w:val="000000"/>
        </w:rPr>
      </w:pPr>
      <w:r>
        <w:rPr>
          <w:rFonts w:ascii="宋体" w:hAnsi="宋体" w:eastAsia="宋体" w:cs="宋体"/>
          <w:color w:val="000000"/>
        </w:rPr>
        <w:t>【甲】吉祥图案和人们的生活、习俗及文化背景有着密切的关系。</w:t>
      </w:r>
    </w:p>
    <w:p>
      <w:pPr>
        <w:spacing w:line="360" w:lineRule="auto"/>
        <w:jc w:val="both"/>
        <w:textAlignment w:val="center"/>
        <w:rPr>
          <w:color w:val="000000"/>
        </w:rPr>
      </w:pPr>
      <w:r>
        <w:rPr>
          <w:rFonts w:ascii="宋体" w:hAnsi="宋体" w:eastAsia="宋体" w:cs="宋体"/>
          <w:color w:val="000000"/>
        </w:rPr>
        <w:t>【乙】吉祥图案因为图文组合有多种形式，所以图案变得丰富多彩。</w:t>
      </w:r>
    </w:p>
    <w:p>
      <w:pPr>
        <w:spacing w:line="360" w:lineRule="auto"/>
        <w:jc w:val="both"/>
        <w:textAlignment w:val="center"/>
        <w:rPr>
          <w:color w:val="000000"/>
        </w:rPr>
      </w:pPr>
      <w:r>
        <w:rPr>
          <w:rFonts w:ascii="宋体" w:hAnsi="宋体" w:eastAsia="宋体" w:cs="宋体"/>
          <w:color w:val="000000"/>
        </w:rPr>
        <w:t>【丙】吉祥图案在人们的生活中到处可见，不管走到哪里都能见到。</w:t>
      </w:r>
    </w:p>
    <w:p>
      <w:pPr>
        <w:spacing w:line="360" w:lineRule="auto"/>
        <w:jc w:val="left"/>
        <w:textAlignment w:val="center"/>
        <w:rPr>
          <w:color w:val="000000"/>
        </w:rPr>
      </w:pPr>
      <w:r>
        <w:rPr>
          <w:color w:val="000000"/>
        </w:rPr>
        <w:t xml:space="preserve">16. </w:t>
      </w:r>
      <w:r>
        <w:rPr>
          <w:rFonts w:ascii="宋体" w:hAnsi="宋体" w:eastAsia="宋体" w:cs="宋体"/>
          <w:color w:val="000000"/>
        </w:rPr>
        <w:t>根据材料二中的文字内容，对 “中国吉祥图案示例”中的四幅图判断分析正确的一项是（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图1“花开富贵”属于第一类，牡丹二字变为图案，寓意富贵将要到来。</w:t>
      </w:r>
    </w:p>
    <w:p>
      <w:pPr>
        <w:spacing w:line="360" w:lineRule="auto"/>
        <w:jc w:val="left"/>
        <w:textAlignment w:val="center"/>
        <w:rPr>
          <w:color w:val="000000"/>
        </w:rPr>
      </w:pPr>
      <w:r>
        <w:rPr>
          <w:color w:val="000000"/>
        </w:rPr>
        <w:t xml:space="preserve">B. </w:t>
      </w:r>
      <w:r>
        <w:rPr>
          <w:rFonts w:ascii="宋体" w:hAnsi="宋体" w:eastAsia="宋体" w:cs="宋体"/>
          <w:color w:val="000000"/>
        </w:rPr>
        <w:t>图2“福禄双全”属于第二类，借用谐音，以表达对幸福与爵禄的向往。</w:t>
      </w:r>
    </w:p>
    <w:p>
      <w:pPr>
        <w:spacing w:line="360" w:lineRule="auto"/>
        <w:jc w:val="left"/>
        <w:textAlignment w:val="center"/>
        <w:rPr>
          <w:color w:val="000000"/>
        </w:rPr>
      </w:pPr>
      <w:r>
        <w:rPr>
          <w:color w:val="000000"/>
        </w:rPr>
        <w:t xml:space="preserve">C. </w:t>
      </w:r>
      <w:r>
        <w:rPr>
          <w:rFonts w:ascii="宋体" w:hAnsi="宋体" w:eastAsia="宋体" w:cs="宋体"/>
          <w:color w:val="000000"/>
        </w:rPr>
        <w:t>图3“松鹤延年”属于第三类，以吉祥字词的变形为图案，表达长寿之意。</w:t>
      </w:r>
    </w:p>
    <w:p>
      <w:pPr>
        <w:spacing w:line="360" w:lineRule="auto"/>
        <w:jc w:val="left"/>
        <w:textAlignment w:val="center"/>
        <w:rPr>
          <w:color w:val="000000"/>
        </w:rPr>
      </w:pPr>
      <w:r>
        <w:rPr>
          <w:color w:val="000000"/>
        </w:rPr>
        <w:t xml:space="preserve">D. </w:t>
      </w:r>
      <w:r>
        <w:rPr>
          <w:rFonts w:ascii="宋体" w:hAnsi="宋体" w:eastAsia="宋体" w:cs="宋体"/>
          <w:color w:val="000000"/>
        </w:rPr>
        <w:t>图4“一帆风顺”属于第二类，借用“帆”的谐音，表达一切顺利之意。</w:t>
      </w:r>
    </w:p>
    <w:p>
      <w:pPr>
        <w:spacing w:line="360" w:lineRule="auto"/>
        <w:jc w:val="left"/>
        <w:textAlignment w:val="center"/>
        <w:rPr>
          <w:color w:val="000000"/>
        </w:rPr>
      </w:pPr>
      <w:r>
        <w:rPr>
          <w:color w:val="000000"/>
        </w:rPr>
        <w:t xml:space="preserve">17. </w:t>
      </w:r>
      <w:r>
        <w:rPr>
          <w:rFonts w:ascii="宋体" w:hAnsi="宋体" w:eastAsia="宋体" w:cs="宋体"/>
          <w:color w:val="000000"/>
        </w:rPr>
        <w:t>请分别概括上面三则材料的主要内容。</w:t>
      </w:r>
    </w:p>
    <w:p>
      <w:pPr>
        <w:spacing w:line="360" w:lineRule="auto"/>
        <w:textAlignment w:val="center"/>
        <w:rPr>
          <w:color w:val="000000"/>
        </w:rPr>
      </w:pPr>
      <w:r>
        <w:rPr>
          <w:color w:val="2E75B6"/>
        </w:rPr>
        <w:t>【答案】</w:t>
      </w:r>
      <w:r>
        <w:rPr>
          <w:color w:val="000000"/>
        </w:rPr>
        <w:t xml:space="preserve">15. </w:t>
      </w:r>
      <w:r>
        <w:rPr>
          <w:rFonts w:ascii="宋体" w:hAnsi="宋体" w:eastAsia="宋体" w:cs="宋体"/>
          <w:color w:val="000000"/>
        </w:rPr>
        <w:t>丙</w:t>
      </w:r>
      <w:r>
        <w:rPr>
          <w:color w:val="000000"/>
        </w:rPr>
        <w:t xml:space="preserve">    16. B    </w:t>
      </w:r>
    </w:p>
    <w:p>
      <w:pPr>
        <w:spacing w:line="360" w:lineRule="auto"/>
        <w:textAlignment w:val="center"/>
        <w:rPr>
          <w:color w:val="000000"/>
        </w:rPr>
      </w:pPr>
      <w:r>
        <w:rPr>
          <w:color w:val="000000"/>
        </w:rPr>
        <w:t xml:space="preserve">17. </w:t>
      </w:r>
      <w:r>
        <w:rPr>
          <w:rFonts w:ascii="宋体" w:hAnsi="宋体" w:eastAsia="宋体" w:cs="宋体"/>
          <w:color w:val="000000"/>
        </w:rPr>
        <w:t>示例：材料一：吉祥图案的起源、形成（发展）材料二：吉祥图案分类、特征材料三：吉祥图案在生活中使用广泛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rFonts w:ascii="宋体" w:hAnsi="宋体" w:eastAsia="宋体" w:cs="宋体"/>
          <w:color w:val="000000"/>
        </w:rPr>
        <w:t>本题考查信息筛选与辨识。</w:t>
      </w:r>
    </w:p>
    <w:p>
      <w:pPr>
        <w:spacing w:line="360" w:lineRule="auto"/>
        <w:jc w:val="left"/>
        <w:textAlignment w:val="center"/>
        <w:rPr>
          <w:color w:val="000000"/>
        </w:rPr>
      </w:pPr>
      <w:r>
        <w:rPr>
          <w:rFonts w:ascii="宋体" w:hAnsi="宋体" w:eastAsia="宋体" w:cs="宋体"/>
          <w:color w:val="000000"/>
        </w:rPr>
        <w:t>【丙】说法不符合文意。根据材料三“传统的吉祥图案在人们的生活中使用广泛，比如盛大庆典、重大节日以及祭祀、祈祷仪式、婚丧嫁娶，都有吉祥图案的出现。不管是宫廷王府，还是民宅茅舍都需要有吉祥图案点缀。举目观望传统建筑的墙壁、护栏、藻井、窗棂、瓦当等很多地方都能看到寓意丰富的吉祥图案”可知，吉祥图案在人们的生活中使用广泛，“很多地方都能看到寓意丰富的吉祥图案”，而非“到处可见，不管走到哪里都能见到”，选项说法太绝对，与文意不符。</w:t>
      </w:r>
    </w:p>
    <w:p>
      <w:pPr>
        <w:spacing w:line="360" w:lineRule="auto"/>
        <w:jc w:val="left"/>
        <w:textAlignment w:val="center"/>
        <w:rPr>
          <w:color w:val="000000"/>
        </w:rPr>
      </w:pPr>
      <w:r>
        <w:rPr>
          <w:rFonts w:ascii="宋体" w:hAnsi="宋体" w:eastAsia="宋体" w:cs="宋体"/>
          <w:color w:val="000000"/>
        </w:rPr>
        <w:t>故选【丙】。</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本题考查内容理解。</w:t>
      </w:r>
    </w:p>
    <w:p>
      <w:pPr>
        <w:spacing w:line="360" w:lineRule="auto"/>
        <w:jc w:val="left"/>
        <w:textAlignment w:val="center"/>
        <w:rPr>
          <w:color w:val="000000"/>
        </w:rPr>
      </w:pPr>
      <w:r>
        <w:rPr>
          <w:color w:val="000000"/>
        </w:rPr>
        <w:t>A</w:t>
      </w:r>
      <w:r>
        <w:rPr>
          <w:rFonts w:ascii="宋体" w:hAnsi="宋体" w:eastAsia="宋体" w:cs="宋体"/>
          <w:color w:val="000000"/>
        </w:rPr>
        <w:t>.判断分析不正确。根据图1“花开富贵”的图案：画有三朵盛开的牡丹花、一枝花骨朵，旁边有“花开富贵”四个字，结合材料二“第一类：文字是对图画的解释；第二类：文字是借用了画中事物的谐音；第三类：以吉祥的字、词的变形为图案，如福、寿等”可知，属于第一类，而非“第一类”可知，图1属于第一类：文字是对图画的解释，而非“牡丹二字变为图案”；</w:t>
      </w:r>
    </w:p>
    <w:p>
      <w:pPr>
        <w:spacing w:line="360" w:lineRule="auto"/>
        <w:jc w:val="left"/>
        <w:textAlignment w:val="center"/>
        <w:rPr>
          <w:color w:val="000000"/>
        </w:rPr>
      </w:pPr>
      <w:r>
        <w:rPr>
          <w:color w:val="000000"/>
        </w:rPr>
        <w:t>C</w:t>
      </w:r>
      <w:r>
        <w:rPr>
          <w:rFonts w:ascii="宋体" w:hAnsi="宋体" w:eastAsia="宋体" w:cs="宋体"/>
          <w:color w:val="000000"/>
        </w:rPr>
        <w:t>.判断分析不正确。根据图3“松鹤延年”的图案：一段松枝上有两只百合相向玩耍，旁边有“松鹤延年”四个字，结合材料二“第一类：文字是对图画的解释；第二类：文字是借用了画中事物的谐音；第三类：以吉祥的字、词的变形为图案，如福、寿等”可知，图3属于第一类：文字是对图画的解释，而非属于第三类，以吉祥字词的变形为图案；</w:t>
      </w:r>
    </w:p>
    <w:p>
      <w:pPr>
        <w:spacing w:line="360" w:lineRule="auto"/>
        <w:jc w:val="left"/>
        <w:textAlignment w:val="center"/>
        <w:rPr>
          <w:color w:val="000000"/>
        </w:rPr>
      </w:pPr>
      <w:r>
        <w:rPr>
          <w:color w:val="000000"/>
        </w:rPr>
        <w:t>D</w:t>
      </w:r>
      <w:r>
        <w:rPr>
          <w:rFonts w:ascii="宋体" w:hAnsi="宋体" w:eastAsia="宋体" w:cs="宋体"/>
          <w:color w:val="000000"/>
        </w:rPr>
        <w:t>.判断分析不正确。根据图4“一帆风顺”的图案：一艘扬帆的小船，在落日的余晖中前行，旁边有“一帆风顺”四个字，结合材料二“第一类：文字是对图画的解释；第二类：文字是借用了画中事物的谐音；第三类：以吉祥的字、词的变形为图案，如福、寿等”可知，图4属于第一类：文字是对图画的解释，而非属于第二类，借用“帆”的谐音；</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本题考查内容概括。</w:t>
      </w:r>
    </w:p>
    <w:p>
      <w:pPr>
        <w:spacing w:line="360" w:lineRule="auto"/>
        <w:jc w:val="left"/>
        <w:textAlignment w:val="center"/>
        <w:rPr>
          <w:color w:val="000000"/>
        </w:rPr>
      </w:pPr>
      <w:r>
        <w:rPr>
          <w:rFonts w:ascii="宋体" w:hAnsi="宋体" w:eastAsia="宋体" w:cs="宋体"/>
          <w:color w:val="000000"/>
        </w:rPr>
        <w:t>根据材料一“它</w:t>
      </w:r>
      <w:r>
        <w:rPr>
          <w:rFonts w:ascii="宋体" w:hAnsi="宋体" w:eastAsia="宋体" w:cs="宋体"/>
          <w:color w:val="000000"/>
          <w:position w:val="0"/>
        </w:rPr>
        <w:drawing>
          <wp:inline distT="0" distB="0" distL="114300" distR="114300">
            <wp:extent cx="133350" cy="177800"/>
            <wp:effectExtent l="0" t="0" r="0" b="13335"/>
            <wp:docPr id="1647"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图片 100013"/>
                    <pic:cNvPicPr>
                      <a:picLocks noChangeAspect="1"/>
                    </pic:cNvPicPr>
                  </pic:nvPicPr>
                  <pic:blipFill>
                    <a:blip r:embed="rId17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起源可以追溯到原始社会的部落图腾以及当时一些器皿上的装饰性图案。随着社会的发展，一些装饰性的图形逐步完善，构成具有某种寓意的标志或象征，产生相应固定的表现形式，这便出现了吉祥图案”可概括为：吉祥图案的起源和发展；</w:t>
      </w:r>
    </w:p>
    <w:p>
      <w:pPr>
        <w:spacing w:line="360" w:lineRule="auto"/>
        <w:jc w:val="left"/>
        <w:textAlignment w:val="center"/>
        <w:rPr>
          <w:color w:val="000000"/>
        </w:rPr>
      </w:pPr>
      <w:r>
        <w:rPr>
          <w:rFonts w:ascii="宋体" w:hAnsi="宋体" w:eastAsia="宋体" w:cs="宋体"/>
          <w:color w:val="000000"/>
        </w:rPr>
        <w:t>根据材料二“总观我国各个不同时期的吉祥图案，多由图画和文字共同组成，且图文之间的关系存在多种形式。第一类：文字是对图画的解释；第二类：文字是借用了画中事物的谐音；第三类：以吉祥的字、词的变形为图案，如福、寿等”可概括为：吉祥图案分类、特征；</w:t>
      </w:r>
    </w:p>
    <w:p>
      <w:pPr>
        <w:spacing w:line="360" w:lineRule="auto"/>
        <w:jc w:val="left"/>
        <w:textAlignment w:val="center"/>
        <w:rPr>
          <w:color w:val="000000"/>
        </w:rPr>
      </w:pPr>
      <w:r>
        <w:rPr>
          <w:rFonts w:ascii="宋体" w:hAnsi="宋体" w:eastAsia="宋体" w:cs="宋体"/>
          <w:color w:val="000000"/>
        </w:rPr>
        <w:t>根据材料三“传统的吉祥图案在人们的生活中使用广泛……举目观望传统建筑的墙壁、护栏、藻井、窗棂、瓦当等很多地方都能看到寓意丰富的吉祥图案。”可概括为：吉祥图案在生活中使用广泛。</w:t>
      </w:r>
    </w:p>
    <w:p>
      <w:pPr>
        <w:spacing w:line="360" w:lineRule="auto"/>
        <w:jc w:val="both"/>
        <w:textAlignment w:val="center"/>
        <w:rPr>
          <w:color w:val="000000"/>
        </w:rPr>
      </w:pPr>
      <w:r>
        <w:rPr>
          <w:rFonts w:ascii="宋体" w:hAnsi="宋体" w:eastAsia="宋体" w:cs="宋体"/>
          <w:b/>
          <w:color w:val="000000"/>
          <w:sz w:val="24"/>
        </w:rPr>
        <w:t>（二）（共8分）</w:t>
      </w:r>
    </w:p>
    <w:p>
      <w:pPr>
        <w:spacing w:line="360" w:lineRule="auto"/>
        <w:jc w:val="both"/>
        <w:textAlignment w:val="center"/>
        <w:rPr>
          <w:color w:val="000000"/>
        </w:rPr>
      </w:pPr>
      <w:r>
        <w:rPr>
          <w:rFonts w:ascii="宋体" w:hAnsi="宋体" w:eastAsia="宋体" w:cs="宋体"/>
          <w:color w:val="000000"/>
        </w:rPr>
        <w:t>阅读《捕猎》，完成下面小题。</w:t>
      </w:r>
    </w:p>
    <w:p>
      <w:pPr>
        <w:spacing w:line="360" w:lineRule="auto"/>
        <w:jc w:val="center"/>
        <w:textAlignment w:val="center"/>
        <w:rPr>
          <w:color w:val="000000"/>
        </w:rPr>
      </w:pPr>
      <w:r>
        <w:rPr>
          <w:rFonts w:ascii="楷体" w:hAnsi="楷体" w:eastAsia="楷体" w:cs="楷体"/>
          <w:color w:val="000000"/>
        </w:rPr>
        <w:t>捕  猎</w:t>
      </w:r>
    </w:p>
    <w:p>
      <w:pPr>
        <w:spacing w:line="360" w:lineRule="auto"/>
        <w:ind w:firstLine="420"/>
        <w:jc w:val="left"/>
        <w:textAlignment w:val="center"/>
        <w:rPr>
          <w:color w:val="000000"/>
        </w:rPr>
      </w:pPr>
      <w:r>
        <w:rPr>
          <w:rFonts w:ascii="楷体" w:hAnsi="楷体" w:eastAsia="楷体" w:cs="楷体"/>
          <w:color w:val="000000"/>
        </w:rPr>
        <w:t>①姨夫的家，在离市区几十里外的一个小山村。与姨夫一起去放夹子捕猎，是那个小山村留给我童年最美好的回忆。</w:t>
      </w:r>
    </w:p>
    <w:p>
      <w:pPr>
        <w:spacing w:line="360" w:lineRule="auto"/>
        <w:ind w:firstLine="420"/>
        <w:jc w:val="left"/>
        <w:textAlignment w:val="center"/>
        <w:rPr>
          <w:color w:val="000000"/>
        </w:rPr>
      </w:pPr>
      <w:r>
        <w:rPr>
          <w:rFonts w:ascii="楷体" w:hAnsi="楷体" w:eastAsia="楷体" w:cs="楷体"/>
          <w:color w:val="000000"/>
        </w:rPr>
        <w:t>②姨夫是个勤劳、朴实的山里汉子，劳作之余，放铁夹子是他的爱好。铁夹子是指由粗钢丝制成的捕猎工具，由两个平面组成，合起时口部有锯齿般的夹齿。两个平面中间有轴连接，轴中安置有两只弹簧，克服弹簧的阻力，拉开夹子后，由一卡子卡住，使其保持张开的姿态。卡子中间有小孔，小孔中间则有一根如鱼线般的铁丝扣着，铁丝的另一头拴在自制的小竹竿上，当猎物碰到拉紧的铁丝时，卡子即被拉开，在弹簧的作用力下，两个平面便死死地咬合到了一起。</w:t>
      </w:r>
    </w:p>
    <w:p>
      <w:pPr>
        <w:spacing w:line="360" w:lineRule="auto"/>
        <w:ind w:firstLine="420"/>
        <w:jc w:val="left"/>
        <w:textAlignment w:val="center"/>
        <w:rPr>
          <w:color w:val="000000"/>
        </w:rPr>
      </w:pPr>
      <w:r>
        <w:rPr>
          <w:rFonts w:ascii="楷体" w:hAnsi="楷体" w:eastAsia="楷体" w:cs="楷体"/>
          <w:color w:val="000000"/>
        </w:rPr>
        <w:t>③在一个冬日的黄昏，夕阳挂在不远处那座熟悉的山头，懒洋洋地不愿离去，那通红的脸庞映红了西天的云彩。姨夫背着装有大小夹子的竹篓，我跟在他后面，朝那座大山走去。我们沿着布满杂草的小径朝山的深处走去。在一段潺潺流动的小溪旁，姨夫蹲下来，并向后缩动着肩膀，把竹篓放到了地上。姨夫说，这里靠着小溪，经常有动物到这里来喝水。只要寻到它们的脚印或茅草折断的痕迹，就可以知道它们经常行走的路线。我们把夹子放在它们行走路线的狭窄路段，就能捕捉到它们。听了姨夫的叙述，我不由得从心里佩服姨夫的捕猎技巧。用“一夫当关，万夫莫开”来形容他的布局是再恰当不过了，也更加期盼能有丰厚的收获。我们找到了几处有动物脚印和茅草折断的小路，并放好了夹子，然后在夹子上面铺了一层薄薄的茅草加以伪装。回家时夜幕早已降临，幽蓝幽蓝的苍穹中，闪亮的星星正快乐地朝我们眨着眼睛，月亮清辉下的山显得格外静谧、安详。到家后，我一边吃晚饭，一边兴奋地向姨父询问：“动物会不会从我们放的夹子上面走呢？假如走的话，会不会被夹住……”伴着众多的疑虑与激动，我们一直聊到了很晚。看着窗外皎洁的月光，我迷迷糊糊地进入了梦乡。在梦里，我梦见了我们的夹子夹到很多野鸡、野兔……</w:t>
      </w:r>
    </w:p>
    <w:p>
      <w:pPr>
        <w:spacing w:line="360" w:lineRule="auto"/>
        <w:ind w:firstLine="420"/>
        <w:jc w:val="left"/>
        <w:textAlignment w:val="center"/>
        <w:rPr>
          <w:color w:val="000000"/>
        </w:rPr>
      </w:pPr>
      <w:r>
        <w:rPr>
          <w:rFonts w:ascii="楷体" w:hAnsi="楷体" w:eastAsia="楷体" w:cs="楷体"/>
          <w:color w:val="000000"/>
        </w:rPr>
        <w:t>④外面公鸡的打鸣声把我从梦中惊醒。东方的旭日正冉冉升起，小山村又从夜的宁静中醒了过来。匆匆吃过早饭，姨夫便背着竹篓和蛇皮袋，带着我，朝那座大山走去。一路上姨夫跟我讲了不少关于他与这座大山的故事，不知不觉间我们就到了昨天放夹子的小溪旁。远远的，我们看到一只硕大的灰白色兔子，被夹在夹子上，正拼命地挣扎着。听到了我们的声音，加大了挣扎力度，两只惊恐的眼睛正直直地注视着我们。我们加快了步伐。就在我们快接近它时，它突然挣脱夹子逃跑了。夹子锯齿般的边缘，留下了一截它那血淋淋、花瓣样的前爪。那一刻，时间仿佛凝固了，姨夫竟然没有去追，我也一动没动。其实我们俩两头包抄是完全可以逮住这只受伤的兔子的。也许，它壮士断腕式的悲壮瞬间震撼了我们。斑斑血迹染红了旁边大片的杂草，我想，到底怎样强烈的求生信念，才能支撑着这可怜的兔子这样逃脱。</w:t>
      </w:r>
      <w:r>
        <w:rPr>
          <w:rFonts w:ascii="楷体" w:hAnsi="楷体" w:eastAsia="楷体" w:cs="楷体"/>
          <w:color w:val="000000"/>
          <w:u w:val="single"/>
        </w:rPr>
        <w:t>我心里不由得对这只兔子产生了一种敬畏之情</w:t>
      </w:r>
      <w:r>
        <w:rPr>
          <w:rFonts w:ascii="楷体" w:hAnsi="楷体" w:eastAsia="楷体" w:cs="楷体"/>
          <w:color w:val="000000"/>
        </w:rPr>
        <w:t>。我看着夹子上，那一小截被血染红了的兔爪，我仿佛看到了它前夜被夹时，那惊恐、挣扎的场面。我甚至又开始担忧这只可怜的兔子到了大山里是否还能活下去。姨夫用力拉开了夹子，小心翼翼地取出了那一小截兔爪</w:t>
      </w:r>
      <w:r>
        <w:rPr>
          <w:rFonts w:ascii="Times New Roman" w:hAnsi="Times New Roman" w:eastAsia="Times New Roman" w:cs="Times New Roman"/>
          <w:color w:val="000000"/>
        </w:rPr>
        <w:t>——</w:t>
      </w:r>
      <w:r>
        <w:rPr>
          <w:rFonts w:ascii="楷体" w:hAnsi="楷体" w:eastAsia="楷体" w:cs="楷体"/>
          <w:color w:val="000000"/>
        </w:rPr>
        <w:t>我清楚地记得，当时他的眼里噙着泪花。姨夫用篓子里常备的一把柴刀，在那块染满血迹的地上，仔仔细细地挖了一个坑，皱着眉，一脸凝重地把那只兔爪给埋了。</w:t>
      </w:r>
    </w:p>
    <w:p>
      <w:pPr>
        <w:spacing w:line="360" w:lineRule="auto"/>
        <w:ind w:firstLine="420"/>
        <w:jc w:val="left"/>
        <w:textAlignment w:val="center"/>
        <w:rPr>
          <w:color w:val="000000"/>
        </w:rPr>
      </w:pPr>
      <w:r>
        <w:rPr>
          <w:rFonts w:ascii="楷体" w:hAnsi="楷体" w:eastAsia="楷体" w:cs="楷体"/>
          <w:color w:val="000000"/>
        </w:rPr>
        <w:t>⑤回来的途中我们都没有说话，山风吹到脸上生疼生疼的。后来，听姨妈说，姨夫自那次以后丢掉了所有的捕猎夹子……</w:t>
      </w:r>
    </w:p>
    <w:p>
      <w:pPr>
        <w:spacing w:line="360" w:lineRule="auto"/>
        <w:jc w:val="right"/>
        <w:textAlignment w:val="center"/>
        <w:rPr>
          <w:color w:val="000000"/>
        </w:rPr>
      </w:pPr>
      <w:r>
        <w:rPr>
          <w:rFonts w:ascii="宋体" w:hAnsi="宋体" w:eastAsia="宋体" w:cs="宋体"/>
          <w:color w:val="000000"/>
        </w:rPr>
        <w:t>（取材于徐志俊的文章，有删改）</w:t>
      </w:r>
    </w:p>
    <w:p>
      <w:pPr>
        <w:spacing w:line="360" w:lineRule="auto"/>
        <w:jc w:val="left"/>
        <w:textAlignment w:val="center"/>
        <w:rPr>
          <w:color w:val="000000"/>
        </w:rPr>
      </w:pPr>
      <w:r>
        <w:rPr>
          <w:color w:val="000000"/>
        </w:rPr>
        <w:t xml:space="preserve">18. </w:t>
      </w:r>
      <w:r>
        <w:rPr>
          <w:rFonts w:ascii="宋体" w:hAnsi="宋体" w:eastAsia="宋体" w:cs="宋体"/>
          <w:color w:val="000000"/>
        </w:rPr>
        <w:t>文章围绕我和姨夫捕猎的事情展开叙述，依据相关内容填写下表。</w:t>
      </w:r>
    </w:p>
    <w:tbl>
      <w:tblPr>
        <w:tblStyle w:val="4"/>
        <w:tblW w:w="7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12"/>
        <w:gridCol w:w="2892"/>
        <w:gridCol w:w="3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时间</w:t>
            </w:r>
          </w:p>
        </w:tc>
        <w:tc>
          <w:tcPr>
            <w:tcW w:w="20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内容</w:t>
            </w:r>
          </w:p>
        </w:tc>
        <w:tc>
          <w:tcPr>
            <w:tcW w:w="2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我的感受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冬日黄昏</w:t>
            </w:r>
          </w:p>
        </w:tc>
        <w:tc>
          <w:tcPr>
            <w:tcW w:w="20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我和姨夫放夹子并将其伪装。</w:t>
            </w:r>
          </w:p>
        </w:tc>
        <w:tc>
          <w:tcPr>
            <w:tcW w:w="2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敬佩、期盼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夜幕降临</w:t>
            </w:r>
          </w:p>
        </w:tc>
        <w:tc>
          <w:tcPr>
            <w:tcW w:w="20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我和姨父谈论捕猎的事情。</w:t>
            </w:r>
          </w:p>
        </w:tc>
        <w:tc>
          <w:tcPr>
            <w:tcW w:w="2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旭日升起</w:t>
            </w:r>
          </w:p>
        </w:tc>
        <w:tc>
          <w:tcPr>
            <w:tcW w:w="20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c>
          <w:tcPr>
            <w:tcW w:w="2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震撼、担忧</w:t>
            </w:r>
          </w:p>
        </w:tc>
      </w:tr>
    </w:tbl>
    <w:p>
      <w:pPr>
        <w:spacing w:line="360" w:lineRule="auto"/>
        <w:jc w:val="left"/>
        <w:textAlignment w:val="center"/>
        <w:rPr>
          <w:color w:val="000000"/>
        </w:rPr>
      </w:pPr>
      <w:r>
        <w:rPr>
          <w:color w:val="000000"/>
        </w:rPr>
        <w:t xml:space="preserve">19. </w:t>
      </w:r>
      <w:r>
        <w:rPr>
          <w:rFonts w:ascii="宋体" w:hAnsi="宋体" w:eastAsia="宋体" w:cs="宋体"/>
          <w:color w:val="000000"/>
        </w:rPr>
        <w:t>请结合文章内容，分析下面语句在文章中的作用。</w:t>
      </w:r>
    </w:p>
    <w:p>
      <w:pPr>
        <w:spacing w:line="360" w:lineRule="auto"/>
        <w:jc w:val="left"/>
        <w:textAlignment w:val="center"/>
        <w:rPr>
          <w:color w:val="000000"/>
        </w:rPr>
      </w:pPr>
      <w:r>
        <w:rPr>
          <w:rFonts w:ascii="宋体" w:hAnsi="宋体" w:eastAsia="宋体" w:cs="宋体"/>
          <w:color w:val="000000"/>
        </w:rPr>
        <w:t>姨夫用篓子里常备的一把柴刀，在那块染满血迹的地上，仔仔细细地挖了一个坑，皱着眉，一脸凝重地把那只兔爪给埋了。</w:t>
      </w:r>
    </w:p>
    <w:p>
      <w:pPr>
        <w:spacing w:line="360" w:lineRule="auto"/>
        <w:jc w:val="left"/>
        <w:textAlignment w:val="center"/>
        <w:rPr>
          <w:color w:val="000000"/>
        </w:rPr>
      </w:pPr>
      <w:r>
        <w:rPr>
          <w:color w:val="000000"/>
        </w:rPr>
        <w:t xml:space="preserve">20. </w:t>
      </w:r>
      <w:r>
        <w:rPr>
          <w:rFonts w:ascii="宋体" w:hAnsi="宋体" w:eastAsia="宋体" w:cs="宋体"/>
          <w:color w:val="000000"/>
        </w:rPr>
        <w:t>结合本文和下面文段内容，谈谈你对文中第④段画线句的理解。</w:t>
      </w:r>
    </w:p>
    <w:p>
      <w:pPr>
        <w:spacing w:line="360" w:lineRule="auto"/>
        <w:ind w:firstLine="420"/>
        <w:jc w:val="left"/>
        <w:textAlignment w:val="center"/>
        <w:rPr>
          <w:color w:val="000000"/>
        </w:rPr>
      </w:pPr>
      <w:r>
        <w:rPr>
          <w:color w:val="000000"/>
        </w:rPr>
        <w:t>①</w:t>
      </w:r>
      <w:r>
        <w:rPr>
          <w:rFonts w:ascii="楷体" w:hAnsi="楷体" w:eastAsia="楷体" w:cs="楷体"/>
          <w:color w:val="000000"/>
        </w:rPr>
        <w:t>我心里十分地难过，真的，我的良心受伤了，我没有判断明白，便妄下断语，冤枉了一只不能说话辩诉的动物。想到它的无抵抗的逃避，益使我感到我的暴怒、我的虐待，都是针，刺我良心的针！</w:t>
      </w:r>
    </w:p>
    <w:p>
      <w:pPr>
        <w:spacing w:line="360" w:lineRule="auto"/>
        <w:ind w:firstLine="420"/>
        <w:jc w:val="left"/>
        <w:textAlignment w:val="center"/>
        <w:rPr>
          <w:color w:val="000000"/>
        </w:rPr>
      </w:pPr>
      <w:r>
        <w:rPr>
          <w:color w:val="000000"/>
        </w:rPr>
        <w:t>②</w:t>
      </w:r>
      <w:r>
        <w:rPr>
          <w:rFonts w:ascii="楷体" w:hAnsi="楷体" w:eastAsia="楷体" w:cs="楷体"/>
          <w:color w:val="000000"/>
        </w:rPr>
        <w:t>我很想补救我的过失，但它是不能说话的，我将怎样地对它表白我的误解呢？</w:t>
      </w:r>
    </w:p>
    <w:p>
      <w:pPr>
        <w:spacing w:line="360" w:lineRule="auto"/>
        <w:ind w:firstLine="420"/>
        <w:jc w:val="left"/>
        <w:textAlignment w:val="center"/>
        <w:rPr>
          <w:color w:val="000000"/>
        </w:rPr>
      </w:pPr>
      <w:r>
        <w:rPr>
          <w:color w:val="000000"/>
        </w:rPr>
        <w:t>③</w:t>
      </w:r>
      <w:r>
        <w:rPr>
          <w:rFonts w:ascii="楷体" w:hAnsi="楷体" w:eastAsia="楷体" w:cs="楷体"/>
          <w:color w:val="000000"/>
        </w:rPr>
        <w:t>两个月后，我们的猫忽然死在邻家的屋脊上，我对于它的亡失，比以前的两只猫的亡失，更难过得多。</w:t>
      </w:r>
    </w:p>
    <w:p>
      <w:pPr>
        <w:spacing w:line="360" w:lineRule="auto"/>
        <w:ind w:firstLine="420"/>
        <w:jc w:val="left"/>
        <w:textAlignment w:val="center"/>
        <w:rPr>
          <w:color w:val="000000"/>
        </w:rPr>
      </w:pPr>
      <w:r>
        <w:rPr>
          <w:color w:val="000000"/>
        </w:rPr>
        <w:t>④</w:t>
      </w:r>
      <w:r>
        <w:rPr>
          <w:rFonts w:ascii="楷体" w:hAnsi="楷体" w:eastAsia="楷体" w:cs="楷体"/>
          <w:color w:val="000000"/>
        </w:rPr>
        <w:t>我永无改正我的过失的机会了！</w:t>
      </w:r>
    </w:p>
    <w:p>
      <w:pPr>
        <w:spacing w:line="360" w:lineRule="auto"/>
        <w:jc w:val="righ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郑振铎《猫》</w:t>
      </w:r>
    </w:p>
    <w:p>
      <w:pPr>
        <w:spacing w:line="360" w:lineRule="auto"/>
        <w:textAlignment w:val="center"/>
        <w:rPr>
          <w:color w:val="000000"/>
        </w:rPr>
      </w:pPr>
      <w:r>
        <w:rPr>
          <w:color w:val="2E75B6"/>
        </w:rPr>
        <w:t>【答案】</w:t>
      </w:r>
      <w:r>
        <w:rPr>
          <w:color w:val="000000"/>
        </w:rPr>
        <w:t xml:space="preserve">18. </w:t>
      </w:r>
      <w:r>
        <w:rPr>
          <w:rFonts w:ascii="宋体" w:hAnsi="宋体" w:eastAsia="宋体" w:cs="宋体"/>
          <w:color w:val="000000"/>
        </w:rPr>
        <w:t>①兴奋、激动   ②我和姨父遇到了“断腿求生”的兔子，但是并没有追赶。</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示例：这句话写出了姨父埋葬兔爪时的认真态度。从侧面表现出兔子强烈的求生愿望带给姨夫的震撼，为下文姨父从此以后不再捕猎做铺垫。</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示例：敬畏的意思是“敬重、畏惧”的意思。文中我面对兔子强烈的求生愿望，感受到了生命的顽强。文段中，我因个人的好恶冤枉了弱小的生命（小猫），造成了不可弥补的遗憾。这些都告诉我们，应该敬畏每一个生命，人与自然要和谐共生。</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本题考查情节梳理与概括。</w:t>
      </w:r>
    </w:p>
    <w:p>
      <w:pPr>
        <w:spacing w:line="360" w:lineRule="auto"/>
        <w:jc w:val="left"/>
        <w:textAlignment w:val="center"/>
        <w:rPr>
          <w:color w:val="000000"/>
        </w:rPr>
      </w:pPr>
      <w:r>
        <w:rPr>
          <w:rFonts w:ascii="宋体" w:hAnsi="宋体" w:eastAsia="宋体" w:cs="宋体"/>
          <w:color w:val="000000"/>
        </w:rPr>
        <w:t>（1）根据题干“时间”是“夜幕降临”和“内容”是“我和姨父谈论捕猎的事情”的提示，找到③段“到家后，我一边吃晚饭，一边兴奋地向姨父询问：‘动物会不会从我们放的夹子上面走呢？假如走的话，会不会被夹住……’伴着众多的疑虑与激动，我们一直聊到了很晚。”，可知“我的感受”是：兴奋、激动；</w:t>
      </w:r>
    </w:p>
    <w:p>
      <w:pPr>
        <w:spacing w:line="360" w:lineRule="auto"/>
        <w:jc w:val="left"/>
        <w:textAlignment w:val="center"/>
        <w:rPr>
          <w:color w:val="000000"/>
        </w:rPr>
      </w:pPr>
      <w:r>
        <w:rPr>
          <w:rFonts w:ascii="宋体" w:hAnsi="宋体" w:eastAsia="宋体" w:cs="宋体"/>
          <w:color w:val="000000"/>
        </w:rPr>
        <w:t>（2）根据题干“时间”是“旭日升起”和“我的感受”是“震撼、担忧”的提示，找到④段“远远的，我们看到一只硕大的灰白色兔子，被夹在夹子上，正拼命地挣扎着。听到了我们的声音，加大了挣扎力度，两只惊恐的眼睛正直直地注视着我们。我们加快了步伐。就在我们快接近它时，它突然挣脱夹子逃跑了。夹子锯齿般的边缘，留下了一截它那血淋淋、花瓣样的前爪。那一刻，时间仿佛凝固了，姨夫竟然没有去追，我也一动没动”可概括为：我和姨父遇到了“断腿求生”的兔子，但是并没有追赶。</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本题考查句段作用。</w:t>
      </w:r>
    </w:p>
    <w:p>
      <w:pPr>
        <w:spacing w:line="360" w:lineRule="auto"/>
        <w:jc w:val="left"/>
        <w:textAlignment w:val="center"/>
        <w:rPr>
          <w:color w:val="000000"/>
        </w:rPr>
      </w:pPr>
      <w:r>
        <w:rPr>
          <w:rFonts w:ascii="宋体" w:hAnsi="宋体" w:eastAsia="宋体" w:cs="宋体"/>
          <w:color w:val="000000"/>
        </w:rPr>
        <w:t>内容上，根据④段“姨夫用篓子里常备的一把柴刀，在那块染满血迹的地上，仔仔细细地挖了一个坑，皱着眉，一脸凝重地把那只兔爪给埋了”可知，写出了姨父埋葬兔爪时的认真态度，结合上文“我清楚地记得，当时他的眼里噙着泪花”可知，从侧面表现出兔子强烈的求生愿望带给姨夫的震撼；</w:t>
      </w:r>
    </w:p>
    <w:p>
      <w:pPr>
        <w:spacing w:line="360" w:lineRule="auto"/>
        <w:jc w:val="left"/>
        <w:textAlignment w:val="center"/>
        <w:rPr>
          <w:color w:val="000000"/>
        </w:rPr>
      </w:pPr>
      <w:r>
        <w:rPr>
          <w:rFonts w:ascii="宋体" w:hAnsi="宋体" w:eastAsia="宋体" w:cs="宋体"/>
          <w:color w:val="000000"/>
        </w:rPr>
        <w:t>结构上，结合⑤段“后来，听姨妈说，姨夫自那次以后丢掉了所有的捕猎夹子……”可知，为下文姨父从此以后不再捕猎做好了铺垫。</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本题考查语句理解。</w:t>
      </w:r>
    </w:p>
    <w:p>
      <w:pPr>
        <w:spacing w:line="360" w:lineRule="auto"/>
        <w:jc w:val="left"/>
        <w:textAlignment w:val="center"/>
        <w:rPr>
          <w:color w:val="000000"/>
        </w:rPr>
      </w:pPr>
      <w:r>
        <w:rPr>
          <w:rFonts w:ascii="宋体" w:hAnsi="宋体" w:eastAsia="宋体" w:cs="宋体"/>
          <w:color w:val="000000"/>
        </w:rPr>
        <w:t>第④段画线句“我心里不由得对这只兔子产生了一种敬畏之情”中的关键词“敬畏”意思是：尊敬佩服又有些害怕。</w:t>
      </w:r>
    </w:p>
    <w:p>
      <w:pPr>
        <w:spacing w:line="360" w:lineRule="auto"/>
        <w:jc w:val="left"/>
        <w:textAlignment w:val="center"/>
        <w:rPr>
          <w:color w:val="000000"/>
        </w:rPr>
      </w:pPr>
      <w:r>
        <w:rPr>
          <w:rFonts w:ascii="宋体" w:hAnsi="宋体" w:eastAsia="宋体" w:cs="宋体"/>
          <w:color w:val="000000"/>
        </w:rPr>
        <w:t>结合链接材料“我没有判断明白，便妄下断语，冤枉了一只不能说话辩诉的动物。想到它的无抵抗的逃避，益使我感到我的暴怒、我的虐待，都是针，刺我良心的针”，可见第三只猫在我的冤枉下，在强势暴力的追杀下含冤死去，使我的内心感到深深地愧疚和自责。</w:t>
      </w:r>
    </w:p>
    <w:p>
      <w:pPr>
        <w:spacing w:line="360" w:lineRule="auto"/>
        <w:jc w:val="left"/>
        <w:textAlignment w:val="center"/>
        <w:rPr>
          <w:color w:val="000000"/>
        </w:rPr>
      </w:pPr>
      <w:r>
        <w:rPr>
          <w:rFonts w:ascii="宋体" w:hAnsi="宋体" w:eastAsia="宋体" w:cs="宋体"/>
          <w:color w:val="000000"/>
        </w:rPr>
        <w:t>结合第④段“夹子锯齿般的边缘，留下了一截它那血淋淋、花瓣样的前爪。姨夫没有去追。其实我们俩两头包抄是完全可以逮住这只受伤的兔子的。也许，它壮士断腕式的悲壮感动了姨夫。我们看着留下兔子前爪的夹子旁，斑斑血迹染红了旁边的杂草。我在想，这可怜的兔子凭着求生的信念与对大山生活的向往，一直支撑着它逃脱时那颗悲壮的心”、“我甚至又升起这可怜的兔子到了大山里是否还能活下去的担忧”，可知，文中兔子强烈的求生欲望又使我产生触动。</w:t>
      </w:r>
    </w:p>
    <w:p>
      <w:pPr>
        <w:spacing w:line="360" w:lineRule="auto"/>
        <w:jc w:val="left"/>
        <w:textAlignment w:val="center"/>
        <w:rPr>
          <w:color w:val="000000"/>
        </w:rPr>
      </w:pPr>
      <w:r>
        <w:rPr>
          <w:rFonts w:ascii="宋体" w:hAnsi="宋体" w:eastAsia="宋体" w:cs="宋体"/>
          <w:color w:val="000000"/>
        </w:rPr>
        <w:t>据此分析可知，这些都告诉人们：我们要敬畏一切生命，善待生命。</w:t>
      </w:r>
    </w:p>
    <w:p>
      <w:pPr>
        <w:spacing w:line="360" w:lineRule="auto"/>
        <w:jc w:val="both"/>
        <w:textAlignment w:val="center"/>
        <w:rPr>
          <w:color w:val="000000"/>
        </w:rPr>
      </w:pPr>
      <w:r>
        <w:rPr>
          <w:rFonts w:ascii="宋体" w:hAnsi="宋体" w:eastAsia="宋体" w:cs="宋体"/>
          <w:b/>
          <w:color w:val="000000"/>
          <w:sz w:val="24"/>
        </w:rPr>
        <w:t>（三）（共8分）</w:t>
      </w:r>
    </w:p>
    <w:p>
      <w:pPr>
        <w:spacing w:line="360" w:lineRule="auto"/>
        <w:jc w:val="both"/>
        <w:textAlignment w:val="center"/>
        <w:rPr>
          <w:color w:val="000000"/>
        </w:rPr>
      </w:pPr>
      <w:r>
        <w:rPr>
          <w:rFonts w:ascii="宋体" w:hAnsi="宋体" w:eastAsia="宋体" w:cs="宋体"/>
          <w:color w:val="000000"/>
        </w:rPr>
        <w:t>阅读《换衣服》，完成下面小题。</w:t>
      </w:r>
    </w:p>
    <w:p>
      <w:pPr>
        <w:spacing w:line="360" w:lineRule="auto"/>
        <w:jc w:val="center"/>
        <w:textAlignment w:val="center"/>
        <w:rPr>
          <w:color w:val="000000"/>
        </w:rPr>
      </w:pPr>
      <w:r>
        <w:rPr>
          <w:rFonts w:ascii="楷体" w:hAnsi="楷体" w:eastAsia="楷体" w:cs="楷体"/>
          <w:color w:val="000000"/>
        </w:rPr>
        <w:t>换衣服</w:t>
      </w:r>
    </w:p>
    <w:p>
      <w:pPr>
        <w:spacing w:line="360" w:lineRule="auto"/>
        <w:ind w:firstLine="420"/>
        <w:jc w:val="left"/>
        <w:textAlignment w:val="center"/>
        <w:rPr>
          <w:color w:val="000000"/>
        </w:rPr>
      </w:pPr>
      <w:r>
        <w:rPr>
          <w:rFonts w:ascii="楷体" w:hAnsi="楷体" w:eastAsia="楷体" w:cs="楷体"/>
          <w:color w:val="000000"/>
        </w:rPr>
        <w:t>①小男孩的T恤太薄了，起风的时候，他结结实实地打了三个喷嚏。</w:t>
      </w:r>
    </w:p>
    <w:p>
      <w:pPr>
        <w:spacing w:line="360" w:lineRule="auto"/>
        <w:ind w:firstLine="420"/>
        <w:jc w:val="left"/>
        <w:textAlignment w:val="center"/>
        <w:rPr>
          <w:color w:val="000000"/>
        </w:rPr>
      </w:pPr>
      <w:r>
        <w:rPr>
          <w:rFonts w:ascii="楷体" w:hAnsi="楷体" w:eastAsia="楷体" w:cs="楷体"/>
          <w:color w:val="000000"/>
        </w:rPr>
        <w:t>②“好冷啊！”他缩起脖子，想跟谁借一件衣服。特别爱钻研数学题的同桌很大方地拿出了自己的外套。</w:t>
      </w:r>
    </w:p>
    <w:p>
      <w:pPr>
        <w:spacing w:line="360" w:lineRule="auto"/>
        <w:ind w:firstLine="420"/>
        <w:jc w:val="left"/>
        <w:textAlignment w:val="center"/>
        <w:rPr>
          <w:color w:val="000000"/>
        </w:rPr>
      </w:pPr>
      <w:r>
        <w:rPr>
          <w:rFonts w:ascii="楷体" w:hAnsi="楷体" w:eastAsia="楷体" w:cs="楷体"/>
          <w:color w:val="000000"/>
        </w:rPr>
        <w:t>③今天有期中考试，上午考数学，下午考语文。小男孩穿着同桌的外套写卷子。</w:t>
      </w:r>
    </w:p>
    <w:p>
      <w:pPr>
        <w:spacing w:line="360" w:lineRule="auto"/>
        <w:ind w:firstLine="420"/>
        <w:jc w:val="left"/>
        <w:textAlignment w:val="center"/>
        <w:rPr>
          <w:color w:val="000000"/>
        </w:rPr>
      </w:pPr>
      <w:r>
        <w:rPr>
          <w:rFonts w:ascii="楷体" w:hAnsi="楷体" w:eastAsia="楷体" w:cs="楷体"/>
          <w:color w:val="000000"/>
        </w:rPr>
        <w:t>④快写完的时候，他忽然觉得今天好像哪里不太对劲儿：“奇怪，从头到尾，居然没一道题难倒我！是题目太简单了吗？”他看看四周，同学们却都皱着眉头咬着笔杆，连最擅长数学的同桌也不例外。</w:t>
      </w:r>
    </w:p>
    <w:p>
      <w:pPr>
        <w:spacing w:line="360" w:lineRule="auto"/>
        <w:ind w:firstLine="420"/>
        <w:jc w:val="left"/>
        <w:textAlignment w:val="center"/>
        <w:rPr>
          <w:color w:val="000000"/>
        </w:rPr>
      </w:pPr>
      <w:r>
        <w:rPr>
          <w:rFonts w:ascii="楷体" w:hAnsi="楷体" w:eastAsia="楷体" w:cs="楷体"/>
          <w:color w:val="000000"/>
        </w:rPr>
        <w:t>⑤小男孩把所有题都做了出来。交卷的时候，他看到老师惊讶得嘴巴都张成了一个大大的“O”。</w:t>
      </w:r>
    </w:p>
    <w:p>
      <w:pPr>
        <w:spacing w:line="360" w:lineRule="auto"/>
        <w:ind w:firstLine="420"/>
        <w:jc w:val="left"/>
        <w:textAlignment w:val="center"/>
        <w:rPr>
          <w:color w:val="000000"/>
        </w:rPr>
      </w:pPr>
      <w:r>
        <w:rPr>
          <w:rFonts w:ascii="楷体" w:hAnsi="楷体" w:eastAsia="楷体" w:cs="楷体"/>
          <w:color w:val="000000"/>
        </w:rPr>
        <w:t>⑥中午，同桌把外套收回去了，小男孩又借了正在绞尽脑汁写作文的语文课代表的校服披在身上。</w:t>
      </w:r>
    </w:p>
    <w:p>
      <w:pPr>
        <w:spacing w:line="360" w:lineRule="auto"/>
        <w:ind w:firstLine="420"/>
        <w:jc w:val="left"/>
        <w:textAlignment w:val="center"/>
        <w:rPr>
          <w:color w:val="000000"/>
        </w:rPr>
      </w:pPr>
      <w:r>
        <w:rPr>
          <w:rFonts w:ascii="楷体" w:hAnsi="楷体" w:eastAsia="楷体" w:cs="楷体"/>
          <w:color w:val="000000"/>
        </w:rPr>
        <w:t>⑦下午考语文的时候，他洋洋洒洒写了很长的作文，以前绞尽脑汁也填不满的一个个小方格，这次居然不够用！</w:t>
      </w:r>
    </w:p>
    <w:p>
      <w:pPr>
        <w:spacing w:line="360" w:lineRule="auto"/>
        <w:ind w:firstLine="420"/>
        <w:jc w:val="left"/>
        <w:textAlignment w:val="center"/>
        <w:rPr>
          <w:color w:val="000000"/>
        </w:rPr>
      </w:pPr>
      <w:r>
        <w:rPr>
          <w:rFonts w:ascii="楷体" w:hAnsi="楷体" w:eastAsia="楷体" w:cs="楷体"/>
          <w:color w:val="000000"/>
        </w:rPr>
        <w:t>⑧放学路上，小男孩琢磨着今天发生的怪事：“怎么会这样？我忽然变聪明了吗？”</w:t>
      </w:r>
    </w:p>
    <w:p>
      <w:pPr>
        <w:spacing w:line="360" w:lineRule="auto"/>
        <w:ind w:firstLine="420"/>
        <w:jc w:val="left"/>
        <w:textAlignment w:val="center"/>
        <w:rPr>
          <w:color w:val="000000"/>
        </w:rPr>
      </w:pPr>
      <w:r>
        <w:rPr>
          <w:rFonts w:ascii="楷体" w:hAnsi="楷体" w:eastAsia="楷体" w:cs="楷体"/>
          <w:color w:val="000000"/>
        </w:rPr>
        <w:t>⑨快到家时，他又打了一个喷嚏，这才想起考试时穿了别人的衣服。他灵光一闪：“难道穿谁的衣服就会拥有谁的特长？”这想法让他兴奋得喘不过气。他想，以后我也有特长了，老师们肯定会夸奖我，同学们肯定会羡慕我。</w:t>
      </w:r>
    </w:p>
    <w:p>
      <w:pPr>
        <w:spacing w:line="360" w:lineRule="auto"/>
        <w:ind w:firstLine="420"/>
        <w:jc w:val="left"/>
        <w:textAlignment w:val="center"/>
        <w:rPr>
          <w:color w:val="000000"/>
        </w:rPr>
      </w:pPr>
      <w:r>
        <w:rPr>
          <w:rFonts w:ascii="楷体" w:hAnsi="楷体" w:eastAsia="楷体" w:cs="楷体"/>
          <w:color w:val="000000"/>
        </w:rPr>
        <w:t>⑩他迫不及待想要验证这个大胆的猜想。回到家，他立刻换上妹妹的连衣裙。妹妹从小就爱跳舞，平时练习特别刻苦，还在比赛中得过奖呢。“哎哟！”裙子有点紧，险些撑坏。</w:t>
      </w:r>
    </w:p>
    <w:p>
      <w:pPr>
        <w:spacing w:line="360" w:lineRule="auto"/>
        <w:ind w:firstLine="420"/>
        <w:jc w:val="left"/>
        <w:textAlignment w:val="center"/>
        <w:rPr>
          <w:color w:val="000000"/>
        </w:rPr>
      </w:pPr>
      <w:r>
        <w:rPr>
          <w:rFonts w:ascii="楷体" w:hAnsi="楷体" w:eastAsia="楷体" w:cs="楷体"/>
          <w:color w:val="000000"/>
        </w:rPr>
        <w:t>⑪果然，一穿上妹妹的裙子，他就不由自主地踮着脚尖跳起舞来！幸好家里没别人，不然，看到他这样子肯定会吓一跳。</w:t>
      </w:r>
    </w:p>
    <w:p>
      <w:pPr>
        <w:spacing w:line="360" w:lineRule="auto"/>
        <w:ind w:firstLine="420"/>
        <w:jc w:val="left"/>
        <w:textAlignment w:val="center"/>
        <w:rPr>
          <w:color w:val="000000"/>
        </w:rPr>
      </w:pPr>
      <w:r>
        <w:rPr>
          <w:rFonts w:ascii="楷体" w:hAnsi="楷体" w:eastAsia="楷体" w:cs="楷体"/>
          <w:color w:val="000000"/>
        </w:rPr>
        <w:t>⑫他脱下裙子，套上爸爸的大背心。爸爸平时热衷锻炼，是个有很多肌肉的大力士。奇迹再次发生了：瘦小的他，竟能轻轻松松地抬起一张桌子！</w:t>
      </w:r>
    </w:p>
    <w:p>
      <w:pPr>
        <w:spacing w:line="360" w:lineRule="auto"/>
        <w:ind w:firstLine="420"/>
        <w:jc w:val="left"/>
        <w:textAlignment w:val="center"/>
        <w:rPr>
          <w:color w:val="000000"/>
        </w:rPr>
      </w:pPr>
      <w:r>
        <w:rPr>
          <w:rFonts w:ascii="楷体" w:hAnsi="楷体" w:eastAsia="楷体" w:cs="楷体"/>
          <w:color w:val="000000"/>
        </w:rPr>
        <w:t>⑬他脱掉背心，披上妈妈的披肩。妈妈是学校里的英语教师，同学们都很佩服她的才华。不可思议啊，只学了半年英语的小男孩，立刻就能用英语流利地讲故事了！</w:t>
      </w:r>
    </w:p>
    <w:p>
      <w:pPr>
        <w:spacing w:line="360" w:lineRule="auto"/>
        <w:ind w:firstLine="420"/>
        <w:jc w:val="left"/>
        <w:textAlignment w:val="center"/>
        <w:rPr>
          <w:color w:val="000000"/>
        </w:rPr>
      </w:pPr>
      <w:r>
        <w:rPr>
          <w:rFonts w:ascii="楷体" w:hAnsi="楷体" w:eastAsia="楷体" w:cs="楷体"/>
          <w:color w:val="000000"/>
        </w:rPr>
        <w:t>⑭“太棒了！”他惊喜地大叫，为这个天大的秘密兴奋不已。他想，这下我也有特长了，爸爸妈妈肯定会夸奖我，妹妹肯定会羡慕我。</w:t>
      </w:r>
    </w:p>
    <w:p>
      <w:pPr>
        <w:spacing w:line="360" w:lineRule="auto"/>
        <w:ind w:firstLine="420"/>
        <w:jc w:val="left"/>
        <w:textAlignment w:val="center"/>
        <w:rPr>
          <w:color w:val="000000"/>
        </w:rPr>
      </w:pPr>
      <w:r>
        <w:rPr>
          <w:rFonts w:ascii="楷体" w:hAnsi="楷体" w:eastAsia="楷体" w:cs="楷体"/>
          <w:color w:val="000000"/>
        </w:rPr>
        <w:t>⑮小男孩跑到街上，遇到一只被狗追赶的流浪猫。他急忙上前把狗赶走。“能不能跟它换换衣服呢？”他想了想，蹲下来，跟猫说了刚刚发现的秘密。</w:t>
      </w:r>
    </w:p>
    <w:p>
      <w:pPr>
        <w:spacing w:line="360" w:lineRule="auto"/>
        <w:ind w:firstLine="420"/>
        <w:jc w:val="left"/>
        <w:textAlignment w:val="center"/>
        <w:rPr>
          <w:color w:val="000000"/>
        </w:rPr>
      </w:pPr>
      <w:r>
        <w:rPr>
          <w:rFonts w:ascii="楷体" w:hAnsi="楷体" w:eastAsia="楷体" w:cs="楷体"/>
          <w:color w:val="000000"/>
        </w:rPr>
        <w:t>⑯流浪猫费了很大劲儿才弄明白他的意思，“喵呜”叫了一声，答应了。</w:t>
      </w:r>
    </w:p>
    <w:p>
      <w:pPr>
        <w:spacing w:line="360" w:lineRule="auto"/>
        <w:ind w:firstLine="420"/>
        <w:jc w:val="left"/>
        <w:textAlignment w:val="center"/>
        <w:rPr>
          <w:color w:val="000000"/>
        </w:rPr>
      </w:pPr>
      <w:r>
        <w:rPr>
          <w:rFonts w:ascii="楷体" w:hAnsi="楷体" w:eastAsia="楷体" w:cs="楷体"/>
          <w:color w:val="000000"/>
        </w:rPr>
        <w:t>⑰猫穿上小男孩的T恤，小男孩套上猫的皮毛。</w:t>
      </w:r>
    </w:p>
    <w:p>
      <w:pPr>
        <w:spacing w:line="360" w:lineRule="auto"/>
        <w:ind w:firstLine="420"/>
        <w:jc w:val="left"/>
        <w:textAlignment w:val="center"/>
        <w:rPr>
          <w:color w:val="000000"/>
        </w:rPr>
      </w:pPr>
      <w:r>
        <w:rPr>
          <w:rFonts w:ascii="楷体" w:hAnsi="楷体" w:eastAsia="楷体" w:cs="楷体"/>
          <w:color w:val="000000"/>
        </w:rPr>
        <w:t>⑱“嘿！四条腿走路的感觉真棒！”小男孩“喵”了几声，“噌”地一下蹿上墙头，又敏捷地跳上了街边的树。他从没想过自己能爬上这么高的树，从树上俯视来往行人，哇，感觉好酷！</w:t>
      </w:r>
    </w:p>
    <w:p>
      <w:pPr>
        <w:spacing w:line="360" w:lineRule="auto"/>
        <w:ind w:firstLine="420"/>
        <w:jc w:val="left"/>
        <w:textAlignment w:val="center"/>
        <w:rPr>
          <w:color w:val="000000"/>
        </w:rPr>
      </w:pPr>
      <w:r>
        <w:rPr>
          <w:rFonts w:ascii="楷体" w:hAnsi="楷体" w:eastAsia="楷体" w:cs="楷体"/>
          <w:color w:val="000000"/>
        </w:rPr>
        <w:t>⑲小男孩在树上遇到一只鸽子。“跟它换换衣服怎么样？”他想，然后对鸽子说出了这个秘密。鸽子也想体验一下在大地上跳跃奔跑的感觉，就愉快地同意了。</w:t>
      </w:r>
    </w:p>
    <w:p>
      <w:pPr>
        <w:spacing w:line="360" w:lineRule="auto"/>
        <w:ind w:firstLine="420"/>
        <w:jc w:val="left"/>
        <w:textAlignment w:val="center"/>
        <w:rPr>
          <w:color w:val="000000"/>
        </w:rPr>
      </w:pPr>
      <w:r>
        <w:rPr>
          <w:rFonts w:ascii="楷体" w:hAnsi="楷体" w:eastAsia="楷体" w:cs="楷体"/>
          <w:color w:val="000000"/>
        </w:rPr>
        <w:t>⑳鸽子穿上猫的皮毛，小男孩穿上鸽子的羽毛。</w:t>
      </w:r>
    </w:p>
    <w:p>
      <w:pPr>
        <w:spacing w:line="360" w:lineRule="auto"/>
        <w:ind w:firstLine="420"/>
        <w:jc w:val="left"/>
        <w:textAlignment w:val="center"/>
        <w:rPr>
          <w:color w:val="000000"/>
        </w:rPr>
      </w:pPr>
      <w:r>
        <w:rPr>
          <w:rFonts w:ascii="楷体" w:hAnsi="楷体" w:eastAsia="楷体" w:cs="楷体"/>
          <w:color w:val="000000"/>
        </w:rPr>
        <w:t>㉑“哇！有翅膀的感觉妙极了！”他扑闪着翅膀，飞上了天，在风中滑行盘旋，太刺激了！天空真开阔，没有马路也没有红绿灯，更不用担心撞到汽车和路人。他自由自在地飞了很久。</w:t>
      </w:r>
    </w:p>
    <w:p>
      <w:pPr>
        <w:spacing w:line="360" w:lineRule="auto"/>
        <w:ind w:firstLine="420"/>
        <w:jc w:val="left"/>
        <w:textAlignment w:val="center"/>
        <w:rPr>
          <w:color w:val="000000"/>
        </w:rPr>
      </w:pPr>
      <w:r>
        <w:rPr>
          <w:rFonts w:ascii="楷体" w:hAnsi="楷体" w:eastAsia="楷体" w:cs="楷体"/>
          <w:color w:val="000000"/>
        </w:rPr>
        <w:t>㉒飞累了，他落在一根电线杆上。“刚才我听鸽子讲了那个秘密，”电线杆说，“你能跟我换换衣服吗？我已经站在这儿很多年了，真想去远方看看啊。”电线杆请求道。</w:t>
      </w:r>
    </w:p>
    <w:p>
      <w:pPr>
        <w:spacing w:line="360" w:lineRule="auto"/>
        <w:ind w:firstLine="420"/>
        <w:jc w:val="left"/>
        <w:textAlignment w:val="center"/>
        <w:rPr>
          <w:color w:val="000000"/>
        </w:rPr>
      </w:pPr>
      <w:r>
        <w:rPr>
          <w:rFonts w:ascii="楷体" w:hAnsi="楷体" w:eastAsia="楷体" w:cs="楷体"/>
          <w:color w:val="000000"/>
        </w:rPr>
        <w:t>㉓小男孩说：“好的。不过我快该回家了，我们只能交换一个小时。一小时后你一定要回来哦。”电线杆答应了。</w:t>
      </w:r>
    </w:p>
    <w:p>
      <w:pPr>
        <w:spacing w:line="360" w:lineRule="auto"/>
        <w:ind w:firstLine="420"/>
        <w:jc w:val="left"/>
        <w:textAlignment w:val="center"/>
        <w:rPr>
          <w:color w:val="000000"/>
        </w:rPr>
      </w:pPr>
      <w:r>
        <w:rPr>
          <w:rFonts w:ascii="楷体" w:hAnsi="楷体" w:eastAsia="楷体" w:cs="楷体"/>
          <w:color w:val="000000"/>
        </w:rPr>
        <w:t>㉔就这样，电线杆插上鸽子的翅膀，小男孩穿上电线杆的水泥外套。</w:t>
      </w:r>
    </w:p>
    <w:p>
      <w:pPr>
        <w:spacing w:line="360" w:lineRule="auto"/>
        <w:ind w:firstLine="420"/>
        <w:jc w:val="left"/>
        <w:textAlignment w:val="center"/>
        <w:rPr>
          <w:color w:val="000000"/>
        </w:rPr>
      </w:pPr>
      <w:r>
        <w:rPr>
          <w:rFonts w:ascii="楷体" w:hAnsi="楷体" w:eastAsia="楷体" w:cs="楷体"/>
          <w:color w:val="000000"/>
        </w:rPr>
        <w:t>㉕小男孩收起手脚，直挺挺地立在那儿，连头也不能扭动一下。“好无聊啊！”不到五分钟，他就着急了。不到半小时，他就觉得腰酸腿疼。“唉，能跑能跳的生活多么好！没想到不起眼的电线杆平时这么辛苦，这么有耐心。”</w:t>
      </w:r>
    </w:p>
    <w:p>
      <w:pPr>
        <w:spacing w:line="360" w:lineRule="auto"/>
        <w:ind w:firstLine="420"/>
        <w:jc w:val="left"/>
        <w:textAlignment w:val="center"/>
        <w:rPr>
          <w:color w:val="000000"/>
        </w:rPr>
      </w:pPr>
      <w:r>
        <w:rPr>
          <w:rFonts w:ascii="楷体" w:hAnsi="楷体" w:eastAsia="楷体" w:cs="楷体"/>
          <w:color w:val="000000"/>
        </w:rPr>
        <w:t>㉖苦苦挨过一小时，电线杆、鸽子和流浪猫一起回来了。大家互相道了声“谢谢，辛苦了”，各自换上自己的衣服。</w:t>
      </w:r>
    </w:p>
    <w:p>
      <w:pPr>
        <w:spacing w:line="360" w:lineRule="auto"/>
        <w:ind w:firstLine="420"/>
        <w:jc w:val="left"/>
        <w:textAlignment w:val="center"/>
        <w:rPr>
          <w:color w:val="000000"/>
        </w:rPr>
      </w:pPr>
      <w:r>
        <w:rPr>
          <w:rFonts w:ascii="楷体" w:hAnsi="楷体" w:eastAsia="楷体" w:cs="楷体"/>
          <w:color w:val="000000"/>
        </w:rPr>
        <w:t>㉗小男孩又穿回了自己的T恤。他想，“</w:t>
      </w:r>
      <w:r>
        <w:rPr>
          <w:rFonts w:ascii="楷体" w:hAnsi="楷体" w:eastAsia="楷体" w:cs="楷体"/>
          <w:color w:val="000000"/>
          <w:u w:val="single"/>
        </w:rPr>
        <w:t xml:space="preserve">            </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㉘夕阳的余晖里，他开开心心，朝家的方向跑去。</w:t>
      </w:r>
    </w:p>
    <w:p>
      <w:pPr>
        <w:spacing w:line="360" w:lineRule="auto"/>
        <w:jc w:val="right"/>
        <w:textAlignment w:val="center"/>
        <w:rPr>
          <w:color w:val="000000"/>
        </w:rPr>
      </w:pPr>
      <w:r>
        <w:rPr>
          <w:rFonts w:ascii="宋体" w:hAnsi="宋体" w:eastAsia="宋体" w:cs="宋体"/>
          <w:color w:val="000000"/>
        </w:rPr>
        <w:t>（取材于高源的文章，有删改）</w:t>
      </w:r>
    </w:p>
    <w:p>
      <w:pPr>
        <w:spacing w:line="360" w:lineRule="auto"/>
        <w:jc w:val="left"/>
        <w:textAlignment w:val="center"/>
        <w:rPr>
          <w:color w:val="000000"/>
        </w:rPr>
      </w:pPr>
      <w:r>
        <w:rPr>
          <w:color w:val="000000"/>
        </w:rPr>
        <w:t xml:space="preserve">21. </w:t>
      </w:r>
      <w:r>
        <w:rPr>
          <w:rFonts w:ascii="宋体" w:hAnsi="宋体" w:eastAsia="宋体" w:cs="宋体"/>
          <w:color w:val="000000"/>
        </w:rPr>
        <w:t>通读全文，梳理文章内容，将横线处的内容补充完整。</w:t>
      </w:r>
    </w:p>
    <w:p>
      <w:pPr>
        <w:spacing w:line="360" w:lineRule="auto"/>
        <w:jc w:val="both"/>
        <w:textAlignment w:val="center"/>
        <w:rPr>
          <w:color w:val="000000"/>
        </w:rPr>
      </w:pPr>
      <w:r>
        <w:rPr>
          <w:rFonts w:ascii="宋体" w:hAnsi="宋体" w:eastAsia="宋体" w:cs="宋体"/>
          <w:color w:val="000000"/>
        </w:rPr>
        <w:t>（1）在学校，小男孩穿了同桌和语文课代表的衣服，会做数学难题和写很长的作文。</w:t>
      </w:r>
    </w:p>
    <w:p>
      <w:pPr>
        <w:spacing w:line="360" w:lineRule="auto"/>
        <w:jc w:val="both"/>
        <w:textAlignment w:val="center"/>
        <w:rPr>
          <w:color w:val="000000"/>
        </w:rPr>
      </w:pPr>
      <w:r>
        <w:rPr>
          <w:rFonts w:ascii="宋体" w:hAnsi="宋体" w:eastAsia="宋体" w:cs="宋体"/>
          <w:color w:val="000000"/>
        </w:rPr>
        <w:t>（2）在家里，</w:t>
      </w:r>
      <w:r>
        <w:rPr>
          <w:color w:val="000000"/>
        </w:rPr>
        <w:t>_________________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（3）在外面，</w:t>
      </w:r>
      <w:r>
        <w:rPr>
          <w:color w:val="000000"/>
        </w:rPr>
        <w:t>_________________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请结合全文内容，在第㉗段画线处填上合适的语句。</w:t>
      </w:r>
    </w:p>
    <w:p>
      <w:pPr>
        <w:spacing w:line="360" w:lineRule="auto"/>
        <w:jc w:val="left"/>
        <w:textAlignment w:val="center"/>
        <w:rPr>
          <w:color w:val="000000"/>
        </w:rPr>
      </w:pPr>
      <w:r>
        <w:rPr>
          <w:color w:val="000000"/>
        </w:rPr>
        <w:t xml:space="preserve">23. </w:t>
      </w:r>
      <w:r>
        <w:rPr>
          <w:rFonts w:ascii="宋体" w:hAnsi="宋体" w:eastAsia="宋体" w:cs="宋体"/>
          <w:color w:val="000000"/>
        </w:rPr>
        <w:t>除了文章中出现的各个人物（或事物），小男孩还有可能会穿谁的衣服？请你发挥想象把它写下来。（不少于80字）</w:t>
      </w:r>
    </w:p>
    <w:p>
      <w:pPr>
        <w:spacing w:line="360" w:lineRule="auto"/>
        <w:textAlignment w:val="center"/>
        <w:rPr>
          <w:color w:val="000000"/>
        </w:rPr>
      </w:pPr>
      <w:r>
        <w:rPr>
          <w:color w:val="2E75B6"/>
        </w:rPr>
        <w:t>【答案】</w:t>
      </w:r>
      <w:r>
        <w:rPr>
          <w:color w:val="000000"/>
        </w:rPr>
        <w:t xml:space="preserve">21.     ①. </w:t>
      </w:r>
      <w:r>
        <w:rPr>
          <w:rFonts w:ascii="宋体" w:hAnsi="宋体" w:eastAsia="宋体" w:cs="宋体"/>
          <w:color w:val="000000"/>
        </w:rPr>
        <w:t>穿了妹妹、爸爸、妈妈的衣服，会跳舞、力气变大、会讲英语故事。</w:t>
      </w:r>
      <w:r>
        <w:rPr>
          <w:color w:val="000000"/>
        </w:rPr>
        <w:t xml:space="preserve">    ②. </w:t>
      </w:r>
      <w:r>
        <w:rPr>
          <w:rFonts w:ascii="宋体" w:hAnsi="宋体" w:eastAsia="宋体" w:cs="宋体"/>
          <w:color w:val="000000"/>
        </w:rPr>
        <w:t>穿了猫、鸽子、电线杆的外衣，能跳跃、能飞翔，最后只能直挺挺地立在那里。</w:t>
      </w:r>
      <w:r>
        <w:rPr>
          <w:color w:val="000000"/>
        </w:rPr>
        <w:t xml:space="preserve">    </w:t>
      </w:r>
    </w:p>
    <w:p>
      <w:pPr>
        <w:spacing w:line="360" w:lineRule="auto"/>
        <w:textAlignment w:val="center"/>
        <w:rPr>
          <w:color w:val="000000"/>
        </w:rPr>
      </w:pPr>
      <w:r>
        <w:rPr>
          <w:color w:val="000000"/>
        </w:rPr>
        <w:t xml:space="preserve">22. </w:t>
      </w:r>
      <w:r>
        <w:rPr>
          <w:rFonts w:ascii="宋体" w:hAnsi="宋体" w:eastAsia="宋体" w:cs="宋体"/>
          <w:color w:val="000000"/>
        </w:rPr>
        <w:t>示例：每个人的特长都来之不易，以后我也要努力锻炼自己。/做回自己的感觉真好。/不要羡慕自己，做自己就好。</w:t>
      </w:r>
      <w:r>
        <w:rPr>
          <w:color w:val="000000"/>
        </w:rPr>
        <w:t xml:space="preserve">    </w:t>
      </w:r>
    </w:p>
    <w:p>
      <w:pPr>
        <w:spacing w:line="360" w:lineRule="auto"/>
        <w:textAlignment w:val="center"/>
        <w:rPr>
          <w:color w:val="000000"/>
        </w:rPr>
      </w:pPr>
      <w:r>
        <w:rPr>
          <w:color w:val="000000"/>
        </w:rPr>
        <w:t xml:space="preserve">23. </w:t>
      </w:r>
      <w:r>
        <w:rPr>
          <w:rFonts w:ascii="宋体" w:hAnsi="宋体" w:eastAsia="宋体" w:cs="宋体"/>
          <w:color w:val="000000"/>
        </w:rPr>
        <w:t>不唯一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【21题详解】</w:t>
      </w:r>
    </w:p>
    <w:p>
      <w:pPr>
        <w:spacing w:line="360" w:lineRule="auto"/>
        <w:jc w:val="left"/>
        <w:textAlignment w:val="center"/>
        <w:rPr>
          <w:color w:val="000000"/>
        </w:rPr>
      </w:pPr>
      <w:r>
        <w:rPr>
          <w:color w:val="000000"/>
        </w:rPr>
        <w:t>本题考查概括文章内容。</w:t>
      </w:r>
    </w:p>
    <w:p>
      <w:pPr>
        <w:spacing w:line="360" w:lineRule="auto"/>
        <w:jc w:val="left"/>
        <w:textAlignment w:val="center"/>
        <w:rPr>
          <w:color w:val="000000"/>
        </w:rPr>
      </w:pPr>
      <w:r>
        <w:rPr>
          <w:rFonts w:ascii="宋体" w:hAnsi="宋体" w:eastAsia="宋体" w:cs="宋体"/>
          <w:color w:val="000000"/>
        </w:rPr>
        <w:t>①根据第</w:t>
      </w:r>
      <w:r>
        <w:rPr>
          <w:color w:val="000000"/>
        </w:rPr>
        <w:t>⑩</w:t>
      </w:r>
      <w:r>
        <w:rPr>
          <w:rFonts w:ascii="宋体" w:hAnsi="宋体" w:eastAsia="宋体" w:cs="宋体"/>
          <w:color w:val="000000"/>
        </w:rPr>
        <w:t>段“回到家，他立刻换上妹妹的连衣裙”、第</w:t>
      </w:r>
      <w:r>
        <w:rPr>
          <w:color w:val="000000"/>
        </w:rPr>
        <w:t>⑪</w:t>
      </w:r>
      <w:r>
        <w:rPr>
          <w:rFonts w:ascii="宋体" w:hAnsi="宋体" w:eastAsia="宋体" w:cs="宋体"/>
          <w:color w:val="000000"/>
        </w:rPr>
        <w:t>段“一穿上妹妹的裙子，他就不由自主地踮着脚尖跳起舞来”、第</w:t>
      </w:r>
      <w:r>
        <w:rPr>
          <w:color w:val="000000"/>
        </w:rPr>
        <w:t>⑫</w:t>
      </w:r>
      <w:r>
        <w:rPr>
          <w:rFonts w:ascii="宋体" w:hAnsi="宋体" w:eastAsia="宋体" w:cs="宋体"/>
          <w:color w:val="000000"/>
        </w:rPr>
        <w:t>段“他脱下裙子，套上爸爸的大背心”“奇迹再次发生了：瘦小的他，竟能轻轻松松地抬起一张桌子”和第</w:t>
      </w:r>
      <w:r>
        <w:rPr>
          <w:color w:val="000000"/>
        </w:rPr>
        <w:t>⑬</w:t>
      </w:r>
      <w:r>
        <w:rPr>
          <w:rFonts w:ascii="宋体" w:hAnsi="宋体" w:eastAsia="宋体" w:cs="宋体"/>
          <w:color w:val="000000"/>
        </w:rPr>
        <w:t>段“他脱掉背心，披上妈妈的披肩”“不可思议啊，只学了半年英语的小男孩，立刻就能用英语流利地讲故事了”，可概括为：穿了妹妹、爸爸、妈妈的衣服，会跳舞、力气变大、会讲英语故事。</w:t>
      </w:r>
    </w:p>
    <w:p>
      <w:pPr>
        <w:spacing w:line="360" w:lineRule="auto"/>
        <w:jc w:val="left"/>
        <w:textAlignment w:val="center"/>
        <w:rPr>
          <w:color w:val="000000"/>
        </w:rPr>
      </w:pPr>
      <w:r>
        <w:rPr>
          <w:rFonts w:ascii="宋体" w:hAnsi="宋体" w:eastAsia="宋体" w:cs="宋体"/>
          <w:color w:val="000000"/>
        </w:rPr>
        <w:t>②根据第</w:t>
      </w:r>
      <w:r>
        <w:rPr>
          <w:color w:val="000000"/>
        </w:rPr>
        <w:t>⑰</w:t>
      </w:r>
      <w:r>
        <w:rPr>
          <w:rFonts w:ascii="宋体" w:hAnsi="宋体" w:eastAsia="宋体" w:cs="宋体"/>
          <w:color w:val="000000"/>
        </w:rPr>
        <w:t>段“猫穿上小男孩的T恤，小男孩套上猫的皮毛”、第</w:t>
      </w:r>
      <w:r>
        <w:rPr>
          <w:color w:val="000000"/>
        </w:rPr>
        <w:t>⑱</w:t>
      </w:r>
      <w:r>
        <w:rPr>
          <w:rFonts w:ascii="宋体" w:hAnsi="宋体" w:eastAsia="宋体" w:cs="宋体"/>
          <w:color w:val="000000"/>
        </w:rPr>
        <w:t>段“一下蹿上墙头，又敏捷地跳上了街边的树”、第</w:t>
      </w:r>
      <w:r>
        <w:rPr>
          <w:color w:val="000000"/>
        </w:rPr>
        <w:t>⑳</w:t>
      </w:r>
      <w:r>
        <w:rPr>
          <w:rFonts w:ascii="宋体" w:hAnsi="宋体" w:eastAsia="宋体" w:cs="宋体"/>
          <w:color w:val="000000"/>
        </w:rPr>
        <w:t>段“鸽子穿上猫的皮毛，小男孩穿上鸽子的羽毛”、第</w:t>
      </w:r>
      <w:r>
        <w:rPr>
          <w:rFonts w:ascii="楷体" w:hAnsi="楷体" w:eastAsia="楷体" w:cs="楷体"/>
          <w:color w:val="000000"/>
        </w:rPr>
        <w:t>㉑</w:t>
      </w:r>
      <w:r>
        <w:rPr>
          <w:rFonts w:ascii="宋体" w:hAnsi="宋体" w:eastAsia="宋体" w:cs="宋体"/>
          <w:color w:val="000000"/>
        </w:rPr>
        <w:t>段“他扑闪着翅膀，飞上了天，在风中滑行盘旋”、第</w:t>
      </w:r>
      <w:r>
        <w:rPr>
          <w:rFonts w:ascii="楷体" w:hAnsi="楷体" w:eastAsia="楷体" w:cs="楷体"/>
          <w:color w:val="000000"/>
        </w:rPr>
        <w:t>㉔</w:t>
      </w:r>
      <w:r>
        <w:rPr>
          <w:rFonts w:ascii="宋体" w:hAnsi="宋体" w:eastAsia="宋体" w:cs="宋体"/>
          <w:color w:val="000000"/>
        </w:rPr>
        <w:t>段“电线杆插上鸽子的翅膀，小男孩穿上电线杆的水泥外套”和第</w:t>
      </w:r>
      <w:r>
        <w:rPr>
          <w:color w:val="000000"/>
        </w:rPr>
        <w:t>㉕</w:t>
      </w:r>
      <w:r>
        <w:rPr>
          <w:rFonts w:ascii="宋体" w:hAnsi="宋体" w:eastAsia="宋体" w:cs="宋体"/>
          <w:color w:val="000000"/>
        </w:rPr>
        <w:t>段“小男孩收起手脚，直挺挺地立在那儿，连头也不能扭动一下”，可概括为：穿了猫、鸽子、电线杆的外衣，能跳跃、能飞翔，最后只能直挺挺地立在那里。</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本题考查文章内容的理解。</w:t>
      </w:r>
    </w:p>
    <w:p>
      <w:pPr>
        <w:spacing w:line="360" w:lineRule="auto"/>
        <w:jc w:val="left"/>
        <w:textAlignment w:val="center"/>
        <w:rPr>
          <w:color w:val="000000"/>
        </w:rPr>
      </w:pPr>
      <w:r>
        <w:rPr>
          <w:rFonts w:ascii="宋体" w:hAnsi="宋体" w:eastAsia="宋体" w:cs="宋体"/>
          <w:color w:val="000000"/>
        </w:rPr>
        <w:t>结合第</w:t>
      </w:r>
      <w:r>
        <w:rPr>
          <w:color w:val="000000"/>
        </w:rPr>
        <w:t>㉕</w:t>
      </w:r>
      <w:r>
        <w:rPr>
          <w:rFonts w:ascii="宋体" w:hAnsi="宋体" w:eastAsia="宋体" w:cs="宋体"/>
          <w:color w:val="000000"/>
        </w:rPr>
        <w:t>段“唉，能跑能跳的生活多么好！没想到不起眼的电线杆平时这么辛苦，这么有耐心”和第二十六段“苦苦挨过一小时，电线杆、鸽子和流浪猫一起回来了。大家互相道了声‘谢谢，辛苦了’，各自换上自己的衣服”，可知，男孩与体验了各种物品的感觉，觉得还是做回自己的感觉更好，因此可以填写如：做回自己的感觉真好。/不必羡慕别人，做自己就好。</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本题考查拓展与想象。</w:t>
      </w:r>
    </w:p>
    <w:p>
      <w:pPr>
        <w:spacing w:line="360" w:lineRule="auto"/>
        <w:jc w:val="left"/>
        <w:textAlignment w:val="center"/>
        <w:rPr>
          <w:color w:val="000000"/>
        </w:rPr>
      </w:pPr>
      <w:r>
        <w:rPr>
          <w:rFonts w:ascii="宋体" w:hAnsi="宋体" w:eastAsia="宋体" w:cs="宋体"/>
          <w:color w:val="000000"/>
        </w:rPr>
        <w:t>小男孩在公园的池塘里遇到一条小鱼，“能不能跟它换换衣服呢？”他想，然后对小鱼说出了他的秘密。小鱼也想体验一下在大地上跳跃飞奔的感觉，于是欣然同意。小鱼穿上小男孩的T恤，小男孩穿上小鱼的双鳍。“哇！在水里自由游泳的感觉太棒了！”他摆动鱼鳍，沉下去又浮上来，太刺激了！水里真奇妙，有各种水草，还能吐泡泡。他自由自在地在水中游了很久，感觉好酷！</w:t>
      </w:r>
    </w:p>
    <w:p>
      <w:pPr>
        <w:pStyle w:val="Heading3"/>
      </w:pPr>
      <w:r>
        <w:t>昌平区</w:t>
      </w:r>
    </w:p>
    <w:p>
      <w:pPr>
        <w:spacing w:line="360" w:lineRule="auto"/>
        <w:jc w:val="both"/>
        <w:textAlignment w:val="center"/>
        <w:rPr>
          <w:color w:val="000000"/>
        </w:rPr>
      </w:pPr>
      <w:r>
        <w:rPr>
          <w:rFonts w:ascii="宋体" w:hAnsi="宋体" w:eastAsia="宋体" w:cs="宋体"/>
          <w:b/>
          <w:color w:val="000000"/>
          <w:sz w:val="24"/>
        </w:rPr>
        <w:t>四、现代文阅读（共20分）</w:t>
      </w:r>
    </w:p>
    <w:p>
      <w:pPr>
        <w:spacing w:line="360" w:lineRule="auto"/>
        <w:jc w:val="both"/>
        <w:textAlignment w:val="center"/>
        <w:rPr>
          <w:color w:val="000000"/>
        </w:rPr>
      </w:pPr>
      <w:r>
        <w:rPr>
          <w:rFonts w:ascii="宋体" w:hAnsi="宋体" w:eastAsia="宋体" w:cs="宋体"/>
          <w:b/>
          <w:color w:val="000000"/>
          <w:sz w:val="24"/>
        </w:rPr>
        <w:t>（一）（共10分）</w:t>
      </w:r>
    </w:p>
    <w:p>
      <w:pPr>
        <w:spacing w:line="360" w:lineRule="auto"/>
        <w:jc w:val="both"/>
        <w:textAlignment w:val="center"/>
        <w:rPr>
          <w:color w:val="000000"/>
        </w:rPr>
      </w:pPr>
      <w:r>
        <w:rPr>
          <w:rFonts w:ascii="宋体" w:hAnsi="宋体" w:eastAsia="宋体" w:cs="宋体"/>
          <w:color w:val="000000"/>
        </w:rPr>
        <w:t>阅读《山里的春天》，完成小题。</w:t>
      </w:r>
    </w:p>
    <w:p>
      <w:pPr>
        <w:spacing w:line="360" w:lineRule="auto"/>
        <w:jc w:val="center"/>
        <w:textAlignment w:val="center"/>
        <w:rPr>
          <w:color w:val="000000"/>
        </w:rPr>
      </w:pPr>
      <w:r>
        <w:rPr>
          <w:rFonts w:ascii="楷体" w:hAnsi="楷体" w:eastAsia="楷体" w:cs="楷体"/>
          <w:color w:val="000000"/>
        </w:rPr>
        <w:t>山里的春天</w:t>
      </w:r>
    </w:p>
    <w:p>
      <w:pPr>
        <w:spacing w:line="360" w:lineRule="auto"/>
        <w:ind w:firstLine="420"/>
        <w:jc w:val="both"/>
        <w:textAlignment w:val="center"/>
        <w:rPr>
          <w:color w:val="000000"/>
        </w:rPr>
      </w:pPr>
      <w:r>
        <w:rPr>
          <w:rFonts w:ascii="楷体" w:hAnsi="楷体" w:eastAsia="楷体" w:cs="楷体"/>
          <w:color w:val="000000"/>
        </w:rPr>
        <w:t>①又是一年春天，我登上山巅。此时山外小草成片成片地绿了，山里却是“草色遥看近却无”；山外桃花开得如粉红色的云霞一般，山里的桃花却刚有孕育花蕾的心情。这让我不禁想起，当兵第一年的那个春天，想起弹药库站哨的刘老兵。</w:t>
      </w:r>
    </w:p>
    <w:p>
      <w:pPr>
        <w:spacing w:line="360" w:lineRule="auto"/>
        <w:ind w:firstLine="420"/>
        <w:jc w:val="both"/>
        <w:textAlignment w:val="center"/>
        <w:rPr>
          <w:color w:val="000000"/>
        </w:rPr>
      </w:pPr>
      <w:r>
        <w:rPr>
          <w:rFonts w:ascii="楷体" w:hAnsi="楷体" w:eastAsia="楷体" w:cs="楷体"/>
          <w:color w:val="000000"/>
        </w:rPr>
        <w:t>②那时，刘老兵在哨所的威信很高，而且爱管闲事。来哨所不久，我就让他“收拾”了一回。那次午饭后我去接哨，见路上没有人，便走得有些随意，不料偏偏被刘老兵看见了。他板着脸对我说：“你走得松松垮垮的，这哪是去站哨的样子啊。精气神不足，站哨时咋能确保全神贯注呢？”没办法，我只得挺胸抬头、目光炯炯地重新走了一遍。谁知刘老兵折腾我这回后，还不善罢甘休，没事时就让我练养成。</w:t>
      </w:r>
    </w:p>
    <w:p>
      <w:pPr>
        <w:spacing w:line="360" w:lineRule="auto"/>
        <w:ind w:firstLine="420"/>
        <w:jc w:val="both"/>
        <w:textAlignment w:val="center"/>
        <w:rPr>
          <w:color w:val="000000"/>
        </w:rPr>
      </w:pPr>
      <w:r>
        <w:rPr>
          <w:rFonts w:ascii="楷体" w:hAnsi="楷体" w:eastAsia="楷体" w:cs="楷体"/>
          <w:color w:val="000000"/>
        </w:rPr>
        <w:t>③一天，我正在看书，刘老兵走过来看着我说：“你是不是想考军校？”这句话像一只大手将我的心脏猛地攥了一下，我吞吞吐吐地说：“是，我差几分没有考上大学，想着……”刘老兵喜滋滋地拍了拍我的肩膀：“我看好你。”</w:t>
      </w:r>
    </w:p>
    <w:p>
      <w:pPr>
        <w:spacing w:line="360" w:lineRule="auto"/>
        <w:ind w:firstLine="420"/>
        <w:jc w:val="both"/>
        <w:textAlignment w:val="center"/>
        <w:rPr>
          <w:color w:val="000000"/>
        </w:rPr>
      </w:pPr>
      <w:r>
        <w:rPr>
          <w:rFonts w:ascii="楷体" w:hAnsi="楷体" w:eastAsia="楷体" w:cs="楷体"/>
          <w:color w:val="000000"/>
        </w:rPr>
        <w:t>④一连几天，刘老兵带着我训练。训练强度之大，练得我双腿跟木棍子似的。我的业余时间就这样被刘老兵给“侵占”了。那天，我心里产生了抵触情绪，刘老兵咋这么缠人呀？我想彻底断了他继续折腾我的念头，就不管不顾地说道：“刘老兵，你的军事素质是公认的，怎么没成为干部呢？”这话刚说出口，我就后悔了。刘老兵的脸气得发青，什么也没说，噔噔噔地走了。刘老兵不再纠缠我，我也终于可以自由支配业余时间了，但我却对什么事都提不起兴趣。</w:t>
      </w:r>
    </w:p>
    <w:p>
      <w:pPr>
        <w:spacing w:line="360" w:lineRule="auto"/>
        <w:ind w:firstLine="420"/>
        <w:jc w:val="both"/>
        <w:textAlignment w:val="center"/>
        <w:rPr>
          <w:color w:val="000000"/>
        </w:rPr>
      </w:pPr>
      <w:r>
        <w:rPr>
          <w:rFonts w:ascii="楷体" w:hAnsi="楷体" w:eastAsia="楷体" w:cs="楷体"/>
          <w:color w:val="000000"/>
        </w:rPr>
        <w:t>⑤我多次想向刘老兵道歉，可嘴像是被缝上了似的，就是没能张开。于是一天晚上的自由活动时间，我来到班长跟前，红着脸把自己伤害刘老兵的过程跟他全都说了出来。</w:t>
      </w:r>
    </w:p>
    <w:p>
      <w:pPr>
        <w:spacing w:line="360" w:lineRule="auto"/>
        <w:ind w:firstLine="420"/>
        <w:jc w:val="both"/>
        <w:textAlignment w:val="center"/>
        <w:rPr>
          <w:color w:val="000000"/>
        </w:rPr>
      </w:pPr>
      <w:r>
        <w:rPr>
          <w:rFonts w:ascii="楷体" w:hAnsi="楷体" w:eastAsia="楷体" w:cs="楷体"/>
          <w:color w:val="000000"/>
        </w:rPr>
        <w:t>⑥“你呀，真是不识好歹，枉费了他一片苦心。”班长重重地看了我一眼，“他是我们的老班长，自入伍后训练成绩一直是领跑者，可就是因为文化底子薄，他才没能考上军校。不过，他想考军校，可不是为了当干部，而是想学更多的知识为部队、为国家做更多的事……”好一阵沉默后，班长又继续说道：“后来啊，他就一直留在了这里。你刚来这里没几天，他就对我说：‘这个新战士只差几分就考上大学了，考军校准是板上钉钉的事，不过他的军事素质欠火候，我给他当教练吧。’就这样，他开始方方面面严格约束你！”</w:t>
      </w:r>
    </w:p>
    <w:p>
      <w:pPr>
        <w:spacing w:line="360" w:lineRule="auto"/>
        <w:ind w:firstLine="420"/>
        <w:jc w:val="both"/>
        <w:textAlignment w:val="center"/>
        <w:rPr>
          <w:color w:val="000000"/>
        </w:rPr>
      </w:pPr>
      <w:r>
        <w:rPr>
          <w:rFonts w:ascii="楷体" w:hAnsi="楷体" w:eastAsia="楷体" w:cs="楷体"/>
          <w:color w:val="000000"/>
        </w:rPr>
        <w:t>⑦突然，刘老兵出现在我们旁边，这让我的</w:t>
      </w:r>
      <w:r>
        <w:rPr>
          <w:rFonts w:ascii="楷体" w:hAnsi="楷体" w:eastAsia="楷体" w:cs="楷体"/>
          <w:color w:val="000000"/>
          <w:em w:val="dot"/>
        </w:rPr>
        <w:t>脸更红</w:t>
      </w:r>
      <w:r>
        <w:rPr>
          <w:rFonts w:ascii="楷体" w:hAnsi="楷体" w:eastAsia="楷体" w:cs="楷体"/>
          <w:color w:val="000000"/>
        </w:rPr>
        <w:t>了。</w:t>
      </w:r>
    </w:p>
    <w:p>
      <w:pPr>
        <w:spacing w:line="360" w:lineRule="auto"/>
        <w:ind w:firstLine="420"/>
        <w:jc w:val="both"/>
        <w:textAlignment w:val="center"/>
        <w:rPr>
          <w:color w:val="000000"/>
        </w:rPr>
      </w:pPr>
      <w:r>
        <w:rPr>
          <w:rFonts w:ascii="楷体" w:hAnsi="楷体" w:eastAsia="楷体" w:cs="楷体"/>
          <w:color w:val="000000"/>
        </w:rPr>
        <w:t>⑧“山里春天的夜晚气味真好闻啊！”班长边说边嘶嘶地嗅着空气。</w:t>
      </w:r>
    </w:p>
    <w:p>
      <w:pPr>
        <w:spacing w:line="360" w:lineRule="auto"/>
        <w:ind w:firstLine="420"/>
        <w:jc w:val="both"/>
        <w:textAlignment w:val="center"/>
        <w:rPr>
          <w:color w:val="000000"/>
        </w:rPr>
      </w:pPr>
      <w:r>
        <w:rPr>
          <w:rFonts w:ascii="楷体" w:hAnsi="楷体" w:eastAsia="楷体" w:cs="楷体"/>
          <w:color w:val="000000"/>
        </w:rPr>
        <w:t>⑨这些天由于我心不在焉，根本没有感觉到天气的变化，经班长这么一说，我也用力地嗅了嗅空气，我闻到了泥土芬芳的气息。</w:t>
      </w:r>
    </w:p>
    <w:p>
      <w:pPr>
        <w:spacing w:line="360" w:lineRule="auto"/>
        <w:ind w:firstLine="420"/>
        <w:jc w:val="both"/>
        <w:textAlignment w:val="center"/>
        <w:rPr>
          <w:color w:val="000000"/>
        </w:rPr>
      </w:pPr>
      <w:r>
        <w:rPr>
          <w:rFonts w:ascii="楷体" w:hAnsi="楷体" w:eastAsia="楷体" w:cs="楷体"/>
          <w:color w:val="000000"/>
        </w:rPr>
        <w:t>⑩“山南坡的春花开得到处都是，香味扑鼻。”刘老兵说道。</w:t>
      </w:r>
    </w:p>
    <w:p>
      <w:pPr>
        <w:spacing w:line="360" w:lineRule="auto"/>
        <w:ind w:firstLine="420"/>
        <w:jc w:val="both"/>
        <w:textAlignment w:val="center"/>
        <w:rPr>
          <w:color w:val="000000"/>
        </w:rPr>
      </w:pPr>
      <w:r>
        <w:rPr>
          <w:rFonts w:ascii="楷体" w:hAnsi="楷体" w:eastAsia="楷体" w:cs="楷体"/>
          <w:color w:val="000000"/>
        </w:rPr>
        <w:t>⑪“明天倒出空来，我一定去看看。”我赶忙说道。</w:t>
      </w:r>
    </w:p>
    <w:p>
      <w:pPr>
        <w:spacing w:line="360" w:lineRule="auto"/>
        <w:ind w:firstLine="420"/>
        <w:jc w:val="both"/>
        <w:textAlignment w:val="center"/>
        <w:rPr>
          <w:color w:val="000000"/>
        </w:rPr>
      </w:pPr>
      <w:r>
        <w:rPr>
          <w:rFonts w:ascii="楷体" w:hAnsi="楷体" w:eastAsia="楷体" w:cs="楷体"/>
          <w:color w:val="000000"/>
        </w:rPr>
        <w:t>⑫“我们一起去！”刘老兵看着我说。</w:t>
      </w:r>
    </w:p>
    <w:p>
      <w:pPr>
        <w:spacing w:line="360" w:lineRule="auto"/>
        <w:ind w:firstLine="420"/>
        <w:jc w:val="both"/>
        <w:textAlignment w:val="center"/>
        <w:rPr>
          <w:color w:val="000000"/>
        </w:rPr>
      </w:pPr>
      <w:r>
        <w:rPr>
          <w:rFonts w:ascii="楷体" w:hAnsi="楷体" w:eastAsia="楷体" w:cs="楷体"/>
          <w:color w:val="000000"/>
        </w:rPr>
        <w:t>⑬当兵第一年的这个春天，给我留下了难以磨灭的记忆。</w:t>
      </w:r>
    </w:p>
    <w:p>
      <w:pPr>
        <w:spacing w:line="360" w:lineRule="auto"/>
        <w:ind w:firstLine="420"/>
        <w:jc w:val="both"/>
        <w:textAlignment w:val="center"/>
        <w:rPr>
          <w:color w:val="000000"/>
        </w:rPr>
      </w:pPr>
      <w:r>
        <w:rPr>
          <w:rFonts w:ascii="楷体" w:hAnsi="楷体" w:eastAsia="楷体" w:cs="楷体"/>
          <w:color w:val="000000"/>
        </w:rPr>
        <w:t>⑭第二年的春天，我离开哨所到补习班里学习。送我走时，刘老兵笑逐颜开地对我说：“你没有让我失望，我很高兴。”</w:t>
      </w:r>
    </w:p>
    <w:p>
      <w:pPr>
        <w:spacing w:line="360" w:lineRule="auto"/>
        <w:ind w:firstLine="420"/>
        <w:jc w:val="both"/>
        <w:textAlignment w:val="center"/>
        <w:rPr>
          <w:color w:val="000000"/>
        </w:rPr>
      </w:pPr>
      <w:r>
        <w:rPr>
          <w:rFonts w:ascii="楷体" w:hAnsi="楷体" w:eastAsia="楷体" w:cs="楷体"/>
          <w:color w:val="000000"/>
        </w:rPr>
        <w:t>⑮我的眼睛潮湿了：“老班长，今后我不会让你失望的。”</w:t>
      </w:r>
    </w:p>
    <w:p>
      <w:pPr>
        <w:spacing w:line="360" w:lineRule="auto"/>
        <w:ind w:firstLine="420"/>
        <w:jc w:val="both"/>
        <w:textAlignment w:val="center"/>
        <w:rPr>
          <w:color w:val="000000"/>
        </w:rPr>
      </w:pPr>
      <w:r>
        <w:rPr>
          <w:rFonts w:ascii="楷体" w:hAnsi="楷体" w:eastAsia="楷体" w:cs="楷体"/>
          <w:color w:val="000000"/>
        </w:rPr>
        <w:t>⑯后来，我考上了一所军事指挥院校。由于刘老兵帮助我打下了坚实的底子，在上学期间，我的军事素质一直让我引以为豪。</w:t>
      </w:r>
    </w:p>
    <w:p>
      <w:pPr>
        <w:spacing w:line="360" w:lineRule="auto"/>
        <w:ind w:firstLine="420"/>
        <w:jc w:val="both"/>
        <w:textAlignment w:val="center"/>
        <w:rPr>
          <w:color w:val="000000"/>
        </w:rPr>
      </w:pPr>
      <w:r>
        <w:rPr>
          <w:rFonts w:ascii="楷体" w:hAnsi="楷体" w:eastAsia="楷体" w:cs="楷体"/>
          <w:color w:val="000000"/>
        </w:rPr>
        <w:t>⑰这些年，我一直与刘老兵保持着联系，刘老兵始终坚守在哨所。</w:t>
      </w:r>
    </w:p>
    <w:p>
      <w:pPr>
        <w:spacing w:line="360" w:lineRule="auto"/>
        <w:ind w:firstLine="420"/>
        <w:jc w:val="both"/>
        <w:textAlignment w:val="center"/>
        <w:rPr>
          <w:color w:val="000000"/>
        </w:rPr>
      </w:pPr>
      <w:r>
        <w:rPr>
          <w:rFonts w:ascii="楷体" w:hAnsi="楷体" w:eastAsia="楷体" w:cs="楷体"/>
          <w:color w:val="000000"/>
        </w:rPr>
        <w:t>⑱我也在自己走过的部队里，发现有不少像刘老兵那样默默无闻的战士。我感觉，</w:t>
      </w:r>
      <w:r>
        <w:rPr>
          <w:rFonts w:ascii="楷体" w:hAnsi="楷体" w:eastAsia="楷体" w:cs="楷体"/>
          <w:color w:val="000000"/>
          <w:u w:val="single"/>
        </w:rPr>
        <w:t>他们是兵魂，是巍巍长城上最坚实的砖。</w:t>
      </w:r>
    </w:p>
    <w:p>
      <w:pPr>
        <w:spacing w:line="360" w:lineRule="auto"/>
        <w:jc w:val="right"/>
        <w:textAlignment w:val="center"/>
        <w:rPr>
          <w:color w:val="000000"/>
        </w:rPr>
      </w:pPr>
      <w:r>
        <w:rPr>
          <w:rFonts w:ascii="宋体" w:hAnsi="宋体" w:eastAsia="宋体" w:cs="宋体"/>
          <w:color w:val="000000"/>
        </w:rPr>
        <w:t>（取材于韩光《山里的春天》）</w:t>
      </w:r>
    </w:p>
    <w:p>
      <w:pPr>
        <w:spacing w:line="360" w:lineRule="auto"/>
        <w:jc w:val="left"/>
        <w:textAlignment w:val="center"/>
        <w:rPr>
          <w:color w:val="000000"/>
        </w:rPr>
      </w:pPr>
      <w:r>
        <w:rPr>
          <w:color w:val="000000"/>
        </w:rPr>
        <w:t xml:space="preserve">17. </w:t>
      </w:r>
      <w:r>
        <w:rPr>
          <w:rFonts w:ascii="宋体" w:hAnsi="宋体" w:eastAsia="宋体" w:cs="宋体"/>
          <w:color w:val="000000"/>
        </w:rPr>
        <w:t>请你阅读文章第②-⑬段，补充括号里的内容。</w:t>
      </w:r>
    </w:p>
    <w:p>
      <w:pPr>
        <w:spacing w:line="360" w:lineRule="auto"/>
        <w:jc w:val="both"/>
        <w:textAlignment w:val="center"/>
        <w:rPr>
          <w:color w:val="000000"/>
        </w:rPr>
      </w:pPr>
      <w:r>
        <w:rPr>
          <w:color w:val="000000"/>
        </w:rPr>
        <w:t>（       ）</w:t>
      </w:r>
      <w:r>
        <w:rPr>
          <w:rFonts w:ascii="宋体" w:hAnsi="宋体" w:eastAsia="宋体" w:cs="宋体"/>
          <w:color w:val="000000"/>
        </w:rPr>
        <w:t>，刘老兵给我正走姿</w:t>
      </w:r>
      <w:r>
        <w:rPr>
          <w:rFonts w:ascii="Times New Roman" w:hAnsi="Times New Roman" w:eastAsia="Times New Roman" w:cs="Times New Roman"/>
          <w:color w:val="000000"/>
        </w:rPr>
        <w:t>——</w:t>
      </w:r>
      <w:r>
        <w:rPr>
          <w:rFonts w:ascii="宋体" w:hAnsi="宋体" w:eastAsia="宋体" w:cs="宋体"/>
          <w:color w:val="000000"/>
        </w:rPr>
        <w:t>我想考军校，刘老兵鼓励我</w:t>
      </w:r>
      <w:r>
        <w:rPr>
          <w:rFonts w:ascii="Times New Roman" w:hAnsi="Times New Roman" w:eastAsia="Times New Roman" w:cs="Times New Roman"/>
          <w:color w:val="000000"/>
        </w:rPr>
        <w:t>——</w:t>
      </w:r>
      <w:r>
        <w:rPr>
          <w:color w:val="000000"/>
        </w:rPr>
        <w:t>（      ）</w:t>
      </w:r>
      <w:r>
        <w:rPr>
          <w:rFonts w:ascii="宋体" w:hAnsi="宋体" w:eastAsia="宋体" w:cs="宋体"/>
          <w:color w:val="000000"/>
        </w:rPr>
        <w:t>，</w:t>
      </w:r>
      <w:r>
        <w:rPr>
          <w:color w:val="000000"/>
        </w:rPr>
        <w:t>（      ）</w:t>
      </w:r>
      <w:r>
        <w:rPr>
          <w:rFonts w:ascii="Times New Roman" w:hAnsi="Times New Roman" w:eastAsia="Times New Roman" w:cs="Times New Roman"/>
          <w:color w:val="000000"/>
        </w:rPr>
        <w:t>——</w:t>
      </w:r>
      <w:r>
        <w:rPr>
          <w:rFonts w:ascii="宋体" w:hAnsi="宋体" w:eastAsia="宋体" w:cs="宋体"/>
          <w:color w:val="000000"/>
        </w:rPr>
        <w:t>我想道歉，并从班长处得知刘老兵的良苦用心，</w:t>
      </w:r>
      <w:r>
        <w:rPr>
          <w:color w:val="000000"/>
        </w:rPr>
        <w:t>（      ）</w:t>
      </w:r>
      <w:r>
        <w:rPr>
          <w:rFonts w:ascii="宋体" w:hAnsi="宋体" w:eastAsia="宋体" w:cs="宋体"/>
          <w:color w:val="000000"/>
        </w:rPr>
        <w:t>。</w:t>
      </w:r>
    </w:p>
    <w:p>
      <w:pPr>
        <w:spacing w:line="360" w:lineRule="auto"/>
        <w:jc w:val="left"/>
        <w:textAlignment w:val="center"/>
        <w:rPr>
          <w:color w:val="000000"/>
        </w:rPr>
      </w:pPr>
      <w:r>
        <w:rPr>
          <w:color w:val="000000"/>
        </w:rPr>
        <w:t xml:space="preserve">18. </w:t>
      </w:r>
      <w:r>
        <w:rPr>
          <w:rFonts w:ascii="宋体" w:hAnsi="宋体" w:eastAsia="宋体" w:cs="宋体"/>
          <w:color w:val="000000"/>
        </w:rPr>
        <w:t>结合文章内容，分析第⑦段“脸更红”的原因。</w:t>
      </w:r>
    </w:p>
    <w:p>
      <w:pPr>
        <w:spacing w:line="360" w:lineRule="auto"/>
        <w:jc w:val="left"/>
        <w:textAlignment w:val="center"/>
        <w:rPr>
          <w:color w:val="000000"/>
        </w:rPr>
      </w:pPr>
      <w:r>
        <w:rPr>
          <w:color w:val="000000"/>
        </w:rPr>
        <w:t xml:space="preserve">19. </w:t>
      </w:r>
      <w:r>
        <w:rPr>
          <w:rFonts w:ascii="宋体" w:hAnsi="宋体" w:eastAsia="宋体" w:cs="宋体"/>
          <w:color w:val="000000"/>
        </w:rPr>
        <w:t>文章第⑱段画线句直抒胸臆，表达了作者的情感。请结合文章具体内容谈谈你的理解。</w:t>
      </w:r>
    </w:p>
    <w:p>
      <w:pPr>
        <w:spacing w:line="360" w:lineRule="auto"/>
        <w:textAlignment w:val="center"/>
        <w:rPr>
          <w:color w:val="000000"/>
        </w:rPr>
      </w:pPr>
      <w:r>
        <w:rPr>
          <w:color w:val="2E75B6"/>
        </w:rPr>
        <w:t>【答案】</w:t>
      </w:r>
      <w:r>
        <w:rPr>
          <w:color w:val="000000"/>
        </w:rPr>
        <w:t xml:space="preserve">17.     ①. </w:t>
      </w:r>
      <w:r>
        <w:rPr>
          <w:rFonts w:ascii="宋体" w:hAnsi="宋体" w:eastAsia="宋体" w:cs="宋体"/>
          <w:color w:val="000000"/>
        </w:rPr>
        <w:t>我走路随意</w:t>
      </w:r>
      <w:r>
        <w:rPr>
          <w:color w:val="000000"/>
        </w:rPr>
        <w:t xml:space="preserve">    ②. </w:t>
      </w:r>
      <w:r>
        <w:rPr>
          <w:rFonts w:ascii="宋体" w:hAnsi="宋体" w:eastAsia="宋体" w:cs="宋体"/>
          <w:color w:val="000000"/>
        </w:rPr>
        <w:t>我抵触训练，出言不逊</w:t>
      </w:r>
      <w:r>
        <w:rPr>
          <w:color w:val="000000"/>
        </w:rPr>
        <w:t xml:space="preserve">    ③. </w:t>
      </w:r>
      <w:r>
        <w:rPr>
          <w:rFonts w:ascii="宋体" w:hAnsi="宋体" w:eastAsia="宋体" w:cs="宋体"/>
          <w:color w:val="000000"/>
        </w:rPr>
        <w:t>刘老兵被气走</w:t>
      </w:r>
      <w:r>
        <w:rPr>
          <w:color w:val="000000"/>
        </w:rPr>
        <w:t xml:space="preserve">    ④. </w:t>
      </w:r>
      <w:r>
        <w:rPr>
          <w:rFonts w:ascii="宋体" w:hAnsi="宋体" w:eastAsia="宋体" w:cs="宋体"/>
          <w:color w:val="000000"/>
        </w:rPr>
        <w:t>刘老兵包容了我</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示例：原因一是从班长处了解到刘老兵的良苦用心后，我为自己说了伤害刘老兵的话感到后悔、愧疚；二是我为自己和班长的谈话被刘老兵听到，感到尴尬、难为情。</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示例：作者用“兵魂”和“巍巍长城上最坚实的砖”直接抒发对刘老兵以及像刘老兵一样的战士的赞美和崇敬之情。文章着重写了刘老兵对我的指导和鼓励以及后来多次看到像刘老兵一样的战士，他们给予新兵无私帮助，指引新兵成长的品质和默默无闻，坚守岗位的精神令作者深深感动。在作者看来，他们就是“兵魂”，就是“巍巍长城上最坚实的砖”。</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本题考查内容理解概括。</w:t>
      </w:r>
    </w:p>
    <w:p>
      <w:pPr>
        <w:spacing w:line="360" w:lineRule="auto"/>
        <w:jc w:val="left"/>
        <w:textAlignment w:val="center"/>
        <w:rPr>
          <w:color w:val="000000"/>
        </w:rPr>
      </w:pPr>
      <w:r>
        <w:rPr>
          <w:rFonts w:ascii="宋体" w:hAnsi="宋体" w:eastAsia="宋体" w:cs="宋体"/>
          <w:color w:val="000000"/>
        </w:rPr>
        <w:t>①空：结合第②段“那次午饭后我去接哨，见路上没有人，便走得有些随意，不料偏偏被刘老兵看见了。他板着脸对我说：‘你走得松松垮垮的，这哪是去站哨的样子啊。精气神不足，站哨时咋能确保全神贯注呢？’没办法，我只得挺胸抬头、目光炯炯地重新走了一遍。谁知刘老兵折腾我这回后，还不善罢甘休，没事时就让我练养成”可概括出：我走路随意，刘老兵给我正走姿；</w:t>
      </w:r>
    </w:p>
    <w:p>
      <w:pPr>
        <w:spacing w:line="360" w:lineRule="auto"/>
        <w:jc w:val="left"/>
        <w:textAlignment w:val="center"/>
        <w:rPr>
          <w:color w:val="000000"/>
        </w:rPr>
      </w:pPr>
      <w:r>
        <w:rPr>
          <w:rFonts w:ascii="宋体" w:hAnsi="宋体" w:eastAsia="宋体" w:cs="宋体"/>
          <w:color w:val="000000"/>
        </w:rPr>
        <w:t>②③空：结合第④段“一连几天，刘老兵带着我训练。训练强度之大，练得我双腿跟木棍子似的。我的业余时间就这样被刘老兵给‘侵占’了。那天，心里产生了抵触情绪，刘老兵咋这么缠人呀？我想彻底断了他继续折腾我的念头，就不管不顾地说道：‘刘老兵，你的军事素质是公认的，怎么没成为干部呢？’这话刚说出口，我就后悔了。刘老兵的脸气得发青，什么也没说，噔噔噔地走了”可概括出：我抵触训练，出言不逊，刘老兵被气走；</w:t>
      </w:r>
    </w:p>
    <w:p>
      <w:pPr>
        <w:spacing w:line="360" w:lineRule="auto"/>
        <w:jc w:val="left"/>
        <w:textAlignment w:val="center"/>
        <w:rPr>
          <w:color w:val="000000"/>
        </w:rPr>
      </w:pPr>
      <w:r>
        <w:rPr>
          <w:color w:val="000000"/>
        </w:rPr>
        <w:t>④空：</w:t>
      </w:r>
      <w:r>
        <w:rPr>
          <w:rFonts w:ascii="宋体" w:hAnsi="宋体" w:eastAsia="宋体" w:cs="宋体"/>
          <w:color w:val="000000"/>
        </w:rPr>
        <w:t>结合第⑤段“我多次想向刘老兵道歉，可嘴像是被缝上了似的，就是没能张开”，第⑥段“‘他是我们的老班长，自入伍后训练成绩一直是领跑者，可就是因为文化底子薄，他才没能考上军校。不过，他想考军校，可不是为了当干部，而是想学更多的知识为部队、为国家做更多的事……’好一阵沉默后，班长又继续说道：‘后来啊，他就一直留在了这里。你刚来这里没几天，他就对我说：‘这个新战士只差几分就考上大学了，考军校准是板上钉钉的事，不过他的军事素质欠火候，我给他当教练吧。’就这样，他开始方方面面严格约束你！’”，第⑫段“‘我们一起去！’刘老兵看着我说”可概括出：我想道歉，并从班长处得知刘老兵的良苦用心，刘老兵包容了我。</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本题考查对文章内容的理解。</w:t>
      </w:r>
    </w:p>
    <w:p>
      <w:pPr>
        <w:spacing w:line="360" w:lineRule="auto"/>
        <w:jc w:val="left"/>
        <w:textAlignment w:val="center"/>
        <w:rPr>
          <w:color w:val="000000"/>
        </w:rPr>
      </w:pPr>
      <w:r>
        <w:rPr>
          <w:rFonts w:ascii="宋体" w:hAnsi="宋体" w:eastAsia="宋体" w:cs="宋体"/>
          <w:color w:val="000000"/>
        </w:rPr>
        <w:t>结合第⑥段“他是我们的老班长，自入伍后训练成绩一直是领跑者，可就是因为文化底子薄，才没能考上军校。不过，他想考军校，可不是为了当干部，而是想学更多的知识为部队、为国家做更多的事……”“你刚来这里没几天，他就对我说，‘这个新战士只差几分就考上大学了，考军校准是板上钉钉的事，不过他的军事素质欠火候，我给他当教练吧。’就这样，他开始方方面面严格约束你”可知，“我”明白刘老兵方方面面对“我”进行约束，不断对“我”进行训练，目的是为了培养“我”，“我”为之前伤害刘老兵而感到愧疚自责，因而“脸更红了”；</w:t>
      </w:r>
    </w:p>
    <w:p>
      <w:pPr>
        <w:spacing w:line="360" w:lineRule="auto"/>
        <w:jc w:val="left"/>
        <w:textAlignment w:val="center"/>
        <w:rPr>
          <w:color w:val="000000"/>
        </w:rPr>
      </w:pPr>
      <w:r>
        <w:rPr>
          <w:rFonts w:ascii="宋体" w:hAnsi="宋体" w:eastAsia="宋体" w:cs="宋体"/>
          <w:color w:val="000000"/>
        </w:rPr>
        <w:t>结合第⑦段“突然，刘老兵出现在我们旁边”可知，我为自己和班长的谈话被刘老兵听到，感到尴尬、难为情，因而“脸更红了”。</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本题考查对作者情感的理解。</w:t>
      </w:r>
    </w:p>
    <w:p>
      <w:pPr>
        <w:spacing w:line="360" w:lineRule="auto"/>
        <w:jc w:val="both"/>
        <w:textAlignment w:val="center"/>
        <w:rPr>
          <w:color w:val="000000"/>
        </w:rPr>
      </w:pPr>
      <w:r>
        <w:rPr>
          <w:rFonts w:ascii="宋体" w:hAnsi="宋体" w:eastAsia="宋体" w:cs="宋体"/>
          <w:color w:val="000000"/>
        </w:rPr>
        <w:t>文章第②段“那次午饭后我去接哨，见路上没有人，便走得有些随意，不料偏偏被刘老兵看见了。他板着脸对我说：‘你走得松松垮垮的，这哪是去站哨的样子啊。精气神不足，站哨时咋能确保全神贯注呢？’没办法，我只得挺胸抬头、目光炯炯地重新走了一遍。谁知刘老兵折腾我这回后，还不善罢甘休，没事时就让我练养成”写刘老兵给我正走姿；第③段“刘老兵喜滋滋地拍了拍我的肩膀：‘我看好你。’”，第④段“一连几天，刘老兵带着我训练”写我想考军校，刘老兵鼓励我，带着我训练；再结合⑱段“我也在自己走过的部队里，发现有不少像刘老兵那样默默无闻的战士”等内容可知，“他们是兵魂，是巍巍长城上最坚实的砖”一句中，“兵魂”表意指士兵的精神，在此可理解为默默无闻、戍守边防、保家卫国的军人崇高精神。作者用“兵魂”和“巍巍长城上最坚实的砖”直接抒发对刘老兵以及像刘老兵一样的战士的崇敬和赞美之情。</w:t>
      </w:r>
    </w:p>
    <w:p>
      <w:pPr>
        <w:spacing w:line="360" w:lineRule="auto"/>
        <w:jc w:val="both"/>
        <w:textAlignment w:val="center"/>
        <w:rPr>
          <w:color w:val="000000"/>
        </w:rPr>
      </w:pPr>
      <w:r>
        <w:rPr>
          <w:rFonts w:ascii="宋体" w:hAnsi="宋体" w:eastAsia="宋体" w:cs="宋体"/>
          <w:b/>
          <w:color w:val="000000"/>
          <w:sz w:val="24"/>
        </w:rPr>
        <w:t>（二）（共10分）</w:t>
      </w:r>
    </w:p>
    <w:p>
      <w:pPr>
        <w:spacing w:line="360" w:lineRule="auto"/>
        <w:jc w:val="both"/>
        <w:textAlignment w:val="center"/>
        <w:rPr>
          <w:color w:val="000000"/>
        </w:rPr>
      </w:pPr>
      <w:r>
        <w:rPr>
          <w:rFonts w:ascii="宋体" w:hAnsi="宋体" w:eastAsia="宋体" w:cs="宋体"/>
          <w:color w:val="000000"/>
        </w:rPr>
        <w:t>阅读《成全一棵树》，完成下面小题。</w:t>
      </w:r>
    </w:p>
    <w:p>
      <w:pPr>
        <w:spacing w:line="360" w:lineRule="auto"/>
        <w:jc w:val="center"/>
        <w:textAlignment w:val="center"/>
        <w:rPr>
          <w:color w:val="000000"/>
        </w:rPr>
      </w:pPr>
      <w:r>
        <w:rPr>
          <w:rFonts w:ascii="楷体" w:hAnsi="楷体" w:eastAsia="楷体" w:cs="楷体"/>
          <w:color w:val="000000"/>
        </w:rPr>
        <w:t>成全一棵树</w:t>
      </w:r>
    </w:p>
    <w:p>
      <w:pPr>
        <w:spacing w:line="360" w:lineRule="auto"/>
        <w:ind w:firstLine="420"/>
        <w:jc w:val="both"/>
        <w:textAlignment w:val="center"/>
        <w:rPr>
          <w:color w:val="000000"/>
        </w:rPr>
      </w:pPr>
      <w:r>
        <w:rPr>
          <w:rFonts w:ascii="楷体" w:hAnsi="楷体" w:eastAsia="楷体" w:cs="楷体"/>
          <w:color w:val="000000"/>
        </w:rPr>
        <w:t>①一个平常的春天，一位母亲向别人讨了几棵树苗。她要把树苗栽在门前。</w:t>
      </w:r>
    </w:p>
    <w:p>
      <w:pPr>
        <w:spacing w:line="360" w:lineRule="auto"/>
        <w:ind w:firstLine="420"/>
        <w:jc w:val="both"/>
        <w:textAlignment w:val="center"/>
        <w:rPr>
          <w:color w:val="000000"/>
        </w:rPr>
      </w:pPr>
      <w:r>
        <w:rPr>
          <w:rFonts w:ascii="楷体" w:hAnsi="楷体" w:eastAsia="楷体" w:cs="楷体"/>
          <w:color w:val="000000"/>
        </w:rPr>
        <w:t>②母亲栽完树，她的孩子手里拿着一棵树苗，一拐一拐地走过来:“娘，把这棵小树也栽上吧!”那树苗是她丢弃的，又细又小，甚至还有一些枯萎。那孩子是她最小的孩子，一出生腿就残疾了。孩子擎着那棵树苗，眼里都是渴求的光芒。母亲望着孩子站立不稳的腿，她犹豫了。她认为孩子要做的是一件没有结果也没有意义的事，但看到孩子眼里的那片灼灼的光芒，母亲终于点点头——就算它最终长不成一棵大树。</w:t>
      </w:r>
    </w:p>
    <w:p>
      <w:pPr>
        <w:spacing w:line="360" w:lineRule="auto"/>
        <w:ind w:firstLine="420"/>
        <w:jc w:val="both"/>
        <w:textAlignment w:val="center"/>
        <w:rPr>
          <w:color w:val="000000"/>
        </w:rPr>
      </w:pPr>
      <w:r>
        <w:rPr>
          <w:rFonts w:ascii="楷体" w:hAnsi="楷体" w:eastAsia="楷体" w:cs="楷体"/>
          <w:color w:val="000000"/>
        </w:rPr>
        <w:t>③孩子高兴极了，他小心翼翼地放下树苗，抢着去挖树坑。他人小力气弱，挖得很吃力。母亲要替他挖，他不肯，硬是自己挖成了。孩子挖的树坑比母亲挖得都大、都深。</w:t>
      </w:r>
    </w:p>
    <w:p>
      <w:pPr>
        <w:spacing w:line="360" w:lineRule="auto"/>
        <w:ind w:firstLine="420"/>
        <w:jc w:val="both"/>
        <w:textAlignment w:val="center"/>
        <w:rPr>
          <w:color w:val="000000"/>
        </w:rPr>
      </w:pPr>
      <w:r>
        <w:rPr>
          <w:rFonts w:ascii="楷体" w:hAnsi="楷体" w:eastAsia="楷体" w:cs="楷体"/>
          <w:color w:val="000000"/>
        </w:rPr>
        <w:t>④树苗栽种下了，孩子一拐一拐地拎着水桶，给每一棵树浇水。母亲看着，心里想：这棵树能长大吗？母亲的目光是复杂的，她真的不相信那棵树苗会活过来，会长成一棵大树。</w:t>
      </w:r>
    </w:p>
    <w:p>
      <w:pPr>
        <w:spacing w:line="360" w:lineRule="auto"/>
        <w:ind w:firstLine="420"/>
        <w:jc w:val="both"/>
        <w:textAlignment w:val="center"/>
        <w:rPr>
          <w:color w:val="000000"/>
        </w:rPr>
      </w:pPr>
      <w:r>
        <w:rPr>
          <w:rFonts w:ascii="楷体" w:hAnsi="楷体" w:eastAsia="楷体" w:cs="楷体"/>
          <w:color w:val="000000"/>
        </w:rPr>
        <w:t>⑤可是不久，那棵树苗和其他树苗一样，也鼓出了叶子。只不过稍迟了几天，叶片稍细小了些。可不管怎么说，它活过来了，它也长成一棵树了。</w:t>
      </w:r>
    </w:p>
    <w:p>
      <w:pPr>
        <w:spacing w:line="360" w:lineRule="auto"/>
        <w:ind w:firstLine="420"/>
        <w:jc w:val="both"/>
        <w:textAlignment w:val="center"/>
        <w:rPr>
          <w:color w:val="000000"/>
        </w:rPr>
      </w:pPr>
      <w:r>
        <w:rPr>
          <w:rFonts w:ascii="楷体" w:hAnsi="楷体" w:eastAsia="楷体" w:cs="楷体"/>
          <w:color w:val="000000"/>
        </w:rPr>
        <w:t>⑥每一天，孩子都要拎着水桶浇树苗。孩子是认真的。他浇水也不厚此薄彼，一棵小树一桶水。那棵由他乞求母亲允许亲手挖坑栽种的小树苗，孩子也只浇一桶水。</w:t>
      </w:r>
    </w:p>
    <w:p>
      <w:pPr>
        <w:spacing w:line="360" w:lineRule="auto"/>
        <w:ind w:firstLine="420"/>
        <w:jc w:val="both"/>
        <w:textAlignment w:val="center"/>
        <w:rPr>
          <w:color w:val="000000"/>
        </w:rPr>
      </w:pPr>
      <w:r>
        <w:rPr>
          <w:rFonts w:ascii="楷体" w:hAnsi="楷体" w:eastAsia="楷体" w:cs="楷体"/>
          <w:color w:val="000000"/>
        </w:rPr>
        <w:t>⑦小树一天一天长大了。开始的时候，那棵小树明显地不如其他的树壮实，显得有些楚楚可怜。可是第二年夏天，它竟然慢慢地赶上了它们。</w:t>
      </w:r>
    </w:p>
    <w:p>
      <w:pPr>
        <w:spacing w:line="360" w:lineRule="auto"/>
        <w:ind w:firstLine="420"/>
        <w:jc w:val="both"/>
        <w:textAlignment w:val="center"/>
        <w:rPr>
          <w:color w:val="000000"/>
        </w:rPr>
      </w:pPr>
      <w:r>
        <w:rPr>
          <w:rFonts w:ascii="楷体" w:hAnsi="楷体" w:eastAsia="楷体" w:cs="楷体"/>
          <w:color w:val="000000"/>
        </w:rPr>
        <w:t>⑧这一年冬天，母亲做出了一项重大决定，送她这个残疾的孩子去读书。而在此之前，她没有想过，也没有能力让这个孩子进学校。孩子背着母亲用布片为他缝制的书包，高高兴兴上学去了。他一拐一拐地走向学校，他的笑容就像春天一样明丽灿烂！孩子每天都是高高兴兴的。别人送给他一个绰号：阳光。</w:t>
      </w:r>
    </w:p>
    <w:p>
      <w:pPr>
        <w:spacing w:line="360" w:lineRule="auto"/>
        <w:ind w:firstLine="420"/>
        <w:jc w:val="both"/>
        <w:textAlignment w:val="center"/>
        <w:rPr>
          <w:color w:val="000000"/>
        </w:rPr>
      </w:pPr>
      <w:r>
        <w:rPr>
          <w:rFonts w:ascii="楷体" w:hAnsi="楷体" w:eastAsia="楷体" w:cs="楷体"/>
          <w:color w:val="000000"/>
        </w:rPr>
        <w:t>⑨上了学的孩子还总是惦记着那几棵树，经常一拐一拐地拎着水桶，奔走在水塘和树之间。春去秋来，那棵小树，已经长得比别的树更茂盛、更挺拔。</w:t>
      </w:r>
    </w:p>
    <w:p>
      <w:pPr>
        <w:spacing w:line="360" w:lineRule="auto"/>
        <w:ind w:firstLine="420"/>
        <w:jc w:val="both"/>
        <w:textAlignment w:val="center"/>
        <w:rPr>
          <w:color w:val="000000"/>
        </w:rPr>
      </w:pPr>
      <w:r>
        <w:rPr>
          <w:rFonts w:ascii="楷体" w:hAnsi="楷体" w:eastAsia="楷体" w:cs="楷体"/>
          <w:color w:val="000000"/>
        </w:rPr>
        <w:t>⑩许多年以后，拐腿的孩子已经成了一位著名的作家。</w:t>
      </w:r>
    </w:p>
    <w:p>
      <w:pPr>
        <w:spacing w:line="360" w:lineRule="auto"/>
        <w:ind w:firstLine="420"/>
        <w:jc w:val="both"/>
        <w:textAlignment w:val="center"/>
        <w:rPr>
          <w:color w:val="000000"/>
        </w:rPr>
      </w:pPr>
      <w:r>
        <w:rPr>
          <w:rFonts w:ascii="楷体" w:hAnsi="楷体" w:eastAsia="楷体" w:cs="楷体"/>
          <w:color w:val="000000"/>
        </w:rPr>
        <w:t>⑪一年，他回到了家乡，儿子归来的消息使母亲分外高兴。这一天她早早候在门口迎接儿子。</w:t>
      </w:r>
    </w:p>
    <w:p>
      <w:pPr>
        <w:spacing w:line="360" w:lineRule="auto"/>
        <w:ind w:firstLine="420"/>
        <w:jc w:val="both"/>
        <w:textAlignment w:val="center"/>
        <w:rPr>
          <w:color w:val="000000"/>
        </w:rPr>
      </w:pPr>
      <w:r>
        <w:rPr>
          <w:rFonts w:ascii="楷体" w:hAnsi="楷体" w:eastAsia="楷体" w:cs="楷体"/>
          <w:color w:val="000000"/>
        </w:rPr>
        <w:t>⑫远远地，他就看到了家门口的那棵树——高大的、快有一抱粗的树。他看见了自己的母亲。她依着树。他心里一热，急急地奔了过去。在那棵他亲手栽种的树下，他抱住了母亲。母亲真的老了，身子轻得像一片树叶。他叫了一声娘，就再也说不出话来。</w:t>
      </w:r>
    </w:p>
    <w:p>
      <w:pPr>
        <w:spacing w:line="360" w:lineRule="auto"/>
        <w:ind w:firstLine="420"/>
        <w:jc w:val="both"/>
        <w:textAlignment w:val="center"/>
        <w:rPr>
          <w:color w:val="000000"/>
        </w:rPr>
      </w:pPr>
      <w:r>
        <w:rPr>
          <w:rFonts w:ascii="楷体" w:hAnsi="楷体" w:eastAsia="楷体" w:cs="楷体"/>
          <w:color w:val="000000"/>
        </w:rPr>
        <w:t>⑬他在老屋住了半个月，每天都一拐一拐地扶着母亲坐到树下的青石板上，陪着母亲说话。有一天，说起身边的树，他忽然神秘地说：“娘啊，你知道这棵树为什么比别的树长得快吗？这里面，有一个秘密呢！”</w:t>
      </w:r>
    </w:p>
    <w:p>
      <w:pPr>
        <w:spacing w:line="360" w:lineRule="auto"/>
        <w:ind w:firstLine="420"/>
        <w:jc w:val="both"/>
        <w:textAlignment w:val="center"/>
        <w:rPr>
          <w:color w:val="000000"/>
        </w:rPr>
      </w:pPr>
      <w:r>
        <w:rPr>
          <w:rFonts w:ascii="楷体" w:hAnsi="楷体" w:eastAsia="楷体" w:cs="楷体"/>
          <w:color w:val="000000"/>
        </w:rPr>
        <w:t>⑭母亲望着已到中年的儿子，望着他那一脸的得意，平静地笑了，点点头说：“其实娘早就知道了。那树长得高，长得快，还不是你每天半夜起来喂它一泡童子尿？开始我也纳闷。后来有一天半夜我悄悄地跟着你，看见你一边喂它，一边说：‘小树快快长大吧！’……孩子，你知道我为什么改变了主意，让你上学堂吗？就是因为我知道你偷偷地喂那棵树啊！”</w:t>
      </w:r>
    </w:p>
    <w:p>
      <w:pPr>
        <w:spacing w:line="360" w:lineRule="auto"/>
        <w:ind w:firstLine="420"/>
        <w:jc w:val="both"/>
        <w:textAlignment w:val="center"/>
        <w:rPr>
          <w:color w:val="000000"/>
        </w:rPr>
      </w:pPr>
      <w:r>
        <w:rPr>
          <w:rFonts w:ascii="楷体" w:hAnsi="楷体" w:eastAsia="楷体" w:cs="楷体"/>
          <w:color w:val="000000"/>
        </w:rPr>
        <w:t>⑮他一下子怔住了。</w:t>
      </w:r>
    </w:p>
    <w:p>
      <w:pPr>
        <w:spacing w:line="360" w:lineRule="auto"/>
        <w:ind w:firstLine="420"/>
        <w:jc w:val="both"/>
        <w:textAlignment w:val="center"/>
        <w:rPr>
          <w:color w:val="000000"/>
        </w:rPr>
      </w:pPr>
      <w:r>
        <w:rPr>
          <w:rFonts w:ascii="楷体" w:hAnsi="楷体" w:eastAsia="楷体" w:cs="楷体"/>
          <w:color w:val="000000"/>
        </w:rPr>
        <w:t>⑯他</w:t>
      </w:r>
      <w:r>
        <w:rPr>
          <w:rFonts w:ascii="楷体" w:hAnsi="楷体" w:eastAsia="楷体" w:cs="楷体"/>
          <w:color w:val="000000"/>
          <w:em w:val="dot"/>
        </w:rPr>
        <w:t>百感交集</w:t>
      </w:r>
      <w:r>
        <w:rPr>
          <w:rFonts w:ascii="楷体" w:hAnsi="楷体" w:eastAsia="楷体" w:cs="楷体"/>
          <w:color w:val="000000"/>
        </w:rPr>
        <w:t>。许久许久，他噗通一声跪了下来，跪在了母亲的面前。</w:t>
      </w:r>
    </w:p>
    <w:p>
      <w:pPr>
        <w:spacing w:line="360" w:lineRule="auto"/>
        <w:ind w:firstLine="420"/>
        <w:jc w:val="both"/>
        <w:textAlignment w:val="center"/>
        <w:rPr>
          <w:color w:val="000000"/>
        </w:rPr>
      </w:pPr>
      <w:r>
        <w:rPr>
          <w:rFonts w:ascii="楷体" w:hAnsi="楷体" w:eastAsia="楷体" w:cs="楷体"/>
          <w:color w:val="000000"/>
        </w:rPr>
        <w:t>⑰他明白了，母亲的心永远是一颗母亲的心。</w:t>
      </w:r>
    </w:p>
    <w:p>
      <w:pPr>
        <w:spacing w:line="360" w:lineRule="auto"/>
        <w:jc w:val="right"/>
        <w:textAlignment w:val="center"/>
        <w:rPr>
          <w:color w:val="000000"/>
        </w:rPr>
      </w:pPr>
      <w:r>
        <w:rPr>
          <w:rFonts w:ascii="宋体" w:hAnsi="宋体" w:eastAsia="宋体" w:cs="宋体"/>
          <w:color w:val="000000"/>
        </w:rPr>
        <w:t>（取材于凌可新《成全一棵树》）</w:t>
      </w:r>
    </w:p>
    <w:p>
      <w:pPr>
        <w:spacing w:line="360" w:lineRule="auto"/>
        <w:jc w:val="left"/>
        <w:textAlignment w:val="center"/>
        <w:rPr>
          <w:color w:val="000000"/>
        </w:rPr>
      </w:pPr>
      <w:r>
        <w:rPr>
          <w:color w:val="000000"/>
        </w:rPr>
        <w:t xml:space="preserve">20. </w:t>
      </w:r>
      <w:r>
        <w:rPr>
          <w:rFonts w:ascii="宋体" w:hAnsi="宋体" w:eastAsia="宋体" w:cs="宋体"/>
          <w:color w:val="000000"/>
        </w:rPr>
        <w:t>文中“他”和小树有着相似的境遇。请你阅读文章，填写表格。</w:t>
      </w:r>
    </w:p>
    <w:tbl>
      <w:tblPr>
        <w:tblStyle w:val="4"/>
        <w:tblW w:w="6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10"/>
        <w:gridCol w:w="2010"/>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 xml:space="preserve">境遇  </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他</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小树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自身条件</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①</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又细又小，有一些枯萎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成长经历</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被母亲送去读书，快乐成长</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成长结果</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③</w:t>
            </w:r>
          </w:p>
        </w:tc>
        <w:tc>
          <w:tcPr>
            <w:tcW w:w="20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高大，快有一抱粗</w:t>
            </w:r>
          </w:p>
        </w:tc>
      </w:tr>
    </w:tbl>
    <w:p>
      <w:pPr>
        <w:spacing w:line="360" w:lineRule="auto"/>
        <w:jc w:val="left"/>
        <w:textAlignment w:val="center"/>
        <w:rPr>
          <w:color w:val="000000"/>
        </w:rPr>
      </w:pPr>
      <w:r>
        <w:rPr>
          <w:color w:val="000000"/>
        </w:rPr>
        <w:t xml:space="preserve">21. </w:t>
      </w:r>
      <w:r>
        <w:rPr>
          <w:rFonts w:ascii="宋体" w:hAnsi="宋体" w:eastAsia="宋体" w:cs="宋体"/>
          <w:color w:val="000000"/>
        </w:rPr>
        <w:t>结合文章内容，说说第⑯段“百感交集”包含了怎样的心理或情感。</w:t>
      </w:r>
    </w:p>
    <w:p>
      <w:pPr>
        <w:spacing w:line="360" w:lineRule="auto"/>
        <w:jc w:val="left"/>
        <w:textAlignment w:val="center"/>
        <w:rPr>
          <w:color w:val="000000"/>
        </w:rPr>
      </w:pPr>
      <w:r>
        <w:rPr>
          <w:color w:val="000000"/>
        </w:rPr>
        <w:t xml:space="preserve">22. </w:t>
      </w:r>
      <w:r>
        <w:rPr>
          <w:rFonts w:ascii="宋体" w:hAnsi="宋体" w:eastAsia="宋体" w:cs="宋体"/>
          <w:color w:val="000000"/>
        </w:rPr>
        <w:t>阅读文章，请你说说题目“成全一棵树”有哪几层含义。</w:t>
      </w:r>
    </w:p>
    <w:p>
      <w:pPr>
        <w:spacing w:line="360" w:lineRule="auto"/>
        <w:textAlignment w:val="center"/>
        <w:rPr>
          <w:color w:val="000000"/>
        </w:rPr>
      </w:pPr>
      <w:r>
        <w:rPr>
          <w:color w:val="2E75B6"/>
        </w:rPr>
        <w:t>【答案】</w:t>
      </w:r>
      <w:r>
        <w:rPr>
          <w:color w:val="000000"/>
        </w:rPr>
        <w:t xml:space="preserve">20. </w:t>
      </w:r>
      <w:r>
        <w:rPr>
          <w:rFonts w:ascii="宋体" w:hAnsi="宋体" w:eastAsia="宋体" w:cs="宋体"/>
          <w:color w:val="000000"/>
        </w:rPr>
        <w:t>示例：①腿有残疾②被他精心照顾，茁壮成长③成为著名作家</w:t>
      </w:r>
      <w:r>
        <w:rPr>
          <w:color w:val="000000"/>
        </w:rPr>
        <w:t xml:space="preserve">    </w:t>
      </w:r>
    </w:p>
    <w:p>
      <w:pPr>
        <w:spacing w:line="360" w:lineRule="auto"/>
        <w:textAlignment w:val="center"/>
        <w:rPr>
          <w:color w:val="000000"/>
        </w:rPr>
      </w:pPr>
      <w:r>
        <w:rPr>
          <w:color w:val="000000"/>
        </w:rPr>
        <w:t xml:space="preserve">21. </w:t>
      </w:r>
      <w:r>
        <w:rPr>
          <w:rFonts w:ascii="宋体" w:hAnsi="宋体" w:eastAsia="宋体" w:cs="宋体"/>
          <w:color w:val="000000"/>
        </w:rPr>
        <w:t>“百感交集”包含了他对自己上学原因的惊讶和意外；对母亲改变主意让自己上学的感激；对伟大母爱的理解；还包含了对自己当初成全一棵树最后成全自己上学的庆幸。</w:t>
      </w:r>
      <w:r>
        <w:rPr>
          <w:color w:val="000000"/>
        </w:rPr>
        <w:t xml:space="preserve">    </w:t>
      </w:r>
    </w:p>
    <w:p>
      <w:pPr>
        <w:spacing w:line="360" w:lineRule="auto"/>
        <w:textAlignment w:val="center"/>
        <w:rPr>
          <w:color w:val="000000"/>
        </w:rPr>
      </w:pPr>
      <w:r>
        <w:rPr>
          <w:color w:val="000000"/>
        </w:rPr>
        <w:t xml:space="preserve">22. </w:t>
      </w:r>
      <w:r>
        <w:rPr>
          <w:rFonts w:ascii="宋体" w:hAnsi="宋体" w:eastAsia="宋体" w:cs="宋体"/>
          <w:color w:val="000000"/>
        </w:rPr>
        <w:t>孩子成全一棵树；母亲成全孩子；孩子成全自己。</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本题考查信息提炼与概括。</w:t>
      </w:r>
    </w:p>
    <w:p>
      <w:pPr>
        <w:spacing w:line="360" w:lineRule="auto"/>
        <w:jc w:val="left"/>
        <w:textAlignment w:val="center"/>
        <w:rPr>
          <w:color w:val="000000"/>
        </w:rPr>
      </w:pPr>
      <w:r>
        <w:rPr>
          <w:rFonts w:ascii="宋体" w:hAnsi="宋体" w:eastAsia="宋体" w:cs="宋体"/>
          <w:color w:val="000000"/>
        </w:rPr>
        <w:t>由“自身条件”、小树“又细又小，有一些枯萎”可定位到第②段，由“她的孩子手里拿着一棵树苗，一拐一拐地走过来”“那孩子是她最小的孩子，一出生腿就残疾了”可知①空填写：腿有残疾。</w:t>
      </w:r>
    </w:p>
    <w:p>
      <w:pPr>
        <w:spacing w:line="360" w:lineRule="auto"/>
        <w:jc w:val="left"/>
        <w:textAlignment w:val="center"/>
        <w:rPr>
          <w:color w:val="000000"/>
        </w:rPr>
      </w:pPr>
      <w:r>
        <w:rPr>
          <w:rFonts w:ascii="宋体" w:hAnsi="宋体" w:eastAsia="宋体" w:cs="宋体"/>
          <w:color w:val="000000"/>
        </w:rPr>
        <w:t>由“成长经历”、他“被母亲送去读书，快乐成长”可定位到⑤</w:t>
      </w:r>
      <w:r>
        <w:rPr>
          <w:rFonts w:ascii="Times New Roman" w:hAnsi="Times New Roman" w:eastAsia="Times New Roman" w:cs="Times New Roman"/>
          <w:color w:val="000000"/>
        </w:rPr>
        <w:t>—</w:t>
      </w:r>
      <w:r>
        <w:rPr>
          <w:rFonts w:ascii="宋体" w:hAnsi="宋体" w:eastAsia="宋体" w:cs="宋体"/>
          <w:color w:val="000000"/>
        </w:rPr>
        <w:t>⑨段，由第⑥段“每一天，孩子都要拎着水桶浇树苗。孩子是认真的。他浇水也不厚此薄彼，一棵小树一桶水”第⑨段“上了学的孩子还总是惦记着那几棵树，经常一拐一拐地拎着水桶，奔走在水塘和树之间。春去秋来，那棵小树，已经长得比别的树更茂盛、更挺拔”以及第⑭段“那树长得高，长得快，还不是你每天半夜起来喂它一泡童子尿”可知②空填写：小树被他精心照顾，茁壮成长。</w:t>
      </w:r>
    </w:p>
    <w:p>
      <w:pPr>
        <w:spacing w:line="360" w:lineRule="auto"/>
        <w:jc w:val="left"/>
        <w:textAlignment w:val="center"/>
        <w:rPr>
          <w:color w:val="000000"/>
        </w:rPr>
      </w:pPr>
      <w:r>
        <w:rPr>
          <w:rFonts w:ascii="宋体" w:hAnsi="宋体" w:eastAsia="宋体" w:cs="宋体"/>
          <w:color w:val="000000"/>
        </w:rPr>
        <w:t>由“成长结果”、小树“高大，快有一抱粗”可定位到⑨</w:t>
      </w:r>
      <w:r>
        <w:rPr>
          <w:rFonts w:ascii="Times New Roman" w:hAnsi="Times New Roman" w:eastAsia="Times New Roman" w:cs="Times New Roman"/>
          <w:color w:val="000000"/>
        </w:rPr>
        <w:t>—</w:t>
      </w:r>
      <w:r>
        <w:rPr>
          <w:rFonts w:ascii="宋体" w:hAnsi="宋体" w:eastAsia="宋体" w:cs="宋体"/>
          <w:color w:val="000000"/>
        </w:rPr>
        <w:t>⑫段，由第⑩段“许多年以后，拐腿的孩子已经成了一位著名的作家”可知③空填写：成为著名作家。</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本题考查内容理解。</w:t>
      </w:r>
    </w:p>
    <w:p>
      <w:pPr>
        <w:spacing w:line="360" w:lineRule="auto"/>
        <w:jc w:val="left"/>
        <w:textAlignment w:val="center"/>
        <w:rPr>
          <w:color w:val="000000"/>
        </w:rPr>
      </w:pPr>
      <w:r>
        <w:rPr>
          <w:rFonts w:ascii="宋体" w:hAnsi="宋体" w:eastAsia="宋体" w:cs="宋体"/>
          <w:color w:val="000000"/>
        </w:rPr>
        <w:t>由第⑭段“看见你一边喂它，一边说：‘小树快快长大吧！’……孩子，你知道我为什么改变了主意，让你上学堂吗？就是因为我知道你偷偷地喂那棵树啊”，结合第⑧段“而在此之前，她没有想过，也没有能力让这个孩子进学校”可知，“百感交集”包含了他对自己上学原因的惊讶和意外；对母亲改变主意让自己上学的感激；对伟大母爱的理解；还包含了对自己当初成全一棵树最后成全自己上学的庆幸。</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64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图片 100009"/>
                    <pic:cNvPicPr>
                      <a:picLocks noChangeAspect="1"/>
                    </pic:cNvPicPr>
                  </pic:nvPicPr>
                  <pic:blipFill>
                    <a:blip r:embed="rId174"/>
                    <a:stretch>
                      <a:fillRect/>
                    </a:stretch>
                  </pic:blipFill>
                  <pic:spPr>
                    <a:xfrm>
                      <a:off x="0" y="0"/>
                      <a:ext cx="95250" cy="171450"/>
                    </a:xfrm>
                    <a:prstGeom prst="rect">
                      <a:avLst/>
                    </a:prstGeom>
                  </pic:spPr>
                </pic:pic>
              </a:graphicData>
            </a:graphic>
          </wp:inline>
        </w:drawing>
      </w:r>
      <w:r>
        <w:rPr>
          <w:color w:val="000000"/>
        </w:rPr>
        <w:t>22题详解】</w:t>
      </w:r>
    </w:p>
    <w:p>
      <w:pPr>
        <w:spacing w:line="360" w:lineRule="auto"/>
        <w:jc w:val="left"/>
        <w:textAlignment w:val="center"/>
        <w:rPr>
          <w:color w:val="000000"/>
        </w:rPr>
      </w:pPr>
      <w:r>
        <w:rPr>
          <w:rFonts w:ascii="宋体" w:hAnsi="宋体" w:eastAsia="宋体" w:cs="宋体"/>
          <w:color w:val="000000"/>
        </w:rPr>
        <w:t>本题考查文章标题的理解。</w:t>
      </w:r>
    </w:p>
    <w:p>
      <w:pPr>
        <w:spacing w:line="360" w:lineRule="auto"/>
        <w:jc w:val="left"/>
        <w:textAlignment w:val="center"/>
        <w:rPr>
          <w:color w:val="000000"/>
        </w:rPr>
      </w:pPr>
      <w:r>
        <w:rPr>
          <w:rFonts w:ascii="宋体" w:hAnsi="宋体" w:eastAsia="宋体" w:cs="宋体"/>
          <w:color w:val="000000"/>
        </w:rPr>
        <w:t>阅读全文可知，本文写了一棵被丢弃、快枯萎的小树苗，在孩子的精心照料下茁壮成长，母亲也改变了想法，将儿子送到了学校，小树成材了，那孩子也取得了成功。题目一语双关，表面指一棵本已经失去生存资格的小树苗，在孩子的精心照料下，茁壮成长，孩子成全了一棵树；又指“一出生腿就残疾了”的孩子，在母亲的精心培养下，取得了事业的成功，母亲成全了孩子；结合第⑭段“孩子，你知道我为什么改变了主意，让你上学堂吗？就是因为我知道你偷偷地喂那棵树啊”可知，“成全一棵树”还指孩子自己的努力成全了自己。据此回答即可。</w:t>
      </w:r>
    </w:p>
    <w:p>
      <w:pPr>
        <w:pStyle w:val="Heading3"/>
      </w:pPr>
      <w:r>
        <w:t>朝阳区</w:t>
      </w:r>
    </w:p>
    <w:p>
      <w:pPr>
        <w:spacing w:line="360" w:lineRule="auto"/>
        <w:jc w:val="left"/>
        <w:textAlignment w:val="center"/>
        <w:rPr>
          <w:color w:val="000000"/>
        </w:rPr>
      </w:pPr>
      <w:r>
        <w:rPr>
          <w:rFonts w:ascii="宋体" w:hAnsi="宋体" w:eastAsia="宋体" w:cs="宋体"/>
          <w:b/>
          <w:color w:val="000000"/>
          <w:sz w:val="24"/>
        </w:rPr>
        <w:t>四、现代文阅读（共24分）</w:t>
      </w:r>
    </w:p>
    <w:p>
      <w:pPr>
        <w:spacing w:line="360" w:lineRule="auto"/>
        <w:jc w:val="left"/>
        <w:textAlignment w:val="center"/>
        <w:rPr>
          <w:color w:val="000000"/>
        </w:rPr>
      </w:pPr>
      <w:r>
        <w:rPr>
          <w:rFonts w:ascii="宋体" w:hAnsi="宋体" w:eastAsia="宋体" w:cs="宋体"/>
          <w:b/>
          <w:color w:val="000000"/>
          <w:sz w:val="24"/>
        </w:rPr>
        <w:t>（一）（共12分）</w:t>
      </w:r>
    </w:p>
    <w:p>
      <w:pPr>
        <w:spacing w:line="360" w:lineRule="auto"/>
        <w:jc w:val="left"/>
        <w:textAlignment w:val="center"/>
        <w:rPr>
          <w:color w:val="000000"/>
        </w:rPr>
      </w:pPr>
      <w:r>
        <w:rPr>
          <w:rFonts w:ascii="宋体" w:hAnsi="宋体" w:eastAsia="宋体" w:cs="宋体"/>
          <w:color w:val="000000"/>
        </w:rPr>
        <w:t>阅读《湖畔风景》，借助旁批理解其内容，完成各题。</w:t>
      </w:r>
    </w:p>
    <w:p>
      <w:pPr>
        <w:spacing w:line="360" w:lineRule="auto"/>
        <w:jc w:val="center"/>
        <w:textAlignment w:val="center"/>
        <w:rPr>
          <w:color w:val="000000"/>
        </w:rPr>
      </w:pPr>
      <w:r>
        <w:rPr>
          <w:rFonts w:ascii="楷体" w:hAnsi="楷体" w:eastAsia="楷体" w:cs="楷体"/>
          <w:color w:val="000000"/>
        </w:rPr>
        <w:t>湖畔风景</w:t>
      </w:r>
    </w:p>
    <w:p>
      <w:pPr>
        <w:spacing w:line="360" w:lineRule="auto"/>
        <w:jc w:val="center"/>
        <w:textAlignment w:val="center"/>
        <w:rPr>
          <w:color w:val="000000"/>
        </w:rPr>
      </w:pPr>
      <w:r>
        <w:rPr>
          <w:rFonts w:ascii="楷体" w:hAnsi="楷体" w:eastAsia="楷体" w:cs="楷体"/>
          <w:color w:val="000000"/>
        </w:rPr>
        <w:t>刘成章</w:t>
      </w:r>
    </w:p>
    <w:tbl>
      <w:tblPr>
        <w:tblStyle w:val="4"/>
        <w:tblW w:w="6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61"/>
        <w:gridCol w:w="829"/>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①上善若水。自古以来，人类都是逐水而居，对水有着一种天然的喜爱之情。而我住的小区里，就有一汪碧湛湛的湖水。</w:t>
            </w:r>
          </w:p>
          <w:p>
            <w:pPr>
              <w:spacing w:line="360" w:lineRule="auto"/>
              <w:ind w:firstLine="420"/>
              <w:jc w:val="left"/>
              <w:textAlignment w:val="center"/>
              <w:rPr>
                <w:color w:val="000000"/>
              </w:rPr>
            </w:pPr>
            <w:r>
              <w:rPr>
                <w:rFonts w:ascii="楷体" w:hAnsi="楷体" w:eastAsia="楷体" w:cs="楷体"/>
                <w:color w:val="000000"/>
              </w:rPr>
              <w:t>②这片湖水满足了人们对它的期待：春有春的明媚，夏有夏的清凉，秋有秋的旖旎，即使到了冬天，也会给我们捧来一湖冰的____。</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叠词“湛湛”用的好，写出了湖水清澈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③工人们辛劳付出，湖里先后有了荷花的清幽，水草的蓊郁，金鱼摆尾巴和吐泡泡的灵动。一朵朵大荷花，花香四溢，吸引来了好多蝴蝶。整个大湖，似乎是要招待远方来的贵客高朋。于是又有不知从哪里来的青蛙，又是打鼓，又是唱着“呱呱呱”的歌谣。听见它们的声响，我的童年便重现于眼前，我每天都要去童年里走上一遭。再后来，又飞来了两只野鸭子。它们苗条秀气，想飞就飞，轻捷自如，让人发自内心地喜欢。据说，那两只野鸭子是一对恩爱夫妻呢。这湖面便又多了些浪漫的气息。</w:t>
            </w:r>
          </w:p>
          <w:p>
            <w:pPr>
              <w:spacing w:line="360" w:lineRule="auto"/>
              <w:ind w:firstLine="420"/>
              <w:jc w:val="left"/>
              <w:textAlignment w:val="center"/>
              <w:rPr>
                <w:color w:val="000000"/>
              </w:rPr>
            </w:pPr>
            <w:r>
              <w:rPr>
                <w:rFonts w:ascii="楷体" w:hAnsi="楷体" w:eastAsia="楷体" w:cs="楷体"/>
                <w:color w:val="000000"/>
              </w:rPr>
              <w:t>④一个清晨，正当旭日照着蓝玻璃似的湖面，忽然，九只小精灵，出现在人们的视野里——那是九只小野鸭！一个个毛茸茸的，羽毛黑黄相间，宛若举办童装秀。这一窝小精灵！</w:t>
            </w:r>
          </w:p>
          <w:p>
            <w:pPr>
              <w:spacing w:line="360" w:lineRule="auto"/>
              <w:ind w:firstLine="420"/>
              <w:jc w:val="left"/>
              <w:textAlignment w:val="center"/>
              <w:rPr>
                <w:color w:val="000000"/>
              </w:rPr>
            </w:pPr>
            <w:r>
              <w:rPr>
                <w:rFonts w:ascii="楷体" w:hAnsi="楷体" w:eastAsia="楷体" w:cs="楷体"/>
                <w:color w:val="000000"/>
              </w:rPr>
              <w:t>⑤九只小野鸭啊，一窝会游泳的花骨朵！</w:t>
            </w:r>
          </w:p>
          <w:p>
            <w:pPr>
              <w:spacing w:line="360" w:lineRule="auto"/>
              <w:ind w:firstLine="420"/>
              <w:jc w:val="left"/>
              <w:textAlignment w:val="center"/>
              <w:rPr>
                <w:color w:val="000000"/>
              </w:rPr>
            </w:pPr>
            <w:r>
              <w:rPr>
                <w:rFonts w:ascii="楷体" w:hAnsi="楷体" w:eastAsia="楷体" w:cs="楷体"/>
                <w:color w:val="000000"/>
              </w:rPr>
              <w:t>⑥这些花骨朵，是大野鸭从空中背过来的吗？</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___________________</w:t>
            </w:r>
          </w:p>
          <w:p>
            <w:pPr>
              <w:spacing w:line="360" w:lineRule="auto"/>
              <w:jc w:val="left"/>
              <w:textAlignment w:val="center"/>
              <w:rPr>
                <w:color w:val="000000"/>
              </w:rPr>
            </w:pPr>
            <w:r>
              <w:rPr>
                <w:rFonts w:ascii="宋体" w:hAnsi="宋体" w:eastAsia="宋体" w:cs="宋体"/>
                <w:color w:val="000000"/>
              </w:rPr>
              <w:t>___________________</w:t>
            </w:r>
          </w:p>
          <w:p>
            <w:pPr>
              <w:spacing w:line="360" w:lineRule="auto"/>
              <w:jc w:val="left"/>
              <w:textAlignment w:val="center"/>
              <w:rPr>
                <w:color w:val="000000"/>
              </w:rPr>
            </w:pPr>
            <w:r>
              <w:rPr>
                <w:rFonts w:ascii="宋体" w:hAnsi="宋体" w:eastAsia="宋体" w:cs="宋体"/>
                <w:color w:val="000000"/>
              </w:rPr>
              <w:t>___________________</w:t>
            </w:r>
          </w:p>
          <w:p>
            <w:pPr>
              <w:spacing w:line="360" w:lineRule="auto"/>
              <w:jc w:val="left"/>
              <w:textAlignment w:val="center"/>
              <w:rPr>
                <w:color w:val="000000"/>
              </w:rPr>
            </w:pPr>
            <w:r>
              <w:rPr>
                <w:color w:val="000000"/>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⑦后来经过多方打听才知道，它们的孵化之地是在小区的楼后面。出世后，它们极小极弱，但它们也有自己梦想中的天地，于是鸭妈妈领着它们去作寻水之旅。</w:t>
            </w:r>
          </w:p>
          <w:p>
            <w:pPr>
              <w:spacing w:line="360" w:lineRule="auto"/>
              <w:ind w:firstLine="420"/>
              <w:jc w:val="left"/>
              <w:textAlignment w:val="center"/>
              <w:rPr>
                <w:color w:val="000000"/>
              </w:rPr>
            </w:pPr>
            <w:r>
              <w:rPr>
                <w:rFonts w:ascii="楷体" w:hAnsi="楷体" w:eastAsia="楷体" w:cs="楷体"/>
                <w:color w:val="000000"/>
              </w:rPr>
              <w:t>⑧这些小野鸭，这些难逢的小贵客,它们的降临，给我们这个小区平添了无限的生机、情致、喜气、趣味和诗意。这些花骨朵，给小区里人们，带来了无尽的愉悦和欣喜。</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小野鸭也有自己的梦想，你呢？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⑨湖畔的所有目光，都被小野鸭所吸引；湖畔的所有脚步，都因小野鸭而慢了下来；湖畔的所有议题，都和小野鸭有关。小野鸭是开心果，人们为它们而喜笑颜开；小野鸭是调音器，人们心上的管弦也因它们而愈加和谐动听。</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这里为什么连续使用“所有……都……”的句式呢？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⑩为了让小野鸭生活得更加安全、舒适，人们在湖面的一丛荷花旁，给它们盖了一座瓦房似的绿顶小屋。这美丽的小建筑让孩子们欢呼：这活脱脱是一个童话的世界！</w:t>
            </w:r>
          </w:p>
          <w:p>
            <w:pPr>
              <w:spacing w:line="360" w:lineRule="auto"/>
              <w:ind w:firstLine="420"/>
              <w:jc w:val="left"/>
              <w:textAlignment w:val="center"/>
              <w:rPr>
                <w:color w:val="000000"/>
              </w:rPr>
            </w:pPr>
            <w:r>
              <w:rPr>
                <w:rFonts w:ascii="楷体" w:hAnsi="楷体" w:eastAsia="楷体" w:cs="楷体"/>
                <w:color w:val="000000"/>
              </w:rPr>
              <w:t xml:space="preserve">⑪望着小野鸭和眼前的景象，我心里默默地说：“___________。” </w:t>
            </w:r>
          </w:p>
          <w:p>
            <w:pPr>
              <w:spacing w:line="360" w:lineRule="auto"/>
              <w:ind w:firstLine="420"/>
              <w:jc w:val="left"/>
              <w:textAlignment w:val="center"/>
              <w:rPr>
                <w:color w:val="000000"/>
              </w:rPr>
            </w:pPr>
            <w:r>
              <w:rPr>
                <w:rFonts w:ascii="楷体" w:hAnsi="楷体" w:eastAsia="楷体" w:cs="楷体"/>
                <w:color w:val="000000"/>
              </w:rPr>
              <w:t>⑫就这样，这片湖水，以那些小野鸭为焦点，每天都好戏连台。人们路过湖畔时，再也不埋头看手机，而是将目光投向湖面，寻找小野鸭的身影。孩子们凑近小野鸭，谈论它们，问候它们，也有淘气的孩子,随手捡一些树枝，向它们轻轻掷去,逗它们玩。小野鸭呢，却一点也不害怕，依然在孩子们面前自在地游来晃去，还要唱上几声。于是人们又不禁赞叹道：“太可爱了！”“真是些花骨朵!”……</w:t>
            </w:r>
          </w:p>
          <w:p>
            <w:pPr>
              <w:spacing w:line="360" w:lineRule="auto"/>
              <w:ind w:firstLine="420"/>
              <w:jc w:val="left"/>
              <w:textAlignment w:val="center"/>
              <w:rPr>
                <w:color w:val="000000"/>
              </w:rPr>
            </w:pPr>
            <w:r>
              <w:rPr>
                <w:color w:val="000000"/>
              </w:rPr>
              <w:br w:type="textWrapping"/>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这里，“我”会对小野鸭说些什么呢？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⑬它们在人们的欣赏、疼爱中，在人们的赞美声中，幸福地成长着。是的，大鸭领着小鸭，居然可以上到更高的那片湖面啦。</w:t>
            </w:r>
          </w:p>
          <w:p>
            <w:pPr>
              <w:spacing w:line="360" w:lineRule="auto"/>
              <w:ind w:firstLine="420"/>
              <w:jc w:val="left"/>
              <w:textAlignment w:val="center"/>
              <w:rPr>
                <w:color w:val="000000"/>
              </w:rPr>
            </w:pPr>
            <w:r>
              <w:rPr>
                <w:rFonts w:ascii="楷体" w:hAnsi="楷体" w:eastAsia="楷体" w:cs="楷体"/>
                <w:color w:val="000000"/>
              </w:rPr>
              <w:t>⑭大家心里都明白，总有一天,这一窝花骨朵，会扑噜噜地展翅高飞。人们在心里默默叮嘱：“小野鸭啊，小可爱啊,你们将来不管飞到哪里去，都别忘了这里。要是累了倦了，就毫不犹疑地飞回来，回到这一汪蓝莹莹的湖水中，这里永远是你们的故乡。”</w:t>
            </w:r>
          </w:p>
          <w:p>
            <w:pPr>
              <w:spacing w:line="360" w:lineRule="auto"/>
              <w:ind w:firstLine="420"/>
              <w:jc w:val="right"/>
              <w:textAlignment w:val="center"/>
              <w:rPr>
                <w:color w:val="000000"/>
              </w:rPr>
            </w:pPr>
            <w:r>
              <w:rPr>
                <w:rFonts w:ascii="宋体" w:hAnsi="宋体" w:eastAsia="宋体" w:cs="宋体"/>
                <w:color w:val="000000"/>
              </w:rPr>
              <w:t>（有删节）</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br w:type="textWrapping"/>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可爱的小野鸭长大了！</w:t>
            </w:r>
          </w:p>
        </w:tc>
      </w:tr>
    </w:tbl>
    <w:p>
      <w:pPr>
        <w:spacing w:line="360" w:lineRule="auto"/>
        <w:jc w:val="left"/>
        <w:textAlignment w:val="center"/>
        <w:rPr>
          <w:color w:val="000000"/>
        </w:rPr>
      </w:pPr>
      <w:r>
        <w:rPr>
          <w:color w:val="000000"/>
        </w:rPr>
        <w:t xml:space="preserve">12. </w:t>
      </w:r>
      <w:r>
        <w:rPr>
          <w:rFonts w:ascii="宋体" w:hAnsi="宋体" w:eastAsia="宋体" w:cs="宋体"/>
          <w:color w:val="000000"/>
        </w:rPr>
        <w:t>阅读第②段内容，在横线处补写合适的词语。</w:t>
      </w:r>
    </w:p>
    <w:p>
      <w:pPr>
        <w:spacing w:line="360" w:lineRule="auto"/>
        <w:jc w:val="left"/>
        <w:textAlignment w:val="center"/>
        <w:rPr>
          <w:color w:val="000000"/>
        </w:rPr>
      </w:pPr>
      <w:r>
        <w:rPr>
          <w:color w:val="000000"/>
        </w:rPr>
        <w:t xml:space="preserve">13. </w:t>
      </w:r>
      <w:r>
        <w:rPr>
          <w:rFonts w:ascii="宋体" w:hAnsi="宋体" w:eastAsia="宋体" w:cs="宋体"/>
          <w:color w:val="000000"/>
        </w:rPr>
        <w:t>结合你的阅读体验，为第③段文字写一个旁批。</w:t>
      </w:r>
    </w:p>
    <w:p>
      <w:pPr>
        <w:spacing w:line="360" w:lineRule="auto"/>
        <w:jc w:val="left"/>
        <w:textAlignment w:val="center"/>
        <w:rPr>
          <w:color w:val="000000"/>
        </w:rPr>
      </w:pPr>
      <w:r>
        <w:rPr>
          <w:color w:val="000000"/>
        </w:rPr>
        <w:t xml:space="preserve">14. </w:t>
      </w:r>
      <w:r>
        <w:rPr>
          <w:rFonts w:ascii="宋体" w:hAnsi="宋体" w:eastAsia="宋体" w:cs="宋体"/>
          <w:color w:val="000000"/>
        </w:rPr>
        <w:t>作者不断变换对小野鸭的称呼。摘录其中一种称呼，结合语境体会其中蕴含的情感。</w:t>
      </w:r>
    </w:p>
    <w:p>
      <w:pPr>
        <w:spacing w:line="360" w:lineRule="auto"/>
        <w:jc w:val="left"/>
        <w:textAlignment w:val="center"/>
        <w:rPr>
          <w:color w:val="000000"/>
        </w:rPr>
      </w:pPr>
      <w:r>
        <w:rPr>
          <w:color w:val="000000"/>
        </w:rPr>
        <w:t xml:space="preserve">15. </w:t>
      </w:r>
      <w:r>
        <w:rPr>
          <w:rFonts w:ascii="宋体" w:hAnsi="宋体" w:eastAsia="宋体" w:cs="宋体"/>
          <w:color w:val="000000"/>
        </w:rPr>
        <w:t>结合语境，揣摩“我”此时的心理活动，在第</w:t>
      </w:r>
      <w:r>
        <w:rPr>
          <w:color w:val="000000"/>
        </w:rPr>
        <w:t>⑪</w:t>
      </w:r>
      <w:r>
        <w:rPr>
          <w:rFonts w:ascii="宋体" w:hAnsi="宋体" w:eastAsia="宋体" w:cs="宋体"/>
          <w:color w:val="000000"/>
        </w:rPr>
        <w:t>段横线处补写合适的内容。（不少于40字）</w:t>
      </w:r>
    </w:p>
    <w:p>
      <w:pPr>
        <w:spacing w:line="360" w:lineRule="auto"/>
        <w:jc w:val="left"/>
        <w:textAlignment w:val="center"/>
        <w:rPr>
          <w:color w:val="000000"/>
        </w:rPr>
      </w:pPr>
      <w:r>
        <w:rPr>
          <w:color w:val="000000"/>
        </w:rPr>
        <w:t xml:space="preserve">16. </w:t>
      </w:r>
      <w:r>
        <w:rPr>
          <w:rFonts w:ascii="宋体" w:hAnsi="宋体" w:eastAsia="宋体" w:cs="宋体"/>
          <w:color w:val="000000"/>
        </w:rPr>
        <w:t>阅读全文，说说“湖畔风景”指的是什么。</w:t>
      </w:r>
    </w:p>
    <w:p>
      <w:pPr>
        <w:spacing w:line="360" w:lineRule="auto"/>
        <w:textAlignment w:val="center"/>
        <w:rPr>
          <w:color w:val="000000"/>
        </w:rPr>
      </w:pPr>
      <w:r>
        <w:rPr>
          <w:color w:val="2E75B6"/>
        </w:rPr>
        <w:t>【答案】</w:t>
      </w:r>
      <w:r>
        <w:rPr>
          <w:color w:val="000000"/>
        </w:rPr>
        <w:t xml:space="preserve">12. </w:t>
      </w:r>
      <w:r>
        <w:rPr>
          <w:rFonts w:ascii="宋体" w:hAnsi="宋体" w:eastAsia="宋体" w:cs="宋体"/>
          <w:color w:val="000000"/>
        </w:rPr>
        <w:t>晶莹</w:t>
      </w:r>
      <w:r>
        <w:rPr>
          <w:color w:val="000000"/>
        </w:rPr>
        <w:t xml:space="preserve">    13. </w:t>
      </w:r>
      <w:r>
        <w:rPr>
          <w:rFonts w:ascii="宋体" w:hAnsi="宋体" w:eastAsia="宋体" w:cs="宋体"/>
          <w:color w:val="000000"/>
        </w:rPr>
        <w:t>答案示例一:</w:t>
      </w:r>
    </w:p>
    <w:p>
      <w:pPr>
        <w:spacing w:line="360" w:lineRule="auto"/>
        <w:jc w:val="both"/>
        <w:textAlignment w:val="center"/>
        <w:rPr>
          <w:color w:val="000000"/>
        </w:rPr>
      </w:pPr>
      <w:r>
        <w:rPr>
          <w:rFonts w:ascii="宋体" w:hAnsi="宋体" w:eastAsia="宋体" w:cs="宋体"/>
          <w:color w:val="000000"/>
        </w:rPr>
        <w:t>这段文字从视觉、嗅觉和听觉的角度进行细致描写，牵动着美妙的联想和想象，带给我们全方位的感受。</w:t>
      </w:r>
    </w:p>
    <w:p>
      <w:pPr>
        <w:spacing w:line="360" w:lineRule="auto"/>
        <w:jc w:val="both"/>
        <w:textAlignment w:val="center"/>
        <w:rPr>
          <w:color w:val="000000"/>
        </w:rPr>
      </w:pPr>
      <w:r>
        <w:rPr>
          <w:rFonts w:ascii="宋体" w:hAnsi="宋体" w:eastAsia="宋体" w:cs="宋体"/>
          <w:color w:val="000000"/>
        </w:rPr>
        <w:t xml:space="preserve">答案示例二： </w:t>
      </w:r>
    </w:p>
    <w:p>
      <w:pPr>
        <w:spacing w:line="360" w:lineRule="auto"/>
        <w:jc w:val="both"/>
        <w:textAlignment w:val="center"/>
        <w:rPr>
          <w:color w:val="000000"/>
        </w:rPr>
      </w:pPr>
      <w:r>
        <w:rPr>
          <w:rFonts w:ascii="宋体" w:hAnsi="宋体" w:eastAsia="宋体" w:cs="宋体"/>
          <w:color w:val="000000"/>
        </w:rPr>
        <w:t>花香，蝶舞，野鸭飞过，更蛙声一片，好不欢腾热烈！</w:t>
      </w:r>
      <w:r>
        <w:rPr>
          <w:color w:val="000000"/>
        </w:rPr>
        <w:t xml:space="preserve">    </w:t>
      </w:r>
    </w:p>
    <w:p>
      <w:pPr>
        <w:spacing w:line="360" w:lineRule="auto"/>
        <w:jc w:val="both"/>
        <w:textAlignment w:val="center"/>
        <w:rPr>
          <w:color w:val="000000"/>
        </w:rPr>
      </w:pPr>
      <w:r>
        <w:rPr>
          <w:color w:val="000000"/>
        </w:rPr>
        <w:t xml:space="preserve">14. </w:t>
      </w:r>
      <w:r>
        <w:rPr>
          <w:rFonts w:ascii="宋体" w:hAnsi="宋体" w:eastAsia="宋体" w:cs="宋体"/>
          <w:color w:val="000000"/>
        </w:rPr>
        <w:t>“花骨朵”。作者把游水的小野鸭形容为会游泳的花骨朵，画面极美！既写出小野鸭的娇嫩、美丽、富有活力，又表达了作者的极度喜爱。</w:t>
      </w:r>
      <w:r>
        <w:rPr>
          <w:color w:val="000000"/>
        </w:rPr>
        <w:t xml:space="preserve">    </w:t>
      </w:r>
    </w:p>
    <w:p>
      <w:pPr>
        <w:spacing w:line="360" w:lineRule="auto"/>
        <w:jc w:val="both"/>
        <w:textAlignment w:val="center"/>
        <w:rPr>
          <w:color w:val="000000"/>
        </w:rPr>
      </w:pPr>
      <w:r>
        <w:rPr>
          <w:color w:val="000000"/>
        </w:rPr>
        <w:t xml:space="preserve">15. </w:t>
      </w:r>
      <w:r>
        <w:rPr>
          <w:rFonts w:ascii="宋体" w:hAnsi="宋体" w:eastAsia="宋体" w:cs="宋体"/>
          <w:color w:val="000000"/>
        </w:rPr>
        <w:t>这小屋，这湖里的一切，包括数不清的鱼虾、虫儿，荷花、水草，甚至是落在湖里的蓝天、白云、明月、星辰，都归你们了，你们就尽情享用吧</w:t>
      </w:r>
      <w:r>
        <w:rPr>
          <w:color w:val="000000"/>
        </w:rPr>
        <w:t xml:space="preserve">    </w:t>
      </w:r>
    </w:p>
    <w:p>
      <w:pPr>
        <w:spacing w:line="360" w:lineRule="auto"/>
        <w:jc w:val="both"/>
        <w:textAlignment w:val="center"/>
        <w:rPr>
          <w:color w:val="000000"/>
        </w:rPr>
      </w:pPr>
      <w:r>
        <w:rPr>
          <w:color w:val="000000"/>
        </w:rPr>
        <w:t xml:space="preserve">16. </w:t>
      </w:r>
      <w:r>
        <w:rPr>
          <w:rFonts w:ascii="宋体" w:hAnsi="宋体" w:eastAsia="宋体" w:cs="宋体"/>
          <w:color w:val="000000"/>
        </w:rPr>
        <w:t>① 令人赏心悦目的湖水、荷花、野鸭等景观。</w:t>
      </w:r>
    </w:p>
    <w:p>
      <w:pPr>
        <w:spacing w:line="360" w:lineRule="auto"/>
        <w:jc w:val="both"/>
        <w:textAlignment w:val="center"/>
        <w:rPr>
          <w:color w:val="000000"/>
        </w:rPr>
      </w:pPr>
      <w:r>
        <w:rPr>
          <w:rFonts w:ascii="宋体" w:hAnsi="宋体" w:eastAsia="宋体" w:cs="宋体"/>
          <w:color w:val="000000"/>
        </w:rPr>
        <w:t>② 人与自然和谐相处的理想境界。</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color w:val="000000"/>
        </w:rPr>
        <w:t>本题考查理解文章内容。</w:t>
      </w:r>
    </w:p>
    <w:p>
      <w:pPr>
        <w:spacing w:line="360" w:lineRule="auto"/>
        <w:jc w:val="left"/>
        <w:textAlignment w:val="center"/>
        <w:rPr>
          <w:color w:val="000000"/>
        </w:rPr>
      </w:pPr>
      <w:r>
        <w:rPr>
          <w:rFonts w:ascii="宋体" w:hAnsi="宋体" w:eastAsia="宋体" w:cs="宋体"/>
          <w:color w:val="000000"/>
        </w:rPr>
        <w:t>结合第</w:t>
      </w:r>
      <w:r>
        <w:rPr>
          <w:color w:val="000000"/>
        </w:rPr>
        <w:t>②</w:t>
      </w:r>
      <w:r>
        <w:rPr>
          <w:rFonts w:ascii="宋体" w:hAnsi="宋体" w:eastAsia="宋体" w:cs="宋体"/>
          <w:color w:val="000000"/>
        </w:rPr>
        <w:t>段“</w:t>
      </w:r>
      <w:r>
        <w:rPr>
          <w:color w:val="000000"/>
        </w:rPr>
        <w:t>春有春的明媚，夏有夏的清凉，秋有秋的旖旎，即使到了冬天，也会给我们捧来一湖冰的</w:t>
      </w:r>
      <w:r>
        <w:rPr>
          <w:rFonts w:ascii="宋体" w:hAnsi="宋体" w:eastAsia="宋体" w:cs="宋体"/>
          <w:color w:val="000000"/>
        </w:rPr>
        <w:t>”可知：湖水的四季风光是不一样的，冬天是结冰，冰是晶莹剔透的，据此分析可填写：晶莹。</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本题考查赏析段落。</w:t>
      </w:r>
    </w:p>
    <w:p>
      <w:pPr>
        <w:spacing w:line="360" w:lineRule="auto"/>
        <w:jc w:val="left"/>
        <w:textAlignment w:val="center"/>
        <w:rPr>
          <w:color w:val="000000"/>
        </w:rPr>
      </w:pPr>
      <w:r>
        <w:rPr>
          <w:rFonts w:ascii="宋体" w:hAnsi="宋体" w:eastAsia="宋体" w:cs="宋体"/>
          <w:color w:val="000000"/>
        </w:rPr>
        <w:t>结合第③段“湖里先后有了荷花的清幽，水草的蓊郁，金鱼摆尾巴和吐泡泡的灵动”，“一朵朵大荷花，花香四溢,吸引来了好多蝴蝶”“</w:t>
      </w:r>
      <w:r>
        <w:rPr>
          <w:color w:val="000000"/>
        </w:rPr>
        <w:t>又飞来了两只野鸭子。它们苗条秀气，想飞就飞，轻捷自如，让人发自内心地喜欢</w:t>
      </w:r>
      <w:r>
        <w:rPr>
          <w:rFonts w:ascii="宋体" w:hAnsi="宋体" w:eastAsia="宋体" w:cs="宋体"/>
          <w:color w:val="000000"/>
        </w:rPr>
        <w:t>”，“于是又有不知从哪里来的青蛙，又是打鼓，又是唱着‘呱呱呱’的歌谣。听见它们的声响，我的童年便重现于眼前，我每天都要去童年里走上一遭”，可知：这一段描写了湖里的美丽景色，从人们看见的景色、闻到的香味和听到的声音来描写湖里美丽动人的景象。表现作者对湖畔美景的喜爱之情。同时作者由美妙的蛙鸣声音联想到童年美好的岁月，表现对童年的眷恋之情。</w:t>
      </w:r>
    </w:p>
    <w:p>
      <w:pPr>
        <w:spacing w:line="360" w:lineRule="auto"/>
        <w:jc w:val="left"/>
        <w:textAlignment w:val="center"/>
        <w:rPr>
          <w:color w:val="000000"/>
        </w:rPr>
      </w:pPr>
      <w:r>
        <w:rPr>
          <w:rFonts w:ascii="宋体" w:hAnsi="宋体" w:eastAsia="宋体" w:cs="宋体"/>
          <w:color w:val="000000"/>
        </w:rPr>
        <w:t>结合第</w:t>
      </w:r>
      <w:r>
        <w:rPr>
          <w:color w:val="000000"/>
        </w:rPr>
        <w:t>③</w:t>
      </w:r>
      <w:r>
        <w:rPr>
          <w:rFonts w:ascii="宋体" w:hAnsi="宋体" w:eastAsia="宋体" w:cs="宋体"/>
          <w:color w:val="000000"/>
        </w:rPr>
        <w:t>段“</w:t>
      </w:r>
      <w:r>
        <w:rPr>
          <w:color w:val="000000"/>
        </w:rPr>
        <w:t>湖里先后有了荷花的清幽，水草的蓊郁</w:t>
      </w:r>
      <w:r>
        <w:rPr>
          <w:rFonts w:ascii="宋体" w:hAnsi="宋体" w:eastAsia="宋体" w:cs="宋体"/>
          <w:color w:val="000000"/>
        </w:rPr>
        <w:t>”“</w:t>
      </w:r>
      <w:r>
        <w:rPr>
          <w:color w:val="000000"/>
        </w:rPr>
        <w:t>金鱼摆尾巴和吐泡泡的灵动</w:t>
      </w:r>
      <w:r>
        <w:rPr>
          <w:rFonts w:ascii="宋体" w:hAnsi="宋体" w:eastAsia="宋体" w:cs="宋体"/>
          <w:color w:val="000000"/>
        </w:rPr>
        <w:t>”，“</w:t>
      </w:r>
      <w:r>
        <w:rPr>
          <w:color w:val="000000"/>
        </w:rPr>
        <w:t>一朵朵大荷花，花香四溢，吸引来了好多蝴蝶</w:t>
      </w:r>
      <w:r>
        <w:rPr>
          <w:rFonts w:ascii="宋体" w:hAnsi="宋体" w:eastAsia="宋体" w:cs="宋体"/>
          <w:color w:val="000000"/>
        </w:rPr>
        <w:t>”，“于是又有不知从哪里来的青蛙，又是打鼓，又是唱着‘呱呱呱’的歌谣”，“</w:t>
      </w:r>
      <w:r>
        <w:rPr>
          <w:color w:val="000000"/>
        </w:rPr>
        <w:t>又飞来了两只野鸭子。它们苗条秀气，想飞就飞，轻捷自如，让人发自内心地喜欢</w:t>
      </w:r>
      <w:r>
        <w:rPr>
          <w:rFonts w:ascii="宋体" w:hAnsi="宋体" w:eastAsia="宋体" w:cs="宋体"/>
          <w:color w:val="000000"/>
        </w:rPr>
        <w:t>”，可知：作者不仅描写了湖里的金鱼在游动，蝴蝶翩翩起舞，青蛙唱着歌谣，野鸭子自由飞翔，也描写清幽的荷花，蓊郁的水草，通过动静结合，生动形象地表现湖畔生机勃勃的美景，真的是令人赏心悦目。</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本题考查品味文章的情感。</w:t>
      </w:r>
    </w:p>
    <w:p>
      <w:pPr>
        <w:spacing w:line="360" w:lineRule="auto"/>
        <w:jc w:val="left"/>
        <w:textAlignment w:val="center"/>
        <w:rPr>
          <w:color w:val="000000"/>
        </w:rPr>
      </w:pPr>
      <w:r>
        <w:rPr>
          <w:rFonts w:ascii="宋体" w:hAnsi="宋体" w:eastAsia="宋体" w:cs="宋体"/>
          <w:color w:val="000000"/>
        </w:rPr>
        <w:t>结合第④段“忽然，九只小精灵，出现在人们的视野里</w:t>
      </w:r>
      <w:r>
        <w:rPr>
          <w:rFonts w:ascii="Times New Roman" w:hAnsi="Times New Roman" w:eastAsia="Times New Roman" w:cs="Times New Roman"/>
          <w:color w:val="000000"/>
        </w:rPr>
        <w:t>——</w:t>
      </w:r>
      <w:r>
        <w:rPr>
          <w:rFonts w:ascii="宋体" w:hAnsi="宋体" w:eastAsia="宋体" w:cs="宋体"/>
          <w:color w:val="000000"/>
        </w:rPr>
        <w:t>那是九只小野鸭”可知：作者把突然出现的小野鸭称为小精灵，突出了小野鸭就如同精灵一样，非常可爱和灵动，表现作者喜爱小野鸭的情感；</w:t>
      </w:r>
    </w:p>
    <w:p>
      <w:pPr>
        <w:spacing w:line="360" w:lineRule="auto"/>
        <w:jc w:val="left"/>
        <w:textAlignment w:val="center"/>
        <w:rPr>
          <w:color w:val="000000"/>
        </w:rPr>
      </w:pPr>
      <w:r>
        <w:rPr>
          <w:rFonts w:ascii="宋体" w:hAnsi="宋体" w:eastAsia="宋体" w:cs="宋体"/>
          <w:color w:val="000000"/>
        </w:rPr>
        <w:t>结合第⑤段“九只小野鸭啊，一窝会游泳的花骨朵”可知：作者称游泳的小</w:t>
      </w:r>
      <w:r>
        <w:rPr>
          <w:color w:val="000000"/>
        </w:rPr>
        <w:t>野</w:t>
      </w:r>
      <w:r>
        <w:rPr>
          <w:rFonts w:ascii="宋体" w:hAnsi="宋体" w:eastAsia="宋体" w:cs="宋体"/>
          <w:color w:val="000000"/>
        </w:rPr>
        <w:t>鸭为花骨朵，突出小野鸭的很娇艳美丽，表现作者喜爱小野鸭的情感；</w:t>
      </w:r>
    </w:p>
    <w:p>
      <w:pPr>
        <w:spacing w:line="360" w:lineRule="auto"/>
        <w:jc w:val="left"/>
        <w:textAlignment w:val="center"/>
        <w:rPr>
          <w:color w:val="000000"/>
        </w:rPr>
      </w:pPr>
      <w:r>
        <w:rPr>
          <w:rFonts w:ascii="宋体" w:hAnsi="宋体" w:eastAsia="宋体" w:cs="宋体"/>
          <w:color w:val="000000"/>
        </w:rPr>
        <w:t>结合第⑧段“这些小野鸭,这些难逢的小贵客,它们的降临,给我们这个小区平添了无限的生机、情致、喜气、趣味和诗意”可知：作者称小</w:t>
      </w:r>
      <w:r>
        <w:rPr>
          <w:color w:val="000000"/>
        </w:rPr>
        <w:t>野</w:t>
      </w:r>
      <w:r>
        <w:rPr>
          <w:rFonts w:ascii="宋体" w:hAnsi="宋体" w:eastAsia="宋体" w:cs="宋体"/>
          <w:color w:val="000000"/>
        </w:rPr>
        <w:t>鸭为</w:t>
      </w:r>
      <w:r>
        <w:rPr>
          <w:color w:val="000000"/>
        </w:rPr>
        <w:t>小贵客</w:t>
      </w:r>
      <w:r>
        <w:rPr>
          <w:rFonts w:ascii="宋体" w:hAnsi="宋体" w:eastAsia="宋体" w:cs="宋体"/>
          <w:color w:val="000000"/>
        </w:rPr>
        <w:t>，因为它们给</w:t>
      </w:r>
      <w:r>
        <w:rPr>
          <w:color w:val="000000"/>
        </w:rPr>
        <w:t>小区增添了无限的生机、情致、喜气、趣味和诗意，</w:t>
      </w:r>
      <w:r>
        <w:rPr>
          <w:rFonts w:ascii="宋体" w:hAnsi="宋体" w:eastAsia="宋体" w:cs="宋体"/>
          <w:color w:val="000000"/>
        </w:rPr>
        <w:t>表现作者喜爱小野鸭的情感；</w:t>
      </w:r>
    </w:p>
    <w:p>
      <w:pPr>
        <w:spacing w:line="360" w:lineRule="auto"/>
        <w:jc w:val="left"/>
        <w:textAlignment w:val="center"/>
        <w:rPr>
          <w:color w:val="000000"/>
        </w:rPr>
      </w:pPr>
      <w:r>
        <w:rPr>
          <w:rFonts w:ascii="宋体" w:hAnsi="宋体" w:eastAsia="宋体" w:cs="宋体"/>
          <w:color w:val="000000"/>
        </w:rPr>
        <w:t>结合第⑨段“小野鸭是开心果，人们为它们而喜笑颜开；小野鸭是调音器，人们心上的管弦也因它们而愈加和谐动听”可知：作者称小</w:t>
      </w:r>
      <w:r>
        <w:rPr>
          <w:color w:val="000000"/>
        </w:rPr>
        <w:t>野</w:t>
      </w:r>
      <w:r>
        <w:rPr>
          <w:rFonts w:ascii="宋体" w:hAnsi="宋体" w:eastAsia="宋体" w:cs="宋体"/>
          <w:color w:val="000000"/>
        </w:rPr>
        <w:t>鸭为</w:t>
      </w:r>
      <w:r>
        <w:rPr>
          <w:color w:val="000000"/>
        </w:rPr>
        <w:t>开心果和调音器</w:t>
      </w:r>
      <w:r>
        <w:rPr>
          <w:rFonts w:ascii="宋体" w:hAnsi="宋体" w:eastAsia="宋体" w:cs="宋体"/>
          <w:color w:val="000000"/>
        </w:rPr>
        <w:t>，因为它们的出现让小区的人们心情愉悦，</w:t>
      </w:r>
      <w:r>
        <w:rPr>
          <w:color w:val="000000"/>
        </w:rPr>
        <w:t>湖畔的所有议题，都和小野鸭有关，它们这么</w:t>
      </w:r>
      <w:r>
        <w:rPr>
          <w:rFonts w:ascii="宋体" w:hAnsi="宋体" w:eastAsia="宋体" w:cs="宋体"/>
          <w:color w:val="000000"/>
        </w:rPr>
        <w:t>惹人疼爱，表现作者极度喜爱小野鸭的情感；根据以上分析来概括答案即可。</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本题考查补写句子。</w:t>
      </w:r>
    </w:p>
    <w:p>
      <w:pPr>
        <w:spacing w:line="360" w:lineRule="auto"/>
        <w:jc w:val="left"/>
        <w:textAlignment w:val="center"/>
        <w:rPr>
          <w:color w:val="000000"/>
        </w:rPr>
      </w:pPr>
      <w:r>
        <w:rPr>
          <w:rFonts w:ascii="宋体" w:hAnsi="宋体" w:eastAsia="宋体" w:cs="宋体"/>
          <w:color w:val="000000"/>
        </w:rPr>
        <w:t>结合第</w:t>
      </w:r>
      <w:r>
        <w:rPr>
          <w:color w:val="000000"/>
        </w:rPr>
        <w:t>③</w:t>
      </w:r>
      <w:r>
        <w:rPr>
          <w:rFonts w:ascii="宋体" w:hAnsi="宋体" w:eastAsia="宋体" w:cs="宋体"/>
          <w:color w:val="000000"/>
        </w:rPr>
        <w:t>段“</w:t>
      </w:r>
      <w:r>
        <w:rPr>
          <w:color w:val="000000"/>
        </w:rPr>
        <w:t>工人们辛劳付出，湖里先后有了荷花的清幽，水草的蓊郁，金鱼摆尾巴和吐泡泡的灵动。一朵朵大荷花，花香四溢，吸引来了好多蝴蝶。整个大湖，似乎是要招待远方来的贵客高朋</w:t>
      </w:r>
      <w:r>
        <w:rPr>
          <w:rFonts w:ascii="宋体" w:hAnsi="宋体" w:eastAsia="宋体" w:cs="宋体"/>
          <w:color w:val="000000"/>
        </w:rPr>
        <w:t>”可知：湖畔的景色美丽动人，让人赏心悦目。</w:t>
      </w:r>
    </w:p>
    <w:p>
      <w:pPr>
        <w:spacing w:line="360" w:lineRule="auto"/>
        <w:jc w:val="left"/>
        <w:textAlignment w:val="center"/>
        <w:rPr>
          <w:color w:val="000000"/>
        </w:rPr>
      </w:pPr>
      <w:r>
        <w:rPr>
          <w:rFonts w:ascii="宋体" w:hAnsi="宋体" w:eastAsia="宋体" w:cs="宋体"/>
          <w:color w:val="000000"/>
        </w:rPr>
        <w:t>结合第</w:t>
      </w:r>
      <w:r>
        <w:rPr>
          <w:color w:val="000000"/>
        </w:rPr>
        <w:t>⑩</w:t>
      </w:r>
      <w:r>
        <w:rPr>
          <w:rFonts w:ascii="宋体" w:hAnsi="宋体" w:eastAsia="宋体" w:cs="宋体"/>
          <w:color w:val="000000"/>
        </w:rPr>
        <w:t>段“</w:t>
      </w:r>
      <w:r>
        <w:rPr>
          <w:color w:val="000000"/>
        </w:rPr>
        <w:t>为了让小野鸭生活得更加安全、舒适，人们在湖面的一丛荷花旁，给它们盖了一座瓦房似的绿顶小屋</w:t>
      </w:r>
      <w:r>
        <w:rPr>
          <w:rFonts w:ascii="宋体" w:hAnsi="宋体" w:eastAsia="宋体" w:cs="宋体"/>
          <w:color w:val="000000"/>
        </w:rPr>
        <w:t>”可知：小野鸭的到来引来人们的关注，小区里的人们非常喜欢它们，为它们搭建一座安全舒适的小屋，如童话世界一般美好。“我”的心理活动应该围绕祝福小野鸭来展开。</w:t>
      </w:r>
    </w:p>
    <w:p>
      <w:pPr>
        <w:spacing w:line="360" w:lineRule="auto"/>
        <w:jc w:val="left"/>
        <w:textAlignment w:val="center"/>
        <w:rPr>
          <w:color w:val="000000"/>
        </w:rPr>
      </w:pPr>
      <w:r>
        <w:rPr>
          <w:color w:val="000000"/>
        </w:rPr>
        <w:t>示例：小野鸭，你们是我们小区的贵客，请你们安心在这个美好的湖里生活吧，这里的蓝天绿水属于你，这里的人们欢迎你们！</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本题考查理解标题含义。</w:t>
      </w:r>
    </w:p>
    <w:p>
      <w:pPr>
        <w:spacing w:line="360" w:lineRule="auto"/>
        <w:jc w:val="left"/>
        <w:textAlignment w:val="center"/>
        <w:rPr>
          <w:color w:val="000000"/>
        </w:rPr>
      </w:pPr>
      <w:r>
        <w:rPr>
          <w:rFonts w:ascii="宋体" w:hAnsi="宋体" w:eastAsia="宋体" w:cs="宋体"/>
          <w:color w:val="000000"/>
        </w:rPr>
        <w:t>结合第</w:t>
      </w:r>
      <w:r>
        <w:rPr>
          <w:color w:val="000000"/>
        </w:rPr>
        <w:t>①</w:t>
      </w:r>
      <w:r>
        <w:rPr>
          <w:rFonts w:ascii="宋体" w:hAnsi="宋体" w:eastAsia="宋体" w:cs="宋体"/>
          <w:color w:val="000000"/>
        </w:rPr>
        <w:t>段“</w:t>
      </w:r>
      <w:r>
        <w:rPr>
          <w:color w:val="000000"/>
        </w:rPr>
        <w:t>而我住的小区里，就有一汪碧湛湛的湖水</w:t>
      </w:r>
      <w:r>
        <w:rPr>
          <w:rFonts w:ascii="宋体" w:hAnsi="宋体" w:eastAsia="宋体" w:cs="宋体"/>
          <w:color w:val="000000"/>
        </w:rPr>
        <w:t>”，第</w:t>
      </w:r>
      <w:r>
        <w:rPr>
          <w:color w:val="000000"/>
        </w:rPr>
        <w:t>②</w:t>
      </w:r>
      <w:r>
        <w:rPr>
          <w:rFonts w:ascii="宋体" w:hAnsi="宋体" w:eastAsia="宋体" w:cs="宋体"/>
          <w:color w:val="000000"/>
        </w:rPr>
        <w:t>段“</w:t>
      </w:r>
      <w:r>
        <w:rPr>
          <w:color w:val="000000"/>
        </w:rPr>
        <w:t>这片湖水满足了人们对它的期待：春有春的明媚，夏有夏的清凉，秋有秋的旖旎</w:t>
      </w:r>
      <w:r>
        <w:rPr>
          <w:rFonts w:ascii="宋体" w:hAnsi="宋体" w:eastAsia="宋体" w:cs="宋体"/>
          <w:color w:val="000000"/>
        </w:rPr>
        <w:t>”，第③段“湖里先后有了荷花的清幽，水草的蓊郁，金鱼摆尾巴和吐泡泡的灵动”，“一朵朵大荷花，花香四溢,吸引来了好多蝴蝶”“</w:t>
      </w:r>
      <w:r>
        <w:rPr>
          <w:color w:val="000000"/>
        </w:rPr>
        <w:t>又飞来了两只野鸭子。它们苗条秀气，想飞就飞，轻捷自如，让人发自内心地喜欢</w:t>
      </w:r>
      <w:r>
        <w:rPr>
          <w:rFonts w:ascii="宋体" w:hAnsi="宋体" w:eastAsia="宋体" w:cs="宋体"/>
          <w:color w:val="000000"/>
        </w:rPr>
        <w:t>”，“于是又有不知从哪里来的青蛙，又是打鼓，又是唱着‘呱呱呱’的歌谣”可知：“湖畔风景”指的是“我”住的小区里有一座美丽的湖畔，湖水很清澈，湖里有清幽的荷花，蓊郁的水草，灵动的金鱼，爱唱歌的青蛙，自由飞翔的野鸭子，那里的景色很优美。</w:t>
      </w:r>
    </w:p>
    <w:p>
      <w:pPr>
        <w:spacing w:line="360" w:lineRule="auto"/>
        <w:jc w:val="left"/>
        <w:textAlignment w:val="center"/>
        <w:rPr>
          <w:color w:val="000000"/>
        </w:rPr>
      </w:pPr>
      <w:r>
        <w:rPr>
          <w:rFonts w:ascii="宋体" w:hAnsi="宋体" w:eastAsia="宋体" w:cs="宋体"/>
          <w:color w:val="000000"/>
        </w:rPr>
        <w:t>结合第</w:t>
      </w:r>
      <w:r>
        <w:rPr>
          <w:color w:val="000000"/>
        </w:rPr>
        <w:t>⑦</w:t>
      </w:r>
      <w:r>
        <w:rPr>
          <w:rFonts w:ascii="宋体" w:hAnsi="宋体" w:eastAsia="宋体" w:cs="宋体"/>
          <w:color w:val="000000"/>
        </w:rPr>
        <w:t>段“</w:t>
      </w:r>
      <w:r>
        <w:rPr>
          <w:color w:val="000000"/>
        </w:rPr>
        <w:t>出世后，它们极小极弱，但它们也有自己梦想中的天地，于是鸭妈妈领着它们去作寻水之旅</w:t>
      </w:r>
      <w:r>
        <w:rPr>
          <w:rFonts w:ascii="宋体" w:hAnsi="宋体" w:eastAsia="宋体" w:cs="宋体"/>
          <w:color w:val="000000"/>
        </w:rPr>
        <w:t>”，第</w:t>
      </w:r>
      <w:r>
        <w:rPr>
          <w:color w:val="000000"/>
        </w:rPr>
        <w:t>⑧</w:t>
      </w:r>
      <w:r>
        <w:rPr>
          <w:rFonts w:ascii="宋体" w:hAnsi="宋体" w:eastAsia="宋体" w:cs="宋体"/>
          <w:color w:val="000000"/>
        </w:rPr>
        <w:t>段“</w:t>
      </w:r>
      <w:r>
        <w:rPr>
          <w:color w:val="000000"/>
        </w:rPr>
        <w:t>这些小野鸭，这些难逢的小贵客，它们的降临，给我们这个小区平添了无限的生机、情致、喜气、趣味和诗意</w:t>
      </w:r>
      <w:r>
        <w:rPr>
          <w:rFonts w:ascii="宋体" w:hAnsi="宋体" w:eastAsia="宋体" w:cs="宋体"/>
          <w:color w:val="000000"/>
        </w:rPr>
        <w:t>”，第</w:t>
      </w:r>
      <w:r>
        <w:rPr>
          <w:color w:val="000000"/>
        </w:rPr>
        <w:t>⑩</w:t>
      </w:r>
      <w:r>
        <w:rPr>
          <w:rFonts w:ascii="宋体" w:hAnsi="宋体" w:eastAsia="宋体" w:cs="宋体"/>
          <w:color w:val="000000"/>
        </w:rPr>
        <w:t>段“</w:t>
      </w:r>
      <w:r>
        <w:rPr>
          <w:color w:val="000000"/>
        </w:rPr>
        <w:t>为了让小野鸭生活得更加安全、舒适，人们在湖面的一丛荷花旁，给它们盖了一座瓦房似的绿顶小屋</w:t>
      </w:r>
      <w:r>
        <w:rPr>
          <w:rFonts w:ascii="宋体" w:hAnsi="宋体" w:eastAsia="宋体" w:cs="宋体"/>
          <w:color w:val="000000"/>
        </w:rPr>
        <w:t>”，第</w:t>
      </w:r>
      <w:r>
        <w:rPr>
          <w:color w:val="000000"/>
        </w:rPr>
        <w:t>⑫</w:t>
      </w:r>
      <w:r>
        <w:rPr>
          <w:rFonts w:ascii="宋体" w:hAnsi="宋体" w:eastAsia="宋体" w:cs="宋体"/>
          <w:color w:val="000000"/>
        </w:rPr>
        <w:t>段“</w:t>
      </w:r>
      <w:r>
        <w:rPr>
          <w:color w:val="000000"/>
        </w:rPr>
        <w:t>孩子们凑近小野鸭，谈论它们，问候它们，也有淘气的孩子，随手捡一些树枝，向它们轻轻掷去，逗它们玩。小野鸭呢，却一点也不害怕，依然在孩子们面前自在地游来晃去，还要唱上几声</w:t>
      </w:r>
      <w:r>
        <w:rPr>
          <w:rFonts w:ascii="宋体" w:hAnsi="宋体" w:eastAsia="宋体" w:cs="宋体"/>
          <w:color w:val="000000"/>
        </w:rPr>
        <w:t>”，第</w:t>
      </w:r>
      <w:r>
        <w:rPr>
          <w:color w:val="000000"/>
        </w:rPr>
        <w:t>⑬</w:t>
      </w:r>
      <w:r>
        <w:rPr>
          <w:rFonts w:ascii="宋体" w:hAnsi="宋体" w:eastAsia="宋体" w:cs="宋体"/>
          <w:color w:val="000000"/>
        </w:rPr>
        <w:t>段“</w:t>
      </w:r>
      <w:r>
        <w:rPr>
          <w:color w:val="000000"/>
        </w:rPr>
        <w:t>它们在人们的欣赏、疼爱中，在人们的赞美声中，幸福地成长着</w:t>
      </w:r>
      <w:r>
        <w:rPr>
          <w:rFonts w:ascii="宋体" w:hAnsi="宋体" w:eastAsia="宋体" w:cs="宋体"/>
          <w:color w:val="000000"/>
        </w:rPr>
        <w:t>”可知：小野鸭子受到小区人们关注，被人们关爱，</w:t>
      </w:r>
      <w:r>
        <w:rPr>
          <w:color w:val="000000"/>
        </w:rPr>
        <w:t>在人们的赞美声中，幸福地成长着，</w:t>
      </w:r>
      <w:r>
        <w:rPr>
          <w:rFonts w:ascii="宋体" w:hAnsi="宋体" w:eastAsia="宋体" w:cs="宋体"/>
          <w:color w:val="000000"/>
        </w:rPr>
        <w:t>它们和人们和谐相处，表现了人与自然相亲相爱的美好情景。</w:t>
      </w:r>
    </w:p>
    <w:p>
      <w:pPr>
        <w:spacing w:line="360" w:lineRule="auto"/>
        <w:jc w:val="left"/>
        <w:textAlignment w:val="center"/>
        <w:rPr>
          <w:color w:val="000000"/>
        </w:rPr>
      </w:pPr>
      <w:r>
        <w:rPr>
          <w:rFonts w:ascii="宋体" w:hAnsi="宋体" w:eastAsia="宋体" w:cs="宋体"/>
          <w:b/>
          <w:color w:val="000000"/>
          <w:sz w:val="24"/>
        </w:rPr>
        <w:t>（二）（共12分）</w:t>
      </w:r>
    </w:p>
    <w:p>
      <w:pPr>
        <w:spacing w:line="360" w:lineRule="auto"/>
        <w:jc w:val="left"/>
        <w:textAlignment w:val="center"/>
        <w:rPr>
          <w:color w:val="000000"/>
        </w:rPr>
      </w:pPr>
      <w:r>
        <w:rPr>
          <w:rFonts w:ascii="宋体" w:hAnsi="宋体" w:eastAsia="宋体" w:cs="宋体"/>
          <w:color w:val="000000"/>
        </w:rPr>
        <w:t>阅读下面的文字，完成各题。</w:t>
      </w:r>
    </w:p>
    <w:p>
      <w:pPr>
        <w:spacing w:line="360" w:lineRule="auto"/>
        <w:jc w:val="center"/>
        <w:textAlignment w:val="center"/>
        <w:rPr>
          <w:color w:val="000000"/>
        </w:rPr>
      </w:pPr>
      <w:r>
        <w:rPr>
          <w:rFonts w:ascii="宋体" w:hAnsi="宋体" w:eastAsia="宋体" w:cs="宋体"/>
          <w:color w:val="000000"/>
        </w:rPr>
        <w:t>一</w:t>
      </w:r>
    </w:p>
    <w:p>
      <w:pPr>
        <w:spacing w:line="360" w:lineRule="auto"/>
        <w:ind w:firstLine="420"/>
        <w:jc w:val="left"/>
        <w:textAlignment w:val="center"/>
        <w:rPr>
          <w:color w:val="000000"/>
        </w:rPr>
      </w:pPr>
      <w:r>
        <w:rPr>
          <w:rFonts w:ascii="楷体" w:hAnsi="楷体" w:eastAsia="楷体" w:cs="楷体"/>
          <w:color w:val="000000"/>
        </w:rPr>
        <w:t>①小时候，去过颐和园，却从没有去过里头的谐趣园。第一次去谐趣园，是1970年的夏天。我和弟弟约好，分别从北大荒和青海回北京探亲。我们俩人已经有两年多没有回北京了。那一年，我23岁，弟弟20岁。</w:t>
      </w:r>
    </w:p>
    <w:p>
      <w:pPr>
        <w:spacing w:line="360" w:lineRule="auto"/>
        <w:ind w:firstLine="420"/>
        <w:jc w:val="left"/>
        <w:textAlignment w:val="center"/>
        <w:rPr>
          <w:color w:val="000000"/>
        </w:rPr>
      </w:pPr>
      <w:r>
        <w:rPr>
          <w:rFonts w:ascii="楷体" w:hAnsi="楷体" w:eastAsia="楷体" w:cs="楷体"/>
          <w:color w:val="000000"/>
        </w:rPr>
        <w:t>②有塞外风雪和戈壁滩风沙做参照物，颐和园的皇家园林风光，显得是那样的不真实，亮丽得有些刺眼睛。第一次到谐趣园，留在记忆里的是满园荷花怒放，才发现小时候语文课本里学过的古诗“接天莲叶无穷碧，映日荷花别样红”并非夸张。那时候见识浅陋，从没见过这样多的荷花。</w:t>
      </w:r>
    </w:p>
    <w:p>
      <w:pPr>
        <w:spacing w:line="360" w:lineRule="auto"/>
        <w:ind w:firstLine="420"/>
        <w:jc w:val="left"/>
        <w:textAlignment w:val="center"/>
        <w:rPr>
          <w:color w:val="000000"/>
        </w:rPr>
      </w:pPr>
      <w:r>
        <w:rPr>
          <w:rFonts w:ascii="楷体" w:hAnsi="楷体" w:eastAsia="楷体" w:cs="楷体"/>
          <w:color w:val="000000"/>
        </w:rPr>
        <w:t>③我和弟弟在荷花池边照了张合影。两年多未见，他高出我半头。</w:t>
      </w:r>
    </w:p>
    <w:p>
      <w:pPr>
        <w:spacing w:line="360" w:lineRule="auto"/>
        <w:ind w:firstLine="420"/>
        <w:jc w:val="left"/>
        <w:textAlignment w:val="center"/>
        <w:rPr>
          <w:color w:val="000000"/>
        </w:rPr>
      </w:pPr>
      <w:r>
        <w:rPr>
          <w:rFonts w:ascii="楷体" w:hAnsi="楷体" w:eastAsia="楷体" w:cs="楷体"/>
          <w:color w:val="000000"/>
        </w:rPr>
        <w:t>④我们都穿着流行的的确良衬衫，在王府井百货大楼新买的，每件12元，灰色，长袖。</w:t>
      </w:r>
    </w:p>
    <w:p>
      <w:pPr>
        <w:spacing w:line="360" w:lineRule="auto"/>
        <w:ind w:firstLine="420"/>
        <w:jc w:val="left"/>
        <w:textAlignment w:val="center"/>
        <w:rPr>
          <w:color w:val="000000"/>
        </w:rPr>
      </w:pPr>
      <w:r>
        <w:rPr>
          <w:rFonts w:ascii="楷体" w:hAnsi="楷体" w:eastAsia="楷体" w:cs="楷体"/>
          <w:color w:val="000000"/>
        </w:rPr>
        <w:t>⑤晚上回到家。脱衣服睡觉时候，看见父亲穿着一件背心，母亲穿着一件汗衫，都是我和弟弟前些年读中学时穿过的，已经洗旧，洗薄，后背露出几个不小的窟窿眼儿。</w:t>
      </w:r>
    </w:p>
    <w:p>
      <w:pPr>
        <w:spacing w:line="360" w:lineRule="auto"/>
        <w:ind w:firstLine="420"/>
        <w:jc w:val="left"/>
        <w:textAlignment w:val="center"/>
        <w:rPr>
          <w:color w:val="000000"/>
        </w:rPr>
      </w:pPr>
      <w:r>
        <w:rPr>
          <w:rFonts w:ascii="楷体" w:hAnsi="楷体" w:eastAsia="楷体" w:cs="楷体"/>
          <w:color w:val="000000"/>
        </w:rPr>
        <w:t>⑥父亲、母亲都没有去过谐趣园。</w:t>
      </w:r>
    </w:p>
    <w:p>
      <w:pPr>
        <w:spacing w:line="360" w:lineRule="auto"/>
        <w:jc w:val="center"/>
        <w:textAlignment w:val="center"/>
        <w:rPr>
          <w:color w:val="000000"/>
        </w:rPr>
      </w:pPr>
      <w:r>
        <w:rPr>
          <w:rFonts w:ascii="宋体" w:hAnsi="宋体" w:eastAsia="宋体" w:cs="宋体"/>
          <w:color w:val="000000"/>
        </w:rPr>
        <w:t>二</w:t>
      </w:r>
    </w:p>
    <w:p>
      <w:pPr>
        <w:spacing w:line="360" w:lineRule="auto"/>
        <w:ind w:firstLine="420"/>
        <w:jc w:val="left"/>
        <w:textAlignment w:val="center"/>
        <w:rPr>
          <w:color w:val="000000"/>
        </w:rPr>
      </w:pPr>
      <w:r>
        <w:rPr>
          <w:rFonts w:ascii="楷体" w:hAnsi="楷体" w:eastAsia="楷体" w:cs="楷体"/>
          <w:color w:val="000000"/>
        </w:rPr>
        <w:t>①秋深时分，谐趣园中的湛清轩很漂亮。东西两侧密密的树叶，黄的如金，红的似霞，红黄绿相间的，像三色堇花。来照相的人特别多，来晒太阳的人也特别多。照相的，大多是年轻人；晒太阳的，大多是老人。</w:t>
      </w:r>
    </w:p>
    <w:p>
      <w:pPr>
        <w:spacing w:line="360" w:lineRule="auto"/>
        <w:ind w:firstLine="420"/>
        <w:jc w:val="left"/>
        <w:textAlignment w:val="center"/>
        <w:rPr>
          <w:color w:val="000000"/>
        </w:rPr>
      </w:pPr>
      <w:r>
        <w:rPr>
          <w:rFonts w:ascii="楷体" w:hAnsi="楷体" w:eastAsia="楷体" w:cs="楷体"/>
          <w:color w:val="000000"/>
        </w:rPr>
        <w:t>②湛清轩朝南，有高高的台阶，坐在两边的长椅上晒太阳最合适，而且居高临下，可以把谐趣园一览无余。</w:t>
      </w:r>
    </w:p>
    <w:p>
      <w:pPr>
        <w:spacing w:line="360" w:lineRule="auto"/>
        <w:ind w:firstLine="420"/>
        <w:jc w:val="left"/>
        <w:textAlignment w:val="center"/>
        <w:rPr>
          <w:color w:val="000000"/>
        </w:rPr>
      </w:pPr>
      <w:r>
        <w:rPr>
          <w:rFonts w:ascii="楷体" w:hAnsi="楷体" w:eastAsia="楷体" w:cs="楷体"/>
          <w:color w:val="000000"/>
        </w:rPr>
        <w:t>③那天中午，在湛清轩，已经找不到可坐之地。看到一对老夫妇，正打开饭盒准备吃饭，饭盒热气腾腾,我禁不住说了一声：“您够讲究的，吃的还是热乎的呢！”</w:t>
      </w:r>
    </w:p>
    <w:p>
      <w:pPr>
        <w:spacing w:line="360" w:lineRule="auto"/>
        <w:ind w:firstLine="420"/>
        <w:jc w:val="left"/>
        <w:textAlignment w:val="center"/>
        <w:rPr>
          <w:color w:val="000000"/>
        </w:rPr>
      </w:pPr>
      <w:r>
        <w:rPr>
          <w:rFonts w:ascii="楷体" w:hAnsi="楷体" w:eastAsia="楷体" w:cs="楷体"/>
          <w:color w:val="000000"/>
        </w:rPr>
        <w:t>④我和他们聊了几句，得知老两口比我大两岁，以前是小学老师，家住朝阳，不近，得倒两回车，这两年常到这里。北京所有的公园都逛了，他们觉得还是颐和园风景最好，颐和园里，谐趣园最好。每次来，都带好吃的喝的，天凉了，就带热的，在这里坐半天，下午打道回府。</w:t>
      </w:r>
    </w:p>
    <w:p>
      <w:pPr>
        <w:spacing w:line="360" w:lineRule="auto"/>
        <w:ind w:firstLine="420"/>
        <w:jc w:val="left"/>
        <w:textAlignment w:val="center"/>
        <w:rPr>
          <w:color w:val="000000"/>
        </w:rPr>
      </w:pPr>
      <w:r>
        <w:rPr>
          <w:rFonts w:ascii="楷体" w:hAnsi="楷体" w:eastAsia="楷体" w:cs="楷体"/>
          <w:color w:val="000000"/>
        </w:rPr>
        <w:t>⑤看着他们美美地吃完，老奶奶打开一个保温杯,递给老爷子。我冲老爷子说：“看您多美呀，有吃的，还有喝的呢！您这是喝的什么宝贝呀？”</w:t>
      </w:r>
    </w:p>
    <w:p>
      <w:pPr>
        <w:spacing w:line="360" w:lineRule="auto"/>
        <w:ind w:firstLine="420"/>
        <w:jc w:val="left"/>
        <w:textAlignment w:val="center"/>
        <w:rPr>
          <w:color w:val="000000"/>
        </w:rPr>
      </w:pPr>
      <w:r>
        <w:rPr>
          <w:rFonts w:ascii="楷体" w:hAnsi="楷体" w:eastAsia="楷体" w:cs="楷体"/>
          <w:color w:val="000000"/>
        </w:rPr>
        <w:t>⑥老爷子举着杯子，兴奋地对我说：“老婆子熬的莲子银耳汤！”</w:t>
      </w:r>
    </w:p>
    <w:p>
      <w:pPr>
        <w:spacing w:line="360" w:lineRule="auto"/>
        <w:ind w:firstLine="420"/>
        <w:jc w:val="left"/>
        <w:textAlignment w:val="center"/>
        <w:rPr>
          <w:color w:val="000000"/>
        </w:rPr>
      </w:pPr>
      <w:r>
        <w:rPr>
          <w:rFonts w:ascii="楷体" w:hAnsi="楷体" w:eastAsia="楷体" w:cs="楷体"/>
          <w:color w:val="000000"/>
        </w:rPr>
        <w:t>⑦“今年的新莲子，女儿从湖南湘潭寄来的湘莲!”老奶奶说话了，有几分得意。</w:t>
      </w:r>
    </w:p>
    <w:p>
      <w:pPr>
        <w:spacing w:line="360" w:lineRule="auto"/>
        <w:ind w:firstLine="420"/>
        <w:jc w:val="left"/>
        <w:textAlignment w:val="center"/>
        <w:rPr>
          <w:color w:val="000000"/>
        </w:rPr>
      </w:pPr>
      <w:r>
        <w:rPr>
          <w:rFonts w:ascii="楷体" w:hAnsi="楷体" w:eastAsia="楷体" w:cs="楷体"/>
          <w:color w:val="000000"/>
        </w:rPr>
        <w:t>⑧一问，女儿远嫁湖南，一直想接他们去湖南，老两口却枯守北京。</w:t>
      </w:r>
    </w:p>
    <w:p>
      <w:pPr>
        <w:spacing w:line="360" w:lineRule="auto"/>
        <w:ind w:firstLine="420"/>
        <w:jc w:val="left"/>
        <w:textAlignment w:val="center"/>
        <w:rPr>
          <w:color w:val="000000"/>
        </w:rPr>
      </w:pPr>
      <w:r>
        <w:rPr>
          <w:rFonts w:ascii="楷体" w:hAnsi="楷体" w:eastAsia="楷体" w:cs="楷体"/>
          <w:color w:val="000000"/>
        </w:rPr>
        <w:t>⑨“看我们每天能到这里来走走,女儿也就放心了。”老奶奶说完，轻轻叹了口气。</w:t>
      </w:r>
    </w:p>
    <w:p>
      <w:pPr>
        <w:spacing w:line="360" w:lineRule="auto"/>
        <w:ind w:firstLine="420"/>
        <w:jc w:val="center"/>
        <w:textAlignment w:val="center"/>
        <w:rPr>
          <w:color w:val="000000"/>
        </w:rPr>
      </w:pPr>
      <w:r>
        <w:rPr>
          <w:rFonts w:ascii="宋体" w:hAnsi="宋体" w:eastAsia="宋体" w:cs="宋体"/>
          <w:color w:val="000000"/>
        </w:rPr>
        <w:t>三</w:t>
      </w:r>
    </w:p>
    <w:p>
      <w:pPr>
        <w:spacing w:line="360" w:lineRule="auto"/>
        <w:ind w:firstLine="420"/>
        <w:jc w:val="left"/>
        <w:textAlignment w:val="center"/>
        <w:rPr>
          <w:color w:val="000000"/>
        </w:rPr>
      </w:pPr>
      <w:r>
        <w:rPr>
          <w:rFonts w:ascii="楷体" w:hAnsi="楷体" w:eastAsia="楷体" w:cs="楷体"/>
          <w:color w:val="000000"/>
        </w:rPr>
        <w:t>①一年四季，夏天的谐趣园最漂亮。</w:t>
      </w:r>
    </w:p>
    <w:p>
      <w:pPr>
        <w:spacing w:line="360" w:lineRule="auto"/>
        <w:ind w:firstLine="420"/>
        <w:jc w:val="left"/>
        <w:textAlignment w:val="center"/>
        <w:rPr>
          <w:color w:val="000000"/>
        </w:rPr>
      </w:pPr>
      <w:r>
        <w:rPr>
          <w:rFonts w:ascii="楷体" w:hAnsi="楷体" w:eastAsia="楷体" w:cs="楷体"/>
          <w:color w:val="000000"/>
        </w:rPr>
        <w:t>②今年暑假，两个孙子从国外回北京。四年未见，两个孩子都长高了，老大已经一米八多，快认不得了。来到谐趣园，特意带他们从知春堂沿着游廊往下走，从高到低，在知鱼桥处拐了直角的大弯儿。穿过澹碧亭，一直往西下去。</w:t>
      </w:r>
    </w:p>
    <w:p>
      <w:pPr>
        <w:spacing w:line="360" w:lineRule="auto"/>
        <w:ind w:firstLine="420"/>
        <w:jc w:val="left"/>
        <w:textAlignment w:val="center"/>
        <w:rPr>
          <w:color w:val="000000"/>
        </w:rPr>
      </w:pPr>
      <w:r>
        <w:rPr>
          <w:rFonts w:ascii="楷体" w:hAnsi="楷体" w:eastAsia="楷体" w:cs="楷体"/>
          <w:color w:val="000000"/>
        </w:rPr>
        <w:t>③我问老大：“你还记得这里吗？”</w:t>
      </w:r>
    </w:p>
    <w:p>
      <w:pPr>
        <w:spacing w:line="360" w:lineRule="auto"/>
        <w:ind w:firstLine="420"/>
        <w:jc w:val="left"/>
        <w:textAlignment w:val="center"/>
        <w:rPr>
          <w:color w:val="000000"/>
        </w:rPr>
      </w:pPr>
      <w:r>
        <w:rPr>
          <w:rFonts w:ascii="楷体" w:hAnsi="楷体" w:eastAsia="楷体" w:cs="楷体"/>
          <w:color w:val="000000"/>
        </w:rPr>
        <w:t>④他点点头。</w:t>
      </w:r>
    </w:p>
    <w:p>
      <w:pPr>
        <w:spacing w:line="360" w:lineRule="auto"/>
        <w:ind w:firstLine="420"/>
        <w:jc w:val="left"/>
        <w:textAlignment w:val="center"/>
        <w:rPr>
          <w:color w:val="000000"/>
        </w:rPr>
      </w:pPr>
      <w:r>
        <w:rPr>
          <w:rFonts w:ascii="楷体" w:hAnsi="楷体" w:eastAsia="楷体" w:cs="楷体"/>
          <w:color w:val="000000"/>
        </w:rPr>
        <w:t>⑤我又问：“记得三岁半那年夏天，你就是从这里往下跑，我在下面的长廊等你。拐过弯儿之后，看见你跑下来了，‘扑通’一声摔了个大跟头，你哭着跑到我面前，我心疼地（</w:t>
      </w:r>
      <w:r>
        <w:rPr>
          <w:color w:val="000000"/>
        </w:rPr>
        <w:t>A</w:t>
      </w:r>
      <w:r>
        <w:rPr>
          <w:rFonts w:ascii="楷体" w:hAnsi="楷体" w:eastAsia="楷体" w:cs="楷体"/>
          <w:color w:val="000000"/>
        </w:rPr>
        <w:t>）</w:t>
      </w:r>
      <w:r>
        <w:rPr>
          <w:rFonts w:ascii="楷体" w:hAnsi="楷体" w:eastAsia="楷体" w:cs="楷体"/>
          <w:color w:val="000000"/>
          <w:u w:val="single"/>
        </w:rPr>
        <w:t>一把搂住</w:t>
      </w:r>
      <w:r>
        <w:rPr>
          <w:rFonts w:ascii="楷体" w:hAnsi="楷体" w:eastAsia="楷体" w:cs="楷体"/>
          <w:color w:val="000000"/>
        </w:rPr>
        <w:t>了你。”</w:t>
      </w:r>
    </w:p>
    <w:p>
      <w:pPr>
        <w:spacing w:line="360" w:lineRule="auto"/>
        <w:ind w:firstLine="420"/>
        <w:jc w:val="left"/>
        <w:textAlignment w:val="center"/>
        <w:rPr>
          <w:color w:val="000000"/>
        </w:rPr>
      </w:pPr>
      <w:r>
        <w:rPr>
          <w:rFonts w:ascii="楷体" w:hAnsi="楷体" w:eastAsia="楷体" w:cs="楷体"/>
          <w:color w:val="000000"/>
        </w:rPr>
        <w:t>⑥他望着我，没说话。</w:t>
      </w:r>
    </w:p>
    <w:p>
      <w:pPr>
        <w:spacing w:line="360" w:lineRule="auto"/>
        <w:ind w:firstLine="420"/>
        <w:jc w:val="left"/>
        <w:textAlignment w:val="center"/>
        <w:rPr>
          <w:color w:val="000000"/>
        </w:rPr>
      </w:pPr>
      <w:r>
        <w:rPr>
          <w:rFonts w:ascii="楷体" w:hAnsi="楷体" w:eastAsia="楷体" w:cs="楷体"/>
          <w:color w:val="000000"/>
        </w:rPr>
        <w:t>⑦我接着说：“就在这个澹碧亭前面的长椅上，坐着一个女的，她告诉我，你从这椅子上一路跑下来，遇见柱子，就抱着柱子跳过去，然后调皮地接着跑。在这拐弯儿的地方，不小心，从椅子上掉了下来。”</w:t>
      </w:r>
    </w:p>
    <w:p>
      <w:pPr>
        <w:spacing w:line="360" w:lineRule="auto"/>
        <w:ind w:firstLine="420"/>
        <w:jc w:val="left"/>
        <w:textAlignment w:val="center"/>
        <w:rPr>
          <w:color w:val="000000"/>
        </w:rPr>
      </w:pPr>
      <w:r>
        <w:rPr>
          <w:rFonts w:ascii="楷体" w:hAnsi="楷体" w:eastAsia="楷体" w:cs="楷体"/>
          <w:color w:val="000000"/>
        </w:rPr>
        <w:t>⑧他摇摇头，说记不得了。</w:t>
      </w:r>
    </w:p>
    <w:p>
      <w:pPr>
        <w:spacing w:line="360" w:lineRule="auto"/>
        <w:ind w:firstLine="420"/>
        <w:jc w:val="left"/>
        <w:textAlignment w:val="center"/>
        <w:rPr>
          <w:color w:val="000000"/>
        </w:rPr>
      </w:pPr>
      <w:r>
        <w:rPr>
          <w:rFonts w:ascii="楷体" w:hAnsi="楷体" w:eastAsia="楷体" w:cs="楷体"/>
          <w:color w:val="000000"/>
        </w:rPr>
        <w:t>⑨我说：“爷爷每一次来这里，都会想起这事</w:t>
      </w:r>
      <w:r>
        <w:rPr>
          <w:color w:val="000000"/>
        </w:rPr>
        <w:t>——</w:t>
      </w:r>
      <w:r>
        <w:rPr>
          <w:rFonts w:ascii="楷体" w:hAnsi="楷体" w:eastAsia="楷体" w:cs="楷体"/>
          <w:color w:val="000000"/>
        </w:rPr>
        <w:t>三岁半的你从这里跑下来，摔了个大跟头。日子过得多快呀，现在，你都十三岁半了……”</w:t>
      </w:r>
    </w:p>
    <w:p>
      <w:pPr>
        <w:spacing w:line="360" w:lineRule="auto"/>
        <w:ind w:firstLine="420"/>
        <w:jc w:val="left"/>
        <w:textAlignment w:val="center"/>
        <w:rPr>
          <w:color w:val="000000"/>
        </w:rPr>
      </w:pPr>
      <w:r>
        <w:rPr>
          <w:rFonts w:ascii="楷体" w:hAnsi="楷体" w:eastAsia="楷体" w:cs="楷体"/>
          <w:color w:val="000000"/>
        </w:rPr>
        <w:t>⑩没等我说完，他（</w:t>
      </w:r>
      <w:r>
        <w:rPr>
          <w:color w:val="000000"/>
        </w:rPr>
        <w:t>B</w:t>
      </w:r>
      <w:r>
        <w:rPr>
          <w:rFonts w:ascii="楷体" w:hAnsi="楷体" w:eastAsia="楷体" w:cs="楷体"/>
          <w:color w:val="000000"/>
        </w:rPr>
        <w:t>）一把搂住了我。</w:t>
      </w:r>
    </w:p>
    <w:p>
      <w:pPr>
        <w:spacing w:line="360" w:lineRule="auto"/>
        <w:ind w:firstLine="420"/>
        <w:jc w:val="right"/>
        <w:textAlignment w:val="center"/>
        <w:rPr>
          <w:color w:val="000000"/>
        </w:rPr>
      </w:pPr>
      <w:r>
        <w:rPr>
          <w:color w:val="000000"/>
        </w:rPr>
        <w:t>（取材于肖复兴文章，有删节）</w:t>
      </w:r>
    </w:p>
    <w:p>
      <w:pPr>
        <w:spacing w:line="360" w:lineRule="auto"/>
        <w:jc w:val="left"/>
        <w:textAlignment w:val="center"/>
        <w:rPr>
          <w:color w:val="000000"/>
        </w:rPr>
      </w:pPr>
      <w:r>
        <w:rPr>
          <w:color w:val="000000"/>
        </w:rPr>
        <w:t xml:space="preserve">17. </w:t>
      </w:r>
      <w:r>
        <w:rPr>
          <w:rFonts w:ascii="宋体" w:hAnsi="宋体" w:eastAsia="宋体" w:cs="宋体"/>
          <w:color w:val="000000"/>
        </w:rPr>
        <w:t>这篇文章在编选时删节了许多内容。如果请你给它拟一个题目，你会以什么为题？如参看下图篇目拟题，请完成第（1）题：如自拟题目，请完成第（2）题。</w:t>
      </w:r>
    </w:p>
    <w:tbl>
      <w:tblPr>
        <w:tblStyle w:val="4"/>
        <w:tblW w:w="29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秋天的怀念/史铁生</w:t>
            </w:r>
          </w:p>
          <w:p>
            <w:pPr>
              <w:spacing w:line="360" w:lineRule="auto"/>
              <w:jc w:val="left"/>
              <w:textAlignment w:val="center"/>
              <w:rPr>
                <w:color w:val="000000"/>
              </w:rPr>
            </w:pPr>
            <w:r>
              <w:rPr>
                <w:rFonts w:ascii="宋体" w:hAnsi="宋体" w:eastAsia="宋体" w:cs="宋体"/>
                <w:color w:val="000000"/>
              </w:rPr>
              <w:t>散步/莫怀戚</w:t>
            </w:r>
          </w:p>
          <w:p>
            <w:pPr>
              <w:spacing w:line="360" w:lineRule="auto"/>
              <w:jc w:val="left"/>
              <w:textAlignment w:val="center"/>
              <w:rPr>
                <w:color w:val="000000"/>
              </w:rPr>
            </w:pPr>
            <w:r>
              <w:rPr>
                <w:rFonts w:ascii="宋体" w:hAnsi="宋体" w:eastAsia="宋体" w:cs="宋体"/>
                <w:color w:val="000000"/>
              </w:rPr>
              <w:t>金色花/泰戈尔</w:t>
            </w:r>
          </w:p>
          <w:p>
            <w:pPr>
              <w:spacing w:line="360" w:lineRule="auto"/>
              <w:jc w:val="left"/>
              <w:textAlignment w:val="center"/>
              <w:rPr>
                <w:color w:val="000000"/>
              </w:rPr>
            </w:pPr>
            <w:r>
              <w:rPr>
                <w:rFonts w:ascii="宋体" w:hAnsi="宋体" w:eastAsia="宋体" w:cs="宋体"/>
                <w:color w:val="000000"/>
              </w:rPr>
              <w:t>荷叶·母亲/冰心</w:t>
            </w:r>
          </w:p>
          <w:p>
            <w:pPr>
              <w:spacing w:line="360" w:lineRule="auto"/>
              <w:jc w:val="left"/>
              <w:textAlignment w:val="center"/>
              <w:rPr>
                <w:color w:val="000000"/>
              </w:rPr>
            </w:pPr>
            <w:r>
              <w:rPr>
                <w:rFonts w:ascii="宋体" w:hAnsi="宋体" w:eastAsia="宋体" w:cs="宋体"/>
                <w:color w:val="000000"/>
              </w:rPr>
              <w:t>天上的街市/郭沫若</w:t>
            </w:r>
          </w:p>
        </w:tc>
      </w:tr>
    </w:tbl>
    <w:p>
      <w:pPr>
        <w:spacing w:line="360" w:lineRule="auto"/>
        <w:jc w:val="left"/>
        <w:textAlignment w:val="center"/>
        <w:rPr>
          <w:color w:val="000000"/>
        </w:rPr>
      </w:pPr>
      <w:r>
        <w:rPr>
          <w:rFonts w:ascii="宋体" w:hAnsi="宋体" w:eastAsia="宋体" w:cs="宋体"/>
          <w:color w:val="000000"/>
        </w:rPr>
        <w:t>（1）我参照《</w:t>
      </w:r>
      <w:r>
        <w:rPr>
          <w:rFonts w:ascii="宋体" w:hAnsi="宋体" w:eastAsia="宋体" w:cs="宋体"/>
          <w:color w:val="000000"/>
          <w:u w:val="single"/>
        </w:rPr>
        <w:t>①</w:t>
      </w:r>
      <w:r>
        <w:rPr>
          <w:color w:val="000000"/>
        </w:rPr>
        <w:t>_________</w:t>
      </w:r>
      <w:r>
        <w:rPr>
          <w:rFonts w:ascii="宋体" w:hAnsi="宋体" w:eastAsia="宋体" w:cs="宋体"/>
          <w:color w:val="000000"/>
        </w:rPr>
        <w:t>》，拟题为</w:t>
      </w:r>
      <w:r>
        <w:rPr>
          <w:rFonts w:ascii="宋体" w:hAnsi="宋体" w:eastAsia="宋体" w:cs="宋体"/>
          <w:color w:val="000000"/>
          <w:u w:val="single"/>
        </w:rPr>
        <w:t xml:space="preserve"> ②</w:t>
      </w:r>
      <w:r>
        <w:rPr>
          <w:color w:val="000000"/>
        </w:rPr>
        <w:t>___________</w:t>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（2）自拟题目：</w:t>
      </w:r>
      <w:r>
        <w:rPr>
          <w:rFonts w:ascii="宋体" w:hAnsi="宋体" w:eastAsia="宋体" w:cs="宋体"/>
          <w:color w:val="000000"/>
          <w:u w:val="single"/>
        </w:rPr>
        <w:t>①</w:t>
      </w:r>
      <w:r>
        <w:rPr>
          <w:color w:val="000000"/>
        </w:rPr>
        <w:t>_________</w:t>
      </w:r>
      <w:r>
        <w:rPr>
          <w:rFonts w:ascii="宋体" w:hAnsi="宋体" w:eastAsia="宋体" w:cs="宋体"/>
          <w:color w:val="000000"/>
        </w:rPr>
        <w:t>，理由：</w:t>
      </w:r>
      <w:r>
        <w:rPr>
          <w:rFonts w:ascii="宋体" w:hAnsi="宋体" w:eastAsia="宋体" w:cs="宋体"/>
          <w:color w:val="000000"/>
          <w:u w:val="single"/>
        </w:rPr>
        <w:t>②</w:t>
      </w:r>
      <w:r>
        <w:rPr>
          <w:color w:val="000000"/>
        </w:rPr>
        <w:t>____________</w:t>
      </w:r>
    </w:p>
    <w:p>
      <w:pPr>
        <w:spacing w:line="360" w:lineRule="auto"/>
        <w:jc w:val="left"/>
        <w:textAlignment w:val="center"/>
        <w:rPr>
          <w:color w:val="000000"/>
        </w:rPr>
      </w:pPr>
      <w:r>
        <w:rPr>
          <w:color w:val="000000"/>
        </w:rPr>
        <w:t xml:space="preserve">18. </w:t>
      </w:r>
      <w:r>
        <w:rPr>
          <w:rFonts w:ascii="宋体" w:hAnsi="宋体" w:eastAsia="宋体" w:cs="宋体"/>
          <w:color w:val="000000"/>
        </w:rPr>
        <w:t>文章平静的叙述中蕴含着感人的力量。第一、二部分中哪个细节最让你感动？为什么？</w:t>
      </w:r>
    </w:p>
    <w:p>
      <w:pPr>
        <w:spacing w:line="360" w:lineRule="auto"/>
        <w:jc w:val="left"/>
        <w:textAlignment w:val="center"/>
        <w:rPr>
          <w:color w:val="000000"/>
        </w:rPr>
      </w:pPr>
      <w:r>
        <w:rPr>
          <w:color w:val="000000"/>
        </w:rPr>
        <w:t xml:space="preserve">19. </w:t>
      </w:r>
      <w:r>
        <w:rPr>
          <w:rFonts w:ascii="宋体" w:hAnsi="宋体" w:eastAsia="宋体" w:cs="宋体"/>
          <w:color w:val="000000"/>
        </w:rPr>
        <w:t>文章第三部分两次出现“一把搂住”，结合语境，具体谈谈你对这个词语的理解。</w:t>
      </w:r>
    </w:p>
    <w:p>
      <w:pPr>
        <w:spacing w:line="360" w:lineRule="auto"/>
        <w:jc w:val="left"/>
        <w:textAlignment w:val="center"/>
        <w:rPr>
          <w:color w:val="000000"/>
        </w:rPr>
      </w:pPr>
      <w:r>
        <w:rPr>
          <w:color w:val="000000"/>
        </w:rPr>
        <w:t xml:space="preserve">20. </w:t>
      </w:r>
      <w:r>
        <w:rPr>
          <w:rFonts w:ascii="宋体" w:hAnsi="宋体" w:eastAsia="宋体" w:cs="宋体"/>
          <w:color w:val="000000"/>
        </w:rPr>
        <w:t>有评论说：“这篇文章的感情基调与“谐趣”一词极为吻合。”下列与评论中“谐趣”一词表意相近的是</w:t>
      </w:r>
    </w:p>
    <w:p>
      <w:pPr>
        <w:spacing w:line="360" w:lineRule="auto"/>
        <w:jc w:val="left"/>
        <w:textAlignment w:val="center"/>
        <w:rPr>
          <w:color w:val="000000"/>
        </w:rPr>
      </w:pPr>
      <w:r>
        <w:rPr>
          <w:rFonts w:ascii="宋体" w:hAnsi="宋体" w:eastAsia="宋体" w:cs="宋体"/>
          <w:color w:val="000000"/>
        </w:rPr>
        <w:t>【甲】诙谐风趣          【乙】和谐恬淡         【丙】沉痛感伤</w:t>
      </w:r>
    </w:p>
    <w:p>
      <w:pPr>
        <w:spacing w:line="360" w:lineRule="auto"/>
        <w:textAlignment w:val="center"/>
        <w:rPr>
          <w:color w:val="000000"/>
        </w:rPr>
      </w:pPr>
      <w:r>
        <w:rPr>
          <w:color w:val="2E75B6"/>
        </w:rPr>
        <w:t>【答案】</w:t>
      </w:r>
      <w:r>
        <w:rPr>
          <w:color w:val="000000"/>
        </w:rPr>
        <w:t xml:space="preserve">17.     ①. </w:t>
      </w:r>
      <w:r>
        <w:rPr>
          <w:rFonts w:ascii="宋体" w:hAnsi="宋体" w:eastAsia="宋体" w:cs="宋体"/>
          <w:color w:val="000000"/>
        </w:rPr>
        <w:t>散步</w:t>
      </w:r>
      <w:r>
        <w:rPr>
          <w:color w:val="000000"/>
        </w:rPr>
        <w:t xml:space="preserve">    ②. </w:t>
      </w:r>
      <w:r>
        <w:rPr>
          <w:rFonts w:ascii="宋体" w:hAnsi="宋体" w:eastAsia="宋体" w:cs="宋体"/>
          <w:color w:val="000000"/>
        </w:rPr>
        <w:t>漫步谐趣园</w:t>
      </w:r>
      <w:r>
        <w:rPr>
          <w:color w:val="000000"/>
        </w:rPr>
        <w:t xml:space="preserve">    ③. </w:t>
      </w:r>
      <w:r>
        <w:rPr>
          <w:rFonts w:ascii="宋体" w:hAnsi="宋体" w:eastAsia="宋体" w:cs="宋体"/>
          <w:color w:val="000000"/>
        </w:rPr>
        <w:t>谐趣园三章</w:t>
      </w:r>
      <w:r>
        <w:rPr>
          <w:color w:val="000000"/>
        </w:rPr>
        <w:t xml:space="preserve">    ④. </w:t>
      </w:r>
      <w:r>
        <w:rPr>
          <w:rFonts w:ascii="宋体" w:hAnsi="宋体" w:eastAsia="宋体" w:cs="宋体"/>
          <w:color w:val="000000"/>
        </w:rPr>
        <w:t>文章记录了与谐趣园有关的三件事</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父亲母亲衣服后背露出的“几个不小的窟窿眼儿”，让我感动不已。</w:t>
      </w:r>
    </w:p>
    <w:p>
      <w:pPr>
        <w:spacing w:line="360" w:lineRule="auto"/>
        <w:jc w:val="both"/>
        <w:textAlignment w:val="center"/>
        <w:rPr>
          <w:color w:val="000000"/>
        </w:rPr>
      </w:pPr>
      <w:r>
        <w:rPr>
          <w:rFonts w:ascii="宋体" w:hAnsi="宋体" w:eastAsia="宋体" w:cs="宋体"/>
          <w:color w:val="000000"/>
        </w:rPr>
        <w:t>他们穿着我们弟兄读中学时穿过的旧衣，我俩都穿着新买的的确良衬衫，两相对比，显现了父母朴素无私的爱，也表达了作者写下这段文字时对父母的怜爱之情。</w:t>
      </w:r>
      <w:r>
        <w:rPr>
          <w:color w:val="000000"/>
        </w:rPr>
        <w:t xml:space="preserve">    </w:t>
      </w:r>
    </w:p>
    <w:p>
      <w:pPr>
        <w:spacing w:line="360" w:lineRule="auto"/>
        <w:jc w:val="both"/>
        <w:textAlignment w:val="center"/>
        <w:rPr>
          <w:color w:val="000000"/>
        </w:rPr>
      </w:pPr>
      <w:r>
        <w:rPr>
          <w:color w:val="000000"/>
        </w:rPr>
        <w:t xml:space="preserve">19. </w:t>
      </w:r>
      <w:r>
        <w:rPr>
          <w:rFonts w:ascii="宋体" w:hAnsi="宋体" w:eastAsia="宋体" w:cs="宋体"/>
          <w:color w:val="000000"/>
        </w:rPr>
        <w:t>A 处是爷爷一把搂住了摔了跟头的三岁半的小孙子，既是对小孙子的抚慰，也表现了爷爷的心疼。</w:t>
      </w:r>
    </w:p>
    <w:p>
      <w:pPr>
        <w:spacing w:line="360" w:lineRule="auto"/>
        <w:jc w:val="both"/>
        <w:textAlignment w:val="center"/>
        <w:rPr>
          <w:color w:val="000000"/>
        </w:rPr>
      </w:pPr>
      <w:r>
        <w:rPr>
          <w:rFonts w:ascii="宋体" w:hAnsi="宋体" w:eastAsia="宋体" w:cs="宋体"/>
          <w:color w:val="000000"/>
        </w:rPr>
        <w:t>B 处是十三岁半的孙子一把搂住了对十年前往事絮絮不已的爷爷，这 里有感动，也有孩子长大后对爷爷的理解。</w:t>
      </w:r>
      <w:r>
        <w:rPr>
          <w:color w:val="000000"/>
        </w:rPr>
        <w:t xml:space="preserve">    </w:t>
      </w:r>
    </w:p>
    <w:p>
      <w:pPr>
        <w:spacing w:line="360" w:lineRule="auto"/>
        <w:jc w:val="both"/>
        <w:textAlignment w:val="center"/>
        <w:rPr>
          <w:color w:val="000000"/>
        </w:rPr>
      </w:pPr>
      <w:r>
        <w:rPr>
          <w:color w:val="000000"/>
        </w:rPr>
        <w:t xml:space="preserve">20. </w:t>
      </w:r>
      <w:r>
        <w:rPr>
          <w:rFonts w:ascii="宋体" w:hAnsi="宋体" w:eastAsia="宋体" w:cs="宋体"/>
          <w:color w:val="000000"/>
        </w:rPr>
        <w:t>乙</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0" b="0"/>
            <wp:docPr id="1651"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图片 100037"/>
                    <pic:cNvPicPr>
                      <a:picLocks noChangeAspect="1"/>
                    </pic:cNvPicPr>
                  </pic:nvPicPr>
                  <pic:blipFill>
                    <a:blip r:embed="rId175"/>
                    <a:stretch>
                      <a:fillRect/>
                    </a:stretch>
                  </pic:blipFill>
                  <pic:spPr>
                    <a:xfrm>
                      <a:off x="0" y="0"/>
                      <a:ext cx="95250" cy="171450"/>
                    </a:xfrm>
                    <a:prstGeom prst="rect">
                      <a:avLst/>
                    </a:prstGeom>
                  </pic:spPr>
                </pic:pic>
              </a:graphicData>
            </a:graphic>
          </wp:inline>
        </w:drawing>
      </w:r>
      <w:r>
        <w:rPr>
          <w:color w:val="000000"/>
        </w:rPr>
        <w:t>17题详解】</w:t>
      </w:r>
    </w:p>
    <w:p>
      <w:pPr>
        <w:spacing w:line="360" w:lineRule="auto"/>
        <w:jc w:val="left"/>
        <w:textAlignment w:val="center"/>
        <w:rPr>
          <w:color w:val="000000"/>
        </w:rPr>
      </w:pPr>
      <w:r>
        <w:rPr>
          <w:rFonts w:ascii="宋体" w:hAnsi="宋体" w:eastAsia="宋体" w:cs="宋体"/>
          <w:color w:val="000000"/>
        </w:rPr>
        <w:t>本题考查内容理解和拟写标题。</w:t>
      </w:r>
    </w:p>
    <w:p>
      <w:pPr>
        <w:spacing w:line="360" w:lineRule="auto"/>
        <w:jc w:val="left"/>
        <w:textAlignment w:val="center"/>
        <w:rPr>
          <w:color w:val="000000"/>
        </w:rPr>
      </w:pPr>
      <w:r>
        <w:rPr>
          <w:rFonts w:ascii="宋体" w:hAnsi="宋体" w:eastAsia="宋体" w:cs="宋体"/>
          <w:color w:val="000000"/>
        </w:rPr>
        <w:t>（1）结合①段中“小时候，去过颐和园，却从没有去过里头的谐趣园。第一次去谐趣园，是1970年的夏天。我和弟弟约好，分别从北大荒和青海回北京探亲”，②段中“有塞外风雪和戈壁滩风沙做参照物，颐和园的皇家园林风光，显得是那样的不真实，亮丽得有些刺眼睛”的内容可知，文本一主要讲述了作者和弟弟游览谐趣园的故事，可参照《散步》拟题为：漫步谐趣园。</w:t>
      </w:r>
    </w:p>
    <w:p>
      <w:pPr>
        <w:spacing w:line="360" w:lineRule="auto"/>
        <w:jc w:val="left"/>
        <w:textAlignment w:val="center"/>
        <w:rPr>
          <w:color w:val="000000"/>
        </w:rPr>
      </w:pPr>
      <w:r>
        <w:rPr>
          <w:rFonts w:ascii="宋体" w:hAnsi="宋体" w:eastAsia="宋体" w:cs="宋体"/>
          <w:color w:val="000000"/>
        </w:rPr>
        <w:t>（2）文本一主要讲述了作者和弟弟游览谐趣园的故事；文本二主要讲述了作者游览谐趣园遇到一对老夫妇的事；文本三主要讲述了作者带着两个孙子到谐趣园游玩的事。三个文本记录了与谐趣园有关的三件事，总标题可拟写为：谐趣园三章。</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本题考查内容理解。</w:t>
      </w:r>
      <w:r>
        <w:rPr>
          <w:rFonts w:ascii="宋体" w:hAnsi="宋体" w:eastAsia="宋体" w:cs="宋体"/>
          <w:color w:val="000000"/>
        </w:rPr>
        <w:tab/>
      </w:r>
    </w:p>
    <w:p>
      <w:pPr>
        <w:spacing w:line="360" w:lineRule="auto"/>
        <w:jc w:val="left"/>
        <w:textAlignment w:val="center"/>
        <w:rPr>
          <w:color w:val="000000"/>
        </w:rPr>
      </w:pPr>
      <w:r>
        <w:rPr>
          <w:rFonts w:ascii="宋体" w:hAnsi="宋体" w:eastAsia="宋体" w:cs="宋体"/>
          <w:color w:val="000000"/>
        </w:rPr>
        <w:t>结合文本一④段中“我们都穿着流行的的确良衬衫，在王府井百货大楼新买的，每件12元，灰色，长袖”，⑤段中“晚上回到家。脱衣服睡觉时候，看见父亲穿着一件背心，母亲穿着一件汗衫，都是我和弟弟前些年读中学时穿过的，已经洗旧，洗薄，后背露出几个不小的窟窿眼儿”的内容可知，我和弟弟的衣着和父母亲的衣着形成了鲜明的对比，我俩都穿着新买的的确良衬衫，他们穿着我们弟兄读中学时穿过的旧衣，后背露出“几个不小的窟窿眼儿”，两者相较，凸显出父母对孩子朴素无私的爱，也表达了作者写下这段文字时对父母的怜爱之情。据此总结作答即可。</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本题考查内容理解。</w:t>
      </w:r>
    </w:p>
    <w:p>
      <w:pPr>
        <w:spacing w:line="360" w:lineRule="auto"/>
        <w:jc w:val="left"/>
        <w:textAlignment w:val="center"/>
        <w:rPr>
          <w:color w:val="000000"/>
        </w:rPr>
      </w:pPr>
      <w:r>
        <w:rPr>
          <w:rFonts w:ascii="宋体" w:hAnsi="宋体" w:eastAsia="宋体" w:cs="宋体"/>
          <w:color w:val="000000"/>
        </w:rPr>
        <w:t>结合⑤段中“我又问：‘记得三岁半那年夏天，你就是从这里往下跑，我在下面的长廊等你。拐过弯儿之后，看见你跑下来了，‘扑通’一声摔了个大跟头，你哭着跑到我面前，我心疼地</w:t>
      </w:r>
      <w:r>
        <w:rPr>
          <w:rFonts w:ascii="宋体" w:hAnsi="宋体" w:eastAsia="宋体" w:cs="宋体"/>
          <w:color w:val="000000"/>
        </w:rPr>
        <w:tab/>
      </w:r>
      <w:r>
        <w:rPr>
          <w:rFonts w:ascii="宋体" w:hAnsi="宋体" w:eastAsia="宋体" w:cs="宋体"/>
          <w:color w:val="000000"/>
        </w:rPr>
        <w:t>一把搂住了你’”的内容可知，此处是爷爷一把搂住了摔了跟头的三岁半的小孙子，既是对小孙子的抚慰，也表现了爷爷对孩子的心疼。</w:t>
      </w:r>
    </w:p>
    <w:p>
      <w:pPr>
        <w:spacing w:line="360" w:lineRule="auto"/>
        <w:jc w:val="left"/>
        <w:textAlignment w:val="center"/>
        <w:rPr>
          <w:color w:val="000000"/>
        </w:rPr>
      </w:pPr>
      <w:r>
        <w:rPr>
          <w:rFonts w:ascii="宋体" w:hAnsi="宋体" w:eastAsia="宋体" w:cs="宋体"/>
          <w:color w:val="000000"/>
        </w:rPr>
        <w:t>结合⑨段中“我说：‘爷爷每一次来这里，都会想起这事</w:t>
      </w:r>
      <w:r>
        <w:rPr>
          <w:rFonts w:ascii="Times New Roman" w:hAnsi="Times New Roman" w:eastAsia="Times New Roman" w:cs="Times New Roman"/>
          <w:color w:val="000000"/>
        </w:rPr>
        <w:t>——</w:t>
      </w:r>
      <w:r>
        <w:rPr>
          <w:rFonts w:ascii="宋体" w:hAnsi="宋体" w:eastAsia="宋体" w:cs="宋体"/>
          <w:color w:val="000000"/>
        </w:rPr>
        <w:t>三岁半的你从这里跑下来，摔了个大跟头。日子过得多快呀，现在，你都十三岁半了……’”，⑩段中“没等我说完，他一把搂住了我”的内容可知，此处是十三岁半的孙子一把搂住了对十年前往事絮絮不已的爷爷，这 里有爷爷带给自己的感动，也有孩子长大后对爷爷的理解和敬爱之情。</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本题考查词语的理解。谐趣：诙谐的趣味。</w:t>
      </w:r>
    </w:p>
    <w:p>
      <w:pPr>
        <w:spacing w:line="360" w:lineRule="auto"/>
        <w:jc w:val="left"/>
        <w:textAlignment w:val="center"/>
        <w:rPr>
          <w:color w:val="000000"/>
        </w:rPr>
      </w:pPr>
      <w:r>
        <w:rPr>
          <w:rFonts w:ascii="宋体" w:hAnsi="宋体" w:eastAsia="宋体" w:cs="宋体"/>
          <w:color w:val="000000"/>
        </w:rPr>
        <w:t>诙谐风趣：说话风趣，引人发笑。</w:t>
      </w:r>
    </w:p>
    <w:p>
      <w:pPr>
        <w:spacing w:line="360" w:lineRule="auto"/>
        <w:jc w:val="left"/>
        <w:textAlignment w:val="center"/>
        <w:rPr>
          <w:color w:val="000000"/>
        </w:rPr>
      </w:pPr>
      <w:r>
        <w:rPr>
          <w:rFonts w:ascii="宋体" w:hAnsi="宋体" w:eastAsia="宋体" w:cs="宋体"/>
          <w:color w:val="000000"/>
        </w:rPr>
        <w:t>和谐恬淡：和睦协调、恬静淡泊。</w:t>
      </w:r>
    </w:p>
    <w:p>
      <w:pPr>
        <w:spacing w:line="360" w:lineRule="auto"/>
        <w:jc w:val="left"/>
        <w:textAlignment w:val="center"/>
        <w:rPr>
          <w:color w:val="000000"/>
        </w:rPr>
      </w:pPr>
      <w:r>
        <w:rPr>
          <w:rFonts w:ascii="宋体" w:hAnsi="宋体" w:eastAsia="宋体" w:cs="宋体"/>
          <w:color w:val="000000"/>
        </w:rPr>
        <w:t>沉痛感伤：</w:t>
      </w:r>
      <w:r>
        <w:rPr>
          <w:color w:val="000000"/>
        </w:rPr>
        <w:t>悲伤痛苦，心情低落，不愉快。</w:t>
      </w:r>
    </w:p>
    <w:p>
      <w:pPr>
        <w:spacing w:line="360" w:lineRule="auto"/>
        <w:jc w:val="left"/>
        <w:textAlignment w:val="center"/>
        <w:rPr>
          <w:color w:val="000000"/>
        </w:rPr>
      </w:pPr>
      <w:r>
        <w:rPr>
          <w:rFonts w:ascii="宋体" w:hAnsi="宋体" w:eastAsia="宋体" w:cs="宋体"/>
          <w:color w:val="000000"/>
        </w:rPr>
        <w:t>文本一主要讲述了作者和弟弟游览谐趣园的故事；文本二主要讲述了作者游览谐趣园遇到一对老夫妇的事；文本三主要讲述了作者带着两个孙子到谐趣园游玩的事。三个文本记录了与谐趣园有关的三件事，整体基调是和睦协调、恬静淡泊。</w:t>
      </w:r>
    </w:p>
    <w:p>
      <w:pPr>
        <w:spacing w:line="360" w:lineRule="auto"/>
        <w:jc w:val="left"/>
        <w:textAlignment w:val="center"/>
        <w:rPr>
          <w:color w:val="000000"/>
        </w:rPr>
      </w:pPr>
      <w:r>
        <w:rPr>
          <w:color w:val="000000"/>
        </w:rPr>
        <w:t>故选乙。</w:t>
      </w:r>
    </w:p>
    <w:p>
      <w:pPr>
        <w:pStyle w:val="Heading3"/>
      </w:pPr>
      <w:r>
        <w:t>石景山区</w:t>
      </w:r>
    </w:p>
    <w:p>
      <w:pPr>
        <w:spacing w:line="360" w:lineRule="auto"/>
        <w:jc w:val="left"/>
        <w:textAlignment w:val="center"/>
        <w:rPr>
          <w:color w:val="000000"/>
        </w:rPr>
      </w:pPr>
      <w:r>
        <w:rPr>
          <w:rFonts w:ascii="宋体" w:hAnsi="宋体" w:eastAsia="宋体" w:cs="宋体"/>
          <w:b/>
          <w:color w:val="000000"/>
          <w:sz w:val="24"/>
        </w:rPr>
        <w:t>四、现代文阅读（共16分）</w:t>
      </w:r>
    </w:p>
    <w:p>
      <w:pPr>
        <w:spacing w:line="360" w:lineRule="auto"/>
        <w:jc w:val="left"/>
        <w:textAlignment w:val="center"/>
        <w:rPr>
          <w:color w:val="000000"/>
        </w:rPr>
      </w:pPr>
      <w:r>
        <w:rPr>
          <w:rFonts w:ascii="宋体" w:hAnsi="宋体" w:eastAsia="宋体" w:cs="宋体"/>
          <w:color w:val="000000"/>
        </w:rPr>
        <w:t xml:space="preserve">同学们准备制作关于汉字文化的宣传片，搜集到以下资料，请你与他们一起探究，完成下面小题。 </w:t>
      </w:r>
    </w:p>
    <w:p>
      <w:pPr>
        <w:spacing w:line="360" w:lineRule="auto"/>
        <w:ind w:firstLine="420"/>
        <w:jc w:val="both"/>
        <w:textAlignment w:val="center"/>
        <w:rPr>
          <w:color w:val="000000"/>
        </w:rPr>
      </w:pPr>
      <w:r>
        <w:rPr>
          <w:rFonts w:ascii="宋体" w:hAnsi="宋体" w:eastAsia="宋体" w:cs="宋体"/>
          <w:color w:val="000000"/>
        </w:rPr>
        <w:t>材料一</w:t>
      </w:r>
    </w:p>
    <w:p>
      <w:pPr>
        <w:spacing w:line="360" w:lineRule="auto"/>
        <w:ind w:firstLine="420"/>
        <w:jc w:val="left"/>
        <w:textAlignment w:val="center"/>
        <w:rPr>
          <w:color w:val="000000"/>
        </w:rPr>
      </w:pPr>
      <w:r>
        <w:rPr>
          <w:rFonts w:ascii="楷体" w:hAnsi="楷体" w:eastAsia="楷体" w:cs="楷体"/>
          <w:color w:val="000000"/>
        </w:rPr>
        <w:t>①我们来看这个图标</w:t>
      </w:r>
      <w:r>
        <w:rPr>
          <w:color w:val="000000"/>
        </w:rPr>
        <w:drawing>
          <wp:inline distT="0" distB="0" distL="114300" distR="114300">
            <wp:extent cx="419100" cy="314325"/>
            <wp:effectExtent l="0" t="0" r="0" b="9525"/>
            <wp:docPr id="1653"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图片 100021" descr="学科网(www.zxxk.com)--教育资源门户，提供试卷、教案、课件、论文、素材以及各类教学资源下载，还有大量而丰富的教学相关资讯！"/>
                    <pic:cNvPicPr>
                      <a:picLocks noChangeAspect="1"/>
                    </pic:cNvPicPr>
                  </pic:nvPicPr>
                  <pic:blipFill>
                    <a:blip r:embed="rId176"/>
                    <a:stretch>
                      <a:fillRect/>
                    </a:stretch>
                  </pic:blipFill>
                  <pic:spPr>
                    <a:xfrm>
                      <a:off x="0" y="0"/>
                      <a:ext cx="419100" cy="314325"/>
                    </a:xfrm>
                    <a:prstGeom prst="rect">
                      <a:avLst/>
                    </a:prstGeom>
                  </pic:spPr>
                </pic:pic>
              </a:graphicData>
            </a:graphic>
          </wp:inline>
        </w:drawing>
      </w:r>
      <w:r>
        <w:rPr>
          <w:rFonts w:ascii="楷体" w:hAnsi="楷体" w:eastAsia="楷体" w:cs="楷体"/>
          <w:color w:val="000000"/>
        </w:rPr>
        <w:t>，上面是太阳，下面是云，如果我们把它写成汉字是“昙”你认为它的意思是“时间短”，还是“看不见”？如果你的脑海里想到“昙花一现”，很自然地就会认为前者是它的意思。但事实上，昙花是看不见的花，它晚上开放，很多人看不到，所以命名“昙花”。这个问题启示我们。要建立一种重要的思维方式——汉字思维。</w:t>
      </w:r>
    </w:p>
    <w:p>
      <w:pPr>
        <w:spacing w:line="360" w:lineRule="auto"/>
        <w:ind w:firstLine="420"/>
        <w:jc w:val="left"/>
        <w:textAlignment w:val="center"/>
        <w:rPr>
          <w:color w:val="000000"/>
        </w:rPr>
      </w:pPr>
      <w:r>
        <w:rPr>
          <w:rFonts w:ascii="楷体" w:hAnsi="楷体" w:eastAsia="楷体" w:cs="楷体"/>
          <w:color w:val="000000"/>
        </w:rPr>
        <w:t>②首先要把字词分开。字和词的关系，就像一个人，他可以有各种身份。但是达个人是唯一的。所以我们要记住汉字只有一个意思，这个意思就是汉字被写成这个样子的道理。例如，仔细观察这些汉字：“雀”“售”“雇”“维”，会发现它们有一个共同的构件“隹”。这是一只鸟，</w:t>
      </w:r>
      <w:r>
        <w:rPr>
          <w:color w:val="000000"/>
        </w:rPr>
        <w:drawing>
          <wp:inline distT="0" distB="0" distL="114300" distR="114300">
            <wp:extent cx="238125" cy="342900"/>
            <wp:effectExtent l="0" t="0" r="9525" b="0"/>
            <wp:docPr id="1655"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图片 100023" descr="学科网(www.zxxk.com)--教育资源门户，提供试卷、教案、课件、论文、素材以及各类教学资源下载，还有大量而丰富的教学相关资讯！"/>
                    <pic:cNvPicPr>
                      <a:picLocks noChangeAspect="1"/>
                    </pic:cNvPicPr>
                  </pic:nvPicPr>
                  <pic:blipFill>
                    <a:blip r:embed="rId177"/>
                    <a:stretch>
                      <a:fillRect/>
                    </a:stretch>
                  </pic:blipFill>
                  <pic:spPr>
                    <a:xfrm>
                      <a:off x="0" y="0"/>
                      <a:ext cx="238125" cy="342900"/>
                    </a:xfrm>
                    <a:prstGeom prst="rect">
                      <a:avLst/>
                    </a:prstGeom>
                  </pic:spPr>
                </pic:pic>
              </a:graphicData>
            </a:graphic>
          </wp:inline>
        </w:drawing>
      </w:r>
      <w:r>
        <w:rPr>
          <w:rFonts w:ascii="楷体" w:hAnsi="楷体" w:eastAsia="楷体" w:cs="楷体"/>
          <w:color w:val="000000"/>
        </w:rPr>
        <w:t>，读作“zhuī”，当我们知道它是“鸟”以后，就明白“雀”是小鸟，“售”是小鸟张开喉咙，卖力地歌唱。“雇”是候鸟在门窗外鸣叫，在春耕时节提醒农人及时耕种，多么有趣而和谐的场景！所以，汉字积累要学会理解意思。如果我们对汉字都没有画面感，写出来的文章怎么能让人有画面感？</w:t>
      </w:r>
    </w:p>
    <w:p>
      <w:pPr>
        <w:spacing w:line="360" w:lineRule="auto"/>
        <w:ind w:firstLine="420"/>
        <w:jc w:val="left"/>
        <w:textAlignment w:val="center"/>
        <w:rPr>
          <w:color w:val="000000"/>
        </w:rPr>
      </w:pPr>
      <w:r>
        <w:rPr>
          <w:rFonts w:ascii="楷体" w:hAnsi="楷体" w:eastAsia="楷体" w:cs="楷体"/>
          <w:color w:val="000000"/>
        </w:rPr>
        <w:t>③其次，文和字要分开。文是图案，“字”上面是一个房子，下面是一个婴儿，“字”是生育的意思。文字就是“图案所生的孩子”。我们的祖先告诉我们要识文断字。识文，就是要知道每一个文的特点。我们中国人只创造了两百个不同的基本构件，中国人用这两百个构件可以解释整个宇宙，然后就可以断字，怎么断？靠思考。“思”，“心”上面是一个脑子，人的脑子是管逻辑的。我们的想法很多，天马行空地飘在空中，需要有一个东西把它连在手里，这就是“维”。“维”是用绳子把乌套住，让它受到约束。</w:t>
      </w:r>
    </w:p>
    <w:p>
      <w:pPr>
        <w:spacing w:line="360" w:lineRule="auto"/>
        <w:ind w:firstLine="420"/>
        <w:jc w:val="left"/>
        <w:textAlignment w:val="center"/>
        <w:rPr>
          <w:color w:val="000000"/>
        </w:rPr>
      </w:pPr>
      <w:r>
        <w:rPr>
          <w:rFonts w:ascii="楷体" w:hAnsi="楷体" w:eastAsia="楷体" w:cs="楷体"/>
          <w:color w:val="000000"/>
        </w:rPr>
        <w:t>④汉字是有情感的，它传递的是我们祖先的所见所闻、所思所想。我们中国有句话是“日用而人不知”。我们的文字每天都在用，但我们却不能确切的了解它。所以，我们要让大脑经过有效的训练，建立汉字思维，亲近古老的文，理解古老的字。</w:t>
      </w:r>
    </w:p>
    <w:p>
      <w:pPr>
        <w:spacing w:line="360" w:lineRule="auto"/>
        <w:ind w:firstLine="420"/>
        <w:jc w:val="both"/>
        <w:textAlignment w:val="center"/>
        <w:rPr>
          <w:color w:val="000000"/>
        </w:rPr>
      </w:pPr>
      <w:r>
        <w:rPr>
          <w:rFonts w:ascii="宋体" w:hAnsi="宋体" w:eastAsia="宋体" w:cs="宋体"/>
          <w:color w:val="000000"/>
        </w:rPr>
        <w:t>材料二</w:t>
      </w:r>
    </w:p>
    <w:p>
      <w:pPr>
        <w:spacing w:line="360" w:lineRule="auto"/>
        <w:ind w:firstLine="420"/>
        <w:jc w:val="left"/>
        <w:textAlignment w:val="center"/>
        <w:rPr>
          <w:color w:val="000000"/>
        </w:rPr>
      </w:pPr>
      <w:r>
        <w:rPr>
          <w:rFonts w:ascii="楷体" w:hAnsi="楷体" w:eastAsia="楷体" w:cs="楷体"/>
          <w:color w:val="000000"/>
        </w:rPr>
        <w:t>①书法是一种汉字造型艺术。汉字因书法而有无限生动的形式之美，书法因汉字而有无比丰富的内涵之美。梁启超说：“美术一种要素是发挥个性。而发挥个性，最真确的莫如写字。”</w:t>
      </w:r>
    </w:p>
    <w:p>
      <w:pPr>
        <w:spacing w:line="360" w:lineRule="auto"/>
        <w:ind w:firstLine="420"/>
        <w:jc w:val="left"/>
        <w:textAlignment w:val="center"/>
        <w:rPr>
          <w:color w:val="000000"/>
        </w:rPr>
      </w:pPr>
      <w:r>
        <w:rPr>
          <w:rFonts w:ascii="楷体" w:hAnsi="楷体" w:eastAsia="楷体" w:cs="楷体"/>
          <w:color w:val="000000"/>
        </w:rPr>
        <w:t>②书法艺术的个性在于能体现人的情感。书者的感情状态会直接表现在字的线条、结体和布局当中。古人陈绎在《翰林要诀》中说：“喜怒哀乐，各有分数。喜则气和而字舒，怒则气粗而字险，哀则气郁而字敛，乐则气平而字丽。”可见感情因素在书法艺术中非常重要。</w:t>
      </w:r>
    </w:p>
    <w:p>
      <w:pPr>
        <w:spacing w:line="360" w:lineRule="auto"/>
        <w:ind w:firstLine="420"/>
        <w:jc w:val="left"/>
        <w:textAlignment w:val="center"/>
        <w:rPr>
          <w:color w:val="000000"/>
        </w:rPr>
      </w:pPr>
      <w:r>
        <w:rPr>
          <w:rFonts w:ascii="楷体" w:hAnsi="楷体" w:eastAsia="楷体" w:cs="楷体"/>
          <w:color w:val="000000"/>
        </w:rPr>
        <w:t>③书法极美，亦极难，难在文化积累上。文化是书法的根脉和源泉。苏东坡说：“作字之法，识浅、见狭、学不足三者，终不能尽妙。”黄庭坚说：“学书须要胸中有道义，又广圣哲之学，书乃可贵。”先贤们的这些经验之谈，实质讲的都是文化，是学书者的深根固本之道。</w:t>
      </w:r>
    </w:p>
    <w:p>
      <w:pPr>
        <w:spacing w:line="360" w:lineRule="auto"/>
        <w:ind w:firstLine="420"/>
        <w:jc w:val="both"/>
        <w:textAlignment w:val="center"/>
        <w:rPr>
          <w:color w:val="000000"/>
        </w:rPr>
      </w:pPr>
      <w:r>
        <w:rPr>
          <w:rFonts w:ascii="宋体" w:hAnsi="宋体" w:eastAsia="宋体" w:cs="宋体"/>
          <w:color w:val="000000"/>
        </w:rPr>
        <w:t>材料三</w:t>
      </w:r>
    </w:p>
    <w:p>
      <w:pPr>
        <w:spacing w:line="360" w:lineRule="auto"/>
        <w:ind w:firstLine="420"/>
        <w:jc w:val="left"/>
        <w:textAlignment w:val="center"/>
        <w:rPr>
          <w:color w:val="000000"/>
        </w:rPr>
      </w:pPr>
      <w:r>
        <w:rPr>
          <w:rFonts w:ascii="楷体" w:hAnsi="楷体" w:eastAsia="楷体" w:cs="楷体"/>
          <w:color w:val="000000"/>
        </w:rPr>
        <w:t>①大家在练字的时候，可能都有一个想法：练楷书、行书，什么时候能有我自己的字体呢？现在，这个梦想可以落地了！AI造字功能告诉你：用三五分钟时间，手写十二个字，就能诞生你的独门字体！</w:t>
      </w:r>
    </w:p>
    <w:p>
      <w:pPr>
        <w:spacing w:line="360" w:lineRule="auto"/>
        <w:ind w:firstLine="420"/>
        <w:jc w:val="left"/>
        <w:textAlignment w:val="center"/>
        <w:rPr>
          <w:color w:val="000000"/>
        </w:rPr>
      </w:pPr>
      <w:r>
        <w:rPr>
          <w:rFonts w:ascii="楷体" w:hAnsi="楷体" w:eastAsia="楷体" w:cs="楷体"/>
          <w:color w:val="000000"/>
        </w:rPr>
        <w:t>②AI造字的个人专属字体生成，在实际体验上“源于真实、高于真实”。所谓源于真实，就是专属字体，确实来自个人的书写习惯。它特别妥帖地针对中国人的习惯，设定了“笔锋”的选择，甚至毛笔字都要区分狼毫与羊毫。在创作字体的书写过程中，手指的“笔触”可以根据笔锋的不同、力度的不同而呈现不一样的字体风格。这种体验可以比较完美地满足书法爱好者对个性化字体的需求。据称，AI造字可以根据不同用户手写字体的大小、宽窄、书写速度和371种连笔风格等，进行完整记录和最终生产。“高于真实”则是另一种体验。在字库里还有很多好看的书法家和名人的字体，如AI造字成功还原了唐玄宗字体，让一代帝王之字再现，让每一个使用者在日常输入时可以沉浸体验帝王挥毫的气度。</w:t>
      </w:r>
    </w:p>
    <w:p>
      <w:pPr>
        <w:spacing w:line="360" w:lineRule="auto"/>
        <w:jc w:val="left"/>
        <w:textAlignment w:val="center"/>
        <w:rPr>
          <w:color w:val="000000"/>
        </w:rPr>
      </w:pPr>
      <w:r>
        <w:rPr>
          <w:color w:val="000000"/>
        </w:rPr>
        <w:t xml:space="preserve">17. </w:t>
      </w:r>
      <w:r>
        <w:rPr>
          <w:rFonts w:ascii="宋体" w:hAnsi="宋体" w:eastAsia="宋体" w:cs="宋体"/>
          <w:color w:val="000000"/>
        </w:rPr>
        <w:t>阅读材料一，从下列任选一个字，想象古人造字时看到的画面，推测它最初的意思。</w:t>
      </w:r>
    </w:p>
    <w:tbl>
      <w:tblPr>
        <w:tblStyle w:val="4"/>
        <w:tblW w:w="7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95"/>
        <w:gridCol w:w="3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古字</w:t>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今字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38125" cy="419100"/>
                  <wp:effectExtent l="0" t="0" r="9525" b="0"/>
                  <wp:docPr id="1657"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 name="图片 100025" descr="学科网(www.zxxk.com)--教育资源门户，提供试卷、教案、课件、论文、素材以及各类教学资源下载，还有大量而丰富的教学相关资讯！"/>
                          <pic:cNvPicPr>
                            <a:picLocks noChangeAspect="1"/>
                          </pic:cNvPicPr>
                        </pic:nvPicPr>
                        <pic:blipFill>
                          <a:blip r:embed="rId178"/>
                          <a:stretch>
                            <a:fillRect/>
                          </a:stretch>
                        </pic:blipFill>
                        <pic:spPr>
                          <a:xfrm>
                            <a:off x="0" y="0"/>
                            <a:ext cx="238125" cy="419100"/>
                          </a:xfrm>
                          <a:prstGeom prst="rect">
                            <a:avLst/>
                          </a:prstGeom>
                        </pic:spPr>
                      </pic:pic>
                    </a:graphicData>
                  </a:graphic>
                </wp:inline>
              </w:drawing>
            </w:r>
          </w:p>
        </w:tc>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47650" cy="342900"/>
                  <wp:effectExtent l="0" t="0" r="0" b="0"/>
                  <wp:docPr id="1658"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图片 100027" descr="学科网(www.zxxk.com)--教育资源门户，提供试卷、教案、课件、论文、素材以及各类教学资源下载，还有大量而丰富的教学相关资讯！"/>
                          <pic:cNvPicPr>
                            <a:picLocks noChangeAspect="1"/>
                          </pic:cNvPicPr>
                        </pic:nvPicPr>
                        <pic:blipFill>
                          <a:blip r:embed="rId179"/>
                          <a:stretch>
                            <a:fillRect/>
                          </a:stretch>
                        </pic:blipFill>
                        <pic:spPr>
                          <a:xfrm>
                            <a:off x="0" y="0"/>
                            <a:ext cx="247650" cy="342900"/>
                          </a:xfrm>
                          <a:prstGeom prst="rect">
                            <a:avLst/>
                          </a:prstGeom>
                        </pic:spPr>
                      </pic:pic>
                    </a:graphicData>
                  </a:graphic>
                </wp:inline>
              </w:drawing>
            </w:r>
            <w:r>
              <w:rPr>
                <w:rFonts w:ascii="Times New Roman" w:hAnsi="Times New Roman" w:eastAsia="Times New Roman" w:cs="Times New Roman"/>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霍</w:t>
            </w:r>
          </w:p>
        </w:tc>
      </w:tr>
    </w:tbl>
    <w:p>
      <w:pPr>
        <w:spacing w:line="360" w:lineRule="auto"/>
        <w:jc w:val="left"/>
        <w:textAlignment w:val="center"/>
        <w:rPr>
          <w:color w:val="000000"/>
        </w:rPr>
      </w:pPr>
      <w:r>
        <w:rPr>
          <w:color w:val="000000"/>
        </w:rPr>
        <w:t xml:space="preserve">18. </w:t>
      </w:r>
      <w:r>
        <w:rPr>
          <w:rFonts w:ascii="宋体" w:hAnsi="宋体" w:eastAsia="宋体" w:cs="宋体"/>
          <w:color w:val="000000"/>
        </w:rPr>
        <w:t>阅读材料二，结合《祭侄文稿》的创作背景，下列对该书法作品理解不正确的一项是（   ）</w:t>
      </w:r>
    </w:p>
    <w:p>
      <w:pPr>
        <w:spacing w:line="360" w:lineRule="auto"/>
        <w:jc w:val="left"/>
        <w:textAlignment w:val="center"/>
        <w:rPr>
          <w:color w:val="000000"/>
        </w:rPr>
      </w:pPr>
      <w:r>
        <w:rPr>
          <w:rFonts w:ascii="宋体" w:hAnsi="宋体" w:eastAsia="宋体" w:cs="宋体"/>
          <w:color w:val="000000"/>
        </w:rPr>
        <w:t>创作背景：</w:t>
      </w:r>
    </w:p>
    <w:p>
      <w:pPr>
        <w:spacing w:line="360" w:lineRule="auto"/>
        <w:ind w:firstLine="420"/>
        <w:jc w:val="left"/>
        <w:textAlignment w:val="center"/>
        <w:rPr>
          <w:color w:val="000000"/>
        </w:rPr>
      </w:pPr>
      <w:r>
        <w:rPr>
          <w:rFonts w:ascii="楷体" w:hAnsi="楷体" w:eastAsia="楷体" w:cs="楷体"/>
          <w:color w:val="000000"/>
        </w:rPr>
        <w:t>安史之乱时，镇守常山的颜真卿堂兄颜杲卿和侄子颜季明，起兵抗击叛军，兵败被捕，先后罹难，颜氏一门30余口遇害。颜真卿多方寻找亲人遗骸，最终只找到颜杲卿的一只脚和侄子颜季明的头骨，悲从中来，提笔写下《祭侄文稿》。</w:t>
      </w:r>
    </w:p>
    <w:p>
      <w:pPr>
        <w:spacing w:line="360" w:lineRule="auto"/>
        <w:jc w:val="left"/>
        <w:textAlignment w:val="center"/>
        <w:rPr>
          <w:color w:val="000000"/>
        </w:rPr>
      </w:pPr>
      <w:r>
        <w:rPr>
          <w:color w:val="000000"/>
        </w:rPr>
        <w:drawing>
          <wp:inline distT="0" distB="0" distL="114300" distR="114300">
            <wp:extent cx="5238750" cy="1790700"/>
            <wp:effectExtent l="0" t="0" r="0" b="0"/>
            <wp:docPr id="1661"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图片 100029" descr="学科网(www.zxxk.com)--教育资源门户，提供试卷、教案、课件、论文、素材以及各类教学资源下载，还有大量而丰富的教学相关资讯！"/>
                    <pic:cNvPicPr>
                      <a:picLocks noChangeAspect="1"/>
                    </pic:cNvPicPr>
                  </pic:nvPicPr>
                  <pic:blipFill>
                    <a:blip r:embed="rId180"/>
                    <a:stretch>
                      <a:fillRect/>
                    </a:stretch>
                  </pic:blipFill>
                  <pic:spPr>
                    <a:xfrm>
                      <a:off x="0" y="0"/>
                      <a:ext cx="5238750" cy="17907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作品文字瘦长、飘逸，运笔行云流水，可见作者内心的激动澎湃。</w:t>
      </w:r>
    </w:p>
    <w:p>
      <w:pPr>
        <w:spacing w:line="360" w:lineRule="auto"/>
        <w:jc w:val="left"/>
        <w:textAlignment w:val="center"/>
        <w:rPr>
          <w:color w:val="000000"/>
        </w:rPr>
      </w:pPr>
      <w:r>
        <w:rPr>
          <w:color w:val="000000"/>
        </w:rPr>
        <w:t xml:space="preserve">B. </w:t>
      </w:r>
      <w:r>
        <w:rPr>
          <w:rFonts w:ascii="宋体" w:hAnsi="宋体" w:eastAsia="宋体" w:cs="宋体"/>
          <w:color w:val="000000"/>
        </w:rPr>
        <w:t>作者内心悲愤交加，字间行气，随情而变，时疏时密，毫无雕饰。</w:t>
      </w:r>
    </w:p>
    <w:p>
      <w:pPr>
        <w:spacing w:line="360" w:lineRule="auto"/>
        <w:jc w:val="left"/>
        <w:textAlignment w:val="center"/>
        <w:rPr>
          <w:color w:val="000000"/>
        </w:rPr>
      </w:pPr>
      <w:r>
        <w:rPr>
          <w:color w:val="000000"/>
        </w:rPr>
        <w:t xml:space="preserve">C. </w:t>
      </w:r>
      <w:r>
        <w:rPr>
          <w:rFonts w:ascii="宋体" w:hAnsi="宋体" w:eastAsia="宋体" w:cs="宋体"/>
          <w:color w:val="000000"/>
        </w:rPr>
        <w:t>作品圈点涂改随处可见，可以强烈感受到作者感情的起伏和渲泄。</w:t>
      </w:r>
    </w:p>
    <w:p>
      <w:pPr>
        <w:spacing w:line="360" w:lineRule="auto"/>
        <w:jc w:val="left"/>
        <w:textAlignment w:val="center"/>
        <w:rPr>
          <w:color w:val="000000"/>
        </w:rPr>
      </w:pPr>
      <w:r>
        <w:rPr>
          <w:color w:val="000000"/>
        </w:rPr>
        <w:t xml:space="preserve">D. </w:t>
      </w:r>
      <w:r>
        <w:rPr>
          <w:rFonts w:ascii="宋体" w:hAnsi="宋体" w:eastAsia="宋体" w:cs="宋体"/>
          <w:color w:val="000000"/>
        </w:rPr>
        <w:t>作品墨色浓重而枯涩，与作者当时撕心裂肺的悲恸情感高度一致。</w:t>
      </w:r>
    </w:p>
    <w:p>
      <w:pPr>
        <w:spacing w:line="360" w:lineRule="auto"/>
        <w:jc w:val="left"/>
        <w:textAlignment w:val="center"/>
        <w:rPr>
          <w:color w:val="000000"/>
        </w:rPr>
      </w:pPr>
      <w:r>
        <w:rPr>
          <w:color w:val="000000"/>
        </w:rPr>
        <w:t xml:space="preserve">19. </w:t>
      </w:r>
      <w:r>
        <w:rPr>
          <w:rFonts w:ascii="宋体" w:hAnsi="宋体" w:eastAsia="宋体" w:cs="宋体"/>
          <w:color w:val="000000"/>
        </w:rPr>
        <w:t>根据材料三的文字和下列图表的信息，预测中国字库行业的发展趋势。</w:t>
      </w:r>
    </w:p>
    <w:p>
      <w:pPr>
        <w:spacing w:line="360" w:lineRule="auto"/>
        <w:jc w:val="left"/>
        <w:textAlignment w:val="center"/>
        <w:rPr>
          <w:color w:val="000000"/>
        </w:rPr>
      </w:pPr>
      <w:r>
        <w:rPr>
          <w:color w:val="000000"/>
        </w:rPr>
        <w:drawing>
          <wp:inline distT="0" distB="0" distL="114300" distR="114300">
            <wp:extent cx="4819650" cy="1809750"/>
            <wp:effectExtent l="0" t="0" r="0" b="0"/>
            <wp:docPr id="1663" name="图片 5840365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 name="图片 584036568" descr="学科网(www.zxxk.com)--教育资源门户，提供试卷、教案、课件、论文、素材以及各类教学资源下载，还有大量而丰富的教学相关资讯！"/>
                    <pic:cNvPicPr>
                      <a:picLocks noChangeAspect="1"/>
                    </pic:cNvPicPr>
                  </pic:nvPicPr>
                  <pic:blipFill>
                    <a:blip r:embed="rId181"/>
                    <a:stretch>
                      <a:fillRect/>
                    </a:stretch>
                  </pic:blipFill>
                  <pic:spPr>
                    <a:xfrm>
                      <a:off x="0" y="0"/>
                      <a:ext cx="4819650" cy="1809750"/>
                    </a:xfrm>
                    <a:prstGeom prst="rect">
                      <a:avLst/>
                    </a:prstGeom>
                  </pic:spPr>
                </pic:pic>
              </a:graphicData>
            </a:graphic>
          </wp:inline>
        </w:drawing>
      </w:r>
    </w:p>
    <w:p>
      <w:pPr>
        <w:spacing w:line="360" w:lineRule="auto"/>
        <w:jc w:val="left"/>
        <w:textAlignment w:val="center"/>
        <w:rPr>
          <w:color w:val="000000"/>
        </w:rPr>
      </w:pPr>
      <w:r>
        <w:rPr>
          <w:color w:val="000000"/>
        </w:rPr>
        <w:t xml:space="preserve">20. </w:t>
      </w:r>
      <w:r>
        <w:rPr>
          <w:rFonts w:ascii="宋体" w:hAnsi="宋体" w:eastAsia="宋体" w:cs="宋体"/>
          <w:color w:val="000000"/>
        </w:rPr>
        <w:t>结合以上材料，说说我们应该从哪三个方面传承和发展汉字文化。</w:t>
      </w:r>
    </w:p>
    <w:p>
      <w:pPr>
        <w:spacing w:line="360" w:lineRule="auto"/>
        <w:textAlignment w:val="center"/>
        <w:rPr>
          <w:color w:val="000000"/>
        </w:rPr>
      </w:pPr>
      <w:r>
        <w:rPr>
          <w:color w:val="2E75B6"/>
        </w:rPr>
        <w:t>【答案】</w:t>
      </w:r>
      <w:r>
        <w:rPr>
          <w:color w:val="000000"/>
        </w:rPr>
        <w:t xml:space="preserve">17. </w:t>
      </w:r>
      <w:r>
        <w:rPr>
          <w:rFonts w:ascii="宋体" w:hAnsi="宋体" w:eastAsia="宋体" w:cs="宋体"/>
          <w:color w:val="000000"/>
        </w:rPr>
        <w:t>“集”，画面，很多鸟在树上，最初的意思可能是鸟停在树上，聚集，集合的意思；</w:t>
      </w:r>
    </w:p>
    <w:p>
      <w:pPr>
        <w:spacing w:line="360" w:lineRule="auto"/>
        <w:jc w:val="left"/>
        <w:textAlignment w:val="center"/>
        <w:rPr>
          <w:color w:val="000000"/>
        </w:rPr>
      </w:pPr>
      <w:r>
        <w:rPr>
          <w:rFonts w:ascii="宋体" w:hAnsi="宋体" w:eastAsia="宋体" w:cs="宋体"/>
          <w:color w:val="000000"/>
        </w:rPr>
        <w:t>“霍”，画面，小鸟在雨中飞翔，最初的意思可能是小鸟在雨中飞翔，打湿了翅膀，发出“霍霍”的声音。</w:t>
      </w:r>
      <w:r>
        <w:rPr>
          <w:color w:val="000000"/>
        </w:rPr>
        <w:t xml:space="preserve">    18. A    </w:t>
      </w:r>
    </w:p>
    <w:p>
      <w:pPr>
        <w:spacing w:line="360" w:lineRule="auto"/>
        <w:jc w:val="left"/>
        <w:textAlignment w:val="center"/>
        <w:rPr>
          <w:color w:val="000000"/>
        </w:rPr>
      </w:pPr>
      <w:r>
        <w:rPr>
          <w:color w:val="000000"/>
        </w:rPr>
        <w:t>19. AI 造字技术将不断完善和普及，为用户提供更加个性化的字体体验；</w:t>
      </w:r>
      <w:r>
        <w:rPr>
          <w:rFonts w:ascii="宋体" w:hAnsi="宋体" w:eastAsia="宋体" w:cs="宋体"/>
          <w:color w:val="000000"/>
        </w:rPr>
        <w:t>中国字库行业市场规模保持持续稳定增长</w:t>
      </w:r>
      <w:r>
        <w:rPr>
          <w:color w:val="000000"/>
        </w:rPr>
        <w:t xml:space="preserve">。    </w:t>
      </w:r>
    </w:p>
    <w:p>
      <w:pPr>
        <w:spacing w:line="360" w:lineRule="auto"/>
        <w:jc w:val="left"/>
        <w:textAlignment w:val="center"/>
        <w:rPr>
          <w:color w:val="000000"/>
        </w:rPr>
      </w:pPr>
      <w:r>
        <w:rPr>
          <w:color w:val="000000"/>
        </w:rPr>
        <w:t>20. 建立汉字思维；提升文化积累；借助科技手段。</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本题考查字形字义。</w:t>
      </w:r>
    </w:p>
    <w:p>
      <w:pPr>
        <w:spacing w:line="360" w:lineRule="auto"/>
        <w:jc w:val="left"/>
        <w:textAlignment w:val="center"/>
        <w:rPr>
          <w:color w:val="000000"/>
        </w:rPr>
      </w:pPr>
      <w:r>
        <w:rPr>
          <w:rFonts w:ascii="宋体" w:hAnsi="宋体" w:eastAsia="宋体" w:cs="宋体"/>
          <w:color w:val="000000"/>
        </w:rPr>
        <w:t>根据材料一第①段“会发现它们有一个共同的构件‘隹’。这是一只鸟”，再结合题干中给出古字可推测，“集”这个字上面是很多只鸟，下面是一棵树，像是鸟站在树上。可能最初的意思是鸟停在树上，也就是聚集、集合的意思；“霍”这个字上边是一个“雨”字，下边是一个“隹”字，可能最初的意思是小鸟在雨中飞翔，被雨水打湿了翅膀，发出“霍霍”的声音。</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本题考查对文章内容的理解。</w:t>
      </w:r>
    </w:p>
    <w:p>
      <w:pPr>
        <w:spacing w:line="360" w:lineRule="auto"/>
        <w:jc w:val="left"/>
        <w:textAlignment w:val="center"/>
        <w:rPr>
          <w:color w:val="000000"/>
        </w:rPr>
      </w:pPr>
      <w:r>
        <w:rPr>
          <w:color w:val="000000"/>
        </w:rPr>
        <w:t>A</w:t>
      </w:r>
      <w:r>
        <w:rPr>
          <w:rFonts w:ascii="宋体" w:hAnsi="宋体" w:eastAsia="宋体" w:cs="宋体"/>
          <w:color w:val="000000"/>
        </w:rPr>
        <w:t>.结合材料二第②段“书法艺术的个性在于能体现人的情感”“怒则气粗而字险，哀则气郁而字敛”可知，书法艺术能体现人的情感；再结合《祭侄文稿》的创作背景“先后罹难，颜氏一门30余口遇害”“最终只找到颜杲卿的一只脚和侄子颜季明的头骨，悲从中来”可知，作品是颜真卿在悲愤的情绪下创作的，“哀则气郁而字敛”文字应该是浑厚、苍劲的，题干中“瘦长、飘逸”特点不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本题考查对文章内容的理解和概括。</w:t>
      </w:r>
    </w:p>
    <w:p>
      <w:pPr>
        <w:spacing w:line="360" w:lineRule="auto"/>
        <w:jc w:val="left"/>
        <w:textAlignment w:val="center"/>
        <w:rPr>
          <w:color w:val="000000"/>
        </w:rPr>
      </w:pPr>
      <w:r>
        <w:rPr>
          <w:rFonts w:ascii="宋体" w:hAnsi="宋体" w:eastAsia="宋体" w:cs="宋体"/>
          <w:color w:val="000000"/>
        </w:rPr>
        <w:t>结合材料三第①段“</w:t>
      </w:r>
      <w:r>
        <w:rPr>
          <w:rFonts w:ascii="Times New Roman" w:hAnsi="Times New Roman" w:eastAsia="Times New Roman" w:cs="Times New Roman"/>
          <w:color w:val="000000"/>
        </w:rPr>
        <w:t>AI</w:t>
      </w:r>
      <w:r>
        <w:rPr>
          <w:rFonts w:ascii="宋体" w:hAnsi="宋体" w:eastAsia="宋体" w:cs="宋体"/>
          <w:color w:val="000000"/>
        </w:rPr>
        <w:t>造字功能告诉你：用三五分钟时间，手写十二个字，就能诞生你的独门字体”，第②段“</w:t>
      </w:r>
      <w:r>
        <w:rPr>
          <w:rFonts w:ascii="Times New Roman" w:hAnsi="Times New Roman" w:eastAsia="Times New Roman" w:cs="Times New Roman"/>
          <w:color w:val="000000"/>
        </w:rPr>
        <w:t>AI</w:t>
      </w:r>
      <w:r>
        <w:rPr>
          <w:rFonts w:ascii="宋体" w:hAnsi="宋体" w:eastAsia="宋体" w:cs="宋体"/>
          <w:color w:val="000000"/>
        </w:rPr>
        <w:t>造字的个人专属字体生成，在实际体验上‘源于真实、高于真实’”可知，中国字库行业的发展趋势可能是，</w:t>
      </w:r>
      <w:r>
        <w:rPr>
          <w:rFonts w:ascii="Times New Roman" w:hAnsi="Times New Roman" w:eastAsia="Times New Roman" w:cs="Times New Roman"/>
          <w:color w:val="000000"/>
        </w:rPr>
        <w:t>AI</w:t>
      </w:r>
      <w:r>
        <w:rPr>
          <w:rFonts w:ascii="宋体" w:hAnsi="宋体" w:eastAsia="宋体" w:cs="宋体"/>
          <w:color w:val="000000"/>
        </w:rPr>
        <w:t>造字技术将不断完善和普及，为用户提供更加个性化的字体体验；</w:t>
      </w:r>
    </w:p>
    <w:p>
      <w:pPr>
        <w:spacing w:line="360" w:lineRule="auto"/>
        <w:jc w:val="left"/>
        <w:textAlignment w:val="center"/>
        <w:rPr>
          <w:color w:val="000000"/>
        </w:rPr>
      </w:pPr>
      <w:r>
        <w:rPr>
          <w:rFonts w:ascii="宋体" w:hAnsi="宋体" w:eastAsia="宋体" w:cs="宋体"/>
          <w:color w:val="000000"/>
        </w:rPr>
        <w:t>根据题干中的图标数据显示，2019-2023年中国字库行业市场规模保持持续稳定增长，字库的应用场景将不断拓展。</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本题考查对文章内容的理解和概括。</w:t>
      </w:r>
    </w:p>
    <w:p>
      <w:pPr>
        <w:spacing w:line="360" w:lineRule="auto"/>
        <w:jc w:val="left"/>
        <w:textAlignment w:val="center"/>
        <w:rPr>
          <w:color w:val="000000"/>
        </w:rPr>
      </w:pPr>
      <w:r>
        <w:rPr>
          <w:rFonts w:ascii="宋体" w:hAnsi="宋体" w:eastAsia="宋体" w:cs="宋体"/>
          <w:color w:val="000000"/>
        </w:rPr>
        <w:t>结合材料一第④段“汉字是有情感的，它传递的是我们祖先的所见所闻、所思所想”“我们的文字每天都在用，但我们却不能确切的了解它。所以，我们要让大脑经过有效的训练，建立汉字思维，亲近古老的文，理解古老的字”可概括，传承和发展汉字文化需要建立汉字思维，在日常学习和生活中，注重理解汉字的意义和构成，培养对汉字的画面感；</w:t>
      </w:r>
    </w:p>
    <w:p>
      <w:pPr>
        <w:spacing w:line="360" w:lineRule="auto"/>
        <w:jc w:val="left"/>
        <w:textAlignment w:val="center"/>
        <w:rPr>
          <w:color w:val="000000"/>
        </w:rPr>
      </w:pPr>
      <w:r>
        <w:rPr>
          <w:rFonts w:ascii="宋体" w:hAnsi="宋体" w:eastAsia="宋体" w:cs="宋体"/>
          <w:color w:val="000000"/>
        </w:rPr>
        <w:t>结合材料二第③段“书法极美，亦极难，难在文化积累上”“先贤们的这些经验之谈，实质讲的都是文化，是学书者的深根固本之道”可概括为，传承和发展汉字文化需要提升文化积累，通过阅读经典文学作品、学习书法艺术等方式，深入了解汉字文化的内涵和魅力；</w:t>
      </w:r>
    </w:p>
    <w:p>
      <w:pPr>
        <w:spacing w:line="360" w:lineRule="auto"/>
        <w:jc w:val="left"/>
        <w:textAlignment w:val="center"/>
        <w:rPr>
          <w:color w:val="000000"/>
        </w:rPr>
      </w:pPr>
      <w:r>
        <w:rPr>
          <w:rFonts w:ascii="宋体" w:hAnsi="宋体" w:eastAsia="宋体" w:cs="宋体"/>
          <w:color w:val="000000"/>
        </w:rPr>
        <w:t>结合材料三第②段“</w:t>
      </w:r>
      <w:r>
        <w:rPr>
          <w:rFonts w:ascii="Times New Roman" w:hAnsi="Times New Roman" w:eastAsia="Times New Roman" w:cs="Times New Roman"/>
          <w:color w:val="000000"/>
        </w:rPr>
        <w:t>AI</w:t>
      </w:r>
      <w:r>
        <w:rPr>
          <w:rFonts w:ascii="宋体" w:hAnsi="宋体" w:eastAsia="宋体" w:cs="宋体"/>
          <w:color w:val="000000"/>
        </w:rPr>
        <w:t>造字可以根据不同用户手写字体的大小、宽窄、书写速度和371种连笔风格等，进行完整记录和最终生产”“在字库里还有很多好看的书法家和名人的字体，如</w:t>
      </w:r>
      <w:r>
        <w:rPr>
          <w:rFonts w:ascii="Times New Roman" w:hAnsi="Times New Roman" w:eastAsia="Times New Roman" w:cs="Times New Roman"/>
          <w:color w:val="000000"/>
        </w:rPr>
        <w:t>AI</w:t>
      </w:r>
      <w:r>
        <w:rPr>
          <w:rFonts w:ascii="宋体" w:hAnsi="宋体" w:eastAsia="宋体" w:cs="宋体"/>
          <w:color w:val="000000"/>
        </w:rPr>
        <w:t>造字成功还原了唐玄宗字体，让一代帝王之字再现，让每一个使用者在日常输入时可以沉浸体验帝王挥毫的气度”可概括为，传承和发展汉字文化需要借助科技手段，利用</w:t>
      </w:r>
      <w:r>
        <w:rPr>
          <w:rFonts w:ascii="Times New Roman" w:hAnsi="Times New Roman" w:eastAsia="Times New Roman" w:cs="Times New Roman"/>
          <w:color w:val="000000"/>
        </w:rPr>
        <w:t>AI</w:t>
      </w:r>
      <w:r>
        <w:rPr>
          <w:rFonts w:ascii="宋体" w:hAnsi="宋体" w:eastAsia="宋体" w:cs="宋体"/>
          <w:color w:val="000000"/>
        </w:rPr>
        <w:t>造字等新兴技术，创新汉字的表现形式和传播方式，促进汉字文化的传承和发展。</w:t>
      </w:r>
    </w:p>
    <w:p>
      <w:pPr>
        <w:spacing w:line="360" w:lineRule="auto"/>
        <w:jc w:val="left"/>
        <w:textAlignment w:val="center"/>
        <w:rPr>
          <w:color w:val="000000"/>
        </w:rPr>
      </w:pPr>
      <w:r>
        <w:rPr>
          <w:rFonts w:ascii="宋体" w:hAnsi="宋体" w:eastAsia="宋体" w:cs="宋体"/>
          <w:color w:val="000000"/>
        </w:rPr>
        <w:t>阅读《文字的神奇魅力》，完成下面小题。</w:t>
      </w:r>
    </w:p>
    <w:p>
      <w:pPr>
        <w:spacing w:line="360" w:lineRule="auto"/>
        <w:ind w:firstLine="420"/>
        <w:jc w:val="center"/>
        <w:textAlignment w:val="center"/>
        <w:rPr>
          <w:color w:val="000000"/>
        </w:rPr>
      </w:pPr>
      <w:r>
        <w:rPr>
          <w:rFonts w:ascii="楷体" w:hAnsi="楷体" w:eastAsia="楷体" w:cs="楷体"/>
          <w:color w:val="000000"/>
        </w:rPr>
        <w:t>文字的神奇魅力</w:t>
      </w:r>
    </w:p>
    <w:p>
      <w:pPr>
        <w:spacing w:line="360" w:lineRule="auto"/>
        <w:ind w:firstLine="420"/>
        <w:jc w:val="left"/>
        <w:textAlignment w:val="center"/>
        <w:rPr>
          <w:color w:val="000000"/>
        </w:rPr>
      </w:pPr>
      <w:r>
        <w:rPr>
          <w:rFonts w:ascii="楷体" w:hAnsi="楷体" w:eastAsia="楷体" w:cs="楷体"/>
          <w:color w:val="000000"/>
        </w:rPr>
        <w:t>①那天和臻儿聊天，聊到开心处，我情不自禁打出了两个字“呵呵”，感觉臻儿有点不开心，但也没多大情绪反应，母子继续聊天，这时臻儿告诉我一件很意外的事情，我又打出了一个经常用的语气词“哦”表示知道。这下，屏幕对面的臻儿很恼火地对我说：“妈，您什么意思啊！不和您说话了！”当时我一头雾水，摸不着头脑，问他：“怎么了？”臻儿只扔给我一句：“您自己去网上查查它们是什么意思！”</w:t>
      </w:r>
    </w:p>
    <w:p>
      <w:pPr>
        <w:spacing w:line="360" w:lineRule="auto"/>
        <w:ind w:firstLine="420"/>
        <w:jc w:val="left"/>
        <w:textAlignment w:val="center"/>
        <w:rPr>
          <w:color w:val="000000"/>
        </w:rPr>
      </w:pPr>
      <w:r>
        <w:rPr>
          <w:rFonts w:ascii="楷体" w:hAnsi="楷体" w:eastAsia="楷体" w:cs="楷体"/>
          <w:color w:val="000000"/>
        </w:rPr>
        <w:t>②我怀着疑惑的心情去网上一查，疑窦顿开，原来这两个词都是网络流行语。“呵呵”出自中国科学院对“熟蛋返生孵小鸡”事件的回复，有两分讥笑、三分凉薄、四分漫不经心。“哦”则是不想继续聊天的意思。</w:t>
      </w:r>
    </w:p>
    <w:p>
      <w:pPr>
        <w:spacing w:line="360" w:lineRule="auto"/>
        <w:ind w:firstLine="420"/>
        <w:jc w:val="left"/>
        <w:textAlignment w:val="center"/>
        <w:rPr>
          <w:color w:val="000000"/>
        </w:rPr>
      </w:pPr>
      <w:r>
        <w:rPr>
          <w:rFonts w:ascii="楷体" w:hAnsi="楷体" w:eastAsia="楷体" w:cs="楷体"/>
          <w:color w:val="000000"/>
        </w:rPr>
        <w:t>③儿子是零零后，我是七零后，差不多隔了三十年，这是代沟，更是鸿沟。唯一能连通母子的，只有文字。现在看来，文字也丧失了这种功能。但真是这样吗？</w:t>
      </w:r>
    </w:p>
    <w:p>
      <w:pPr>
        <w:spacing w:line="360" w:lineRule="auto"/>
        <w:ind w:firstLine="420"/>
        <w:jc w:val="left"/>
        <w:textAlignment w:val="center"/>
        <w:rPr>
          <w:color w:val="000000"/>
        </w:rPr>
      </w:pPr>
      <w:r>
        <w:rPr>
          <w:rFonts w:ascii="楷体" w:hAnsi="楷体" w:eastAsia="楷体" w:cs="楷体"/>
          <w:color w:val="000000"/>
        </w:rPr>
        <w:t>④我想起近几年很流行的网络用语，它们有许多约定俗成的固定语，有几年还成为校园的主流，甚至某些教辅和试卷当中都有它们的身影。诸如前两年最流行的“干饭人”，后来又出现的“奥利给”，包括现在人们的口头禅“神兽”……这些网络用语有一个很明显的特点，那就是生命周期非常短暂。前几年流行起来的网络用语似乎早已被人们遗忘，新的网络用语正在兴起的路上，然而，一段时间后也会销声匿迹。为什么会这样呢？因为网络用语没有文化的滋养，缺少底蕴，所以它们生存的时间也不会长久。</w:t>
      </w:r>
    </w:p>
    <w:p>
      <w:pPr>
        <w:spacing w:line="360" w:lineRule="auto"/>
        <w:ind w:firstLine="420"/>
        <w:jc w:val="left"/>
        <w:textAlignment w:val="center"/>
        <w:rPr>
          <w:color w:val="000000"/>
        </w:rPr>
      </w:pPr>
      <w:r>
        <w:rPr>
          <w:rFonts w:ascii="楷体" w:hAnsi="楷体" w:eastAsia="楷体" w:cs="楷体"/>
          <w:color w:val="000000"/>
        </w:rPr>
        <w:t>⑤我们中华民族的文字，历经甲骨文、金文、篆文、隶书、楷书、行书的演变，承载了千年的文化内涵，经久不衰，至今依然散发着熠熠的光辉。</w:t>
      </w:r>
    </w:p>
    <w:p>
      <w:pPr>
        <w:spacing w:line="360" w:lineRule="auto"/>
        <w:ind w:firstLine="420"/>
        <w:jc w:val="left"/>
        <w:textAlignment w:val="center"/>
        <w:rPr>
          <w:color w:val="000000"/>
        </w:rPr>
      </w:pPr>
      <w:r>
        <w:rPr>
          <w:rFonts w:ascii="楷体" w:hAnsi="楷体" w:eastAsia="楷体" w:cs="楷体"/>
          <w:color w:val="000000"/>
        </w:rPr>
        <w:t>⑥时间的洪流将繁华的尘世席卷，当逝去的一切都成为尘封的记忆时，阅读楚辞、汉赋、唐诗、宋词……那一个个熟悉的名字立刻出现在脑海，那一个个鲜活的生命仿佛就在你眼前，那一桩桩事件就像刚刚发生过。“路漫漫其修远兮，吾将上下而求索”，屈原拳拳的爱国之心鼓舞着我们；“长风破浪会有时，直挂云帆济沧海”，李白潇洒的人生态度影响着我们；“但愿人长久，千里共婵娟”，苏轼豁达的精神指引着我们……几千年后，这些文字依然历历在目，散发着历久弥新的生命力。文人墨客们的生命，也因文字而得到延续。</w:t>
      </w:r>
    </w:p>
    <w:p>
      <w:pPr>
        <w:spacing w:line="360" w:lineRule="auto"/>
        <w:ind w:firstLine="420"/>
        <w:jc w:val="left"/>
        <w:textAlignment w:val="center"/>
        <w:rPr>
          <w:color w:val="000000"/>
        </w:rPr>
      </w:pPr>
      <w:r>
        <w:rPr>
          <w:rFonts w:ascii="楷体" w:hAnsi="楷体" w:eastAsia="楷体" w:cs="楷体"/>
          <w:color w:val="000000"/>
        </w:rPr>
        <w:t>⑦通过文字，我们可以窥到文字书写者内心丰富的情感。“烽火连三月，家书抵万金”，是万两黄金都无法换取的亲情；“洛阳亲友如相问，一片冰心在玉壶”，是表明心态，宽慰亲友的真情；“欲为圣明除弊事，肯将衰朽惜残年”，是无罪遭贬，仕宦蹉跎的悲情。有人说，喜欢文字的人一定是多愁善感的人，是多情的人。我感觉真正喜欢文字的人，不仅多情，而且很多都有大爱。像鲁迅先生那样，为了民族觉醒毅然弃医从文，用文字唤醒沉睡的国人。他的“多情”是大爱无疆。</w:t>
      </w:r>
    </w:p>
    <w:p>
      <w:pPr>
        <w:spacing w:line="360" w:lineRule="auto"/>
        <w:ind w:firstLine="420"/>
        <w:jc w:val="left"/>
        <w:textAlignment w:val="center"/>
        <w:rPr>
          <w:color w:val="000000"/>
        </w:rPr>
      </w:pPr>
      <w:r>
        <w:rPr>
          <w:rFonts w:ascii="楷体" w:hAnsi="楷体" w:eastAsia="楷体" w:cs="楷体"/>
          <w:color w:val="000000"/>
        </w:rPr>
        <w:t>⑧打小我就喜欢文字。高兴了，撰出笔写写；忧伤了，坐来前记记。如此一来，文字就成了我形影不离的知己，始终不离不弃。不管经历什么，文字都可以帮我记录，不论生活怎样不如意，在文字里面，我都能敞开心扉，大胆书写我的过往。而</w:t>
      </w:r>
      <w:r>
        <w:rPr>
          <w:rFonts w:ascii="楷体" w:hAnsi="楷体" w:eastAsia="楷体" w:cs="楷体"/>
          <w:color w:val="000000"/>
          <w:u w:val="single"/>
        </w:rPr>
        <w:t>文字也会替我收藏心情，捡拾情绪，如一座接收站，默默为我承受。</w:t>
      </w:r>
    </w:p>
    <w:p>
      <w:pPr>
        <w:spacing w:line="360" w:lineRule="auto"/>
        <w:ind w:firstLine="420"/>
        <w:jc w:val="left"/>
        <w:textAlignment w:val="center"/>
        <w:rPr>
          <w:color w:val="000000"/>
        </w:rPr>
      </w:pPr>
      <w:r>
        <w:rPr>
          <w:rFonts w:ascii="楷体" w:hAnsi="楷体" w:eastAsia="楷体" w:cs="楷体"/>
          <w:color w:val="000000"/>
        </w:rPr>
        <w:t>⑨我觉得自己是幸运的，虽然我没有多大成就，也未必能写出多么深刻的文字，但能在文字中结识朋友、寻找寄托，也是一件极为幸福的事。所以，我总是希望自己能在文字中尽情遨游，在文字中安放心灵。</w:t>
      </w:r>
    </w:p>
    <w:p>
      <w:pPr>
        <w:spacing w:line="360" w:lineRule="auto"/>
        <w:ind w:firstLine="420"/>
        <w:jc w:val="left"/>
        <w:textAlignment w:val="center"/>
        <w:rPr>
          <w:color w:val="000000"/>
        </w:rPr>
      </w:pPr>
      <w:r>
        <w:rPr>
          <w:rFonts w:ascii="楷体" w:hAnsi="楷体" w:eastAsia="楷体" w:cs="楷体"/>
          <w:color w:val="000000"/>
        </w:rPr>
        <w:t>⑩最后，回到开始的话题。不同时代有不同的流行语。如今，海量信息传输和移动阅读方式培养了人们新的阅读习惯，使阅读产生了快阅读、浅阅读的转向。结构简单、语义夸张、活泼生动的网络流行语是这一阅读潮流的结果。但它们似乎少了一点质感，更少了传承延续的特点，在博大精深的汉语词库里，我还是钟情这些有生命的、温情的、亘古不变的中国文字。</w:t>
      </w:r>
    </w:p>
    <w:p>
      <w:pPr>
        <w:spacing w:line="360" w:lineRule="auto"/>
        <w:ind w:firstLine="420"/>
        <w:jc w:val="right"/>
        <w:textAlignment w:val="center"/>
        <w:rPr>
          <w:color w:val="000000"/>
        </w:rPr>
      </w:pPr>
      <w:r>
        <w:rPr>
          <w:rFonts w:ascii="宋体" w:hAnsi="宋体" w:eastAsia="宋体" w:cs="宋体"/>
          <w:color w:val="000000"/>
        </w:rPr>
        <w:t>（取材于张颖的文章）</w:t>
      </w:r>
    </w:p>
    <w:p>
      <w:pPr>
        <w:spacing w:line="360" w:lineRule="auto"/>
        <w:jc w:val="left"/>
        <w:textAlignment w:val="center"/>
        <w:rPr>
          <w:color w:val="000000"/>
        </w:rPr>
      </w:pPr>
      <w:r>
        <w:rPr>
          <w:color w:val="000000"/>
        </w:rPr>
        <w:t xml:space="preserve">21. </w:t>
      </w:r>
      <w:r>
        <w:rPr>
          <w:rFonts w:ascii="宋体" w:hAnsi="宋体" w:eastAsia="宋体" w:cs="宋体"/>
          <w:color w:val="000000"/>
        </w:rPr>
        <w:t>在文章中，作者先叙述了</w:t>
      </w:r>
      <w:r>
        <w:rPr>
          <w:color w:val="000000"/>
        </w:rPr>
        <w:t>__________</w:t>
      </w:r>
      <w:r>
        <w:rPr>
          <w:rFonts w:ascii="宋体" w:hAnsi="宋体" w:eastAsia="宋体" w:cs="宋体"/>
          <w:color w:val="000000"/>
        </w:rPr>
        <w:t>，接着谈起近几年流行的网络用语，而后又详细描述了</w:t>
      </w:r>
      <w:r>
        <w:rPr>
          <w:color w:val="000000"/>
        </w:rPr>
        <w:t>__________</w:t>
      </w:r>
      <w:r>
        <w:rPr>
          <w:rFonts w:ascii="宋体" w:hAnsi="宋体" w:eastAsia="宋体" w:cs="宋体"/>
          <w:color w:val="000000"/>
        </w:rPr>
        <w:t>，最后表达了自己对文字的热爱。</w:t>
      </w:r>
    </w:p>
    <w:p>
      <w:pPr>
        <w:spacing w:line="360" w:lineRule="auto"/>
        <w:jc w:val="left"/>
        <w:textAlignment w:val="center"/>
        <w:rPr>
          <w:color w:val="000000"/>
        </w:rPr>
      </w:pPr>
      <w:r>
        <w:rPr>
          <w:color w:val="000000"/>
        </w:rPr>
        <w:t xml:space="preserve">22. </w:t>
      </w:r>
      <w:r>
        <w:rPr>
          <w:rFonts w:ascii="宋体" w:hAnsi="宋体" w:eastAsia="宋体" w:cs="宋体"/>
          <w:color w:val="000000"/>
        </w:rPr>
        <w:t>第</w:t>
      </w:r>
      <w:r>
        <w:rPr>
          <w:rFonts w:ascii="楷体" w:hAnsi="楷体" w:eastAsia="楷体" w:cs="楷体"/>
          <w:color w:val="000000"/>
        </w:rPr>
        <w:t>⑧</w:t>
      </w:r>
      <w:r>
        <w:rPr>
          <w:rFonts w:ascii="宋体" w:hAnsi="宋体" w:eastAsia="宋体" w:cs="宋体"/>
          <w:color w:val="000000"/>
        </w:rPr>
        <w:t>段写到“文字也会替我收藏心情，捡拾情绪，如一座接收站，默默为我承受”。结合上下文，谈谈这句话的表达效果．</w:t>
      </w:r>
    </w:p>
    <w:p>
      <w:pPr>
        <w:spacing w:line="360" w:lineRule="auto"/>
        <w:jc w:val="left"/>
        <w:textAlignment w:val="center"/>
        <w:rPr>
          <w:color w:val="000000"/>
        </w:rPr>
      </w:pPr>
      <w:r>
        <w:rPr>
          <w:color w:val="000000"/>
        </w:rPr>
        <w:t xml:space="preserve">23. </w:t>
      </w:r>
      <w:r>
        <w:rPr>
          <w:rFonts w:ascii="宋体" w:hAnsi="宋体" w:eastAsia="宋体" w:cs="宋体"/>
          <w:color w:val="000000"/>
        </w:rPr>
        <w:t>文字在作者的眼中具有“神奇的魅力”，她为什么会有这样的感受？结合文章内容，谈谈你的理解。</w:t>
      </w:r>
    </w:p>
    <w:p>
      <w:pPr>
        <w:spacing w:line="360" w:lineRule="auto"/>
        <w:textAlignment w:val="center"/>
        <w:rPr>
          <w:color w:val="000000"/>
        </w:rPr>
      </w:pPr>
      <w:r>
        <w:rPr>
          <w:color w:val="2E75B6"/>
        </w:rPr>
        <w:t>【答案】</w:t>
      </w:r>
      <w:r>
        <w:rPr>
          <w:color w:val="000000"/>
        </w:rPr>
        <w:t xml:space="preserve">21.     ①. 自己与儿子聊天产生分歧的经历    ②. 中华文字的魅力    </w:t>
      </w:r>
    </w:p>
    <w:p>
      <w:pPr>
        <w:spacing w:line="360" w:lineRule="auto"/>
        <w:textAlignment w:val="center"/>
        <w:rPr>
          <w:color w:val="000000"/>
        </w:rPr>
      </w:pPr>
      <w:r>
        <w:rPr>
          <w:color w:val="000000"/>
        </w:rPr>
        <w:t xml:space="preserve">22. 示例：这句话运用了拟人和比喻的修辞手法，生动形象地写出了文字作为记录者的作用，它可以收藏和捡拾我们的心情和情绪，让我们在文字中畅所欲言，找到一种释放和宣泄的方式。    </w:t>
      </w:r>
    </w:p>
    <w:p>
      <w:pPr>
        <w:spacing w:line="360" w:lineRule="auto"/>
        <w:textAlignment w:val="center"/>
        <w:rPr>
          <w:color w:val="000000"/>
        </w:rPr>
      </w:pPr>
      <w:r>
        <w:rPr>
          <w:color w:val="000000"/>
        </w:rPr>
        <w:t>23. 示例：作者认为文字具有神奇的魅力，是因为它可以帮助我们记录生活、感受历史、传承文化，同时它也是我们表达情感、传递信息的重要工具。此外，</w:t>
      </w:r>
      <w:r>
        <w:rPr>
          <w:rFonts w:ascii="宋体" w:hAnsi="宋体" w:eastAsia="宋体" w:cs="宋体"/>
          <w:color w:val="000000"/>
        </w:rPr>
        <w:t>文字具有永恒的魅力，它历经各种字体的演变不断传承下去，是我们民族的宝贵财富</w:t>
      </w:r>
      <w:r>
        <w:rPr>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本题考查内容概括。</w:t>
      </w:r>
    </w:p>
    <w:p>
      <w:pPr>
        <w:spacing w:line="360" w:lineRule="auto"/>
        <w:jc w:val="left"/>
        <w:textAlignment w:val="center"/>
        <w:rPr>
          <w:color w:val="000000"/>
        </w:rPr>
      </w:pPr>
      <w:r>
        <w:rPr>
          <w:rFonts w:ascii="宋体" w:hAnsi="宋体" w:eastAsia="宋体" w:cs="宋体"/>
          <w:color w:val="000000"/>
        </w:rPr>
        <w:t>由第①段“那天和臻儿聊天，聊到开心处”“屏幕对面的臻儿很恼火地对我说：‘妈，您什么意思啊！不和您说话了！’当时我一头雾水，摸不着头脑，问他：‘怎么了？’臻儿只扔给我一句：‘您自己去网上查查它们是什么意思！’”可概括为：“我”与儿子聊天产生分歧的经历。</w:t>
      </w:r>
    </w:p>
    <w:p>
      <w:pPr>
        <w:spacing w:line="360" w:lineRule="auto"/>
        <w:jc w:val="left"/>
        <w:textAlignment w:val="center"/>
        <w:rPr>
          <w:color w:val="000000"/>
        </w:rPr>
      </w:pPr>
      <w:r>
        <w:rPr>
          <w:rFonts w:ascii="宋体" w:hAnsi="宋体" w:eastAsia="宋体" w:cs="宋体"/>
          <w:color w:val="000000"/>
        </w:rPr>
        <w:t>由第⑤段“我们中华民族的文字……至今依然散发着熠熠的光辉”、第⑥段“几千年后，这些文字依然历历在目，散发着历久弥新的生命力”、第⑦段“通过文字，我们可以窥到文字书写者内心丰富的情感”、第⑧段“文字也会替我收藏心情，捡拾情绪，如一座接收站，默默为我承受”等句可概括为：中华文字的魅力。</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rFonts w:ascii="宋体" w:hAnsi="宋体" w:eastAsia="宋体" w:cs="宋体"/>
          <w:color w:val="000000"/>
        </w:rPr>
        <w:t>本题考查句子赏析。</w:t>
      </w:r>
    </w:p>
    <w:p>
      <w:pPr>
        <w:spacing w:line="360" w:lineRule="auto"/>
        <w:jc w:val="left"/>
        <w:textAlignment w:val="center"/>
        <w:rPr>
          <w:color w:val="000000"/>
        </w:rPr>
      </w:pPr>
      <w:r>
        <w:rPr>
          <w:rFonts w:ascii="宋体" w:hAnsi="宋体" w:eastAsia="宋体" w:cs="宋体"/>
          <w:color w:val="000000"/>
        </w:rPr>
        <w:t>划线句中“替我收藏心情，捡拾情绪”“默默为我承受”赋予文字以人的动作情态，运用了拟人的修辞；“如一座接收站”把文字比作接收站，是比喻的修辞手法。结合前文“不管经历什么，文字都可以帮我记录，不论生活怎样不如意，在文字里面，我都能敞开心扉，大胆书写我的过往”，以及第⑨段“在文字中结识朋友、寻找寄托，也是一件极为幸福的事。所以，我总是希望自己能在文字中尽情遨游，在文字中安放心灵”可知，划线句子生动形象地写出了文字作为记录者的作用，它可以收藏和捡拾我们的心情和情绪，让我们在文字中畅所欲言，找到一种释放和宣泄的方式。</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rFonts w:ascii="宋体" w:hAnsi="宋体" w:eastAsia="宋体" w:cs="宋体"/>
          <w:color w:val="000000"/>
        </w:rPr>
        <w:t>本题考查内容概括。</w:t>
      </w:r>
    </w:p>
    <w:p>
      <w:pPr>
        <w:spacing w:line="360" w:lineRule="auto"/>
        <w:jc w:val="left"/>
        <w:textAlignment w:val="center"/>
        <w:rPr>
          <w:color w:val="000000"/>
        </w:rPr>
      </w:pPr>
      <w:r>
        <w:rPr>
          <w:rFonts w:ascii="宋体" w:hAnsi="宋体" w:eastAsia="宋体" w:cs="宋体"/>
          <w:color w:val="000000"/>
        </w:rPr>
        <w:t>由第⑤段“我们中华民族的文字，历经甲骨文、金文、篆文、隶书、楷书、行书的演变，承载了千年的文化内涵，经久不衰，至今依然散发着熠熠的光辉”可知，文字具有永恒的魅力，它历经各种字体的演变不断传承下去，是我们民族的宝贵财富。</w:t>
      </w:r>
    </w:p>
    <w:p>
      <w:pPr>
        <w:spacing w:line="360" w:lineRule="auto"/>
        <w:jc w:val="left"/>
        <w:textAlignment w:val="center"/>
        <w:rPr>
          <w:color w:val="000000"/>
        </w:rPr>
      </w:pPr>
      <w:r>
        <w:rPr>
          <w:rFonts w:ascii="宋体" w:hAnsi="宋体" w:eastAsia="宋体" w:cs="宋体"/>
          <w:color w:val="000000"/>
        </w:rPr>
        <w:t>由第⑥段“阅读楚辞、汉赋、唐诗、宋词……那一个个熟悉的名字立刻出现在脑海，那一个个鲜活的生命仿佛就在你眼前，那一桩桩事件就像刚刚发生过”、第⑦段“通过文字，我们可以窥到文字书写者内心丰富的情感”可知，文字可以记录历史，传承文化。</w:t>
      </w:r>
    </w:p>
    <w:p>
      <w:pPr>
        <w:spacing w:line="360" w:lineRule="auto"/>
        <w:jc w:val="left"/>
        <w:textAlignment w:val="center"/>
        <w:rPr>
          <w:color w:val="000000"/>
        </w:rPr>
      </w:pPr>
      <w:r>
        <w:rPr>
          <w:rFonts w:ascii="宋体" w:hAnsi="宋体" w:eastAsia="宋体" w:cs="宋体"/>
          <w:color w:val="000000"/>
        </w:rPr>
        <w:t>由第⑦段“我感觉真正喜欢文字的人，不仅多情，而且很多都有大爱”、第⑧段“高兴了，撰出笔写写；忧伤了，坐来前记记。如此一来，文字就成了我形影不离的知己，始终不离不弃。不管经历什么，文字都可以帮我记录，不论生活怎样不如意，在文字里面，我都能敞开心扉，大胆书写我的过往”可知，文字可以帮助我们表达情感、记录生活，沉淀心情。</w:t>
      </w:r>
    </w:p>
    <w:p>
      <w:pPr>
        <w:spacing w:line="360" w:lineRule="auto"/>
        <w:jc w:val="left"/>
        <w:textAlignment w:val="center"/>
        <w:rPr>
          <w:color w:val="000000"/>
        </w:rPr>
      </w:pPr>
      <w:r>
        <w:rPr>
          <w:rFonts w:ascii="宋体" w:hAnsi="宋体" w:eastAsia="宋体" w:cs="宋体"/>
          <w:color w:val="000000"/>
        </w:rPr>
        <w:t>由第⑨段“在文字中结识朋友、寻找寄托，也是一件极为幸福的事”可知，文字可以传递信息、结识朋友、寻找寄托。</w:t>
      </w:r>
    </w:p>
    <w:p>
      <w:pPr>
        <w:pStyle w:val="Heading3"/>
      </w:pPr>
      <w:r>
        <w:t>西城区</w:t>
      </w:r>
    </w:p>
    <w:p>
      <w:pPr>
        <w:spacing w:line="360" w:lineRule="auto"/>
        <w:jc w:val="left"/>
        <w:textAlignment w:val="center"/>
        <w:rPr>
          <w:color w:val="000000"/>
        </w:rPr>
      </w:pPr>
      <w:r>
        <w:rPr>
          <w:rFonts w:ascii="宋体" w:hAnsi="宋体" w:eastAsia="宋体" w:cs="宋体"/>
          <w:b/>
          <w:color w:val="000000"/>
          <w:sz w:val="24"/>
        </w:rPr>
        <w:t>四、现代文阅读（共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（一）（共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阅读《爱的“内卷”》，完成各题。</w:t>
      </w:r>
    </w:p>
    <w:p>
      <w:pPr>
        <w:spacing w:line="360" w:lineRule="auto"/>
        <w:jc w:val="center"/>
        <w:textAlignment w:val="center"/>
        <w:rPr>
          <w:color w:val="000000"/>
        </w:rPr>
      </w:pPr>
      <w:r>
        <w:rPr>
          <w:rFonts w:ascii="楷体" w:hAnsi="楷体" w:eastAsia="楷体" w:cs="楷体"/>
          <w:color w:val="000000"/>
        </w:rPr>
        <w:t>爱的</w:t>
      </w:r>
      <w:r>
        <w:rPr>
          <w:rFonts w:ascii="宋体" w:hAnsi="宋体" w:eastAsia="宋体" w:cs="宋体"/>
          <w:color w:val="000000"/>
        </w:rPr>
        <w:t>“</w:t>
      </w:r>
      <w:r>
        <w:rPr>
          <w:rFonts w:ascii="楷体" w:hAnsi="楷体" w:eastAsia="楷体" w:cs="楷体"/>
          <w:color w:val="000000"/>
        </w:rPr>
        <w:t>内卷</w:t>
      </w:r>
      <w:r>
        <w:rPr>
          <w:rFonts w:ascii="宋体" w:hAnsi="宋体" w:eastAsia="宋体" w:cs="宋体"/>
          <w:color w:val="000000"/>
        </w:rPr>
        <w:t>”</w:t>
      </w:r>
    </w:p>
    <w:p>
      <w:pPr>
        <w:spacing w:line="360" w:lineRule="auto"/>
        <w:ind w:firstLine="420"/>
        <w:jc w:val="left"/>
        <w:textAlignment w:val="center"/>
        <w:rPr>
          <w:color w:val="000000"/>
        </w:rPr>
      </w:pPr>
      <w:r>
        <w:rPr>
          <w:color w:val="000000"/>
        </w:rPr>
        <w:t>①</w:t>
      </w:r>
      <w:r>
        <w:rPr>
          <w:rFonts w:ascii="楷体" w:hAnsi="楷体" w:eastAsia="楷体" w:cs="楷体"/>
          <w:color w:val="000000"/>
        </w:rPr>
        <w:t>前段时间，我父母从合肥去济南旅游，执意</w:t>
      </w:r>
      <w:r>
        <w:rPr>
          <w:rFonts w:ascii="宋体" w:hAnsi="宋体" w:eastAsia="宋体" w:cs="宋体"/>
          <w:color w:val="000000"/>
        </w:rPr>
        <w:t>“</w:t>
      </w:r>
      <w:r>
        <w:rPr>
          <w:rFonts w:ascii="楷体" w:hAnsi="楷体" w:eastAsia="楷体" w:cs="楷体"/>
          <w:color w:val="000000"/>
        </w:rPr>
        <w:t>顺路</w:t>
      </w:r>
      <w:r>
        <w:rPr>
          <w:rFonts w:ascii="宋体" w:hAnsi="宋体" w:eastAsia="宋体" w:cs="宋体"/>
          <w:color w:val="000000"/>
        </w:rPr>
        <w:t>”</w:t>
      </w:r>
      <w:r>
        <w:rPr>
          <w:rFonts w:ascii="楷体" w:hAnsi="楷体" w:eastAsia="楷体" w:cs="楷体"/>
          <w:color w:val="000000"/>
        </w:rPr>
        <w:t>来北京一趟。他们停留的时间不长，只两天。</w:t>
      </w:r>
      <w:r>
        <w:rPr>
          <w:rFonts w:ascii="宋体" w:hAnsi="宋体" w:eastAsia="宋体" w:cs="宋体"/>
          <w:color w:val="000000"/>
        </w:rPr>
        <w:t>“</w:t>
      </w:r>
      <w:r>
        <w:rPr>
          <w:rFonts w:ascii="楷体" w:hAnsi="楷体" w:eastAsia="楷体" w:cs="楷体"/>
          <w:color w:val="000000"/>
        </w:rPr>
        <w:t>顺路</w:t>
      </w:r>
      <w:r>
        <w:rPr>
          <w:rFonts w:ascii="宋体" w:hAnsi="宋体" w:eastAsia="宋体" w:cs="宋体"/>
          <w:color w:val="000000"/>
        </w:rPr>
        <w:t>”</w:t>
      </w:r>
      <w:r>
        <w:rPr>
          <w:rFonts w:ascii="楷体" w:hAnsi="楷体" w:eastAsia="楷体" w:cs="楷体"/>
          <w:color w:val="000000"/>
        </w:rPr>
        <w:t>来的原因有二。</w:t>
      </w:r>
      <w:r>
        <w:rPr>
          <w:rFonts w:ascii="宋体" w:hAnsi="宋体" w:eastAsia="宋体" w:cs="宋体"/>
          <w:color w:val="000000"/>
        </w:rPr>
        <w:t>“</w:t>
      </w:r>
      <w:r>
        <w:rPr>
          <w:rFonts w:ascii="楷体" w:hAnsi="楷体" w:eastAsia="楷体" w:cs="楷体"/>
          <w:color w:val="000000"/>
        </w:rPr>
        <w:t>省得你们赶国庆回乡挤来挤去多累！</w:t>
      </w:r>
      <w:r>
        <w:rPr>
          <w:rFonts w:ascii="宋体" w:hAnsi="宋体" w:eastAsia="宋体" w:cs="宋体"/>
          <w:color w:val="000000"/>
        </w:rPr>
        <w:t>”</w:t>
      </w:r>
      <w:r>
        <w:rPr>
          <w:rFonts w:ascii="楷体" w:hAnsi="楷体" w:eastAsia="楷体" w:cs="楷体"/>
          <w:color w:val="000000"/>
        </w:rPr>
        <w:t>我妈说。</w:t>
      </w:r>
      <w:r>
        <w:rPr>
          <w:rFonts w:ascii="宋体" w:hAnsi="宋体" w:eastAsia="宋体" w:cs="宋体"/>
          <w:color w:val="000000"/>
        </w:rPr>
        <w:t>“</w:t>
      </w:r>
      <w:r>
        <w:rPr>
          <w:rFonts w:ascii="楷体" w:hAnsi="楷体" w:eastAsia="楷体" w:cs="楷体"/>
          <w:color w:val="000000"/>
        </w:rPr>
        <w:t>给我小外孙做点儿吃的喝的！</w:t>
      </w:r>
      <w:r>
        <w:rPr>
          <w:rFonts w:ascii="宋体" w:hAnsi="宋体" w:eastAsia="宋体" w:cs="宋体"/>
          <w:color w:val="000000"/>
        </w:rPr>
        <w:t>”</w:t>
      </w:r>
      <w:r>
        <w:rPr>
          <w:rFonts w:ascii="楷体" w:hAnsi="楷体" w:eastAsia="楷体" w:cs="楷体"/>
          <w:color w:val="000000"/>
        </w:rPr>
        <w:t>我爸说。后者比重显然大于前者。</w:t>
      </w:r>
    </w:p>
    <w:p>
      <w:pPr>
        <w:spacing w:line="360" w:lineRule="auto"/>
        <w:ind w:firstLine="420"/>
        <w:jc w:val="left"/>
        <w:textAlignment w:val="center"/>
        <w:rPr>
          <w:color w:val="000000"/>
        </w:rPr>
      </w:pPr>
      <w:r>
        <w:rPr>
          <w:color w:val="000000"/>
        </w:rPr>
        <w:t>②</w:t>
      </w:r>
      <w:r>
        <w:rPr>
          <w:rFonts w:ascii="楷体" w:hAnsi="楷体" w:eastAsia="楷体" w:cs="楷体"/>
          <w:color w:val="000000"/>
        </w:rPr>
        <w:t>我爸妈的行李中三分之一是自己的衣物和用品，三分之二塞满了炸好的圆子、自制咸肉、自制蒿子粑粑、我爱喝的黄山毛峰，还有新鲜母鸡两只，每只切成四份，独立包装。当我妈拿出一粒酒曲，我爸问我有没有红薯粉丝和面粉时，我终于知道了他们来北京的真实目的。我似乎随口说过，饭店的米酒汤圆，酒没酒味，米又碎又烂。我娃则不止一次在视频通话中告诉我爸：</w:t>
      </w:r>
      <w:r>
        <w:rPr>
          <w:rFonts w:ascii="宋体" w:hAnsi="宋体" w:eastAsia="宋体" w:cs="宋体"/>
          <w:color w:val="000000"/>
        </w:rPr>
        <w:t>“</w:t>
      </w:r>
      <w:r>
        <w:rPr>
          <w:rFonts w:ascii="楷体" w:hAnsi="楷体" w:eastAsia="楷体" w:cs="楷体"/>
          <w:color w:val="000000"/>
        </w:rPr>
        <w:t>姥爷，我想吃你蒸的粉丝肉包。外面卖的包子没有粉丝和肉在一起的馅儿。</w:t>
      </w:r>
      <w:r>
        <w:rPr>
          <w:rFonts w:ascii="宋体" w:hAnsi="宋体" w:eastAsia="宋体" w:cs="宋体"/>
          <w:color w:val="000000"/>
        </w:rPr>
        <w:t>”</w:t>
      </w:r>
      <w:r>
        <w:rPr>
          <w:rFonts w:ascii="楷体" w:hAnsi="楷体" w:eastAsia="楷体" w:cs="楷体"/>
          <w:color w:val="000000"/>
        </w:rPr>
        <w:t>现在，我爸</w:t>
      </w:r>
      <w:r>
        <w:rPr>
          <w:rFonts w:ascii="宋体" w:hAnsi="宋体" w:eastAsia="宋体" w:cs="宋体"/>
          <w:color w:val="000000"/>
        </w:rPr>
        <w:t>“</w:t>
      </w:r>
      <w:r>
        <w:rPr>
          <w:rFonts w:ascii="楷体" w:hAnsi="楷体" w:eastAsia="楷体" w:cs="楷体"/>
          <w:color w:val="000000"/>
        </w:rPr>
        <w:t>人肉快递</w:t>
      </w:r>
      <w:r>
        <w:rPr>
          <w:rFonts w:ascii="宋体" w:hAnsi="宋体" w:eastAsia="宋体" w:cs="宋体"/>
          <w:color w:val="000000"/>
        </w:rPr>
        <w:t>”</w:t>
      </w:r>
      <w:r>
        <w:rPr>
          <w:rFonts w:ascii="楷体" w:hAnsi="楷体" w:eastAsia="楷体" w:cs="楷体"/>
          <w:color w:val="000000"/>
        </w:rPr>
        <w:t>，将厨师本人空投来了。爸妈把带来的吃食塞进冰箱，就大刀阔斧，</w:t>
      </w:r>
      <w:r>
        <w:rPr>
          <w:rFonts w:ascii="宋体" w:hAnsi="宋体" w:eastAsia="宋体" w:cs="宋体"/>
          <w:color w:val="000000"/>
        </w:rPr>
        <w:t>“</w:t>
      </w:r>
      <w:r>
        <w:rPr>
          <w:rFonts w:ascii="楷体" w:hAnsi="楷体" w:eastAsia="楷体" w:cs="楷体"/>
          <w:color w:val="000000"/>
        </w:rPr>
        <w:t>咚咚咚</w:t>
      </w:r>
      <w:r>
        <w:rPr>
          <w:rFonts w:ascii="宋体" w:hAnsi="宋体" w:eastAsia="宋体" w:cs="宋体"/>
          <w:color w:val="000000"/>
        </w:rPr>
        <w:t>”“</w:t>
      </w:r>
      <w:r>
        <w:rPr>
          <w:rFonts w:ascii="楷体" w:hAnsi="楷体" w:eastAsia="楷体" w:cs="楷体"/>
          <w:color w:val="000000"/>
        </w:rPr>
        <w:t>锵锵锵</w:t>
      </w:r>
      <w:r>
        <w:rPr>
          <w:rFonts w:ascii="宋体" w:hAnsi="宋体" w:eastAsia="宋体" w:cs="宋体"/>
          <w:color w:val="000000"/>
        </w:rPr>
        <w:t>”</w:t>
      </w:r>
      <w:r>
        <w:rPr>
          <w:rFonts w:ascii="楷体" w:hAnsi="楷体" w:eastAsia="楷体" w:cs="楷体"/>
          <w:color w:val="000000"/>
        </w:rPr>
        <w:t>地忙活开了。</w:t>
      </w:r>
    </w:p>
    <w:p>
      <w:pPr>
        <w:spacing w:line="360" w:lineRule="auto"/>
        <w:ind w:firstLine="420"/>
        <w:jc w:val="left"/>
        <w:textAlignment w:val="center"/>
        <w:rPr>
          <w:color w:val="000000"/>
        </w:rPr>
      </w:pPr>
      <w:r>
        <w:rPr>
          <w:color w:val="000000"/>
        </w:rPr>
        <w:t>③</w:t>
      </w:r>
      <w:r>
        <w:rPr>
          <w:rFonts w:ascii="楷体" w:hAnsi="楷体" w:eastAsia="楷体" w:cs="楷体"/>
          <w:color w:val="000000"/>
        </w:rPr>
        <w:t>我娃放学一进门，还没放下书包，就已经捕捉到饭香，眼神充满了惊喜。</w:t>
      </w:r>
    </w:p>
    <w:p>
      <w:pPr>
        <w:spacing w:line="360" w:lineRule="auto"/>
        <w:ind w:firstLine="420"/>
        <w:jc w:val="left"/>
        <w:textAlignment w:val="center"/>
        <w:rPr>
          <w:color w:val="000000"/>
        </w:rPr>
      </w:pPr>
      <w:r>
        <w:rPr>
          <w:color w:val="000000"/>
        </w:rPr>
        <w:t>④</w:t>
      </w:r>
      <w:r>
        <w:rPr>
          <w:rFonts w:ascii="楷体" w:hAnsi="楷体" w:eastAsia="楷体" w:cs="楷体"/>
          <w:color w:val="000000"/>
          <w:u w:val="single"/>
        </w:rPr>
        <w:t>锅里炖着鸡汤，黄澄澄的，油汪了一片；圆子回锅重炸了一遍，穿了盔甲般，罩着略焦的壳；包子新鲜出炉，蓬松、软弹，最上面的褶儿像咧开的小嘴，仿佛笑着对看客说：</w:t>
      </w:r>
      <w:r>
        <w:rPr>
          <w:rFonts w:ascii="宋体" w:hAnsi="宋体" w:eastAsia="宋体" w:cs="宋体"/>
          <w:color w:val="000000"/>
          <w:u w:val="single"/>
        </w:rPr>
        <w:t>“</w:t>
      </w:r>
      <w:r>
        <w:rPr>
          <w:rFonts w:ascii="楷体" w:hAnsi="楷体" w:eastAsia="楷体" w:cs="楷体"/>
          <w:color w:val="000000"/>
          <w:u w:val="single"/>
        </w:rPr>
        <w:t>猜猜我是什么馅儿的？</w:t>
      </w:r>
      <w:r>
        <w:rPr>
          <w:rFonts w:ascii="宋体" w:hAnsi="宋体" w:eastAsia="宋体" w:cs="宋体"/>
          <w:color w:val="000000"/>
          <w:u w:val="single"/>
        </w:rPr>
        <w:t>”</w:t>
      </w:r>
    </w:p>
    <w:p>
      <w:pPr>
        <w:spacing w:line="360" w:lineRule="auto"/>
        <w:ind w:firstLine="420"/>
        <w:jc w:val="left"/>
        <w:textAlignment w:val="center"/>
        <w:rPr>
          <w:color w:val="000000"/>
        </w:rPr>
      </w:pPr>
      <w:r>
        <w:rPr>
          <w:color w:val="000000"/>
        </w:rPr>
        <w:t>⑤</w:t>
      </w:r>
      <w:r>
        <w:rPr>
          <w:rFonts w:ascii="楷体" w:hAnsi="楷体" w:eastAsia="楷体" w:cs="楷体"/>
          <w:color w:val="000000"/>
        </w:rPr>
        <w:t>孩子扑抢食物，这一口、那一口，喝汤、咬包子，有多少手指、多少牙齿都不够用，完美抚慰了姥姥、姥爷车马劳顿的辛苦，让他们觉得不虚此行：</w:t>
      </w:r>
      <w:r>
        <w:rPr>
          <w:rFonts w:ascii="宋体" w:hAnsi="宋体" w:eastAsia="宋体" w:cs="宋体"/>
          <w:color w:val="000000"/>
        </w:rPr>
        <w:t>“</w:t>
      </w:r>
      <w:r>
        <w:rPr>
          <w:rFonts w:ascii="楷体" w:hAnsi="楷体" w:eastAsia="楷体" w:cs="楷体"/>
          <w:color w:val="000000"/>
        </w:rPr>
        <w:t>看！我们来得正是时候！</w:t>
      </w:r>
      <w:r>
        <w:rPr>
          <w:rFonts w:ascii="宋体" w:hAnsi="宋体" w:eastAsia="宋体" w:cs="宋体"/>
          <w:color w:val="000000"/>
        </w:rPr>
        <w:t>”</w:t>
      </w:r>
    </w:p>
    <w:p>
      <w:pPr>
        <w:spacing w:line="360" w:lineRule="auto"/>
        <w:ind w:firstLine="420"/>
        <w:jc w:val="left"/>
        <w:textAlignment w:val="center"/>
        <w:rPr>
          <w:color w:val="000000"/>
        </w:rPr>
      </w:pPr>
      <w:r>
        <w:rPr>
          <w:color w:val="000000"/>
        </w:rPr>
        <w:t>⑥</w:t>
      </w:r>
      <w:r>
        <w:rPr>
          <w:rFonts w:ascii="楷体" w:hAnsi="楷体" w:eastAsia="楷体" w:cs="楷体"/>
          <w:color w:val="000000"/>
        </w:rPr>
        <w:t>第二天晚上，睡足二十四小时的米酒上场，闻起来喷香，煮开，加鸡蛋，呷一口，荡气回肠。</w:t>
      </w:r>
      <w:r>
        <w:rPr>
          <w:rFonts w:ascii="宋体" w:hAnsi="宋体" w:eastAsia="宋体" w:cs="宋体"/>
          <w:color w:val="000000"/>
        </w:rPr>
        <w:t>“</w:t>
      </w:r>
      <w:r>
        <w:rPr>
          <w:rFonts w:ascii="楷体" w:hAnsi="楷体" w:eastAsia="楷体" w:cs="楷体"/>
          <w:color w:val="000000"/>
        </w:rPr>
        <w:t>留一份冷藏，你三天内得吃完。</w:t>
      </w:r>
      <w:r>
        <w:rPr>
          <w:rFonts w:ascii="宋体" w:hAnsi="宋体" w:eastAsia="宋体" w:cs="宋体"/>
          <w:color w:val="000000"/>
        </w:rPr>
        <w:t>”</w:t>
      </w:r>
      <w:r>
        <w:rPr>
          <w:rFonts w:ascii="楷体" w:hAnsi="楷体" w:eastAsia="楷体" w:cs="楷体"/>
          <w:color w:val="000000"/>
        </w:rPr>
        <w:t>我妈交代，</w:t>
      </w:r>
      <w:r>
        <w:rPr>
          <w:rFonts w:ascii="宋体" w:hAnsi="宋体" w:eastAsia="宋体" w:cs="宋体"/>
          <w:color w:val="000000"/>
        </w:rPr>
        <w:t>“</w:t>
      </w:r>
      <w:r>
        <w:rPr>
          <w:rFonts w:ascii="楷体" w:hAnsi="楷体" w:eastAsia="楷体" w:cs="楷体"/>
          <w:color w:val="000000"/>
        </w:rPr>
        <w:t>剩下的，冷冻一个月没问题。</w:t>
      </w:r>
      <w:r>
        <w:rPr>
          <w:rFonts w:ascii="宋体" w:hAnsi="宋体" w:eastAsia="宋体" w:cs="宋体"/>
          <w:color w:val="000000"/>
        </w:rPr>
        <w:t>”“</w:t>
      </w:r>
      <w:r>
        <w:rPr>
          <w:rFonts w:ascii="楷体" w:hAnsi="楷体" w:eastAsia="楷体" w:cs="楷体"/>
          <w:color w:val="000000"/>
        </w:rPr>
        <w:t>做了五斤面条，还有六十个包子，搭配着喝的，这两个月早餐够了。</w:t>
      </w:r>
      <w:r>
        <w:rPr>
          <w:rFonts w:ascii="宋体" w:hAnsi="宋体" w:eastAsia="宋体" w:cs="宋体"/>
          <w:color w:val="000000"/>
        </w:rPr>
        <w:t>”</w:t>
      </w:r>
      <w:r>
        <w:rPr>
          <w:rFonts w:ascii="楷体" w:hAnsi="楷体" w:eastAsia="楷体" w:cs="楷体"/>
          <w:color w:val="000000"/>
        </w:rPr>
        <w:t>我爸将包子排列得整整齐齐，每五个一队，每四队装满一个保鲜袋，足足三大袋。他对外孙子说：</w:t>
      </w:r>
      <w:r>
        <w:rPr>
          <w:rFonts w:ascii="宋体" w:hAnsi="宋体" w:eastAsia="宋体" w:cs="宋体"/>
          <w:color w:val="000000"/>
        </w:rPr>
        <w:t>“</w:t>
      </w:r>
      <w:r>
        <w:rPr>
          <w:rFonts w:ascii="楷体" w:hAnsi="楷体" w:eastAsia="楷体" w:cs="楷体"/>
          <w:color w:val="000000"/>
        </w:rPr>
        <w:t>吃完还想吃，就给姥爷打电话，姥爷去别的地方玩，再顺路过来一趟！</w:t>
      </w:r>
      <w:r>
        <w:rPr>
          <w:rFonts w:ascii="宋体" w:hAnsi="宋体" w:eastAsia="宋体" w:cs="宋体"/>
          <w:color w:val="000000"/>
        </w:rPr>
        <w:t>”</w:t>
      </w:r>
    </w:p>
    <w:p>
      <w:pPr>
        <w:spacing w:line="360" w:lineRule="auto"/>
        <w:ind w:firstLine="420"/>
        <w:jc w:val="left"/>
        <w:textAlignment w:val="center"/>
        <w:rPr>
          <w:color w:val="000000"/>
        </w:rPr>
      </w:pPr>
      <w:r>
        <w:rPr>
          <w:color w:val="000000"/>
        </w:rPr>
        <w:t>⑦</w:t>
      </w:r>
      <w:r>
        <w:rPr>
          <w:rFonts w:ascii="宋体" w:hAnsi="宋体" w:eastAsia="宋体" w:cs="宋体"/>
          <w:color w:val="000000"/>
        </w:rPr>
        <w:t>“</w:t>
      </w:r>
      <w:r>
        <w:rPr>
          <w:rFonts w:ascii="楷体" w:hAnsi="楷体" w:eastAsia="楷体" w:cs="楷体"/>
          <w:color w:val="000000"/>
        </w:rPr>
        <w:t>姥爷，我怎么感觉，您不管去哪儿都和北京顺路啊！</w:t>
      </w:r>
      <w:r>
        <w:rPr>
          <w:rFonts w:ascii="宋体" w:hAnsi="宋体" w:eastAsia="宋体" w:cs="宋体"/>
          <w:color w:val="000000"/>
        </w:rPr>
        <w:t>”</w:t>
      </w:r>
      <w:r>
        <w:rPr>
          <w:rFonts w:ascii="楷体" w:hAnsi="楷体" w:eastAsia="楷体" w:cs="楷体"/>
          <w:color w:val="000000"/>
        </w:rPr>
        <w:t>我娃天真地以为我们在世界地图的中心。第三天下午，我爸妈启程去济南。</w:t>
      </w:r>
    </w:p>
    <w:p>
      <w:pPr>
        <w:spacing w:line="360" w:lineRule="auto"/>
        <w:ind w:firstLine="420"/>
        <w:jc w:val="left"/>
        <w:textAlignment w:val="center"/>
        <w:rPr>
          <w:color w:val="000000"/>
        </w:rPr>
      </w:pPr>
      <w:r>
        <w:rPr>
          <w:color w:val="000000"/>
        </w:rPr>
        <w:t>⑧</w:t>
      </w:r>
      <w:r>
        <w:rPr>
          <w:rFonts w:ascii="楷体" w:hAnsi="楷体" w:eastAsia="楷体" w:cs="楷体"/>
          <w:color w:val="000000"/>
        </w:rPr>
        <w:t>第四天是个周末，丰盛又便捷的早餐后，我们打车送娃去训练场。车是网约车，我对司机说：</w:t>
      </w:r>
      <w:r>
        <w:rPr>
          <w:rFonts w:ascii="宋体" w:hAnsi="宋体" w:eastAsia="宋体" w:cs="宋体"/>
          <w:color w:val="000000"/>
        </w:rPr>
        <w:t>“</w:t>
      </w:r>
      <w:r>
        <w:rPr>
          <w:rFonts w:ascii="楷体" w:hAnsi="楷体" w:eastAsia="楷体" w:cs="楷体"/>
          <w:color w:val="000000"/>
        </w:rPr>
        <w:t>师傅，待会儿把孩子送到，我们原路返回，您先别接其他单，我到时候改终点。</w:t>
      </w:r>
      <w:r>
        <w:rPr>
          <w:rFonts w:ascii="宋体" w:hAnsi="宋体" w:eastAsia="宋体" w:cs="宋体"/>
          <w:color w:val="000000"/>
        </w:rPr>
        <w:t>”</w:t>
      </w:r>
    </w:p>
    <w:p>
      <w:pPr>
        <w:spacing w:line="360" w:lineRule="auto"/>
        <w:ind w:firstLine="420"/>
        <w:jc w:val="left"/>
        <w:textAlignment w:val="center"/>
        <w:rPr>
          <w:color w:val="000000"/>
        </w:rPr>
      </w:pPr>
      <w:r>
        <w:rPr>
          <w:color w:val="000000"/>
        </w:rPr>
        <w:t>⑨</w:t>
      </w:r>
      <w:r>
        <w:rPr>
          <w:rFonts w:ascii="宋体" w:hAnsi="宋体" w:eastAsia="宋体" w:cs="宋体"/>
          <w:color w:val="000000"/>
        </w:rPr>
        <w:t>“</w:t>
      </w:r>
      <w:r>
        <w:rPr>
          <w:rFonts w:ascii="楷体" w:hAnsi="楷体" w:eastAsia="楷体" w:cs="楷体"/>
          <w:color w:val="000000"/>
        </w:rPr>
        <w:t>抱歉啊！</w:t>
      </w:r>
      <w:r>
        <w:rPr>
          <w:rFonts w:ascii="宋体" w:hAnsi="宋体" w:eastAsia="宋体" w:cs="宋体"/>
          <w:color w:val="000000"/>
        </w:rPr>
        <w:t>”</w:t>
      </w:r>
      <w:r>
        <w:rPr>
          <w:rFonts w:ascii="楷体" w:hAnsi="楷体" w:eastAsia="楷体" w:cs="楷体"/>
          <w:color w:val="000000"/>
        </w:rPr>
        <w:t>司机六十岁左右，一口京腔。</w:t>
      </w:r>
      <w:r>
        <w:rPr>
          <w:rFonts w:ascii="宋体" w:hAnsi="宋体" w:eastAsia="宋体" w:cs="宋体"/>
          <w:color w:val="000000"/>
        </w:rPr>
        <w:t>“</w:t>
      </w:r>
      <w:r>
        <w:rPr>
          <w:rFonts w:ascii="楷体" w:hAnsi="楷体" w:eastAsia="楷体" w:cs="楷体"/>
          <w:color w:val="000000"/>
        </w:rPr>
        <w:t>我不是专门跑网约车的。</w:t>
      </w:r>
      <w:r>
        <w:rPr>
          <w:rFonts w:ascii="宋体" w:hAnsi="宋体" w:eastAsia="宋体" w:cs="宋体"/>
          <w:color w:val="000000"/>
        </w:rPr>
        <w:t>”</w:t>
      </w:r>
      <w:r>
        <w:rPr>
          <w:rFonts w:ascii="楷体" w:hAnsi="楷体" w:eastAsia="楷体" w:cs="楷体"/>
          <w:color w:val="000000"/>
        </w:rPr>
        <w:t>司机笑笑，</w:t>
      </w:r>
      <w:r>
        <w:rPr>
          <w:rFonts w:ascii="宋体" w:hAnsi="宋体" w:eastAsia="宋体" w:cs="宋体"/>
          <w:color w:val="000000"/>
        </w:rPr>
        <w:t>“</w:t>
      </w:r>
      <w:r>
        <w:rPr>
          <w:rFonts w:ascii="楷体" w:hAnsi="楷体" w:eastAsia="楷体" w:cs="楷体"/>
          <w:color w:val="000000"/>
        </w:rPr>
        <w:t>我家住平谷，接您的单，是因为闺女住这附近，我送您去的地方又是我回家的必经之地。我到那儿，不再回头，得回家啦！</w:t>
      </w:r>
      <w:r>
        <w:rPr>
          <w:rFonts w:ascii="宋体" w:hAnsi="宋体" w:eastAsia="宋体" w:cs="宋体"/>
          <w:color w:val="000000"/>
        </w:rPr>
        <w:t>”</w:t>
      </w:r>
    </w:p>
    <w:p>
      <w:pPr>
        <w:spacing w:line="360" w:lineRule="auto"/>
        <w:ind w:firstLine="420"/>
        <w:jc w:val="left"/>
        <w:textAlignment w:val="center"/>
        <w:rPr>
          <w:color w:val="000000"/>
        </w:rPr>
      </w:pPr>
      <w:r>
        <w:rPr>
          <w:color w:val="000000"/>
        </w:rPr>
        <w:t xml:space="preserve">⑩ </w:t>
      </w:r>
      <w:r>
        <w:rPr>
          <w:rFonts w:ascii="楷体" w:hAnsi="楷体" w:eastAsia="楷体" w:cs="楷体"/>
          <w:color w:val="000000"/>
        </w:rPr>
        <w:t>我看看表，八点五十。我问司机，从平谷到朝阳，大概几点出发。司机答，五点多起床，六点出发，七点半到。他嘿嘿一笑，解释说，他闺女刚结婚，不太会做饭，姑爷比闺女强点儿有限。</w:t>
      </w:r>
      <w:r>
        <w:rPr>
          <w:rFonts w:ascii="宋体" w:hAnsi="宋体" w:eastAsia="宋体" w:cs="宋体"/>
          <w:color w:val="000000"/>
        </w:rPr>
        <w:t>“</w:t>
      </w:r>
      <w:r>
        <w:rPr>
          <w:rFonts w:ascii="楷体" w:hAnsi="楷体" w:eastAsia="楷体" w:cs="楷体"/>
          <w:color w:val="000000"/>
        </w:rPr>
        <w:t>所以，我那口子昨天在家忙活一天，今天一大早就把我叫起来，大包小包装得满满当当。</w:t>
      </w:r>
      <w:r>
        <w:rPr>
          <w:rFonts w:ascii="宋体" w:hAnsi="宋体" w:eastAsia="宋体" w:cs="宋体"/>
          <w:color w:val="000000"/>
        </w:rPr>
        <w:t>”“</w:t>
      </w:r>
      <w:r>
        <w:rPr>
          <w:rFonts w:ascii="楷体" w:hAnsi="楷体" w:eastAsia="楷体" w:cs="楷体"/>
          <w:color w:val="000000"/>
        </w:rPr>
        <w:t>七点半到朝阳，这都几点了？</w:t>
      </w:r>
      <w:r>
        <w:rPr>
          <w:rFonts w:ascii="宋体" w:hAnsi="宋体" w:eastAsia="宋体" w:cs="宋体"/>
          <w:color w:val="000000"/>
        </w:rPr>
        <w:t>”</w:t>
      </w:r>
      <w:r>
        <w:rPr>
          <w:rFonts w:ascii="楷体" w:hAnsi="楷体" w:eastAsia="楷体" w:cs="楷体"/>
          <w:color w:val="000000"/>
        </w:rPr>
        <w:t>我忽然发现了疑点。</w:t>
      </w:r>
    </w:p>
    <w:p>
      <w:pPr>
        <w:spacing w:line="360" w:lineRule="auto"/>
        <w:ind w:firstLine="420"/>
        <w:jc w:val="left"/>
        <w:textAlignment w:val="center"/>
        <w:rPr>
          <w:color w:val="000000"/>
        </w:rPr>
      </w:pPr>
      <w:r>
        <w:rPr>
          <w:color w:val="000000"/>
        </w:rPr>
        <w:t>⑪</w:t>
      </w:r>
      <w:r>
        <w:rPr>
          <w:rFonts w:ascii="楷体" w:hAnsi="楷体" w:eastAsia="楷体" w:cs="楷体"/>
          <w:color w:val="000000"/>
        </w:rPr>
        <w:t>原来，他天没亮便启程，开车一个多小时到朝阳，抵达闺女家，还不到八点。</w:t>
      </w:r>
      <w:r>
        <w:rPr>
          <w:rFonts w:ascii="宋体" w:hAnsi="宋体" w:eastAsia="宋体" w:cs="宋体"/>
          <w:color w:val="000000"/>
        </w:rPr>
        <w:t>“</w:t>
      </w:r>
      <w:r>
        <w:rPr>
          <w:rFonts w:ascii="楷体" w:hAnsi="楷体" w:eastAsia="楷体" w:cs="楷体"/>
          <w:color w:val="000000"/>
        </w:rPr>
        <w:t>怕打扰闺女休息，我绕他们小区走了五圈，打了一套拳。实在无聊，看他们楼道有把扫帚，还帮他们清扫了下。</w:t>
      </w:r>
      <w:r>
        <w:rPr>
          <w:rFonts w:ascii="宋体" w:hAnsi="宋体" w:eastAsia="宋体" w:cs="宋体"/>
          <w:color w:val="000000"/>
        </w:rPr>
        <w:t>”“</w:t>
      </w:r>
      <w:r>
        <w:rPr>
          <w:rFonts w:ascii="楷体" w:hAnsi="楷体" w:eastAsia="楷体" w:cs="楷体"/>
          <w:color w:val="000000"/>
        </w:rPr>
        <w:t>您等闺女、姑爷睡醒，才往回走的？</w:t>
      </w:r>
      <w:r>
        <w:rPr>
          <w:rFonts w:ascii="宋体" w:hAnsi="宋体" w:eastAsia="宋体" w:cs="宋体"/>
          <w:color w:val="000000"/>
        </w:rPr>
        <w:t>”</w:t>
      </w:r>
      <w:r>
        <w:rPr>
          <w:rFonts w:ascii="楷体" w:hAnsi="楷体" w:eastAsia="楷体" w:cs="楷体"/>
          <w:color w:val="000000"/>
        </w:rPr>
        <w:t>我意识到。</w:t>
      </w:r>
      <w:r>
        <w:rPr>
          <w:rFonts w:ascii="宋体" w:hAnsi="宋体" w:eastAsia="宋体" w:cs="宋体"/>
          <w:color w:val="000000"/>
        </w:rPr>
        <w:t>“</w:t>
      </w:r>
      <w:r>
        <w:rPr>
          <w:rFonts w:ascii="楷体" w:hAnsi="楷体" w:eastAsia="楷体" w:cs="楷体"/>
          <w:color w:val="000000"/>
        </w:rPr>
        <w:t>没，我在楼下转到八点半，心想算了不等了，就把大包小包放门口，发条消息：爸爸来过，菜在门外。</w:t>
      </w:r>
      <w:r>
        <w:rPr>
          <w:rFonts w:ascii="宋体" w:hAnsi="宋体" w:eastAsia="宋体" w:cs="宋体"/>
          <w:color w:val="000000"/>
        </w:rPr>
        <w:t>”</w:t>
      </w:r>
    </w:p>
    <w:p>
      <w:pPr>
        <w:spacing w:line="360" w:lineRule="auto"/>
        <w:ind w:firstLine="420"/>
        <w:jc w:val="left"/>
        <w:textAlignment w:val="center"/>
        <w:rPr>
          <w:color w:val="000000"/>
        </w:rPr>
      </w:pPr>
      <w:r>
        <w:rPr>
          <w:color w:val="000000"/>
        </w:rPr>
        <w:t>⑫</w:t>
      </w:r>
      <w:r>
        <w:rPr>
          <w:rFonts w:ascii="宋体" w:hAnsi="宋体" w:eastAsia="宋体" w:cs="宋体"/>
          <w:color w:val="000000"/>
        </w:rPr>
        <w:t>“</w:t>
      </w:r>
      <w:r>
        <w:rPr>
          <w:rFonts w:ascii="楷体" w:hAnsi="楷体" w:eastAsia="楷体" w:cs="楷体"/>
          <w:color w:val="000000"/>
        </w:rPr>
        <w:t>您这不算什么！您从平谷到朝阳，</w:t>
      </w:r>
      <w:r>
        <w:rPr>
          <w:rFonts w:ascii="宋体" w:hAnsi="宋体" w:eastAsia="宋体" w:cs="宋体"/>
          <w:color w:val="000000"/>
        </w:rPr>
        <w:t>”</w:t>
      </w:r>
      <w:r>
        <w:rPr>
          <w:rFonts w:ascii="楷体" w:hAnsi="楷体" w:eastAsia="楷体" w:cs="楷体"/>
          <w:color w:val="000000"/>
        </w:rPr>
        <w:t>我娃突然插嘴，</w:t>
      </w:r>
      <w:r>
        <w:rPr>
          <w:rFonts w:ascii="宋体" w:hAnsi="宋体" w:eastAsia="宋体" w:cs="宋体"/>
          <w:color w:val="000000"/>
        </w:rPr>
        <w:t>“</w:t>
      </w:r>
      <w:r>
        <w:rPr>
          <w:rFonts w:ascii="楷体" w:hAnsi="楷体" w:eastAsia="楷体" w:cs="楷体"/>
          <w:color w:val="000000"/>
        </w:rPr>
        <w:t>我姥姥、姥爷从安徽来北京，专门来给我蒸包子！给我蒸了六十个包子，给我妈做了一锅米酒，是不是比您还……</w:t>
      </w:r>
      <w:r>
        <w:rPr>
          <w:rFonts w:ascii="宋体" w:hAnsi="宋体" w:eastAsia="宋体" w:cs="宋体"/>
          <w:color w:val="000000"/>
        </w:rPr>
        <w:t>”</w:t>
      </w:r>
      <w:r>
        <w:rPr>
          <w:rFonts w:ascii="楷体" w:hAnsi="楷体" w:eastAsia="楷体" w:cs="楷体"/>
          <w:color w:val="000000"/>
        </w:rPr>
        <w:t>他找不出词形容了。</w:t>
      </w:r>
      <w:r>
        <w:rPr>
          <w:rFonts w:ascii="宋体" w:hAnsi="宋体" w:eastAsia="宋体" w:cs="宋体"/>
          <w:color w:val="000000"/>
        </w:rPr>
        <w:t>“</w:t>
      </w:r>
      <w:r>
        <w:rPr>
          <w:rFonts w:ascii="楷体" w:hAnsi="楷体" w:eastAsia="楷体" w:cs="楷体"/>
          <w:color w:val="000000"/>
        </w:rPr>
        <w:t>哈哈！</w:t>
      </w:r>
      <w:r>
        <w:rPr>
          <w:rFonts w:ascii="宋体" w:hAnsi="宋体" w:eastAsia="宋体" w:cs="宋体"/>
          <w:color w:val="000000"/>
        </w:rPr>
        <w:t>”</w:t>
      </w:r>
      <w:r>
        <w:rPr>
          <w:rFonts w:ascii="楷体" w:hAnsi="楷体" w:eastAsia="楷体" w:cs="楷体"/>
          <w:color w:val="000000"/>
        </w:rPr>
        <w:t>司机大笑，</w:t>
      </w:r>
      <w:r>
        <w:rPr>
          <w:rFonts w:ascii="宋体" w:hAnsi="宋体" w:eastAsia="宋体" w:cs="宋体"/>
          <w:color w:val="000000"/>
        </w:rPr>
        <w:t>“</w:t>
      </w:r>
      <w:r>
        <w:rPr>
          <w:rFonts w:ascii="楷体" w:hAnsi="楷体" w:eastAsia="楷体" w:cs="楷体"/>
          <w:color w:val="000000"/>
        </w:rPr>
        <w:t>那我是比不过你姥姥、姥爷，不过我要是有个外孙，也会这样。用你们年轻人的话说，太‘卷’了！</w:t>
      </w:r>
      <w:r>
        <w:rPr>
          <w:rFonts w:ascii="宋体" w:hAnsi="宋体" w:eastAsia="宋体" w:cs="宋体"/>
          <w:color w:val="000000"/>
        </w:rPr>
        <w:t>”</w:t>
      </w:r>
    </w:p>
    <w:p>
      <w:pPr>
        <w:spacing w:line="360" w:lineRule="auto"/>
        <w:ind w:firstLine="420"/>
        <w:jc w:val="left"/>
        <w:textAlignment w:val="center"/>
        <w:rPr>
          <w:color w:val="000000"/>
        </w:rPr>
      </w:pPr>
      <w:r>
        <w:rPr>
          <w:color w:val="000000"/>
        </w:rPr>
        <w:t>⑬</w:t>
      </w:r>
      <w:r>
        <w:rPr>
          <w:rFonts w:ascii="宋体" w:hAnsi="宋体" w:eastAsia="宋体" w:cs="宋体"/>
          <w:color w:val="000000"/>
        </w:rPr>
        <w:t>“</w:t>
      </w:r>
      <w:r>
        <w:rPr>
          <w:rFonts w:ascii="楷体" w:hAnsi="楷体" w:eastAsia="楷体" w:cs="楷体"/>
          <w:color w:val="000000"/>
        </w:rPr>
        <w:t>妈妈，刚才那个爷爷说太‘卷’了，什么太‘卷’了？</w:t>
      </w:r>
      <w:r>
        <w:rPr>
          <w:rFonts w:ascii="宋体" w:hAnsi="宋体" w:eastAsia="宋体" w:cs="宋体"/>
          <w:color w:val="000000"/>
        </w:rPr>
        <w:t>”</w:t>
      </w:r>
      <w:r>
        <w:rPr>
          <w:rFonts w:ascii="楷体" w:hAnsi="楷体" w:eastAsia="楷体" w:cs="楷体"/>
          <w:color w:val="000000"/>
        </w:rPr>
        <w:t>下车后，我娃刨根问底。</w:t>
      </w:r>
      <w:r>
        <w:rPr>
          <w:rFonts w:ascii="宋体" w:hAnsi="宋体" w:eastAsia="宋体" w:cs="宋体"/>
          <w:color w:val="000000"/>
        </w:rPr>
        <w:t>“</w:t>
      </w:r>
      <w:r>
        <w:rPr>
          <w:rFonts w:ascii="楷体" w:hAnsi="楷体" w:eastAsia="楷体" w:cs="楷体"/>
          <w:color w:val="000000"/>
          <w:em w:val="dot"/>
        </w:rPr>
        <w:t>爱的‘内卷’</w:t>
      </w:r>
      <w:r>
        <w:rPr>
          <w:rFonts w:ascii="楷体" w:hAnsi="楷体" w:eastAsia="楷体" w:cs="楷体"/>
          <w:color w:val="000000"/>
        </w:rPr>
        <w:t>。</w:t>
      </w:r>
      <w:r>
        <w:rPr>
          <w:rFonts w:ascii="宋体" w:hAnsi="宋体" w:eastAsia="宋体" w:cs="宋体"/>
          <w:color w:val="000000"/>
        </w:rPr>
        <w:t>”</w:t>
      </w:r>
      <w:r>
        <w:rPr>
          <w:rFonts w:ascii="楷体" w:hAnsi="楷体" w:eastAsia="楷体" w:cs="楷体"/>
          <w:color w:val="000000"/>
        </w:rPr>
        <w:t>我故作神秘地回答。</w:t>
      </w:r>
    </w:p>
    <w:p>
      <w:pPr>
        <w:spacing w:line="360" w:lineRule="auto"/>
        <w:jc w:val="right"/>
        <w:textAlignment w:val="center"/>
        <w:rPr>
          <w:color w:val="000000"/>
        </w:rPr>
      </w:pPr>
      <w:r>
        <w:rPr>
          <w:rFonts w:ascii="宋体" w:hAnsi="宋体" w:eastAsia="宋体" w:cs="宋体"/>
          <w:color w:val="000000"/>
        </w:rPr>
        <w:t>（取材于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月《读者（原创版）》林特特同名文章）</w:t>
      </w:r>
    </w:p>
    <w:p>
      <w:pPr>
        <w:spacing w:line="360" w:lineRule="auto"/>
        <w:jc w:val="left"/>
        <w:textAlignment w:val="center"/>
        <w:rPr>
          <w:color w:val="000000"/>
        </w:rPr>
      </w:pPr>
      <w:r>
        <w:rPr>
          <w:color w:val="000000"/>
        </w:rPr>
        <w:t xml:space="preserve">17. </w:t>
      </w:r>
      <w:r>
        <w:rPr>
          <w:rFonts w:ascii="宋体" w:hAnsi="宋体" w:eastAsia="宋体" w:cs="宋体"/>
          <w:color w:val="000000"/>
        </w:rPr>
        <w:t>文章记述了两个家庭的生活片段：第一家，“我”父母由合肥到济南旅游，“顺路”来北京，为的是</w:t>
      </w:r>
      <w:r>
        <w:rPr>
          <w:rFonts w:ascii="宋体" w:hAnsi="宋体" w:eastAsia="宋体" w:cs="宋体"/>
          <w:color w:val="000000"/>
          <w:u w:val="single"/>
        </w:rPr>
        <w:t>①</w:t>
      </w:r>
      <w:r>
        <w:rPr>
          <w:color w:val="000000"/>
        </w:rPr>
        <w:t>______</w:t>
      </w:r>
      <w:r>
        <w:rPr>
          <w:rFonts w:ascii="宋体" w:hAnsi="宋体" w:eastAsia="宋体" w:cs="宋体"/>
          <w:color w:val="000000"/>
        </w:rPr>
        <w:t>；第二家，</w:t>
      </w:r>
      <w:r>
        <w:rPr>
          <w:rFonts w:ascii="宋体" w:hAnsi="宋体" w:eastAsia="宋体" w:cs="宋体"/>
          <w:color w:val="000000"/>
          <w:u w:val="single"/>
        </w:rPr>
        <w:t>②</w:t>
      </w:r>
      <w:r>
        <w:rPr>
          <w:color w:val="000000"/>
        </w:rPr>
        <w:t>______</w:t>
      </w:r>
      <w:r>
        <w:rPr>
          <w:rFonts w:ascii="宋体" w:hAnsi="宋体" w:eastAsia="宋体" w:cs="宋体"/>
          <w:color w:val="000000"/>
        </w:rPr>
        <w:t>，为的是给女儿女婿送菜。</w:t>
      </w:r>
    </w:p>
    <w:p>
      <w:pPr>
        <w:spacing w:line="360" w:lineRule="auto"/>
        <w:jc w:val="left"/>
        <w:textAlignment w:val="center"/>
        <w:rPr>
          <w:color w:val="000000"/>
        </w:rPr>
      </w:pPr>
      <w:r>
        <w:rPr>
          <w:color w:val="000000"/>
        </w:rPr>
        <w:t xml:space="preserve">18. </w:t>
      </w:r>
      <w:r>
        <w:rPr>
          <w:rFonts w:ascii="宋体" w:hAnsi="宋体" w:eastAsia="宋体" w:cs="宋体"/>
          <w:color w:val="000000"/>
        </w:rPr>
        <w:t>本文语言富有表现力，请在画线句中</w:t>
      </w:r>
      <w:r>
        <w:rPr>
          <w:rFonts w:ascii="宋体" w:hAnsi="宋体" w:eastAsia="宋体" w:cs="宋体"/>
          <w:color w:val="000000"/>
          <w:em w:val="dot"/>
        </w:rPr>
        <w:t>任选一处</w:t>
      </w:r>
      <w:r>
        <w:rPr>
          <w:rFonts w:ascii="宋体" w:hAnsi="宋体" w:eastAsia="宋体" w:cs="宋体"/>
          <w:color w:val="000000"/>
        </w:rPr>
        <w:t>，从词语或修辞的角度简要赏析其表达效果。</w:t>
      </w:r>
    </w:p>
    <w:p>
      <w:pPr>
        <w:spacing w:line="360" w:lineRule="auto"/>
        <w:jc w:val="left"/>
        <w:textAlignment w:val="center"/>
        <w:rPr>
          <w:color w:val="000000"/>
        </w:rPr>
      </w:pPr>
      <w:r>
        <w:rPr>
          <w:color w:val="000000"/>
        </w:rPr>
        <w:t xml:space="preserve">19. </w:t>
      </w:r>
      <w:r>
        <w:rPr>
          <w:rFonts w:ascii="宋体" w:hAnsi="宋体" w:eastAsia="宋体" w:cs="宋体"/>
          <w:color w:val="000000"/>
        </w:rPr>
        <w:t>文章在叙述两家故事时分别运用了很多数字，请结合相关数字和文章最后三段内容，说说你对文章结尾“爱的‘内卷’”的理解。</w:t>
      </w:r>
    </w:p>
    <w:p>
      <w:pPr>
        <w:spacing w:line="360" w:lineRule="auto"/>
        <w:textAlignment w:val="center"/>
        <w:rPr>
          <w:color w:val="000000"/>
        </w:rPr>
      </w:pPr>
      <w:r>
        <w:rPr>
          <w:color w:val="2E75B6"/>
        </w:rPr>
        <w:t>【答案】</w:t>
      </w:r>
      <w:r>
        <w:rPr>
          <w:color w:val="000000"/>
        </w:rPr>
        <w:t xml:space="preserve">17.     ①. </w:t>
      </w:r>
      <w:r>
        <w:rPr>
          <w:rFonts w:ascii="宋体" w:hAnsi="宋体" w:eastAsia="宋体" w:cs="宋体"/>
          <w:color w:val="000000"/>
        </w:rPr>
        <w:t>亲自给外孙做粉丝肉包，给“我”做米酒</w:t>
      </w:r>
      <w:r>
        <w:rPr>
          <w:color w:val="000000"/>
        </w:rPr>
        <w:t xml:space="preserve">    ②. </w:t>
      </w:r>
      <w:r>
        <w:rPr>
          <w:rFonts w:ascii="宋体" w:hAnsi="宋体" w:eastAsia="宋体" w:cs="宋体"/>
          <w:color w:val="000000"/>
        </w:rPr>
        <w:t>网约车司机天没亮就从平谷开车一个多小时到朝阳</w:t>
      </w:r>
      <w:r>
        <w:rPr>
          <w:color w:val="000000"/>
        </w:rPr>
        <w:t xml:space="preserve">    </w:t>
      </w:r>
    </w:p>
    <w:p>
      <w:pPr>
        <w:spacing w:line="360" w:lineRule="auto"/>
        <w:textAlignment w:val="center"/>
        <w:rPr>
          <w:color w:val="000000"/>
        </w:rPr>
      </w:pPr>
      <w:r>
        <w:rPr>
          <w:color w:val="000000"/>
        </w:rPr>
        <w:t xml:space="preserve">18. </w:t>
      </w:r>
      <w:r>
        <w:rPr>
          <w:rFonts w:ascii="宋体" w:hAnsi="宋体" w:eastAsia="宋体" w:cs="宋体"/>
          <w:color w:val="000000"/>
        </w:rPr>
        <w:t>示例一：我选“锅里炖着鸡汤，黄澄澄的，油汪了一片”这一处，用“黄澄澄”“汪”等词，突出了鸡汤的美味，表现了外孙见到美食时的兴奋和惊喜。</w:t>
      </w:r>
    </w:p>
    <w:p>
      <w:pPr>
        <w:spacing w:line="360" w:lineRule="auto"/>
        <w:jc w:val="both"/>
        <w:textAlignment w:val="center"/>
        <w:rPr>
          <w:color w:val="000000"/>
        </w:rPr>
      </w:pPr>
      <w:r>
        <w:rPr>
          <w:rFonts w:ascii="宋体" w:hAnsi="宋体" w:eastAsia="宋体" w:cs="宋体"/>
          <w:color w:val="000000"/>
        </w:rPr>
        <w:t>示例二：我选“最上面的褶儿像咧开的小嘴，仿佛笑着对看客说：‘猜猜我是什么馅儿的？’”这一处，把“最上面的褶儿”比作“小嘴”，又将包子人格化，突出了包子的可爱与美味，表现外孙见到美食时的兴奋和惊喜。</w:t>
      </w:r>
      <w:r>
        <w:rPr>
          <w:color w:val="000000"/>
        </w:rPr>
        <w:t xml:space="preserve">    </w:t>
      </w:r>
    </w:p>
    <w:p>
      <w:pPr>
        <w:spacing w:line="360" w:lineRule="auto"/>
        <w:jc w:val="both"/>
        <w:textAlignment w:val="center"/>
        <w:rPr>
          <w:color w:val="000000"/>
        </w:rPr>
      </w:pPr>
      <w:r>
        <w:rPr>
          <w:color w:val="000000"/>
        </w:rPr>
        <w:t xml:space="preserve">19. </w:t>
      </w:r>
      <w:r>
        <w:rPr>
          <w:rFonts w:ascii="宋体" w:hAnsi="宋体" w:eastAsia="宋体" w:cs="宋体"/>
          <w:color w:val="000000"/>
        </w:rPr>
        <w:t>示例：“五斤面条”“六十个包子”，写出了父母为我们亲自制作的美食之多。用很多表示时间的词语，表明网约车司机出发早、路途长、等待时间久。文章最后“我娃”和网约车司机的对话，貌似比较的是美食数量和距离长短，其实表现的都是天下父母对子女儿孙的浓浓的爱。</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本题考查分析概括能力。</w:t>
      </w:r>
    </w:p>
    <w:p>
      <w:pPr>
        <w:spacing w:line="360" w:lineRule="auto"/>
        <w:jc w:val="left"/>
        <w:textAlignment w:val="center"/>
        <w:rPr>
          <w:color w:val="000000"/>
        </w:rPr>
      </w:pPr>
      <w:r>
        <w:rPr>
          <w:rFonts w:ascii="宋体" w:hAnsi="宋体" w:eastAsia="宋体" w:cs="宋体"/>
          <w:color w:val="000000"/>
        </w:rPr>
        <w:t>①空，依据①段中的“‘省得你们赶国庆回乡挤来挤去多累！’我妈说。‘’给我小外孙做点儿吃的喝的！’我爸说。后者比重显然大于前者。”、②段“我娃则不止一次在视频通话中告诉我爸：“姥爷，我想吃你蒸的粉丝肉包”、“当我妈拿出一粒酒曲，我爸问我有没有红薯粉丝和面粉时，我终于知道了他们来北京的真实目的”、④段“圆子回锅重炸了一遍，穿了盔甲般，罩着略焦的壳；包子新鲜出炉，蓬松、软弹，最上面的褶儿像咧开的小嘴，仿佛笑着对看客说：‘猜猜我是什么馅儿的？’”、⑥段“”第二天晚上，睡足二十四小时的米酒上场，闻起来喷香，煮开，加鸡蛋，呷一口，荡气回肠”可以概括为：亲自给外孙做粉丝肉包，给“我”做米酒。</w:t>
      </w:r>
    </w:p>
    <w:p>
      <w:pPr>
        <w:spacing w:line="360" w:lineRule="auto"/>
        <w:jc w:val="left"/>
        <w:textAlignment w:val="center"/>
        <w:rPr>
          <w:color w:val="000000"/>
        </w:rPr>
      </w:pPr>
      <w:r>
        <w:rPr>
          <w:rFonts w:ascii="宋体" w:hAnsi="宋体" w:eastAsia="宋体" w:cs="宋体"/>
          <w:color w:val="000000"/>
        </w:rPr>
        <w:t>②空，依据⑪段中的原来，他天没亮便启程，开车一个多小时到朝阳，抵达闺女家，还不到八点”可以概括为：网约车司机天没亮就从平谷开车一个多小时到朝阳。</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本题考查赏析语句的能力。</w:t>
      </w:r>
    </w:p>
    <w:p>
      <w:pPr>
        <w:spacing w:line="360" w:lineRule="auto"/>
        <w:jc w:val="left"/>
        <w:textAlignment w:val="center"/>
        <w:rPr>
          <w:color w:val="000000"/>
        </w:rPr>
      </w:pPr>
      <w:r>
        <w:rPr>
          <w:rFonts w:ascii="宋体" w:hAnsi="宋体" w:eastAsia="宋体" w:cs="宋体"/>
          <w:color w:val="000000"/>
        </w:rPr>
        <w:t>示例1：依据句中的“黄澄澄的”“汪”可知，这写出鸡汤的色泽鲜艳，滋味香的特点，依据③段“我娃放学一进门，还没放下书包，就已经捕捉到饭香，眼神充满了惊喜”可知，这表现了外孙见到美食时的兴奋和惊喜之情。</w:t>
      </w:r>
    </w:p>
    <w:p>
      <w:pPr>
        <w:spacing w:line="360" w:lineRule="auto"/>
        <w:jc w:val="left"/>
        <w:textAlignment w:val="center"/>
        <w:rPr>
          <w:color w:val="000000"/>
        </w:rPr>
      </w:pPr>
      <w:r>
        <w:rPr>
          <w:rFonts w:ascii="宋体" w:hAnsi="宋体" w:eastAsia="宋体" w:cs="宋体"/>
          <w:color w:val="000000"/>
        </w:rPr>
        <w:t>示例2：依据句中的“最上面的褶儿像咧开的小嘴，仿佛笑着对看客说：‘猜猜我是什么馅儿的？’”可知，作者采用拟人的修辞手法，描绘出包子的可爱与美味，据③段“我娃放学一进门，还没放下书包，就已经捕捉到饭香，眼神充满了惊喜”可知，这表现外孙见到美食时的兴奋和惊喜之情。</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本题考查分析概括能力。</w:t>
      </w:r>
    </w:p>
    <w:p>
      <w:pPr>
        <w:spacing w:line="360" w:lineRule="auto"/>
        <w:jc w:val="left"/>
        <w:textAlignment w:val="center"/>
        <w:rPr>
          <w:color w:val="000000"/>
        </w:rPr>
      </w:pPr>
      <w:r>
        <w:rPr>
          <w:rFonts w:ascii="宋体" w:hAnsi="宋体" w:eastAsia="宋体" w:cs="宋体"/>
          <w:color w:val="000000"/>
        </w:rPr>
        <w:t>依据⑥段中的“五斤面条”“六十个包子”可知，写出了父母为我们亲自制作美食之多。</w:t>
      </w:r>
    </w:p>
    <w:p>
      <w:pPr>
        <w:spacing w:line="360" w:lineRule="auto"/>
        <w:jc w:val="left"/>
        <w:textAlignment w:val="center"/>
        <w:rPr>
          <w:color w:val="000000"/>
        </w:rPr>
      </w:pPr>
      <w:r>
        <w:rPr>
          <w:rFonts w:ascii="宋体" w:hAnsi="宋体" w:eastAsia="宋体" w:cs="宋体"/>
          <w:color w:val="000000"/>
        </w:rPr>
        <w:t>依据⑩ 段“我看看表，八点五十。我问司机，从平谷到朝阳，大概几点出发。司机答，五点多起床，六点出发，七点半到”、⑪段“原来，他天没亮便启程，开车一个多小时到朝阳，抵达闺女家，还不到八点”可知，这是用很多表示时间的词语，表明网约车司机出发早、路途长、等待时间久。</w:t>
      </w:r>
    </w:p>
    <w:p>
      <w:pPr>
        <w:spacing w:line="360" w:lineRule="auto"/>
        <w:jc w:val="left"/>
        <w:textAlignment w:val="center"/>
        <w:rPr>
          <w:color w:val="000000"/>
        </w:rPr>
      </w:pPr>
      <w:r>
        <w:rPr>
          <w:rFonts w:ascii="宋体" w:hAnsi="宋体" w:eastAsia="宋体" w:cs="宋体"/>
          <w:color w:val="000000"/>
        </w:rPr>
        <w:t>依据⑫段“‘您这不算什么！您从平谷到朝阳，’我娃突然插嘴，‘我姥姥、姥爷从安徽来北京，专门来给我蒸包子！给我蒸了六十个包子，给我妈做了一锅米酒，是不是比您还……’他找不出词形容了。‘哈哈！‘司机大笑，那我是比不过你姥姥、姥爷，不过我要是有个外孙，也会这样。用你们年轻人的话说，太“”卷’了！’’”这是叙述“我娃”和网约车司机二人之间的对话，通过美食数量和距离长短的交代，从而表现是天下父母对子女儿孙的浓浓的爱。</w:t>
      </w:r>
    </w:p>
    <w:p>
      <w:pPr>
        <w:spacing w:line="360" w:lineRule="auto"/>
        <w:jc w:val="left"/>
        <w:textAlignment w:val="center"/>
        <w:rPr>
          <w:color w:val="000000"/>
        </w:rPr>
      </w:pPr>
      <w:r>
        <w:rPr>
          <w:rFonts w:ascii="宋体" w:hAnsi="宋体" w:eastAsia="宋体" w:cs="宋体"/>
          <w:b/>
          <w:color w:val="000000"/>
          <w:sz w:val="24"/>
        </w:rPr>
        <w:t>（二）（共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阅读《雪白》，完成各题。</w:t>
      </w:r>
    </w:p>
    <w:p>
      <w:pPr>
        <w:spacing w:line="360" w:lineRule="auto"/>
        <w:jc w:val="center"/>
        <w:textAlignment w:val="center"/>
        <w:rPr>
          <w:color w:val="000000"/>
        </w:rPr>
      </w:pPr>
      <w:r>
        <w:rPr>
          <w:rFonts w:ascii="楷体" w:hAnsi="楷体" w:eastAsia="楷体" w:cs="楷体"/>
          <w:color w:val="000000"/>
        </w:rPr>
        <w:t>雪白</w:t>
      </w:r>
    </w:p>
    <w:p>
      <w:pPr>
        <w:spacing w:line="360" w:lineRule="auto"/>
        <w:ind w:firstLine="420"/>
        <w:jc w:val="left"/>
        <w:textAlignment w:val="center"/>
        <w:rPr>
          <w:color w:val="000000"/>
        </w:rPr>
      </w:pPr>
      <w:r>
        <w:rPr>
          <w:rFonts w:ascii="楷体" w:hAnsi="楷体" w:eastAsia="楷体" w:cs="楷体"/>
          <w:color w:val="000000"/>
        </w:rPr>
        <w:t>①清晨，潘晟昱（</w:t>
      </w:r>
      <w:r>
        <w:rPr>
          <w:rFonts w:ascii="Times New Roman" w:hAnsi="Times New Roman" w:eastAsia="Times New Roman" w:cs="Times New Roman"/>
          <w:color w:val="000000"/>
        </w:rPr>
        <w:t>shèng</w:t>
      </w:r>
      <w:r>
        <w:rPr>
          <w:rFonts w:ascii="楷体" w:hAnsi="楷体" w:eastAsia="楷体" w:cs="楷体"/>
          <w:color w:val="000000"/>
        </w:rPr>
        <w:t xml:space="preserve"> </w:t>
      </w:r>
      <w:r>
        <w:rPr>
          <w:rFonts w:ascii="Times New Roman" w:hAnsi="Times New Roman" w:eastAsia="Times New Roman" w:cs="Times New Roman"/>
          <w:color w:val="000000"/>
        </w:rPr>
        <w:t>yù</w:t>
      </w:r>
      <w:r>
        <w:rPr>
          <w:rFonts w:ascii="楷体" w:hAnsi="楷体" w:eastAsia="楷体" w:cs="楷体"/>
          <w:color w:val="000000"/>
        </w:rPr>
        <w:t>）便动身赶赴莫莫格湿地。如常的一天开始了。</w:t>
      </w:r>
    </w:p>
    <w:p>
      <w:pPr>
        <w:spacing w:line="360" w:lineRule="auto"/>
        <w:ind w:firstLine="420"/>
        <w:jc w:val="left"/>
        <w:textAlignment w:val="center"/>
        <w:rPr>
          <w:color w:val="000000"/>
        </w:rPr>
      </w:pPr>
      <w:r>
        <w:rPr>
          <w:rFonts w:ascii="楷体" w:hAnsi="楷体" w:eastAsia="楷体" w:cs="楷体"/>
          <w:color w:val="000000"/>
        </w:rPr>
        <w:t>②芦花摇曳，嫩水潺潺。浮动的晨霞和蔼蔼的月波交替升起，排列整齐的白杨俯瞰着众生，湿地边缘鸟群留下的脚印深深浅浅。白鹤成群结队，在潮湿的空气中高蹈轻歌。袅袅炊烟里，村民日出而作日落而息。数不清的日日夜夜过去了，而这里仿佛一切都未发生。</w:t>
      </w:r>
    </w:p>
    <w:p>
      <w:pPr>
        <w:spacing w:line="360" w:lineRule="auto"/>
        <w:ind w:firstLine="420"/>
        <w:jc w:val="left"/>
        <w:textAlignment w:val="center"/>
        <w:rPr>
          <w:color w:val="000000"/>
        </w:rPr>
      </w:pPr>
      <w:r>
        <w:rPr>
          <w:rFonts w:ascii="楷体" w:hAnsi="楷体" w:eastAsia="楷体" w:cs="楷体"/>
          <w:color w:val="000000"/>
        </w:rPr>
        <w:t>③冬天的残冰还没有消融，潘晟昱的老朋友便迫不及待地赶回来了。五千余只白鹤、灰鹤、白枕鹤和数万只大雁、野鸭等水鸟在此停歇、休养。莫莫格迎来了北归的候鸟。放眼望去，鹤舞莺飞，生机盎然。潘晟显拿出望远镜，支好三脚架，将长焦镜头对准了湿地里的鸟群。他这辈子最得意的，就是定格镜头里的这些美丽生灵。</w:t>
      </w:r>
    </w:p>
    <w:p>
      <w:pPr>
        <w:spacing w:line="360" w:lineRule="auto"/>
        <w:ind w:firstLine="420"/>
        <w:jc w:val="left"/>
        <w:textAlignment w:val="center"/>
        <w:rPr>
          <w:color w:val="000000"/>
        </w:rPr>
      </w:pPr>
      <w:r>
        <w:rPr>
          <w:rFonts w:ascii="楷体" w:hAnsi="楷体" w:eastAsia="楷体" w:cs="楷体"/>
          <w:color w:val="000000"/>
        </w:rPr>
        <w:t>④潘晟昱原本是一名摄影爱好者。这些年，莫莫格生态保护做得好，大量候鸟回归。</w:t>
      </w:r>
      <w:r>
        <w:rPr>
          <w:rFonts w:ascii="Times New Roman" w:hAnsi="Times New Roman" w:eastAsia="Times New Roman" w:cs="Times New Roman"/>
          <w:color w:val="000000"/>
        </w:rPr>
        <w:t>2003</w:t>
      </w:r>
      <w:r>
        <w:rPr>
          <w:rFonts w:ascii="楷体" w:hAnsi="楷体" w:eastAsia="楷体" w:cs="楷体"/>
          <w:color w:val="000000"/>
        </w:rPr>
        <w:t>年，潘晟昱萌生了生态摄影的念头，于是他开始以这些候鸟为对象拍摄。渐渐地，他发现莫莫格竟然有不少世界罕见的珍贵鸟种，最珍稀的要数白鹤。</w:t>
      </w:r>
    </w:p>
    <w:p>
      <w:pPr>
        <w:spacing w:line="360" w:lineRule="auto"/>
        <w:ind w:firstLine="420"/>
        <w:jc w:val="left"/>
        <w:textAlignment w:val="center"/>
        <w:rPr>
          <w:color w:val="000000"/>
        </w:rPr>
      </w:pPr>
      <w:r>
        <w:rPr>
          <w:rFonts w:ascii="楷体" w:hAnsi="楷体" w:eastAsia="楷体" w:cs="楷体"/>
          <w:color w:val="000000"/>
        </w:rPr>
        <w:t>⑤现在对这些鸟儿，潘晟昱可是如数家珍，甚至还没等鸟儿亮出翅膀，他便能够脱口而出它们的名字。白鹤更成了潘晟昱相机里的嘉宾：一只雪白的白鹤站立在湖边，像一位亭亭玉立的少女，展现着婉约的风姿，超凡脱俗；湖面上，一群白鹤轻轻掠过，它们伸长脖颈，扇动着美丽的翅膀，宛如仙女在舞动长袖飞翔。</w:t>
      </w:r>
    </w:p>
    <w:p>
      <w:pPr>
        <w:spacing w:line="360" w:lineRule="auto"/>
        <w:ind w:firstLine="420"/>
        <w:jc w:val="left"/>
        <w:textAlignment w:val="center"/>
        <w:rPr>
          <w:color w:val="000000"/>
        </w:rPr>
      </w:pPr>
      <w:r>
        <w:rPr>
          <w:rFonts w:ascii="楷体" w:hAnsi="楷体" w:eastAsia="楷体" w:cs="楷体"/>
          <w:color w:val="000000"/>
        </w:rPr>
        <w:t>⑥每当用相机捕捉到白鹤振翅时的丰满羽翼、美丽长喙，看到它们无拘无束地欢歌、翱翔，潘晟昱的心里就充满了感动。白鹤每年都要万里跋涉，但是不论经历怎样的磨砺，它们同人一样，遵循群体规则，尊重手足之情，对幸福生活充满向往。越是对鸟类多了解一分，潘晟昱就越觉得应该倾心记录它们，尽力保护它们。</w:t>
      </w:r>
    </w:p>
    <w:p>
      <w:pPr>
        <w:spacing w:line="360" w:lineRule="auto"/>
        <w:ind w:firstLine="420"/>
        <w:jc w:val="left"/>
        <w:textAlignment w:val="center"/>
        <w:rPr>
          <w:color w:val="000000"/>
        </w:rPr>
      </w:pPr>
      <w:r>
        <w:rPr>
          <w:rFonts w:ascii="楷体" w:hAnsi="楷体" w:eastAsia="楷体" w:cs="楷体"/>
          <w:color w:val="000000"/>
        </w:rPr>
        <w:t>⑦二十年来，潘晟昱用相机记录下白鹤在莫莫格的珍贵瞬间，在全国各大媒体发表了大量稿件和照片，呼吁人们爱护生态、关注白鹤。现在，潘晟昱不仅拍鸟，还被聘为中国野生动物保护协会科学考察委员会委员、吉林白城护飞队队长。</w:t>
      </w:r>
      <w:r>
        <w:rPr>
          <w:rFonts w:ascii="楷体" w:hAnsi="楷体" w:eastAsia="楷体" w:cs="楷体"/>
          <w:color w:val="000000"/>
          <w:u w:val="single"/>
        </w:rPr>
        <w:t>懂鸟，拍鸟，护鸟</w:t>
      </w:r>
      <w:r>
        <w:rPr>
          <w:rFonts w:ascii="楷体" w:hAnsi="楷体" w:eastAsia="楷体" w:cs="楷体"/>
          <w:color w:val="000000"/>
        </w:rPr>
        <w:t>……潘晟昱肩上的担子更重了，他的名声越来越响亮。哪里有鸟受伤了，哪里又发现新的鸟群了，哪里的鸟有什么不对劲了……大家都第一时间想到潘晟昱。</w:t>
      </w:r>
    </w:p>
    <w:p>
      <w:pPr>
        <w:spacing w:line="360" w:lineRule="auto"/>
        <w:ind w:firstLine="420"/>
        <w:jc w:val="left"/>
        <w:textAlignment w:val="center"/>
        <w:rPr>
          <w:color w:val="000000"/>
        </w:rPr>
      </w:pPr>
      <w:r>
        <w:rPr>
          <w:rFonts w:ascii="楷体" w:hAnsi="楷体" w:eastAsia="楷体" w:cs="楷体"/>
          <w:color w:val="000000"/>
        </w:rPr>
        <w:t>⑧</w:t>
      </w:r>
      <w:r>
        <w:rPr>
          <w:rFonts w:ascii="宋体" w:hAnsi="宋体" w:eastAsia="宋体" w:cs="宋体"/>
          <w:color w:val="000000"/>
        </w:rPr>
        <w:t>“</w:t>
      </w:r>
      <w:r>
        <w:rPr>
          <w:rFonts w:ascii="楷体" w:hAnsi="楷体" w:eastAsia="楷体" w:cs="楷体"/>
          <w:color w:val="000000"/>
        </w:rPr>
        <w:t>这个</w:t>
      </w:r>
      <w:r>
        <w:rPr>
          <w:rFonts w:ascii="楷体" w:hAnsi="楷体" w:eastAsia="楷体" w:cs="楷体"/>
          <w:color w:val="000000"/>
          <w:em w:val="dot"/>
        </w:rPr>
        <w:t>鸟叔</w:t>
      </w:r>
      <w:r>
        <w:rPr>
          <w:rFonts w:ascii="楷体" w:hAnsi="楷体" w:eastAsia="楷体" w:cs="楷体"/>
          <w:color w:val="000000"/>
        </w:rPr>
        <w:t>，不干人事，净干鸟事。</w:t>
      </w:r>
      <w:r>
        <w:rPr>
          <w:rFonts w:ascii="宋体" w:hAnsi="宋体" w:eastAsia="宋体" w:cs="宋体"/>
          <w:color w:val="000000"/>
        </w:rPr>
        <w:t>”</w:t>
      </w:r>
      <w:r>
        <w:rPr>
          <w:rFonts w:ascii="楷体" w:hAnsi="楷体" w:eastAsia="楷体" w:cs="楷体"/>
          <w:color w:val="000000"/>
        </w:rPr>
        <w:t>刚开始时，还有些人不理解潘晟昱。他们认为，鸟嘛，又不是人，哪儿都有，管得了这只还管得了那只？潘晟昱就想办法给他们做工作：白鹤，自古以来就是我们的吉祥鸟，在中国象征着长寿、福瑞。白鹤是世界濒临灭绝的动物之一，它们濒危的最重要原因就是栖息地遭到破坏和改变。莫莫格，是白鹤眷恋的土地，全世界百分之九十的白鹤都会在这里停留。</w:t>
      </w:r>
      <w:r>
        <w:rPr>
          <w:rFonts w:ascii="楷体" w:hAnsi="楷体" w:eastAsia="楷体" w:cs="楷体"/>
          <w:color w:val="000000"/>
          <w:em w:val="dot"/>
        </w:rPr>
        <w:t>这</w:t>
      </w:r>
      <w:r>
        <w:rPr>
          <w:rFonts w:ascii="楷体" w:hAnsi="楷体" w:eastAsia="楷体" w:cs="楷体"/>
          <w:color w:val="000000"/>
        </w:rPr>
        <w:t>对我们是多么大的信任！</w:t>
      </w:r>
    </w:p>
    <w:p>
      <w:pPr>
        <w:spacing w:line="360" w:lineRule="auto"/>
        <w:ind w:firstLine="420"/>
        <w:jc w:val="left"/>
        <w:textAlignment w:val="center"/>
        <w:rPr>
          <w:color w:val="000000"/>
        </w:rPr>
      </w:pPr>
      <w:r>
        <w:rPr>
          <w:rFonts w:ascii="楷体" w:hAnsi="楷体" w:eastAsia="楷体" w:cs="楷体"/>
          <w:color w:val="000000"/>
        </w:rPr>
        <w:t>⑨几年来，很多对立者、旁观者变成了志愿者，志愿者又去给更多的人做工作。以前质疑的人没有了疑问，以前不懂的人变成了宣讲员，村民们</w:t>
      </w:r>
      <w:r>
        <w:rPr>
          <w:rFonts w:ascii="楷体" w:hAnsi="楷体" w:eastAsia="楷体" w:cs="楷体"/>
          <w:color w:val="000000"/>
          <w:em w:val="dot"/>
        </w:rPr>
        <w:t>不仅</w:t>
      </w:r>
      <w:r>
        <w:rPr>
          <w:rFonts w:ascii="楷体" w:hAnsi="楷体" w:eastAsia="楷体" w:cs="楷体"/>
          <w:color w:val="000000"/>
        </w:rPr>
        <w:t>帮助潘晟昱宣传、巡查，</w:t>
      </w:r>
      <w:r>
        <w:rPr>
          <w:rFonts w:ascii="楷体" w:hAnsi="楷体" w:eastAsia="楷体" w:cs="楷体"/>
          <w:color w:val="000000"/>
          <w:em w:val="dot"/>
        </w:rPr>
        <w:t>还</w:t>
      </w:r>
      <w:r>
        <w:rPr>
          <w:rFonts w:ascii="楷体" w:hAnsi="楷体" w:eastAsia="楷体" w:cs="楷体"/>
          <w:color w:val="000000"/>
        </w:rPr>
        <w:t>同潘晟昱一道，组建了近两百人的</w:t>
      </w:r>
      <w:r>
        <w:rPr>
          <w:rFonts w:ascii="宋体" w:hAnsi="宋体" w:eastAsia="宋体" w:cs="宋体"/>
          <w:color w:val="000000"/>
        </w:rPr>
        <w:t>“</w:t>
      </w:r>
      <w:r>
        <w:rPr>
          <w:rFonts w:ascii="楷体" w:hAnsi="楷体" w:eastAsia="楷体" w:cs="楷体"/>
          <w:color w:val="000000"/>
        </w:rPr>
        <w:t>白城护飞志愿者团队</w:t>
      </w:r>
      <w:r>
        <w:rPr>
          <w:rFonts w:ascii="宋体" w:hAnsi="宋体" w:eastAsia="宋体" w:cs="宋体"/>
          <w:color w:val="000000"/>
        </w:rPr>
        <w:t>”</w:t>
      </w:r>
      <w:r>
        <w:rPr>
          <w:rFonts w:ascii="楷体" w:hAnsi="楷体" w:eastAsia="楷体" w:cs="楷体"/>
          <w:color w:val="000000"/>
        </w:rPr>
        <w:t>。每年春秋两季，队员们把大部分的精力都放在护飞上，伴朝晖、沐夕阳，用心守护这群精灵，为它们保驾护航。</w:t>
      </w:r>
    </w:p>
    <w:p>
      <w:pPr>
        <w:spacing w:line="360" w:lineRule="auto"/>
        <w:ind w:firstLine="420"/>
        <w:jc w:val="left"/>
        <w:textAlignment w:val="center"/>
        <w:rPr>
          <w:color w:val="000000"/>
        </w:rPr>
      </w:pPr>
      <w:r>
        <w:rPr>
          <w:rFonts w:ascii="楷体" w:hAnsi="楷体" w:eastAsia="楷体" w:cs="楷体"/>
          <w:color w:val="000000"/>
        </w:rPr>
        <w:t>⑩现在，越来越多的人亲切地叫潘晟昱</w:t>
      </w:r>
      <w:r>
        <w:rPr>
          <w:rFonts w:ascii="宋体" w:hAnsi="宋体" w:eastAsia="宋体" w:cs="宋体"/>
          <w:color w:val="000000"/>
        </w:rPr>
        <w:t>“</w:t>
      </w:r>
      <w:r>
        <w:rPr>
          <w:rFonts w:ascii="楷体" w:hAnsi="楷体" w:eastAsia="楷体" w:cs="楷体"/>
          <w:color w:val="000000"/>
          <w:em w:val="dot"/>
        </w:rPr>
        <w:t>鸟叔</w:t>
      </w:r>
      <w:r>
        <w:rPr>
          <w:rFonts w:ascii="宋体" w:hAnsi="宋体" w:eastAsia="宋体" w:cs="宋体"/>
          <w:color w:val="000000"/>
        </w:rPr>
        <w:t>”</w:t>
      </w:r>
      <w:r>
        <w:rPr>
          <w:rFonts w:ascii="楷体" w:hAnsi="楷体" w:eastAsia="楷体" w:cs="楷体"/>
          <w:color w:val="000000"/>
        </w:rPr>
        <w:t>，潘晟昱觉得：做一个爱管鸟事的</w:t>
      </w:r>
      <w:r>
        <w:rPr>
          <w:rFonts w:ascii="宋体" w:hAnsi="宋体" w:eastAsia="宋体" w:cs="宋体"/>
          <w:color w:val="000000"/>
        </w:rPr>
        <w:t>“</w:t>
      </w:r>
      <w:r>
        <w:rPr>
          <w:rFonts w:ascii="楷体" w:hAnsi="楷体" w:eastAsia="楷体" w:cs="楷体"/>
          <w:color w:val="000000"/>
        </w:rPr>
        <w:t>鸟叔</w:t>
      </w:r>
      <w:r>
        <w:rPr>
          <w:rFonts w:ascii="宋体" w:hAnsi="宋体" w:eastAsia="宋体" w:cs="宋体"/>
          <w:color w:val="000000"/>
        </w:rPr>
        <w:t>”</w:t>
      </w:r>
      <w:r>
        <w:rPr>
          <w:rFonts w:ascii="楷体" w:hAnsi="楷体" w:eastAsia="楷体" w:cs="楷体"/>
          <w:color w:val="000000"/>
        </w:rPr>
        <w:t>，很开心！这个外号可以带动其他人一起关注、保护野生动物。后来，参与的人越来越多：在我们莫莫格，绿水青山、冰天雪地都是金山银山！</w:t>
      </w:r>
    </w:p>
    <w:p>
      <w:pPr>
        <w:spacing w:line="360" w:lineRule="auto"/>
        <w:jc w:val="right"/>
        <w:textAlignment w:val="center"/>
        <w:rPr>
          <w:color w:val="000000"/>
        </w:rPr>
      </w:pPr>
      <w:r>
        <w:rPr>
          <w:rFonts w:ascii="宋体" w:hAnsi="宋体" w:eastAsia="宋体" w:cs="宋体"/>
          <w:color w:val="000000"/>
        </w:rPr>
        <w:t>（取材于李舫同名文章）</w:t>
      </w:r>
    </w:p>
    <w:p>
      <w:pPr>
        <w:spacing w:line="360" w:lineRule="auto"/>
        <w:jc w:val="left"/>
        <w:textAlignment w:val="center"/>
        <w:rPr>
          <w:color w:val="000000"/>
        </w:rPr>
      </w:pPr>
      <w:r>
        <w:rPr>
          <w:color w:val="000000"/>
        </w:rPr>
        <w:t xml:space="preserve">20. </w:t>
      </w:r>
      <w:r>
        <w:rPr>
          <w:rFonts w:ascii="宋体" w:hAnsi="宋体" w:eastAsia="宋体" w:cs="宋体"/>
          <w:color w:val="000000"/>
        </w:rPr>
        <w:t>阅读第⑦段画线句，结合全文，简要说说潘晟昱“懂鸟，拍鸟，护鸟”的具体表现。</w:t>
      </w:r>
    </w:p>
    <w:p>
      <w:pPr>
        <w:spacing w:line="360" w:lineRule="auto"/>
        <w:jc w:val="left"/>
        <w:textAlignment w:val="center"/>
        <w:rPr>
          <w:color w:val="000000"/>
        </w:rPr>
      </w:pPr>
      <w:r>
        <w:rPr>
          <w:color w:val="000000"/>
        </w:rPr>
        <w:t xml:space="preserve">21. </w:t>
      </w:r>
      <w:r>
        <w:rPr>
          <w:rFonts w:ascii="宋体" w:hAnsi="宋体" w:eastAsia="宋体" w:cs="宋体"/>
          <w:color w:val="000000"/>
        </w:rPr>
        <w:t>下列对文意理解</w:t>
      </w:r>
      <w:r>
        <w:rPr>
          <w:rFonts w:ascii="宋体" w:hAnsi="宋体" w:eastAsia="宋体" w:cs="宋体"/>
          <w:color w:val="000000"/>
          <w:em w:val="dot"/>
        </w:rPr>
        <w:t>有误</w:t>
      </w:r>
      <w:r>
        <w:rPr>
          <w:rFonts w:ascii="宋体" w:hAnsi="宋体" w:eastAsia="宋体" w:cs="宋体"/>
          <w:color w:val="000000"/>
        </w:rPr>
        <w:t>的一项是</w:t>
      </w:r>
      <w:r>
        <w:rPr>
          <w:color w:val="000000"/>
        </w:rPr>
        <w:t>（     ）</w:t>
      </w:r>
    </w:p>
    <w:p>
      <w:pPr>
        <w:spacing w:line="360" w:lineRule="auto"/>
        <w:jc w:val="left"/>
        <w:textAlignment w:val="center"/>
        <w:rPr>
          <w:color w:val="000000"/>
        </w:rPr>
      </w:pPr>
      <w:r>
        <w:rPr>
          <w:rFonts w:ascii="宋体" w:hAnsi="宋体" w:eastAsia="宋体" w:cs="宋体"/>
          <w:color w:val="000000"/>
        </w:rPr>
        <w:t>【甲】第②段写了白鹤喜欢的生存环境、悠然幸福的生存状态，以及村民与它们和谐共处的现状，为下文潘晟昱的爱白鹤、护白鹤做了铺垫。</w:t>
      </w:r>
    </w:p>
    <w:p>
      <w:pPr>
        <w:spacing w:line="360" w:lineRule="auto"/>
        <w:jc w:val="left"/>
        <w:textAlignment w:val="center"/>
        <w:rPr>
          <w:color w:val="000000"/>
        </w:rPr>
      </w:pPr>
      <w:r>
        <w:rPr>
          <w:rFonts w:ascii="宋体" w:hAnsi="宋体" w:eastAsia="宋体" w:cs="宋体"/>
          <w:color w:val="000000"/>
        </w:rPr>
        <w:t>【乙】第⑧段最后一句“这对我们是多么大的信任”中的“这”字，指白鹤自古以来象征吉祥，濒临灭绝，栖息地遭到破坏后，依然眷恋莫莫格。</w:t>
      </w:r>
    </w:p>
    <w:p>
      <w:pPr>
        <w:spacing w:line="360" w:lineRule="auto"/>
        <w:jc w:val="left"/>
        <w:textAlignment w:val="center"/>
        <w:rPr>
          <w:color w:val="000000"/>
        </w:rPr>
      </w:pPr>
      <w:r>
        <w:rPr>
          <w:rFonts w:ascii="宋体" w:hAnsi="宋体" w:eastAsia="宋体" w:cs="宋体"/>
          <w:color w:val="000000"/>
        </w:rPr>
        <w:t>【丙】第⑨段的加点词“不仅……还……”写出了村民对白鹤态度的进一步变化：</w:t>
      </w:r>
    </w:p>
    <w:p>
      <w:pPr>
        <w:spacing w:line="360" w:lineRule="auto"/>
        <w:jc w:val="left"/>
        <w:textAlignment w:val="center"/>
        <w:rPr>
          <w:color w:val="000000"/>
        </w:rPr>
      </w:pPr>
      <w:r>
        <w:rPr>
          <w:rFonts w:ascii="宋体" w:hAnsi="宋体" w:eastAsia="宋体" w:cs="宋体"/>
          <w:color w:val="000000"/>
        </w:rPr>
        <w:t>从宣传、巡查，到组建志愿者护飞团队，为白鹤保驾护航。</w:t>
      </w:r>
    </w:p>
    <w:p>
      <w:pPr>
        <w:spacing w:line="360" w:lineRule="auto"/>
        <w:jc w:val="left"/>
        <w:textAlignment w:val="center"/>
        <w:rPr>
          <w:color w:val="000000"/>
        </w:rPr>
      </w:pPr>
      <w:r>
        <w:rPr>
          <w:color w:val="000000"/>
        </w:rPr>
        <w:t xml:space="preserve">22. </w:t>
      </w:r>
      <w:r>
        <w:rPr>
          <w:rFonts w:ascii="宋体" w:hAnsi="宋体" w:eastAsia="宋体" w:cs="宋体"/>
          <w:color w:val="000000"/>
        </w:rPr>
        <w:t>第⑧段的“鸟叔”和第⑩段的“鸟叔”，两个词的感情色彩不同。结合语境，具体说明。</w:t>
      </w:r>
    </w:p>
    <w:p>
      <w:pPr>
        <w:spacing w:line="360" w:lineRule="auto"/>
        <w:jc w:val="left"/>
        <w:textAlignment w:val="center"/>
        <w:rPr>
          <w:color w:val="000000"/>
        </w:rPr>
      </w:pPr>
      <w:r>
        <w:rPr>
          <w:color w:val="000000"/>
        </w:rPr>
        <w:t xml:space="preserve">23. </w:t>
      </w:r>
      <w:r>
        <w:rPr>
          <w:rFonts w:ascii="宋体" w:hAnsi="宋体" w:eastAsia="宋体" w:cs="宋体"/>
          <w:color w:val="000000"/>
        </w:rPr>
        <w:t>你喜欢本文的标题“雪白”吗？如果喜欢，结合文章说说喜欢的理由有哪些；如果不喜欢，就另拟一个标题，说说为什么起这个名字。</w:t>
      </w:r>
    </w:p>
    <w:p>
      <w:pPr>
        <w:spacing w:line="360" w:lineRule="auto"/>
        <w:textAlignment w:val="center"/>
        <w:rPr>
          <w:color w:val="000000"/>
        </w:rPr>
      </w:pPr>
      <w:r>
        <w:rPr>
          <w:color w:val="2E75B6"/>
        </w:rPr>
        <w:t>【答案】</w:t>
      </w:r>
      <w:r>
        <w:rPr>
          <w:color w:val="000000"/>
        </w:rPr>
        <w:t xml:space="preserve">20. </w:t>
      </w:r>
      <w:r>
        <w:rPr>
          <w:rFonts w:ascii="宋体" w:hAnsi="宋体" w:eastAsia="宋体" w:cs="宋体"/>
          <w:color w:val="000000"/>
        </w:rPr>
        <w:t>示例：懂鸟：还没等鸟儿亮出翅膀，他便能够脱口而出它们的名字。</w:t>
      </w:r>
    </w:p>
    <w:p>
      <w:pPr>
        <w:spacing w:line="360" w:lineRule="auto"/>
        <w:jc w:val="left"/>
        <w:textAlignment w:val="center"/>
        <w:rPr>
          <w:color w:val="000000"/>
        </w:rPr>
      </w:pPr>
      <w:r>
        <w:rPr>
          <w:rFonts w:ascii="宋体" w:hAnsi="宋体" w:eastAsia="宋体" w:cs="宋体"/>
          <w:color w:val="000000"/>
        </w:rPr>
        <w:t>（潘晟昱认为白鹤历经迁徙和磨难，和人一样，遵循群体规则，尊重手足之情，向往追求幸福生活。）</w:t>
      </w:r>
    </w:p>
    <w:p>
      <w:pPr>
        <w:spacing w:line="360" w:lineRule="auto"/>
        <w:jc w:val="left"/>
        <w:textAlignment w:val="center"/>
        <w:rPr>
          <w:color w:val="000000"/>
        </w:rPr>
      </w:pPr>
      <w:r>
        <w:rPr>
          <w:rFonts w:ascii="宋体" w:hAnsi="宋体" w:eastAsia="宋体" w:cs="宋体"/>
          <w:color w:val="000000"/>
        </w:rPr>
        <w:t>拍鸟：潘晟昱用相机记录下白鹤在莫莫格的珍贵瞬间。（拍摄了许多照片，在全国各大媒体发表。）</w:t>
      </w:r>
    </w:p>
    <w:p>
      <w:pPr>
        <w:spacing w:line="360" w:lineRule="auto"/>
        <w:jc w:val="left"/>
        <w:textAlignment w:val="center"/>
        <w:rPr>
          <w:color w:val="000000"/>
        </w:rPr>
      </w:pPr>
      <w:r>
        <w:rPr>
          <w:rFonts w:ascii="宋体" w:hAnsi="宋体" w:eastAsia="宋体" w:cs="宋体"/>
          <w:color w:val="000000"/>
        </w:rPr>
        <w:t>护鸟：呼吁人们爱护生态，关注白鹤。（带动他人一起关注、关心、保护野生动物。）</w:t>
      </w:r>
      <w:r>
        <w:rPr>
          <w:color w:val="000000"/>
        </w:rPr>
        <w:t xml:space="preserve">    </w:t>
      </w:r>
    </w:p>
    <w:p>
      <w:pPr>
        <w:spacing w:line="360" w:lineRule="auto"/>
        <w:jc w:val="left"/>
        <w:textAlignment w:val="center"/>
        <w:rPr>
          <w:color w:val="000000"/>
        </w:rPr>
      </w:pPr>
      <w:r>
        <w:rPr>
          <w:color w:val="000000"/>
        </w:rPr>
        <w:t xml:space="preserve">21. </w:t>
      </w:r>
      <w:r>
        <w:rPr>
          <w:rFonts w:ascii="宋体" w:hAnsi="宋体" w:eastAsia="宋体" w:cs="宋体"/>
          <w:color w:val="000000"/>
        </w:rPr>
        <w:t>乙</w:t>
      </w:r>
      <w:r>
        <w:rPr>
          <w:color w:val="000000"/>
        </w:rPr>
        <w:t xml:space="preserve">    22. </w:t>
      </w:r>
      <w:r>
        <w:rPr>
          <w:rFonts w:ascii="宋体" w:hAnsi="宋体" w:eastAsia="宋体" w:cs="宋体"/>
          <w:color w:val="000000"/>
        </w:rPr>
        <w:t>示例：第⑧段的“鸟叔”是贬义词，说明村民不理解潘晟昱。第⑩段的“鸟叔”是褒义词，表达了大家对潘晟昱的理解、赞美和敬佩。</w:t>
      </w:r>
      <w:r>
        <w:rPr>
          <w:color w:val="000000"/>
        </w:rPr>
        <w:t xml:space="preserve">    </w:t>
      </w:r>
    </w:p>
    <w:p>
      <w:pPr>
        <w:spacing w:line="360" w:lineRule="auto"/>
        <w:jc w:val="left"/>
        <w:textAlignment w:val="center"/>
        <w:rPr>
          <w:color w:val="000000"/>
        </w:rPr>
      </w:pPr>
      <w:r>
        <w:rPr>
          <w:color w:val="000000"/>
        </w:rPr>
        <w:t xml:space="preserve">23. </w:t>
      </w:r>
      <w:r>
        <w:rPr>
          <w:rFonts w:ascii="宋体" w:hAnsi="宋体" w:eastAsia="宋体" w:cs="宋体"/>
          <w:color w:val="000000"/>
        </w:rPr>
        <w:t>示例一：喜欢。雪白正是白鹤的形象，也象征了潘晟昱执着保护白鹤、对白鹤的纯洁感情，暗示了人与自然和谐相处的主题，含蓄而有文艺性。</w:t>
      </w:r>
    </w:p>
    <w:p>
      <w:pPr>
        <w:spacing w:line="360" w:lineRule="auto"/>
        <w:jc w:val="both"/>
        <w:textAlignment w:val="center"/>
        <w:rPr>
          <w:color w:val="000000"/>
        </w:rPr>
      </w:pPr>
      <w:r>
        <w:rPr>
          <w:rFonts w:ascii="宋体" w:hAnsi="宋体" w:eastAsia="宋体" w:cs="宋体"/>
          <w:color w:val="000000"/>
        </w:rPr>
        <w:t>示例二：不喜欢。重命题：潘晟昱与白鹤的故事。本文的主要人物是潘晟昱；主要事件是潘晟昱为家乡的白鹤们拍照、发表，并呼吁保护白鹤，还担任护飞队长的故事；这个题目指出了本文主要人物和主要内容。</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【20题详解】</w:t>
      </w:r>
    </w:p>
    <w:p>
      <w:pPr>
        <w:spacing w:line="360" w:lineRule="auto"/>
        <w:jc w:val="left"/>
        <w:textAlignment w:val="center"/>
        <w:rPr>
          <w:color w:val="000000"/>
        </w:rPr>
      </w:pPr>
      <w:r>
        <w:rPr>
          <w:color w:val="000000"/>
        </w:rPr>
        <w:t>本题考查文章内容概括。</w:t>
      </w:r>
    </w:p>
    <w:p>
      <w:pPr>
        <w:spacing w:line="360" w:lineRule="auto"/>
        <w:jc w:val="left"/>
        <w:textAlignment w:val="center"/>
        <w:rPr>
          <w:color w:val="000000"/>
        </w:rPr>
      </w:pPr>
      <w:r>
        <w:rPr>
          <w:rFonts w:ascii="宋体" w:hAnsi="宋体" w:eastAsia="宋体" w:cs="宋体"/>
          <w:color w:val="000000"/>
        </w:rPr>
        <w:t>第⑦段中说潘晟昱“懂鸟，拍鸟，护鸟”，具体表现</w:t>
      </w:r>
      <w:r>
        <w:rPr>
          <w:rFonts w:ascii="宋体" w:hAnsi="宋体" w:eastAsia="宋体" w:cs="宋体"/>
          <w:color w:val="000000"/>
          <w:position w:val="-1"/>
        </w:rPr>
        <w:drawing>
          <wp:inline distT="0" distB="0" distL="114300" distR="114300">
            <wp:extent cx="139700" cy="190500"/>
            <wp:effectExtent l="0" t="0" r="12700" b="0"/>
            <wp:docPr id="1665"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图片 100013"/>
                    <pic:cNvPicPr>
                      <a:picLocks noChangeAspect="1"/>
                    </pic:cNvPicPr>
                  </pic:nvPicPr>
                  <pic:blipFill>
                    <a:blip r:embed="rId182"/>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各个段落中。</w:t>
      </w:r>
    </w:p>
    <w:p>
      <w:pPr>
        <w:spacing w:line="360" w:lineRule="auto"/>
        <w:jc w:val="left"/>
        <w:textAlignment w:val="center"/>
        <w:rPr>
          <w:color w:val="000000"/>
        </w:rPr>
      </w:pPr>
      <w:r>
        <w:rPr>
          <w:rFonts w:ascii="宋体" w:hAnsi="宋体" w:eastAsia="宋体" w:cs="宋体"/>
          <w:color w:val="000000"/>
        </w:rPr>
        <w:t>第⑤段“现在对这些鸟儿，潘晟昱可是如数家珍，甚至还没等鸟儿亮出翅膀，他便能够脱口而出它们的名字”、第⑥段“看到它们无拘无束地欢歌、翱翔，潘晟昱的心里就充满了感动。白鹤每年都要万里跋涉，但是不论经历怎样的磨砺，它们同人一样，遵循群体规则，尊重手足之情，对幸福生活充满向往”是潘晟昱“懂鸟”的具体表现。</w:t>
      </w:r>
    </w:p>
    <w:p>
      <w:pPr>
        <w:spacing w:line="360" w:lineRule="auto"/>
        <w:jc w:val="left"/>
        <w:textAlignment w:val="center"/>
        <w:rPr>
          <w:color w:val="000000"/>
        </w:rPr>
      </w:pPr>
      <w:r>
        <w:rPr>
          <w:color w:val="000000"/>
        </w:rPr>
        <w:t>第⑦</w:t>
      </w:r>
      <w:r>
        <w:rPr>
          <w:rFonts w:ascii="宋体" w:hAnsi="宋体" w:eastAsia="宋体" w:cs="宋体"/>
          <w:color w:val="000000"/>
        </w:rPr>
        <w:t>段“二十年来，潘晟昱用相机记录下白鹤在莫莫格的珍贵瞬间，在全国各大媒体发表了大量稿件和照片”是潘晟昱“拍鸟”的具体表现。</w:t>
      </w:r>
    </w:p>
    <w:p>
      <w:pPr>
        <w:spacing w:line="360" w:lineRule="auto"/>
        <w:jc w:val="left"/>
        <w:textAlignment w:val="center"/>
        <w:rPr>
          <w:color w:val="000000"/>
        </w:rPr>
      </w:pPr>
      <w:r>
        <w:rPr>
          <w:color w:val="000000"/>
        </w:rPr>
        <w:t>第⑦段</w:t>
      </w:r>
      <w:r>
        <w:rPr>
          <w:rFonts w:ascii="宋体" w:hAnsi="宋体" w:eastAsia="宋体" w:cs="宋体"/>
          <w:color w:val="000000"/>
        </w:rPr>
        <w:t>“呼吁人们爱护生态、关注白鹤”、第⑨段“几年来，很多对立者、旁观者变成了志愿者，志愿者又去给更多的人做工作。以前质疑的人没有了疑问，以前不懂的人变成了宣讲员，村民们不仅帮助潘晟昱宣传、巡查，还同潘晟昱一道，组建了近两百人的‘白城护飞志愿者团队’”、第⑩段“做一个爱管鸟事的‘鸟叔’，很开心！这个外号可以带动其他人一起关注、保护野生动物”，是潘晟昱“护鸟”的具体表现。</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本题考查理解文章内容。</w:t>
      </w:r>
    </w:p>
    <w:p>
      <w:pPr>
        <w:spacing w:line="360" w:lineRule="auto"/>
        <w:jc w:val="left"/>
        <w:textAlignment w:val="center"/>
        <w:rPr>
          <w:color w:val="000000"/>
        </w:rPr>
      </w:pPr>
      <w:r>
        <w:rPr>
          <w:color w:val="000000"/>
        </w:rPr>
        <w:t>【乙】第</w:t>
      </w:r>
      <w:r>
        <w:rPr>
          <w:rFonts w:ascii="宋体" w:hAnsi="宋体" w:eastAsia="宋体" w:cs="宋体"/>
          <w:color w:val="000000"/>
        </w:rPr>
        <w:t>⑧段最后一句“这对我们是多么大的信任”中的“这”字，指“莫莫格，是白鹤眷恋的土地，全世界百分之九十的白鹤都会在这里停留”；</w:t>
      </w:r>
    </w:p>
    <w:p>
      <w:pPr>
        <w:spacing w:line="360" w:lineRule="auto"/>
        <w:jc w:val="left"/>
        <w:textAlignment w:val="center"/>
        <w:rPr>
          <w:color w:val="000000"/>
        </w:rPr>
      </w:pPr>
      <w:r>
        <w:rPr>
          <w:color w:val="000000"/>
        </w:rPr>
        <w:t>故选乙。</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本题考查理解词义。</w:t>
      </w:r>
    </w:p>
    <w:p>
      <w:pPr>
        <w:spacing w:line="360" w:lineRule="auto"/>
        <w:jc w:val="left"/>
        <w:textAlignment w:val="center"/>
        <w:rPr>
          <w:color w:val="000000"/>
        </w:rPr>
      </w:pPr>
      <w:r>
        <w:rPr>
          <w:rFonts w:ascii="宋体" w:hAnsi="宋体" w:eastAsia="宋体" w:cs="宋体"/>
          <w:color w:val="000000"/>
        </w:rPr>
        <w:t>第⑧段“‘这个鸟叔，不干人事，净干鸟事。’刚开始时，还有些人不理解潘晟昱”，这个句子中的“鸟叔”是村民们起初对潘晟昱的称呼，因为不理解他的举办，所以送他这个“鸟叔”的外号，是个贬义词。</w:t>
      </w:r>
    </w:p>
    <w:p>
      <w:pPr>
        <w:spacing w:line="360" w:lineRule="auto"/>
        <w:jc w:val="left"/>
        <w:textAlignment w:val="center"/>
        <w:rPr>
          <w:color w:val="000000"/>
        </w:rPr>
      </w:pPr>
      <w:r>
        <w:rPr>
          <w:rFonts w:ascii="宋体" w:hAnsi="宋体" w:eastAsia="宋体" w:cs="宋体"/>
          <w:color w:val="000000"/>
        </w:rPr>
        <w:t>第⑩段“现在，越来越多的人亲切地叫潘晟昱‘鸟叔’，潘晟昱觉得：做一个爱管鸟事的‘鸟叔’，很开心！这个外号可以带动其他人一起关注、保护野生动物。后来，参与的人越来越多”，后来村民们不仅理解了潘晟昱的做法，而且还帮助潘晟昱宣传、巡查，还同潘晟昱一道组建了志愿者团队，此时的“鸟叔”饱含着亲切的意味，表现了村民们对潘晟昱的赞美和敬佩，因此成为褒义词。</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本题考查标题赏析。</w:t>
      </w:r>
    </w:p>
    <w:p>
      <w:pPr>
        <w:spacing w:line="360" w:lineRule="auto"/>
        <w:jc w:val="left"/>
        <w:textAlignment w:val="center"/>
        <w:rPr>
          <w:color w:val="000000"/>
        </w:rPr>
      </w:pPr>
      <w:r>
        <w:rPr>
          <w:rFonts w:ascii="宋体" w:hAnsi="宋体" w:eastAsia="宋体" w:cs="宋体"/>
          <w:color w:val="000000"/>
        </w:rPr>
        <w:t>可以喜欢原标题“雪白”，结合文章内容说明理由即可。也可以不喜欢，重新拟一个标题，说明拟写的理由即可。</w:t>
      </w:r>
    </w:p>
    <w:p>
      <w:pPr>
        <w:spacing w:line="360" w:lineRule="auto"/>
        <w:jc w:val="left"/>
        <w:textAlignment w:val="center"/>
        <w:rPr>
          <w:color w:val="000000"/>
        </w:rPr>
      </w:pPr>
      <w:r>
        <w:rPr>
          <w:color w:val="000000"/>
        </w:rPr>
        <w:t>示例：不喜欢。重命题：</w:t>
      </w:r>
      <w:r>
        <w:rPr>
          <w:rFonts w:ascii="宋体" w:hAnsi="宋体" w:eastAsia="宋体" w:cs="宋体"/>
          <w:color w:val="000000"/>
        </w:rPr>
        <w:t>湿地“鸟叔”。本文的主人公是被人称为“鸟叔”的潘晟昱，他既是摄影爱好者，又是生态保护者。他为家乡的白鹤们拍照、发表，并呼吁保护白鹤，得到了村民的拥护，被亲切地称为“鸟叔”。这个题目即点明了文章的主人公，还含蓄地点明了保护湿地自然生态的主题。</w:t>
      </w:r>
    </w:p>
    <w:p>
      <w:pPr>
        <w:pStyle w:val="Heading3"/>
      </w:pPr>
      <w:r>
        <w:t>门头沟区</w:t>
      </w:r>
    </w:p>
    <w:p>
      <w:pPr>
        <w:spacing w:line="360" w:lineRule="auto"/>
        <w:jc w:val="left"/>
        <w:textAlignment w:val="center"/>
        <w:rPr>
          <w:color w:val="000000"/>
        </w:rPr>
      </w:pPr>
      <w:r>
        <w:rPr>
          <w:rFonts w:ascii="宋体" w:hAnsi="宋体" w:eastAsia="宋体" w:cs="宋体"/>
          <w:b/>
          <w:color w:val="000000"/>
          <w:sz w:val="24"/>
        </w:rPr>
        <w:t>四、现代文阅读（共20分）</w:t>
      </w:r>
    </w:p>
    <w:p>
      <w:pPr>
        <w:spacing w:line="360" w:lineRule="auto"/>
        <w:jc w:val="left"/>
        <w:textAlignment w:val="center"/>
        <w:rPr>
          <w:color w:val="000000"/>
        </w:rPr>
      </w:pPr>
      <w:r>
        <w:rPr>
          <w:rFonts w:ascii="宋体" w:hAnsi="宋体" w:eastAsia="宋体" w:cs="宋体"/>
          <w:color w:val="000000"/>
        </w:rPr>
        <w:t>阅读《升旗》，完成下面小题。</w:t>
      </w:r>
    </w:p>
    <w:p>
      <w:pPr>
        <w:spacing w:line="360" w:lineRule="auto"/>
        <w:jc w:val="center"/>
        <w:textAlignment w:val="center"/>
        <w:rPr>
          <w:color w:val="000000"/>
        </w:rPr>
      </w:pPr>
      <w:r>
        <w:rPr>
          <w:rFonts w:ascii="楷体" w:hAnsi="楷体" w:eastAsia="楷体" w:cs="楷体"/>
          <w:color w:val="000000"/>
        </w:rPr>
        <w:t>升旗</w:t>
      </w:r>
    </w:p>
    <w:p>
      <w:pPr>
        <w:spacing w:line="360" w:lineRule="auto"/>
        <w:ind w:firstLine="420"/>
        <w:jc w:val="left"/>
        <w:textAlignment w:val="center"/>
        <w:rPr>
          <w:color w:val="000000"/>
        </w:rPr>
      </w:pPr>
      <w:r>
        <w:rPr>
          <w:rFonts w:ascii="楷体" w:hAnsi="楷体" w:eastAsia="楷体" w:cs="楷体"/>
          <w:color w:val="000000"/>
        </w:rPr>
        <w:t>①阳光抚在屋顶的青瓦上，早起的鸟儿已经高歌着展开双翼，迎接清晨的第一缕微风。乡村的空气总是那么的清新，充满了令人舒适的气味。每当这时，我的耳畔总会响起雄壮高昂的《义勇军进行曲》，想起他。</w:t>
      </w:r>
    </w:p>
    <w:p>
      <w:pPr>
        <w:spacing w:line="360" w:lineRule="auto"/>
        <w:ind w:firstLine="420"/>
        <w:jc w:val="left"/>
        <w:textAlignment w:val="center"/>
        <w:rPr>
          <w:color w:val="000000"/>
        </w:rPr>
      </w:pPr>
      <w:r>
        <w:rPr>
          <w:rFonts w:ascii="楷体" w:hAnsi="楷体" w:eastAsia="楷体" w:cs="楷体"/>
          <w:color w:val="000000"/>
        </w:rPr>
        <w:t>②仲春时节，我们这个坐落在万山围子中的小村庄，便被漫山遍野的映山红包裹成一片鲜红。映山红，也就是杜鹃花，它们的颜色真像在血水中浸泡过一样，重叠的火红、深红、鲜红、浅红，把延绵的山染成了一片红色的晚霞。在映山红的海洋中，最醒目的并非青瓦白墙，也并非是蓝得高邈的天穹，而是同为红色的、每天五点准时升起的五星红旗，</w:t>
      </w:r>
      <w:r>
        <w:rPr>
          <w:rFonts w:ascii="楷体" w:hAnsi="楷体" w:eastAsia="楷体" w:cs="楷体"/>
          <w:color w:val="000000"/>
          <w:em w:val="dot"/>
        </w:rPr>
        <w:t>风雨无阻</w:t>
      </w:r>
      <w:r>
        <w:rPr>
          <w:rFonts w:ascii="楷体" w:hAnsi="楷体" w:eastAsia="楷体" w:cs="楷体"/>
          <w:color w:val="000000"/>
        </w:rPr>
        <w:t>！升旗手就是我记忆中的这位耄耋（mào dié）老人。</w:t>
      </w:r>
    </w:p>
    <w:p>
      <w:pPr>
        <w:spacing w:line="360" w:lineRule="auto"/>
        <w:ind w:firstLine="420"/>
        <w:jc w:val="left"/>
        <w:textAlignment w:val="center"/>
        <w:rPr>
          <w:color w:val="000000"/>
        </w:rPr>
      </w:pPr>
      <w:r>
        <w:rPr>
          <w:rFonts w:ascii="楷体" w:hAnsi="楷体" w:eastAsia="楷体" w:cs="楷体"/>
          <w:color w:val="000000"/>
        </w:rPr>
        <w:t>③天还未亮，老人在他同样银丝如雪的老伴儿的搀扶下，手捧那面叠得整整齐齐的红旗，来到了村子前高高竖立的旗杆下，在威武雄壮的《义勇军进行曲》中，目送国旗冉冉升上蓝天。老人颤颤地举起了右手，挺直脊梁，一个标准的军礼使漫山的杜鹃花都黯然失色。盯着冉冉升起的红旗，老人的眼中充满了孩童般的热望。每每这时，他的老伴儿——那个慈祥的妇人，便端坐在一旁的青石上，微眯着双眼，见证着这一神圣的时刻，目光中流露出无法掩饰的自豪与骄傲。</w:t>
      </w:r>
    </w:p>
    <w:p>
      <w:pPr>
        <w:spacing w:line="360" w:lineRule="auto"/>
        <w:ind w:firstLine="420"/>
        <w:jc w:val="left"/>
        <w:textAlignment w:val="center"/>
        <w:rPr>
          <w:color w:val="000000"/>
        </w:rPr>
      </w:pPr>
      <w:r>
        <w:rPr>
          <w:rFonts w:ascii="楷体" w:hAnsi="楷体" w:eastAsia="楷体" w:cs="楷体"/>
          <w:color w:val="000000"/>
        </w:rPr>
        <w:t>④老伴常会以一种嗔怪的口气道：“老头子就是倔驴脾气，要是一天不让他去，还跟我置气呢！”但其实大家都听得出来，老妇人的嗔怪语气中更多的是自豪，她正以这种方式向众人炫耀着她那位“退伍不褪色”的军人丈夫呢！</w:t>
      </w:r>
    </w:p>
    <w:p>
      <w:pPr>
        <w:spacing w:line="360" w:lineRule="auto"/>
        <w:ind w:firstLine="420"/>
        <w:jc w:val="left"/>
        <w:textAlignment w:val="center"/>
        <w:rPr>
          <w:color w:val="000000"/>
        </w:rPr>
      </w:pPr>
      <w:r>
        <w:rPr>
          <w:rFonts w:ascii="楷体" w:hAnsi="楷体" w:eastAsia="楷体" w:cs="楷体"/>
          <w:color w:val="000000"/>
        </w:rPr>
        <w:t>⑤升旗的老人身体尚还健朗，只是有些记事不清了。但每每孩子们围着他要听故事时，老人总能很清晰地说出一句：“当年在部队……”于是滔滔不绝，如溪水般的故事，便从这里开始。孩子们静静地倾听着，老人这看似无头无尾，却真挚感人的故事。“那时候条件很不好，去当边防兵，整个班我最小，只18岁……”老人讲着故事，眼中闪着光，“那时大雪封路啊！里面出不去，外面进不来。班长照顾我，把他的干粮给我，一直坚持到雪化掉，外面的给养送上来。我活了下来，而班长却因为营养不良体质衰弱，被高原反应夺去了生命……”讲着讲着老人语塞了，转过头偷偷地抹去了眼角的浊泪，“班长临死前只留下了一句话：</w:t>
      </w:r>
      <w:r>
        <w:rPr>
          <w:rFonts w:ascii="楷体" w:hAnsi="楷体" w:eastAsia="楷体" w:cs="楷体"/>
          <w:color w:val="000000"/>
          <w:u w:val="single"/>
        </w:rPr>
        <w:t>一日为兵，终生为兵……</w:t>
      </w: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⑥我问老人：“爷爷，每天这样您不乏味吗？”老人笑了，摇摇头。</w:t>
      </w:r>
    </w:p>
    <w:p>
      <w:pPr>
        <w:spacing w:line="360" w:lineRule="auto"/>
        <w:ind w:firstLine="420"/>
        <w:jc w:val="left"/>
        <w:textAlignment w:val="center"/>
        <w:rPr>
          <w:color w:val="000000"/>
        </w:rPr>
      </w:pPr>
      <w:r>
        <w:rPr>
          <w:rFonts w:ascii="楷体" w:hAnsi="楷体" w:eastAsia="楷体" w:cs="楷体"/>
          <w:color w:val="000000"/>
        </w:rPr>
        <w:t>⑦村民问老人：“老头，怎么？还想回部队啊？”老人笑了，点点头。</w:t>
      </w:r>
    </w:p>
    <w:p>
      <w:pPr>
        <w:spacing w:line="360" w:lineRule="auto"/>
        <w:ind w:firstLine="420"/>
        <w:jc w:val="left"/>
        <w:textAlignment w:val="center"/>
        <w:rPr>
          <w:color w:val="000000"/>
        </w:rPr>
      </w:pPr>
      <w:r>
        <w:rPr>
          <w:rFonts w:ascii="楷体" w:hAnsi="楷体" w:eastAsia="楷体" w:cs="楷体"/>
          <w:color w:val="000000"/>
        </w:rPr>
        <w:t>⑧记者问老人：“您这么做是为了什么？是出于什么目的吗？”老人笑了，既不摇头也不点头。</w:t>
      </w:r>
    </w:p>
    <w:p>
      <w:pPr>
        <w:spacing w:line="360" w:lineRule="auto"/>
        <w:ind w:firstLine="420"/>
        <w:jc w:val="left"/>
        <w:textAlignment w:val="center"/>
        <w:rPr>
          <w:color w:val="000000"/>
        </w:rPr>
      </w:pPr>
      <w:r>
        <w:rPr>
          <w:rFonts w:ascii="楷体" w:hAnsi="楷体" w:eastAsia="楷体" w:cs="楷体"/>
          <w:color w:val="000000"/>
        </w:rPr>
        <w:t>⑨还有许多形形色色的人会问他各式各样的问题，但老人只是笑，那种笑容没有任何刻意的着色，只是一个军人本色的微笑。</w:t>
      </w:r>
    </w:p>
    <w:p>
      <w:pPr>
        <w:spacing w:line="360" w:lineRule="auto"/>
        <w:ind w:firstLine="420"/>
        <w:jc w:val="left"/>
        <w:textAlignment w:val="center"/>
        <w:rPr>
          <w:color w:val="000000"/>
        </w:rPr>
      </w:pPr>
      <w:r>
        <w:rPr>
          <w:rFonts w:ascii="楷体" w:hAnsi="楷体" w:eastAsia="楷体" w:cs="楷体"/>
          <w:color w:val="000000"/>
        </w:rPr>
        <w:t>⑩老人去世那天，漫山遍野的杜鹃花开得正艳。村民们自发地给老人举行一个简单而庄重的追思会，老人安卧在血红的杜鹃丛中，身上覆盖着他那面升了四十年的国旗。村口的大喇叭里，《义勇军进行曲》高亢而嘹亮，一遍又一遍。</w:t>
      </w:r>
    </w:p>
    <w:p>
      <w:pPr>
        <w:spacing w:line="360" w:lineRule="auto"/>
        <w:ind w:firstLine="420"/>
        <w:jc w:val="left"/>
        <w:textAlignment w:val="center"/>
        <w:rPr>
          <w:color w:val="000000"/>
        </w:rPr>
      </w:pPr>
      <w:r>
        <w:rPr>
          <w:rFonts w:ascii="楷体" w:hAnsi="楷体" w:eastAsia="楷体" w:cs="楷体"/>
          <w:color w:val="000000"/>
        </w:rPr>
        <w:t>⑪安葬老人的第二天，村门口那根高高的旗杆上，又升起一面五星红旗。那鲜亮而光辉的色彩，像一枚火炬，点燃了山村的这片蓝天。</w:t>
      </w:r>
    </w:p>
    <w:p>
      <w:pPr>
        <w:spacing w:line="360" w:lineRule="auto"/>
        <w:jc w:val="left"/>
        <w:textAlignment w:val="center"/>
        <w:rPr>
          <w:color w:val="000000"/>
        </w:rPr>
      </w:pPr>
      <w:r>
        <w:rPr>
          <w:color w:val="000000"/>
        </w:rPr>
        <w:t xml:space="preserve">14. </w:t>
      </w:r>
      <w:r>
        <w:rPr>
          <w:rFonts w:ascii="宋体" w:hAnsi="宋体" w:eastAsia="宋体" w:cs="宋体"/>
          <w:color w:val="000000"/>
        </w:rPr>
        <w:t>文章先回忆了五彩斑斓的小村庄中每天五点准时升起的五星红旗，再由此引出一位耄耋老人，重点回忆他</w:t>
      </w:r>
      <w:r>
        <w:rPr>
          <w:color w:val="000000"/>
        </w:rPr>
        <w:t>______</w:t>
      </w:r>
      <w:r>
        <w:rPr>
          <w:rFonts w:ascii="宋体" w:hAnsi="宋体" w:eastAsia="宋体" w:cs="宋体"/>
          <w:color w:val="000000"/>
        </w:rPr>
        <w:t>和</w:t>
      </w:r>
      <w:r>
        <w:rPr>
          <w:color w:val="000000"/>
        </w:rPr>
        <w:t>______</w:t>
      </w:r>
      <w:r>
        <w:rPr>
          <w:rFonts w:ascii="宋体" w:hAnsi="宋体" w:eastAsia="宋体" w:cs="宋体"/>
          <w:color w:val="000000"/>
        </w:rPr>
        <w:t>的内容；老人去世时，身上覆盖着那面升了四十年的国旗；崭新的五星红旗升起后，像一枚火炬，点燃了小村庄的蓝天。</w:t>
      </w:r>
    </w:p>
    <w:p>
      <w:pPr>
        <w:spacing w:line="360" w:lineRule="auto"/>
        <w:jc w:val="left"/>
        <w:textAlignment w:val="center"/>
        <w:rPr>
          <w:color w:val="000000"/>
        </w:rPr>
      </w:pPr>
      <w:r>
        <w:rPr>
          <w:color w:val="000000"/>
        </w:rPr>
        <w:t xml:space="preserve">15. </w:t>
      </w:r>
      <w:r>
        <w:rPr>
          <w:rFonts w:ascii="宋体" w:hAnsi="宋体" w:eastAsia="宋体" w:cs="宋体"/>
          <w:color w:val="000000"/>
        </w:rPr>
        <w:t>结合文意，简要分析第②段中“风雨无阻”一词的表达效果。</w:t>
      </w:r>
    </w:p>
    <w:p>
      <w:pPr>
        <w:spacing w:line="360" w:lineRule="auto"/>
        <w:jc w:val="left"/>
        <w:textAlignment w:val="center"/>
        <w:rPr>
          <w:color w:val="000000"/>
        </w:rPr>
      </w:pPr>
      <w:r>
        <w:rPr>
          <w:color w:val="000000"/>
        </w:rPr>
        <w:t xml:space="preserve">16. </w:t>
      </w:r>
      <w:r>
        <w:rPr>
          <w:rFonts w:ascii="宋体" w:hAnsi="宋体" w:eastAsia="宋体" w:cs="宋体"/>
          <w:color w:val="000000"/>
        </w:rPr>
        <w:t>联系上下文，说说你对第⑤段“一日为兵，终生为兵……”的理解。</w:t>
      </w:r>
    </w:p>
    <w:p>
      <w:pPr>
        <w:spacing w:line="360" w:lineRule="auto"/>
        <w:jc w:val="left"/>
        <w:textAlignment w:val="center"/>
        <w:rPr>
          <w:color w:val="000000"/>
        </w:rPr>
      </w:pPr>
      <w:r>
        <w:rPr>
          <w:color w:val="000000"/>
        </w:rPr>
        <w:t xml:space="preserve">17. </w:t>
      </w:r>
      <w:r>
        <w:rPr>
          <w:rFonts w:ascii="宋体" w:hAnsi="宋体" w:eastAsia="宋体" w:cs="宋体"/>
          <w:color w:val="000000"/>
        </w:rPr>
        <w:t>“杜鹃花”在第②段、第③段和第⑩段中反复出现。解释它们各自</w:t>
      </w:r>
      <w:r>
        <w:rPr>
          <w:rFonts w:ascii="宋体" w:hAnsi="宋体" w:eastAsia="宋体" w:cs="宋体"/>
          <w:color w:val="000000"/>
          <w:position w:val="0"/>
        </w:rPr>
        <w:drawing>
          <wp:inline distT="0" distB="0" distL="114300" distR="114300">
            <wp:extent cx="133350" cy="177800"/>
            <wp:effectExtent l="0" t="0" r="0" b="13335"/>
            <wp:docPr id="1667"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图片 100009"/>
                    <pic:cNvPicPr>
                      <a:picLocks noChangeAspect="1"/>
                    </pic:cNvPicPr>
                  </pic:nvPicPr>
                  <pic:blipFill>
                    <a:blip r:embed="rId18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含义，分析它们对表达作者情感的作用。</w:t>
      </w:r>
    </w:p>
    <w:p>
      <w:pPr>
        <w:spacing w:line="360" w:lineRule="auto"/>
        <w:textAlignment w:val="center"/>
        <w:rPr>
          <w:color w:val="000000"/>
        </w:rPr>
      </w:pPr>
      <w:r>
        <w:rPr>
          <w:color w:val="2E75B6"/>
        </w:rPr>
        <w:t>【答案】</w:t>
      </w:r>
      <w:r>
        <w:rPr>
          <w:color w:val="000000"/>
        </w:rPr>
        <w:t xml:space="preserve">14.     ①. </w:t>
      </w:r>
      <w:r>
        <w:rPr>
          <w:rFonts w:ascii="宋体" w:hAnsi="宋体" w:eastAsia="宋体" w:cs="宋体"/>
          <w:color w:val="000000"/>
        </w:rPr>
        <w:t>每天准时升旗；</w:t>
      </w:r>
      <w:r>
        <w:rPr>
          <w:color w:val="000000"/>
        </w:rPr>
        <w:t xml:space="preserve">    ②. </w:t>
      </w:r>
      <w:r>
        <w:rPr>
          <w:rFonts w:ascii="宋体" w:hAnsi="宋体" w:eastAsia="宋体" w:cs="宋体"/>
          <w:color w:val="000000"/>
        </w:rPr>
        <w:t>讲当兵时的故事</w:t>
      </w:r>
      <w:r>
        <w:rPr>
          <w:color w:val="000000"/>
        </w:rPr>
        <w:t xml:space="preserve">    </w:t>
      </w:r>
    </w:p>
    <w:p>
      <w:pPr>
        <w:spacing w:line="360" w:lineRule="auto"/>
        <w:textAlignment w:val="center"/>
        <w:rPr>
          <w:color w:val="000000"/>
        </w:rPr>
      </w:pPr>
      <w:r>
        <w:rPr>
          <w:color w:val="000000"/>
        </w:rPr>
        <w:t xml:space="preserve">15. </w:t>
      </w:r>
      <w:r>
        <w:rPr>
          <w:rFonts w:ascii="宋体" w:hAnsi="宋体" w:eastAsia="宋体" w:cs="宋体"/>
          <w:color w:val="000000"/>
        </w:rPr>
        <w:t>“风雨无阻”，生动形象地写出了升旗老人几十年如一日准时升旗行为的可贵，体现了“退伍不褪色”军人始终如一的爱国情怀，表达了作者对老人的敬佩之情。</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“一日为兵，终生为兵……”班长的这句话道出了一名军人坚定的信念和对国家、对军队的忠贞与热爱之情。</w:t>
      </w:r>
      <w:r>
        <w:rPr>
          <w:color w:val="000000"/>
        </w:rPr>
        <w:t xml:space="preserve">    </w:t>
      </w:r>
    </w:p>
    <w:p>
      <w:pPr>
        <w:spacing w:line="360" w:lineRule="auto"/>
        <w:textAlignment w:val="center"/>
        <w:rPr>
          <w:color w:val="000000"/>
        </w:rPr>
      </w:pPr>
      <w:r>
        <w:rPr>
          <w:color w:val="000000"/>
        </w:rPr>
        <w:t xml:space="preserve">17. </w:t>
      </w:r>
      <w:r>
        <w:rPr>
          <w:rFonts w:ascii="宋体" w:hAnsi="宋体" w:eastAsia="宋体" w:cs="宋体"/>
          <w:color w:val="000000"/>
        </w:rPr>
        <w:t>第②段的杜鹃花绚烂、鲜亮、夺目，为老人的出场作铺垫；第③段的杜鹃花黯然失色，在对比中凸显了老人的爱国情怀；第⑩段的杜鹃花漫山遍野、开得正艳，体现了作者对老人的赞美、怀念与敬佩之情。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本题考查概括文章内容。</w:t>
      </w:r>
    </w:p>
    <w:p>
      <w:pPr>
        <w:spacing w:line="360" w:lineRule="auto"/>
        <w:jc w:val="left"/>
        <w:textAlignment w:val="center"/>
        <w:rPr>
          <w:color w:val="000000"/>
        </w:rPr>
      </w:pPr>
      <w:r>
        <w:rPr>
          <w:rFonts w:ascii="宋体" w:hAnsi="宋体" w:eastAsia="宋体" w:cs="宋体"/>
          <w:color w:val="000000"/>
        </w:rPr>
        <w:t>结合第③段“天还未亮，老人在他同样银丝如雪的老伴儿的搀扶下，手捧那面叠得整整齐齐的红旗，来到了村子前高高竖立的旗杆下，在威武雄壮的《义勇军进行曲》中，目送国旗冉冉升上蓝天。老人颤颤地举起了右手，挺直脊梁，一个标准的军礼使漫山的杜鹃花都黯然失色”，第④段“老伴常会以一种嗔怪的口气道：‘老头子就是倔驴脾气，要是一天不让他去，还跟我置气呢！’”，可知：老人坚持每天升旗，风雨无阻。</w:t>
      </w:r>
    </w:p>
    <w:p>
      <w:pPr>
        <w:spacing w:line="360" w:lineRule="auto"/>
        <w:jc w:val="left"/>
        <w:textAlignment w:val="center"/>
        <w:rPr>
          <w:color w:val="000000"/>
        </w:rPr>
      </w:pPr>
      <w:r>
        <w:rPr>
          <w:rFonts w:ascii="宋体" w:hAnsi="宋体" w:eastAsia="宋体" w:cs="宋体"/>
          <w:color w:val="000000"/>
        </w:rPr>
        <w:t>结合第⑤段“但每每孩子们围着他要听故事时，老人总能很清晰地说出一句：‘当年在部队……’于是滔滔不绝，如溪水般的故事，便从这里开始”，第⑦段“村民问老人：‘老头，怎么？还想回部队啊？’老人笑了，点点头”，可知：老人有些记事不清了，但能清晰的给孩子们讲部队中的往事。</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669"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图片 100003"/>
                    <pic:cNvPicPr>
                      <a:picLocks noChangeAspect="1"/>
                    </pic:cNvPicPr>
                  </pic:nvPicPr>
                  <pic:blipFill>
                    <a:blip r:embed="rId184"/>
                    <a:stretch>
                      <a:fillRect/>
                    </a:stretch>
                  </pic:blipFill>
                  <pic:spPr>
                    <a:xfrm>
                      <a:off x="0" y="0"/>
                      <a:ext cx="95250" cy="171450"/>
                    </a:xfrm>
                    <a:prstGeom prst="rect">
                      <a:avLst/>
                    </a:prstGeom>
                  </pic:spPr>
                </pic:pic>
              </a:graphicData>
            </a:graphic>
          </wp:inline>
        </w:drawing>
      </w:r>
      <w:r>
        <w:rPr>
          <w:color w:val="000000"/>
        </w:rPr>
        <w:t>15题详解】</w:t>
      </w:r>
    </w:p>
    <w:p>
      <w:pPr>
        <w:spacing w:line="360" w:lineRule="auto"/>
        <w:jc w:val="left"/>
        <w:textAlignment w:val="center"/>
        <w:rPr>
          <w:color w:val="000000"/>
        </w:rPr>
      </w:pPr>
      <w:r>
        <w:rPr>
          <w:rFonts w:ascii="宋体" w:hAnsi="宋体" w:eastAsia="宋体" w:cs="宋体"/>
          <w:color w:val="000000"/>
        </w:rPr>
        <w:t>本题考查赏析词语。</w:t>
      </w:r>
    </w:p>
    <w:p>
      <w:pPr>
        <w:spacing w:line="360" w:lineRule="auto"/>
        <w:jc w:val="left"/>
        <w:textAlignment w:val="center"/>
        <w:rPr>
          <w:color w:val="000000"/>
        </w:rPr>
      </w:pPr>
      <w:r>
        <w:rPr>
          <w:rFonts w:ascii="宋体" w:hAnsi="宋体" w:eastAsia="宋体" w:cs="宋体"/>
          <w:color w:val="000000"/>
        </w:rPr>
        <w:t>“风雨无阻”的意思是：升旗不受刮风下雨的阻碍，突出老人每天都会坚持升旗。结合第②段“而是同为红色的、每天五点准时升起的五星红旗，风雨无阻”，第③段“天还未亮，老人在他同样银丝如雪的老伴儿的搀扶下，手捧那面叠得整整齐齐的红旗，来到了村子前高高竖立的旗杆下，在威武雄壮的《义勇军进行曲》中，目送国旗冉冉升上蓝天。老人颤颤地举起了右手，挺直脊梁，一个标准的军礼使漫山的杜鹃花都黯然失色。盯着冉冉升起的红旗，老人的眼中充满了孩童般的热望”，第④段“老妇人的嗔怪语气中更多的是自豪，她正以这种方式向众人炫耀着她那位‘退伍不褪色’的军人丈夫呢”，可知：老人几十年如一日，每天准时升旗，赞美老人“退伍不褪色”的军人本色，对祖国最真挚的热爱，表达了“我”对老人的敬佩之情。</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本题考查理解重点句子。</w:t>
      </w:r>
    </w:p>
    <w:p>
      <w:pPr>
        <w:spacing w:line="360" w:lineRule="auto"/>
        <w:jc w:val="left"/>
        <w:textAlignment w:val="center"/>
        <w:rPr>
          <w:color w:val="000000"/>
        </w:rPr>
      </w:pPr>
      <w:r>
        <w:rPr>
          <w:rFonts w:ascii="宋体" w:hAnsi="宋体" w:eastAsia="宋体" w:cs="宋体"/>
          <w:color w:val="000000"/>
        </w:rPr>
        <w:t>结合第③段“天还未亮，老人在他同样银丝如雪的老伴儿的搀扶下，手捧那面叠得整整齐齐的红旗，来到了村子前高高竖立的旗杆下，在威武雄壮的《义勇军进行曲》中，目送国旗冉冉升上蓝天。老人颤颤地举起了右手，挺直脊梁，一个标准的军礼使漫山的杜鹃花都黯然失色。盯着冉冉升起的红旗，老人的眼中充满了孩童般的热望”，第⑤段“但每每孩子们围着他要听故事时，老人总能很清晰地说出一句：‘当年在部队……’于是滔滔不绝，如溪水般的故事，便从这里开始。孩子们静静地倾听着，老人这看似无头无尾，却真挚感人的故事”，第⑦段“村民问老人：‘老头，怎么？还想回部队啊？’老人笑了，点点头”，第⑨段“还有许多形形色色的人会问他各式各样的问题，但老人只是笑，那种笑容没有任何刻意的着色，只是一个军人本色的微笑”，可知：老人是个退伍军人，他虽然退伍多年，依旧铭记班长的嘱托，他终生不忘记在部队里难忘的经历，他</w:t>
      </w:r>
      <w:r>
        <w:rPr>
          <w:color w:val="000000"/>
        </w:rPr>
        <w:t>几十年如一日</w:t>
      </w:r>
      <w:r>
        <w:rPr>
          <w:rFonts w:ascii="宋体" w:hAnsi="宋体" w:eastAsia="宋体" w:cs="宋体"/>
          <w:color w:val="000000"/>
        </w:rPr>
        <w:t>的升旗，表现出一个退伍军人对祖国和人们赤诚的爱。当别人询问他是否想回部队，他点点头，表现了他对军队非常忠诚。</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本题考查环境的作用。</w:t>
      </w:r>
    </w:p>
    <w:p>
      <w:pPr>
        <w:spacing w:line="360" w:lineRule="auto"/>
        <w:jc w:val="left"/>
        <w:textAlignment w:val="center"/>
        <w:rPr>
          <w:color w:val="000000"/>
        </w:rPr>
      </w:pPr>
      <w:r>
        <w:rPr>
          <w:rFonts w:ascii="宋体" w:hAnsi="宋体" w:eastAsia="宋体" w:cs="宋体"/>
          <w:color w:val="000000"/>
        </w:rPr>
        <w:t>结合第②段“仲春时节，我们这个坐落在万山围子中的小村庄，便被漫山遍野的映山红包裹成一片鲜红。映山红，也就是杜鹃花，它们的颜色真像在血水中浸泡过一样，重叠的火红、深红、鲜红、浅红，把延绵的山染成了一片红色的晚霞”，“在映山红的海洋中，最醒目的并非青瓦白墙，也并非是蓝得高邈的天穹，而是同为红色的、每天五点准时升起的五星红旗，风雨无阻”，可知：本段采用比喻手法来描写映山红非常绚烂的颜色，表现了鲜艳夺目的故事，但是比映山红更美丽的是老人每天准时升起的国旗，此处的映山红是引出下文老人的出场。</w:t>
      </w:r>
    </w:p>
    <w:p>
      <w:pPr>
        <w:spacing w:line="360" w:lineRule="auto"/>
        <w:jc w:val="left"/>
        <w:textAlignment w:val="center"/>
        <w:rPr>
          <w:color w:val="000000"/>
        </w:rPr>
      </w:pPr>
      <w:r>
        <w:rPr>
          <w:rFonts w:ascii="宋体" w:hAnsi="宋体" w:eastAsia="宋体" w:cs="宋体"/>
          <w:color w:val="000000"/>
        </w:rPr>
        <w:t>结合第③段“老人颤颤地举起了右手，挺直脊梁，一个标准的军礼使漫山的杜鹃花都黯然失色。盯着冉冉升起的红旗，老人的眼中充满了孩童般的热望”，可知：此处采用对比手法，将“标准的军礼”与“漫山的杜鹃花都黯然失色”来作对比，表现老人对祖国的热爱之情非常真诚，让杜鹃花也黯然失色，表达作者对老人坚持升旗的赞美之情。</w:t>
      </w:r>
    </w:p>
    <w:p>
      <w:pPr>
        <w:spacing w:line="360" w:lineRule="auto"/>
        <w:jc w:val="left"/>
        <w:textAlignment w:val="center"/>
        <w:rPr>
          <w:color w:val="000000"/>
        </w:rPr>
      </w:pPr>
      <w:r>
        <w:rPr>
          <w:rFonts w:ascii="宋体" w:hAnsi="宋体" w:eastAsia="宋体" w:cs="宋体"/>
          <w:color w:val="000000"/>
        </w:rPr>
        <w:t>结合第⑩段“老人去世那天，漫山遍野的杜鹃花开得正艳”“村民们自发地给老人举行一个简单而庄重的追思会，老人安卧在血红的杜鹃丛中，身上覆盖着他那面升了四十年的国旗”，可知：此处描写杜鹃花开得正艳，以花的鲜艳衬托老人的品质伟大。以花的血红象征老人对祖国赤诚的热爱之情，周围的村民自发地给老人举行的追思会表现老人的精神感动人们，表现人们对他的赞美和怀念之情。</w:t>
      </w:r>
    </w:p>
    <w:p>
      <w:pPr>
        <w:spacing w:line="360" w:lineRule="auto"/>
        <w:jc w:val="left"/>
        <w:textAlignment w:val="center"/>
        <w:rPr>
          <w:color w:val="000000"/>
        </w:rPr>
      </w:pPr>
      <w:r>
        <w:rPr>
          <w:rFonts w:ascii="宋体" w:hAnsi="宋体" w:eastAsia="宋体" w:cs="宋体"/>
          <w:color w:val="000000"/>
        </w:rPr>
        <w:t>阅读《宝贝噶尔》，完成下面小题。</w:t>
      </w:r>
    </w:p>
    <w:p>
      <w:pPr>
        <w:spacing w:line="360" w:lineRule="auto"/>
        <w:jc w:val="center"/>
        <w:textAlignment w:val="center"/>
        <w:rPr>
          <w:color w:val="000000"/>
        </w:rPr>
      </w:pPr>
      <w:r>
        <w:rPr>
          <w:rFonts w:ascii="楷体" w:hAnsi="楷体" w:eastAsia="楷体" w:cs="楷体"/>
          <w:color w:val="000000"/>
        </w:rPr>
        <w:t>宝贝噶尔</w:t>
      </w:r>
    </w:p>
    <w:p>
      <w:pPr>
        <w:spacing w:line="360" w:lineRule="auto"/>
        <w:ind w:firstLine="420"/>
        <w:jc w:val="left"/>
        <w:textAlignment w:val="center"/>
        <w:rPr>
          <w:color w:val="000000"/>
        </w:rPr>
      </w:pPr>
      <w:r>
        <w:rPr>
          <w:rFonts w:ascii="楷体" w:hAnsi="楷体" w:eastAsia="楷体" w:cs="楷体"/>
          <w:color w:val="000000"/>
        </w:rPr>
        <w:t>①邻居拉珍姐姐家的母狗生了几只狗崽崽，其中一只闭着眼睛吃奶的棕色小狗，胖乎乎的样子像小熊，可爱极了。洛桑喜欢上了这只小狗，他把小狗抱在怀里，小狗伸出舌头舔舔他的手。洛桑想要这只小狗，拉珍姐姐舍不得，这可是一只小獒啊！</w:t>
      </w:r>
    </w:p>
    <w:p>
      <w:pPr>
        <w:spacing w:line="360" w:lineRule="auto"/>
        <w:ind w:firstLine="420"/>
        <w:jc w:val="left"/>
        <w:textAlignment w:val="center"/>
        <w:rPr>
          <w:color w:val="000000"/>
        </w:rPr>
      </w:pPr>
      <w:r>
        <w:rPr>
          <w:rFonts w:ascii="楷体" w:hAnsi="楷体" w:eastAsia="楷体" w:cs="楷体"/>
          <w:color w:val="000000"/>
        </w:rPr>
        <w:t>②洛桑说他愿意用小羊换这只小狗，拉珍姐姐想了想说：“我们是邻居，我不要你的小羊，等小狗满月后，我把这只送给你。”</w:t>
      </w:r>
    </w:p>
    <w:p>
      <w:pPr>
        <w:spacing w:line="360" w:lineRule="auto"/>
        <w:ind w:firstLine="420"/>
        <w:jc w:val="left"/>
        <w:textAlignment w:val="center"/>
        <w:rPr>
          <w:color w:val="000000"/>
        </w:rPr>
      </w:pPr>
      <w:r>
        <w:rPr>
          <w:rFonts w:ascii="楷体" w:hAnsi="楷体" w:eastAsia="楷体" w:cs="楷体"/>
          <w:color w:val="000000"/>
        </w:rPr>
        <w:t>③洛桑高兴地跳起来，他跑出村庄，采了一大束蓝蓝的马兰花送给拉珍姐姐。</w:t>
      </w:r>
    </w:p>
    <w:p>
      <w:pPr>
        <w:spacing w:line="360" w:lineRule="auto"/>
        <w:ind w:firstLine="420"/>
        <w:jc w:val="left"/>
        <w:textAlignment w:val="center"/>
        <w:rPr>
          <w:color w:val="000000"/>
        </w:rPr>
      </w:pPr>
      <w:r>
        <w:rPr>
          <w:rFonts w:ascii="楷体" w:hAnsi="楷体" w:eastAsia="楷体" w:cs="楷体"/>
          <w:color w:val="000000"/>
        </w:rPr>
        <w:t>④洛桑给小狗取名宝贝噶尔，汉语的意思是熊。小噶尔很黏人，洛桑走到哪儿，它就跟到哪儿。洛桑给它喂牛奶和羊肉，它一边吃，一边抬起头看看洛桑，摇着尾巴撒娇。</w:t>
      </w:r>
    </w:p>
    <w:p>
      <w:pPr>
        <w:spacing w:line="360" w:lineRule="auto"/>
        <w:ind w:firstLine="420"/>
        <w:jc w:val="left"/>
        <w:textAlignment w:val="center"/>
        <w:rPr>
          <w:color w:val="000000"/>
        </w:rPr>
      </w:pPr>
      <w:r>
        <w:rPr>
          <w:rFonts w:ascii="楷体" w:hAnsi="楷体" w:eastAsia="楷体" w:cs="楷体"/>
          <w:color w:val="000000"/>
        </w:rPr>
        <w:t>⑤</w:t>
      </w:r>
      <w:r>
        <w:rPr>
          <w:rFonts w:ascii="楷体" w:hAnsi="楷体" w:eastAsia="楷体" w:cs="楷体"/>
          <w:color w:val="000000"/>
          <w:u w:val="single"/>
        </w:rPr>
        <w:t>快乐的日子像风一样掠过</w:t>
      </w:r>
      <w:r>
        <w:rPr>
          <w:rFonts w:ascii="楷体" w:hAnsi="楷体" w:eastAsia="楷体" w:cs="楷体"/>
          <w:color w:val="000000"/>
        </w:rPr>
        <w:t>，转瞬就是一年。噶尔长成了一头威风凛凛的藏獒，它看上去就像一头健壮的小棕熊，大大的脑袋，厚实的皮毛。洛桑也长大了一岁。</w:t>
      </w:r>
    </w:p>
    <w:p>
      <w:pPr>
        <w:spacing w:line="360" w:lineRule="auto"/>
        <w:ind w:firstLine="420"/>
        <w:jc w:val="left"/>
        <w:textAlignment w:val="center"/>
        <w:rPr>
          <w:color w:val="000000"/>
        </w:rPr>
      </w:pPr>
      <w:r>
        <w:rPr>
          <w:rFonts w:ascii="楷体" w:hAnsi="楷体" w:eastAsia="楷体" w:cs="楷体"/>
          <w:color w:val="000000"/>
        </w:rPr>
        <w:t>⑥这个周末的清晨，洛桑去草地放牧。碧蓝的天空飘着朵朵白云，草地像一张绣满五颜六色花朵的绿地毯。洛桑抱着噶尔在草地上打着滚儿，碾碎了几朵娇艳的蓝莲花。雀鸟啁啾，黄鸭与鸥鸟游弋在碧蓝的湖泊里，一群藏羚羊一阵风似的跑过去。洛桑跑，噶尔也跑。一只雪白的鸥鸟停驻在噶尔的背上，几只蓝羽毛的鸟儿飞落草地觅食。洛桑掏出爷爷送他的口琴，吹起悦耳的音乐。</w:t>
      </w:r>
    </w:p>
    <w:p>
      <w:pPr>
        <w:spacing w:line="360" w:lineRule="auto"/>
        <w:ind w:firstLine="420"/>
        <w:jc w:val="left"/>
        <w:textAlignment w:val="center"/>
        <w:rPr>
          <w:color w:val="000000"/>
        </w:rPr>
      </w:pPr>
      <w:r>
        <w:rPr>
          <w:rFonts w:ascii="楷体" w:hAnsi="楷体" w:eastAsia="楷体" w:cs="楷体"/>
          <w:color w:val="000000"/>
        </w:rPr>
        <w:t>⑦天空被乌云遮盖，夏天的高原孩子的脸，说变就变。洛桑骑上一头牦牛，噶尔帮他把羊赶到一起。大雨哗啦啦下起来，牛羊惊慌失措，四处奔跑，噶尔汪汪叫着，把跑远的牦牛赶回来。</w:t>
      </w:r>
    </w:p>
    <w:p>
      <w:pPr>
        <w:spacing w:line="360" w:lineRule="auto"/>
        <w:ind w:firstLine="420"/>
        <w:jc w:val="left"/>
        <w:textAlignment w:val="center"/>
        <w:rPr>
          <w:color w:val="000000"/>
        </w:rPr>
      </w:pPr>
      <w:r>
        <w:rPr>
          <w:rFonts w:ascii="楷体" w:hAnsi="楷体" w:eastAsia="楷体" w:cs="楷体"/>
          <w:color w:val="000000"/>
        </w:rPr>
        <w:t>⑧一会儿工夫，乌云散去，又是蓝天白云，阳光金灿灿的，牛羊又</w:t>
      </w:r>
      <w:r>
        <w:rPr>
          <w:rFonts w:ascii="楷体" w:hAnsi="楷体" w:eastAsia="楷体" w:cs="楷体"/>
          <w:color w:val="000000"/>
          <w:u w:val="single"/>
        </w:rPr>
        <w:t>悠闲地</w:t>
      </w:r>
      <w:r>
        <w:rPr>
          <w:rFonts w:ascii="楷体" w:hAnsi="楷体" w:eastAsia="楷体" w:cs="楷体"/>
          <w:color w:val="000000"/>
        </w:rPr>
        <w:t>啃食青草，鸟儿飞落在花丛。洛桑脱下藏袍，铺在草地上晒干。这时，他像一尾鱼儿在湖里</w:t>
      </w:r>
      <w:r>
        <w:rPr>
          <w:rFonts w:ascii="楷体" w:hAnsi="楷体" w:eastAsia="楷体" w:cs="楷体"/>
          <w:color w:val="000000"/>
          <w:u w:val="single"/>
        </w:rPr>
        <w:t>畅快地</w:t>
      </w:r>
      <w:r>
        <w:rPr>
          <w:rFonts w:ascii="楷体" w:hAnsi="楷体" w:eastAsia="楷体" w:cs="楷体"/>
          <w:color w:val="000000"/>
        </w:rPr>
        <w:t>游弋。哦，在芦苇荡里，他捡到了一枚温热的野鸭蛋，想到这枚鸭蛋不久就会变成一只可爱的小野鸭，他把蛋放回了芦苇里。噶尔在草地上走来走去，</w:t>
      </w:r>
      <w:r>
        <w:rPr>
          <w:rFonts w:ascii="楷体" w:hAnsi="楷体" w:eastAsia="楷体" w:cs="楷体"/>
          <w:color w:val="000000"/>
          <w:u w:val="single"/>
        </w:rPr>
        <w:t>安静地</w:t>
      </w:r>
      <w:r>
        <w:rPr>
          <w:rFonts w:ascii="楷体" w:hAnsi="楷体" w:eastAsia="楷体" w:cs="楷体"/>
          <w:color w:val="000000"/>
        </w:rPr>
        <w:t>守护着羊群和牦牛。</w:t>
      </w:r>
    </w:p>
    <w:p>
      <w:pPr>
        <w:spacing w:line="360" w:lineRule="auto"/>
        <w:ind w:firstLine="420"/>
        <w:jc w:val="left"/>
        <w:textAlignment w:val="center"/>
        <w:rPr>
          <w:color w:val="000000"/>
        </w:rPr>
      </w:pPr>
      <w:r>
        <w:rPr>
          <w:rFonts w:ascii="楷体" w:hAnsi="楷体" w:eastAsia="楷体" w:cs="楷体"/>
          <w:color w:val="000000"/>
        </w:rPr>
        <w:t>⑨第二天，洛桑去牧区学校上学，噶尔追在后面送他一程。</w:t>
      </w:r>
    </w:p>
    <w:p>
      <w:pPr>
        <w:spacing w:line="360" w:lineRule="auto"/>
        <w:ind w:firstLine="420"/>
        <w:jc w:val="left"/>
        <w:textAlignment w:val="center"/>
        <w:rPr>
          <w:color w:val="000000"/>
        </w:rPr>
      </w:pPr>
      <w:r>
        <w:rPr>
          <w:rFonts w:ascii="楷体" w:hAnsi="楷体" w:eastAsia="楷体" w:cs="楷体"/>
          <w:color w:val="000000"/>
        </w:rPr>
        <w:t>⑩阿爸赶着牛羊带上噶尔去放牧，一辆黑色的越野车开过来，开车的中年男人停下车，端详着噶尔。他被这只像棕熊一样的藏獒迷住了。男人想买这只藏獒。阿爸摇摇头。男人伸出5个手指，阿爸以为是5000，男人说是5万。阿爸的心像平静的湖面搅起了一串串涟漪。</w:t>
      </w:r>
    </w:p>
    <w:p>
      <w:pPr>
        <w:spacing w:line="360" w:lineRule="auto"/>
        <w:ind w:firstLine="420"/>
        <w:jc w:val="left"/>
        <w:textAlignment w:val="center"/>
        <w:rPr>
          <w:color w:val="000000"/>
        </w:rPr>
      </w:pPr>
      <w:r>
        <w:rPr>
          <w:rFonts w:ascii="楷体" w:hAnsi="楷体" w:eastAsia="楷体" w:cs="楷体"/>
          <w:color w:val="000000"/>
        </w:rPr>
        <w:t>⑪傍晚，洛桑放学回家，不见了宝贝噶尔。洛桑哭了，他哭着跑出村庄，呼唤着噶尔的名字。一连几天，洛桑都不和阿爸说一句话。又是周末，满天星子的夜晚，洛桑骑着小红马，奔跑在开了朵朵蓝莲花与马兰花的湿地，他脑子里全是噶尔：噶尔像道棕色的闪电，跳起来，一口叼住一只土拨鼠……</w:t>
      </w:r>
    </w:p>
    <w:p>
      <w:pPr>
        <w:spacing w:line="360" w:lineRule="auto"/>
        <w:ind w:firstLine="420"/>
        <w:jc w:val="left"/>
        <w:textAlignment w:val="center"/>
        <w:rPr>
          <w:color w:val="000000"/>
        </w:rPr>
      </w:pPr>
      <w:r>
        <w:rPr>
          <w:rFonts w:ascii="楷体" w:hAnsi="楷体" w:eastAsia="楷体" w:cs="楷体"/>
          <w:color w:val="000000"/>
        </w:rPr>
        <w:t>⑫星月隐入漆黑的天幕，狂风席卷而来，几只黑影闪着绿莹莹的幽光。是野狼！野狼发出长啸，小红马吓坏了，驮着洛桑狂奔，野狼紧紧追在小红马后面。一道棕色的闪电扑了过来，伴随着霹雳般的叫声。啊，是噶尔！风吹拂着孤傲的噶尔，它屹立着，目光炯炯。头狼发出长啸，狼群消失在远方。</w:t>
      </w:r>
    </w:p>
    <w:p>
      <w:pPr>
        <w:spacing w:line="360" w:lineRule="auto"/>
        <w:ind w:firstLine="420"/>
        <w:jc w:val="left"/>
        <w:textAlignment w:val="center"/>
        <w:rPr>
          <w:color w:val="000000"/>
        </w:rPr>
      </w:pPr>
      <w:r>
        <w:rPr>
          <w:rFonts w:ascii="楷体" w:hAnsi="楷体" w:eastAsia="楷体" w:cs="楷体"/>
          <w:color w:val="000000"/>
        </w:rPr>
        <w:t>⑬“宝贝噶尔！”洛桑抱住噶尔的脖子，噶尔把头埋在洛桑怀里，像个受了委屈的孩子。洛桑呜呜地哭了，宝贝噶尔是如何从城里流浪到这里的呀！今夜，宝贝噶尔救了他和小红马！</w:t>
      </w:r>
    </w:p>
    <w:p>
      <w:pPr>
        <w:spacing w:line="360" w:lineRule="auto"/>
        <w:ind w:firstLine="420"/>
        <w:jc w:val="left"/>
        <w:textAlignment w:val="center"/>
        <w:rPr>
          <w:color w:val="000000"/>
        </w:rPr>
      </w:pPr>
      <w:r>
        <w:rPr>
          <w:rFonts w:ascii="楷体" w:hAnsi="楷体" w:eastAsia="楷体" w:cs="楷体"/>
          <w:color w:val="000000"/>
        </w:rPr>
        <w:t>⑭夜色中传来阿爸呼唤洛桑的声音，洛桑躲在林卡里不出声，他担心阿爸再次卖掉噶尔。噶尔听见阿爸熟悉的声音，亢奋地跳起来，小红马也发出欢快的嘶鸣。</w:t>
      </w:r>
    </w:p>
    <w:p>
      <w:pPr>
        <w:spacing w:line="360" w:lineRule="auto"/>
        <w:ind w:firstLine="420"/>
        <w:jc w:val="left"/>
        <w:textAlignment w:val="center"/>
        <w:rPr>
          <w:color w:val="000000"/>
        </w:rPr>
      </w:pPr>
      <w:r>
        <w:rPr>
          <w:rFonts w:ascii="楷体" w:hAnsi="楷体" w:eastAsia="楷体" w:cs="楷体"/>
          <w:color w:val="000000"/>
        </w:rPr>
        <w:t>⑮阿爸骑着马冲进林卡，当他看见洛桑和噶尔在一起时，惊呆了。噶尔摇着尾巴扑上来，孩子似的亲热他，听了洛桑的讲述，他才知道噶尔救了洛桑。是啊，在雄鹰飞翔的高原，一头勇敢的藏獒是可以打败一群狼的！阿爸抱住噶尔，发誓这就把钱还回去，再也不卖宝贝噶尔了！</w:t>
      </w:r>
    </w:p>
    <w:p>
      <w:pPr>
        <w:spacing w:line="360" w:lineRule="auto"/>
        <w:ind w:firstLine="420"/>
        <w:jc w:val="left"/>
        <w:textAlignment w:val="center"/>
        <w:rPr>
          <w:color w:val="000000"/>
        </w:rPr>
      </w:pPr>
      <w:r>
        <w:rPr>
          <w:rFonts w:ascii="楷体" w:hAnsi="楷体" w:eastAsia="楷体" w:cs="楷体"/>
          <w:color w:val="000000"/>
        </w:rPr>
        <w:t>⑯洛桑骑上小红马，嗒嗒的马蹄声近了，近了，当噶尔看见熟悉的村庄，高兴地跑到了小红马的前面。洛桑乐得呵呵笑，从今以后，他不会再与他的宝贝噶尔分开！</w:t>
      </w:r>
    </w:p>
    <w:p>
      <w:pPr>
        <w:spacing w:line="360" w:lineRule="auto"/>
        <w:jc w:val="left"/>
        <w:textAlignment w:val="center"/>
        <w:rPr>
          <w:color w:val="000000"/>
        </w:rPr>
      </w:pPr>
      <w:r>
        <w:rPr>
          <w:color w:val="000000"/>
        </w:rPr>
        <w:t xml:space="preserve">18. </w:t>
      </w:r>
      <w:r>
        <w:rPr>
          <w:rFonts w:ascii="宋体" w:hAnsi="宋体" w:eastAsia="宋体" w:cs="宋体"/>
          <w:color w:val="000000"/>
        </w:rPr>
        <w:t>文章记述了洛桑与宝贝噶尔相处</w:t>
      </w:r>
      <w:r>
        <w:rPr>
          <w:rFonts w:ascii="宋体" w:hAnsi="宋体" w:eastAsia="宋体" w:cs="宋体"/>
          <w:color w:val="000000"/>
          <w:position w:val="0"/>
        </w:rPr>
        <w:drawing>
          <wp:inline distT="0" distB="0" distL="114300" distR="114300">
            <wp:extent cx="133350" cy="177800"/>
            <wp:effectExtent l="0" t="0" r="0" b="13335"/>
            <wp:docPr id="1671"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图片 100007"/>
                    <pic:cNvPicPr>
                      <a:picLocks noChangeAspect="1"/>
                    </pic:cNvPicPr>
                  </pic:nvPicPr>
                  <pic:blipFill>
                    <a:blip r:embed="rId18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事情。先写拉珍姐姐送给洛桑小獒，再写洛桑与小獒噶尔在一起的</w:t>
      </w:r>
      <w:r>
        <w:rPr>
          <w:color w:val="000000"/>
        </w:rPr>
        <w:t>_______</w:t>
      </w:r>
      <w:r>
        <w:rPr>
          <w:rFonts w:ascii="宋体" w:hAnsi="宋体" w:eastAsia="宋体" w:cs="宋体"/>
          <w:color w:val="000000"/>
        </w:rPr>
        <w:t>和他找不到噶尔时的悲伤；最后，描写了洛桑被噶尔搭救，他们重新相聚时的</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联系上下文，说说你对第⑤段画线句“快乐的日子像风一样掠过”的理解。</w:t>
      </w:r>
    </w:p>
    <w:p>
      <w:pPr>
        <w:spacing w:line="360" w:lineRule="auto"/>
        <w:jc w:val="left"/>
        <w:textAlignment w:val="center"/>
        <w:rPr>
          <w:color w:val="000000"/>
        </w:rPr>
      </w:pPr>
      <w:r>
        <w:rPr>
          <w:color w:val="000000"/>
        </w:rPr>
        <w:t xml:space="preserve">20. </w:t>
      </w:r>
      <w:r>
        <w:rPr>
          <w:rFonts w:ascii="宋体" w:hAnsi="宋体" w:eastAsia="宋体" w:cs="宋体"/>
          <w:color w:val="000000"/>
        </w:rPr>
        <w:t>结合文意，简要分析第⑧段中“悠闲地、畅快地、安静地”的表达效果。</w:t>
      </w:r>
    </w:p>
    <w:p>
      <w:pPr>
        <w:spacing w:line="360" w:lineRule="auto"/>
        <w:jc w:val="left"/>
        <w:textAlignment w:val="center"/>
        <w:rPr>
          <w:color w:val="000000"/>
        </w:rPr>
      </w:pPr>
      <w:r>
        <w:rPr>
          <w:color w:val="000000"/>
        </w:rPr>
        <w:t xml:space="preserve">21. </w:t>
      </w:r>
      <w:r>
        <w:rPr>
          <w:rFonts w:ascii="宋体" w:hAnsi="宋体" w:eastAsia="宋体" w:cs="宋体"/>
          <w:color w:val="000000"/>
        </w:rPr>
        <w:t>第⑥段和第⑪段都有环境描写。结合其中的景物特点，分析它们对表达情感的作用。</w:t>
      </w:r>
    </w:p>
    <w:p>
      <w:pPr>
        <w:spacing w:line="360" w:lineRule="auto"/>
        <w:textAlignment w:val="center"/>
        <w:rPr>
          <w:color w:val="000000"/>
        </w:rPr>
      </w:pPr>
      <w:r>
        <w:rPr>
          <w:color w:val="2E75B6"/>
        </w:rPr>
        <w:t>【答案】</w:t>
      </w:r>
      <w:r>
        <w:rPr>
          <w:color w:val="000000"/>
        </w:rPr>
        <w:t xml:space="preserve">18.     ①. </w:t>
      </w:r>
      <w:r>
        <w:rPr>
          <w:rFonts w:ascii="宋体" w:hAnsi="宋体" w:eastAsia="宋体" w:cs="宋体"/>
          <w:color w:val="000000"/>
        </w:rPr>
        <w:t>快乐</w:t>
      </w:r>
      <w:r>
        <w:rPr>
          <w:color w:val="000000"/>
        </w:rPr>
        <w:t xml:space="preserve">    ②. </w:t>
      </w:r>
      <w:r>
        <w:rPr>
          <w:rFonts w:ascii="宋体" w:hAnsi="宋体" w:eastAsia="宋体" w:cs="宋体"/>
          <w:color w:val="000000"/>
        </w:rPr>
        <w:t>亲昵</w:t>
      </w:r>
      <w:r>
        <w:rPr>
          <w:color w:val="000000"/>
        </w:rPr>
        <w:t xml:space="preserve">    </w:t>
      </w:r>
    </w:p>
    <w:p>
      <w:pPr>
        <w:spacing w:line="360" w:lineRule="auto"/>
        <w:textAlignment w:val="center"/>
        <w:rPr>
          <w:color w:val="000000"/>
        </w:rPr>
      </w:pPr>
      <w:r>
        <w:rPr>
          <w:color w:val="000000"/>
        </w:rPr>
        <w:t xml:space="preserve">19. </w:t>
      </w:r>
      <w:r>
        <w:rPr>
          <w:rFonts w:ascii="宋体" w:hAnsi="宋体" w:eastAsia="宋体" w:cs="宋体"/>
          <w:color w:val="000000"/>
        </w:rPr>
        <w:t>画线句中，作者运用比喻的修辞手法，写出了洛桑与噶尔在一起时的快乐与温馨。噶尔从小时候的撒娇到拥有健壮的体魄，它与洛桑的形影不离，让洛桑感受到了由衷的快乐。</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“悠闲地、畅快地、安静地”这些词语，一方面写出了牛羊、洛桑与噶尔在草原上生活的舒适与安宁，还写出了他们和睦相处的状态。</w:t>
      </w:r>
      <w:r>
        <w:rPr>
          <w:color w:val="000000"/>
        </w:rPr>
        <w:t xml:space="preserve">    </w:t>
      </w:r>
    </w:p>
    <w:p>
      <w:pPr>
        <w:spacing w:line="360" w:lineRule="auto"/>
        <w:textAlignment w:val="center"/>
        <w:rPr>
          <w:color w:val="000000"/>
        </w:rPr>
      </w:pPr>
      <w:r>
        <w:rPr>
          <w:color w:val="000000"/>
        </w:rPr>
        <w:t xml:space="preserve">21. </w:t>
      </w:r>
      <w:r>
        <w:rPr>
          <w:rFonts w:ascii="宋体" w:hAnsi="宋体" w:eastAsia="宋体" w:cs="宋体"/>
          <w:color w:val="000000"/>
        </w:rPr>
        <w:t>第⑥段的环境描写，写到了白云、花朵、鸟儿以及洛桑悦耳的口琴声，动静结合。作者从视觉到听觉，多角度、全方位地写出了洛桑在美丽大草原上的悠闲与快乐。第</w:t>
      </w:r>
      <w:r>
        <w:rPr>
          <w:color w:val="000000"/>
        </w:rPr>
        <w:t>⑪</w:t>
      </w:r>
      <w:r>
        <w:rPr>
          <w:rFonts w:ascii="宋体" w:hAnsi="宋体" w:eastAsia="宋体" w:cs="宋体"/>
          <w:color w:val="000000"/>
        </w:rPr>
        <w:t>段的环境描写，虽然还是那样的景物，朵朵蓝莲花和马兰花，但是，洛桑找不见了噶尔。作者运用对比的方式，借花的美好反衬出了洛桑焦虑、忧伤和失落的内心，表现了洛桑对噶尔深切的思念之情。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【18题详解】</w:t>
      </w:r>
    </w:p>
    <w:p>
      <w:pPr>
        <w:spacing w:line="360" w:lineRule="auto"/>
        <w:jc w:val="left"/>
        <w:textAlignment w:val="center"/>
        <w:rPr>
          <w:color w:val="000000"/>
        </w:rPr>
      </w:pPr>
      <w:r>
        <w:rPr>
          <w:rFonts w:ascii="宋体" w:hAnsi="宋体" w:eastAsia="宋体" w:cs="宋体"/>
          <w:color w:val="000000"/>
        </w:rPr>
        <w:t>本题考查梳理文章内容。</w:t>
      </w:r>
    </w:p>
    <w:p>
      <w:pPr>
        <w:spacing w:line="360" w:lineRule="auto"/>
        <w:jc w:val="left"/>
        <w:textAlignment w:val="center"/>
        <w:rPr>
          <w:color w:val="000000"/>
        </w:rPr>
      </w:pPr>
      <w:r>
        <w:rPr>
          <w:rFonts w:ascii="宋体" w:hAnsi="宋体" w:eastAsia="宋体" w:cs="宋体"/>
          <w:color w:val="000000"/>
        </w:rPr>
        <w:t>①空：结合第④段“洛桑给小狗取名宝贝噶尔，汉语的意思是熊。小噶尔很黏人，洛桑走到哪儿，它就跟到哪儿。洛桑给它喂牛奶和羊肉，它一边吃，一边抬起头看看洛桑，摇着尾巴撒娇”，第⑤段“快乐的日子像风一样掠过”，第⑥段“这个周末的清晨，洛桑去草地放牧。碧蓝的天空飘着朵朵白云，草地像一张绣满五颜六色花朵的绿地毯。洛桑抱着噶尔在草地上打着滚儿，碾碎了几朵娇艳的蓝莲花”“洛桑跑，噶尔也跑。一只雪白的鸥鸟停驻在噶尔的背上，几只蓝羽毛的鸟儿飞落草地觅食。洛桑掏出爷爷送他的口琴，吹起悦耳的音乐”，第⑦段“噶尔帮他把羊赶到一起”，到⑧段“噶尔在草地上走来走去，安静地守护着羊群和牦牛”可知，这里讲述了洛桑与小獒噶尔在一起的快乐；</w:t>
      </w:r>
    </w:p>
    <w:p>
      <w:pPr>
        <w:spacing w:line="360" w:lineRule="auto"/>
        <w:jc w:val="left"/>
        <w:textAlignment w:val="center"/>
        <w:rPr>
          <w:color w:val="000000"/>
        </w:rPr>
      </w:pPr>
      <w:r>
        <w:rPr>
          <w:rFonts w:ascii="宋体" w:hAnsi="宋体" w:eastAsia="宋体" w:cs="宋体"/>
          <w:color w:val="000000"/>
        </w:rPr>
        <w:t>②空：结合第⑬段“‘宝贝噶尔！’洛桑抱住噶尔</w:t>
      </w:r>
      <w:r>
        <w:rPr>
          <w:rFonts w:ascii="宋体" w:hAnsi="宋体" w:eastAsia="宋体" w:cs="宋体"/>
          <w:color w:val="000000"/>
          <w:position w:val="0"/>
        </w:rPr>
        <w:drawing>
          <wp:inline distT="0" distB="0" distL="114300" distR="114300">
            <wp:extent cx="133350" cy="177800"/>
            <wp:effectExtent l="0" t="0" r="0" b="13335"/>
            <wp:docPr id="1673"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 name="图片 100011"/>
                    <pic:cNvPicPr>
                      <a:picLocks noChangeAspect="1"/>
                    </pic:cNvPicPr>
                  </pic:nvPicPr>
                  <pic:blipFill>
                    <a:blip r:embed="rId18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脖子，噶尔把头埋在洛桑怀里，像个受了委屈的孩子。洛桑呜呜地哭了，宝贝噶尔是如何从城里流浪到这里的呀！今夜，宝贝噶尔救了他和小红马”，第⑮段“阿爸骑着马冲进林卡，当他看见洛桑和噶尔在一起时，惊呆了。噶尔摇着尾巴扑上来，孩子似的亲热他，听了洛桑的讲述，他才知道噶尔救了洛桑”“阿爸抱住噶尔，发誓这就把钱还回去，再也不卖宝贝噶尔了”，第⑯段“洛桑骑上小红马，嗒嗒的马蹄声近了，近了，当噶尔看见熟悉的村庄，高兴地跑到了小红马的前面。洛桑乐得呵呵笑，从今以后，他不会再与他的宝贝噶尔分开”可知，这里描写了洛桑被噶尔搭救，他们重新相聚时的亲昵。</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本题考查理解句子。</w:t>
      </w:r>
    </w:p>
    <w:p>
      <w:pPr>
        <w:spacing w:line="360" w:lineRule="auto"/>
        <w:jc w:val="left"/>
        <w:textAlignment w:val="center"/>
        <w:rPr>
          <w:color w:val="000000"/>
        </w:rPr>
      </w:pPr>
      <w:r>
        <w:rPr>
          <w:rFonts w:ascii="宋体" w:hAnsi="宋体" w:eastAsia="宋体" w:cs="宋体"/>
          <w:color w:val="000000"/>
        </w:rPr>
        <w:t>结合第⑤段“快乐的日子像风一样掠过，转瞬就是一年。噶尔长成了一头威风凛凛的藏獒，它看上去就像一头健壮的小棕熊，大大的脑袋，厚实的皮毛。洛桑也长大了一岁”可知，这里运用了比喻的修辞手法，将快乐的日子过得快比作像风一样掠过，岁月静好，洛桑与噶尔在一起的日子令他感到非常快乐，一转眼噶尔长成了一头威风凛凛的藏獒，洛桑也长大了一岁，体现了洛桑有噶尔的陪伴的日子内心感到无比快乐和幸福。</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本题考查赏析重点词语。</w:t>
      </w:r>
    </w:p>
    <w:p>
      <w:pPr>
        <w:spacing w:line="360" w:lineRule="auto"/>
        <w:jc w:val="left"/>
        <w:textAlignment w:val="center"/>
        <w:rPr>
          <w:color w:val="000000"/>
        </w:rPr>
      </w:pPr>
      <w:r>
        <w:rPr>
          <w:rFonts w:ascii="宋体" w:hAnsi="宋体" w:eastAsia="宋体" w:cs="宋体"/>
          <w:color w:val="000000"/>
        </w:rPr>
        <w:t>“悠闲地”指悠然自在，闲适自得。“畅快地”指舒畅快乐。“安静地”指没有声音；没有吵闹和喧哗；安稳平静。结合第⑧段“一会儿工夫，乌云散去，又是蓝天白云，阳光金灿灿的，牛羊又悠闲地啃食青草，鸟儿飞落在花丛。洛桑脱下藏袍，铺在草地上晒干。这时，他像一尾鱼儿在湖里畅快地游弋”“噶尔在草地上走来走去，安静地守护着羊群和牦牛”可知，这里生动传神地写出了洛桑和噶尔在草原上悠闲美好的状态，“悠闲地”“畅快地”“安静地”三个词语也体现了洛桑和噶尔彼此相处的融洽自在，体现了洛桑内心的快乐。</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rFonts w:ascii="宋体" w:hAnsi="宋体" w:eastAsia="宋体" w:cs="宋体"/>
          <w:color w:val="000000"/>
        </w:rPr>
        <w:t>本题考查分析环境描写的作用。</w:t>
      </w:r>
    </w:p>
    <w:p>
      <w:pPr>
        <w:spacing w:line="360" w:lineRule="auto"/>
        <w:jc w:val="left"/>
        <w:textAlignment w:val="center"/>
        <w:rPr>
          <w:color w:val="000000"/>
        </w:rPr>
      </w:pPr>
      <w:r>
        <w:rPr>
          <w:rFonts w:ascii="宋体" w:hAnsi="宋体" w:eastAsia="宋体" w:cs="宋体"/>
          <w:color w:val="000000"/>
        </w:rPr>
        <w:t>结合第⑥段“碧蓝的天空飘着朵朵白云，草地像一张绣满五颜六色花朵的绿地毯。洛桑抱着噶尔在草地上打着滚儿，碾碎了几朵娇艳的蓝莲花。雀鸟啁啾，黄鸭与鸥鸟游弋在碧蓝的湖泊里，一群藏羚羊一阵风似的跑过去。洛桑跑，噶尔也跑。一只雪白的鸥鸟停驻在噶尔的背上，几只蓝羽毛的鸟儿飞落草地觅食”“</w:t>
      </w:r>
      <w:r>
        <w:rPr>
          <w:rFonts w:ascii="宋体" w:hAnsi="宋体" w:eastAsia="宋体" w:cs="宋体"/>
          <w:color w:val="000000"/>
        </w:rPr>
        <w:tab/>
      </w:r>
      <w:r>
        <w:rPr>
          <w:rFonts w:ascii="宋体" w:hAnsi="宋体" w:eastAsia="宋体" w:cs="宋体"/>
          <w:color w:val="000000"/>
        </w:rPr>
        <w:t>洛桑掏出爷爷送他的口琴，吹起悦耳的音乐”可知，这里的环境描写，天空碧蓝，白云飘逸、草原花朵色彩美丽、鸟雀和动物悠闲地活动，洛桑吹着笛子，笛声优美，这里通过视觉、听觉等角度，描绘了草原上美好的画面，渲染了悠闲恬淡的氛围，烘托了洛桑快乐的心情。</w:t>
      </w:r>
    </w:p>
    <w:p>
      <w:pPr>
        <w:spacing w:line="360" w:lineRule="auto"/>
        <w:jc w:val="left"/>
        <w:textAlignment w:val="center"/>
        <w:rPr>
          <w:color w:val="000000"/>
        </w:rPr>
      </w:pPr>
      <w:r>
        <w:rPr>
          <w:rFonts w:ascii="宋体" w:hAnsi="宋体" w:eastAsia="宋体" w:cs="宋体"/>
          <w:color w:val="000000"/>
        </w:rPr>
        <w:t>结合第⑪段“满天星子的夜晚，洛桑骑着小红马，奔跑在开了朵朵蓝莲花与马兰花的湿地”可知，这里运用了环境描写，天空中有星星，草原湿地上开了朵朵蓝莲花与马兰花，看似美好的环境，但因为洛桑找不到噶尔，身边再美好的景色也不能让洛桑失落焦虑的内心得到缓解，这里的环境描写与第⑥段的环境描写形成了对比，这里是以乐景衬哀情，突出了洛桑找不到噶尔的伤心和难过以及对噶尔的深深的思念之情。</w:t>
      </w:r>
    </w:p>
    <w:p>
      <w:pPr>
        <w:pStyle w:val="Heading3"/>
      </w:pPr>
      <w:r>
        <w:t>顺义区</w:t>
      </w:r>
    </w:p>
    <w:p>
      <w:pPr>
        <w:spacing w:line="360" w:lineRule="auto"/>
        <w:jc w:val="both"/>
        <w:textAlignment w:val="center"/>
        <w:rPr>
          <w:color w:val="000000"/>
        </w:rPr>
      </w:pPr>
      <w:r>
        <w:rPr>
          <w:rFonts w:ascii="宋体" w:hAnsi="宋体" w:eastAsia="宋体" w:cs="宋体"/>
          <w:b/>
          <w:color w:val="000000"/>
          <w:sz w:val="24"/>
        </w:rPr>
        <w:t>四、现代文阅读（共21分）</w:t>
      </w:r>
    </w:p>
    <w:p>
      <w:pPr>
        <w:spacing w:line="360" w:lineRule="auto"/>
        <w:jc w:val="both"/>
        <w:textAlignment w:val="center"/>
        <w:rPr>
          <w:color w:val="000000"/>
        </w:rPr>
      </w:pPr>
      <w:r>
        <w:rPr>
          <w:rFonts w:ascii="宋体" w:hAnsi="宋体" w:eastAsia="宋体" w:cs="宋体"/>
          <w:color w:val="000000"/>
        </w:rPr>
        <w:t>阅读《猫》选段，完成问题。</w:t>
      </w:r>
    </w:p>
    <w:p>
      <w:pPr>
        <w:spacing w:line="360" w:lineRule="auto"/>
        <w:ind w:firstLine="420"/>
        <w:jc w:val="both"/>
        <w:textAlignment w:val="center"/>
        <w:rPr>
          <w:color w:val="000000"/>
        </w:rPr>
      </w:pPr>
      <w:r>
        <w:rPr>
          <w:color w:val="000000"/>
        </w:rPr>
        <w:t>①</w:t>
      </w:r>
      <w:r>
        <w:rPr>
          <w:rFonts w:ascii="楷体" w:hAnsi="楷体" w:eastAsia="楷体" w:cs="楷体"/>
          <w:color w:val="000000"/>
        </w:rPr>
        <w:t>冬天的早晨，门口蜷伏着一只很可怜的小猫，毛色是花白的，但并不好看，又很瘦。它伏着不去。我们如不取来留养，至少也要为冬寒与饥饿所杀。张妈把它拾了进来，每天给它饭吃。但大家都不大喜欢它，它不活泼，也不像别的小猫之喜欢玩游，好像是具着天生的忧郁性似的，</w:t>
      </w:r>
      <w:r>
        <w:rPr>
          <w:rFonts w:ascii="楷体" w:hAnsi="楷体" w:eastAsia="楷体" w:cs="楷体"/>
          <w:color w:val="000000"/>
          <w:u w:val="wave"/>
        </w:rPr>
        <w:t>连三妹那样爱猫的，对于它，也不加注意</w:t>
      </w:r>
      <w:r>
        <w:rPr>
          <w:rFonts w:ascii="楷体" w:hAnsi="楷体" w:eastAsia="楷体" w:cs="楷体"/>
          <w:color w:val="000000"/>
        </w:rPr>
        <w:t>。如此地，过了几个月，它在我家仍是一只若有若无的动物。它渐渐地肥胖了，但仍不活泼。大家在廊前晒太阳闲谈着时，它也常来蜷伏在母亲或三妹的足下。三妹有时也逗着它玩，但并没有像对前几只小猫那样感兴趣。有一天，它因夜里冷，钻到火炉底下去，毛被烧脱好几块，更觉得难看了。</w:t>
      </w:r>
    </w:p>
    <w:p>
      <w:pPr>
        <w:spacing w:line="360" w:lineRule="auto"/>
        <w:ind w:firstLine="420"/>
        <w:jc w:val="both"/>
        <w:textAlignment w:val="center"/>
        <w:rPr>
          <w:color w:val="000000"/>
        </w:rPr>
      </w:pPr>
      <w:r>
        <w:rPr>
          <w:color w:val="000000"/>
        </w:rPr>
        <w:t>②</w:t>
      </w:r>
      <w:r>
        <w:rPr>
          <w:rFonts w:ascii="楷体" w:hAnsi="楷体" w:eastAsia="楷体" w:cs="楷体"/>
          <w:color w:val="000000"/>
        </w:rPr>
        <w:t>春天来了，它成了一只壮猫了，却仍不改它的忧郁性，也不去捉鼠，终日懒惰地伏着，吃得胖胖的。</w:t>
      </w:r>
    </w:p>
    <w:p>
      <w:pPr>
        <w:spacing w:line="360" w:lineRule="auto"/>
        <w:ind w:firstLine="420"/>
        <w:jc w:val="both"/>
        <w:textAlignment w:val="center"/>
        <w:rPr>
          <w:color w:val="000000"/>
        </w:rPr>
      </w:pPr>
      <w:r>
        <w:rPr>
          <w:color w:val="000000"/>
        </w:rPr>
        <w:t>③</w:t>
      </w:r>
      <w:r>
        <w:rPr>
          <w:rFonts w:ascii="楷体" w:hAnsi="楷体" w:eastAsia="楷体" w:cs="楷体"/>
          <w:color w:val="000000"/>
        </w:rPr>
        <w:t>这时，妻买了一对黄色的芙蓉鸟来，挂在廊前，叫得很好听。妻常常叮嘱着张妈换水，加鸟粮，洗刷笼子。那只花白猫对于这一对黄鸟，似乎也特别注意，常常跳在桌上，对鸟笼凝望着。</w:t>
      </w:r>
    </w:p>
    <w:p>
      <w:pPr>
        <w:spacing w:line="360" w:lineRule="auto"/>
        <w:ind w:firstLine="420"/>
        <w:jc w:val="both"/>
        <w:textAlignment w:val="center"/>
        <w:rPr>
          <w:color w:val="000000"/>
        </w:rPr>
      </w:pPr>
      <w:r>
        <w:rPr>
          <w:color w:val="000000"/>
        </w:rPr>
        <w:t>④</w:t>
      </w:r>
      <w:r>
        <w:rPr>
          <w:rFonts w:ascii="楷体" w:hAnsi="楷体" w:eastAsia="楷体" w:cs="楷体"/>
          <w:color w:val="000000"/>
        </w:rPr>
        <w:t>妻道：“张妈，留心猫，它会吃鸟呢。”</w:t>
      </w:r>
    </w:p>
    <w:p>
      <w:pPr>
        <w:spacing w:line="360" w:lineRule="auto"/>
        <w:ind w:firstLine="420"/>
        <w:jc w:val="both"/>
        <w:textAlignment w:val="center"/>
        <w:rPr>
          <w:color w:val="000000"/>
        </w:rPr>
      </w:pPr>
      <w:r>
        <w:rPr>
          <w:color w:val="000000"/>
        </w:rPr>
        <w:t>⑤</w:t>
      </w:r>
      <w:r>
        <w:rPr>
          <w:rFonts w:ascii="楷体" w:hAnsi="楷体" w:eastAsia="楷体" w:cs="楷体"/>
          <w:color w:val="000000"/>
        </w:rPr>
        <w:t>张妈便跑来把猫捉了去。隔一会儿，它又跳上桌子对鸟笼凝望着了。</w:t>
      </w:r>
    </w:p>
    <w:p>
      <w:pPr>
        <w:spacing w:line="360" w:lineRule="auto"/>
        <w:ind w:firstLine="420"/>
        <w:jc w:val="both"/>
        <w:textAlignment w:val="center"/>
        <w:rPr>
          <w:color w:val="000000"/>
        </w:rPr>
      </w:pPr>
      <w:r>
        <w:rPr>
          <w:color w:val="000000"/>
        </w:rPr>
        <w:t>⑥</w:t>
      </w:r>
      <w:r>
        <w:rPr>
          <w:rFonts w:ascii="楷体" w:hAnsi="楷体" w:eastAsia="楷体" w:cs="楷体"/>
          <w:color w:val="000000"/>
        </w:rPr>
        <w:t>一天，我下楼时，听见张妈在叫道：“鸟死了一只，一条腿被咬去了，笼板上都是血。是什么东西把它咬死的？”</w:t>
      </w:r>
    </w:p>
    <w:p>
      <w:pPr>
        <w:spacing w:line="360" w:lineRule="auto"/>
        <w:ind w:firstLine="420"/>
        <w:jc w:val="both"/>
        <w:textAlignment w:val="center"/>
        <w:rPr>
          <w:color w:val="000000"/>
        </w:rPr>
      </w:pPr>
      <w:r>
        <w:rPr>
          <w:color w:val="000000"/>
        </w:rPr>
        <w:t>⑦</w:t>
      </w:r>
      <w:r>
        <w:rPr>
          <w:rFonts w:ascii="楷体" w:hAnsi="楷体" w:eastAsia="楷体" w:cs="楷体"/>
          <w:color w:val="000000"/>
        </w:rPr>
        <w:t>我匆匆跑下去看，果然一只鸟是死了，羽毛松散着，好像曾与它的敌人挣扎了许久。</w:t>
      </w:r>
    </w:p>
    <w:p>
      <w:pPr>
        <w:spacing w:line="360" w:lineRule="auto"/>
        <w:ind w:firstLine="420"/>
        <w:jc w:val="both"/>
        <w:textAlignment w:val="center"/>
        <w:rPr>
          <w:color w:val="000000"/>
        </w:rPr>
      </w:pPr>
      <w:r>
        <w:rPr>
          <w:color w:val="000000"/>
        </w:rPr>
        <w:t>⑧</w:t>
      </w:r>
      <w:r>
        <w:rPr>
          <w:rFonts w:ascii="楷体" w:hAnsi="楷体" w:eastAsia="楷体" w:cs="楷体"/>
          <w:color w:val="000000"/>
        </w:rPr>
        <w:t>我很愤怒，叫道：“一定是猫，一定是猫！”于是立刻便去找它。</w:t>
      </w:r>
    </w:p>
    <w:p>
      <w:pPr>
        <w:spacing w:line="360" w:lineRule="auto"/>
        <w:ind w:firstLine="420"/>
        <w:jc w:val="both"/>
        <w:textAlignment w:val="center"/>
        <w:rPr>
          <w:color w:val="000000"/>
        </w:rPr>
      </w:pPr>
      <w:r>
        <w:rPr>
          <w:color w:val="000000"/>
        </w:rPr>
        <w:t>⑨</w:t>
      </w:r>
      <w:r>
        <w:rPr>
          <w:rFonts w:ascii="楷体" w:hAnsi="楷体" w:eastAsia="楷体" w:cs="楷体"/>
          <w:color w:val="000000"/>
        </w:rPr>
        <w:t>妻听见了，也匆匆地跑下来，看了死鸟，很难过，便道：“不是这猫咬死的还有谁？它常常对鸟笼望着，我早就叫张妈要小心了。张妈！你为什么不小心？！”</w:t>
      </w:r>
    </w:p>
    <w:p>
      <w:pPr>
        <w:spacing w:line="360" w:lineRule="auto"/>
        <w:ind w:firstLine="420"/>
        <w:jc w:val="both"/>
        <w:textAlignment w:val="center"/>
        <w:rPr>
          <w:color w:val="000000"/>
        </w:rPr>
      </w:pPr>
      <w:r>
        <w:rPr>
          <w:color w:val="000000"/>
        </w:rPr>
        <w:t>⑩</w:t>
      </w:r>
      <w:r>
        <w:rPr>
          <w:rFonts w:ascii="楷体" w:hAnsi="楷体" w:eastAsia="楷体" w:cs="楷体"/>
          <w:color w:val="000000"/>
        </w:rPr>
        <w:t>张妈默默无言，不能有什么话来辩护。</w:t>
      </w:r>
    </w:p>
    <w:p>
      <w:pPr>
        <w:spacing w:line="360" w:lineRule="auto"/>
        <w:ind w:firstLine="420"/>
        <w:jc w:val="both"/>
        <w:textAlignment w:val="center"/>
        <w:rPr>
          <w:color w:val="000000"/>
        </w:rPr>
      </w:pPr>
      <w:r>
        <w:rPr>
          <w:color w:val="000000"/>
        </w:rPr>
        <w:t>⑪</w:t>
      </w:r>
      <w:r>
        <w:rPr>
          <w:rFonts w:ascii="楷体" w:hAnsi="楷体" w:eastAsia="楷体" w:cs="楷体"/>
          <w:color w:val="000000"/>
        </w:rPr>
        <w:t>于是猫的罪状证实了。大家都去找这可厌的猫，想给它以一顿惩戒。找了半天，却没找到。真是“畏罪潜逃”了，我以为。</w:t>
      </w:r>
    </w:p>
    <w:p>
      <w:pPr>
        <w:spacing w:line="360" w:lineRule="auto"/>
        <w:ind w:firstLine="420"/>
        <w:jc w:val="both"/>
        <w:textAlignment w:val="center"/>
        <w:rPr>
          <w:color w:val="000000"/>
        </w:rPr>
      </w:pPr>
      <w:r>
        <w:rPr>
          <w:color w:val="000000"/>
        </w:rPr>
        <w:t>⑫</w:t>
      </w:r>
      <w:r>
        <w:rPr>
          <w:rFonts w:ascii="楷体" w:hAnsi="楷体" w:eastAsia="楷体" w:cs="楷体"/>
          <w:color w:val="000000"/>
        </w:rPr>
        <w:t>三妹在楼上叫道：“猫在这里了。”</w:t>
      </w:r>
    </w:p>
    <w:p>
      <w:pPr>
        <w:spacing w:line="360" w:lineRule="auto"/>
        <w:ind w:firstLine="420"/>
        <w:jc w:val="both"/>
        <w:textAlignment w:val="center"/>
        <w:rPr>
          <w:color w:val="000000"/>
        </w:rPr>
      </w:pPr>
      <w:r>
        <w:rPr>
          <w:color w:val="000000"/>
        </w:rPr>
        <w:t>⑬</w:t>
      </w:r>
      <w:r>
        <w:rPr>
          <w:rFonts w:ascii="楷体" w:hAnsi="楷体" w:eastAsia="楷体" w:cs="楷体"/>
          <w:color w:val="000000"/>
        </w:rPr>
        <w:t>它躺在露台板上晒太阳，态度很安详，嘴里好像还在吃着什么。我想，它一定是在吃着这可怜的鸟的腿了，一时怒气冲天，拿起楼门旁倚着的一根木棒，追过去打了一下。它很悲楚地叫了一声“咪呜”，便逃到屋瓦上了。</w:t>
      </w:r>
    </w:p>
    <w:p>
      <w:pPr>
        <w:spacing w:line="360" w:lineRule="auto"/>
        <w:ind w:firstLine="420"/>
        <w:jc w:val="both"/>
        <w:textAlignment w:val="center"/>
        <w:rPr>
          <w:color w:val="000000"/>
        </w:rPr>
      </w:pPr>
      <w:r>
        <w:rPr>
          <w:color w:val="000000"/>
        </w:rPr>
        <w:t>⑭</w:t>
      </w:r>
      <w:r>
        <w:rPr>
          <w:rFonts w:ascii="楷体" w:hAnsi="楷体" w:eastAsia="楷体" w:cs="楷体"/>
          <w:color w:val="000000"/>
        </w:rPr>
        <w:t>我心里还愤愤的，以为惩戒得还没有快意。</w:t>
      </w:r>
    </w:p>
    <w:p>
      <w:pPr>
        <w:spacing w:line="360" w:lineRule="auto"/>
        <w:ind w:firstLine="420"/>
        <w:jc w:val="both"/>
        <w:textAlignment w:val="center"/>
        <w:rPr>
          <w:color w:val="000000"/>
        </w:rPr>
      </w:pPr>
      <w:r>
        <w:rPr>
          <w:color w:val="000000"/>
        </w:rPr>
        <w:t>⑮</w:t>
      </w:r>
      <w:r>
        <w:rPr>
          <w:rFonts w:ascii="楷体" w:hAnsi="楷体" w:eastAsia="楷体" w:cs="楷体"/>
          <w:color w:val="000000"/>
        </w:rPr>
        <w:t>隔了几天，李妈在楼下叫道：“猫，猫！又来吃鸟了！”同时我看见一只黑猫飞快地逃过露</w:t>
      </w:r>
    </w:p>
    <w:p>
      <w:pPr>
        <w:spacing w:line="360" w:lineRule="auto"/>
        <w:ind w:firstLine="420"/>
        <w:jc w:val="both"/>
        <w:textAlignment w:val="center"/>
        <w:rPr>
          <w:color w:val="000000"/>
        </w:rPr>
      </w:pPr>
      <w:r>
        <w:rPr>
          <w:color w:val="000000"/>
        </w:rPr>
        <w:t>⑯</w:t>
      </w:r>
      <w:r>
        <w:rPr>
          <w:rFonts w:ascii="楷体" w:hAnsi="楷体" w:eastAsia="楷体" w:cs="楷体"/>
          <w:color w:val="000000"/>
        </w:rPr>
        <w:t>我心里十分地难过，真的，我的良心受伤了，我没有判断明白，便妄下断语，冤枉了一只不能说话辩诉的动物。</w:t>
      </w:r>
      <w:r>
        <w:rPr>
          <w:rFonts w:ascii="楷体" w:hAnsi="楷体" w:eastAsia="楷体" w:cs="楷体"/>
          <w:color w:val="000000"/>
          <w:u w:val="single"/>
        </w:rPr>
        <w:t>想到它的无抵抗的逃避，益使我感到我的暴怒、我的虐待，都是针，刺我良心的针</w:t>
      </w:r>
      <w:r>
        <w:rPr>
          <w:rFonts w:ascii="楷体" w:hAnsi="楷体" w:eastAsia="楷体" w:cs="楷体"/>
          <w:color w:val="000000"/>
        </w:rPr>
        <w:t>！</w:t>
      </w:r>
    </w:p>
    <w:p>
      <w:pPr>
        <w:spacing w:line="360" w:lineRule="auto"/>
        <w:ind w:firstLine="420"/>
        <w:jc w:val="both"/>
        <w:textAlignment w:val="center"/>
        <w:rPr>
          <w:color w:val="000000"/>
        </w:rPr>
      </w:pPr>
      <w:r>
        <w:rPr>
          <w:color w:val="000000"/>
        </w:rPr>
        <w:t>⑰</w:t>
      </w:r>
      <w:r>
        <w:rPr>
          <w:rFonts w:ascii="楷体" w:hAnsi="楷体" w:eastAsia="楷体" w:cs="楷体"/>
          <w:color w:val="000000"/>
        </w:rPr>
        <w:t>我很想补救我的过失，但它是不能说话的，我将怎样地对它表白我的误解呢？</w:t>
      </w:r>
    </w:p>
    <w:p>
      <w:pPr>
        <w:spacing w:line="360" w:lineRule="auto"/>
        <w:ind w:firstLine="420"/>
        <w:jc w:val="both"/>
        <w:textAlignment w:val="center"/>
        <w:rPr>
          <w:color w:val="000000"/>
        </w:rPr>
      </w:pPr>
      <w:r>
        <w:rPr>
          <w:color w:val="000000"/>
        </w:rPr>
        <w:t>⑱</w:t>
      </w:r>
      <w:r>
        <w:rPr>
          <w:rFonts w:ascii="楷体" w:hAnsi="楷体" w:eastAsia="楷体" w:cs="楷体"/>
          <w:color w:val="000000"/>
        </w:rPr>
        <w:t>两个月后，我们的猫忽然死在邻家的屋脊上，我对于它的亡失，比以前的两只猫的亡失，更难过得多。</w:t>
      </w:r>
    </w:p>
    <w:p>
      <w:pPr>
        <w:spacing w:line="360" w:lineRule="auto"/>
        <w:ind w:firstLine="420"/>
        <w:jc w:val="both"/>
        <w:textAlignment w:val="center"/>
        <w:rPr>
          <w:color w:val="000000"/>
        </w:rPr>
      </w:pPr>
      <w:r>
        <w:rPr>
          <w:color w:val="000000"/>
        </w:rPr>
        <w:t>⑲</w:t>
      </w:r>
      <w:r>
        <w:rPr>
          <w:rFonts w:ascii="楷体" w:hAnsi="楷体" w:eastAsia="楷体" w:cs="楷体"/>
          <w:color w:val="000000"/>
        </w:rPr>
        <w:t>我永无改正我的过失的机会了！</w:t>
      </w:r>
    </w:p>
    <w:p>
      <w:pPr>
        <w:spacing w:line="360" w:lineRule="auto"/>
        <w:ind w:firstLine="420"/>
        <w:jc w:val="both"/>
        <w:textAlignment w:val="center"/>
        <w:rPr>
          <w:color w:val="000000"/>
        </w:rPr>
      </w:pPr>
      <w:r>
        <w:rPr>
          <w:color w:val="000000"/>
        </w:rPr>
        <w:t>⑳</w:t>
      </w:r>
      <w:r>
        <w:rPr>
          <w:rFonts w:ascii="楷体" w:hAnsi="楷体" w:eastAsia="楷体" w:cs="楷体"/>
          <w:color w:val="000000"/>
        </w:rPr>
        <w:t>自此，我家永不养猫。</w:t>
      </w:r>
    </w:p>
    <w:p>
      <w:pPr>
        <w:spacing w:line="360" w:lineRule="auto"/>
        <w:jc w:val="left"/>
        <w:textAlignment w:val="center"/>
        <w:rPr>
          <w:color w:val="000000"/>
        </w:rPr>
      </w:pPr>
      <w:r>
        <w:rPr>
          <w:color w:val="000000"/>
        </w:rPr>
        <w:t xml:space="preserve">14. </w:t>
      </w:r>
      <w:r>
        <w:rPr>
          <w:rFonts w:ascii="宋体" w:hAnsi="宋体" w:eastAsia="宋体" w:cs="宋体"/>
          <w:color w:val="000000"/>
        </w:rPr>
        <w:t>文中画曲线的句子可否改成“连那样爱猫的三妹也不注意它”？请简述你的理由。</w:t>
      </w:r>
    </w:p>
    <w:p>
      <w:pPr>
        <w:spacing w:line="360" w:lineRule="auto"/>
        <w:jc w:val="left"/>
        <w:textAlignment w:val="center"/>
        <w:rPr>
          <w:color w:val="000000"/>
        </w:rPr>
      </w:pPr>
      <w:r>
        <w:rPr>
          <w:color w:val="000000"/>
        </w:rPr>
        <w:t xml:space="preserve">15. </w:t>
      </w:r>
      <w:r>
        <w:rPr>
          <w:rFonts w:ascii="宋体" w:hAnsi="宋体" w:eastAsia="宋体" w:cs="宋体"/>
          <w:color w:val="000000"/>
        </w:rPr>
        <w:t>对第三只猫，“大家都不大喜欢它”，但它亡失之后，“我”却“更难过得多”。请写出“我”难过的原因并结合生活实际谈谈这对你的启示。</w:t>
      </w:r>
    </w:p>
    <w:p>
      <w:pPr>
        <w:spacing w:line="360" w:lineRule="auto"/>
        <w:jc w:val="left"/>
        <w:textAlignment w:val="center"/>
        <w:rPr>
          <w:color w:val="000000"/>
        </w:rPr>
      </w:pPr>
      <w:r>
        <w:rPr>
          <w:color w:val="000000"/>
        </w:rPr>
        <w:t xml:space="preserve">16. </w:t>
      </w:r>
      <w:r>
        <w:rPr>
          <w:rFonts w:ascii="宋体" w:hAnsi="宋体" w:eastAsia="宋体" w:cs="宋体"/>
          <w:color w:val="000000"/>
        </w:rPr>
        <w:t>品味文中画横线语句，分析其表达效果。</w:t>
      </w:r>
    </w:p>
    <w:p>
      <w:pPr>
        <w:spacing w:line="360" w:lineRule="auto"/>
        <w:textAlignment w:val="center"/>
        <w:rPr>
          <w:color w:val="000000"/>
        </w:rPr>
      </w:pPr>
      <w:r>
        <w:rPr>
          <w:color w:val="2E75B6"/>
        </w:rPr>
        <w:t>【答案】</w:t>
      </w:r>
      <w:r>
        <w:rPr>
          <w:color w:val="000000"/>
        </w:rPr>
        <w:t xml:space="preserve">14. </w:t>
      </w:r>
      <w:r>
        <w:rPr>
          <w:rFonts w:ascii="宋体" w:hAnsi="宋体" w:eastAsia="宋体" w:cs="宋体"/>
          <w:color w:val="000000"/>
        </w:rPr>
        <w:t>不能。原句写出三妹对第三只猫的“不加注意”，连三妹最爱猫的人对它也不喜欢，足以见得大家对第三只猫的讨厌程度。</w:t>
      </w:r>
      <w:r>
        <w:rPr>
          <w:color w:val="000000"/>
        </w:rPr>
        <w:t xml:space="preserve">    </w:t>
      </w:r>
    </w:p>
    <w:p>
      <w:pPr>
        <w:spacing w:line="360" w:lineRule="auto"/>
        <w:textAlignment w:val="center"/>
        <w:rPr>
          <w:color w:val="000000"/>
        </w:rPr>
      </w:pPr>
      <w:r>
        <w:rPr>
          <w:color w:val="000000"/>
        </w:rPr>
        <w:t xml:space="preserve">15. </w:t>
      </w:r>
      <w:r>
        <w:rPr>
          <w:rFonts w:ascii="宋体" w:hAnsi="宋体" w:eastAsia="宋体" w:cs="宋体"/>
          <w:color w:val="000000"/>
        </w:rPr>
        <w:t>①第三只猫的死，与“我”武断、粗暴有关，它催“我”良心发现，感到内疚和悔恨。因此，比前两只猫的亡失“更难过得多”。</w:t>
      </w:r>
    </w:p>
    <w:p>
      <w:pPr>
        <w:spacing w:line="360" w:lineRule="auto"/>
        <w:jc w:val="both"/>
        <w:textAlignment w:val="center"/>
        <w:rPr>
          <w:color w:val="000000"/>
        </w:rPr>
      </w:pPr>
      <w:r>
        <w:rPr>
          <w:rFonts w:ascii="宋体" w:hAnsi="宋体" w:eastAsia="宋体" w:cs="宋体"/>
          <w:color w:val="000000"/>
        </w:rPr>
        <w:t>②启示：我们要平等地对待生命，对人对事不能存有偏见，不能主观臆断。</w:t>
      </w:r>
      <w:r>
        <w:rPr>
          <w:color w:val="000000"/>
        </w:rPr>
        <w:t xml:space="preserve">    </w:t>
      </w:r>
    </w:p>
    <w:p>
      <w:pPr>
        <w:spacing w:line="360" w:lineRule="auto"/>
        <w:jc w:val="both"/>
        <w:textAlignment w:val="center"/>
        <w:rPr>
          <w:color w:val="000000"/>
        </w:rPr>
      </w:pPr>
      <w:r>
        <w:rPr>
          <w:color w:val="000000"/>
        </w:rPr>
        <w:t xml:space="preserve">16. </w:t>
      </w:r>
      <w:r>
        <w:rPr>
          <w:rFonts w:ascii="宋体" w:hAnsi="宋体" w:eastAsia="宋体" w:cs="宋体"/>
          <w:color w:val="000000"/>
        </w:rPr>
        <w:t>将猫的无抵抗的逃避与“我”的暴怒虐待作强烈对比，把“我”对猫的暴怒和虐待比作针，并进行反复强调，生动形象地写出了“我”内心的刺痛，表现了“我”冤枉了猫后内疚、自责、痛悔的心情。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本题考查句子的理解赏析。</w:t>
      </w:r>
    </w:p>
    <w:p>
      <w:pPr>
        <w:spacing w:line="360" w:lineRule="auto"/>
        <w:jc w:val="left"/>
        <w:textAlignment w:val="center"/>
        <w:rPr>
          <w:color w:val="000000"/>
        </w:rPr>
      </w:pPr>
      <w:r>
        <w:rPr>
          <w:rFonts w:ascii="宋体" w:hAnsi="宋体" w:eastAsia="宋体" w:cs="宋体"/>
          <w:color w:val="000000"/>
        </w:rPr>
        <w:t>原句“连三妹那样爱猫的，对于它，也不加注意”，是三个短句组成的，能突出“三妹爱猫”这一特点，和“不注意第三只猫”这一行为。</w:t>
      </w:r>
    </w:p>
    <w:p>
      <w:pPr>
        <w:spacing w:line="360" w:lineRule="auto"/>
        <w:jc w:val="left"/>
        <w:textAlignment w:val="center"/>
        <w:rPr>
          <w:color w:val="000000"/>
        </w:rPr>
      </w:pPr>
      <w:r>
        <w:rPr>
          <w:rFonts w:ascii="宋体" w:hAnsi="宋体" w:eastAsia="宋体" w:cs="宋体"/>
          <w:color w:val="000000"/>
        </w:rPr>
        <w:t>另外，“不加注意”有“不想、不愿加以注意”之意，表明三妹对这第三只猫不讨厌，不待见。如果改为“连那样爱猫的三妹也不注意它”这一长句，三妹爱猫的特点突出不了，也不了三妹内心对这只猫的不喜爱，更多表达的是三妹没注意到它，而原句则表达的是因不喜欢而不注意它。因而不能表现出大家对第三只猫的讨厌程度。</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67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图片 100005"/>
                    <pic:cNvPicPr>
                      <a:picLocks noChangeAspect="1"/>
                    </pic:cNvPicPr>
                  </pic:nvPicPr>
                  <pic:blipFill>
                    <a:blip r:embed="rId187"/>
                    <a:stretch>
                      <a:fillRect/>
                    </a:stretch>
                  </pic:blipFill>
                  <pic:spPr>
                    <a:xfrm>
                      <a:off x="0" y="0"/>
                      <a:ext cx="95250" cy="171450"/>
                    </a:xfrm>
                    <a:prstGeom prst="rect">
                      <a:avLst/>
                    </a:prstGeom>
                  </pic:spPr>
                </pic:pic>
              </a:graphicData>
            </a:graphic>
          </wp:inline>
        </w:drawing>
      </w:r>
      <w:r>
        <w:rPr>
          <w:color w:val="000000"/>
        </w:rPr>
        <w:t>15题详解】</w:t>
      </w:r>
    </w:p>
    <w:p>
      <w:pPr>
        <w:spacing w:line="360" w:lineRule="auto"/>
        <w:jc w:val="left"/>
        <w:textAlignment w:val="center"/>
        <w:rPr>
          <w:color w:val="000000"/>
        </w:rPr>
      </w:pPr>
      <w:r>
        <w:rPr>
          <w:rFonts w:ascii="宋体" w:hAnsi="宋体" w:eastAsia="宋体" w:cs="宋体"/>
          <w:color w:val="000000"/>
        </w:rPr>
        <w:t>本题考查理解分析能力。</w:t>
      </w:r>
    </w:p>
    <w:p>
      <w:pPr>
        <w:spacing w:line="360" w:lineRule="auto"/>
        <w:jc w:val="left"/>
        <w:textAlignment w:val="center"/>
        <w:rPr>
          <w:color w:val="000000"/>
        </w:rPr>
      </w:pPr>
      <w:r>
        <w:rPr>
          <w:rFonts w:ascii="宋体" w:hAnsi="宋体" w:eastAsia="宋体" w:cs="宋体"/>
          <w:color w:val="000000"/>
        </w:rPr>
        <w:t>从</w:t>
      </w:r>
      <w:r>
        <w:rPr>
          <w:color w:val="000000"/>
        </w:rPr>
        <w:t>⑬段</w:t>
      </w:r>
      <w:r>
        <w:rPr>
          <w:rFonts w:ascii="宋体" w:hAnsi="宋体" w:eastAsia="宋体" w:cs="宋体"/>
          <w:color w:val="000000"/>
        </w:rPr>
        <w:t>“……我想，它一定是在吃着这可怜的鸟的腿了，一时怒气冲天，拿起楼门旁倚着的一根木棒，追过去打了一下……”可知，第三只猫的死，与“我”武断、粗暴有关；</w:t>
      </w:r>
    </w:p>
    <w:p>
      <w:pPr>
        <w:spacing w:line="360" w:lineRule="auto"/>
        <w:jc w:val="left"/>
        <w:textAlignment w:val="center"/>
        <w:rPr>
          <w:color w:val="000000"/>
        </w:rPr>
      </w:pPr>
      <w:r>
        <w:rPr>
          <w:rFonts w:ascii="宋体" w:hAnsi="宋体" w:eastAsia="宋体" w:cs="宋体"/>
          <w:color w:val="000000"/>
        </w:rPr>
        <w:t>再联系</w:t>
      </w:r>
      <w:r>
        <w:rPr>
          <w:color w:val="000000"/>
        </w:rPr>
        <w:t>⑯段</w:t>
      </w:r>
      <w:r>
        <w:rPr>
          <w:rFonts w:ascii="宋体" w:hAnsi="宋体" w:eastAsia="宋体" w:cs="宋体"/>
          <w:color w:val="000000"/>
        </w:rPr>
        <w:t>“我心里十分地难过，真的，我的良心受伤了，我没有判断明白，便妄下断语，冤枉了一只不能说话辩诉的动物。想到它的无抵抗的逃避，益使我感到我的暴怒、我的虐待，都是针，刺我良心的针”这一心理描写可知，第三只猫的死，催“我”良心发现，感到内疚和悔恨。</w:t>
      </w:r>
    </w:p>
    <w:p>
      <w:pPr>
        <w:spacing w:line="360" w:lineRule="auto"/>
        <w:jc w:val="left"/>
        <w:textAlignment w:val="center"/>
        <w:rPr>
          <w:color w:val="000000"/>
        </w:rPr>
      </w:pPr>
      <w:r>
        <w:rPr>
          <w:rFonts w:ascii="宋体" w:hAnsi="宋体" w:eastAsia="宋体" w:cs="宋体"/>
          <w:color w:val="000000"/>
        </w:rPr>
        <w:t>再从</w:t>
      </w:r>
      <w:r>
        <w:rPr>
          <w:color w:val="000000"/>
        </w:rPr>
        <w:t>⑲段</w:t>
      </w:r>
      <w:r>
        <w:rPr>
          <w:rFonts w:ascii="宋体" w:hAnsi="宋体" w:eastAsia="宋体" w:cs="宋体"/>
          <w:color w:val="000000"/>
        </w:rPr>
        <w:t>“我永无改正我的过失的机会了”可知，“我”之所以比前两只猫的亡失“更难过得多”还因为“我”丧失了改过的机会。</w:t>
      </w:r>
    </w:p>
    <w:p>
      <w:pPr>
        <w:spacing w:line="360" w:lineRule="auto"/>
        <w:jc w:val="left"/>
        <w:textAlignment w:val="center"/>
        <w:rPr>
          <w:color w:val="000000"/>
        </w:rPr>
      </w:pPr>
      <w:r>
        <w:rPr>
          <w:rFonts w:ascii="宋体" w:hAnsi="宋体" w:eastAsia="宋体" w:cs="宋体"/>
          <w:color w:val="000000"/>
        </w:rPr>
        <w:t>谈启示时，可根据文章主题和自己的理解，言之有理即可。从</w:t>
      </w:r>
      <w:r>
        <w:rPr>
          <w:color w:val="000000"/>
        </w:rPr>
        <w:t>⑯段</w:t>
      </w:r>
      <w:r>
        <w:rPr>
          <w:rFonts w:ascii="宋体" w:hAnsi="宋体" w:eastAsia="宋体" w:cs="宋体"/>
          <w:color w:val="000000"/>
        </w:rPr>
        <w:t>“我心里十分地难过，真的，我的良心受伤了，我没有判断明白，便妄下断语，冤枉了一只不能说话辩诉的动物。想到它的无抵抗的逃避，益使我感到我的暴怒、我的虐待，都是针，刺我良心的针”可知，我们对人对事不能存有偏见，不能主观臆断。凡事要冷静，要调查了解后才去做出正确的判断和决断。</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rFonts w:ascii="宋体" w:hAnsi="宋体" w:eastAsia="宋体" w:cs="宋体"/>
          <w:color w:val="000000"/>
        </w:rPr>
        <w:t>本题考查关键词句的赏析。</w:t>
      </w:r>
    </w:p>
    <w:p>
      <w:pPr>
        <w:spacing w:line="360" w:lineRule="auto"/>
        <w:jc w:val="left"/>
        <w:textAlignment w:val="center"/>
        <w:rPr>
          <w:color w:val="000000"/>
        </w:rPr>
      </w:pPr>
      <w:r>
        <w:rPr>
          <w:rFonts w:ascii="宋体" w:hAnsi="宋体" w:eastAsia="宋体" w:cs="宋体"/>
          <w:color w:val="000000"/>
        </w:rPr>
        <w:t>“想到它的无抵抗的逃避，益使我感到我的暴怒、我的虐待，都是针，刺我良心的针！”一句，将猫的无抵抗的逃避与“我”的暴怒虐待作强烈对比，突出了“我感到我的暴怒、我的虐待，都是针，刺我良心的针”这一内容，表达出“我”的良心受到的谴责和伤害。同时，把“我”对猫的暴怒和虐待比作针，运用了比喻的修辞手法，“都是针，刺我良心的针”又运用反复的修辞，加以强调“针”这一效果，生动形象地写出了“我”内心的刺痛；再联系上一句“我心里十分地难过，真的，我的良心受伤了，我没有判断明白，便妄下断语，冤枉了一只不能说话辩诉的动物”可知，表现了“我”冤枉了猫后内疚、自责、痛悔的心情。</w:t>
      </w:r>
    </w:p>
    <w:p>
      <w:pPr>
        <w:spacing w:line="360" w:lineRule="auto"/>
        <w:jc w:val="both"/>
        <w:textAlignment w:val="center"/>
        <w:rPr>
          <w:color w:val="000000"/>
        </w:rPr>
      </w:pPr>
      <w:r>
        <w:rPr>
          <w:rFonts w:ascii="宋体" w:hAnsi="宋体" w:eastAsia="宋体" w:cs="宋体"/>
          <w:color w:val="000000"/>
        </w:rPr>
        <w:t>阅读《扁担那头的父亲》，完成问题。</w:t>
      </w:r>
    </w:p>
    <w:p>
      <w:pPr>
        <w:spacing w:line="360" w:lineRule="auto"/>
        <w:jc w:val="center"/>
        <w:textAlignment w:val="center"/>
        <w:rPr>
          <w:color w:val="000000"/>
        </w:rPr>
      </w:pPr>
      <w:r>
        <w:rPr>
          <w:rFonts w:ascii="楷体" w:hAnsi="楷体" w:eastAsia="楷体" w:cs="楷体"/>
          <w:color w:val="000000"/>
        </w:rPr>
        <w:t>扁担那头的父亲</w:t>
      </w:r>
    </w:p>
    <w:p>
      <w:pPr>
        <w:spacing w:line="360" w:lineRule="auto"/>
        <w:jc w:val="center"/>
        <w:textAlignment w:val="center"/>
        <w:rPr>
          <w:color w:val="000000"/>
        </w:rPr>
      </w:pPr>
      <w:r>
        <w:rPr>
          <w:rFonts w:ascii="楷体" w:hAnsi="楷体" w:eastAsia="楷体" w:cs="楷体"/>
          <w:color w:val="000000"/>
        </w:rPr>
        <w:t>卞毓方</w:t>
      </w:r>
    </w:p>
    <w:p>
      <w:pPr>
        <w:spacing w:line="360" w:lineRule="auto"/>
        <w:ind w:firstLine="420"/>
        <w:jc w:val="both"/>
        <w:textAlignment w:val="center"/>
        <w:rPr>
          <w:color w:val="000000"/>
        </w:rPr>
      </w:pPr>
      <w:r>
        <w:rPr>
          <w:rFonts w:ascii="楷体" w:hAnsi="楷体" w:eastAsia="楷体" w:cs="楷体"/>
          <w:color w:val="000000"/>
        </w:rPr>
        <w:t>①人说“有其父，必有其子”。可小时候，</w:t>
      </w:r>
      <w:r>
        <w:rPr>
          <w:rFonts w:ascii="楷体" w:hAnsi="楷体" w:eastAsia="楷体" w:cs="楷体"/>
          <w:color w:val="000000"/>
          <w:u w:val="single"/>
        </w:rPr>
        <w:t>没人说我长得像父亲</w:t>
      </w:r>
      <w:r>
        <w:rPr>
          <w:rFonts w:ascii="楷体" w:hAnsi="楷体" w:eastAsia="楷体" w:cs="楷体"/>
          <w:color w:val="000000"/>
        </w:rPr>
        <w:t>。除了身高不及，脸型也不像，父亲的脸明显偏长，我的脸则近似于圆；五官也不像，父亲的线条是儒家的，外柔而内刚，我的线条却是刚的，更准确地说，是粗糙的；脾性也不像，父亲诙谐、幽默，我则木讷、无趣。</w:t>
      </w:r>
    </w:p>
    <w:p>
      <w:pPr>
        <w:spacing w:line="360" w:lineRule="auto"/>
        <w:ind w:firstLine="420"/>
        <w:jc w:val="both"/>
        <w:textAlignment w:val="center"/>
        <w:rPr>
          <w:color w:val="000000"/>
        </w:rPr>
      </w:pPr>
      <w:r>
        <w:rPr>
          <w:rFonts w:ascii="楷体" w:hAnsi="楷体" w:eastAsia="楷体" w:cs="楷体"/>
          <w:color w:val="000000"/>
        </w:rPr>
        <w:t>②父亲有顶礼帽，深灰色的，冠高而圆，帽檐宽大而略微翘起。我偶见父亲戴过一次，其余日子，礼帽一直放在纸盒里，纸盒搁在竹棚上。我曾无数次偷着试戴，可我的脑瓜太小，往头上一套，禁不住想起成语“沐猴而冠[1]”。从此只能仰望父亲高大的背影兴叹，那顶礼帽或许在竹棚上窃笑。是的，它属于魁梧、伟岸的父亲。</w:t>
      </w:r>
    </w:p>
    <w:p>
      <w:pPr>
        <w:spacing w:line="360" w:lineRule="auto"/>
        <w:ind w:firstLine="420"/>
        <w:jc w:val="both"/>
        <w:textAlignment w:val="center"/>
        <w:rPr>
          <w:color w:val="000000"/>
        </w:rPr>
      </w:pPr>
      <w:r>
        <w:rPr>
          <w:rFonts w:ascii="楷体" w:hAnsi="楷体" w:eastAsia="楷体" w:cs="楷体"/>
          <w:color w:val="000000"/>
        </w:rPr>
        <w:t>③夏日晚间，一帮小孩捉迷藏，玩得兴起，夜深了也不归宿。这时，各家大人就会出来找。找着了，还赖着，不肯回，大人出手就打：“让你疯！让你疯！”父亲也会出来找我，他号准我的脉，料定我会往哪儿躲，一下子就找个正着。见了面，老远扬起右手，作狠抽狠揍状。我晓得，那是“</w:t>
      </w:r>
      <w:r>
        <w:rPr>
          <w:rFonts w:ascii="楷体" w:hAnsi="楷体" w:eastAsia="楷体" w:cs="楷体"/>
          <w:color w:val="000000"/>
          <w:u w:val="wave"/>
        </w:rPr>
        <w:t>唱戏的吹胡子——假生气</w:t>
      </w:r>
      <w:r>
        <w:rPr>
          <w:rFonts w:ascii="楷体" w:hAnsi="楷体" w:eastAsia="楷体" w:cs="楷体"/>
          <w:color w:val="000000"/>
        </w:rPr>
        <w:t>”，父亲的巴掌不会落下，吓唬而已。父亲从来没有打过我，也没有打过弟弟。四弟生性顽皮，走路总是乱跑乱撞，一不小心，不是把墙角的暖瓶踢倒了，就是把桌上的酱油瓶碰翻了……然而父亲对四弟的“劣行”没有呵斥，只是温和劝诫。他有一句挂在嘴边的话：“</w:t>
      </w:r>
      <w:r>
        <w:rPr>
          <w:rFonts w:ascii="楷体" w:hAnsi="楷体" w:eastAsia="楷体" w:cs="楷体"/>
          <w:color w:val="000000"/>
          <w:u w:val="wave"/>
        </w:rPr>
        <w:t>牛大自耕田</w:t>
      </w:r>
      <w:r>
        <w:rPr>
          <w:rFonts w:ascii="楷体" w:hAnsi="楷体" w:eastAsia="楷体" w:cs="楷体"/>
          <w:color w:val="000000"/>
        </w:rPr>
        <w:t>。”因此，对一时过错无须责打，重在以身作则，言传身教。果然，四弟上学后，各方面表现皆优。</w:t>
      </w:r>
    </w:p>
    <w:p>
      <w:pPr>
        <w:spacing w:line="360" w:lineRule="auto"/>
        <w:ind w:firstLine="420"/>
        <w:jc w:val="both"/>
        <w:textAlignment w:val="center"/>
        <w:rPr>
          <w:color w:val="000000"/>
        </w:rPr>
      </w:pPr>
      <w:r>
        <w:rPr>
          <w:rFonts w:ascii="楷体" w:hAnsi="楷体" w:eastAsia="楷体" w:cs="楷体"/>
          <w:color w:val="000000"/>
        </w:rPr>
        <w:t>④父亲在家里，从来不发脾气；对外人，更是笑颜相对，真诚相待。父亲对邻里关系是看得很重的，“</w:t>
      </w:r>
      <w:r>
        <w:rPr>
          <w:rFonts w:ascii="楷体" w:hAnsi="楷体" w:eastAsia="楷体" w:cs="楷体"/>
          <w:color w:val="000000"/>
          <w:u w:val="wave"/>
        </w:rPr>
        <w:t>行要好伴，住要好邻</w:t>
      </w:r>
      <w:r>
        <w:rPr>
          <w:rFonts w:ascii="楷体" w:hAnsi="楷体" w:eastAsia="楷体" w:cs="楷体"/>
          <w:color w:val="000000"/>
        </w:rPr>
        <w:t>”“</w:t>
      </w:r>
      <w:r>
        <w:rPr>
          <w:rFonts w:ascii="楷体" w:hAnsi="楷体" w:eastAsia="楷体" w:cs="楷体"/>
          <w:color w:val="000000"/>
          <w:u w:val="wave"/>
        </w:rPr>
        <w:t>恼个邻居瞎只眼</w:t>
      </w:r>
      <w:r>
        <w:rPr>
          <w:rFonts w:ascii="楷体" w:hAnsi="楷体" w:eastAsia="楷体" w:cs="楷体"/>
          <w:color w:val="000000"/>
        </w:rPr>
        <w:t>”是他的口头禅。因此，远近邻居都非常敬重父亲。</w:t>
      </w:r>
    </w:p>
    <w:p>
      <w:pPr>
        <w:spacing w:line="360" w:lineRule="auto"/>
        <w:ind w:firstLine="420"/>
        <w:jc w:val="both"/>
        <w:textAlignment w:val="center"/>
        <w:rPr>
          <w:color w:val="000000"/>
        </w:rPr>
      </w:pPr>
      <w:r>
        <w:rPr>
          <w:rFonts w:ascii="楷体" w:hAnsi="楷体" w:eastAsia="楷体" w:cs="楷体"/>
          <w:color w:val="000000"/>
        </w:rPr>
        <w:t>⑤为人处世，父亲常讲，“</w:t>
      </w:r>
      <w:r>
        <w:rPr>
          <w:rFonts w:ascii="楷体" w:hAnsi="楷体" w:eastAsia="楷体" w:cs="楷体"/>
          <w:color w:val="000000"/>
          <w:u w:val="wave"/>
        </w:rPr>
        <w:t>宰相肚里能撑船</w:t>
      </w:r>
      <w:r>
        <w:rPr>
          <w:rFonts w:ascii="楷体" w:hAnsi="楷体" w:eastAsia="楷体" w:cs="楷体"/>
          <w:color w:val="000000"/>
        </w:rPr>
        <w:t>”，小肚鸡肠成不了大事。他跟我讲过一个故事，特别强调，是祖上传下来的。</w:t>
      </w:r>
    </w:p>
    <w:p>
      <w:pPr>
        <w:spacing w:line="360" w:lineRule="auto"/>
        <w:ind w:firstLine="420"/>
        <w:jc w:val="both"/>
        <w:textAlignment w:val="center"/>
        <w:rPr>
          <w:color w:val="000000"/>
        </w:rPr>
      </w:pPr>
      <w:r>
        <w:rPr>
          <w:rFonts w:ascii="楷体" w:hAnsi="楷体" w:eastAsia="楷体" w:cs="楷体"/>
          <w:color w:val="000000"/>
        </w:rPr>
        <w:t>⑥这个故事叫“秦穆饮盗马”。秦穆公丢了几匹马，派负责养马的官员去找。官员回报：“马儿已经被三百多个农夫杀了分吃，我把这帮不知好歹的家伙统统抓了来，国君您看如何处治？”秦穆公说：“别，别，哪儿能因为几匹马，就把这么多百姓都抓起来呢？我听说马肉不是寻常食物，吃它时必须喝点儿酒，否则会伤肠胃。赶紧给每人都喝点儿酒吧，然后放他们回家。”三年后，秦国与晋国爆发战争。秦穆公被围，身负重伤。节骨眼上，那三百个农夫赶了来，舍命将秦穆公救出。</w:t>
      </w:r>
    </w:p>
    <w:p>
      <w:pPr>
        <w:spacing w:line="360" w:lineRule="auto"/>
        <w:ind w:firstLine="420"/>
        <w:jc w:val="both"/>
        <w:textAlignment w:val="center"/>
        <w:rPr>
          <w:color w:val="000000"/>
        </w:rPr>
      </w:pPr>
      <w:r>
        <w:rPr>
          <w:rFonts w:ascii="楷体" w:hAnsi="楷体" w:eastAsia="楷体" w:cs="楷体"/>
          <w:color w:val="000000"/>
        </w:rPr>
        <w:t>⑦这个故事，令我想到祖父的待人接物，原来这是“家学”。祖上传下来的还有诸多。竹棚上，在礼帽盒的旁边，还搁着一根扁担。这也是文物级的古董，串联着父亲前半生的许多故事。父亲说，这扁担是曾祖父留下的。祖父用过，父亲接过。</w:t>
      </w:r>
    </w:p>
    <w:p>
      <w:pPr>
        <w:spacing w:line="360" w:lineRule="auto"/>
        <w:ind w:firstLine="420"/>
        <w:jc w:val="both"/>
        <w:textAlignment w:val="center"/>
        <w:rPr>
          <w:color w:val="000000"/>
        </w:rPr>
      </w:pPr>
      <w:r>
        <w:rPr>
          <w:rFonts w:ascii="楷体" w:hAnsi="楷体" w:eastAsia="楷体" w:cs="楷体"/>
          <w:color w:val="000000"/>
        </w:rPr>
        <w:t>⑧父亲还说，自己去上海打工，在码头上装货卸货，用的也是它。船与码头之间，搭着一尺宽的跳板，挑着担子走在上面，没经验的，腿会发抖，一不小心，就会栽下河。经验从哪里来？练呀。巷子里放几条长板凳，连在一起，权当跳板。徒手走，挑着担子走，闭了眼睛走，练腿劲，练胆量。</w:t>
      </w:r>
    </w:p>
    <w:p>
      <w:pPr>
        <w:spacing w:line="360" w:lineRule="auto"/>
        <w:ind w:firstLine="420"/>
        <w:jc w:val="both"/>
        <w:textAlignment w:val="center"/>
        <w:rPr>
          <w:color w:val="000000"/>
        </w:rPr>
      </w:pPr>
      <w:r>
        <w:rPr>
          <w:rFonts w:ascii="楷体" w:hAnsi="楷体" w:eastAsia="楷体" w:cs="楷体"/>
          <w:color w:val="000000"/>
        </w:rPr>
        <w:t>⑨后来，我去北京念大学，因事陷入困境，我写信给父亲，说不想念书了，干脆回家种田。父亲回信：“人都有七灾八难，捆起来经住打，‘</w:t>
      </w:r>
      <w:r>
        <w:rPr>
          <w:rFonts w:ascii="楷体" w:hAnsi="楷体" w:eastAsia="楷体" w:cs="楷体"/>
          <w:color w:val="000000"/>
          <w:u w:val="wave"/>
        </w:rPr>
        <w:t>牙打碎了往肚子里咽</w:t>
      </w:r>
      <w:r>
        <w:rPr>
          <w:rFonts w:ascii="楷体" w:hAnsi="楷体" w:eastAsia="楷体" w:cs="楷体"/>
          <w:color w:val="000000"/>
        </w:rPr>
        <w:t>’，挺一挺就过去了。大丈夫要能伸能屈，‘</w:t>
      </w:r>
      <w:r>
        <w:rPr>
          <w:rFonts w:ascii="楷体" w:hAnsi="楷体" w:eastAsia="楷体" w:cs="楷体"/>
          <w:color w:val="000000"/>
          <w:u w:val="wave"/>
        </w:rPr>
        <w:t>一根扁担能睡三个人</w:t>
      </w:r>
      <w:r>
        <w:rPr>
          <w:rFonts w:ascii="楷体" w:hAnsi="楷体" w:eastAsia="楷体" w:cs="楷体"/>
          <w:color w:val="000000"/>
        </w:rPr>
        <w:t>’，天无绝人之路。”</w:t>
      </w:r>
    </w:p>
    <w:p>
      <w:pPr>
        <w:spacing w:line="360" w:lineRule="auto"/>
        <w:ind w:firstLine="420"/>
        <w:jc w:val="both"/>
        <w:textAlignment w:val="center"/>
        <w:rPr>
          <w:color w:val="000000"/>
        </w:rPr>
      </w:pPr>
      <w:r>
        <w:rPr>
          <w:rFonts w:ascii="楷体" w:hAnsi="楷体" w:eastAsia="楷体" w:cs="楷体"/>
          <w:color w:val="000000"/>
        </w:rPr>
        <w:t>⑩“一根扁担能睡三个人”，这句话给了我力量。我后来遇到过更难的苦境、逆境，也都是凭了这种信念，咬牙度过。</w:t>
      </w:r>
    </w:p>
    <w:p>
      <w:pPr>
        <w:spacing w:line="360" w:lineRule="auto"/>
        <w:ind w:firstLine="420"/>
        <w:jc w:val="both"/>
        <w:textAlignment w:val="center"/>
        <w:rPr>
          <w:color w:val="000000"/>
        </w:rPr>
      </w:pPr>
      <w:r>
        <w:rPr>
          <w:rFonts w:ascii="楷体" w:hAnsi="楷体" w:eastAsia="楷体" w:cs="楷体"/>
          <w:color w:val="000000"/>
        </w:rPr>
        <w:t>⑪</w:t>
      </w:r>
      <w:r>
        <w:rPr>
          <w:rFonts w:ascii="楷体" w:hAnsi="楷体" w:eastAsia="楷体" w:cs="楷体"/>
          <w:color w:val="000000"/>
          <w:u w:val="single"/>
        </w:rPr>
        <w:t>晚岁揽镜，发现我和父亲竟然有几分相像，而且是愈老愈挂相</w:t>
      </w:r>
      <w:r>
        <w:rPr>
          <w:rFonts w:ascii="楷体" w:hAnsi="楷体" w:eastAsia="楷体" w:cs="楷体"/>
          <w:color w:val="000000"/>
        </w:rPr>
        <w:t>。当初为什么觉得不像呢？这是因为，那时我面对的是父亲的不惑之年或天命之秋，以我之稚嫩，去比照岁月的沧桑，当然是合不上辙的。如今我已迈入耄耋[2]，五官逐渐向父亲趋同，总归是基因相承，血浓于水，繁华落尽，露了本色。</w:t>
      </w:r>
    </w:p>
    <w:p>
      <w:pPr>
        <w:spacing w:line="360" w:lineRule="auto"/>
        <w:ind w:firstLine="420"/>
        <w:jc w:val="both"/>
        <w:textAlignment w:val="center"/>
        <w:rPr>
          <w:color w:val="000000"/>
        </w:rPr>
      </w:pPr>
      <w:r>
        <w:rPr>
          <w:rFonts w:ascii="楷体" w:hAnsi="楷体" w:eastAsia="楷体" w:cs="楷体"/>
          <w:color w:val="000000"/>
        </w:rPr>
        <w:t>⑫岁月是一根长长的扁担，父亲在那头，我在这头。</w:t>
      </w:r>
    </w:p>
    <w:p>
      <w:pPr>
        <w:spacing w:line="360" w:lineRule="auto"/>
        <w:jc w:val="right"/>
        <w:textAlignment w:val="center"/>
        <w:rPr>
          <w:color w:val="000000"/>
        </w:rPr>
      </w:pPr>
      <w:r>
        <w:rPr>
          <w:rFonts w:ascii="宋体" w:hAnsi="宋体" w:eastAsia="宋体" w:cs="宋体"/>
          <w:color w:val="000000"/>
        </w:rPr>
        <w:t>（节选自《光明日报》，有删改）</w:t>
      </w:r>
    </w:p>
    <w:p>
      <w:pPr>
        <w:spacing w:line="360" w:lineRule="auto"/>
        <w:jc w:val="both"/>
        <w:textAlignment w:val="center"/>
        <w:rPr>
          <w:color w:val="000000"/>
        </w:rPr>
      </w:pPr>
      <w:r>
        <w:rPr>
          <w:rFonts w:ascii="宋体" w:hAnsi="宋体" w:eastAsia="宋体" w:cs="宋体"/>
          <w:color w:val="000000"/>
        </w:rPr>
        <w:t>注：[1]沐猴而冠：沐猴（猕猴）戴帽子，装成人的样子比喻表面上装扮得像个人物，而实际并不像。[2]耄耋：指老年；高龄。</w:t>
      </w:r>
    </w:p>
    <w:p>
      <w:pPr>
        <w:spacing w:line="360" w:lineRule="auto"/>
        <w:jc w:val="left"/>
        <w:textAlignment w:val="center"/>
        <w:rPr>
          <w:color w:val="000000"/>
        </w:rPr>
      </w:pPr>
      <w:r>
        <w:rPr>
          <w:color w:val="000000"/>
        </w:rPr>
        <w:t xml:space="preserve">17. </w:t>
      </w:r>
      <w:r>
        <w:rPr>
          <w:rFonts w:ascii="宋体" w:hAnsi="宋体" w:eastAsia="宋体" w:cs="宋体"/>
          <w:color w:val="000000"/>
        </w:rPr>
        <w:t>本文作者回忆了父亲一生中对我有重要影响的事情，依次为：</w:t>
      </w:r>
    </w:p>
    <w:p>
      <w:pPr>
        <w:spacing w:line="360" w:lineRule="auto"/>
        <w:jc w:val="both"/>
        <w:textAlignment w:val="center"/>
        <w:rPr>
          <w:color w:val="000000"/>
        </w:rPr>
      </w:pPr>
      <w:r>
        <w:rPr>
          <w:rFonts w:ascii="宋体" w:hAnsi="宋体" w:eastAsia="宋体" w:cs="宋体"/>
          <w:color w:val="000000"/>
        </w:rPr>
        <w:t xml:space="preserve">①佯装打“我”→② </w:t>
      </w:r>
      <w:r>
        <w:rPr>
          <w:color w:val="000000"/>
        </w:rPr>
        <w:t>________</w:t>
      </w:r>
      <w:r>
        <w:rPr>
          <w:rFonts w:ascii="宋体" w:hAnsi="宋体" w:eastAsia="宋体" w:cs="宋体"/>
          <w:color w:val="000000"/>
        </w:rPr>
        <w:t>→③</w:t>
      </w:r>
      <w:r>
        <w:rPr>
          <w:color w:val="000000"/>
        </w:rPr>
        <w:t>________</w:t>
      </w:r>
      <w:r>
        <w:rPr>
          <w:rFonts w:ascii="宋体" w:hAnsi="宋体" w:eastAsia="宋体" w:cs="宋体"/>
          <w:color w:val="000000"/>
        </w:rPr>
        <w:t xml:space="preserve"> →④</w:t>
      </w:r>
      <w:r>
        <w:rPr>
          <w:color w:val="000000"/>
        </w:rPr>
        <w:t>________</w:t>
      </w:r>
      <w:r>
        <w:rPr>
          <w:rFonts w:ascii="宋体" w:hAnsi="宋体" w:eastAsia="宋体" w:cs="宋体"/>
          <w:color w:val="000000"/>
        </w:rPr>
        <w:t xml:space="preserve"> →⑤回信鼓励“我”</w:t>
      </w:r>
    </w:p>
    <w:p>
      <w:pPr>
        <w:spacing w:line="360" w:lineRule="auto"/>
        <w:jc w:val="left"/>
        <w:textAlignment w:val="center"/>
        <w:rPr>
          <w:color w:val="000000"/>
        </w:rPr>
      </w:pPr>
      <w:r>
        <w:rPr>
          <w:color w:val="000000"/>
        </w:rPr>
        <w:t xml:space="preserve">18. </w:t>
      </w:r>
      <w:r>
        <w:rPr>
          <w:rFonts w:ascii="宋体" w:hAnsi="宋体" w:eastAsia="宋体" w:cs="宋体"/>
          <w:color w:val="000000"/>
        </w:rPr>
        <w:t>下列对文章内容的理解有误的一项是（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“我”出于好奇心，曾无数次偷着试戴父亲的礼帽。</w:t>
      </w:r>
    </w:p>
    <w:p>
      <w:pPr>
        <w:spacing w:line="360" w:lineRule="auto"/>
        <w:jc w:val="left"/>
        <w:textAlignment w:val="center"/>
        <w:rPr>
          <w:color w:val="000000"/>
        </w:rPr>
      </w:pPr>
      <w:r>
        <w:rPr>
          <w:color w:val="000000"/>
        </w:rPr>
        <w:t xml:space="preserve">B. </w:t>
      </w:r>
      <w:r>
        <w:rPr>
          <w:rFonts w:ascii="宋体" w:hAnsi="宋体" w:eastAsia="宋体" w:cs="宋体"/>
          <w:color w:val="000000"/>
        </w:rPr>
        <w:t>父亲对四弟的“劣行”没有呵斥，是因为父亲认为对孩子一时的过错无须理会。</w:t>
      </w:r>
    </w:p>
    <w:p>
      <w:pPr>
        <w:spacing w:line="360" w:lineRule="auto"/>
        <w:jc w:val="left"/>
        <w:textAlignment w:val="center"/>
        <w:rPr>
          <w:color w:val="000000"/>
        </w:rPr>
      </w:pPr>
      <w:r>
        <w:rPr>
          <w:color w:val="000000"/>
        </w:rPr>
        <w:t xml:space="preserve">C. </w:t>
      </w:r>
      <w:r>
        <w:rPr>
          <w:rFonts w:ascii="宋体" w:hAnsi="宋体" w:eastAsia="宋体" w:cs="宋体"/>
          <w:color w:val="000000"/>
        </w:rPr>
        <w:t>第⑥段父亲讲述“秦穆饮盗马”的故事，告诉“我”做人要宽厚仁德，与人为善。</w:t>
      </w:r>
    </w:p>
    <w:p>
      <w:pPr>
        <w:spacing w:line="360" w:lineRule="auto"/>
        <w:jc w:val="left"/>
        <w:textAlignment w:val="center"/>
        <w:rPr>
          <w:color w:val="000000"/>
        </w:rPr>
      </w:pPr>
      <w:r>
        <w:rPr>
          <w:color w:val="000000"/>
        </w:rPr>
        <w:t xml:space="preserve">D. </w:t>
      </w:r>
      <w:r>
        <w:rPr>
          <w:rFonts w:ascii="宋体" w:hAnsi="宋体" w:eastAsia="宋体" w:cs="宋体"/>
          <w:color w:val="000000"/>
        </w:rPr>
        <w:t>父亲在回信中说“一根扁担能睡三个人”，勉励“我”面对困难要积极乐观，不退缩。</w:t>
      </w:r>
    </w:p>
    <w:p>
      <w:pPr>
        <w:spacing w:line="360" w:lineRule="auto"/>
        <w:jc w:val="left"/>
        <w:textAlignment w:val="center"/>
        <w:rPr>
          <w:color w:val="000000"/>
        </w:rPr>
      </w:pPr>
      <w:r>
        <w:rPr>
          <w:color w:val="000000"/>
        </w:rPr>
        <w:t xml:space="preserve">19. </w:t>
      </w:r>
      <w:r>
        <w:rPr>
          <w:rFonts w:ascii="宋体" w:hAnsi="宋体" w:eastAsia="宋体" w:cs="宋体"/>
          <w:color w:val="000000"/>
        </w:rPr>
        <w:t>文章开头写到，小时候“没人说我长得像父亲”；末尾则说“晚岁揽镜，发现我和父亲竟然有几分相像，而且是愈老愈挂相”。你是如何理解“我”外貌的变化的？</w:t>
      </w:r>
    </w:p>
    <w:p>
      <w:pPr>
        <w:spacing w:line="360" w:lineRule="auto"/>
        <w:jc w:val="left"/>
        <w:textAlignment w:val="center"/>
        <w:rPr>
          <w:color w:val="000000"/>
        </w:rPr>
      </w:pPr>
      <w:r>
        <w:rPr>
          <w:color w:val="000000"/>
        </w:rPr>
        <w:t xml:space="preserve">20. </w:t>
      </w:r>
      <w:r>
        <w:rPr>
          <w:rFonts w:ascii="宋体" w:hAnsi="宋体" w:eastAsia="宋体" w:cs="宋体"/>
          <w:color w:val="000000"/>
        </w:rPr>
        <w:t>文中作者引用了很多俗语，语言诙谐幽默，通俗易懂又蕴含人生哲理。请从文中画曲线的句子中任选一句，结合文中具体内容，谈谈你的理解。</w:t>
      </w:r>
    </w:p>
    <w:p>
      <w:pPr>
        <w:spacing w:line="360" w:lineRule="auto"/>
        <w:textAlignment w:val="center"/>
        <w:rPr>
          <w:color w:val="000000"/>
        </w:rPr>
      </w:pPr>
      <w:r>
        <w:rPr>
          <w:color w:val="2E75B6"/>
        </w:rPr>
        <w:t>【答案】</w:t>
      </w:r>
      <w:r>
        <w:rPr>
          <w:color w:val="000000"/>
        </w:rPr>
        <w:t xml:space="preserve">17.     ①. </w:t>
      </w:r>
      <w:r>
        <w:rPr>
          <w:rFonts w:ascii="宋体" w:hAnsi="宋体" w:eastAsia="宋体" w:cs="宋体"/>
          <w:color w:val="000000"/>
        </w:rPr>
        <w:t>父亲对四弟的“劣行”视若无睹；</w:t>
      </w:r>
      <w:r>
        <w:rPr>
          <w:color w:val="000000"/>
        </w:rPr>
        <w:t xml:space="preserve">    ②. </w:t>
      </w:r>
      <w:r>
        <w:rPr>
          <w:rFonts w:ascii="宋体" w:hAnsi="宋体" w:eastAsia="宋体" w:cs="宋体"/>
          <w:color w:val="000000"/>
        </w:rPr>
        <w:t>2父亲给“我”讲故事</w:t>
      </w:r>
      <w:r>
        <w:rPr>
          <w:color w:val="000000"/>
        </w:rPr>
        <w:t xml:space="preserve">    ③. </w:t>
      </w:r>
      <w:r>
        <w:rPr>
          <w:rFonts w:ascii="宋体" w:hAnsi="宋体" w:eastAsia="宋体" w:cs="宋体"/>
          <w:color w:val="000000"/>
        </w:rPr>
        <w:t>父亲去上海码头装货卸货</w:t>
      </w:r>
      <w:r>
        <w:rPr>
          <w:color w:val="000000"/>
        </w:rPr>
        <w:t xml:space="preserve">    18. B    </w:t>
      </w:r>
    </w:p>
    <w:p>
      <w:pPr>
        <w:spacing w:line="360" w:lineRule="auto"/>
        <w:textAlignment w:val="center"/>
        <w:rPr>
          <w:color w:val="000000"/>
        </w:rPr>
      </w:pPr>
      <w:r>
        <w:rPr>
          <w:color w:val="000000"/>
        </w:rPr>
        <w:t xml:space="preserve">19. </w:t>
      </w:r>
      <w:r>
        <w:rPr>
          <w:rFonts w:ascii="宋体" w:hAnsi="宋体" w:eastAsia="宋体" w:cs="宋体"/>
          <w:color w:val="000000"/>
        </w:rPr>
        <w:t>作者经过岁月的洗礼，不仅容貌像父亲，更重要的是传承了父亲面对坎坷艰难时积极的人生态度、大度地处理人际关系的为人处世方式。</w:t>
      </w:r>
      <w:r>
        <w:rPr>
          <w:color w:val="000000"/>
        </w:rPr>
        <w:t xml:space="preserve">    </w:t>
      </w:r>
    </w:p>
    <w:p>
      <w:pPr>
        <w:spacing w:line="360" w:lineRule="auto"/>
        <w:textAlignment w:val="center"/>
        <w:rPr>
          <w:color w:val="000000"/>
        </w:rPr>
      </w:pPr>
      <w:r>
        <w:rPr>
          <w:color w:val="000000"/>
        </w:rPr>
        <w:t xml:space="preserve">20. </w:t>
      </w:r>
      <w:r>
        <w:rPr>
          <w:rFonts w:ascii="宋体" w:hAnsi="宋体" w:eastAsia="宋体" w:cs="宋体"/>
          <w:color w:val="000000"/>
        </w:rPr>
        <w:t>文章多处引用俗语、谚语，让文章通俗易懂、诙谐有趣。如第“行要好伴，住要好邻”“ 恼个邻居瞎只眼 ”段写“行要好伴，住要好邻”“恼个邻居瞎只眼 ”幽默表达邻里之间关系的重要性。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rFonts w:ascii="宋体" w:hAnsi="宋体" w:eastAsia="宋体" w:cs="宋体"/>
          <w:color w:val="000000"/>
        </w:rPr>
        <w:t>本题考查信息梳理与概括提炼能力。</w:t>
      </w:r>
    </w:p>
    <w:p>
      <w:pPr>
        <w:spacing w:line="360" w:lineRule="auto"/>
        <w:jc w:val="left"/>
        <w:textAlignment w:val="center"/>
        <w:rPr>
          <w:color w:val="000000"/>
        </w:rPr>
      </w:pPr>
      <w:r>
        <w:rPr>
          <w:rFonts w:ascii="宋体" w:hAnsi="宋体" w:eastAsia="宋体" w:cs="宋体"/>
          <w:color w:val="000000"/>
        </w:rPr>
        <w:t>从第③段“夏日晚间，一帮小孩捉迷藏……见了面，老远扬起右手，作狠抽狠揍状。我晓得……父亲的巴掌不会落下，吓唬而已。父亲从来没有打过我，也没有打过弟弟”可知，这里回忆父亲一生中对“我”有重要影响的事情是；佯装打“我”；</w:t>
      </w:r>
    </w:p>
    <w:p>
      <w:pPr>
        <w:spacing w:line="360" w:lineRule="auto"/>
        <w:jc w:val="left"/>
        <w:textAlignment w:val="center"/>
        <w:rPr>
          <w:color w:val="000000"/>
        </w:rPr>
      </w:pPr>
      <w:r>
        <w:rPr>
          <w:rFonts w:ascii="宋体" w:hAnsi="宋体" w:eastAsia="宋体" w:cs="宋体"/>
          <w:color w:val="000000"/>
        </w:rPr>
        <w:t>从第③段“然而父亲对四弟的‘劣行’没有呵斥，只是温和劝诫……因此，对一时过错无须责打，重在以身作则，言传身教。果然，四弟上学后，各方面表现皆优”可知，这里回忆父亲一生中对“我”有重要影响的事情是；父亲对四弟的“劣行”视若无睹；</w:t>
      </w:r>
    </w:p>
    <w:p>
      <w:pPr>
        <w:spacing w:line="360" w:lineRule="auto"/>
        <w:jc w:val="left"/>
        <w:textAlignment w:val="center"/>
        <w:rPr>
          <w:color w:val="000000"/>
        </w:rPr>
      </w:pPr>
      <w:r>
        <w:rPr>
          <w:rFonts w:ascii="宋体" w:hAnsi="宋体" w:eastAsia="宋体" w:cs="宋体"/>
          <w:color w:val="000000"/>
        </w:rPr>
        <w:t>从第⑤段“为人处世，父亲常讲，……小肚鸡肠成不了大事。他跟我讲过一个故事，特别强调，是祖上传下来的”、第⑦段“这个故事，令我想到祖父的待人接物……”可知，这里回忆父亲一生中对“我”有重要影响的事情是；父亲给“我”讲故事；</w:t>
      </w:r>
    </w:p>
    <w:p>
      <w:pPr>
        <w:spacing w:line="360" w:lineRule="auto"/>
        <w:jc w:val="left"/>
        <w:textAlignment w:val="center"/>
        <w:rPr>
          <w:color w:val="000000"/>
        </w:rPr>
      </w:pPr>
      <w:r>
        <w:rPr>
          <w:rFonts w:ascii="宋体" w:hAnsi="宋体" w:eastAsia="宋体" w:cs="宋体"/>
          <w:color w:val="000000"/>
        </w:rPr>
        <w:t>从第⑧段“父亲还说，自己去上海打工，在码头上装货卸货，用的也是它。……练呀。巷子里放几条长板凳，连在一起，权当跳板。徒手走，挑着担子走，闭了眼睛走，练腿劲，练胆量”可知，这里回忆父亲一生中对“我”有重要影响的事情是；父亲去上海码头装货卸货；</w:t>
      </w:r>
    </w:p>
    <w:p>
      <w:pPr>
        <w:spacing w:line="360" w:lineRule="auto"/>
        <w:jc w:val="left"/>
        <w:textAlignment w:val="center"/>
        <w:rPr>
          <w:color w:val="000000"/>
        </w:rPr>
      </w:pPr>
      <w:r>
        <w:rPr>
          <w:rFonts w:ascii="宋体" w:hAnsi="宋体" w:eastAsia="宋体" w:cs="宋体"/>
          <w:color w:val="000000"/>
        </w:rPr>
        <w:t>从第⑨段“人都有七灾八难，捆起来经住打，‘牙打碎了往肚子里咽’，挺一挺就过去了。大丈夫要能伸能屈，‘一根扁担能睡三个人’，天无绝人之路。”可知，这里回忆父亲一生中对“我”有重要影响的事情是；回信鼓励“我”。</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本题考查理解分析能力。</w:t>
      </w:r>
    </w:p>
    <w:p>
      <w:pPr>
        <w:spacing w:line="360" w:lineRule="auto"/>
        <w:jc w:val="left"/>
        <w:textAlignment w:val="center"/>
        <w:rPr>
          <w:color w:val="000000"/>
        </w:rPr>
      </w:pPr>
      <w:r>
        <w:rPr>
          <w:color w:val="000000"/>
        </w:rPr>
        <w:t>B.</w:t>
      </w:r>
      <w:r>
        <w:rPr>
          <w:rFonts w:ascii="宋体" w:hAnsi="宋体" w:eastAsia="宋体" w:cs="宋体"/>
          <w:color w:val="000000"/>
        </w:rPr>
        <w:t>“……是因为父亲认为对孩子一时的过错无须理会”表述错误。从“他有一句挂在嘴边的话：‘牛大自耕田。’因此，对一时过错无须责打，重在以身作则，言传身教可知，父亲不呵斥四弟，是因为他认为，以身作则，言传身教比直接批评指责更有效果，并不是“对孩子一时的过错无须理会”。</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rFonts w:ascii="宋体" w:hAnsi="宋体" w:eastAsia="宋体" w:cs="宋体"/>
          <w:color w:val="000000"/>
        </w:rPr>
        <w:t>本题考查理解分析能力。</w:t>
      </w:r>
    </w:p>
    <w:p>
      <w:pPr>
        <w:spacing w:line="360" w:lineRule="auto"/>
        <w:jc w:val="left"/>
        <w:textAlignment w:val="center"/>
        <w:rPr>
          <w:color w:val="000000"/>
        </w:rPr>
      </w:pPr>
      <w:r>
        <w:rPr>
          <w:rFonts w:ascii="宋体" w:hAnsi="宋体" w:eastAsia="宋体" w:cs="宋体"/>
          <w:color w:val="000000"/>
        </w:rPr>
        <w:t>从第①段“除了身高不及，脸型也不像，父亲的脸明显偏长，我的脸则近似于圆；五官也不像，父亲的线条是儒家的，外柔而内刚，我的线条却是刚的，更准确地说，是粗糙的；脾性也不像，父亲诙谐、幽默，我则木讷、无趣”可知，小时候“没人说我长得像父亲”是因为，“我”和他除了身高不同外，脸型也不像，五官也不像，脾性也不像。</w:t>
      </w:r>
    </w:p>
    <w:p>
      <w:pPr>
        <w:spacing w:line="360" w:lineRule="auto"/>
        <w:jc w:val="left"/>
        <w:textAlignment w:val="center"/>
        <w:rPr>
          <w:color w:val="000000"/>
        </w:rPr>
      </w:pPr>
      <w:r>
        <w:rPr>
          <w:rFonts w:ascii="宋体" w:hAnsi="宋体" w:eastAsia="宋体" w:cs="宋体"/>
          <w:color w:val="000000"/>
        </w:rPr>
        <w:t>再从第⑪段“如今我已迈入耄耋，五官逐渐向父亲趋同，总归是基因相承，血浓于水，繁华落尽，露了本色。”可知，作者经过岁月的洗礼，不仅容貌像父亲，更重要的是传承了父亲面对坎坷艰难时积极的人生态度、大度地处理人际关系的为人处世方式。</w:t>
      </w:r>
    </w:p>
    <w:p>
      <w:pPr>
        <w:spacing w:line="360" w:lineRule="auto"/>
        <w:jc w:val="left"/>
        <w:textAlignment w:val="center"/>
        <w:rPr>
          <w:color w:val="000000"/>
        </w:rPr>
      </w:pPr>
      <w:r>
        <w:rPr>
          <w:rFonts w:ascii="宋体" w:hAnsi="宋体" w:eastAsia="宋体" w:cs="宋体"/>
          <w:color w:val="000000"/>
        </w:rPr>
        <w:t>综上分析概括作答即可。</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rFonts w:ascii="宋体" w:hAnsi="宋体" w:eastAsia="宋体" w:cs="宋体"/>
          <w:color w:val="000000"/>
        </w:rPr>
        <w:t>本题考查文章语言风格的理解。</w:t>
      </w:r>
    </w:p>
    <w:p>
      <w:pPr>
        <w:spacing w:line="360" w:lineRule="auto"/>
        <w:jc w:val="left"/>
        <w:textAlignment w:val="center"/>
        <w:rPr>
          <w:color w:val="000000"/>
        </w:rPr>
      </w:pPr>
      <w:r>
        <w:rPr>
          <w:rFonts w:ascii="宋体" w:hAnsi="宋体" w:eastAsia="宋体" w:cs="宋体"/>
          <w:color w:val="000000"/>
        </w:rPr>
        <w:t>从第①段写“有其父，必有其子”，可知，幽默引出进而表达“先天不足”父子之间</w:t>
      </w:r>
      <w:r>
        <w:rPr>
          <w:rFonts w:ascii="宋体" w:hAnsi="宋体" w:eastAsia="宋体" w:cs="宋体"/>
          <w:color w:val="000000"/>
          <w:position w:val="0"/>
        </w:rPr>
        <w:drawing>
          <wp:inline distT="0" distB="0" distL="114300" distR="114300">
            <wp:extent cx="133350" cy="177800"/>
            <wp:effectExtent l="0" t="0" r="0" b="13335"/>
            <wp:docPr id="1677"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图片 100011"/>
                    <pic:cNvPicPr>
                      <a:picLocks noChangeAspect="1"/>
                    </pic:cNvPicPr>
                  </pic:nvPicPr>
                  <pic:blipFill>
                    <a:blip r:embed="rId18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不同，第③段“唱戏的吹胡子——假生气”，幽默地表达出父亲的教子方式，第⑨段“牙打碎了往肚子里咽”则形象地表达出人在困难前要能坚持承受等内容。所以，文章多处引用俗语、谚语，让文章通俗易懂、诙谐有趣。</w:t>
      </w:r>
      <w:r>
        <w:rPr>
          <w:color w:val="000000"/>
        </w:rPr>
        <w:br w:type="textWrapp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167.png"/><Relationship Id="rId10" Type="http://schemas.openxmlformats.org/officeDocument/2006/relationships/image" Target="media/x168.png"/><Relationship Id="rId11" Type="http://schemas.openxmlformats.org/officeDocument/2006/relationships/image" Target="media/x169.png"/><Relationship Id="rId12" Type="http://schemas.openxmlformats.org/officeDocument/2006/relationships/image" Target="media/x170.wmf"/><Relationship Id="rId13" Type="http://schemas.openxmlformats.org/officeDocument/2006/relationships/image" Target="media/x171.wmf"/><Relationship Id="rId14" Type="http://schemas.openxmlformats.org/officeDocument/2006/relationships/image" Target="media/x172.wmf"/><Relationship Id="rId15" Type="http://schemas.openxmlformats.org/officeDocument/2006/relationships/image" Target="media/x173.wmf"/><Relationship Id="rId16" Type="http://schemas.openxmlformats.org/officeDocument/2006/relationships/image" Target="media/x174.png"/><Relationship Id="rId17" Type="http://schemas.openxmlformats.org/officeDocument/2006/relationships/image" Target="media/x175.wmf"/><Relationship Id="rId18" Type="http://schemas.openxmlformats.org/officeDocument/2006/relationships/image" Target="media/x176.wmf"/><Relationship Id="rId19" Type="http://schemas.openxmlformats.org/officeDocument/2006/relationships/image" Target="media/x177.wmf"/><Relationship Id="rId20" Type="http://schemas.openxmlformats.org/officeDocument/2006/relationships/image" Target="media/x178.png"/><Relationship Id="rId21" Type="http://schemas.openxmlformats.org/officeDocument/2006/relationships/image" Target="media/x179.wmf"/><Relationship Id="rId22" Type="http://schemas.openxmlformats.org/officeDocument/2006/relationships/image" Target="media/x180.wmf"/><Relationship Id="rId23" Type="http://schemas.openxmlformats.org/officeDocument/2006/relationships/image" Target="media/x181.wmf"/><Relationship Id="rId24" Type="http://schemas.openxmlformats.org/officeDocument/2006/relationships/image" Target="media/x182.wmf"/><Relationship Id="rId25" Type="http://schemas.openxmlformats.org/officeDocument/2006/relationships/image" Target="media/x183.wmf"/><Relationship Id="rId26" Type="http://schemas.openxmlformats.org/officeDocument/2006/relationships/image" Target="media/x184.wmf"/><Relationship Id="rId27" Type="http://schemas.openxmlformats.org/officeDocument/2006/relationships/image" Target="media/x185.png"/><Relationship Id="rId28" Type="http://schemas.openxmlformats.org/officeDocument/2006/relationships/image" Target="media/x186.wmf"/><Relationship Id="rId29" Type="http://schemas.openxmlformats.org/officeDocument/2006/relationships/image" Target="media/x187.png"/><Relationship Id="rId30" Type="http://schemas.openxmlformats.org/officeDocument/2006/relationships/image" Target="media/x188.png"/><Relationship Id="rId31" Type="http://schemas.openxmlformats.org/officeDocument/2006/relationships/image" Target="media/x189.png"/><Relationship Id="rId32" Type="http://schemas.openxmlformats.org/officeDocument/2006/relationships/image" Target="media/x190.png"/><Relationship Id="rId33" Type="http://schemas.openxmlformats.org/officeDocument/2006/relationships/image" Target="media/x191.png"/><Relationship Id="rId34" Type="http://schemas.openxmlformats.org/officeDocument/2006/relationships/image" Target="media/x192.wmf"/><Relationship Id="rId35" Type="http://schemas.openxmlformats.org/officeDocument/2006/relationships/image" Target="media/x193.wmf"/><Relationship Id="rId36" Type="http://schemas.openxmlformats.org/officeDocument/2006/relationships/image" Target="media/x194.wmf"/><Relationship Id="rId37" Type="http://schemas.openxmlformats.org/officeDocument/2006/relationships/image" Target="media/x195.wmf"/><Relationship Id="rId38" Type="http://schemas.openxmlformats.org/officeDocument/2006/relationships/image" Target="media/x196.wmf"/><Relationship Id="rId39" Type="http://schemas.openxmlformats.org/officeDocument/2006/relationships/image" Target="media/x197.wmf"/><Relationship Id="rId40" Type="http://schemas.openxmlformats.org/officeDocument/2006/relationships/image" Target="media/x198.png"/><Relationship Id="rId41" Type="http://schemas.openxmlformats.org/officeDocument/2006/relationships/image" Target="media/x199.wmf"/><Relationship Id="rId42" Type="http://schemas.openxmlformats.org/officeDocument/2006/relationships/image" Target="media/x200.wmf"/><Relationship Id="rId43" Type="http://schemas.openxmlformats.org/officeDocument/2006/relationships/image" Target="media/x201.wmf"/><Relationship Id="rId44" Type="http://schemas.openxmlformats.org/officeDocument/2006/relationships/image" Target="media/x202.png"/><Relationship Id="rId45" Type="http://schemas.openxmlformats.org/officeDocument/2006/relationships/image" Target="media/x203.wmf"/><Relationship Id="rId46" Type="http://schemas.openxmlformats.org/officeDocument/2006/relationships/image" Target="media/x204.wmf"/><Relationship Id="rId47" Type="http://schemas.openxmlformats.org/officeDocument/2006/relationships/image" Target="media/x205.wmf"/><Relationship Id="rId48" Type="http://schemas.openxmlformats.org/officeDocument/2006/relationships/image" Target="media/x206.wmf"/><Relationship Id="rId49" Type="http://schemas.openxmlformats.org/officeDocument/2006/relationships/image" Target="media/x207.wmf"/><Relationship Id="rId50" Type="http://schemas.openxmlformats.org/officeDocument/2006/relationships/image" Target="media/x208.wmf"/><Relationship Id="rId51" Type="http://schemas.openxmlformats.org/officeDocument/2006/relationships/image" Target="media/x209.wmf"/><Relationship Id="rId52" Type="http://schemas.openxmlformats.org/officeDocument/2006/relationships/image" Target="media/x210.wmf"/><Relationship Id="rId53" Type="http://schemas.openxmlformats.org/officeDocument/2006/relationships/image" Target="media/x211.wmf"/><Relationship Id="rId54" Type="http://schemas.openxmlformats.org/officeDocument/2006/relationships/image" Target="media/x212.png"/><Relationship Id="rId55" Type="http://schemas.openxmlformats.org/officeDocument/2006/relationships/image" Target="media/x213.png"/><Relationship Id="rId56" Type="http://schemas.openxmlformats.org/officeDocument/2006/relationships/image" Target="media/x214.png"/><Relationship Id="rId57" Type="http://schemas.openxmlformats.org/officeDocument/2006/relationships/image" Target="media/x215.wmf"/><Relationship Id="rId58" Type="http://schemas.openxmlformats.org/officeDocument/2006/relationships/image" Target="media/x216.wmf"/><Relationship Id="rId59" Type="http://schemas.openxmlformats.org/officeDocument/2006/relationships/image" Target="media/x217.png"/><Relationship Id="rId60" Type="http://schemas.openxmlformats.org/officeDocument/2006/relationships/image" Target="media/x218.png"/><Relationship Id="rId61" Type="http://schemas.openxmlformats.org/officeDocument/2006/relationships/image" Target="media/x219.wmf"/><Relationship Id="rId62" Type="http://schemas.openxmlformats.org/officeDocument/2006/relationships/image" Target="media/x220.wmf"/><Relationship Id="rId63" Type="http://schemas.openxmlformats.org/officeDocument/2006/relationships/image" Target="media/x221.png"/><Relationship Id="rId64" Type="http://schemas.openxmlformats.org/officeDocument/2006/relationships/image" Target="media/x222.png"/><Relationship Id="rId65" Type="http://schemas.openxmlformats.org/officeDocument/2006/relationships/image" Target="media/x223.wmf"/><Relationship Id="rId66" Type="http://schemas.openxmlformats.org/officeDocument/2006/relationships/image" Target="media/x224.wmf"/><Relationship Id="rId67" Type="http://schemas.openxmlformats.org/officeDocument/2006/relationships/image" Target="media/x225.png"/><Relationship Id="rId68" Type="http://schemas.openxmlformats.org/officeDocument/2006/relationships/image" Target="media/x226.wmf"/><Relationship Id="rId69" Type="http://schemas.openxmlformats.org/officeDocument/2006/relationships/image" Target="media/x227.png"/><Relationship Id="rId70" Type="http://schemas.openxmlformats.org/officeDocument/2006/relationships/image" Target="media/x228.wmf"/><Relationship Id="rId71" Type="http://schemas.openxmlformats.org/officeDocument/2006/relationships/image" Target="media/x229.png"/><Relationship Id="rId72" Type="http://schemas.openxmlformats.org/officeDocument/2006/relationships/image" Target="media/x230.wmf"/><Relationship Id="rId73" Type="http://schemas.openxmlformats.org/officeDocument/2006/relationships/image" Target="media/x231.png"/><Relationship Id="rId74" Type="http://schemas.openxmlformats.org/officeDocument/2006/relationships/image" Target="media/x232.wmf"/><Relationship Id="rId75" Type="http://schemas.openxmlformats.org/officeDocument/2006/relationships/image" Target="media/x233.wmf"/><Relationship Id="rId76" Type="http://schemas.openxmlformats.org/officeDocument/2006/relationships/image" Target="media/x234.wmf"/><Relationship Id="rId77" Type="http://schemas.openxmlformats.org/officeDocument/2006/relationships/image" Target="media/x235.wmf"/><Relationship Id="rId78" Type="http://schemas.openxmlformats.org/officeDocument/2006/relationships/image" Target="media/x236.wmf"/><Relationship Id="rId79" Type="http://schemas.openxmlformats.org/officeDocument/2006/relationships/image" Target="media/x237.png"/><Relationship Id="rId80" Type="http://schemas.openxmlformats.org/officeDocument/2006/relationships/image" Target="media/x238.png"/><Relationship Id="rId81" Type="http://schemas.openxmlformats.org/officeDocument/2006/relationships/image" Target="media/x239.png"/><Relationship Id="rId82" Type="http://schemas.openxmlformats.org/officeDocument/2006/relationships/image" Target="media/x240.png"/><Relationship Id="rId83" Type="http://schemas.openxmlformats.org/officeDocument/2006/relationships/image" Target="media/x241.png"/><Relationship Id="rId84" Type="http://schemas.openxmlformats.org/officeDocument/2006/relationships/image" Target="media/x242.wmf"/><Relationship Id="rId85" Type="http://schemas.openxmlformats.org/officeDocument/2006/relationships/image" Target="media/x243.wmf"/><Relationship Id="rId86" Type="http://schemas.openxmlformats.org/officeDocument/2006/relationships/image" Target="media/x244.wmf"/><Relationship Id="rId87" Type="http://schemas.openxmlformats.org/officeDocument/2006/relationships/image" Target="media/x245.wmf"/><Relationship Id="rId88" Type="http://schemas.openxmlformats.org/officeDocument/2006/relationships/image" Target="media/x246.wmf"/><Relationship Id="rId89" Type="http://schemas.openxmlformats.org/officeDocument/2006/relationships/image" Target="media/x247.wmf"/><Relationship Id="rId90" Type="http://schemas.openxmlformats.org/officeDocument/2006/relationships/image" Target="media/x248.png"/><Relationship Id="rId91" Type="http://schemas.openxmlformats.org/officeDocument/2006/relationships/image" Target="media/x249.png"/><Relationship Id="rId92" Type="http://schemas.openxmlformats.org/officeDocument/2006/relationships/image" Target="media/x250.png"/><Relationship Id="rId93" Type="http://schemas.openxmlformats.org/officeDocument/2006/relationships/image" Target="media/x251.wmf"/><Relationship Id="rId94" Type="http://schemas.openxmlformats.org/officeDocument/2006/relationships/image" Target="media/x252.wmf"/><Relationship Id="rId95" Type="http://schemas.openxmlformats.org/officeDocument/2006/relationships/image" Target="media/x253.wmf"/><Relationship Id="rId96" Type="http://schemas.openxmlformats.org/officeDocument/2006/relationships/image" Target="media/x254.wmf"/><Relationship Id="rId97" Type="http://schemas.openxmlformats.org/officeDocument/2006/relationships/image" Target="media/x255.wmf"/><Relationship Id="rId98" Type="http://schemas.openxmlformats.org/officeDocument/2006/relationships/image" Target="media/x256.wmf"/><Relationship Id="rId99" Type="http://schemas.openxmlformats.org/officeDocument/2006/relationships/image" Target="media/x257.wmf"/><Relationship Id="rId100" Type="http://schemas.openxmlformats.org/officeDocument/2006/relationships/image" Target="media/x258.wmf"/><Relationship Id="rId101" Type="http://schemas.openxmlformats.org/officeDocument/2006/relationships/image" Target="media/x259.wmf"/><Relationship Id="rId102" Type="http://schemas.openxmlformats.org/officeDocument/2006/relationships/image" Target="media/x260.png"/><Relationship Id="rId103" Type="http://schemas.openxmlformats.org/officeDocument/2006/relationships/image" Target="media/x261.wmf"/><Relationship Id="rId104" Type="http://schemas.openxmlformats.org/officeDocument/2006/relationships/image" Target="media/x262.wmf"/><Relationship Id="rId105" Type="http://schemas.openxmlformats.org/officeDocument/2006/relationships/image" Target="media/x263.png"/><Relationship Id="rId106" Type="http://schemas.openxmlformats.org/officeDocument/2006/relationships/image" Target="media/x264.png"/><Relationship Id="rId107" Type="http://schemas.openxmlformats.org/officeDocument/2006/relationships/image" Target="media/x265.wmf"/><Relationship Id="rId108" Type="http://schemas.openxmlformats.org/officeDocument/2006/relationships/image" Target="media/x266.png"/><Relationship Id="rId109" Type="http://schemas.openxmlformats.org/officeDocument/2006/relationships/image" Target="media/x267.png"/><Relationship Id="rId110" Type="http://schemas.openxmlformats.org/officeDocument/2006/relationships/image" Target="media/x268.png"/><Relationship Id="rId111" Type="http://schemas.openxmlformats.org/officeDocument/2006/relationships/image" Target="media/x269.wmf"/><Relationship Id="rId112" Type="http://schemas.openxmlformats.org/officeDocument/2006/relationships/image" Target="media/x270.wmf"/><Relationship Id="rId113" Type="http://schemas.openxmlformats.org/officeDocument/2006/relationships/image" Target="media/x271.wmf"/><Relationship Id="rId114" Type="http://schemas.openxmlformats.org/officeDocument/2006/relationships/image" Target="media/x272.wmf"/><Relationship Id="rId115" Type="http://schemas.openxmlformats.org/officeDocument/2006/relationships/image" Target="media/x273.png"/><Relationship Id="rId116" Type="http://schemas.openxmlformats.org/officeDocument/2006/relationships/image" Target="media/x274.wmf"/><Relationship Id="rId117" Type="http://schemas.openxmlformats.org/officeDocument/2006/relationships/image" Target="media/x275.png"/><Relationship Id="rId118" Type="http://schemas.openxmlformats.org/officeDocument/2006/relationships/image" Target="media/x276.wmf"/><Relationship Id="rId119" Type="http://schemas.openxmlformats.org/officeDocument/2006/relationships/image" Target="media/x277.png"/><Relationship Id="rId120" Type="http://schemas.openxmlformats.org/officeDocument/2006/relationships/image" Target="media/x278.wmf"/><Relationship Id="rId121" Type="http://schemas.openxmlformats.org/officeDocument/2006/relationships/image" Target="media/x279.wmf"/><Relationship Id="rId122" Type="http://schemas.openxmlformats.org/officeDocument/2006/relationships/image" Target="media/x280.wmf"/><Relationship Id="rId123" Type="http://schemas.openxmlformats.org/officeDocument/2006/relationships/image" Target="media/x281.wmf"/><Relationship Id="rId124" Type="http://schemas.openxmlformats.org/officeDocument/2006/relationships/image" Target="media/x282.wmf"/><Relationship Id="rId125" Type="http://schemas.openxmlformats.org/officeDocument/2006/relationships/image" Target="media/x283.wmf"/><Relationship Id="rId126" Type="http://schemas.openxmlformats.org/officeDocument/2006/relationships/image" Target="media/x284.wmf"/><Relationship Id="rId127" Type="http://schemas.openxmlformats.org/officeDocument/2006/relationships/image" Target="media/x285.wmf"/><Relationship Id="rId128" Type="http://schemas.openxmlformats.org/officeDocument/2006/relationships/image" Target="media/x286.wmf"/><Relationship Id="rId129" Type="http://schemas.openxmlformats.org/officeDocument/2006/relationships/image" Target="media/x287.wmf"/><Relationship Id="rId130" Type="http://schemas.openxmlformats.org/officeDocument/2006/relationships/image" Target="media/x288.wmf"/><Relationship Id="rId131" Type="http://schemas.openxmlformats.org/officeDocument/2006/relationships/image" Target="media/x289.wmf"/><Relationship Id="rId132" Type="http://schemas.openxmlformats.org/officeDocument/2006/relationships/image" Target="media/x290.wmf"/><Relationship Id="rId133" Type="http://schemas.openxmlformats.org/officeDocument/2006/relationships/image" Target="media/x291.png"/><Relationship Id="rId134" Type="http://schemas.openxmlformats.org/officeDocument/2006/relationships/image" Target="media/x292.png"/><Relationship Id="rId135" Type="http://schemas.openxmlformats.org/officeDocument/2006/relationships/image" Target="media/x293.wmf"/><Relationship Id="rId136" Type="http://schemas.openxmlformats.org/officeDocument/2006/relationships/image" Target="media/x294.png"/><Relationship Id="rId137" Type="http://schemas.openxmlformats.org/officeDocument/2006/relationships/image" Target="media/x295.png"/><Relationship Id="rId138" Type="http://schemas.openxmlformats.org/officeDocument/2006/relationships/image" Target="media/x296.wmf"/><Relationship Id="rId139" Type="http://schemas.openxmlformats.org/officeDocument/2006/relationships/image" Target="media/x297.wmf"/><Relationship Id="rId140" Type="http://schemas.openxmlformats.org/officeDocument/2006/relationships/image" Target="media/x298.png"/><Relationship Id="rId141" Type="http://schemas.openxmlformats.org/officeDocument/2006/relationships/image" Target="media/x299.wmf"/><Relationship Id="rId142" Type="http://schemas.openxmlformats.org/officeDocument/2006/relationships/image" Target="media/x300.wmf"/><Relationship Id="rId143" Type="http://schemas.openxmlformats.org/officeDocument/2006/relationships/image" Target="media/x301.wmf"/><Relationship Id="rId144" Type="http://schemas.openxmlformats.org/officeDocument/2006/relationships/image" Target="media/x302.png"/><Relationship Id="rId145" Type="http://schemas.openxmlformats.org/officeDocument/2006/relationships/image" Target="media/x303.wmf"/><Relationship Id="rId146" Type="http://schemas.openxmlformats.org/officeDocument/2006/relationships/image" Target="media/x304.wmf"/><Relationship Id="rId147" Type="http://schemas.openxmlformats.org/officeDocument/2006/relationships/image" Target="media/x305.png"/><Relationship Id="rId148" Type="http://schemas.openxmlformats.org/officeDocument/2006/relationships/image" Target="media/x306.wmf"/><Relationship Id="rId149" Type="http://schemas.openxmlformats.org/officeDocument/2006/relationships/image" Target="media/x307.png"/><Relationship Id="rId150" Type="http://schemas.openxmlformats.org/officeDocument/2006/relationships/image" Target="media/x308.wmf"/><Relationship Id="rId151" Type="http://schemas.openxmlformats.org/officeDocument/2006/relationships/image" Target="media/x309.wmf"/><Relationship Id="rId152" Type="http://schemas.openxmlformats.org/officeDocument/2006/relationships/image" Target="media/x310.wmf"/><Relationship Id="rId153" Type="http://schemas.openxmlformats.org/officeDocument/2006/relationships/image" Target="media/x311.wmf"/><Relationship Id="rId154" Type="http://schemas.openxmlformats.org/officeDocument/2006/relationships/image" Target="media/x312.png"/><Relationship Id="rId155" Type="http://schemas.openxmlformats.org/officeDocument/2006/relationships/image" Target="media/x313.wmf"/><Relationship Id="rId156" Type="http://schemas.openxmlformats.org/officeDocument/2006/relationships/image" Target="media/x314.wmf"/><Relationship Id="rId157" Type="http://schemas.openxmlformats.org/officeDocument/2006/relationships/image" Target="media/x315.wmf"/><Relationship Id="rId158" Type="http://schemas.openxmlformats.org/officeDocument/2006/relationships/image" Target="media/x316.wmf"/><Relationship Id="rId159" Type="http://schemas.openxmlformats.org/officeDocument/2006/relationships/image" Target="media/x317.wmf"/><Relationship Id="rId160" Type="http://schemas.openxmlformats.org/officeDocument/2006/relationships/image" Target="media/x318.wmf"/><Relationship Id="rId161" Type="http://schemas.openxmlformats.org/officeDocument/2006/relationships/image" Target="media/x319.png"/><Relationship Id="rId162" Type="http://schemas.openxmlformats.org/officeDocument/2006/relationships/image" Target="media/x320.wmf"/><Relationship Id="rId163" Type="http://schemas.openxmlformats.org/officeDocument/2006/relationships/image" Target="media/x321.wmf"/><Relationship Id="rId164" Type="http://schemas.openxmlformats.org/officeDocument/2006/relationships/image" Target="media/x322.png"/><Relationship Id="rId165" Type="http://schemas.openxmlformats.org/officeDocument/2006/relationships/image" Target="media/x323.wmf"/><Relationship Id="rId166" Type="http://schemas.openxmlformats.org/officeDocument/2006/relationships/image" Target="media/x324.wmf"/><Relationship Id="rId167" Type="http://schemas.openxmlformats.org/officeDocument/2006/relationships/image" Target="media/x325.wmf"/><Relationship Id="rId168" Type="http://schemas.openxmlformats.org/officeDocument/2006/relationships/image" Target="media/x326.wmf"/><Relationship Id="rId169" Type="http://schemas.openxmlformats.org/officeDocument/2006/relationships/image" Target="media/x327.png"/><Relationship Id="rId170" Type="http://schemas.openxmlformats.org/officeDocument/2006/relationships/image" Target="media/x328.png"/><Relationship Id="rId171" Type="http://schemas.openxmlformats.org/officeDocument/2006/relationships/image" Target="media/x329.png"/><Relationship Id="rId172" Type="http://schemas.openxmlformats.org/officeDocument/2006/relationships/image" Target="media/x330.png"/><Relationship Id="rId173" Type="http://schemas.openxmlformats.org/officeDocument/2006/relationships/image" Target="media/x331.wmf"/><Relationship Id="rId174" Type="http://schemas.openxmlformats.org/officeDocument/2006/relationships/image" Target="media/x332.wmf"/><Relationship Id="rId175" Type="http://schemas.openxmlformats.org/officeDocument/2006/relationships/image" Target="media/x333.wmf"/><Relationship Id="rId176" Type="http://schemas.openxmlformats.org/officeDocument/2006/relationships/image" Target="media/x334.png"/><Relationship Id="rId177" Type="http://schemas.openxmlformats.org/officeDocument/2006/relationships/image" Target="media/x335.png"/><Relationship Id="rId178" Type="http://schemas.openxmlformats.org/officeDocument/2006/relationships/image" Target="media/x336.png"/><Relationship Id="rId179" Type="http://schemas.openxmlformats.org/officeDocument/2006/relationships/image" Target="media/x337.png"/><Relationship Id="rId180" Type="http://schemas.openxmlformats.org/officeDocument/2006/relationships/image" Target="media/x338.png"/><Relationship Id="rId181" Type="http://schemas.openxmlformats.org/officeDocument/2006/relationships/image" Target="media/x339.png"/><Relationship Id="rId182" Type="http://schemas.openxmlformats.org/officeDocument/2006/relationships/image" Target="media/x340.wmf"/><Relationship Id="rId183" Type="http://schemas.openxmlformats.org/officeDocument/2006/relationships/image" Target="media/x341.wmf"/><Relationship Id="rId184" Type="http://schemas.openxmlformats.org/officeDocument/2006/relationships/image" Target="media/x342.wmf"/><Relationship Id="rId185" Type="http://schemas.openxmlformats.org/officeDocument/2006/relationships/image" Target="media/x343.wmf"/><Relationship Id="rId186" Type="http://schemas.openxmlformats.org/officeDocument/2006/relationships/image" Target="media/x344.wmf"/><Relationship Id="rId187" Type="http://schemas.openxmlformats.org/officeDocument/2006/relationships/image" Target="media/x345.wmf"/><Relationship Id="rId188" Type="http://schemas.openxmlformats.org/officeDocument/2006/relationships/image" Target="media/x3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