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20"/>
        <w:jc w:val="center"/>
      </w:pPr>
      <w:r>
        <w:rPr>
          <w:rFonts w:ascii="微软雅黑" w:hAnsi="微软雅黑" w:eastAsia="微软雅黑"/>
          <w:b/>
          <w:sz w:val="40"/>
        </w:rPr>
        <w:t>北京七年级(上)数学 填空最后一题合集 · 2022-2023学年</w:t>
      </w:r>
    </w:p>
    <w:p>
      <w:pPr>
        <w:spacing w:before="0" w:after="160"/>
        <w:jc w:val="center"/>
      </w:pPr>
      <w:r>
        <w:rPr>
          <w:rFonts w:ascii="仿宋" w:hAnsi="仿宋" w:eastAsia="仿宋"/>
          <w:b w:val="0"/>
          <w:sz w:val="21"/>
        </w:rPr>
        <w:t>共 64 份试卷 · 章节见 Word 导航窗格（视图→导航窗格）</w:t>
      </w:r>
    </w:p>
    <w:p>
      <w:r>
        <w:fldChar w:fldCharType="begin"/>
        <w:instrText xml:space="preserve">TOC \o "1-2" \h \z \u</w:instrText>
        <w:fldChar w:fldCharType="separate"/>
        <w:t>【目录】右键→更新域，或按 F9 生成页码定位</w:t>
        <w:fldChar w:fldCharType="end"/>
      </w:r>
    </w:p>
    <w:p>
      <w:r>
        <w:br w:type="page"/>
      </w:r>
    </w:p>
    <w:p>
      <w:pPr>
        <w:pStyle w:val="Heading1"/>
      </w:pPr>
      <w:r>
        <w:t>月考</w:t>
      </w:r>
    </w:p>
    <w:p>
      <w:pPr>
        <w:pStyle w:val="Heading2"/>
      </w:pPr>
      <w:r>
        <w:t>中国人民大学附属中学（其他）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20. </w:t>
      </w:r>
      <w:r>
        <w:rPr>
          <w:rFonts w:ascii="宋体" w:hAnsi="宋体" w:eastAsia="宋体" w:cs="宋体"/>
          <w:color w:val="000000"/>
        </w:rPr>
        <w:t>如图，在</w:t>
      </w:r>
      <w:r>
        <w:pict>
          <v:shape id="_x0000_i704613" o:spt="75" alt="学科网(www.zxxk.com)--教育资源门户，提供试卷、教案、课件、论文、素材以及各类教学资源下载，还有大量而丰富的教学相关资讯！" type="#_x0000_t75" style="height:14.25pt;width:39.75pt;" o:ole="t" filled="f" o:preferrelative="t" stroked="f" coordsize="21600,21600">
            <v:path/>
            <v:fill on="f" focussize="0,0"/>
            <v:stroke on="f" joinstyle="miter"/>
            <v:imagedata r:id="rId10" o:title="eqId6d7b2fe01a33c4825f9974ed9663a99c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  <w:position w:val="0"/>
        </w:rPr>
        <w:drawing>
          <wp:inline distT="0" distB="0" distL="114300" distR="114300">
            <wp:extent cx="133350" cy="177800"/>
            <wp:effectExtent l="0" t="0" r="0" b="13335"/>
            <wp:docPr id="2181" name="图片 6864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2" name="图片 68643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内部有</w:t>
      </w:r>
      <w:r>
        <w:pict>
          <v:shape id="_x0000_i704614" o:spt="75" alt="学科网(www.zxxk.com)--教育资源门户，提供试卷、教案、课件、论文、素材以及各类教学资源下载，还有大量而丰富的教学相关资讯！" type="#_x0000_t75" style="height:14.05pt;width:9.35pt;" o:ole="t" filled="f" o:preferrelative="t" stroked="f" coordsize="21600,21600">
            <v:path/>
            <v:fill on="f" focussize="0,0"/>
            <v:stroke on="f" joinstyle="miter"/>
            <v:imagedata r:id="rId11" o:title="eqId5ca7d1107389675d32b56ec097464c14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条射线</w:t>
      </w:r>
      <w:r>
        <w:pict>
          <v:shape id="_x0000_i704615" o:spt="75" alt="学科网(www.zxxk.com)--教育资源门户，提供试卷、教案、课件、论文、素材以及各类教学资源下载，还有大量而丰富的教学相关资讯！" type="#_x0000_t75" style="height:14pt;width:20.8pt;" o:ole="t" filled="f" o:preferrelative="t" stroked="f" coordsize="21600,21600">
            <v:path/>
            <v:fill on="f" focussize="0,0"/>
            <v:stroke on="f" joinstyle="miter"/>
            <v:imagedata r:id="rId12" o:title="eqId828628c0876b45381c9a0edeb0fec236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，</w:t>
      </w:r>
      <w:r>
        <w:pict>
          <v:shape id="_x0000_i704616" o:spt="75" alt="学科网(www.zxxk.com)--教育资源门户，提供试卷、教案、课件、论文、素材以及各类教学资源下载，还有大量而丰富的教学相关资讯！" type="#_x0000_t75" style="height:14.55pt;width:20.75pt;" o:ole="t" filled="f" o:preferrelative="t" stroked="f" coordsize="21600,21600">
            <v:path/>
            <v:fill on="f" focussize="0,0"/>
            <v:stroke on="f" joinstyle="miter"/>
            <v:imagedata r:id="rId13" o:title="eqId683c590673eece14fea3319c4fd5eb55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，</w:t>
      </w:r>
      <w:r>
        <w:pict>
          <v:shape id="_x0000_i704617" o:spt="75" alt="学科网(www.zxxk.com)--教育资源门户，提供试卷、教案、课件、论文、素材以及各类教学资源下载，还有大量而丰富的教学相关资讯！" type="#_x0000_t75" style="height:14.4pt;width:20.4pt;" o:ole="t" filled="f" o:preferrelative="t" stroked="f" coordsize="21600,21600">
            <v:path/>
            <v:fill on="f" focussize="0,0"/>
            <v:stroke on="f" joinstyle="miter"/>
            <v:imagedata r:id="rId14" o:title="eqIda299d2b999568e80be8005565ba209a4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，若</w:t>
      </w:r>
      <w:r>
        <w:pict>
          <v:shape id="_x0000_i704618" o:spt="75" alt="学科网(www.zxxk.com)--教育资源门户，提供试卷、教案、课件、论文、素材以及各类教学资源下载，还有大量而丰富的教学相关资讯！" type="#_x0000_t75" style="height:14.25pt;width:66pt;" o:ole="t" filled="f" o:preferrelative="t" stroked="f" coordsize="21600,21600">
            <v:path/>
            <v:fill on="f" focussize="0,0"/>
            <v:stroke on="f" joinstyle="miter"/>
            <v:imagedata r:id="rId15" o:title="eqId618ede24ca37aa33a3789867be8f66b4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，</w:t>
      </w:r>
      <w:r>
        <w:pict>
          <v:shape id="_x0000_i704619" o:spt="75" alt="学科网(www.zxxk.com)--教育资源门户，提供试卷、教案、课件、论文、素材以及各类教学资源下载，还有大量而丰富的教学相关资讯！" type="#_x0000_t75" style="height:31.7pt;width:91.9pt;" o:ole="t" filled="f" o:preferrelative="t" stroked="f" coordsize="21600,21600">
            <v:path/>
            <v:fill on="f" focussize="0,0"/>
            <v:stroke on="f" joinstyle="miter"/>
            <v:imagedata r:id="rId16" o:title="eqId6a8dda1c53b3abaf2e5e98a6b4cd8bdf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，</w:t>
      </w:r>
      <w:r>
        <w:pict>
          <v:shape id="_x0000_i704620" o:spt="75" alt="学科网(www.zxxk.com)--教育资源门户，提供试卷、教案、课件、论文、素材以及各类教学资源下载，还有大量而丰富的教学相关资讯！" type="#_x0000_t75" style="height:31.7pt;width:91.9pt;" o:ole="t" filled="f" o:preferrelative="t" stroked="f" coordsize="21600,21600">
            <v:path/>
            <v:fill on="f" focussize="0,0"/>
            <v:stroke on="f" joinstyle="miter"/>
            <v:imagedata r:id="rId17" o:title="eqIda814c276a225b1e05329f42879b5b611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，则</w:t>
      </w:r>
      <w:r>
        <w:pict>
          <v:shape id="_x0000_i704621" o:spt="75" alt="学科网(www.zxxk.com)--教育资源门户，提供试卷、教案、课件、论文、素材以及各类教学资源下载，还有大量而丰富的教学相关资讯！" type="#_x0000_t75" style="height:14.25pt;width:46.5pt;" o:ole="t" filled="f" o:preferrelative="t" stroked="f" coordsize="21600,21600">
            <v:path/>
            <v:fill on="f" focussize="0,0"/>
            <v:stroke on="f" joinstyle="miter"/>
            <v:imagedata r:id="rId18" o:title="eqIdb600f913d6d700bbd332b34220b78a21"/>
            <o:lock v:ext="edit" aspectratio="t"/>
            <w10:wrap type="none"/>
            <w10:anchorlock/>
          </v:shape>
        </w:pict>
      </w:r>
      <w:r>
        <w:rPr>
          <w:color w:val="000000"/>
        </w:rPr>
        <w:t>____________</w:t>
      </w:r>
      <w:r>
        <w:pict>
          <v:shape id="_x0000_i704622" o:spt="75" alt="学科网(www.zxxk.com)--教育资源门户，提供试卷、教案、课件、论文、素材以及各类教学资源下载，还有大量而丰富的教学相关资讯！" type="#_x0000_t75" style="height:12pt;width:8.25pt;" o:ole="t" filled="f" o:preferrelative="t" stroked="f" coordsize="21600,21600">
            <v:path/>
            <v:fill on="f" focussize="0,0"/>
            <v:stroke on="f" joinstyle="miter"/>
            <v:imagedata r:id="rId19" o:title="eqId83873a9d782f2588c5eedbfe73f9bc2f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（用含</w:t>
      </w:r>
      <w:r>
        <w:pict>
          <v:shape id="_x0000_i704623" o:spt="75" alt="学科网(www.zxxk.com)--教育资源门户，提供试卷、教案、课件、论文、素材以及各类教学资源下载，还有大量而丰富的教学相关资讯！" type="#_x0000_t75" style="height:11.25pt;width:9.75pt;" o:ole="t" filled="f" o:preferrelative="t" stroked="f" coordsize="21600,21600">
            <v:path/>
            <v:fill on="f" focussize="0,0"/>
            <v:stroke on="f" joinstyle="miter"/>
            <v:imagedata r:id="rId20" o:title="eqIdb6a24198bd04c29321ae5dc5a28fe421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的代数式表示）．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1638300" cy="1552575"/>
            <wp:effectExtent l="0" t="0" r="0" b="9525"/>
            <wp:docPr id="2183" name="图片 10003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4" name="图片 100033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552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中国人民大学附属中学朝阳学校（10月月考）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16. </w:t>
      </w:r>
      <w:r>
        <w:rPr>
          <w:rFonts w:ascii="宋体" w:hAnsi="宋体" w:eastAsia="宋体" w:cs="宋体"/>
          <w:color w:val="000000"/>
        </w:rPr>
        <w:t>猜数字游戏中，小明写出如下一组数：</w:t>
      </w:r>
      <w:r>
        <w:pict>
          <v:shape id="_x0000_i704624" o:spt="75" alt="学科网(www.zxxk.com)--教育资源门户，提供试卷、教案、课件、论文、素材以及各类教学资源下载，还有大量而丰富的教学相关资讯！" type="#_x0000_t75" style="height:31pt;width:100pt;" o:ole="t" filled="f" o:preferrelative="t" stroked="f" coordsize="21600,21600">
            <v:path/>
            <v:fill on="f" focussize="0,0"/>
            <v:stroke on="f" joinstyle="miter"/>
            <v:imagedata r:id="rId22" o:title="eqIdf631354bc0e2582f3daa3f67edec26ff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，小亮猜想出第六个数字是</w:t>
      </w:r>
      <w:r>
        <w:pict>
          <v:shape id="_x0000_i704625" o:spt="75" alt="学科网(www.zxxk.com)--教育资源门户，提供试卷、教案、课件、论文、素材以及各类教学资源下载，还有大量而丰富的教学相关资讯！" type="#_x0000_t75" style="height:31pt;width:18pt;" o:ole="t" filled="f" o:preferrelative="t" stroked="f" coordsize="21600,21600">
            <v:path/>
            <v:fill on="f" focussize="0,0"/>
            <v:stroke on="f" joinstyle="miter"/>
            <v:imagedata r:id="rId23" o:title="eqIdf6625d0e9c657e26b637f721559036e9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，根据此规律，第</w:t>
      </w:r>
      <w:r>
        <w:rPr>
          <w:rFonts w:ascii="Times New Roman" w:hAnsi="Times New Roman" w:eastAsia="Times New Roman" w:cs="Times New Roman"/>
          <w:color w:val="000000"/>
        </w:rPr>
        <w:t>n</w:t>
      </w:r>
      <w:r>
        <w:rPr>
          <w:rFonts w:ascii="宋体" w:hAnsi="宋体" w:eastAsia="宋体" w:cs="宋体"/>
          <w:color w:val="000000"/>
        </w:rPr>
        <w:t>个数是</w:t>
      </w:r>
      <w:r>
        <w:rPr>
          <w:color w:val="000000"/>
        </w:rPr>
        <w:t>____</w:t>
      </w:r>
      <w:r>
        <w:rPr>
          <w:rFonts w:ascii="宋体" w:hAnsi="宋体" w:eastAsia="宋体" w:cs="宋体"/>
          <w:color w:val="000000"/>
        </w:rPr>
        <w:t>．</w:t>
      </w:r>
    </w:p>
    <w:p>
      <w:pPr>
        <w:pStyle w:val="Heading2"/>
      </w:pPr>
      <w:r>
        <w:t>北京大学附中学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18. </w:t>
      </w:r>
      <w:r>
        <w:rPr>
          <w:rFonts w:ascii="宋体" w:hAnsi="宋体" w:eastAsia="宋体" w:cs="宋体"/>
          <w:color w:val="000000"/>
        </w:rPr>
        <w:t>从</w:t>
      </w:r>
      <w:r>
        <w:rPr>
          <w:rFonts w:ascii="Times New Roman" w:hAnsi="Times New Roman" w:eastAsia="Times New Roman" w:cs="Times New Roman"/>
          <w:color w:val="000000"/>
        </w:rPr>
        <w:t>2020</w:t>
      </w:r>
      <w:r>
        <w:rPr>
          <w:rFonts w:ascii="宋体" w:hAnsi="宋体" w:eastAsia="宋体" w:cs="宋体"/>
          <w:color w:val="000000"/>
        </w:rPr>
        <w:t>年</w:t>
      </w:r>
      <w:r>
        <w:rPr>
          <w:rFonts w:ascii="Times New Roman" w:hAnsi="Times New Roman" w:eastAsia="Times New Roman" w:cs="Times New Roman"/>
          <w:color w:val="000000"/>
        </w:rPr>
        <w:t>3</w:t>
      </w:r>
      <w:r>
        <w:rPr>
          <w:rFonts w:ascii="宋体" w:hAnsi="宋体" w:eastAsia="宋体" w:cs="宋体"/>
          <w:color w:val="000000"/>
        </w:rPr>
        <w:t>月开始，一群野生亚洲象从云南西双版纳傣族自治州走出丛林，一路北上，历经</w:t>
      </w:r>
      <w:r>
        <w:rPr>
          <w:rFonts w:ascii="Times New Roman" w:hAnsi="Times New Roman" w:eastAsia="Times New Roman" w:cs="Times New Roman"/>
          <w:color w:val="000000"/>
        </w:rPr>
        <w:t>17</w:t>
      </w:r>
      <w:r>
        <w:rPr>
          <w:rFonts w:ascii="宋体" w:hAnsi="宋体" w:eastAsia="宋体" w:cs="宋体"/>
          <w:color w:val="000000"/>
        </w:rPr>
        <w:t>个月迁徙逾</w:t>
      </w:r>
      <w:r>
        <w:rPr>
          <w:rFonts w:ascii="Times New Roman" w:hAnsi="Times New Roman" w:eastAsia="Times New Roman" w:cs="Times New Roman"/>
          <w:color w:val="000000"/>
        </w:rPr>
        <w:t>500</w:t>
      </w:r>
      <w:r>
        <w:rPr>
          <w:rFonts w:ascii="宋体" w:hAnsi="宋体" w:eastAsia="宋体" w:cs="宋体"/>
          <w:color w:val="000000"/>
        </w:rPr>
        <w:t>公里安全返回栖息地，引发国内外一波“观象热潮”．象群北移途经峨山县时，一头亚洲象曾脱离象群．如图，</w:t>
      </w:r>
      <w:r>
        <w:rPr>
          <w:rFonts w:ascii="Times New Roman" w:hAnsi="Times New Roman" w:eastAsia="Times New Roman" w:cs="Times New Roman"/>
          <w:i/>
          <w:color w:val="000000"/>
        </w:rPr>
        <w:t>A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i/>
          <w:color w:val="000000"/>
        </w:rPr>
        <w:t>B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i/>
          <w:color w:val="000000"/>
        </w:rPr>
        <w:t>C</w:t>
      </w:r>
      <w:r>
        <w:rPr>
          <w:rFonts w:ascii="宋体" w:hAnsi="宋体" w:eastAsia="宋体" w:cs="宋体"/>
          <w:color w:val="000000"/>
        </w:rPr>
        <w:t>分别表示峨山县、象群位置、独象位置．经测量，象群在峨山县的西北方向，独象在峨山县的北偏西</w:t>
      </w:r>
      <w:r>
        <w:pict>
          <v:shape id="_x0000_i704626" o:spt="75" alt="学科网(www.zxxk.com)--教育资源门户，提供试卷、教案、课件、论文、素材以及各类教学资源下载，还有大量而丰富的教学相关资讯！" type="#_x0000_t75" style="height:13.75pt;width:33.9pt;" o:ole="t" filled="f" o:preferrelative="t" stroked="f" coordsize="21600,21600">
            <v:path/>
            <v:fill on="f" focussize="0,0"/>
            <v:stroke on="f" joinstyle="miter"/>
            <v:imagedata r:id="rId24" o:title="eqId5605bc3722679cc332f4bdc32353832b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方向，则∠</w:t>
      </w:r>
      <w:r>
        <w:rPr>
          <w:rFonts w:ascii="Times New Roman" w:hAnsi="Times New Roman" w:eastAsia="Times New Roman" w:cs="Times New Roman"/>
          <w:i/>
          <w:color w:val="000000"/>
        </w:rPr>
        <w:t>BAC</w:t>
      </w:r>
      <w:r>
        <w:rPr>
          <w:rFonts w:ascii="Times New Roman" w:hAnsi="Times New Roman" w:eastAsia="Times New Roman" w:cs="Times New Roman"/>
          <w:color w:val="000000"/>
        </w:rPr>
        <w:t>=</w:t>
      </w:r>
      <w:r>
        <w:rPr>
          <w:color w:val="000000"/>
        </w:rPr>
        <w:t>_______</w:t>
      </w:r>
      <w:r>
        <w:rPr>
          <w:rFonts w:ascii="宋体" w:hAnsi="宋体" w:eastAsia="宋体" w:cs="宋体"/>
          <w:color w:val="000000"/>
        </w:rPr>
        <w:t>度</w:t>
      </w:r>
      <w:r>
        <w:rPr>
          <w:color w:val="000000"/>
        </w:rPr>
        <w:t>_______</w:t>
      </w:r>
      <w:r>
        <w:rPr>
          <w:rFonts w:ascii="宋体" w:hAnsi="宋体" w:eastAsia="宋体" w:cs="宋体"/>
          <w:color w:val="000000"/>
        </w:rPr>
        <w:t>分．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4314825" cy="1876425"/>
            <wp:effectExtent l="0" t="0" r="9525" b="9525"/>
            <wp:docPr id="2185" name="图片 10004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6" name="图片 100047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4314825" cy="1876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海淀区首都师范大学附属中学第一分校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18. </w:t>
      </w:r>
      <w:r>
        <w:rPr>
          <w:rFonts w:ascii="宋体" w:hAnsi="宋体" w:eastAsia="宋体" w:cs="宋体"/>
          <w:color w:val="000000"/>
        </w:rPr>
        <w:t>如图，这是一个数据转换器的示意图，三个滚珠可以在槽内左右滚动．输入</w:t>
      </w:r>
      <w:r>
        <w:rPr>
          <w:rFonts w:ascii="Times New Roman" w:hAnsi="Times New Roman" w:eastAsia="Times New Roman" w:cs="Times New Roman"/>
          <w:i/>
          <w:color w:val="000000"/>
        </w:rPr>
        <w:t>x</w:t>
      </w:r>
      <w:r>
        <w:rPr>
          <w:rFonts w:ascii="宋体" w:hAnsi="宋体" w:eastAsia="宋体" w:cs="宋体"/>
          <w:color w:val="000000"/>
        </w:rPr>
        <w:t>的值，当滚珠发生撞击，就输出</w:t>
      </w:r>
      <w:r>
        <w:rPr>
          <w:rFonts w:ascii="宋体" w:hAnsi="宋体" w:eastAsia="宋体" w:cs="宋体"/>
          <w:color w:val="000000"/>
          <w:em w:val="dot"/>
        </w:rPr>
        <w:t>相撞滚珠</w:t>
      </w:r>
      <w:r>
        <w:rPr>
          <w:rFonts w:ascii="宋体" w:hAnsi="宋体" w:eastAsia="宋体" w:cs="宋体"/>
          <w:color w:val="000000"/>
        </w:rPr>
        <w:t>上代数式所表示数的</w:t>
      </w:r>
      <w:r>
        <w:rPr>
          <w:rFonts w:ascii="宋体" w:hAnsi="宋体" w:eastAsia="宋体" w:cs="宋体"/>
          <w:color w:val="000000"/>
          <w:em w:val="dot"/>
        </w:rPr>
        <w:t>和</w:t>
      </w:r>
      <w:r>
        <w:rPr>
          <w:rFonts w:ascii="Times New Roman" w:hAnsi="Times New Roman" w:eastAsia="Times New Roman" w:cs="Times New Roman"/>
          <w:i/>
          <w:color w:val="000000"/>
        </w:rPr>
        <w:t>y</w:t>
      </w:r>
      <w:r>
        <w:rPr>
          <w:rFonts w:ascii="宋体" w:hAnsi="宋体" w:eastAsia="宋体" w:cs="宋体"/>
          <w:color w:val="000000"/>
        </w:rPr>
        <w:t>．已知当三个滚珠同时相撞时，不论输入</w:t>
      </w:r>
      <w:r>
        <w:rPr>
          <w:rFonts w:ascii="Times New Roman" w:hAnsi="Times New Roman" w:eastAsia="Times New Roman" w:cs="Times New Roman"/>
          <w:i/>
          <w:color w:val="000000"/>
        </w:rPr>
        <w:t>x</w:t>
      </w:r>
      <w:r>
        <w:rPr>
          <w:rFonts w:ascii="宋体" w:hAnsi="宋体" w:eastAsia="宋体" w:cs="宋体"/>
          <w:color w:val="000000"/>
        </w:rPr>
        <w:t>的值为多大，输出</w:t>
      </w:r>
      <w:r>
        <w:rPr>
          <w:rFonts w:ascii="Times New Roman" w:hAnsi="Times New Roman" w:eastAsia="Times New Roman" w:cs="Times New Roman"/>
          <w:i/>
          <w:color w:val="000000"/>
        </w:rPr>
        <w:t>y</w:t>
      </w:r>
      <w:r>
        <w:rPr>
          <w:rFonts w:ascii="宋体" w:hAnsi="宋体" w:eastAsia="宋体" w:cs="宋体"/>
          <w:color w:val="000000"/>
        </w:rPr>
        <w:t>的值总不变．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2819400" cy="447675"/>
            <wp:effectExtent l="0" t="0" r="0" b="9525"/>
            <wp:docPr id="2187" name="图片 10001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8" name="图片 100019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2819400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（1）</w:t>
      </w:r>
      <w:r>
        <w:rPr>
          <w:rFonts w:ascii="Times New Roman" w:hAnsi="Times New Roman" w:eastAsia="Times New Roman" w:cs="Times New Roman"/>
          <w:i/>
          <w:color w:val="000000"/>
        </w:rPr>
        <w:t>a</w:t>
      </w:r>
      <w:r>
        <w:rPr>
          <w:rFonts w:ascii="Times New Roman" w:hAnsi="Times New Roman" w:eastAsia="Times New Roman" w:cs="Times New Roman"/>
          <w:color w:val="000000"/>
        </w:rPr>
        <w:t>=</w:t>
      </w:r>
      <w:r>
        <w:rPr>
          <w:color w:val="000000"/>
        </w:rPr>
        <w:t>_____________</w:t>
      </w:r>
      <w:r>
        <w:rPr>
          <w:rFonts w:ascii="Times New Roman" w:hAnsi="Times New Roman" w:eastAsia="Times New Roman" w:cs="Times New Roman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（2</w:t>
      </w:r>
      <w:r>
        <w:rPr>
          <w:rFonts w:ascii="宋体" w:hAnsi="宋体" w:eastAsia="宋体" w:cs="宋体"/>
          <w:color w:val="000000"/>
        </w:rPr>
        <w:t>）若输入一个整数</w:t>
      </w:r>
      <w:r>
        <w:rPr>
          <w:rFonts w:ascii="Times New Roman" w:hAnsi="Times New Roman" w:eastAsia="Times New Roman" w:cs="Times New Roman"/>
          <w:i/>
          <w:color w:val="000000"/>
        </w:rPr>
        <w:t>x</w:t>
      </w:r>
      <w:r>
        <w:rPr>
          <w:rFonts w:ascii="Times New Roman" w:hAnsi="Times New Roman" w:eastAsia="Times New Roman" w:cs="Times New Roman"/>
          <w:color w:val="000000"/>
        </w:rPr>
        <w:t>，</w:t>
      </w:r>
      <w:r>
        <w:rPr>
          <w:rFonts w:ascii="宋体" w:hAnsi="宋体" w:eastAsia="宋体" w:cs="宋体"/>
          <w:color w:val="000000"/>
          <w:em w:val="dot"/>
        </w:rPr>
        <w:t>某些</w:t>
      </w:r>
      <w:r>
        <w:rPr>
          <w:rFonts w:ascii="宋体" w:hAnsi="宋体" w:eastAsia="宋体" w:cs="宋体"/>
          <w:color w:val="000000"/>
        </w:rPr>
        <w:t>滚珠相撞，输出</w:t>
      </w:r>
      <w:r>
        <w:rPr>
          <w:rFonts w:ascii="Times New Roman" w:hAnsi="Times New Roman" w:eastAsia="Times New Roman" w:cs="Times New Roman"/>
          <w:i/>
          <w:color w:val="000000"/>
        </w:rPr>
        <w:t>y</w:t>
      </w:r>
      <w:r>
        <w:rPr>
          <w:rFonts w:ascii="宋体" w:hAnsi="宋体" w:eastAsia="宋体" w:cs="宋体"/>
          <w:color w:val="000000"/>
        </w:rPr>
        <w:t>值恰好为</w:t>
      </w:r>
      <w:r>
        <w:rPr>
          <w:rFonts w:ascii="Times New Roman" w:hAnsi="Times New Roman" w:eastAsia="Times New Roman" w:cs="Times New Roman"/>
          <w:color w:val="000000"/>
        </w:rPr>
        <w:t>-1</w:t>
      </w:r>
      <w:r>
        <w:rPr>
          <w:rFonts w:ascii="宋体" w:hAnsi="宋体" w:eastAsia="宋体" w:cs="宋体"/>
          <w:color w:val="000000"/>
        </w:rPr>
        <w:t>，则</w:t>
      </w:r>
      <w:r>
        <w:rPr>
          <w:rFonts w:ascii="Times New Roman" w:hAnsi="Times New Roman" w:eastAsia="Times New Roman" w:cs="Times New Roman"/>
          <w:i/>
          <w:color w:val="000000"/>
        </w:rPr>
        <w:t>x</w:t>
      </w:r>
      <w:r>
        <w:rPr>
          <w:rFonts w:ascii="Times New Roman" w:hAnsi="Times New Roman" w:eastAsia="Times New Roman" w:cs="Times New Roman"/>
          <w:color w:val="000000"/>
        </w:rPr>
        <w:t>=</w:t>
      </w:r>
      <w:r>
        <w:rPr>
          <w:color w:val="000000"/>
        </w:rPr>
        <w:t>________</w:t>
      </w:r>
      <w:r>
        <w:rPr>
          <w:rFonts w:ascii="Times New Roman" w:hAnsi="Times New Roman" w:eastAsia="Times New Roman" w:cs="Times New Roman"/>
          <w:color w:val="000000"/>
        </w:rPr>
        <w:t>．</w:t>
      </w:r>
    </w:p>
    <w:p>
      <w:pPr>
        <w:pStyle w:val="Heading2"/>
      </w:pPr>
      <w:r>
        <w:t>第一六六中学（12月月考）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16. </w:t>
      </w:r>
      <w:r>
        <w:rPr>
          <w:rFonts w:ascii="宋体" w:hAnsi="宋体" w:eastAsia="宋体" w:cs="宋体"/>
          <w:color w:val="000000"/>
        </w:rPr>
        <w:t>对于任意两个有理数</w:t>
      </w:r>
      <w:r>
        <w:rPr>
          <w:rFonts w:ascii="Times New Roman" w:hAnsi="Times New Roman" w:eastAsia="Times New Roman" w:cs="Times New Roman"/>
          <w:i/>
          <w:color w:val="000000"/>
        </w:rPr>
        <w:t>m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i/>
          <w:color w:val="000000"/>
        </w:rPr>
        <w:t>n</w:t>
      </w:r>
      <w:r>
        <w:rPr>
          <w:rFonts w:ascii="宋体" w:hAnsi="宋体" w:eastAsia="宋体" w:cs="宋体"/>
          <w:color w:val="000000"/>
        </w:rPr>
        <w:t>，可以组成一个有理数对</w:t>
      </w:r>
      <w:r>
        <w:pict>
          <v:shape id="_x0000_i704627" o:spt="75" alt="学科网(www.zxxk.com)--教育资源门户，提供试卷、教案、课件、论文、素材以及各类教学资源下载，还有大量而丰富的教学相关资讯！" type="#_x0000_t75" style="height:20.25pt;width:30.75pt;" o:ole="t" filled="f" o:preferrelative="t" stroked="f" coordsize="21600,21600">
            <v:path/>
            <v:fill on="f" focussize="0,0"/>
            <v:stroke on="f" joinstyle="miter"/>
            <v:imagedata r:id="rId27" o:title="eqId57b85a97933a1d984f6e484b4021c800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，我们规定</w:t>
      </w:r>
      <w:r>
        <w:pict>
          <v:shape id="_x0000_i704628" o:spt="75" alt="学科网(www.zxxk.com)--教育资源门户，提供试卷、教案、课件、论文、素材以及各类教学资源下载，还有大量而丰富的教学相关资讯！" type="#_x0000_t75" style="height:19.8pt;width:82.8pt;" o:ole="t" filled="f" o:preferrelative="t" stroked="f" coordsize="21600,21600">
            <v:path/>
            <v:fill on="f" focussize="0,0"/>
            <v:stroke on="f" joinstyle="miter"/>
            <v:imagedata r:id="rId28" o:title="eqId23a00b3f9d376947bb9c6fbcd8c1127b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例如</w:t>
      </w:r>
      <w:r>
        <w:pict>
          <v:shape id="_x0000_i704629" o:spt="75" alt="学科网(www.zxxk.com)--教育资源门户，提供试卷、教案、课件、论文、素材以及各类教学资源下载，还有大量而丰富的教学相关资讯！" type="#_x0000_t75" style="height:19.8pt;width:106.2pt;" o:ole="t" filled="f" o:preferrelative="t" stroked="f" coordsize="21600,21600">
            <v:path/>
            <v:fill on="f" focussize="0,0"/>
            <v:stroke on="f" joinstyle="miter"/>
            <v:imagedata r:id="rId29" o:title="eqId3fa703d59eaa087b5274277ac7c1bff0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根据上述规定解决下列问题：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）有理数对</w:t>
      </w:r>
      <w:r>
        <w:pict>
          <v:shape id="_x0000_i704630" o:spt="75" alt="学科网(www.zxxk.com)--教育资源门户，提供试卷、教案、课件、论文、素材以及各类教学资源下载，还有大量而丰富的教学相关资讯！" type="#_x0000_t75" style="height:19.8pt;width:43.2pt;" o:ole="t" filled="f" o:preferrelative="t" stroked="f" coordsize="21600,21600">
            <v:path/>
            <v:fill on="f" focussize="0,0"/>
            <v:stroke on="f" joinstyle="miter"/>
            <v:imagedata r:id="rId30" o:title="eqId96ebc595eb7f233a1ca42e8443b6f3aa"/>
            <o:lock v:ext="edit" aspectratio="t"/>
            <w10:wrap type="none"/>
            <w10:anchorlock/>
          </v:shape>
        </w:pic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）当满足等式</w:t>
      </w:r>
      <w:r>
        <w:pict>
          <v:shape id="_x0000_i704631" o:spt="75" alt="学科网(www.zxxk.com)--教育资源门户，提供试卷、教案、课件、论文、素材以及各类教学资源下载，还有大量而丰富的教学相关资讯！" type="#_x0000_t75" style="height:19.8pt;width:82.2pt;" o:ole="t" filled="f" o:preferrelative="t" stroked="f" coordsize="21600,21600">
            <v:path/>
            <v:fill on="f" focussize="0,0"/>
            <v:stroke on="f" joinstyle="miter"/>
            <v:imagedata r:id="rId31" o:title="eqId69d155ffcf9de72ef5e9bf2c9279aa12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的</w:t>
      </w:r>
      <w:r>
        <w:rPr>
          <w:rFonts w:ascii="Times New Roman" w:hAnsi="Times New Roman" w:eastAsia="Times New Roman" w:cs="Times New Roman"/>
          <w:i/>
          <w:color w:val="000000"/>
        </w:rPr>
        <w:t>x</w:t>
      </w:r>
      <w:r>
        <w:rPr>
          <w:rFonts w:ascii="宋体" w:hAnsi="宋体" w:eastAsia="宋体" w:cs="宋体"/>
          <w:color w:val="000000"/>
        </w:rPr>
        <w:t>是正整数时，则</w:t>
      </w:r>
      <w:r>
        <w:rPr>
          <w:rFonts w:ascii="Times New Roman" w:hAnsi="Times New Roman" w:eastAsia="Times New Roman" w:cs="Times New Roman"/>
          <w:i/>
          <w:color w:val="000000"/>
        </w:rPr>
        <w:t>p</w:t>
      </w:r>
      <w:r>
        <w:rPr>
          <w:rFonts w:ascii="宋体" w:hAnsi="宋体" w:eastAsia="宋体" w:cs="宋体"/>
          <w:color w:val="000000"/>
        </w:rPr>
        <w:t>的正整数值为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．</w:t>
      </w:r>
    </w:p>
    <w:p>
      <w:pPr>
        <w:pStyle w:val="Heading2"/>
      </w:pPr>
      <w:r>
        <w:t>第二十中学（12月月考）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18. </w:t>
      </w:r>
      <w:r>
        <w:rPr>
          <w:rFonts w:ascii="宋体" w:hAnsi="宋体" w:eastAsia="宋体" w:cs="宋体"/>
          <w:color w:val="000000"/>
        </w:rPr>
        <w:t>如图，这是一个数据转换器的示意图，三个滚珠可以在槽内左右滚动．输入</w:t>
      </w:r>
      <w:r>
        <w:rPr>
          <w:rFonts w:ascii="Times New Roman" w:hAnsi="Times New Roman" w:eastAsia="Times New Roman" w:cs="Times New Roman"/>
          <w:i/>
          <w:color w:val="000000"/>
        </w:rPr>
        <w:t>x</w:t>
      </w:r>
      <w:r>
        <w:rPr>
          <w:rFonts w:ascii="宋体" w:hAnsi="宋体" w:eastAsia="宋体" w:cs="宋体"/>
          <w:color w:val="000000"/>
        </w:rPr>
        <w:t>的值，当滚珠发生撞击，就输出</w:t>
      </w:r>
      <w:r>
        <w:rPr>
          <w:rFonts w:ascii="宋体" w:hAnsi="宋体" w:eastAsia="宋体" w:cs="宋体"/>
          <w:color w:val="000000"/>
          <w:em w:val="dot"/>
        </w:rPr>
        <w:t>相撞滚珠</w:t>
      </w:r>
      <w:r>
        <w:rPr>
          <w:rFonts w:ascii="宋体" w:hAnsi="宋体" w:eastAsia="宋体" w:cs="宋体"/>
          <w:color w:val="000000"/>
        </w:rPr>
        <w:t>上代数式所表示数的</w:t>
      </w:r>
      <w:r>
        <w:rPr>
          <w:rFonts w:ascii="宋体" w:hAnsi="宋体" w:eastAsia="宋体" w:cs="宋体"/>
          <w:color w:val="000000"/>
          <w:em w:val="dot"/>
        </w:rPr>
        <w:t>和</w:t>
      </w:r>
      <w:r>
        <w:rPr>
          <w:rFonts w:ascii="Times New Roman" w:hAnsi="Times New Roman" w:eastAsia="Times New Roman" w:cs="Times New Roman"/>
          <w:i/>
          <w:color w:val="000000"/>
        </w:rPr>
        <w:t>y</w:t>
      </w:r>
      <w:r>
        <w:rPr>
          <w:rFonts w:ascii="宋体" w:hAnsi="宋体" w:eastAsia="宋体" w:cs="宋体"/>
          <w:color w:val="000000"/>
        </w:rPr>
        <w:t>．已知当三个滚珠同时相撞时，不论输入</w:t>
      </w:r>
      <w:r>
        <w:rPr>
          <w:rFonts w:ascii="Times New Roman" w:hAnsi="Times New Roman" w:eastAsia="Times New Roman" w:cs="Times New Roman"/>
          <w:i/>
          <w:color w:val="000000"/>
        </w:rPr>
        <w:t>x</w:t>
      </w:r>
      <w:r>
        <w:rPr>
          <w:rFonts w:ascii="宋体" w:hAnsi="宋体" w:eastAsia="宋体" w:cs="宋体"/>
          <w:color w:val="000000"/>
        </w:rPr>
        <w:t>的值为多大，输出</w:t>
      </w:r>
      <w:r>
        <w:rPr>
          <w:rFonts w:ascii="Times New Roman" w:hAnsi="Times New Roman" w:eastAsia="Times New Roman" w:cs="Times New Roman"/>
          <w:i/>
          <w:color w:val="000000"/>
        </w:rPr>
        <w:t>y</w:t>
      </w:r>
      <w:r>
        <w:rPr>
          <w:rFonts w:ascii="宋体" w:hAnsi="宋体" w:eastAsia="宋体" w:cs="宋体"/>
          <w:color w:val="000000"/>
        </w:rPr>
        <w:t>的值总不变．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2819400" cy="447675"/>
            <wp:effectExtent l="0" t="0" r="0" b="9525"/>
            <wp:docPr id="2189" name="图片 10001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90" name="图片 100019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2819400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（1）</w:t>
      </w:r>
      <w:r>
        <w:rPr>
          <w:rFonts w:ascii="Times New Roman" w:hAnsi="Times New Roman" w:eastAsia="Times New Roman" w:cs="Times New Roman"/>
          <w:i/>
          <w:color w:val="000000"/>
        </w:rPr>
        <w:t>a</w:t>
      </w:r>
      <w:r>
        <w:rPr>
          <w:rFonts w:ascii="Times New Roman" w:hAnsi="Times New Roman" w:eastAsia="Times New Roman" w:cs="Times New Roman"/>
          <w:color w:val="000000"/>
        </w:rPr>
        <w:t>=</w:t>
      </w:r>
      <w:r>
        <w:rPr>
          <w:color w:val="000000"/>
        </w:rPr>
        <w:t>_____________</w:t>
      </w:r>
      <w:r>
        <w:rPr>
          <w:rFonts w:ascii="Times New Roman" w:hAnsi="Times New Roman" w:eastAsia="Times New Roman" w:cs="Times New Roman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（2</w:t>
      </w:r>
      <w:r>
        <w:rPr>
          <w:rFonts w:ascii="宋体" w:hAnsi="宋体" w:eastAsia="宋体" w:cs="宋体"/>
          <w:color w:val="000000"/>
        </w:rPr>
        <w:t>）若输入一个整数</w:t>
      </w:r>
      <w:r>
        <w:rPr>
          <w:rFonts w:ascii="Times New Roman" w:hAnsi="Times New Roman" w:eastAsia="Times New Roman" w:cs="Times New Roman"/>
          <w:i/>
          <w:color w:val="000000"/>
        </w:rPr>
        <w:t>x</w:t>
      </w:r>
      <w:r>
        <w:rPr>
          <w:rFonts w:ascii="Times New Roman" w:hAnsi="Times New Roman" w:eastAsia="Times New Roman" w:cs="Times New Roman"/>
          <w:color w:val="000000"/>
        </w:rPr>
        <w:t>，</w:t>
      </w:r>
      <w:r>
        <w:rPr>
          <w:rFonts w:ascii="宋体" w:hAnsi="宋体" w:eastAsia="宋体" w:cs="宋体"/>
          <w:color w:val="000000"/>
          <w:em w:val="dot"/>
        </w:rPr>
        <w:t>某些</w:t>
      </w:r>
      <w:r>
        <w:rPr>
          <w:rFonts w:ascii="宋体" w:hAnsi="宋体" w:eastAsia="宋体" w:cs="宋体"/>
          <w:color w:val="000000"/>
        </w:rPr>
        <w:t>滚珠相撞，输出</w:t>
      </w:r>
      <w:r>
        <w:rPr>
          <w:rFonts w:ascii="Times New Roman" w:hAnsi="Times New Roman" w:eastAsia="Times New Roman" w:cs="Times New Roman"/>
          <w:i/>
          <w:color w:val="000000"/>
        </w:rPr>
        <w:t>y</w:t>
      </w:r>
      <w:r>
        <w:rPr>
          <w:rFonts w:ascii="宋体" w:hAnsi="宋体" w:eastAsia="宋体" w:cs="宋体"/>
          <w:color w:val="000000"/>
        </w:rPr>
        <w:t>值恰好为</w:t>
      </w:r>
      <w:r>
        <w:rPr>
          <w:rFonts w:ascii="Times New Roman" w:hAnsi="Times New Roman" w:eastAsia="Times New Roman" w:cs="Times New Roman"/>
          <w:color w:val="000000"/>
        </w:rPr>
        <w:t>-1</w:t>
      </w:r>
      <w:r>
        <w:rPr>
          <w:rFonts w:ascii="宋体" w:hAnsi="宋体" w:eastAsia="宋体" w:cs="宋体"/>
          <w:color w:val="000000"/>
        </w:rPr>
        <w:t>，则</w:t>
      </w:r>
      <w:r>
        <w:rPr>
          <w:rFonts w:ascii="Times New Roman" w:hAnsi="Times New Roman" w:eastAsia="Times New Roman" w:cs="Times New Roman"/>
          <w:i/>
          <w:color w:val="000000"/>
        </w:rPr>
        <w:t>x</w:t>
      </w:r>
      <w:r>
        <w:rPr>
          <w:rFonts w:ascii="Times New Roman" w:hAnsi="Times New Roman" w:eastAsia="Times New Roman" w:cs="Times New Roman"/>
          <w:color w:val="000000"/>
        </w:rPr>
        <w:t>=</w:t>
      </w:r>
      <w:r>
        <w:rPr>
          <w:color w:val="000000"/>
        </w:rPr>
        <w:t>________</w:t>
      </w:r>
      <w:r>
        <w:rPr>
          <w:rFonts w:ascii="Times New Roman" w:hAnsi="Times New Roman" w:eastAsia="Times New Roman" w:cs="Times New Roman"/>
          <w:color w:val="000000"/>
        </w:rPr>
        <w:t>．</w:t>
      </w:r>
    </w:p>
    <w:p>
      <w:pPr>
        <w:pStyle w:val="Heading2"/>
      </w:pPr>
      <w:r>
        <w:t>西城区三帆中学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18. </w:t>
      </w:r>
      <w:r>
        <w:rPr>
          <w:rFonts w:ascii="宋体" w:hAnsi="宋体" w:eastAsia="宋体" w:cs="宋体"/>
          <w:color w:val="000000"/>
        </w:rPr>
        <w:t>新年联欢，老师为同学们准备了</w:t>
      </w:r>
      <w:r>
        <w:rPr>
          <w:rFonts w:ascii="Times New Roman" w:hAnsi="Times New Roman" w:eastAsia="Times New Roman" w:cs="Times New Roman"/>
          <w:i/>
          <w:color w:val="000000"/>
        </w:rPr>
        <w:t>A</w:t>
      </w:r>
      <w:r>
        <w:rPr>
          <w:rFonts w:ascii="宋体" w:hAnsi="宋体" w:eastAsia="宋体" w:cs="宋体"/>
          <w:color w:val="000000"/>
        </w:rPr>
        <w:t>、</w:t>
      </w:r>
      <w:r>
        <w:rPr>
          <w:rFonts w:ascii="Times New Roman" w:hAnsi="Times New Roman" w:eastAsia="Times New Roman" w:cs="Times New Roman"/>
          <w:i/>
          <w:color w:val="000000"/>
        </w:rPr>
        <w:t>B</w:t>
      </w:r>
      <w:r>
        <w:rPr>
          <w:rFonts w:ascii="宋体" w:hAnsi="宋体" w:eastAsia="宋体" w:cs="宋体"/>
          <w:color w:val="000000"/>
        </w:rPr>
        <w:t>两种礼物，</w:t>
      </w:r>
      <w:r>
        <w:rPr>
          <w:rFonts w:ascii="Times New Roman" w:hAnsi="Times New Roman" w:eastAsia="Times New Roman" w:cs="Times New Roman"/>
          <w:i/>
          <w:color w:val="000000"/>
        </w:rPr>
        <w:t>A</w:t>
      </w:r>
      <w:r>
        <w:rPr>
          <w:rFonts w:ascii="宋体" w:hAnsi="宋体" w:eastAsia="宋体" w:cs="宋体"/>
          <w:color w:val="000000"/>
        </w:rPr>
        <w:t>礼物单价</w:t>
      </w:r>
      <w:r>
        <w:rPr>
          <w:rFonts w:ascii="Times New Roman" w:hAnsi="Times New Roman" w:eastAsia="Times New Roman" w:cs="Times New Roman"/>
          <w:i/>
          <w:color w:val="000000"/>
        </w:rPr>
        <w:t>a</w:t>
      </w:r>
      <w:r>
        <w:rPr>
          <w:rFonts w:ascii="宋体" w:hAnsi="宋体" w:eastAsia="宋体" w:cs="宋体"/>
          <w:color w:val="000000"/>
        </w:rPr>
        <w:t>元，重</w:t>
      </w:r>
      <w:r>
        <w:rPr>
          <w:rFonts w:ascii="Times New Roman" w:hAnsi="Times New Roman" w:eastAsia="Times New Roman" w:cs="Times New Roman"/>
          <w:i/>
          <w:color w:val="000000"/>
        </w:rPr>
        <w:t>m</w:t>
      </w:r>
      <w:r>
        <w:rPr>
          <w:rFonts w:ascii="宋体" w:hAnsi="宋体" w:eastAsia="宋体" w:cs="宋体"/>
          <w:color w:val="000000"/>
        </w:rPr>
        <w:t>千克，</w:t>
      </w:r>
      <w:r>
        <w:rPr>
          <w:rFonts w:ascii="Times New Roman" w:hAnsi="Times New Roman" w:eastAsia="Times New Roman" w:cs="Times New Roman"/>
          <w:i/>
          <w:color w:val="000000"/>
        </w:rPr>
        <w:t>B</w:t>
      </w:r>
      <w:r>
        <w:rPr>
          <w:rFonts w:ascii="宋体" w:hAnsi="宋体" w:eastAsia="宋体" w:cs="宋体"/>
          <w:color w:val="000000"/>
        </w:rPr>
        <w:t>礼物单价</w:t>
      </w:r>
      <w:r>
        <w:pict>
          <v:shape id="_x0000_i704632" o:spt="75" alt="学科网(www.zxxk.com)--教育资源门户，提供试卷、教案、课件、论文、素材以及各类教学资源下载，还有大量而丰富的教学相关资讯！" type="#_x0000_t75" style="height:20.25pt;width:33.75pt;" o:ole="t" filled="f" o:preferrelative="t" stroked="f" coordsize="21600,21600">
            <v:path/>
            <v:fill on="f" focussize="0,0"/>
            <v:stroke on="f" joinstyle="miter"/>
            <v:imagedata r:id="rId33" o:title="eqIdf8a5da05151fc52347a3f3cc676b0a46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元，重</w:t>
      </w:r>
      <w:r>
        <w:pict>
          <v:shape id="_x0000_i704633" o:spt="75" alt="学科网(www.zxxk.com)--教育资源门户，提供试卷、教案、课件、论文、素材以及各类教学资源下载，还有大量而丰富的教学相关资讯！" type="#_x0000_t75" style="height:20.25pt;width:36pt;" o:ole="t" filled="f" o:preferrelative="t" stroked="f" coordsize="21600,21600">
            <v:path/>
            <v:fill on="f" focussize="0,0"/>
            <v:stroke on="f" joinstyle="miter"/>
            <v:imagedata r:id="rId34" o:title="eqId740258428293fd57420fd7b35a8e7670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千克，为了增加趣味性，老师把礼物随机组合装在盲盒里，每个盲盒里均放两个，装好后，称重盲盒，发现：</w:t>
      </w:r>
    </w:p>
    <w:tbl>
      <w:tblPr>
        <w:tblStyle w:val="4"/>
        <w:tblW w:w="676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1045"/>
        <w:gridCol w:w="1642"/>
        <w:gridCol w:w="2436"/>
        <w:gridCol w:w="164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称重情况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重量最大的盲盒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重量介于最大和最轻之间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重量最轻的盲盒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盲盒个数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12</w:t>
            </w:r>
            <w:r>
              <w:rPr>
                <w:rFonts w:ascii="宋体" w:hAnsi="宋体" w:eastAsia="宋体" w:cs="宋体"/>
                <w:color w:val="000000"/>
              </w:rPr>
              <w:t>个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20</w:t>
            </w:r>
            <w:r>
              <w:rPr>
                <w:rFonts w:ascii="宋体" w:hAnsi="宋体" w:eastAsia="宋体" w:cs="宋体"/>
                <w:color w:val="000000"/>
              </w:rPr>
              <w:t>个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8</w:t>
            </w:r>
            <w:r>
              <w:rPr>
                <w:rFonts w:ascii="宋体" w:hAnsi="宋体" w:eastAsia="宋体" w:cs="宋体"/>
                <w:color w:val="000000"/>
              </w:rPr>
              <w:t>个</w:t>
            </w:r>
          </w:p>
        </w:tc>
      </w:tr>
    </w:tbl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若这些礼物共花费</w:t>
      </w:r>
      <w:r>
        <w:rPr>
          <w:rFonts w:ascii="Times New Roman" w:hAnsi="Times New Roman" w:eastAsia="Times New Roman" w:cs="Times New Roman"/>
          <w:color w:val="000000"/>
        </w:rPr>
        <w:t>836</w:t>
      </w:r>
      <w:r>
        <w:rPr>
          <w:rFonts w:ascii="宋体" w:hAnsi="宋体" w:eastAsia="宋体" w:cs="宋体"/>
          <w:color w:val="000000"/>
        </w:rPr>
        <w:t>元，则</w:t>
      </w:r>
      <w:r>
        <w:pict>
          <v:shape id="_x0000_i704634" o:spt="75" alt="学科网(www.zxxk.com)--教育资源门户，提供试卷、教案、课件、论文、素材以及各类教学资源下载，还有大量而丰富的教学相关资讯！" type="#_x0000_t75" style="height:11.4pt;width:20.4pt;" o:ole="t" filled="f" o:preferrelative="t" stroked="f" coordsize="21600,21600">
            <v:path/>
            <v:fill on="f" focussize="0,0"/>
            <v:stroke on="f" joinstyle="miter"/>
            <v:imagedata r:id="rId35" o:title="eqId380bbacf854e30e2e747fc286d2b9997"/>
            <o:lock v:ext="edit" aspectratio="t"/>
            <w10:wrap type="none"/>
            <w10:anchorlock/>
          </v:shape>
        </w:pict>
      </w:r>
      <w:r>
        <w:rPr>
          <w:color w:val="000000"/>
        </w:rPr>
        <w:t>____</w:t>
      </w:r>
      <w:r>
        <w:rPr>
          <w:rFonts w:ascii="宋体" w:hAnsi="宋体" w:eastAsia="宋体" w:cs="宋体"/>
          <w:color w:val="000000"/>
        </w:rPr>
        <w:t>元．</w:t>
      </w:r>
    </w:p>
    <w:p>
      <w:pPr>
        <w:pStyle w:val="Heading2"/>
      </w:pPr>
      <w:r>
        <w:t>顺义区牛栏山一中实验学校（10月月考）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25. </w:t>
      </w:r>
      <w:r>
        <w:rPr>
          <w:rFonts w:ascii="宋体" w:eastAsia="宋体" w:hAnsi="宋体" w:cs="宋体"/>
          <w:color w:val="000000"/>
        </w:rPr>
        <w:t>尊老敬老是中华民族的传统美德，某校文艺社团的同学准备在“五一”假期去一所敬老院进行慰问演出，他们一共准备了</w:t>
      </w:r>
      <w:r>
        <w:rPr>
          <w:rFonts w:ascii="Times New Roman" w:eastAsia="Times New Roman" w:hAnsi="Times New Roman" w:cs="Times New Roman"/>
          <w:color w:val="000000"/>
        </w:rPr>
        <w:t>6</w:t>
      </w:r>
      <w:r>
        <w:rPr>
          <w:rFonts w:ascii="宋体" w:eastAsia="宋体" w:hAnsi="宋体" w:cs="宋体"/>
          <w:color w:val="000000"/>
        </w:rPr>
        <w:t>个节目，全体演员中有</w:t>
      </w:r>
      <w:r>
        <w:rPr>
          <w:rFonts w:ascii="Times New Roman" w:eastAsia="Times New Roman" w:hAnsi="Times New Roman" w:cs="Times New Roman"/>
          <w:color w:val="000000"/>
        </w:rPr>
        <w:t>8</w:t>
      </w:r>
      <w:r>
        <w:rPr>
          <w:rFonts w:ascii="宋体" w:eastAsia="宋体" w:hAnsi="宋体" w:cs="宋体"/>
          <w:color w:val="000000"/>
        </w:rPr>
        <w:t>人需参加两个或两个以上的节目演出，情况如下表：</w:t>
      </w:r>
    </w:p>
    <w:tbl>
      <w:tblPr>
        <w:tblStyle w:val="TableNorma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843"/>
        <w:gridCol w:w="796"/>
        <w:gridCol w:w="796"/>
        <w:gridCol w:w="796"/>
        <w:gridCol w:w="796"/>
        <w:gridCol w:w="796"/>
        <w:gridCol w:w="796"/>
        <w:gridCol w:w="796"/>
        <w:gridCol w:w="796"/>
      </w:tblGrid>
      <w:tr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cantSplit w:val="0"/>
          <w:trHeight w:val="330"/>
        </w:trPr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演员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演员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演员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演员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演员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演员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演员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演员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</w:tr>
      <w:tr>
        <w:tblPrEx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cantSplit w:val="0"/>
          <w:trHeight w:val="330"/>
        </w:trPr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节目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A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√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√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√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√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√</w:t>
            </w:r>
          </w:p>
        </w:tc>
      </w:tr>
      <w:tr>
        <w:tblPrEx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cantSplit w:val="0"/>
          <w:trHeight w:val="330"/>
        </w:trPr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节目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B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√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√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√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</w:p>
        </w:tc>
      </w:tr>
      <w:tr>
        <w:tblPrEx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cantSplit w:val="0"/>
          <w:trHeight w:val="330"/>
        </w:trPr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节目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C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√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√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√</w:t>
            </w:r>
          </w:p>
        </w:tc>
      </w:tr>
      <w:tr>
        <w:tblPrEx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cantSplit w:val="0"/>
          <w:trHeight w:val="330"/>
        </w:trPr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节目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D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√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√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</w:p>
        </w:tc>
      </w:tr>
      <w:tr>
        <w:tblPrEx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cantSplit w:val="0"/>
          <w:trHeight w:val="330"/>
        </w:trPr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节目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E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√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√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</w:p>
        </w:tc>
      </w:tr>
      <w:tr>
        <w:tblPrEx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cantSplit w:val="0"/>
          <w:trHeight w:val="330"/>
        </w:trPr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节目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F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√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√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</w:p>
        </w:tc>
      </w:tr>
    </w:tbl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从演员换装的角度考虑，每位演员不能连续参加两个节目的演出，从节目安排的角度考虑，首尾两个节目分别是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F</w:t>
      </w:r>
      <w:r>
        <w:rPr>
          <w:rFonts w:ascii="宋体" w:eastAsia="宋体" w:hAnsi="宋体" w:cs="宋体"/>
          <w:color w:val="000000"/>
        </w:rPr>
        <w:t>，中间节目的顺序可以调换，请写出一种符合条件的节目先后顺序</w:t>
      </w:r>
      <w:r>
        <w:rPr>
          <w:color w:val="000000"/>
        </w:rPr>
        <w:t>___________</w:t>
      </w:r>
      <w:r>
        <w:rPr>
          <w:rFonts w:ascii="宋体" w:eastAsia="宋体" w:hAnsi="宋体" w:cs="宋体"/>
          <w:color w:val="000000"/>
        </w:rPr>
        <w:t>（只需按演出顺序填写中间</w: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rFonts w:ascii="宋体" w:eastAsia="宋体" w:hAnsi="宋体" w:cs="宋体"/>
          <w:color w:val="000000"/>
        </w:rPr>
        <w:t>个节目的字母即可）．</w:t>
      </w:r>
    </w:p>
    <w:p>
      <w:pPr>
        <w:pStyle w:val="Heading2"/>
      </w:pPr>
      <w:r>
        <w:t>首都师范大学附属中学（12月月考）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18. </w:t>
      </w:r>
      <w:r>
        <w:pict>
          <v:shape id="_x0000_i704635" o:spt="75" alt="学科网(www.zxxk.com)--教育资源门户，提供试卷、教案、课件、论文、素材以及各类教学资源下载，还有大量而丰富的教学相关资讯！" type="#_x0000_t75" style="height:9.75pt;width:9pt;" o:ole="t" filled="f" o:preferrelative="t" stroked="f" coordsize="21600,21600">
            <v:path/>
            <v:fill on="f" focussize="0,0"/>
            <v:stroke on="f" joinstyle="miter"/>
            <v:imagedata r:id="rId36" o:title="eqId0a6936d370d6a238a608ca56f87198de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，</w:t>
      </w:r>
      <w:r>
        <w:pict>
          <v:shape id="_x0000_i704636" o:spt="75" alt="学科网(www.zxxk.com)--教育资源门户，提供试卷、教案、课件、论文、素材以及各类教学资源下载，还有大量而丰富的教学相关资讯！" type="#_x0000_t75" style="height:14.35pt;width:9.9pt;" o:ole="t" filled="f" o:preferrelative="t" stroked="f" coordsize="21600,21600">
            <v:path/>
            <v:fill on="f" focussize="0,0"/>
            <v:stroke on="f" joinstyle="miter"/>
            <v:imagedata r:id="rId37" o:title="eqId2c94bb12cee76221e13f9ef955b0aab1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为有理数，且</w:t>
      </w:r>
      <w:r>
        <w:pict>
          <v:shape id="_x0000_i704637" o:spt="75" alt="学科网(www.zxxk.com)--教育资源门户，提供试卷、教案、课件、论文、素材以及各类教学资源下载，还有大量而丰富的教学相关资讯！" type="#_x0000_t75" style="height:14.25pt;width:27pt;" o:ole="t" filled="f" o:preferrelative="t" stroked="f" coordsize="21600,21600">
            <v:path/>
            <v:fill on="f" focussize="0,0"/>
            <v:stroke on="f" joinstyle="miter"/>
            <v:imagedata r:id="rId38" o:title="eqId20d6fc9b90f370fbb27552876b650f8f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和</w:t>
      </w:r>
      <w:r>
        <w:pict>
          <v:shape id="_x0000_i704638" o:spt="75" alt="学科网(www.zxxk.com)--教育资源门户，提供试卷、教案、课件、论文、素材以及各类教学资源下载，还有大量而丰富的教学相关资讯！" type="#_x0000_t75" style="height:14.2pt;width:26.2pt;" o:ole="t" filled="f" o:preferrelative="t" stroked="f" coordsize="21600,21600">
            <v:path/>
            <v:fill on="f" focussize="0,0"/>
            <v:stroke on="f" joinstyle="miter"/>
            <v:imagedata r:id="rId39" o:title="eqIdc9f2416d1f75a45a314331146550832e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在数轴上的位置如下图所示，则</w:t>
      </w:r>
      <w:r>
        <w:pict>
          <v:shape id="_x0000_i704639" o:spt="75" alt="学科网(www.zxxk.com)--教育资源门户，提供试卷、教案、课件、论文、素材以及各类教学资源下载，还有大量而丰富的教学相关资讯！" type="#_x0000_t75" style="height:9.75pt;width:9pt;" o:ole="t" filled="f" o:preferrelative="t" stroked="f" coordsize="21600,21600">
            <v:path/>
            <v:fill on="f" focussize="0,0"/>
            <v:stroke on="f" joinstyle="miter"/>
            <v:imagedata r:id="rId36" o:title="eqId0a6936d370d6a238a608ca56f87198de"/>
            <o:lock v:ext="edit" aspectratio="t"/>
            <w10:wrap type="none"/>
            <w10:anchorlock/>
          </v:shape>
        </w:pict>
      </w:r>
      <w:r>
        <w:rPr>
          <w:color w:val="000000"/>
        </w:rPr>
        <w:t>________</w:t>
      </w:r>
      <w:r>
        <w:rPr>
          <w:rFonts w:ascii="Times New Roman" w:hAnsi="Times New Roman" w:eastAsia="Times New Roman" w:cs="Times New Roman"/>
          <w:color w:val="000000"/>
        </w:rPr>
        <w:t>0</w:t>
      </w:r>
      <w:r>
        <w:rPr>
          <w:rFonts w:ascii="宋体" w:hAnsi="宋体" w:eastAsia="宋体" w:cs="宋体"/>
          <w:color w:val="000000"/>
        </w:rPr>
        <w:t>，</w:t>
      </w:r>
      <w:r>
        <w:pict>
          <v:shape id="_x0000_i704640" o:spt="75" alt="学科网(www.zxxk.com)--教育资源门户，提供试卷、教案、课件、论文、素材以及各类教学资源下载，还有大量而丰富的教学相关资讯！" type="#_x0000_t75" style="height:14.35pt;width:9.9pt;" o:ole="t" filled="f" o:preferrelative="t" stroked="f" coordsize="21600,21600">
            <v:path/>
            <v:fill on="f" focussize="0,0"/>
            <v:stroke on="f" joinstyle="miter"/>
            <v:imagedata r:id="rId37" o:title="eqId2c94bb12cee76221e13f9ef955b0aab1"/>
            <o:lock v:ext="edit" aspectratio="t"/>
            <w10:wrap type="none"/>
            <w10:anchorlock/>
          </v:shape>
        </w:pict>
      </w:r>
      <w:r>
        <w:rPr>
          <w:color w:val="000000"/>
        </w:rPr>
        <w:t>_______</w:t>
      </w:r>
      <w:r>
        <w:rPr>
          <w:rFonts w:ascii="Times New Roman" w:hAnsi="Times New Roman" w:eastAsia="Times New Roman" w:cs="Times New Roman"/>
          <w:color w:val="000000"/>
        </w:rPr>
        <w:t>0</w:t>
      </w:r>
      <w:r>
        <w:rPr>
          <w:rFonts w:ascii="宋体" w:hAnsi="宋体" w:eastAsia="宋体" w:cs="宋体"/>
          <w:color w:val="000000"/>
        </w:rPr>
        <w:t>，</w:t>
      </w:r>
      <w:r>
        <w:pict>
          <v:shape id="_x0000_i704641" o:spt="75" alt="学科网(www.zxxk.com)--教育资源门户，提供试卷、教案、课件、论文、素材以及各类教学资源下载，还有大量而丰富的教学相关资讯！" type="#_x0000_t75" style="height:9.75pt;width:9pt;" o:ole="t" filled="f" o:preferrelative="t" stroked="f" coordsize="21600,21600">
            <v:path/>
            <v:fill on="f" focussize="0,0"/>
            <v:stroke on="f" joinstyle="miter"/>
            <v:imagedata r:id="rId36" o:title="eqId0a6936d370d6a238a608ca56f87198de"/>
            <o:lock v:ext="edit" aspectratio="t"/>
            <w10:wrap type="none"/>
            <w10:anchorlock/>
          </v:shape>
        </w:pict>
      </w:r>
      <w:r>
        <w:rPr>
          <w:color w:val="000000"/>
        </w:rPr>
        <w:t>______</w:t>
      </w:r>
      <w:r>
        <w:pict>
          <v:shape id="_x0000_i704642" o:spt="75" alt="学科网(www.zxxk.com)--教育资源门户，提供试卷、教案、课件、论文、素材以及各类教学资源下载，还有大量而丰富的教学相关资讯！" type="#_x0000_t75" style="height:14.35pt;width:9.9pt;" o:ole="t" filled="f" o:preferrelative="t" stroked="f" coordsize="21600,21600">
            <v:path/>
            <v:fill on="f" focussize="0,0"/>
            <v:stroke on="f" joinstyle="miter"/>
            <v:imagedata r:id="rId37" o:title="eqId2c94bb12cee76221e13f9ef955b0aab1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（用“＞”，“＜”“＝”填空）．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2476500" cy="438150"/>
            <wp:effectExtent l="0" t="0" r="0" b="0"/>
            <wp:docPr id="2191" name="图片 10003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92" name="图片 100033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2476500" cy="43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Heading1"/>
      </w:pPr>
      <w:r>
        <w:t>期中</w:t>
      </w:r>
    </w:p>
    <w:p>
      <w:pPr>
        <w:pStyle w:val="Heading2"/>
      </w:pPr>
      <w:r>
        <w:t>东城区广渠门中学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18. </w:t>
      </w:r>
      <w:r>
        <w:rPr>
          <w:rFonts w:ascii="宋体" w:eastAsia="宋体" w:hAnsi="宋体" w:cs="宋体"/>
          <w:color w:val="000000"/>
        </w:rPr>
        <w:t>下表是我校七年级各班某月课外选修课程上课时间</w:t>
      </w:r>
      <w:r>
        <w:rPr>
          <w:rFonts w:ascii="宋体" w:eastAsia="宋体" w:hAnsi="宋体" w:cs="宋体"/>
          <w:color w:val="000000"/>
          <w:position w:val="0"/>
        </w:rPr>
        <w:drawing>
          <wp:inline>
            <wp:extent cx="133350" cy="177800"/>
            <wp:docPr id="219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94" name=""/>
                    <pic:cNvPicPr>
                      <a:picLocks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color w:val="000000"/>
        </w:rPr>
        <w:t>统计表，其中各班同一选修课程上课时间相同．</w:t>
      </w:r>
    </w:p>
    <w:tbl>
      <w:tblPr>
        <w:tblStyle w:val="TableNorma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586"/>
        <w:gridCol w:w="1742"/>
        <w:gridCol w:w="1742"/>
        <w:gridCol w:w="1742"/>
        <w:gridCol w:w="2063"/>
      </w:tblGrid>
      <w:tr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cantSplit w:val="0"/>
          <w:trHeight w:val="330"/>
        </w:trPr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音体美选修课程</w:t>
            </w:r>
          </w:p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上课次数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科技类选修课程</w:t>
            </w:r>
          </w:p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上课次数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学科类选修课程</w:t>
            </w:r>
          </w:p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上课次数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选修课程上课</w:t>
            </w:r>
          </w:p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总时间（单位：</w:t>
            </w:r>
            <w:r>
              <w:rPr>
                <w:rFonts w:ascii="Calibri" w:eastAsia="Calibri" w:hAnsi="Calibri" w:cs="Calibri"/>
                <w:color w:val="000000"/>
              </w:rPr>
              <w:t>h</w:t>
            </w:r>
            <w:r>
              <w:rPr>
                <w:rFonts w:ascii="宋体" w:eastAsia="宋体" w:hAnsi="宋体" w:cs="宋体"/>
                <w:color w:val="000000"/>
              </w:rPr>
              <w:t>）</w:t>
            </w:r>
          </w:p>
        </w:tc>
      </w:tr>
      <w:tr>
        <w:tblPrEx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cantSplit w:val="0"/>
          <w:trHeight w:val="330"/>
        </w:trPr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>
              <w:rPr>
                <w:rFonts w:ascii="宋体" w:eastAsia="宋体" w:hAnsi="宋体" w:cs="宋体"/>
                <w:color w:val="000000"/>
              </w:rPr>
              <w:t>班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14.5</w:t>
            </w:r>
          </w:p>
        </w:tc>
      </w:tr>
      <w:tr>
        <w:tblPrEx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cantSplit w:val="0"/>
          <w:trHeight w:val="330"/>
        </w:trPr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>
              <w:rPr>
                <w:rFonts w:ascii="宋体" w:eastAsia="宋体" w:hAnsi="宋体" w:cs="宋体"/>
                <w:color w:val="000000"/>
              </w:rPr>
              <w:t>班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14</w:t>
            </w:r>
          </w:p>
        </w:tc>
      </w:tr>
      <w:tr>
        <w:tblPrEx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cantSplit w:val="0"/>
          <w:trHeight w:val="330"/>
        </w:trPr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  <w:r>
              <w:rPr>
                <w:rFonts w:ascii="宋体" w:eastAsia="宋体" w:hAnsi="宋体" w:cs="宋体"/>
                <w:color w:val="000000"/>
              </w:rPr>
              <w:t>班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</w:tr>
      <w:tr>
        <w:tblPrEx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cantSplit w:val="0"/>
          <w:trHeight w:val="330"/>
        </w:trPr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  <w:r>
              <w:rPr>
                <w:rFonts w:ascii="宋体" w:eastAsia="宋体" w:hAnsi="宋体" w:cs="宋体"/>
                <w:color w:val="000000"/>
              </w:rPr>
              <w:t>班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pict>
                <v:shape id="_x0000_i704643" type="#_x0000_t75" alt="学科网(www.zxxk.com)--教育资源门户，提供试卷、教案、课件、论文、素材以及各类教学资源下载，还有大量而丰富的教学相关资讯！" style="width:9pt;height:9.75pt" o:oleicon="f" o:ole="">
                  <v:imagedata r:id="rId42" o:title="eqId0a6936d370d6a238a608ca56f87198de"/>
                </v:shape>
              </w:pic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b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14</w:t>
            </w:r>
          </w:p>
        </w:tc>
      </w:tr>
    </w:tbl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科技类选修课程每次上课时间为</w:t>
      </w:r>
      <w:r>
        <w:rPr>
          <w:color w:val="000000"/>
        </w:rPr>
        <w:t>_________</w:t>
      </w:r>
      <w:r>
        <w:rPr>
          <w:rFonts w:ascii="Times New Roman" w:eastAsia="Times New Roman" w:hAnsi="Times New Roman" w:cs="Times New Roman"/>
          <w:color w:val="000000"/>
        </w:rPr>
        <w:t>h</w:t>
      </w:r>
      <w:r>
        <w:rPr>
          <w:rFonts w:ascii="宋体" w:eastAsia="宋体" w:hAnsi="宋体" w:cs="宋体"/>
          <w:color w:val="000000"/>
        </w:rPr>
        <w:t>，该年级</w: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rFonts w:ascii="宋体" w:eastAsia="宋体" w:hAnsi="宋体" w:cs="宋体"/>
          <w:color w:val="000000"/>
        </w:rPr>
        <w:t>班这个月音体美选修课程上课次数最多可能是</w:t>
      </w:r>
      <w:r>
        <w:rPr>
          <w:color w:val="000000"/>
        </w:rPr>
        <w:t>_________</w:t>
      </w:r>
      <w:r>
        <w:rPr>
          <w:rFonts w:ascii="宋体" w:eastAsia="宋体" w:hAnsi="宋体" w:cs="宋体"/>
          <w:color w:val="000000"/>
        </w:rPr>
        <w:t>次．</w:t>
      </w:r>
    </w:p>
    <w:p>
      <w:pPr>
        <w:pStyle w:val="Heading2"/>
      </w:pPr>
      <w:r>
        <w:t>东城区文汇中学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18. </w:t>
      </w:r>
      <w:r>
        <w:rPr>
          <w:rFonts w:ascii="宋体" w:eastAsia="宋体" w:hAnsi="宋体" w:cs="宋体"/>
          <w:color w:val="000000"/>
        </w:rPr>
        <w:t>一只小球落在数轴上的某点</w:t>
      </w:r>
      <w:r>
        <w:rPr>
          <w:rFonts w:ascii="Times New Roman" w:eastAsia="Times New Roman" w:hAnsi="Times New Roman" w:cs="Times New Roman"/>
          <w:i/>
          <w:color w:val="000000"/>
        </w:rPr>
        <w:t>P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0</w:t>
      </w:r>
      <w:r>
        <w:rPr>
          <w:rFonts w:ascii="宋体" w:eastAsia="宋体" w:hAnsi="宋体" w:cs="宋体"/>
          <w:color w:val="000000"/>
        </w:rPr>
        <w:t>，第一次从</w:t>
      </w:r>
      <w:r>
        <w:rPr>
          <w:rFonts w:ascii="Times New Roman" w:eastAsia="Times New Roman" w:hAnsi="Times New Roman" w:cs="Times New Roman"/>
          <w:i/>
          <w:color w:val="000000"/>
        </w:rPr>
        <w:t>P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0</w:t>
      </w:r>
      <w:r>
        <w:rPr>
          <w:rFonts w:ascii="宋体" w:eastAsia="宋体" w:hAnsi="宋体" w:cs="宋体"/>
          <w:color w:val="000000"/>
        </w:rPr>
        <w:t>向左跳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个单位到</w:t>
      </w:r>
      <w:r>
        <w:rPr>
          <w:rFonts w:ascii="Times New Roman" w:eastAsia="Times New Roman" w:hAnsi="Times New Roman" w:cs="Times New Roman"/>
          <w:i/>
          <w:color w:val="000000"/>
        </w:rPr>
        <w:t>P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1</w:t>
      </w:r>
      <w:r>
        <w:rPr>
          <w:rFonts w:ascii="宋体" w:eastAsia="宋体" w:hAnsi="宋体" w:cs="宋体"/>
          <w:color w:val="000000"/>
        </w:rPr>
        <w:t>，第二次从</w:t>
      </w:r>
      <w:r>
        <w:rPr>
          <w:rFonts w:ascii="Times New Roman" w:eastAsia="Times New Roman" w:hAnsi="Times New Roman" w:cs="Times New Roman"/>
          <w:i/>
          <w:color w:val="000000"/>
        </w:rPr>
        <w:t>P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1</w:t>
      </w:r>
      <w:r>
        <w:rPr>
          <w:rFonts w:ascii="宋体" w:eastAsia="宋体" w:hAnsi="宋体" w:cs="宋体"/>
          <w:color w:val="000000"/>
        </w:rPr>
        <w:t>向右跳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个单位到</w:t>
      </w:r>
      <w:r>
        <w:rPr>
          <w:rFonts w:ascii="Times New Roman" w:eastAsia="Times New Roman" w:hAnsi="Times New Roman" w:cs="Times New Roman"/>
          <w:i/>
          <w:color w:val="000000"/>
        </w:rPr>
        <w:t>P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宋体" w:eastAsia="宋体" w:hAnsi="宋体" w:cs="宋体"/>
          <w:color w:val="000000"/>
        </w:rPr>
        <w:t>，第三次从</w:t>
      </w:r>
      <w:r>
        <w:rPr>
          <w:rFonts w:ascii="Times New Roman" w:eastAsia="Times New Roman" w:hAnsi="Times New Roman" w:cs="Times New Roman"/>
          <w:i/>
          <w:color w:val="000000"/>
        </w:rPr>
        <w:t>P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宋体" w:eastAsia="宋体" w:hAnsi="宋体" w:cs="宋体"/>
          <w:color w:val="000000"/>
        </w:rPr>
        <w:t>向左跳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个单位到</w:t>
      </w:r>
      <w:r>
        <w:rPr>
          <w:rFonts w:ascii="Times New Roman" w:eastAsia="Times New Roman" w:hAnsi="Times New Roman" w:cs="Times New Roman"/>
          <w:i/>
          <w:color w:val="000000"/>
        </w:rPr>
        <w:t>P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3</w:t>
      </w:r>
      <w:r>
        <w:rPr>
          <w:rFonts w:ascii="宋体" w:eastAsia="宋体" w:hAnsi="宋体" w:cs="宋体"/>
          <w:color w:val="000000"/>
        </w:rPr>
        <w:t>．第四次从</w:t>
      </w:r>
      <w:r>
        <w:rPr>
          <w:rFonts w:ascii="Times New Roman" w:eastAsia="Times New Roman" w:hAnsi="Times New Roman" w:cs="Times New Roman"/>
          <w:i/>
          <w:color w:val="000000"/>
        </w:rPr>
        <w:t>P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3</w:t>
      </w:r>
      <w:r>
        <w:rPr>
          <w:rFonts w:ascii="宋体" w:eastAsia="宋体" w:hAnsi="宋体" w:cs="宋体"/>
          <w:color w:val="000000"/>
        </w:rPr>
        <w:t>向右跳</w: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rFonts w:ascii="宋体" w:eastAsia="宋体" w:hAnsi="宋体" w:cs="宋体"/>
          <w:color w:val="000000"/>
        </w:rPr>
        <w:t>个单位到</w:t>
      </w:r>
      <w:r>
        <w:rPr>
          <w:rFonts w:ascii="Times New Roman" w:eastAsia="Times New Roman" w:hAnsi="Times New Roman" w:cs="Times New Roman"/>
          <w:i/>
          <w:color w:val="000000"/>
        </w:rPr>
        <w:t>P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4</w:t>
      </w:r>
      <w:r>
        <w:rPr>
          <w:rFonts w:ascii="宋体" w:eastAsia="宋体" w:hAnsi="宋体" w:cs="宋体"/>
          <w:color w:val="000000"/>
        </w:rPr>
        <w:t>…．若小球从原点出发，按以上规律跳了</w:t>
      </w:r>
      <w:r>
        <w:rPr>
          <w:rFonts w:ascii="Times New Roman" w:eastAsia="Times New Roman" w:hAnsi="Times New Roman" w:cs="Times New Roman"/>
          <w:color w:val="000000"/>
        </w:rPr>
        <w:t>6</w:t>
      </w:r>
      <w:r>
        <w:rPr>
          <w:rFonts w:ascii="宋体" w:eastAsia="宋体" w:hAnsi="宋体" w:cs="宋体"/>
          <w:color w:val="000000"/>
        </w:rPr>
        <w:t>次时，它落在数轴上的点</w:t>
      </w:r>
      <w:r>
        <w:rPr>
          <w:rFonts w:ascii="Times New Roman" w:eastAsia="Times New Roman" w:hAnsi="Times New Roman" w:cs="Times New Roman"/>
          <w:i/>
          <w:color w:val="000000"/>
        </w:rPr>
        <w:t>P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6</w:t>
      </w:r>
      <w:r>
        <w:rPr>
          <w:rFonts w:ascii="宋体" w:eastAsia="宋体" w:hAnsi="宋体" w:cs="宋体"/>
          <w:color w:val="000000"/>
        </w:rPr>
        <w:t>所表示的数是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color w:val="000000"/>
        </w:rPr>
        <w:t>___</w:t>
      </w:r>
      <w:r>
        <w:rPr>
          <w:rFonts w:ascii="宋体" w:eastAsia="宋体" w:hAnsi="宋体" w:cs="宋体"/>
          <w:color w:val="000000"/>
        </w:rPr>
        <w:t>；若小球按以上规律跳了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Times New Roman" w:eastAsia="Times New Roman" w:hAnsi="Times New Roman" w:cs="Times New Roman"/>
          <w:i/>
          <w:color w:val="000000"/>
        </w:rPr>
        <w:t>n</w:t>
      </w:r>
      <w:r>
        <w:rPr>
          <w:rFonts w:ascii="宋体" w:eastAsia="宋体" w:hAnsi="宋体" w:cs="宋体"/>
          <w:color w:val="000000"/>
        </w:rPr>
        <w:t>次时，它落在数轴上的点</w:t>
      </w:r>
      <w:r>
        <w:rPr>
          <w:rFonts w:ascii="Times New Roman" w:eastAsia="Times New Roman" w:hAnsi="Times New Roman" w:cs="Times New Roman"/>
          <w:i/>
          <w:color w:val="000000"/>
        </w:rPr>
        <w:t>P</w:t>
      </w:r>
      <w:r>
        <w:rPr>
          <w:rFonts w:ascii="Times New Roman" w:eastAsia="Times New Roman" w:hAnsi="Times New Roman" w:cs="Times New Roman"/>
          <w:i/>
          <w:color w:val="000000"/>
          <w:vertAlign w:val="subscript"/>
        </w:rPr>
        <w:t>2n</w:t>
      </w:r>
      <w:r>
        <w:rPr>
          <w:rFonts w:ascii="宋体" w:eastAsia="宋体" w:hAnsi="宋体" w:cs="宋体"/>
          <w:color w:val="000000"/>
        </w:rPr>
        <w:t>所表示的数恰好是</w:t>
      </w:r>
      <w:r>
        <w:rPr>
          <w:rFonts w:ascii="Times New Roman" w:eastAsia="Times New Roman" w:hAnsi="Times New Roman" w:cs="Times New Roman"/>
          <w:i/>
          <w:color w:val="000000"/>
        </w:rPr>
        <w:t>n</w:t>
      </w:r>
      <w:r>
        <w:rPr>
          <w:rFonts w:ascii="Times New Roman" w:eastAsia="Times New Roman" w:hAnsi="Times New Roman" w:cs="Times New Roman"/>
          <w:color w:val="000000"/>
        </w:rPr>
        <w:t>+2</w:t>
      </w:r>
      <w:r>
        <w:rPr>
          <w:rFonts w:ascii="宋体" w:eastAsia="宋体" w:hAnsi="宋体" w:cs="宋体"/>
          <w:color w:val="000000"/>
        </w:rPr>
        <w:t>，则这只小球的初始位置点所表示的数</w:t>
      </w:r>
      <w:r>
        <w:rPr>
          <w:rFonts w:ascii="Times New Roman" w:eastAsia="Times New Roman" w:hAnsi="Times New Roman" w:cs="Times New Roman"/>
          <w:i/>
          <w:color w:val="000000"/>
        </w:rPr>
        <w:t>P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0</w:t>
      </w:r>
      <w:r>
        <w:rPr>
          <w:rFonts w:ascii="宋体" w:eastAsia="宋体" w:hAnsi="宋体" w:cs="宋体"/>
          <w:color w:val="000000"/>
        </w:rPr>
        <w:t>是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color w:val="000000"/>
        </w:rPr>
        <w:t>_____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b/>
          <w:color w:val="000000"/>
          <w:sz w:val="24"/>
        </w:rPr>
        <w:t>三、解答题（共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54</w:t>
      </w:r>
      <w:r>
        <w:rPr>
          <w:rFonts w:ascii="宋体" w:eastAsia="宋体" w:hAnsi="宋体" w:cs="宋体"/>
          <w:b/>
          <w:color w:val="000000"/>
          <w:sz w:val="24"/>
        </w:rPr>
        <w:t>分）</w:t>
      </w:r>
    </w:p>
    <w:p>
      <w:pPr>
        <w:pStyle w:val="Heading2"/>
      </w:pPr>
      <w:r>
        <w:t>丰台区丰台二中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18. </w:t>
      </w:r>
      <w:r>
        <w:rPr>
          <w:rFonts w:ascii="宋体" w:eastAsia="宋体" w:hAnsi="宋体" w:cs="宋体"/>
          <w:color w:val="000000"/>
        </w:rPr>
        <w:t>为了保密，许多情况下需要采用密码，破译密码有一把“钥匙”．如图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，密码“钥匙”显示</w:t>
      </w:r>
      <w:r>
        <w:pict>
          <v:shape id="_x0000_i704644" type="#_x0000_t75" alt="学科网(www.zxxk.com)--教育资源门户，提供试卷、教案、课件、论文、素材以及各类教学资源下载，还有大量而丰富的教学相关资讯！" style="width:29.25pt;height:14.25pt" o:oleicon="f" o:ole="">
            <v:imagedata r:id="rId43" o:title="eqId22380481f5b7de102beb0fc0788cbc5a"/>
          </v:shape>
        </w:pict>
      </w:r>
      <w:r>
        <w:rPr>
          <w:rFonts w:ascii="宋体" w:eastAsia="宋体" w:hAnsi="宋体" w:cs="宋体"/>
          <w:color w:val="000000"/>
        </w:rPr>
        <w:t>，表示将密文中每个字母在图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中沿逆时针方向转动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位．例如，破译</w:t>
      </w:r>
      <w:r>
        <w:rPr>
          <w:rFonts w:ascii="Times New Roman" w:eastAsia="Times New Roman" w:hAnsi="Times New Roman" w:cs="Times New Roman"/>
          <w:i/>
          <w:color w:val="000000"/>
        </w:rPr>
        <w:t>kdssb</w:t>
      </w:r>
      <w:r>
        <w:rPr>
          <w:rFonts w:ascii="宋体" w:eastAsia="宋体" w:hAnsi="宋体" w:cs="宋体"/>
          <w:color w:val="000000"/>
        </w:rPr>
        <w:t>得</w:t>
      </w:r>
      <w:r>
        <w:rPr>
          <w:rFonts w:ascii="Times New Roman" w:eastAsia="Times New Roman" w:hAnsi="Times New Roman" w:cs="Times New Roman"/>
          <w:i/>
          <w:color w:val="000000"/>
        </w:rPr>
        <w:t>happy</w:t>
      </w:r>
      <w:r>
        <w:rPr>
          <w:rFonts w:ascii="宋体" w:eastAsia="宋体" w:hAnsi="宋体" w:cs="宋体"/>
          <w:color w:val="000000"/>
        </w:rPr>
        <w:t>．继续使用此密码“钥匙”，破译</w:t>
      </w:r>
      <w:r>
        <w:rPr>
          <w:rFonts w:ascii="Times New Roman" w:eastAsia="Times New Roman" w:hAnsi="Times New Roman" w:cs="Times New Roman"/>
          <w:i/>
          <w:color w:val="000000"/>
        </w:rPr>
        <w:t>pdwk</w:t>
      </w:r>
      <w:r>
        <w:rPr>
          <w:rFonts w:ascii="宋体" w:eastAsia="宋体" w:hAnsi="宋体" w:cs="宋体"/>
          <w:color w:val="000000"/>
        </w:rPr>
        <w:t>得</w:t>
      </w:r>
      <w:r>
        <w:rPr>
          <w:color w:val="000000"/>
        </w:rPr>
        <w:t>__________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3429000" cy="1704975"/>
            <wp:docPr id="2195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96" name=""/>
                    <pic:cNvPicPr>
                      <a:picLocks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170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丰台区第十二中学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26. </w:t>
      </w:r>
      <w:r>
        <w:rPr>
          <w:rFonts w:ascii="宋体" w:eastAsia="宋体" w:hAnsi="宋体" w:cs="宋体"/>
          <w:color w:val="000000"/>
        </w:rPr>
        <w:t>在求两位数的平方时，可以用</w:t>
      </w:r>
      <w:r>
        <w:rPr>
          <w:rFonts w:ascii="Times New Roman" w:eastAsia="Times New Roman" w:hAnsi="Times New Roman" w:cs="Times New Roman"/>
          <w:color w:val="000000"/>
        </w:rPr>
        <w:t>“</w:t>
      </w:r>
      <w:r>
        <w:rPr>
          <w:rFonts w:ascii="宋体" w:eastAsia="宋体" w:hAnsi="宋体" w:cs="宋体"/>
          <w:color w:val="000000"/>
        </w:rPr>
        <w:t>列竖式</w:t>
      </w:r>
      <w:r>
        <w:rPr>
          <w:rFonts w:ascii="Times New Roman" w:eastAsia="Times New Roman" w:hAnsi="Times New Roman" w:cs="Times New Roman"/>
          <w:color w:val="000000"/>
        </w:rPr>
        <w:t>”</w:t>
      </w:r>
      <w:r>
        <w:rPr>
          <w:rFonts w:ascii="宋体" w:eastAsia="宋体" w:hAnsi="宋体" w:cs="宋体"/>
          <w:color w:val="000000"/>
        </w:rPr>
        <w:t>的方法进行速算，求解过程如图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所示．仿照图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，用</w:t>
      </w:r>
      <w:r>
        <w:rPr>
          <w:rFonts w:ascii="Times New Roman" w:eastAsia="Times New Roman" w:hAnsi="Times New Roman" w:cs="Times New Roman"/>
          <w:color w:val="000000"/>
        </w:rPr>
        <w:t>“</w:t>
      </w:r>
      <w:r>
        <w:rPr>
          <w:rFonts w:ascii="宋体" w:eastAsia="宋体" w:hAnsi="宋体" w:cs="宋体"/>
          <w:color w:val="000000"/>
        </w:rPr>
        <w:t>列竖式</w:t>
      </w:r>
      <w:r>
        <w:rPr>
          <w:rFonts w:ascii="Times New Roman" w:eastAsia="Times New Roman" w:hAnsi="Times New Roman" w:cs="Times New Roman"/>
          <w:color w:val="000000"/>
        </w:rPr>
        <w:t>”</w:t>
      </w:r>
      <w:r>
        <w:rPr>
          <w:rFonts w:ascii="宋体" w:eastAsia="宋体" w:hAnsi="宋体" w:cs="宋体"/>
          <w:color w:val="000000"/>
        </w:rPr>
        <w:t>的方法计算一个两位数的平方，过程部分如图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所示，则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Times New Roman" w:eastAsia="Times New Roman" w:hAnsi="Times New Roman" w:cs="Times New Roman"/>
          <w:color w:val="000000"/>
        </w:rPr>
        <w:t>+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Times New Roman" w:eastAsia="Times New Roman" w:hAnsi="Times New Roman" w:cs="Times New Roman"/>
          <w:color w:val="000000"/>
        </w:rPr>
        <w:t>+</w:t>
      </w:r>
      <w:r>
        <w:rPr>
          <w:rFonts w:ascii="Times New Roman" w:eastAsia="Times New Roman" w:hAnsi="Times New Roman" w:cs="Times New Roman"/>
          <w:i/>
          <w:color w:val="000000"/>
        </w:rPr>
        <w:t>c</w:t>
      </w:r>
      <w:r>
        <w:rPr>
          <w:rFonts w:ascii="Times New Roman" w:eastAsia="Times New Roman" w:hAnsi="Times New Roman" w:cs="Times New Roman"/>
          <w:color w:val="000000"/>
        </w:rPr>
        <w:t>+</w:t>
      </w:r>
      <w:r>
        <w:rPr>
          <w:rFonts w:ascii="Times New Roman" w:eastAsia="Times New Roman" w:hAnsi="Times New Roman" w:cs="Times New Roman"/>
          <w:i/>
          <w:color w:val="000000"/>
        </w:rPr>
        <w:t>d</w:t>
      </w:r>
      <w:r>
        <w:rPr>
          <w:rFonts w:ascii="Times New Roman" w:eastAsia="Times New Roman" w:hAnsi="Times New Roman" w:cs="Times New Roman"/>
          <w:color w:val="000000"/>
        </w:rPr>
        <w:t>+</w:t>
      </w:r>
      <w:r>
        <w:rPr>
          <w:rFonts w:ascii="Times New Roman" w:eastAsia="Times New Roman" w:hAnsi="Times New Roman" w:cs="Times New Roman"/>
          <w:i/>
          <w:color w:val="000000"/>
        </w:rPr>
        <w:t>e</w:t>
      </w:r>
      <w:r>
        <w:rPr>
          <w:rFonts w:ascii="Times New Roman" w:eastAsia="Times New Roman" w:hAnsi="Times New Roman" w:cs="Times New Roman"/>
          <w:color w:val="000000"/>
        </w:rPr>
        <w:t>+</w:t>
      </w:r>
      <w:r>
        <w:rPr>
          <w:rFonts w:ascii="Times New Roman" w:eastAsia="Times New Roman" w:hAnsi="Times New Roman" w:cs="Times New Roman"/>
          <w:i/>
          <w:color w:val="000000"/>
        </w:rPr>
        <w:t>f</w:t>
      </w:r>
      <w:r>
        <w:rPr>
          <w:rFonts w:ascii="Times New Roman" w:eastAsia="Times New Roman" w:hAnsi="Times New Roman" w:cs="Times New Roman"/>
          <w:color w:val="000000"/>
        </w:rPr>
        <w:t>+</w:t>
      </w:r>
      <w:r>
        <w:rPr>
          <w:rFonts w:ascii="Times New Roman" w:eastAsia="Times New Roman" w:hAnsi="Times New Roman" w:cs="Times New Roman"/>
          <w:i/>
          <w:color w:val="000000"/>
        </w:rPr>
        <w:t>g</w:t>
      </w:r>
      <w:r>
        <w:rPr>
          <w:rFonts w:ascii="Times New Roman" w:eastAsia="Times New Roman" w:hAnsi="Times New Roman" w:cs="Times New Roman"/>
          <w:color w:val="000000"/>
        </w:rPr>
        <w:t>+</w:t>
      </w:r>
      <w:r>
        <w:rPr>
          <w:rFonts w:ascii="Times New Roman" w:eastAsia="Times New Roman" w:hAnsi="Times New Roman" w:cs="Times New Roman"/>
          <w:i/>
          <w:color w:val="000000"/>
        </w:rPr>
        <w:t>h</w:t>
      </w:r>
      <w:r>
        <w:rPr>
          <w:rFonts w:ascii="Times New Roman" w:eastAsia="Times New Roman" w:hAnsi="Times New Roman" w:cs="Times New Roman"/>
          <w:color w:val="000000"/>
        </w:rPr>
        <w:t>=</w:t>
      </w:r>
      <w:r>
        <w:rPr>
          <w:color w:val="000000"/>
        </w:rPr>
        <w:t>_____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4352925" cy="1247775"/>
            <wp:docPr id="2197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98" name=""/>
                    <pic:cNvPicPr>
                      <a:picLocks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4352925" cy="1247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京源学校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18. </w:t>
      </w:r>
      <w:r>
        <w:rPr>
          <w:rFonts w:ascii="宋体" w:eastAsia="宋体" w:hAnsi="宋体" w:cs="宋体"/>
          <w:color w:val="000000"/>
        </w:rPr>
        <w:t>如图，用相同</w:t>
      </w:r>
      <w:r>
        <w:rPr>
          <w:rFonts w:ascii="宋体" w:eastAsia="宋体" w:hAnsi="宋体" w:cs="宋体"/>
          <w:color w:val="000000"/>
          <w:position w:val="0"/>
        </w:rPr>
        <w:drawing>
          <wp:inline>
            <wp:extent cx="133350" cy="177800"/>
            <wp:docPr id="2199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00" name=""/>
                    <pic:cNvPicPr>
                      <a:picLocks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color w:val="000000"/>
        </w:rPr>
        <w:t>小正方形按照某种规律进行摆放．根据图中小正方形的排列规律解答下列问题：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）第</w:t>
      </w:r>
      <w:r>
        <w:rPr>
          <w:rFonts w:ascii="Times New Roman" w:eastAsia="Times New Roman" w:hAnsi="Times New Roman" w:cs="Times New Roman"/>
          <w:color w:val="000000"/>
        </w:rPr>
        <w:t>5</w:t>
      </w:r>
      <w:r>
        <w:rPr>
          <w:rFonts w:ascii="宋体" w:eastAsia="宋体" w:hAnsi="宋体" w:cs="宋体"/>
          <w:color w:val="000000"/>
        </w:rPr>
        <w:t>个图中有</w:t>
      </w:r>
      <w:r>
        <w:rPr>
          <w:color w:val="000000"/>
        </w:rPr>
        <w:t>_____</w:t>
      </w:r>
      <w:r>
        <w:rPr>
          <w:rFonts w:ascii="宋体" w:eastAsia="宋体" w:hAnsi="宋体" w:cs="宋体"/>
          <w:color w:val="000000"/>
        </w:rPr>
        <w:t>个小正方形；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）写出你猜想的第</w:t>
      </w:r>
      <w:r>
        <w:rPr>
          <w:rFonts w:ascii="Times New Roman" w:eastAsia="Times New Roman" w:hAnsi="Times New Roman" w:cs="Times New Roman"/>
          <w:i/>
          <w:color w:val="000000"/>
        </w:rPr>
        <w:t>n</w:t>
      </w:r>
      <w:r>
        <w:rPr>
          <w:rFonts w:ascii="宋体" w:eastAsia="宋体" w:hAnsi="宋体" w:cs="宋体"/>
          <w:color w:val="000000"/>
        </w:rPr>
        <w:t>个图中小正方形的个数是</w:t>
      </w:r>
      <w:r>
        <w:rPr>
          <w:color w:val="000000"/>
        </w:rPr>
        <w:t>_____</w:t>
      </w:r>
      <w:r>
        <w:rPr>
          <w:rFonts w:ascii="宋体" w:eastAsia="宋体" w:hAnsi="宋体" w:cs="宋体"/>
          <w:color w:val="000000"/>
        </w:rPr>
        <w:t>（用含</w:t>
      </w:r>
      <w:r>
        <w:rPr>
          <w:rFonts w:ascii="Times New Roman" w:eastAsia="Times New Roman" w:hAnsi="Times New Roman" w:cs="Times New Roman"/>
          <w:i/>
          <w:color w:val="000000"/>
        </w:rPr>
        <w:t>n</w:t>
      </w:r>
      <w:r>
        <w:rPr>
          <w:rFonts w:ascii="宋体" w:eastAsia="宋体" w:hAnsi="宋体" w:cs="宋体"/>
          <w:color w:val="000000"/>
        </w:rPr>
        <w:t>的式子表示）．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5057775" cy="1314450"/>
            <wp:docPr id="2201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02" name=""/>
                    <pic:cNvPicPr>
                      <a:picLocks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057775" cy="1314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北京22中、21中联盟校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18. </w:t>
      </w:r>
      <w:r>
        <w:rPr>
          <w:rFonts w:ascii="宋体" w:eastAsia="宋体" w:hAnsi="宋体" w:cs="宋体"/>
          <w:color w:val="000000"/>
        </w:rPr>
        <w:t>如图，把同样大小的黑色棋子摆放在正多边形的边上，按照这样的规律摆下去，则第五个图形需要黑色棋子的个数是</w:t>
      </w:r>
      <w:r>
        <w:rPr>
          <w:color w:val="000000"/>
        </w:rPr>
        <w:t>_____</w:t>
      </w:r>
      <w:r>
        <w:rPr>
          <w:rFonts w:ascii="宋体" w:eastAsia="宋体" w:hAnsi="宋体" w:cs="宋体"/>
          <w:color w:val="000000"/>
        </w:rPr>
        <w:t>，第</w:t>
      </w:r>
      <w:r>
        <w:rPr>
          <w:rFonts w:ascii="Times New Roman" w:eastAsia="Times New Roman" w:hAnsi="Times New Roman" w:cs="Times New Roman"/>
          <w:i/>
          <w:color w:val="000000"/>
        </w:rPr>
        <w:t>n</w:t>
      </w:r>
      <w:r>
        <w:rPr>
          <w:rFonts w:ascii="宋体" w:eastAsia="宋体" w:hAnsi="宋体" w:cs="宋体"/>
          <w:color w:val="000000"/>
        </w:rPr>
        <w:t>个图形需要黑色棋子的个数是</w:t>
      </w:r>
      <w:r>
        <w:rPr>
          <w:color w:val="000000"/>
        </w:rPr>
        <w:t>______</w:t>
      </w:r>
      <w:r>
        <w:rPr>
          <w:rFonts w:ascii="宋体" w:eastAsia="宋体" w:hAnsi="宋体" w:cs="宋体"/>
          <w:color w:val="000000"/>
        </w:rPr>
        <w:t>（</w:t>
      </w:r>
      <w:r>
        <w:pict>
          <v:shape id="_x0000_i704645" type="#_x0000_t75" alt="学科网(www.zxxk.com)--教育资源门户，提供试卷、教案、课件、论文、素材以及各类教学资源下载，还有大量而丰富的教学相关资讯！" style="width:25.15pt;height:13.9pt" o:oleicon="f" o:ole="">
            <v:imagedata r:id="rId48" o:title="eqIde167b43045b3297248e334c41c621b8f"/>
          </v:shape>
        </w:pict>
      </w:r>
      <w:r>
        <w:rPr>
          <w:rFonts w:ascii="宋体" w:eastAsia="宋体" w:hAnsi="宋体" w:cs="宋体"/>
          <w:color w:val="000000"/>
        </w:rPr>
        <w:t>，且</w:t>
      </w:r>
      <w:r>
        <w:rPr>
          <w:rFonts w:ascii="Times New Roman" w:eastAsia="Times New Roman" w:hAnsi="Times New Roman" w:cs="Times New Roman"/>
          <w:i/>
          <w:color w:val="000000"/>
        </w:rPr>
        <w:t>n</w:t>
      </w:r>
      <w:r>
        <w:rPr>
          <w:rFonts w:ascii="宋体" w:eastAsia="宋体" w:hAnsi="宋体" w:cs="宋体"/>
          <w:color w:val="000000"/>
        </w:rPr>
        <w:t>为整数）．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3390900" cy="657225"/>
            <wp:docPr id="2203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04" name=""/>
                    <pic:cNvPicPr>
                      <a:picLocks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3390900" cy="657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大兴区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16. </w:t>
      </w:r>
      <w:r>
        <w:rPr>
          <w:rFonts w:ascii="宋体" w:eastAsia="宋体" w:hAnsi="宋体" w:cs="宋体"/>
          <w:color w:val="000000"/>
        </w:rPr>
        <w:t>计划在校园内种植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两种花卉共</w:t>
      </w:r>
      <w:r>
        <w:rPr>
          <w:rFonts w:ascii="Times New Roman" w:eastAsia="Times New Roman" w:hAnsi="Times New Roman" w:cs="Times New Roman"/>
          <w:color w:val="000000"/>
        </w:rPr>
        <w:t>1200</w:t>
      </w:r>
      <w:r>
        <w:rPr>
          <w:rFonts w:ascii="宋体" w:eastAsia="宋体" w:hAnsi="宋体" w:cs="宋体"/>
          <w:color w:val="000000"/>
        </w:rPr>
        <w:t>棵．所需费用</w:t>
      </w:r>
      <w:r>
        <w:rPr>
          <w:rFonts w:ascii="宋体" w:eastAsia="宋体" w:hAnsi="宋体" w:cs="宋体"/>
          <w:color w:val="000000"/>
          <w:position w:val="0"/>
        </w:rPr>
        <w:drawing>
          <wp:inline>
            <wp:extent cx="133350" cy="177800"/>
            <wp:docPr id="220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06" name=""/>
                    <pic:cNvPicPr>
                      <a:picLocks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color w:val="000000"/>
        </w:rPr>
        <w:t>相关信息如下表：</w:t>
      </w:r>
    </w:p>
    <w:tbl>
      <w:tblPr>
        <w:tblStyle w:val="TableNorma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955"/>
        <w:gridCol w:w="2013"/>
        <w:gridCol w:w="1802"/>
      </w:tblGrid>
      <w:tr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cantSplit w:val="0"/>
          <w:trHeight w:val="330"/>
        </w:trPr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   </w:t>
            </w:r>
            <w:r>
              <w:rPr>
                <w:rFonts w:ascii="宋体" w:eastAsia="宋体" w:hAnsi="宋体" w:cs="宋体"/>
                <w:color w:val="000000"/>
              </w:rPr>
              <w:t>项目</w:t>
            </w:r>
          </w:p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品种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购买单价（元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/</w:t>
            </w:r>
            <w:r>
              <w:rPr>
                <w:rFonts w:ascii="宋体" w:eastAsia="宋体" w:hAnsi="宋体" w:cs="宋体"/>
                <w:color w:val="000000"/>
              </w:rPr>
              <w:t>棵）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劳务费（元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/</w:t>
            </w:r>
            <w:r>
              <w:rPr>
                <w:rFonts w:ascii="宋体" w:eastAsia="宋体" w:hAnsi="宋体" w:cs="宋体"/>
                <w:color w:val="000000"/>
              </w:rPr>
              <w:t>棵）</w:t>
            </w:r>
          </w:p>
        </w:tc>
      </w:tr>
      <w:tr>
        <w:tblPrEx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cantSplit w:val="0"/>
          <w:trHeight w:val="330"/>
        </w:trPr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A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</w:tr>
      <w:tr>
        <w:tblPrEx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cantSplit w:val="0"/>
          <w:trHeight w:val="330"/>
        </w:trPr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B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16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</w:tr>
    </w:tbl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设购买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种花卉</w:t>
      </w:r>
      <w:r>
        <w:rPr>
          <w:rFonts w:ascii="Times New Roman" w:eastAsia="Times New Roman" w:hAnsi="Times New Roman" w:cs="Times New Roman"/>
          <w:i/>
          <w:color w:val="000000"/>
        </w:rPr>
        <w:t>x</w:t>
      </w:r>
      <w:r>
        <w:rPr>
          <w:rFonts w:ascii="宋体" w:eastAsia="宋体" w:hAnsi="宋体" w:cs="宋体"/>
          <w:color w:val="000000"/>
        </w:rPr>
        <w:t>棵，用含</w:t>
      </w:r>
      <w:r>
        <w:rPr>
          <w:rFonts w:ascii="Times New Roman" w:eastAsia="Times New Roman" w:hAnsi="Times New Roman" w:cs="Times New Roman"/>
          <w:i/>
          <w:color w:val="000000"/>
        </w:rPr>
        <w:t>x</w:t>
      </w:r>
      <w:r>
        <w:rPr>
          <w:rFonts w:ascii="宋体" w:eastAsia="宋体" w:hAnsi="宋体" w:cs="宋体"/>
          <w:color w:val="000000"/>
        </w:rPr>
        <w:t>的式子表示种植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两种花卉的总费用是</w:t>
      </w:r>
      <w:r>
        <w:rPr>
          <w:color w:val="000000"/>
        </w:rPr>
        <w:t>（          ）</w:t>
      </w:r>
      <w:r>
        <w:rPr>
          <w:rFonts w:ascii="宋体" w:eastAsia="宋体" w:hAnsi="宋体" w:cs="宋体"/>
          <w:color w:val="000000"/>
        </w:rPr>
        <w:t>元．</w:t>
      </w:r>
    </w:p>
    <w:p>
      <w:pPr>
        <w:pStyle w:val="Heading2"/>
      </w:pPr>
      <w:r>
        <w:t>大兴区亦庄实验中学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16. </w:t>
      </w:r>
      <w:r>
        <w:rPr>
          <w:rFonts w:ascii="宋体" w:eastAsia="宋体" w:hAnsi="宋体" w:cs="宋体"/>
          <w:color w:val="000000"/>
        </w:rPr>
        <w:t>将正整数按如图所示的规律排列下去，第</w:t>
      </w:r>
      <w:r>
        <w:rPr>
          <w:rFonts w:ascii="Times New Roman" w:eastAsia="Times New Roman" w:hAnsi="Times New Roman" w:cs="Times New Roman"/>
          <w:i/>
          <w:color w:val="000000"/>
        </w:rPr>
        <w:t>n</w:t>
      </w:r>
      <w:r>
        <w:rPr>
          <w:rFonts w:ascii="宋体" w:eastAsia="宋体" w:hAnsi="宋体" w:cs="宋体"/>
          <w:color w:val="000000"/>
        </w:rPr>
        <w:t>排，从左到右，第</w:t>
      </w:r>
      <w:r>
        <w:rPr>
          <w:rFonts w:ascii="Times New Roman" w:eastAsia="Times New Roman" w:hAnsi="Times New Roman" w:cs="Times New Roman"/>
          <w:i/>
          <w:color w:val="000000"/>
        </w:rPr>
        <w:t>m</w:t>
      </w:r>
      <w:r>
        <w:rPr>
          <w:rFonts w:ascii="宋体" w:eastAsia="宋体" w:hAnsi="宋体" w:cs="宋体"/>
          <w:color w:val="000000"/>
        </w:rPr>
        <w:t>个数字，用有序数对</w:t>
      </w:r>
      <w:r>
        <w:pict>
          <v:shape id="_x0000_i704646" type="#_x0000_t75" alt="学科网(www.zxxk.com)--教育资源门户，提供试卷、教案、课件、论文、素材以及各类教学资源下载，还有大量而丰富的教学相关资讯！" style="width:31.2pt;height:16.15pt" o:oleicon="f" o:ole="">
            <v:imagedata r:id="rId51" o:title="eqId493d16a261e909d2faf6b5386b8fa5d5"/>
          </v:shape>
        </w:pic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宋体" w:eastAsia="宋体" w:hAnsi="宋体" w:cs="宋体"/>
          <w:color w:val="000000"/>
        </w:rPr>
        <w:t>表示．如：第</w: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rFonts w:ascii="宋体" w:eastAsia="宋体" w:hAnsi="宋体" w:cs="宋体"/>
          <w:color w:val="000000"/>
        </w:rPr>
        <w:t>排第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个数字是</w:t>
      </w:r>
      <w:r>
        <w:rPr>
          <w:rFonts w:ascii="Times New Roman" w:eastAsia="Times New Roman" w:hAnsi="Times New Roman" w:cs="Times New Roman"/>
          <w:color w:val="000000"/>
        </w:rPr>
        <w:t>9</w:t>
      </w:r>
      <w:r>
        <w:rPr>
          <w:rFonts w:ascii="宋体" w:eastAsia="宋体" w:hAnsi="宋体" w:cs="宋体"/>
          <w:color w:val="000000"/>
        </w:rPr>
        <w:t>，那么表示</w:t>
      </w:r>
      <w:r>
        <w:rPr>
          <w:rFonts w:ascii="Times New Roman" w:eastAsia="Times New Roman" w:hAnsi="Times New Roman" w:cs="Times New Roman"/>
          <w:color w:val="000000"/>
        </w:rPr>
        <w:t>9</w:t>
      </w:r>
      <w:r>
        <w:rPr>
          <w:rFonts w:ascii="宋体" w:eastAsia="宋体" w:hAnsi="宋体" w:cs="宋体"/>
          <w:color w:val="000000"/>
        </w:rPr>
        <w:t>的数对是</w:t>
      </w:r>
      <w:r>
        <w:pict>
          <v:shape id="_x0000_i704647" type="#_x0000_t75" alt="学科网(www.zxxk.com)--教育资源门户，提供试卷、教案、课件、论文、素材以及各类教学资源下载，还有大量而丰富的教学相关资讯！" style="width:27.75pt;height:15.75pt" o:oleicon="f" o:ole="">
            <v:imagedata r:id="rId52" o:title="eqId92e7d192c1c988462b773b36fe0bc169"/>
          </v:shape>
        </w:pict>
      </w:r>
      <w:r>
        <w:rPr>
          <w:rFonts w:ascii="宋体" w:eastAsia="宋体" w:hAnsi="宋体" w:cs="宋体"/>
          <w:color w:val="000000"/>
        </w:rPr>
        <w:t>．那么，表示</w:t>
      </w:r>
      <w:r>
        <w:pict>
          <v:shape id="_x0000_i704648" type="#_x0000_t75" alt="学科网(www.zxxk.com)--教育资源门户，提供试卷、教案、课件、论文、素材以及各类教学资源下载，还有大量而丰富的教学相关资讯！" style="width:15.05pt;height:13.95pt" o:oleicon="f" o:ole="">
            <v:imagedata r:id="rId53" o:title="eqIda17161b28b6ad8f57abc5b11e1b6c671"/>
          </v:shape>
        </w:pict>
      </w:r>
      <w:r>
        <w:rPr>
          <w:rFonts w:ascii="宋体" w:eastAsia="宋体" w:hAnsi="宋体" w:cs="宋体"/>
          <w:color w:val="000000"/>
        </w:rPr>
        <w:t>的有序数对是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color w:val="000000"/>
        </w:rPr>
        <w:t>___________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2981325" cy="1238250"/>
            <wp:docPr id="2207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08" name=""/>
                    <pic:cNvPicPr>
                      <a:picLocks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2981325" cy="1238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师范大学附属中学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19. </w:t>
      </w:r>
      <w:r>
        <w:rPr>
          <w:rFonts w:ascii="宋体" w:eastAsia="宋体" w:hAnsi="宋体" w:cs="宋体"/>
          <w:color w:val="000000"/>
        </w:rPr>
        <w:t>用“☆”定义一种新运算：对于任意有理数</w:t>
      </w:r>
      <w:r>
        <w:rPr>
          <w:rFonts w:ascii="Times New Roman" w:eastAsia="Times New Roman" w:hAnsi="Times New Roman" w:cs="Times New Roman"/>
          <w:i/>
          <w:color w:val="000000"/>
        </w:rPr>
        <w:t>x</w:t>
      </w:r>
      <w:r>
        <w:rPr>
          <w:rFonts w:ascii="宋体" w:eastAsia="宋体" w:hAnsi="宋体" w:cs="宋体"/>
          <w:color w:val="000000"/>
        </w:rPr>
        <w:t>和</w:t>
      </w:r>
      <w:r>
        <w:rPr>
          <w:rFonts w:ascii="Times New Roman" w:eastAsia="Times New Roman" w:hAnsi="Times New Roman" w:cs="Times New Roman"/>
          <w:i/>
          <w:color w:val="000000"/>
        </w:rPr>
        <w:t>y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x</w:t>
      </w:r>
      <w:r>
        <w:rPr>
          <w:rFonts w:ascii="宋体" w:eastAsia="宋体" w:hAnsi="宋体" w:cs="宋体"/>
          <w:color w:val="000000"/>
        </w:rPr>
        <w:t>☆</w:t>
      </w:r>
      <w:r>
        <w:rPr>
          <w:rFonts w:ascii="Times New Roman" w:eastAsia="Times New Roman" w:hAnsi="Times New Roman" w:cs="Times New Roman"/>
          <w:i/>
          <w:color w:val="000000"/>
        </w:rPr>
        <w:t>y</w:t>
      </w:r>
      <w:r>
        <w:rPr>
          <w:rFonts w:ascii="宋体" w:eastAsia="宋体" w:hAnsi="宋体" w:cs="宋体"/>
          <w:color w:val="000000"/>
        </w:rPr>
        <w:t>＝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Times New Roman" w:eastAsia="Times New Roman" w:hAnsi="Times New Roman" w:cs="Times New Roman"/>
          <w:color w:val="000000"/>
          <w:vertAlign w:val="superscript"/>
        </w:rPr>
        <w:t>2</w:t>
      </w:r>
      <w:r>
        <w:rPr>
          <w:rFonts w:ascii="Times New Roman" w:eastAsia="Times New Roman" w:hAnsi="Times New Roman" w:cs="Times New Roman"/>
          <w:i/>
          <w:color w:val="000000"/>
        </w:rPr>
        <w:t>x</w:t>
      </w:r>
      <w:r>
        <w:rPr>
          <w:rFonts w:ascii="Times New Roman" w:eastAsia="Times New Roman" w:hAnsi="Times New Roman" w:cs="Times New Roman"/>
          <w:color w:val="000000"/>
        </w:rPr>
        <w:t>+</w:t>
      </w:r>
      <w:r>
        <w:rPr>
          <w:rFonts w:ascii="Times New Roman" w:eastAsia="Times New Roman" w:hAnsi="Times New Roman" w:cs="Times New Roman"/>
          <w:i/>
          <w:color w:val="000000"/>
        </w:rPr>
        <w:t>ay</w:t>
      </w:r>
      <w:r>
        <w:rPr>
          <w:rFonts w:ascii="Times New Roman" w:eastAsia="Times New Roman" w:hAnsi="Times New Roman" w:cs="Times New Roman"/>
          <w:color w:val="000000"/>
        </w:rPr>
        <w:t>+1</w:t>
      </w: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为常数），如：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☆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＝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Times New Roman" w:eastAsia="Times New Roman" w:hAnsi="Times New Roman" w:cs="Times New Roman"/>
          <w:color w:val="000000"/>
          <w:vertAlign w:val="superscript"/>
        </w:rPr>
        <w:t>2</w:t>
      </w:r>
      <w:r>
        <w:rPr>
          <w:rFonts w:ascii="MS Mincho" w:eastAsia="MS Mincho" w:hAnsi="MS Mincho" w:cs="MS Mincho"/>
          <w:color w:val="000000"/>
        </w:rPr>
        <w:t>⋅</w:t>
      </w:r>
      <w:r>
        <w:rPr>
          <w:rFonts w:ascii="Times New Roman" w:eastAsia="Times New Roman" w:hAnsi="Times New Roman" w:cs="Times New Roman"/>
          <w:color w:val="000000"/>
        </w:rPr>
        <w:t>2+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MS Mincho" w:eastAsia="MS Mincho" w:hAnsi="MS Mincho" w:cs="MS Mincho"/>
          <w:color w:val="000000"/>
        </w:rPr>
        <w:t>⋅</w:t>
      </w:r>
      <w:r>
        <w:rPr>
          <w:rFonts w:ascii="Times New Roman" w:eastAsia="Times New Roman" w:hAnsi="Times New Roman" w:cs="Times New Roman"/>
          <w:color w:val="000000"/>
        </w:rPr>
        <w:t>3+1</w:t>
      </w:r>
      <w:r>
        <w:rPr>
          <w:rFonts w:ascii="宋体" w:eastAsia="宋体" w:hAnsi="宋体" w:cs="宋体"/>
          <w:color w:val="000000"/>
        </w:rPr>
        <w:t>＝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Times New Roman" w:eastAsia="Times New Roman" w:hAnsi="Times New Roman" w:cs="Times New Roman"/>
          <w:color w:val="000000"/>
          <w:vertAlign w:val="super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+3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Times New Roman" w:eastAsia="Times New Roman" w:hAnsi="Times New Roman" w:cs="Times New Roman"/>
          <w:color w:val="000000"/>
        </w:rPr>
        <w:t>+1</w:t>
      </w:r>
      <w:r>
        <w:rPr>
          <w:rFonts w:ascii="宋体" w:eastAsia="宋体" w:hAnsi="宋体" w:cs="宋体"/>
          <w:color w:val="000000"/>
        </w:rPr>
        <w:t>．若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☆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＝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，则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☆</w:t>
      </w:r>
      <w:r>
        <w:rPr>
          <w:rFonts w:ascii="Times New Roman" w:eastAsia="Times New Roman" w:hAnsi="Times New Roman" w:cs="Times New Roman"/>
          <w:color w:val="000000"/>
        </w:rPr>
        <w:t>6</w:t>
      </w:r>
      <w:r>
        <w:rPr>
          <w:rFonts w:ascii="宋体" w:eastAsia="宋体" w:hAnsi="宋体" w:cs="宋体"/>
          <w:color w:val="000000"/>
        </w:rPr>
        <w:t>的值为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color w:val="000000"/>
        </w:rPr>
        <w:t>__</w:t>
      </w:r>
      <w:r>
        <w:rPr>
          <w:rFonts w:ascii="宋体" w:eastAsia="宋体" w:hAnsi="宋体" w:cs="宋体"/>
          <w:color w:val="000000"/>
        </w:rPr>
        <w:t>．</w:t>
      </w:r>
    </w:p>
    <w:p>
      <w:pPr>
        <w:pStyle w:val="Heading2"/>
      </w:pPr>
      <w:r>
        <w:t>师范大学附属实验中学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18. </w:t>
      </w:r>
      <w:r>
        <w:rPr>
          <w:rFonts w:ascii="宋体" w:eastAsia="宋体" w:hAnsi="宋体" w:cs="宋体"/>
          <w:color w:val="000000"/>
        </w:rPr>
        <w:t>十九世纪的时候，</w:t>
      </w:r>
      <w:r>
        <w:rPr>
          <w:rFonts w:ascii="Times New Roman" w:eastAsia="Times New Roman" w:hAnsi="Times New Roman" w:cs="Times New Roman"/>
          <w:i/>
          <w:color w:val="000000"/>
        </w:rPr>
        <w:t>MorizStern</w:t>
      </w: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1858</w:t>
      </w:r>
      <w:r>
        <w:rPr>
          <w:rFonts w:ascii="宋体" w:eastAsia="宋体" w:hAnsi="宋体" w:cs="宋体"/>
          <w:color w:val="000000"/>
        </w:rPr>
        <w:t>）与</w:t>
      </w:r>
      <w:r>
        <w:rPr>
          <w:rFonts w:ascii="Times New Roman" w:eastAsia="Times New Roman" w:hAnsi="Times New Roman" w:cs="Times New Roman"/>
          <w:i/>
          <w:color w:val="000000"/>
        </w:rPr>
        <w:t>AchilleBrocot</w:t>
      </w: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1860</w:t>
      </w:r>
      <w:r>
        <w:rPr>
          <w:rFonts w:ascii="宋体" w:eastAsia="宋体" w:hAnsi="宋体" w:cs="宋体"/>
          <w:color w:val="000000"/>
        </w:rPr>
        <w:t>）发明了“一棵树”，称之为有理数树，它将全体正整数和正分数按照如图所示的方法排列．从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开始，一层一层的“生长”出来：</w:t>
      </w:r>
      <w:r>
        <w:pict>
          <v:shape id="_x0000_i704649" type="#_x0000_t75" alt="学科网(www.zxxk.com)--教育资源门户，提供试卷、教案、课件、论文、素材以及各类教学资源下载，还有大量而丰富的教学相关资讯！" style="width:9pt;height:30.75pt" o:oleicon="f" o:ole="">
            <v:imagedata r:id="rId55" o:title="eqIdd5296c0056db0e2b5331c9b9a6d45962"/>
          </v:shape>
        </w:pict>
      </w:r>
      <w:r>
        <w:rPr>
          <w:rFonts w:ascii="宋体" w:eastAsia="宋体" w:hAnsi="宋体" w:cs="宋体"/>
          <w:color w:val="000000"/>
        </w:rPr>
        <w:t>是第一层，第二层是</w:t>
      </w:r>
      <w:r>
        <w:pict>
          <v:shape id="_x0000_i704650" type="#_x0000_t75" alt="学科网(www.zxxk.com)--教育资源门户，提供试卷、教案、课件、论文、素材以及各类教学资源下载，还有大量而丰富的教学相关资讯！" style="width:12pt;height:30.75pt" o:oleicon="f" o:ole="">
            <v:imagedata r:id="rId56" o:title="eqIded3b68a28b6edbaa111066b3f7867aae"/>
          </v:shape>
        </w:pict>
      </w:r>
      <w:r>
        <w:rPr>
          <w:rFonts w:ascii="宋体" w:eastAsia="宋体" w:hAnsi="宋体" w:cs="宋体"/>
          <w:color w:val="000000"/>
        </w:rPr>
        <w:t>和</w:t>
      </w:r>
      <w:r>
        <w:pict>
          <v:shape id="_x0000_i704651" type="#_x0000_t75" alt="学科网(www.zxxk.com)--教育资源门户，提供试卷、教案、课件、论文、素材以及各类教学资源下载，还有大量而丰富的教学相关资讯！" style="width:10.5pt;height:21pt" o:oleicon="f" o:ole="">
            <v:imagedata r:id="rId57" o:title="eqIdf89eef3148f2d4d09379767b4af69132"/>
          </v:shape>
        </w:pict>
      </w:r>
      <w:r>
        <w:rPr>
          <w:rFonts w:ascii="宋体" w:eastAsia="宋体" w:hAnsi="宋体" w:cs="宋体"/>
          <w:color w:val="000000"/>
        </w:rPr>
        <w:t>，第三层是</w:t>
      </w:r>
      <w:r>
        <w:pict>
          <v:shape id="_x0000_i704652" type="#_x0000_t75" alt="学科网(www.zxxk.com)--教育资源门户，提供试卷、教案、课件、论文、素材以及各类教学资源下载，还有大量而丰富的教学相关资讯！" style="width:11.25pt;height:30.75pt" o:oleicon="f" o:ole="">
            <v:imagedata r:id="rId58" o:title="eqIdd4f438a2955e3e87522bd3719a42f33d"/>
          </v:shape>
        </w:pict>
      </w:r>
      <w:r>
        <w:rPr>
          <w:rFonts w:ascii="宋体" w:eastAsia="宋体" w:hAnsi="宋体" w:cs="宋体"/>
          <w:color w:val="000000"/>
        </w:rPr>
        <w:t>，</w:t>
      </w:r>
      <w:r>
        <w:pict>
          <v:shape id="_x0000_i704653" type="#_x0000_t75" alt="学科网(www.zxxk.com)--教育资源门户，提供试卷、教案、课件、论文、素材以及各类教学资源下载，还有大量而丰富的教学相关资讯！" style="width:11.25pt;height:27.75pt" o:oleicon="f" o:ole="">
            <v:imagedata r:id="rId59" o:title="eqIdbf31876698721a199c7c53c6b320aa86"/>
          </v:shape>
        </w:pict>
      </w:r>
      <w:r>
        <w:rPr>
          <w:rFonts w:ascii="宋体" w:eastAsia="宋体" w:hAnsi="宋体" w:cs="宋体"/>
          <w:color w:val="000000"/>
        </w:rPr>
        <w:t>，</w:t>
      </w:r>
      <w:r>
        <w:pict>
          <v:shape id="_x0000_i704654" type="#_x0000_t75" alt="学科网(www.zxxk.com)--教育资源门户，提供试卷、教案、课件、论文、素材以及各类教学资源下载，还有大量而丰富的教学相关资讯！" style="width:12pt;height:31pt" o:oleicon="f" o:ole="">
            <v:imagedata r:id="rId60" o:title="eqIda4b8503f4706b8321e4e79a87eadea84"/>
          </v:shape>
        </w:pict>
      </w:r>
      <w:r>
        <w:rPr>
          <w:rFonts w:ascii="宋体" w:eastAsia="宋体" w:hAnsi="宋体" w:cs="宋体"/>
          <w:color w:val="000000"/>
        </w:rPr>
        <w:t>，</w:t>
      </w:r>
      <w:r>
        <w:pict>
          <v:shape id="_x0000_i704655" type="#_x0000_t75" alt="学科网(www.zxxk.com)--教育资源门户，提供试卷、教案、课件、论文、素材以及各类教学资源下载，还有大量而丰富的教学相关资讯！" style="width:11.25pt;height:30.75pt" o:oleicon="f" o:ole="">
            <v:imagedata r:id="rId61" o:title="eqId4dac452fbb5ef6dd653e7fbbef639484"/>
          </v:shape>
        </w:pict>
      </w:r>
      <w:r>
        <w:rPr>
          <w:rFonts w:ascii="宋体" w:eastAsia="宋体" w:hAnsi="宋体" w:cs="宋体"/>
          <w:color w:val="000000"/>
        </w:rPr>
        <w:t>，……，按照这个规律，</w:t>
      </w:r>
      <w:r>
        <w:pict>
          <v:shape id="_x0000_i704656" type="#_x0000_t75" alt="学科网(www.zxxk.com)--教育资源门户，提供试卷、教案、课件、论文、素材以及各类教学资源下载，还有大量而丰富的教学相关资讯！" style="width:18pt;height:30.75pt" o:oleicon="f" o:ole="">
            <v:imagedata r:id="rId62" o:title="eqId87ba6d60b055ce219d4aee465e953ff4"/>
          </v:shape>
        </w:pict>
      </w:r>
      <w:r>
        <w:rPr>
          <w:rFonts w:ascii="宋体" w:eastAsia="宋体" w:hAnsi="宋体" w:cs="宋体"/>
          <w:color w:val="000000"/>
        </w:rPr>
        <w:t>在第</w:t>
      </w:r>
      <w:r>
        <w:rPr>
          <w:color w:val="000000"/>
        </w:rPr>
        <w:t>__________</w:t>
      </w:r>
      <w:r>
        <w:rPr>
          <w:rFonts w:ascii="宋体" w:eastAsia="宋体" w:hAnsi="宋体" w:cs="宋体"/>
          <w:color w:val="000000"/>
        </w:rPr>
        <w:t>层第</w:t>
      </w:r>
      <w:r>
        <w:rPr>
          <w:color w:val="000000"/>
        </w:rPr>
        <w:t>__________</w:t>
      </w:r>
      <w:r>
        <w:rPr>
          <w:rFonts w:ascii="宋体" w:eastAsia="宋体" w:hAnsi="宋体" w:cs="宋体"/>
          <w:color w:val="000000"/>
        </w:rPr>
        <w:t>个数（从左往右数）．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5238750" cy="1798848"/>
            <wp:docPr id="2209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10" name=""/>
                    <pic:cNvPicPr>
                      <a:picLocks noChangeAspect="1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17988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房山区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10. </w:t>
      </w:r>
      <w:r>
        <w:rPr>
          <w:rFonts w:ascii="宋体" w:eastAsia="宋体" w:hAnsi="宋体" w:cs="宋体"/>
          <w:color w:val="000000"/>
        </w:rPr>
        <w:t>李乐用相同的小三角形摆图形（如图），照这样摆下去，摆</w:t>
      </w:r>
      <w:r>
        <w:rPr>
          <w:rFonts w:ascii="Times New Roman" w:eastAsia="Times New Roman" w:hAnsi="Times New Roman" w:cs="Times New Roman"/>
          <w:i/>
          <w:color w:val="000000"/>
        </w:rPr>
        <w:t>n</w:t>
      </w:r>
      <w:r>
        <w:rPr>
          <w:rFonts w:ascii="宋体" w:eastAsia="宋体" w:hAnsi="宋体" w:cs="宋体"/>
          <w:color w:val="000000"/>
        </w:rPr>
        <w:t>个图形需要小三角形</w:t>
      </w:r>
      <w:r>
        <w:rPr>
          <w:color w:val="000000"/>
        </w:rPr>
        <w:t>____</w:t>
      </w:r>
      <w:r>
        <w:rPr>
          <w:rFonts w:ascii="宋体" w:eastAsia="宋体" w:hAnsi="宋体" w:cs="宋体"/>
          <w:color w:val="000000"/>
        </w:rPr>
        <w:t>个．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3790950" cy="1457325"/>
            <wp:docPr id="2211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12" name=""/>
                    <pic:cNvPicPr>
                      <a:picLocks noChangeAspect="1"/>
                    </pic:cNvPicPr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3790950" cy="1457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日坛中学教育集团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20. </w:t>
      </w:r>
      <w:r>
        <w:rPr>
          <w:rFonts w:ascii="宋体" w:eastAsia="宋体" w:hAnsi="宋体" w:cs="宋体"/>
          <w:color w:val="000000"/>
        </w:rPr>
        <w:t>小华和同学们在一家快餐店吃饭，如表为快餐店的菜单：</w:t>
      </w:r>
    </w:p>
    <w:tbl>
      <w:tblPr>
        <w:tblStyle w:val="TableNorma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691"/>
        <w:gridCol w:w="2164"/>
        <w:gridCol w:w="902"/>
        <w:gridCol w:w="2164"/>
      </w:tblGrid>
      <w:tr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cantSplit w:val="0"/>
          <w:trHeight w:val="330"/>
        </w:trPr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</w:p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种类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配餐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价格</w:t>
            </w:r>
            <w:r>
              <w:pict>
                <v:shape id="_x0000_i704657" type="#_x0000_t75" alt="学科网(www.zxxk.com)--教育资源门户，提供试卷、教案、课件、论文、素材以及各类教学资源下载，还有大量而丰富的教学相关资讯！" style="width:8.25pt;height:15.75pt" o:oleicon="f" o:ole="">
                  <v:imagedata r:id="rId65" o:title="eqIdfd995178601c2ad7b40f973d268c7bb7"/>
                </v:shape>
              </w:pict>
            </w:r>
            <w:r>
              <w:rPr>
                <w:rFonts w:ascii="宋体" w:eastAsia="宋体" w:hAnsi="宋体" w:cs="宋体"/>
                <w:color w:val="000000"/>
              </w:rPr>
              <w:t>元</w:t>
            </w:r>
            <w:r>
              <w:pict>
                <v:shape id="_x0000_i704658" type="#_x0000_t75" alt="学科网(www.zxxk.com)--教育资源门户，提供试卷、教案、课件、论文、素材以及各类教学资源下载，还有大量而丰富的教学相关资讯！" style="width:6.95pt;height:15pt" o:oleicon="f" o:ole="">
                  <v:imagedata r:id="rId66" o:title="eqId04582116cd765fcc5a52f44279ad6c94"/>
                </v:shape>
              </w:pic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优惠活动</w:t>
            </w:r>
          </w:p>
        </w:tc>
      </w:tr>
      <w:tr>
        <w:tblPrEx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cantSplit w:val="0"/>
          <w:trHeight w:val="330"/>
        </w:trPr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A</w:t>
            </w:r>
            <w:r>
              <w:rPr>
                <w:rFonts w:ascii="宋体" w:eastAsia="宋体" w:hAnsi="宋体" w:cs="宋体"/>
                <w:color w:val="000000"/>
              </w:rPr>
              <w:t>餐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pict>
                <v:shape id="_x0000_i704659" type="#_x0000_t75" alt="学科网(www.zxxk.com)--教育资源门户，提供试卷、教案、课件、论文、素材以及各类教学资源下载，还有大量而丰富的教学相关资讯！" style="width:6.95pt;height:13pt" o:oleicon="f" o:ole="">
                  <v:imagedata r:id="rId67" o:title="eqIdbdaa19de263700a15fcf213d64a8cd57"/>
                </v:shape>
              </w:pict>
            </w:r>
            <w:r>
              <w:rPr>
                <w:rFonts w:ascii="宋体" w:eastAsia="宋体" w:hAnsi="宋体" w:cs="宋体"/>
                <w:color w:val="000000"/>
              </w:rPr>
              <w:t>个汉堡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pict>
                <v:shape id="_x0000_i704660" type="#_x0000_t75" alt="学科网(www.zxxk.com)--教育资源门户，提供试卷、教案、课件、论文、素材以及各类教学资源下载，还有大量而丰富的教学相关资讯！" style="width:12.9pt;height:12.35pt" o:oleicon="f" o:ole="">
                  <v:imagedata r:id="rId68" o:title="eqId58b184c94e38f1e5dbe750b2168c2a37"/>
                </v:shape>
              </w:pict>
            </w:r>
          </w:p>
        </w:tc>
        <w:tc>
          <w:tcPr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每消费满</w:t>
            </w:r>
            <w:r>
              <w:pict>
                <v:shape id="_x0000_i704661" type="#_x0000_t75" alt="学科网(www.zxxk.com)--教育资源门户，提供试卷、教案、课件、论文、素材以及各类教学资源下载，还有大量而丰富的教学相关资讯！" style="width:20.25pt;height:14.25pt" o:oleicon="f" o:ole="">
                  <v:imagedata r:id="rId69" o:title="eqId0efba7147f5b9ced8bc4a72f0a9fb8af"/>
                </v:shape>
              </w:pict>
            </w:r>
            <w:r>
              <w:rPr>
                <w:rFonts w:ascii="宋体" w:eastAsia="宋体" w:hAnsi="宋体" w:cs="宋体"/>
                <w:color w:val="000000"/>
              </w:rPr>
              <w:t>元，减免</w:t>
            </w:r>
            <w:r>
              <w:pict>
                <v:shape id="_x0000_i704662" type="#_x0000_t75" alt="学科网(www.zxxk.com)--教育资源门户，提供试卷、教案、课件、论文、素材以及各类教学资源下载，还有大量而丰富的教学相关资讯！" style="width:14.25pt;height:14.25pt" o:oleicon="f" o:ole="">
                  <v:imagedata r:id="rId70" o:title="eqId4b837fd9c52f60bfb3b6852733abc790"/>
                </v:shape>
              </w:pict>
            </w:r>
            <w:r>
              <w:rPr>
                <w:rFonts w:ascii="宋体" w:eastAsia="宋体" w:hAnsi="宋体" w:cs="宋体"/>
                <w:color w:val="000000"/>
              </w:rPr>
              <w:t>元</w:t>
            </w:r>
          </w:p>
        </w:tc>
      </w:tr>
      <w:tr>
        <w:tblPrEx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cantSplit w:val="0"/>
          <w:trHeight w:val="330"/>
        </w:trPr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B</w:t>
            </w:r>
            <w:r>
              <w:rPr>
                <w:rFonts w:ascii="宋体" w:eastAsia="宋体" w:hAnsi="宋体" w:cs="宋体"/>
                <w:color w:val="000000"/>
              </w:rPr>
              <w:t>餐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pict>
                <v:shape id="_x0000_i704663" type="#_x0000_t75" alt="学科网(www.zxxk.com)--教育资源门户，提供试卷、教案、课件、论文、素材以及各类教学资源下载，还有大量而丰富的教学相关资讯！" style="width:6.95pt;height:13pt" o:oleicon="f" o:ole="">
                  <v:imagedata r:id="rId67" o:title="eqIdbdaa19de263700a15fcf213d64a8cd57"/>
                </v:shape>
              </w:pict>
            </w:r>
            <w:r>
              <w:rPr>
                <w:rFonts w:ascii="宋体" w:eastAsia="宋体" w:hAnsi="宋体" w:cs="宋体"/>
                <w:color w:val="000000"/>
              </w:rPr>
              <w:t>个汉堡</w:t>
            </w:r>
            <w:r>
              <w:pict>
                <v:shape id="_x0000_i704664" type="#_x0000_t75" alt="学科网(www.zxxk.com)--教育资源门户，提供试卷、教案、课件、论文、素材以及各类教学资源下载，还有大量而丰富的教学相关资讯！" style="width:15pt;height:12.75pt" o:oleicon="f" o:ole="">
                  <v:imagedata r:id="rId71" o:title="eqId497f79b82f7428fd4ad48fb472b2ef13"/>
                </v:shape>
              </w:pict>
            </w:r>
            <w:r>
              <w:rPr>
                <w:rFonts w:ascii="宋体" w:eastAsia="宋体" w:hAnsi="宋体" w:cs="宋体"/>
                <w:color w:val="000000"/>
              </w:rPr>
              <w:t>杯饮料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pict>
                <v:shape id="_x0000_i704665" type="#_x0000_t75" alt="学科网(www.zxxk.com)--教育资源门户，提供试卷、教案、课件、论文、素材以及各类教学资源下载，还有大量而丰富的教学相关资讯！" style="width:15.8pt;height:14.2pt" o:oleicon="f" o:ole="">
                  <v:imagedata r:id="rId72" o:title="eqId4b7f27ebcef70a3ebbbe8d2e53ea0896"/>
                </v:shape>
              </w:pict>
            </w:r>
          </w:p>
        </w:tc>
        <w:tc>
          <w:tcPr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</w:p>
        </w:tc>
      </w:tr>
      <w:tr>
        <w:tblPrEx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cantSplit w:val="0"/>
          <w:trHeight w:val="330"/>
        </w:trPr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C</w:t>
            </w:r>
            <w:r>
              <w:rPr>
                <w:rFonts w:ascii="宋体" w:eastAsia="宋体" w:hAnsi="宋体" w:cs="宋体"/>
                <w:color w:val="000000"/>
              </w:rPr>
              <w:t>餐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pict>
                <v:shape id="_x0000_i704666" type="#_x0000_t75" alt="学科网(www.zxxk.com)--教育资源门户，提供试卷、教案、课件、论文、素材以及各类教学资源下载，还有大量而丰富的教学相关资讯！" style="width:6.95pt;height:13pt" o:oleicon="f" o:ole="">
                  <v:imagedata r:id="rId67" o:title="eqIdbdaa19de263700a15fcf213d64a8cd57"/>
                </v:shape>
              </w:pict>
            </w:r>
            <w:r>
              <w:rPr>
                <w:rFonts w:ascii="宋体" w:eastAsia="宋体" w:hAnsi="宋体" w:cs="宋体"/>
                <w:color w:val="000000"/>
              </w:rPr>
              <w:t>个汉堡</w:t>
            </w:r>
            <w:r>
              <w:pict>
                <v:shape id="_x0000_i704667" type="#_x0000_t75" alt="学科网(www.zxxk.com)--教育资源门户，提供试卷、教案、课件、论文、素材以及各类教学资源下载，还有大量而丰富的教学相关资讯！" style="width:15pt;height:12.75pt" o:oleicon="f" o:ole="">
                  <v:imagedata r:id="rId71" o:title="eqId497f79b82f7428fd4ad48fb472b2ef13"/>
                </v:shape>
              </w:pict>
            </w:r>
            <w:r>
              <w:rPr>
                <w:rFonts w:ascii="宋体" w:eastAsia="宋体" w:hAnsi="宋体" w:cs="宋体"/>
                <w:color w:val="000000"/>
              </w:rPr>
              <w:t>杯饮料</w:t>
            </w:r>
            <w:r>
              <w:pict>
                <v:shape id="_x0000_i704668" type="#_x0000_t75" alt="学科网(www.zxxk.com)--教育资源门户，提供试卷、教案、课件、论文、素材以及各类教学资源下载，还有大量而丰富的教学相关资讯！" style="width:15pt;height:12.75pt" o:oleicon="f" o:ole="">
                  <v:imagedata r:id="rId71" o:title="eqId497f79b82f7428fd4ad48fb472b2ef13"/>
                </v:shape>
              </w:pict>
            </w:r>
            <w:r>
              <w:rPr>
                <w:rFonts w:ascii="宋体" w:eastAsia="宋体" w:hAnsi="宋体" w:cs="宋体"/>
                <w:color w:val="000000"/>
              </w:rPr>
              <w:t>份薯条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pict>
                <v:shape id="_x0000_i704669" type="#_x0000_t75" alt="学科网(www.zxxk.com)--教育资源门户，提供试卷、教案、课件、论文、素材以及各类教学资源下载，还有大量而丰富的教学相关资讯！" style="width:16.1pt;height:12.9pt" o:oleicon="f" o:ole="">
                  <v:imagedata r:id="rId73" o:title="eqId49e60fbe6820130fb20abc555a94b5ea"/>
                </v:shape>
              </w:pict>
            </w:r>
          </w:p>
        </w:tc>
        <w:tc>
          <w:tcPr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</w:p>
        </w:tc>
      </w:tr>
    </w:tbl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小华记录大家的购买种类并根据菜单一次买好，已知他们所点的餐共有</w:t>
      </w:r>
      <w:r>
        <w:pict>
          <v:shape id="_x0000_i704670" type="#_x0000_t75" alt="学科网(www.zxxk.com)--教育资源门户，提供试卷、教案、课件、论文、素材以及各类教学资源下载，还有大量而丰富的教学相关资讯！" style="width:14.25pt;height:14.25pt" o:oleicon="f" o:ole="">
            <v:imagedata r:id="rId74" o:title="eqIdd07ae0b4264da6a8812454ffd2f20d94"/>
          </v:shape>
        </w:pict>
      </w:r>
      <w:r>
        <w:rPr>
          <w:rFonts w:ascii="宋体" w:eastAsia="宋体" w:hAnsi="宋体" w:cs="宋体"/>
          <w:color w:val="000000"/>
        </w:rPr>
        <w:t>个汉堡，</w:t>
      </w:r>
      <w:r>
        <w:pict>
          <v:shape id="_x0000_i704671" type="#_x0000_t75" alt="学科网(www.zxxk.com)--教育资源门户，提供试卷、教案、课件、论文、素材以及各类教学资源下载，还有大量而丰富的教学相关资讯！" style="width:9pt;height:9.75pt" o:oleicon="f" o:ole="">
            <v:imagedata r:id="rId75" o:title="eqId81dea63b8ce3e51adf66cf7b9982a248"/>
          </v:shape>
        </w:pict>
      </w:r>
      <w:r>
        <w:rPr>
          <w:rFonts w:ascii="宋体" w:eastAsia="宋体" w:hAnsi="宋体" w:cs="宋体"/>
          <w:color w:val="000000"/>
        </w:rPr>
        <w:t>杯饮料和</w:t>
      </w:r>
      <w:r>
        <w:pict>
          <v:shape id="_x0000_i704672" type="#_x0000_t75" alt="学科网(www.zxxk.com)--教育资源门户，提供试卷、教案、课件、论文、素材以及各类教学资源下载，还有大量而丰富的教学相关资讯！" style="width:9.6pt;height:13.2pt" o:oleicon="f" o:ole="">
            <v:imagedata r:id="rId76" o:title="eqIdb8860d9787671b53b1ab68b3d526f5ca"/>
          </v:shape>
        </w:pict>
      </w:r>
      <w:r>
        <w:rPr>
          <w:rFonts w:ascii="宋体" w:eastAsia="宋体" w:hAnsi="宋体" w:cs="宋体"/>
          <w:color w:val="000000"/>
        </w:rPr>
        <w:t>份薯条．他们共点了</w:t>
      </w:r>
      <w:r>
        <w:rPr>
          <w:color w:val="000000"/>
        </w:rPr>
        <w:t>______</w:t>
      </w:r>
      <w:r>
        <w:rPr>
          <w:rFonts w:ascii="宋体" w:eastAsia="宋体" w:hAnsi="宋体" w:cs="宋体"/>
          <w:color w:val="000000"/>
        </w:rPr>
        <w:t>份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餐</w:t>
      </w:r>
      <w:r>
        <w:pict>
          <v:shape id="_x0000_i704673" type="#_x0000_t75" alt="学科网(www.zxxk.com)--教育资源门户，提供试卷、教案、课件、论文、素材以及各类教学资源下载，还有大量而丰富的教学相关资讯！" style="width:8.25pt;height:15.75pt" o:oleicon="f" o:ole="">
            <v:imagedata r:id="rId77" o:title="eqIdfd995178601c2ad7b40f973d268c7bb7"/>
          </v:shape>
        </w:pict>
      </w:r>
      <w:r>
        <w:rPr>
          <w:rFonts w:ascii="宋体" w:eastAsia="宋体" w:hAnsi="宋体" w:cs="宋体"/>
          <w:color w:val="000000"/>
        </w:rPr>
        <w:t>用含</w:t>
      </w:r>
      <w:r>
        <w:pict>
          <v:shape id="_x0000_i704674" type="#_x0000_t75" alt="学科网(www.zxxk.com)--教育资源门户，提供试卷、教案、课件、论文、素材以及各类教学资源下载，还有大量而丰富的教学相关资讯！" style="width:9pt;height:9.75pt" o:oleicon="f" o:ole="">
            <v:imagedata r:id="rId75" o:title="eqId81dea63b8ce3e51adf66cf7b9982a248"/>
          </v:shape>
        </w:pict>
      </w:r>
      <w:r>
        <w:rPr>
          <w:rFonts w:ascii="宋体" w:eastAsia="宋体" w:hAnsi="宋体" w:cs="宋体"/>
          <w:color w:val="000000"/>
        </w:rPr>
        <w:t>的式子表示</w:t>
      </w:r>
      <w:r>
        <w:pict>
          <v:shape id="_x0000_i704675" type="#_x0000_t75" alt="学科网(www.zxxk.com)--教育资源门户，提供试卷、教案、课件、论文、素材以及各类教学资源下载，还有大量而丰富的教学相关资讯！" style="width:6.95pt;height:15pt" o:oleicon="f" o:ole="">
            <v:imagedata r:id="rId78" o:title="eqId04582116cd765fcc5a52f44279ad6c94"/>
          </v:shape>
        </w:pict>
      </w:r>
      <w:r>
        <w:rPr>
          <w:rFonts w:ascii="宋体" w:eastAsia="宋体" w:hAnsi="宋体" w:cs="宋体"/>
          <w:color w:val="000000"/>
        </w:rPr>
        <w:t>．</w:t>
      </w:r>
    </w:p>
    <w:p>
      <w:pPr>
        <w:pStyle w:val="Heading2"/>
      </w:pPr>
      <w:r>
        <w:t>昌平区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16. </w:t>
      </w:r>
      <w:r>
        <w:rPr>
          <w:rFonts w:ascii="宋体" w:eastAsia="宋体" w:hAnsi="宋体" w:cs="宋体"/>
          <w:color w:val="000000"/>
        </w:rPr>
        <w:t>如图所示是一组有规律的图案，它们是由边长相同的小正方形组成，其中部分小正方形涂有阴影，按照这样的规律，第</w:t>
      </w:r>
      <w:r>
        <w:pict>
          <v:shape id="_x0000_i704676" type="#_x0000_t75" alt="学科网(www.zxxk.com)--教育资源门户，提供试卷、教案、课件、论文、素材以及各类教学资源下载，还有大量而丰富的教学相关资讯！" style="width:9.6pt;height:13.2pt" o:oleicon="f" o:ole="">
            <v:imagedata r:id="rId79" o:title="eqIdb8860d9787671b53b1ab68b3d526f5ca"/>
          </v:shape>
        </w:pict>
      </w:r>
      <w:r>
        <w:rPr>
          <w:rFonts w:ascii="宋体" w:eastAsia="宋体" w:hAnsi="宋体" w:cs="宋体"/>
          <w:color w:val="000000"/>
        </w:rPr>
        <w:t>个图案中有</w:t>
      </w:r>
      <w:r>
        <w:rPr>
          <w:color w:val="000000"/>
        </w:rPr>
        <w:t>______</w:t>
      </w:r>
      <w:r>
        <w:rPr>
          <w:rFonts w:ascii="宋体" w:eastAsia="宋体" w:hAnsi="宋体" w:cs="宋体"/>
          <w:color w:val="000000"/>
        </w:rPr>
        <w:t>个涂有阴影的小正方形，第</w:t>
      </w:r>
      <w:r>
        <w:pict>
          <v:shape id="_x0000_i704677" type="#_x0000_t75" alt="学科网(www.zxxk.com)--教育资源门户，提供试卷、教案、课件、论文、素材以及各类教学资源下载，还有大量而丰富的教学相关资讯！" style="width:9.75pt;height:11.25pt" o:oleicon="f" o:ole="">
            <v:imagedata r:id="rId80" o:title="eqIdb6a24198bd04c29321ae5dc5a28fe421"/>
          </v:shape>
        </w:pict>
      </w:r>
      <w:r>
        <w:rPr>
          <w:rFonts w:ascii="宋体" w:eastAsia="宋体" w:hAnsi="宋体" w:cs="宋体"/>
          <w:color w:val="000000"/>
        </w:rPr>
        <w:t>个图案中有</w:t>
      </w:r>
      <w:r>
        <w:rPr>
          <w:color w:val="000000"/>
        </w:rPr>
        <w:t>_______</w:t>
      </w:r>
      <w:r>
        <w:rPr>
          <w:rFonts w:ascii="宋体" w:eastAsia="宋体" w:hAnsi="宋体" w:cs="宋体"/>
          <w:color w:val="000000"/>
        </w:rPr>
        <w:t>个涂有阴影的小正方形（用含有</w:t>
      </w:r>
      <w:r>
        <w:pict>
          <v:shape id="_x0000_i704678" type="#_x0000_t75" alt="学科网(www.zxxk.com)--教育资源门户，提供试卷、教案、课件、论文、素材以及各类教学资源下载，还有大量而丰富的教学相关资讯！" style="width:9.75pt;height:11.25pt" o:oleicon="f" o:ole="">
            <v:imagedata r:id="rId80" o:title="eqIdb6a24198bd04c29321ae5dc5a28fe421"/>
          </v:shape>
        </w:pict>
      </w:r>
      <w:r>
        <w:rPr>
          <w:rFonts w:ascii="宋体" w:eastAsia="宋体" w:hAnsi="宋体" w:cs="宋体"/>
          <w:color w:val="000000"/>
        </w:rPr>
        <w:t>的代数式表示）．</w:t>
      </w:r>
    </w:p>
    <w:p>
      <w:pPr>
        <w:pStyle w:val="Heading2"/>
      </w:pPr>
      <w:r>
        <w:t>景山学校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16. </w:t>
      </w:r>
      <w:r>
        <w:rPr>
          <w:rFonts w:ascii="宋体" w:eastAsia="宋体" w:hAnsi="宋体" w:cs="宋体"/>
          <w:color w:val="000000"/>
        </w:rPr>
        <w:t>在平面直角坐标系</w:t>
      </w:r>
      <w:r>
        <w:pict>
          <v:shape id="_x0000_i704679" type="#_x0000_t75" alt="学科网(www.zxxk.com)--教育资源门户，提供试卷、教案、课件、论文、素材以及各类教学资源下载，还有大量而丰富的教学相关资讯！" style="width:24pt;height:15.75pt" o:oleicon="f" o:ole="">
            <v:imagedata r:id="rId81" o:title="eqId7ee31829d0d4d5f779a957d7df8058ab"/>
          </v:shape>
        </w:pict>
      </w:r>
      <w:r>
        <w:rPr>
          <w:rFonts w:ascii="宋体" w:eastAsia="宋体" w:hAnsi="宋体" w:cs="宋体"/>
          <w:color w:val="000000"/>
        </w:rPr>
        <w:t>中，对于点</w:t>
      </w:r>
      <w:r>
        <w:pict>
          <v:shape id="_x0000_i704680" type="#_x0000_t75" alt="学科网(www.zxxk.com)--教育资源门户，提供试卷、教案、课件、论文、素材以及各类教学资源下载，还有大量而丰富的教学相关资讯！" style="width:38pt;height:16pt" o:oleicon="f" o:ole="">
            <v:imagedata r:id="rId82" o:title="eqId8701e0cce437edc830438b4fe6277d89"/>
          </v:shape>
        </w:pict>
      </w:r>
      <w:r>
        <w:rPr>
          <w:rFonts w:ascii="宋体" w:eastAsia="宋体" w:hAnsi="宋体" w:cs="宋体"/>
          <w:color w:val="000000"/>
        </w:rPr>
        <w:t>，我们把点</w:t>
      </w:r>
      <w:r>
        <w:pict>
          <v:shape id="_x0000_i704681" type="#_x0000_t75" alt="学科网(www.zxxk.com)--教育资源门户，提供试卷、教案、课件、论文、素材以及各类教学资源下载，还有大量而丰富的教学相关资讯！" style="width:76.6pt;height:16.65pt" o:oleicon="f" o:ole="">
            <v:imagedata r:id="rId83" o:title="eqIdfdbe3efc084790f24748d53c10ad46f9"/>
          </v:shape>
        </w:pict>
      </w:r>
      <w:r>
        <w:rPr>
          <w:rFonts w:ascii="宋体" w:eastAsia="宋体" w:hAnsi="宋体" w:cs="宋体"/>
          <w:color w:val="000000"/>
        </w:rPr>
        <w:t>叫做点</w:t>
      </w:r>
      <w:r>
        <w:pict>
          <v:shape id="_x0000_i704682" type="#_x0000_t75" alt="学科网(www.zxxk.com)--教育资源门户，提供试卷、教案、课件、论文、素材以及各类教学资源下载，还有大量而丰富的教学相关资讯！" style="width:11.25pt;height:12pt" o:oleicon="f" o:ole="">
            <v:imagedata r:id="rId84" o:title="eqIddad2a36927223bd70f426ba06aea4b45"/>
          </v:shape>
        </w:pict>
      </w:r>
      <w:r>
        <w:rPr>
          <w:rFonts w:ascii="宋体" w:eastAsia="宋体" w:hAnsi="宋体" w:cs="宋体"/>
          <w:color w:val="000000"/>
        </w:rPr>
        <w:t>的伴随点．知点</w:t>
      </w:r>
      <w:r>
        <w:pict>
          <v:shape id="_x0000_i704683" type="#_x0000_t75" alt="学科网(www.zxxk.com)--教育资源门户，提供试卷、教案、课件、论文、素材以及各类教学资源下载，还有大量而丰富的教学相关资讯！" style="width:12.95pt;height:18.15pt" o:oleicon="f" o:ole="">
            <v:imagedata r:id="rId85" o:title="eqIda18722354086c42e62334983fc50eb6a"/>
          </v:shape>
        </w:pict>
      </w:r>
      <w:r>
        <w:rPr>
          <w:rFonts w:ascii="宋体" w:eastAsia="宋体" w:hAnsi="宋体" w:cs="宋体"/>
          <w:color w:val="000000"/>
        </w:rPr>
        <w:t>的伴随点为</w:t>
      </w:r>
      <w:r>
        <w:pict>
          <v:shape id="_x0000_i704684" type="#_x0000_t75" alt="学科网(www.zxxk.com)--教育资源门户，提供试卷、教案、课件、论文、素材以及各类教学资源下载，还有大量而丰富的教学相关资讯！" style="width:12.75pt;height:15.75pt" o:oleicon="f" o:ole="">
            <v:imagedata r:id="rId86" o:title="eqIdcd3b9e816b14051f785aa5aae72b8eed"/>
          </v:shape>
        </w:pict>
      </w:r>
      <w:r>
        <w:rPr>
          <w:rFonts w:ascii="宋体" w:eastAsia="宋体" w:hAnsi="宋体" w:cs="宋体"/>
          <w:color w:val="000000"/>
        </w:rPr>
        <w:t>，点</w:t>
      </w:r>
      <w:r>
        <w:pict>
          <v:shape id="_x0000_i704685" type="#_x0000_t75" alt="学科网(www.zxxk.com)--教育资源门户，提供试卷、教案、课件、论文、素材以及各类教学资源下载，还有大量而丰富的教学相关资讯！" style="width:12.75pt;height:15.75pt" o:oleicon="f" o:ole="">
            <v:imagedata r:id="rId86" o:title="eqIdcd3b9e816b14051f785aa5aae72b8eed"/>
          </v:shape>
        </w:pict>
      </w:r>
      <w:r>
        <w:rPr>
          <w:rFonts w:ascii="宋体" w:eastAsia="宋体" w:hAnsi="宋体" w:cs="宋体"/>
          <w:color w:val="000000"/>
        </w:rPr>
        <w:t>的伴随点为</w:t>
      </w:r>
      <w:r>
        <w:pict>
          <v:shape id="_x0000_i704686" type="#_x0000_t75" alt="学科网(www.zxxk.com)--教育资源门户，提供试卷、教案、课件、论文、素材以及各类教学资源下载，还有大量而丰富的教学相关资讯！" style="width:14.25pt;height:18pt;mso-position-horizontal-relative:page;mso-position-vertical-relative:page" o:oleicon="f" o:ole="">
            <v:imagedata r:id="rId87" o:title="eqId04b56e44e4f0424a2b7a45567120a2e4"/>
          </v:shape>
        </w:pict>
      </w:r>
      <w:r>
        <w:rPr>
          <w:rFonts w:ascii="宋体" w:eastAsia="宋体" w:hAnsi="宋体" w:cs="宋体"/>
          <w:color w:val="000000"/>
        </w:rPr>
        <w:t>，点</w:t>
      </w:r>
      <w:r>
        <w:pict>
          <v:shape id="_x0000_i704687" type="#_x0000_t75" alt="学科网(www.zxxk.com)--教育资源门户，提供试卷、教案、课件、论文、素材以及各类教学资源下载，还有大量而丰富的教学相关资讯！" style="width:14.25pt;height:18pt;mso-position-horizontal-relative:page;mso-position-vertical-relative:page" o:oleicon="f" o:ole="">
            <v:imagedata r:id="rId87" o:title="eqId04b56e44e4f0424a2b7a45567120a2e4"/>
          </v:shape>
        </w:pict>
      </w:r>
      <w:r>
        <w:rPr>
          <w:rFonts w:ascii="宋体" w:eastAsia="宋体" w:hAnsi="宋体" w:cs="宋体"/>
          <w:color w:val="000000"/>
        </w:rPr>
        <w:t>的伴随点为</w:t>
      </w:r>
      <w:r>
        <w:pict>
          <v:shape id="_x0000_i704688" type="#_x0000_t75" alt="学科网(www.zxxk.com)--教育资源门户，提供试卷、教案、课件、论文、素材以及各类教学资源下载，还有大量而丰富的教学相关资讯！" style="width:15pt;height:18pt" o:oleicon="f" o:ole="">
            <v:imagedata r:id="rId88" o:title="eqId9e47cd514b2920609e3781c87df6ab70"/>
          </v:shape>
        </w:pict>
      </w:r>
      <w:r>
        <w:rPr>
          <w:rFonts w:ascii="宋体" w:eastAsia="宋体" w:hAnsi="宋体" w:cs="宋体"/>
          <w:color w:val="000000"/>
        </w:rPr>
        <w:t>，</w:t>
      </w:r>
      <w:r>
        <w:pict>
          <v:shape id="_x0000_i704689" type="#_x0000_t75" alt="学科网(www.zxxk.com)--教育资源门户，提供试卷、教案、课件、论文、素材以及各类教学资源下载，还有大量而丰富的教学相关资讯！" style="width:12.75pt;height:6pt" o:oleicon="f" o:ole="">
            <v:imagedata r:id="rId89" o:title="eqId07096af3b99fd1cb11c31f19a2c6408e"/>
          </v:shape>
        </w:pict>
      </w:r>
      <w:r>
        <w:rPr>
          <w:rFonts w:ascii="宋体" w:eastAsia="宋体" w:hAnsi="宋体" w:cs="宋体"/>
          <w:color w:val="000000"/>
        </w:rPr>
        <w:t>，这样依次得到点</w:t>
      </w:r>
      <w:r>
        <w:pict>
          <v:shape id="_x0000_i704690" type="#_x0000_t75" alt="学科网(www.zxxk.com)--教育资源门户，提供试卷、教案、课件、论文、素材以及各类教学资源下载，还有大量而丰富的教学相关资讯！" style="width:12.95pt;height:18.15pt" o:oleicon="f" o:ole="">
            <v:imagedata r:id="rId85" o:title="eqIda18722354086c42e62334983fc50eb6a"/>
          </v:shape>
        </w:pict>
      </w:r>
      <w:r>
        <w:rPr>
          <w:rFonts w:ascii="宋体" w:eastAsia="宋体" w:hAnsi="宋体" w:cs="宋体"/>
          <w:color w:val="000000"/>
        </w:rPr>
        <w:t>，</w:t>
      </w:r>
      <w:r>
        <w:pict>
          <v:shape id="_x0000_i704691" type="#_x0000_t75" alt="学科网(www.zxxk.com)--教育资源门户，提供试卷、教案、课件、论文、素材以及各类教学资源下载，还有大量而丰富的教学相关资讯！" style="width:12.75pt;height:15.75pt" o:oleicon="f" o:ole="">
            <v:imagedata r:id="rId86" o:title="eqIdcd3b9e816b14051f785aa5aae72b8eed"/>
          </v:shape>
        </w:pict>
      </w:r>
      <w:r>
        <w:rPr>
          <w:rFonts w:ascii="宋体" w:eastAsia="宋体" w:hAnsi="宋体" w:cs="宋体"/>
          <w:color w:val="000000"/>
        </w:rPr>
        <w:t>，</w:t>
      </w:r>
      <w:r>
        <w:pict>
          <v:shape id="_x0000_i704692" type="#_x0000_t75" alt="学科网(www.zxxk.com)--教育资源门户，提供试卷、教案、课件、论文、素材以及各类教学资源下载，还有大量而丰富的教学相关资讯！" style="width:14.25pt;height:18pt;mso-position-horizontal-relative:page;mso-position-vertical-relative:page" o:oleicon="f" o:ole="">
            <v:imagedata r:id="rId87" o:title="eqId04b56e44e4f0424a2b7a45567120a2e4"/>
          </v:shape>
        </w:pict>
      </w:r>
      <w:r>
        <w:rPr>
          <w:rFonts w:ascii="宋体" w:eastAsia="宋体" w:hAnsi="宋体" w:cs="宋体"/>
          <w:color w:val="000000"/>
        </w:rPr>
        <w:t>，</w:t>
      </w:r>
      <w:r>
        <w:pict>
          <v:shape id="_x0000_i704693" type="#_x0000_t75" alt="学科网(www.zxxk.com)--教育资源门户，提供试卷、教案、课件、论文、素材以及各类教学资源下载，还有大量而丰富的教学相关资讯！" style="width:12.75pt;height:6pt" o:oleicon="f" o:ole="">
            <v:imagedata r:id="rId89" o:title="eqId07096af3b99fd1cb11c31f19a2c6408e"/>
          </v:shape>
        </w:pict>
      </w:r>
      <w:r>
        <w:rPr>
          <w:rFonts w:ascii="宋体" w:eastAsia="宋体" w:hAnsi="宋体" w:cs="宋体"/>
          <w:color w:val="000000"/>
        </w:rPr>
        <w:t>，</w:t>
      </w:r>
      <w:r>
        <w:pict>
          <v:shape id="_x0000_i704694" type="#_x0000_t75" alt="学科网(www.zxxk.com)--教育资源门户，提供试卷、教案、课件、论文、素材以及各类教学资源下载，还有大量而丰富的教学相关资讯！" style="width:15.05pt;height:18.15pt" o:oleicon="f" o:ole="">
            <v:imagedata r:id="rId90" o:title="eqIdd3cfeacc29e6a61c5b3b4e439c0a91df"/>
          </v:shape>
        </w:pict>
      </w:r>
      <w:r>
        <w:rPr>
          <w:rFonts w:ascii="宋体" w:eastAsia="宋体" w:hAnsi="宋体" w:cs="宋体"/>
          <w:color w:val="000000"/>
        </w:rPr>
        <w:t>，</w:t>
      </w:r>
      <w:r>
        <w:pict>
          <v:shape id="_x0000_i704695" type="#_x0000_t75" alt="学科网(www.zxxk.com)--教育资源门户，提供试卷、教案、课件、论文、素材以及各类教学资源下载，还有大量而丰富的教学相关资讯！" style="width:12.75pt;height:6pt" o:oleicon="f" o:ole="">
            <v:imagedata r:id="rId89" o:title="eqId07096af3b99fd1cb11c31f19a2c6408e"/>
          </v:shape>
        </w:pict>
      </w:r>
      <w:r>
        <w:rPr>
          <w:rFonts w:ascii="宋体" w:eastAsia="宋体" w:hAnsi="宋体" w:cs="宋体"/>
          <w:color w:val="000000"/>
        </w:rPr>
        <w:t>．若点</w:t>
      </w:r>
      <w:r>
        <w:pict>
          <v:shape id="_x0000_i704696" type="#_x0000_t75" alt="学科网(www.zxxk.com)--教育资源门户，提供试卷、教案、课件、论文、素材以及各类教学资源下载，还有大量而丰富的教学相关资讯！" style="width:12.95pt;height:18.15pt" o:oleicon="f" o:ole="">
            <v:imagedata r:id="rId85" o:title="eqIda18722354086c42e62334983fc50eb6a"/>
          </v:shape>
        </w:pict>
      </w:r>
      <w:r>
        <w:rPr>
          <w:rFonts w:ascii="宋体" w:eastAsia="宋体" w:hAnsi="宋体" w:cs="宋体"/>
          <w:color w:val="000000"/>
        </w:rPr>
        <w:t>的坐标为</w:t>
      </w:r>
      <w:r>
        <w:pict>
          <v:shape id="_x0000_i704697" type="#_x0000_t75" alt="学科网(www.zxxk.com)--教育资源门户，提供试卷、教案、课件、论文、素材以及各类教学资源下载，还有大量而丰富的教学相关资讯！" style="width:24.75pt;height:15.75pt" o:oleicon="f" o:ole="">
            <v:imagedata r:id="rId91" o:title="eqId5c38f266df4834d1e546d66547b80220"/>
          </v:shape>
        </w:pict>
      </w:r>
      <w:r>
        <w:rPr>
          <w:rFonts w:ascii="宋体" w:eastAsia="宋体" w:hAnsi="宋体" w:cs="宋体"/>
          <w:color w:val="000000"/>
        </w:rPr>
        <w:t>，则点</w:t>
      </w:r>
      <w:r>
        <w:pict>
          <v:shape id="_x0000_i704698" type="#_x0000_t75" alt="学科网(www.zxxk.com)--教育资源门户，提供试卷、教案、课件、论文、素材以及各类教学资源下载，还有大量而丰富的教学相关资讯！" style="width:14.25pt;height:18pt;mso-position-horizontal-relative:page;mso-position-vertical-relative:page" o:oleicon="f" o:ole="">
            <v:imagedata r:id="rId87" o:title="eqId04b56e44e4f0424a2b7a45567120a2e4"/>
          </v:shape>
        </w:pict>
      </w:r>
      <w:r>
        <w:rPr>
          <w:rFonts w:ascii="宋体" w:eastAsia="宋体" w:hAnsi="宋体" w:cs="宋体"/>
          <w:color w:val="000000"/>
        </w:rPr>
        <w:t>的坐标为</w:t>
      </w:r>
      <w:r>
        <w:rPr>
          <w:color w:val="000000"/>
        </w:rPr>
        <w:t>___________</w:t>
      </w:r>
      <w:r>
        <w:rPr>
          <w:rFonts w:ascii="宋体" w:eastAsia="宋体" w:hAnsi="宋体" w:cs="宋体"/>
          <w:color w:val="000000"/>
        </w:rPr>
        <w:t>；若点</w:t>
      </w:r>
      <w:r>
        <w:pict>
          <v:shape id="_x0000_i704699" type="#_x0000_t75" alt="学科网(www.zxxk.com)--教育资源门户，提供试卷、教案、课件、论文、素材以及各类教学资源下载，还有大量而丰富的教学相关资讯！" style="width:12.95pt;height:18.15pt" o:oleicon="f" o:ole="">
            <v:imagedata r:id="rId85" o:title="eqIda18722354086c42e62334983fc50eb6a"/>
          </v:shape>
        </w:pict>
      </w:r>
      <w:r>
        <w:rPr>
          <w:rFonts w:ascii="宋体" w:eastAsia="宋体" w:hAnsi="宋体" w:cs="宋体"/>
          <w:color w:val="000000"/>
        </w:rPr>
        <w:t>的坐标为</w:t>
      </w:r>
      <w:r>
        <w:pict>
          <v:shape id="_x0000_i704700" type="#_x0000_t75" alt="学科网(www.zxxk.com)--教育资源门户，提供试卷、教案、课件、论文、素材以及各类教学资源下载，还有大量而丰富的教学相关资讯！" style="width:29pt;height:14.5pt" o:oleicon="f" o:ole="">
            <v:imagedata r:id="rId92" o:title="eqId30277e0be448b4955903e81e8795e45d"/>
          </v:shape>
        </w:pict>
      </w:r>
      <w:r>
        <w:rPr>
          <w:rFonts w:ascii="宋体" w:eastAsia="宋体" w:hAnsi="宋体" w:cs="宋体"/>
          <w:color w:val="000000"/>
        </w:rPr>
        <w:t>，对于任意的正整数</w:t>
      </w:r>
      <w:r>
        <w:pict>
          <v:shape id="_x0000_i704701" type="#_x0000_t75" alt="学科网(www.zxxk.com)--教育资源门户，提供试卷、教案、课件、论文、素材以及各类教学资源下载，还有大量而丰富的教学相关资讯！" style="width:9.75pt;height:11.25pt" o:oleicon="f" o:ole="">
            <v:imagedata r:id="rId93" o:title="eqIdb6a24198bd04c29321ae5dc5a28fe421"/>
          </v:shape>
        </w:pict>
      </w:r>
      <w:r>
        <w:rPr>
          <w:rFonts w:ascii="宋体" w:eastAsia="宋体" w:hAnsi="宋体" w:cs="宋体"/>
          <w:color w:val="000000"/>
        </w:rPr>
        <w:t>，点</w:t>
      </w:r>
      <w:r>
        <w:pict>
          <v:shape id="_x0000_i704702" type="#_x0000_t75" alt="学科网(www.zxxk.com)--教育资源门户，提供试卷、教案、课件、论文、素材以及各类教学资源下载，还有大量而丰富的教学相关资讯！" style="width:15.05pt;height:18.15pt" o:oleicon="f" o:ole="">
            <v:imagedata r:id="rId90" o:title="eqIdd3cfeacc29e6a61c5b3b4e439c0a91df"/>
          </v:shape>
        </w:pict>
      </w:r>
      <w:r>
        <w:rPr>
          <w:rFonts w:ascii="宋体" w:eastAsia="宋体" w:hAnsi="宋体" w:cs="宋体"/>
          <w:color w:val="000000"/>
        </w:rPr>
        <w:t>均在</w:t>
      </w:r>
      <w:r>
        <w:pict>
          <v:shape id="_x0000_i704703" type="#_x0000_t75" alt="学科网(www.zxxk.com)--教育资源门户，提供试卷、教案、课件、论文、素材以及各类教学资源下载，还有大量而丰富的教学相关资讯！" style="width:9pt;height:9.75pt" o:oleicon="f" o:ole="">
            <v:imagedata r:id="rId94" o:title="eqId81dea63b8ce3e51adf66cf7b9982a248"/>
          </v:shape>
        </w:pict>
      </w:r>
      <w:r>
        <w:rPr>
          <w:rFonts w:ascii="宋体" w:eastAsia="宋体" w:hAnsi="宋体" w:cs="宋体"/>
          <w:color w:val="000000"/>
        </w:rPr>
        <w:t>轴上方，则</w:t>
      </w:r>
      <w:r>
        <w:pict>
          <v:shape id="_x0000_i704704" type="#_x0000_t75" alt="学科网(www.zxxk.com)--教育资源门户，提供试卷、教案、课件、论文、素材以及各类教学资源下载，还有大量而丰富的教学相关资讯！" style="width:9pt;height:9.75pt" o:oleicon="f" o:ole="">
            <v:imagedata r:id="rId95" o:title="eqId0a6936d370d6a238a608ca56f87198de"/>
          </v:shape>
        </w:pict>
      </w:r>
      <w:r>
        <w:rPr>
          <w:rFonts w:ascii="宋体" w:eastAsia="宋体" w:hAnsi="宋体" w:cs="宋体"/>
          <w:color w:val="000000"/>
        </w:rPr>
        <w:t>，</w:t>
      </w:r>
      <w:r>
        <w:pict>
          <v:shape id="_x0000_i704705" type="#_x0000_t75" alt="学科网(www.zxxk.com)--教育资源门户，提供试卷、教案、课件、论文、素材以及各类教学资源下载，还有大量而丰富的教学相关资讯！" style="width:9.9pt;height:14.35pt" o:oleicon="f" o:ole="">
            <v:imagedata r:id="rId96" o:title="eqId2c94bb12cee76221e13f9ef955b0aab1"/>
          </v:shape>
        </w:pict>
      </w:r>
      <w:r>
        <w:rPr>
          <w:rFonts w:ascii="宋体" w:eastAsia="宋体" w:hAnsi="宋体" w:cs="宋体"/>
          <w:color w:val="000000"/>
        </w:rPr>
        <w:t>应满足的条件为</w:t>
      </w:r>
      <w:r>
        <w:rPr>
          <w:color w:val="000000"/>
        </w:rPr>
        <w:t>___________</w:t>
      </w:r>
      <w:r>
        <w:rPr>
          <w:rFonts w:ascii="宋体" w:eastAsia="宋体" w:hAnsi="宋体" w:cs="宋体"/>
          <w:color w:val="000000"/>
        </w:rPr>
        <w:t>．</w:t>
      </w:r>
    </w:p>
    <w:p>
      <w:pPr>
        <w:pStyle w:val="Heading2"/>
      </w:pPr>
      <w:r>
        <w:t>海淀区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16. </w:t>
      </w:r>
      <w:r>
        <w:rPr>
          <w:rFonts w:ascii="宋体" w:eastAsia="宋体" w:hAnsi="宋体" w:cs="宋体"/>
          <w:color w:val="000000"/>
        </w:rPr>
        <w:t>如图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，在一块长方形区域中布置了图中阴影部分所示的展区，其中的展台有三种不同的形状，其规格如图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所示．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3609975" cy="1390650"/>
            <wp:docPr id="2213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14" name=""/>
                    <pic:cNvPicPr>
                      <a:picLocks noChangeAspect="1"/>
                    </pic:cNvPicPr>
                  </pic:nvPicPr>
                  <pic:blipFill>
                    <a:blip r:embed="rId97"/>
                    <a:stretch>
                      <a:fillRect/>
                    </a:stretch>
                  </pic:blipFill>
                  <pic:spPr>
                    <a:xfrm>
                      <a:off x="0" y="0"/>
                      <a:ext cx="3609975" cy="1390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）该长方形区域的长可以用式子表示为</w:t>
      </w:r>
      <w:r>
        <w:rPr>
          <w:color w:val="000000"/>
        </w:rPr>
        <w:t>___________</w: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）根据图中信息，用等式表示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c</w:t>
      </w:r>
      <w:r>
        <w:rPr>
          <w:rFonts w:ascii="宋体" w:eastAsia="宋体" w:hAnsi="宋体" w:cs="宋体"/>
          <w:color w:val="000000"/>
        </w:rPr>
        <w:t>满足的关系为</w:t>
      </w:r>
      <w:r>
        <w:rPr>
          <w:color w:val="000000"/>
        </w:rPr>
        <w:t>___________</w:t>
      </w:r>
      <w:r>
        <w:rPr>
          <w:rFonts w:ascii="宋体" w:eastAsia="宋体" w:hAnsi="宋体" w:cs="宋体"/>
          <w:color w:val="000000"/>
        </w:rPr>
        <w:t>．</w:t>
      </w:r>
    </w:p>
    <w:p>
      <w:pPr>
        <w:pStyle w:val="Heading2"/>
      </w:pPr>
      <w:r>
        <w:t>燕山地区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20. </w:t>
      </w:r>
      <w:r>
        <w:rPr>
          <w:rFonts w:ascii="宋体" w:eastAsia="宋体" w:hAnsi="宋体" w:cs="宋体"/>
          <w:color w:val="000000"/>
        </w:rPr>
        <w:t>如图所示的运算程序中，若开始输入</w:t>
      </w:r>
      <w:r>
        <w:rPr>
          <w:rFonts w:ascii="Times New Roman" w:eastAsia="Times New Roman" w:hAnsi="Times New Roman" w:cs="Times New Roman"/>
          <w:i/>
          <w:color w:val="000000"/>
        </w:rPr>
        <w:t>x</w:t>
      </w:r>
      <w:r>
        <w:rPr>
          <w:rFonts w:ascii="宋体" w:eastAsia="宋体" w:hAnsi="宋体" w:cs="宋体"/>
          <w:color w:val="000000"/>
        </w:rPr>
        <w:t>值为</w:t>
      </w:r>
      <w:r>
        <w:rPr>
          <w:rFonts w:ascii="Times New Roman" w:eastAsia="Times New Roman" w:hAnsi="Times New Roman" w:cs="Times New Roman"/>
          <w:color w:val="000000"/>
        </w:rPr>
        <w:t>36</w:t>
      </w:r>
      <w:r>
        <w:rPr>
          <w:rFonts w:ascii="宋体" w:eastAsia="宋体" w:hAnsi="宋体" w:cs="宋体"/>
          <w:color w:val="000000"/>
        </w:rPr>
        <w:t>，我们发现第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次输出的结果为</w:t>
      </w:r>
      <w:r>
        <w:rPr>
          <w:rFonts w:ascii="Times New Roman" w:eastAsia="Times New Roman" w:hAnsi="Times New Roman" w:cs="Times New Roman"/>
          <w:color w:val="000000"/>
        </w:rPr>
        <w:t>18</w:t>
      </w:r>
      <w:r>
        <w:rPr>
          <w:rFonts w:ascii="宋体" w:eastAsia="宋体" w:hAnsi="宋体" w:cs="宋体"/>
          <w:color w:val="000000"/>
        </w:rPr>
        <w:t>，第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次输出的结果为</w:t>
      </w:r>
      <w:r>
        <w:rPr>
          <w:rFonts w:ascii="Times New Roman" w:eastAsia="Times New Roman" w:hAnsi="Times New Roman" w:cs="Times New Roman"/>
          <w:color w:val="000000"/>
        </w:rPr>
        <w:t>9</w:t>
      </w:r>
      <w:r>
        <w:rPr>
          <w:rFonts w:ascii="宋体" w:eastAsia="宋体" w:hAnsi="宋体" w:cs="宋体"/>
          <w:color w:val="000000"/>
        </w:rPr>
        <w:t>，则第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次输出的结果为</w:t>
      </w:r>
      <w:r>
        <w:rPr>
          <w:color w:val="000000"/>
        </w:rPr>
        <w:t>____</w:t>
      </w:r>
      <w:r>
        <w:rPr>
          <w:rFonts w:ascii="宋体" w:eastAsia="宋体" w:hAnsi="宋体" w:cs="宋体"/>
          <w:color w:val="000000"/>
        </w:rPr>
        <w:t>；第</w:t>
      </w:r>
      <w:r>
        <w:rPr>
          <w:rFonts w:ascii="Times New Roman" w:eastAsia="Times New Roman" w:hAnsi="Times New Roman" w:cs="Times New Roman"/>
          <w:color w:val="000000"/>
        </w:rPr>
        <w:t>2022</w:t>
      </w:r>
      <w:r>
        <w:rPr>
          <w:rFonts w:ascii="宋体" w:eastAsia="宋体" w:hAnsi="宋体" w:cs="宋体"/>
          <w:color w:val="000000"/>
        </w:rPr>
        <w:t>次输出的结果为</w:t>
      </w:r>
      <w:r>
        <w:rPr>
          <w:color w:val="000000"/>
        </w:rPr>
        <w:t>____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3209925" cy="1704975"/>
            <wp:docPr id="2215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16" name=""/>
                    <pic:cNvPicPr>
                      <a:picLocks noChangeAspect="1"/>
                    </pic:cNvPicPr>
                  </pic:nvPicPr>
                  <pic:blipFill>
                    <a:blip r:embed="rId98"/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170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石景山区京源学校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15. </w:t>
      </w:r>
      <w:r>
        <w:rPr>
          <w:rFonts w:ascii="宋体" w:eastAsia="宋体" w:hAnsi="宋体" w:cs="宋体"/>
          <w:color w:val="000000"/>
        </w:rPr>
        <w:t>已知一个多项式与</w:t>
      </w:r>
      <w:r>
        <w:pict>
          <v:shape id="_x0000_i704706" type="#_x0000_t75" alt="学科网(www.zxxk.com)--教育资源门户，提供试卷、教案、课件、论文、素材以及各类教学资源下载，还有大量而丰富的教学相关资讯！" style="width:43pt;height:16pt" o:oleicon="f" o:ole="">
            <v:imagedata r:id="rId99" o:title="eqId4ee495000037dd957d614440a443b28c"/>
          </v:shape>
        </w:pict>
      </w:r>
      <w:r>
        <w:rPr>
          <w:rFonts w:ascii="宋体" w:eastAsia="宋体" w:hAnsi="宋体" w:cs="宋体"/>
          <w:color w:val="000000"/>
        </w:rPr>
        <w:t>的和等于</w:t>
      </w:r>
      <w:r>
        <w:pict>
          <v:shape id="_x0000_i704707" type="#_x0000_t75" alt="学科网(www.zxxk.com)--教育资源门户，提供试卷、教案、课件、论文、素材以及各类教学资源下载，还有大量而丰富的教学相关资讯！" style="width:59.25pt;height:15.75pt" o:oleicon="f" o:ole="">
            <v:imagedata r:id="rId100" o:title="eqId47be1359e9f1d9143c8d0d63e49aea98"/>
          </v:shape>
        </w:pict>
      </w:r>
      <w:r>
        <w:rPr>
          <w:rFonts w:ascii="宋体" w:eastAsia="宋体" w:hAnsi="宋体" w:cs="宋体"/>
          <w:color w:val="000000"/>
        </w:rPr>
        <w:t>，则这个多项式是</w:t>
      </w:r>
      <w:r>
        <w:rPr>
          <w:color w:val="000000"/>
        </w:rPr>
        <w:t>_____</w:t>
      </w:r>
      <w:r>
        <w:rPr>
          <w:rFonts w:ascii="宋体" w:eastAsia="宋体" w:hAnsi="宋体" w:cs="宋体"/>
          <w:color w:val="000000"/>
        </w:rPr>
        <w:t>．</w:t>
      </w:r>
    </w:p>
    <w:p>
      <w:pPr>
        <w:pStyle w:val="Heading2"/>
      </w:pPr>
      <w:r>
        <w:t>第一六一中学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18. </w:t>
      </w:r>
      <w:r>
        <w:rPr>
          <w:rFonts w:ascii="宋体" w:eastAsia="宋体" w:hAnsi="宋体" w:cs="宋体"/>
          <w:color w:val="000000"/>
        </w:rPr>
        <w:t>甲、乙、丙三人一起按如下步骤玩纸牌游戏，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）第一步：每个人都发给</w:t>
      </w:r>
      <w:r>
        <w:rPr>
          <w:rFonts w:ascii="Times New Roman" w:eastAsia="Times New Roman" w:hAnsi="Times New Roman" w:cs="Times New Roman"/>
          <w:i/>
          <w:color w:val="000000"/>
        </w:rPr>
        <w:t>x</w:t>
      </w:r>
      <w:r>
        <w:rPr>
          <w:rFonts w:ascii="宋体" w:eastAsia="宋体" w:hAnsi="宋体" w:cs="宋体"/>
          <w:color w:val="000000"/>
        </w:rPr>
        <w:t>张牌（其中</w:t>
      </w:r>
      <w:r>
        <w:rPr>
          <w:rFonts w:ascii="Times New Roman" w:eastAsia="Times New Roman" w:hAnsi="Times New Roman" w:cs="Times New Roman"/>
          <w:i/>
          <w:color w:val="000000"/>
        </w:rPr>
        <w:t>x</w:t>
      </w:r>
      <w:r>
        <w:rPr>
          <w:rFonts w:ascii="Times New Roman" w:eastAsia="Times New Roman" w:hAnsi="Times New Roman" w:cs="Times New Roman"/>
          <w:color w:val="000000"/>
        </w:rPr>
        <w:t>≥2</w:t>
      </w:r>
      <w:r>
        <w:rPr>
          <w:rFonts w:ascii="宋体" w:eastAsia="宋体" w:hAnsi="宋体" w:cs="宋体"/>
          <w:color w:val="000000"/>
        </w:rPr>
        <w:t>）；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）第二步：甲拿出两张牌给乙；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）第三步：丙拿出一张牌给乙；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rFonts w:ascii="宋体" w:eastAsia="宋体" w:hAnsi="宋体" w:cs="宋体"/>
          <w:color w:val="000000"/>
        </w:rPr>
        <w:t>）第四步：此时甲有几张牌，乙就拿几张牌给甲；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这时，甲准确地说出乙现有的牌的张数，你认为乙此时有</w:t>
      </w:r>
      <w:r>
        <w:rPr>
          <w:color w:val="000000"/>
        </w:rPr>
        <w:t>_____</w:t>
      </w:r>
      <w:r>
        <w:rPr>
          <w:rFonts w:ascii="宋体" w:eastAsia="宋体" w:hAnsi="宋体" w:cs="宋体"/>
          <w:color w:val="000000"/>
        </w:rPr>
        <w:t>张牌．</w:t>
      </w:r>
    </w:p>
    <w:p>
      <w:pPr>
        <w:pStyle w:val="Heading2"/>
      </w:pPr>
      <w:r>
        <w:t>第三十五中学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20. </w:t>
      </w:r>
      <w:r>
        <w:rPr>
          <w:rFonts w:ascii="宋体" w:eastAsia="宋体" w:hAnsi="宋体" w:cs="宋体"/>
          <w:color w:val="000000"/>
        </w:rPr>
        <w:t>有理数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c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d</w:t>
      </w:r>
      <w:r>
        <w:rPr>
          <w:rFonts w:ascii="宋体" w:eastAsia="宋体" w:hAnsi="宋体" w:cs="宋体"/>
          <w:color w:val="000000"/>
        </w:rPr>
        <w:t>在数轴上的对应点的位置如图所示．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2409825" cy="400050"/>
            <wp:docPr id="2217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18" name=""/>
                    <pic:cNvPicPr>
                      <a:picLocks noChangeAspect="1"/>
                    </pic:cNvPicPr>
                  </pic:nvPicPr>
                  <pic:blipFill>
                    <a:blip r:embed="rId101"/>
                    <a:stretch>
                      <a:fillRect/>
                    </a:stretch>
                  </pic:blipFill>
                  <pic:spPr>
                    <a:xfrm>
                      <a:off x="0" y="0"/>
                      <a:ext cx="2409825" cy="40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下面有四个推断：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①如果</w:t>
      </w:r>
      <w:r>
        <w:pict>
          <v:shape id="_x0000_i704708" type="#_x0000_t75" alt="学科网(www.zxxk.com)--教育资源门户，提供试卷、教案、课件、论文、素材以及各类教学资源下载，还有大量而丰富的教学相关资讯！" style="width:38.4pt;height:14.4pt" o:oleicon="f" o:ole="">
            <v:imagedata r:id="rId102" o:title="eqId7d050f40710907c5e69903d973601743"/>
          </v:shape>
        </w:pict>
      </w:r>
      <w:r>
        <w:rPr>
          <w:rFonts w:ascii="宋体" w:eastAsia="宋体" w:hAnsi="宋体" w:cs="宋体"/>
          <w:color w:val="000000"/>
        </w:rPr>
        <w:t>，则一定会有</w:t>
      </w:r>
      <w:r>
        <w:pict>
          <v:shape id="_x0000_i704709" type="#_x0000_t75" alt="学科网(www.zxxk.com)--教育资源门户，提供试卷、教案、课件、论文、素材以及各类教学资源下载，还有大量而丰富的教学相关资讯！" style="width:32.8pt;height:13.95pt" o:oleicon="f" o:ole="">
            <v:imagedata r:id="rId103" o:title="eqId2e489645a4930d59e21720c0c44ac318"/>
          </v:shape>
        </w:pict>
      </w:r>
      <w:r>
        <w:rPr>
          <w:rFonts w:ascii="宋体" w:eastAsia="宋体" w:hAnsi="宋体" w:cs="宋体"/>
          <w:color w:val="000000"/>
        </w:rPr>
        <w:t>；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②如果</w:t>
      </w:r>
      <w:r>
        <w:pict>
          <v:shape id="_x0000_i704710" type="#_x0000_t75" alt="学科网(www.zxxk.com)--教育资源门户，提供试卷、教案、课件、论文、素材以及各类教学资源下载，还有大量而丰富的教学相关资讯！" style="width:32.8pt;height:13.95pt" o:oleicon="f" o:ole="">
            <v:imagedata r:id="rId104" o:title="eqId2e489645a4930d59e21720c0c44ac318"/>
          </v:shape>
        </w:pict>
      </w:r>
      <w:r>
        <w:rPr>
          <w:rFonts w:ascii="宋体" w:eastAsia="宋体" w:hAnsi="宋体" w:cs="宋体"/>
          <w:color w:val="000000"/>
        </w:rPr>
        <w:t>，则一定会有</w:t>
      </w:r>
      <w:r>
        <w:pict>
          <v:shape id="_x0000_i704711" type="#_x0000_t75" alt="学科网(www.zxxk.com)--教育资源门户，提供试卷、教案、课件、论文、素材以及各类教学资源下载，还有大量而丰富的教学相关资讯！" style="width:38.4pt;height:14.4pt" o:oleicon="f" o:ole="">
            <v:imagedata r:id="rId105" o:title="eqId7d050f40710907c5e69903d973601743"/>
          </v:shape>
        </w:pic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③如果</w:t>
      </w:r>
      <w:r>
        <w:pict>
          <v:shape id="_x0000_i704712" type="#_x0000_t75" alt="学科网(www.zxxk.com)--教育资源门户，提供试卷、教案、课件、论文、素材以及各类教学资源下载，还有大量而丰富的教学相关资讯！" style="width:33pt;height:14.25pt" o:oleicon="f" o:ole="">
            <v:imagedata r:id="rId106" o:title="eqId12d4eb7dfb4935d8a8a3fcf0cf906988"/>
          </v:shape>
        </w:pict>
      </w:r>
      <w:r>
        <w:rPr>
          <w:rFonts w:ascii="宋体" w:eastAsia="宋体" w:hAnsi="宋体" w:cs="宋体"/>
          <w:color w:val="000000"/>
        </w:rPr>
        <w:t>，则一定会有</w:t>
      </w:r>
      <w:r>
        <w:pict>
          <v:shape id="_x0000_i704713" type="#_x0000_t75" alt="学科网(www.zxxk.com)--教育资源门户，提供试卷、教案、课件、论文、素材以及各类教学资源下载，还有大量而丰富的教学相关资讯！" style="width:35.15pt;height:14pt" o:oleicon="f" o:ole="">
            <v:imagedata r:id="rId107" o:title="eqId57957b7152213d4b31e604603f911a57"/>
          </v:shape>
        </w:pic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④如果</w:t>
      </w:r>
      <w:r>
        <w:pict>
          <v:shape id="_x0000_i704714" type="#_x0000_t75" alt="学科网(www.zxxk.com)--教育资源门户，提供试卷、教案、课件、论文、素材以及各类教学资源下载，还有大量而丰富的教学相关资讯！" style="width:35.15pt;height:14pt" o:oleicon="f" o:ole="">
            <v:imagedata r:id="rId108" o:title="eqId57957b7152213d4b31e604603f911a57"/>
          </v:shape>
        </w:pict>
      </w:r>
      <w:r>
        <w:rPr>
          <w:rFonts w:ascii="宋体" w:eastAsia="宋体" w:hAnsi="宋体" w:cs="宋体"/>
          <w:color w:val="000000"/>
        </w:rPr>
        <w:t>，则一定会有</w:t>
      </w:r>
      <w:r>
        <w:pict>
          <v:shape id="_x0000_i704715" type="#_x0000_t75" alt="学科网(www.zxxk.com)--教育资源门户，提供试卷、教案、课件、论文、素材以及各类教学资源下载，还有大量而丰富的教学相关资讯！" style="width:33pt;height:14.25pt" o:oleicon="f" o:ole="">
            <v:imagedata r:id="rId109" o:title="eqId12d4eb7dfb4935d8a8a3fcf0cf906988"/>
          </v:shape>
        </w:pict>
      </w:r>
      <w:r>
        <w:rPr>
          <w:rFonts w:ascii="宋体" w:eastAsia="宋体" w:hAnsi="宋体" w:cs="宋体"/>
          <w:color w:val="000000"/>
        </w:rPr>
        <w:t>．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所有合理推断的序号是</w:t>
      </w:r>
      <w:r>
        <w:rPr>
          <w:color w:val="000000"/>
        </w:rPr>
        <w:t>________________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>
      <w:pPr>
        <w:pStyle w:val="Heading2"/>
      </w:pPr>
      <w:r>
        <w:t>第二中学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16. </w:t>
      </w:r>
      <w:r>
        <w:rPr>
          <w:rFonts w:ascii="宋体" w:eastAsia="宋体" w:hAnsi="宋体" w:cs="宋体"/>
          <w:color w:val="000000"/>
        </w:rPr>
        <w:t>对于两个不相等的有理数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，我们规定符号</w:t>
      </w:r>
      <w:r>
        <w:pict>
          <v:shape id="_x0000_i704716" type="#_x0000_t75" alt="学科网(www.zxxk.com)--教育资源门户，提供试卷、教案、课件、论文、素材以及各类教学资源下载，还有大量而丰富的教学相关资讯！" style="width:50.4pt;height:16.2pt" o:oleicon="f" o:ole="">
            <v:imagedata r:id="rId110" o:title="eqId53ad6b511253288bb1a39cf30a82e644"/>
          </v:shape>
        </w:pict>
      </w:r>
      <w:r>
        <w:rPr>
          <w:rFonts w:ascii="宋体" w:eastAsia="宋体" w:hAnsi="宋体" w:cs="宋体"/>
          <w:color w:val="000000"/>
        </w:rPr>
        <w:t>表示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两数中较大的数，例如</w:t>
      </w:r>
      <w:r>
        <w:pict>
          <v:shape id="_x0000_i704717" type="#_x0000_t75" alt="学科网(www.zxxk.com)--教育资源门户，提供试卷、教案、课件、论文、素材以及各类教学资源下载，还有大量而丰富的教学相关资讯！" style="width:75pt;height:16.2pt" o:oleicon="f" o:ole="">
            <v:imagedata r:id="rId111" o:title="eqId38d42af7b03a0b203ff3c3d3c4e78a74"/>
          </v:shape>
        </w:pict>
      </w:r>
      <w:r>
        <w:rPr>
          <w:rFonts w:ascii="宋体" w:eastAsia="宋体" w:hAnsi="宋体" w:cs="宋体"/>
          <w:color w:val="000000"/>
        </w:rPr>
        <w:t>．按照这个规定，方程</w:t>
      </w:r>
      <w:r>
        <w:pict>
          <v:shape id="_x0000_i704718" type="#_x0000_t75" alt="学科网(www.zxxk.com)--教育资源门户，提供试卷、教案、课件、论文、素材以及各类教学资源下载，还有大量而丰富的教学相关资讯！" style="width:95.4pt;height:16.2pt" o:oleicon="f" o:ole="">
            <v:imagedata r:id="rId112" o:title="eqId1d4be49c377adf8ce346560acef7dc8f"/>
          </v:shape>
        </w:pict>
      </w:r>
      <w:r>
        <w:rPr>
          <w:rFonts w:ascii="宋体" w:eastAsia="宋体" w:hAnsi="宋体" w:cs="宋体"/>
          <w:color w:val="000000"/>
        </w:rPr>
        <w:t>的解为</w:t>
      </w:r>
      <w:r>
        <w:rPr>
          <w:color w:val="000000"/>
        </w:rPr>
        <w:t>_______</w:t>
      </w:r>
      <w:r>
        <w:rPr>
          <w:rFonts w:ascii="宋体" w:eastAsia="宋体" w:hAnsi="宋体" w:cs="宋体"/>
          <w:color w:val="000000"/>
        </w:rPr>
        <w:t>．</w:t>
      </w:r>
    </w:p>
    <w:p>
      <w:pPr>
        <w:pStyle w:val="Heading2"/>
      </w:pPr>
      <w:r>
        <w:t>第八中学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18. </w:t>
      </w:r>
      <w:r>
        <w:rPr>
          <w:rFonts w:ascii="宋体" w:eastAsia="宋体" w:hAnsi="宋体" w:cs="宋体"/>
          <w:color w:val="000000"/>
        </w:rPr>
        <w:t>阅读材料，并回答问题：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钟表中蕴含着有趣的数学运算，不用负数也可以作减法，例如：现在是</w:t>
      </w:r>
      <w:r>
        <w:rPr>
          <w:rFonts w:ascii="Times New Roman" w:eastAsia="Times New Roman" w:hAnsi="Times New Roman" w:cs="Times New Roman"/>
          <w:color w:val="000000"/>
        </w:rPr>
        <w:t>10</w:t>
      </w:r>
      <w:r>
        <w:rPr>
          <w:rFonts w:ascii="宋体" w:eastAsia="宋体" w:hAnsi="宋体" w:cs="宋体"/>
          <w:color w:val="000000"/>
        </w:rPr>
        <w:t>点钟，</w: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rFonts w:ascii="宋体" w:eastAsia="宋体" w:hAnsi="宋体" w:cs="宋体"/>
          <w:color w:val="000000"/>
        </w:rPr>
        <w:t>小时以后是几点钟？虽然</w:t>
      </w:r>
      <w:r>
        <w:pict>
          <v:shape id="_x0000_i704719" type="#_x0000_t75" alt="学科网(www.zxxk.com)--教育资源门户，提供试卷、教案、课件、论文、素材以及各类教学资源下载，还有大量而丰富的教学相关资讯！" style="width:54pt;height:13.95pt" o:oleicon="f" o:ole="">
            <v:imagedata r:id="rId114" o:title="eqIdc3d1ea5488efe4c782aff627fed52fe5"/>
          </v:shape>
        </w:pict>
      </w:r>
      <w:r>
        <w:rPr>
          <w:rFonts w:ascii="宋体" w:eastAsia="宋体" w:hAnsi="宋体" w:cs="宋体"/>
          <w:color w:val="000000"/>
        </w:rPr>
        <w:t>，但在表盘中看到的是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点钟．如果用符号“</w:t>
      </w:r>
      <w:r>
        <w:pict>
          <v:shape id="_x0000_i704720" type="#_x0000_t75" alt="学科网(www.zxxk.com)--教育资源门户，提供试卷、教案、课件、论文、素材以及各类教学资源下载，还有大量而丰富的教学相关资讯！" style="width:12.75pt;height:14.25pt" o:oleicon="f" o:ole="">
            <v:imagedata r:id="rId115" o:title="eqId4c3c2f679d53b91088ba6eb14c16cbc0"/>
          </v:shape>
        </w:pict>
      </w:r>
      <w:r>
        <w:rPr>
          <w:rFonts w:ascii="宋体" w:eastAsia="宋体" w:hAnsi="宋体" w:cs="宋体"/>
          <w:color w:val="000000"/>
        </w:rPr>
        <w:t>”表示钟表上的加法，则</w:t>
      </w:r>
      <w:r>
        <w:pict>
          <v:shape id="_x0000_i704721" type="#_x0000_t75" alt="学科网(www.zxxk.com)--教育资源门户，提供试卷、教案、课件、论文、素材以及各类教学资源下载，还有大量而丰富的教学相关资讯！" style="width:51pt;height:13.95pt" o:oleicon="f" o:ole="">
            <v:imagedata r:id="rId116" o:title="eqId42e8224198b4587c41c3b170cd2c1c48"/>
          </v:shape>
        </w:pict>
      </w:r>
      <w:r>
        <w:rPr>
          <w:rFonts w:ascii="宋体" w:eastAsia="宋体" w:hAnsi="宋体" w:cs="宋体"/>
          <w:color w:val="000000"/>
        </w:rPr>
        <w:t>．若问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点钟之前</w: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rFonts w:ascii="宋体" w:eastAsia="宋体" w:hAnsi="宋体" w:cs="宋体"/>
          <w:color w:val="000000"/>
        </w:rPr>
        <w:t>小时是几点钟，就得到钟表上的减法概念，用符号“</w:t>
      </w:r>
      <w:r>
        <w:rPr>
          <w:color w:val="000000"/>
        </w:rPr>
        <w:drawing>
          <wp:inline>
            <wp:extent cx="104775" cy="104775"/>
            <wp:docPr id="2219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20" name=""/>
                    <pic:cNvPicPr>
                      <a:picLocks noChangeAspect="1"/>
                    </pic:cNvPicPr>
                  </pic:nvPicPr>
                  <pic:blipFill>
                    <a:blip r:embed="rId113"/>
                    <a:stretch>
                      <a:fillRect/>
                    </a:stretch>
                  </pic:blipFill>
                  <pic:spPr>
                    <a:xfrm>
                      <a:off x="0" y="0"/>
                      <a:ext cx="104775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color w:val="000000"/>
        </w:rPr>
        <w:t>”表示钟表上的减法．（注：我们用</w:t>
      </w:r>
      <w:r>
        <w:rPr>
          <w:rFonts w:ascii="Times New Roman" w:eastAsia="Times New Roman" w:hAnsi="Times New Roman" w:cs="Times New Roman"/>
          <w:color w:val="000000"/>
        </w:rPr>
        <w:t>0</w:t>
      </w:r>
      <w:r>
        <w:rPr>
          <w:rFonts w:ascii="宋体" w:eastAsia="宋体" w:hAnsi="宋体" w:cs="宋体"/>
          <w:color w:val="000000"/>
        </w:rPr>
        <w:t>点钟代替</w:t>
      </w:r>
      <w:r>
        <w:rPr>
          <w:rFonts w:ascii="Times New Roman" w:eastAsia="Times New Roman" w:hAnsi="Times New Roman" w:cs="Times New Roman"/>
          <w:color w:val="000000"/>
        </w:rPr>
        <w:t>12</w:t>
      </w:r>
      <w:r>
        <w:rPr>
          <w:rFonts w:ascii="宋体" w:eastAsia="宋体" w:hAnsi="宋体" w:cs="宋体"/>
          <w:color w:val="000000"/>
        </w:rPr>
        <w:t>点钟）．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）</w:t>
      </w:r>
      <w:r>
        <w:pict>
          <v:shape id="_x0000_i704722" type="#_x0000_t75" alt="学科网(www.zxxk.com)--教育资源门户，提供试卷、教案、课件、论文、素材以及各类教学资源下载，还有大量而丰富的教学相关资讯！" style="width:37pt;height:13.95pt" o:oleicon="f" o:ole="">
            <v:imagedata r:id="rId117" o:title="eqId85a5a3c3434389ed16d53f00bb784199"/>
          </v:shape>
        </w:pict>
      </w:r>
      <w:r>
        <w:rPr>
          <w:color w:val="000000"/>
        </w:rPr>
        <w:t>______</w: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）在有理数运算中，相加得零的两个数互为相反数，如果在钟表运算中沿用这个概念，则</w:t>
      </w:r>
      <w:r>
        <w:rPr>
          <w:rFonts w:ascii="Times New Roman" w:eastAsia="Times New Roman" w:hAnsi="Times New Roman" w:cs="Times New Roman"/>
          <w:color w:val="000000"/>
        </w:rPr>
        <w:t>7</w:t>
      </w:r>
      <w:r>
        <w:rPr>
          <w:rFonts w:ascii="宋体" w:eastAsia="宋体" w:hAnsi="宋体" w:cs="宋体"/>
          <w:color w:val="000000"/>
        </w:rPr>
        <w:t>的相反数是</w:t>
      </w:r>
      <w:r>
        <w:rPr>
          <w:color w:val="000000"/>
        </w:rPr>
        <w:t>______</w:t>
      </w:r>
    </w:p>
    <w:p>
      <w:pPr>
        <w:pStyle w:val="Heading2"/>
      </w:pPr>
      <w:r>
        <w:t>第十三中学分校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16. </w:t>
      </w:r>
      <w:r>
        <w:rPr>
          <w:rFonts w:ascii="宋体" w:eastAsia="宋体" w:hAnsi="宋体" w:cs="宋体"/>
          <w:color w:val="000000"/>
        </w:rPr>
        <w:t>如图所示的一个大长方形，它被分割成</w: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rFonts w:ascii="宋体" w:eastAsia="宋体" w:hAnsi="宋体" w:cs="宋体"/>
          <w:color w:val="000000"/>
        </w:rPr>
        <w:t>个大小不同的正方形</w:t>
      </w:r>
      <w:r>
        <w:rPr>
          <w:rFonts w:ascii="Times New Roman" w:eastAsia="Times New Roman" w:hAnsi="Times New Roman" w:cs="Times New Roman"/>
          <w:color w:val="000000"/>
        </w:rPr>
        <w:t>①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②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③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④</w:t>
      </w:r>
      <w:r>
        <w:rPr>
          <w:rFonts w:ascii="宋体" w:eastAsia="宋体" w:hAnsi="宋体" w:cs="宋体"/>
          <w:color w:val="000000"/>
        </w:rPr>
        <w:t>和一个长方形</w:t>
      </w:r>
      <w:r>
        <w:rPr>
          <w:rFonts w:ascii="Times New Roman" w:eastAsia="Times New Roman" w:hAnsi="Times New Roman" w:cs="Times New Roman"/>
          <w:color w:val="000000"/>
        </w:rPr>
        <w:t>⑤</w:t>
      </w:r>
      <w:r>
        <w:rPr>
          <w:rFonts w:ascii="宋体" w:eastAsia="宋体" w:hAnsi="宋体" w:cs="宋体"/>
          <w:color w:val="000000"/>
        </w:rPr>
        <w:t>，则下列结论：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495425" cy="1085850"/>
            <wp:docPr id="2221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22" name=""/>
                    <pic:cNvPicPr>
                      <a:picLocks noChangeAspect="1"/>
                    </pic:cNvPicPr>
                  </pic:nvPicPr>
                  <pic:blipFill>
                    <a:blip r:embed="rId118"/>
                    <a:stretch>
                      <a:fillRect/>
                    </a:stretch>
                  </pic:blipFill>
                  <pic:spPr>
                    <a:xfrm>
                      <a:off x="0" y="0"/>
                      <a:ext cx="1495425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）若已知小正方形</w:t>
      </w:r>
      <w:r>
        <w:rPr>
          <w:rFonts w:ascii="Times New Roman" w:eastAsia="Times New Roman" w:hAnsi="Times New Roman" w:cs="Times New Roman"/>
          <w:color w:val="000000"/>
        </w:rPr>
        <w:t>①</w:t>
      </w:r>
      <w:r>
        <w:rPr>
          <w:rFonts w:ascii="宋体" w:eastAsia="宋体" w:hAnsi="宋体" w:cs="宋体"/>
          <w:color w:val="000000"/>
        </w:rPr>
        <w:t>和</w:t>
      </w:r>
      <w:r>
        <w:rPr>
          <w:rFonts w:ascii="Times New Roman" w:eastAsia="Times New Roman" w:hAnsi="Times New Roman" w:cs="Times New Roman"/>
          <w:color w:val="000000"/>
        </w:rPr>
        <w:t>②</w:t>
      </w:r>
      <w:r>
        <w:rPr>
          <w:rFonts w:ascii="宋体" w:eastAsia="宋体" w:hAnsi="宋体" w:cs="宋体"/>
          <w:color w:val="000000"/>
        </w:rPr>
        <w:t>的周长，就能求出大长方形的周长；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）若已知小正方形</w:t>
      </w:r>
      <w:r>
        <w:rPr>
          <w:rFonts w:ascii="Times New Roman" w:eastAsia="Times New Roman" w:hAnsi="Times New Roman" w:cs="Times New Roman"/>
          <w:color w:val="000000"/>
        </w:rPr>
        <w:t>③</w:t>
      </w:r>
      <w:r>
        <w:rPr>
          <w:rFonts w:ascii="宋体" w:eastAsia="宋体" w:hAnsi="宋体" w:cs="宋体"/>
          <w:color w:val="000000"/>
        </w:rPr>
        <w:t>的周长，就能求出大长方形的周长；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）若已知小正方形</w:t>
      </w:r>
      <w:r>
        <w:rPr>
          <w:rFonts w:ascii="Times New Roman" w:eastAsia="Times New Roman" w:hAnsi="Times New Roman" w:cs="Times New Roman"/>
          <w:color w:val="000000"/>
        </w:rPr>
        <w:t>④</w:t>
      </w:r>
      <w:r>
        <w:rPr>
          <w:rFonts w:ascii="宋体" w:eastAsia="宋体" w:hAnsi="宋体" w:cs="宋体"/>
          <w:color w:val="000000"/>
          <w:position w:val="0"/>
        </w:rPr>
        <w:drawing>
          <wp:inline>
            <wp:extent cx="133350" cy="177800"/>
            <wp:docPr id="222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24" name=""/>
                    <pic:cNvPicPr>
                      <a:picLocks noChangeAspect="1"/>
                    </pic:cNvPicPr>
                  </pic:nvPicPr>
                  <pic:blipFill>
                    <a:blip r:embed="rId119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color w:val="000000"/>
        </w:rPr>
        <w:t>周长，就能求出大长方形的周长；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rFonts w:ascii="宋体" w:eastAsia="宋体" w:hAnsi="宋体" w:cs="宋体"/>
          <w:color w:val="000000"/>
        </w:rPr>
        <w:t>）若已知小长方形</w:t>
      </w:r>
      <w:r>
        <w:rPr>
          <w:rFonts w:ascii="Times New Roman" w:eastAsia="Times New Roman" w:hAnsi="Times New Roman" w:cs="Times New Roman"/>
          <w:color w:val="000000"/>
        </w:rPr>
        <w:t>⑤</w:t>
      </w:r>
      <w:r>
        <w:rPr>
          <w:rFonts w:ascii="宋体" w:eastAsia="宋体" w:hAnsi="宋体" w:cs="宋体"/>
          <w:color w:val="000000"/>
        </w:rPr>
        <w:t>的周长，就能求出大长方形的周长；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其中正确的是</w:t>
      </w:r>
      <w:r>
        <w:rPr>
          <w:color w:val="000000"/>
        </w:rPr>
        <w:t>___________</w:t>
      </w:r>
      <w:r>
        <w:rPr>
          <w:rFonts w:ascii="宋体" w:eastAsia="宋体" w:hAnsi="宋体" w:cs="宋体"/>
          <w:color w:val="000000"/>
        </w:rPr>
        <w:t>．（填正确结论的序号）</w:t>
      </w:r>
    </w:p>
    <w:p>
      <w:pPr>
        <w:pStyle w:val="Heading2"/>
      </w:pPr>
      <w:r>
        <w:t>第十四中学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18. </w:t>
      </w:r>
      <w:r>
        <w:rPr>
          <w:rFonts w:ascii="宋体" w:eastAsia="宋体" w:hAnsi="宋体" w:cs="宋体"/>
          <w:color w:val="000000"/>
        </w:rPr>
        <w:t>如图，将图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中的正方形剪开得到图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，图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中共有</w: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rFonts w:ascii="宋体" w:eastAsia="宋体" w:hAnsi="宋体" w:cs="宋体"/>
          <w:color w:val="000000"/>
        </w:rPr>
        <w:t>个正方形；将图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中一个正方形剪开得到图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，图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中共有</w:t>
      </w:r>
      <w:r>
        <w:rPr>
          <w:rFonts w:ascii="Times New Roman" w:eastAsia="Times New Roman" w:hAnsi="Times New Roman" w:cs="Times New Roman"/>
          <w:color w:val="000000"/>
        </w:rPr>
        <w:t>7</w:t>
      </w:r>
      <w:r>
        <w:rPr>
          <w:rFonts w:ascii="宋体" w:eastAsia="宋体" w:hAnsi="宋体" w:cs="宋体"/>
          <w:color w:val="000000"/>
        </w:rPr>
        <w:t>个正方形；将图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中一个正方形剪开得到图</w: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rFonts w:ascii="宋体" w:eastAsia="宋体" w:hAnsi="宋体" w:cs="宋体"/>
          <w:color w:val="000000"/>
        </w:rPr>
        <w:t>，图</w: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rFonts w:ascii="宋体" w:eastAsia="宋体" w:hAnsi="宋体" w:cs="宋体"/>
          <w:color w:val="000000"/>
        </w:rPr>
        <w:t>中共有</w:t>
      </w:r>
      <w:r>
        <w:rPr>
          <w:rFonts w:ascii="Times New Roman" w:eastAsia="Times New Roman" w:hAnsi="Times New Roman" w:cs="Times New Roman"/>
          <w:color w:val="000000"/>
        </w:rPr>
        <w:t>10</w:t>
      </w:r>
      <w:r>
        <w:rPr>
          <w:rFonts w:ascii="宋体" w:eastAsia="宋体" w:hAnsi="宋体" w:cs="宋体"/>
          <w:color w:val="000000"/>
        </w:rPr>
        <w:t>个正方形……如此下去，则图</w:t>
      </w:r>
      <w:r>
        <w:rPr>
          <w:rFonts w:ascii="Times New Roman" w:eastAsia="Times New Roman" w:hAnsi="Times New Roman" w:cs="Times New Roman"/>
          <w:i/>
          <w:color w:val="000000"/>
        </w:rPr>
        <w:t>n</w:t>
      </w: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i/>
          <w:color w:val="000000"/>
        </w:rPr>
        <w:t>n</w:t>
      </w:r>
      <w:r>
        <w:rPr>
          <w:rFonts w:ascii="宋体" w:eastAsia="宋体" w:hAnsi="宋体" w:cs="宋体"/>
          <w:color w:val="000000"/>
        </w:rPr>
        <w:t>为正整数）中共有正方形的个数为</w:t>
      </w:r>
      <w:r>
        <w:rPr>
          <w:color w:val="000000"/>
        </w:rPr>
        <w:t>___________</w:t>
      </w:r>
      <w:r>
        <w:rPr>
          <w:rFonts w:ascii="宋体" w:eastAsia="宋体" w:hAnsi="宋体" w:cs="宋体"/>
          <w:color w:val="000000"/>
        </w:rPr>
        <w:t>个．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4867275" cy="1143000"/>
            <wp:docPr id="2225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26" name=""/>
                    <pic:cNvPicPr>
                      <a:picLocks noChangeAspect="1"/>
                    </pic:cNvPicPr>
                  </pic:nvPicPr>
                  <pic:blipFill>
                    <a:blip r:embed="rId120"/>
                    <a:stretch>
                      <a:fillRect/>
                    </a:stretch>
                  </pic:blipFill>
                  <pic:spPr>
                    <a:xfrm>
                      <a:off x="0" y="0"/>
                      <a:ext cx="48672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育才学校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20. </w:t>
      </w:r>
      <w:r>
        <w:rPr>
          <w:rFonts w:ascii="宋体" w:eastAsia="宋体" w:hAnsi="宋体" w:cs="宋体"/>
          <w:color w:val="000000"/>
        </w:rPr>
        <w:t>如图所示是一组有规律的图案，它们是由边长相同的小正方形组成，其中部分小正方形涂有阴影，按照这样的规律，第</w:t>
      </w:r>
      <w:r>
        <w:pict>
          <v:shape id="_x0000_i704723" type="#_x0000_t75" alt="学科网(www.zxxk.com)--教育资源门户，提供试卷、教案、课件、论文、素材以及各类教学资源下载，还有大量而丰富的教学相关资讯！" style="width:9.6pt;height:13.2pt" o:oleicon="f" o:ole="">
            <v:imagedata r:id="rId121" o:title="eqIdb8860d9787671b53b1ab68b3d526f5ca"/>
          </v:shape>
        </w:pict>
      </w:r>
      <w:r>
        <w:rPr>
          <w:rFonts w:ascii="宋体" w:eastAsia="宋体" w:hAnsi="宋体" w:cs="宋体"/>
          <w:color w:val="000000"/>
        </w:rPr>
        <w:t>个图案中有</w:t>
      </w:r>
      <w:r>
        <w:rPr>
          <w:color w:val="000000"/>
        </w:rPr>
        <w:t>______</w:t>
      </w:r>
      <w:r>
        <w:rPr>
          <w:rFonts w:ascii="宋体" w:eastAsia="宋体" w:hAnsi="宋体" w:cs="宋体"/>
          <w:color w:val="000000"/>
        </w:rPr>
        <w:t>个涂有阴影的小正方形，第</w:t>
      </w:r>
      <w:r>
        <w:pict>
          <v:shape id="_x0000_i704724" type="#_x0000_t75" alt="学科网(www.zxxk.com)--教育资源门户，提供试卷、教案、课件、论文、素材以及各类教学资源下载，还有大量而丰富的教学相关资讯！" style="width:9.75pt;height:11.25pt" o:oleicon="f" o:ole="">
            <v:imagedata r:id="rId122" o:title="eqIdb6a24198bd04c29321ae5dc5a28fe421"/>
          </v:shape>
        </w:pict>
      </w:r>
      <w:r>
        <w:rPr>
          <w:rFonts w:ascii="宋体" w:eastAsia="宋体" w:hAnsi="宋体" w:cs="宋体"/>
          <w:color w:val="000000"/>
        </w:rPr>
        <w:t>个图案中有</w:t>
      </w:r>
      <w:r>
        <w:rPr>
          <w:color w:val="000000"/>
        </w:rPr>
        <w:t>_______</w:t>
      </w:r>
      <w:r>
        <w:rPr>
          <w:rFonts w:ascii="宋体" w:eastAsia="宋体" w:hAnsi="宋体" w:cs="宋体"/>
          <w:color w:val="000000"/>
        </w:rPr>
        <w:t>个涂有阴影的小正方形（用含有</w:t>
      </w:r>
      <w:r>
        <w:pict>
          <v:shape id="_x0000_i704725" type="#_x0000_t75" alt="学科网(www.zxxk.com)--教育资源门户，提供试卷、教案、课件、论文、素材以及各类教学资源下载，还有大量而丰富的教学相关资讯！" style="width:9.75pt;height:11.25pt" o:oleicon="f" o:ole="">
            <v:imagedata r:id="rId122" o:title="eqIdb6a24198bd04c29321ae5dc5a28fe421"/>
          </v:shape>
        </w:pict>
      </w:r>
      <w:r>
        <w:rPr>
          <w:rFonts w:ascii="宋体" w:eastAsia="宋体" w:hAnsi="宋体" w:cs="宋体"/>
          <w:color w:val="000000"/>
        </w:rPr>
        <w:t>的代数式表示）．</w:t>
      </w:r>
    </w:p>
    <w:p>
      <w:pPr>
        <w:pStyle w:val="Heading2"/>
      </w:pPr>
      <w:r>
        <w:t>西城区北京师范大学附属实验中学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18. </w:t>
      </w:r>
      <w:r>
        <w:rPr>
          <w:rFonts w:ascii="宋体" w:eastAsia="宋体" w:hAnsi="宋体" w:cs="宋体"/>
          <w:color w:val="000000"/>
        </w:rPr>
        <w:t>十九世纪的时候，</w:t>
      </w:r>
      <w:r>
        <w:rPr>
          <w:rFonts w:ascii="Times New Roman" w:eastAsia="Times New Roman" w:hAnsi="Times New Roman" w:cs="Times New Roman"/>
          <w:i/>
          <w:color w:val="000000"/>
        </w:rPr>
        <w:t>MorizStern</w:t>
      </w: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1858</w:t>
      </w:r>
      <w:r>
        <w:rPr>
          <w:rFonts w:ascii="宋体" w:eastAsia="宋体" w:hAnsi="宋体" w:cs="宋体"/>
          <w:color w:val="000000"/>
        </w:rPr>
        <w:t>）与</w:t>
      </w:r>
      <w:r>
        <w:rPr>
          <w:rFonts w:ascii="Times New Roman" w:eastAsia="Times New Roman" w:hAnsi="Times New Roman" w:cs="Times New Roman"/>
          <w:i/>
          <w:color w:val="000000"/>
        </w:rPr>
        <w:t>Achille Brocor</w:t>
      </w: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1860</w:t>
      </w:r>
      <w:r>
        <w:rPr>
          <w:rFonts w:ascii="宋体" w:eastAsia="宋体" w:hAnsi="宋体" w:cs="宋体"/>
          <w:color w:val="000000"/>
        </w:rPr>
        <w:t>）发明了“一棵树”称之为有理数树，它将全体正整数和正分数按照如图所示的方法排列、从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开始，一层一层的“生长”出来：</w:t>
      </w:r>
      <w:r>
        <w:pict>
          <v:shape id="_x0000_i704726" type="#_x0000_t75" alt="学科网(www.zxxk.com)--教育资源门户，提供试卷、教案、课件、论文、素材以及各类教学资源下载，还有大量而丰富的教学相关资讯！" style="width:9pt;height:30.75pt" o:oleicon="f" o:ole="">
            <v:imagedata r:id="rId123" o:title="eqIdd5296c0056db0e2b5331c9b9a6d45962"/>
          </v:shape>
        </w:pict>
      </w:r>
      <w:r>
        <w:rPr>
          <w:rFonts w:ascii="宋体" w:eastAsia="宋体" w:hAnsi="宋体" w:cs="宋体"/>
          <w:color w:val="000000"/>
        </w:rPr>
        <w:t>是第一层，第二层是</w:t>
      </w:r>
      <w:r>
        <w:pict>
          <v:shape id="_x0000_i704727" type="#_x0000_t75" alt="学科网(www.zxxk.com)--教育资源门户，提供试卷、教案、课件、论文、素材以及各类教学资源下载，还有大量而丰富的教学相关资讯！" style="width:12pt;height:30.75pt" o:oleicon="f" o:ole="">
            <v:imagedata r:id="rId124" o:title="eqIded3b68a28b6edbaa111066b3f7867aae"/>
          </v:shape>
        </w:pict>
      </w:r>
      <w:r>
        <w:rPr>
          <w:rFonts w:ascii="宋体" w:eastAsia="宋体" w:hAnsi="宋体" w:cs="宋体"/>
          <w:color w:val="000000"/>
        </w:rPr>
        <w:t>和</w:t>
      </w:r>
      <w:r>
        <w:pict>
          <v:shape id="_x0000_i704728" type="#_x0000_t75" alt="学科网(www.zxxk.com)--教育资源门户，提供试卷、教案、课件、论文、素材以及各类教学资源下载，还有大量而丰富的教学相关资讯！" style="width:10.5pt;height:21pt" o:oleicon="f" o:ole="">
            <v:imagedata r:id="rId125" o:title="eqIdf89eef3148f2d4d09379767b4af69132"/>
          </v:shape>
        </w:pict>
      </w:r>
      <w:r>
        <w:rPr>
          <w:rFonts w:ascii="宋体" w:eastAsia="宋体" w:hAnsi="宋体" w:cs="宋体"/>
          <w:color w:val="000000"/>
        </w:rPr>
        <w:t>，第三层的</w:t>
      </w:r>
      <w:r>
        <w:pict>
          <v:shape id="_x0000_i704729" type="#_x0000_t75" alt="学科网(www.zxxk.com)--教育资源门户，提供试卷、教案、课件、论文、素材以及各类教学资源下载，还有大量而丰富的教学相关资讯！" style="width:11.25pt;height:30.75pt" o:oleicon="f" o:ole="">
            <v:imagedata r:id="rId126" o:title="eqIda31a4d7c6286e03540b19c30c687ea88"/>
          </v:shape>
        </w:pict>
      </w:r>
      <w:r>
        <w:rPr>
          <w:rFonts w:ascii="宋体" w:eastAsia="宋体" w:hAnsi="宋体" w:cs="宋体"/>
          <w:color w:val="000000"/>
        </w:rPr>
        <w:t>，</w:t>
      </w:r>
      <w:r>
        <w:pict>
          <v:shape id="_x0000_i704730" type="#_x0000_t75" alt="学科网(www.zxxk.com)--教育资源门户，提供试卷、教案、课件、论文、素材以及各类教学资源下载，还有大量而丰富的教学相关资讯！" style="width:11.25pt;height:27.75pt" o:oleicon="f" o:ole="">
            <v:imagedata r:id="rId127" o:title="eqIdbf31876698721a199c7c53c6b320aa86"/>
          </v:shape>
        </w:pict>
      </w:r>
      <w:r>
        <w:rPr>
          <w:rFonts w:ascii="宋体" w:eastAsia="宋体" w:hAnsi="宋体" w:cs="宋体"/>
          <w:color w:val="000000"/>
        </w:rPr>
        <w:t>，</w:t>
      </w:r>
      <w:r>
        <w:pict>
          <v:shape id="_x0000_i704731" type="#_x0000_t75" alt="学科网(www.zxxk.com)--教育资源门户，提供试卷、教案、课件、论文、素材以及各类教学资源下载，还有大量而丰富的教学相关资讯！" style="width:12pt;height:31pt" o:oleicon="f" o:ole="">
            <v:imagedata r:id="rId128" o:title="eqIda4b8503f4706b8321e4e79a87eadea84"/>
          </v:shape>
        </w:pict>
      </w:r>
      <w:r>
        <w:rPr>
          <w:rFonts w:ascii="宋体" w:eastAsia="宋体" w:hAnsi="宋体" w:cs="宋体"/>
          <w:color w:val="000000"/>
        </w:rPr>
        <w:t>，</w:t>
      </w:r>
      <w:r>
        <w:pict>
          <v:shape id="_x0000_i704732" type="#_x0000_t75" alt="学科网(www.zxxk.com)--教育资源门户，提供试卷、教案、课件、论文、素材以及各类教学资源下载，还有大量而丰富的教学相关资讯！" style="width:11.25pt;height:30.75pt" o:oleicon="f" o:ole="">
            <v:imagedata r:id="rId129" o:title="eqId4dac452fbb5ef6dd653e7fbbef639484"/>
          </v:shape>
        </w:pict>
      </w:r>
      <w:r>
        <w:rPr>
          <w:rFonts w:ascii="宋体" w:eastAsia="宋体" w:hAnsi="宋体" w:cs="宋体"/>
          <w:color w:val="000000"/>
        </w:rPr>
        <w:t>，…，按照这个规律，若</w:t>
      </w:r>
      <w:r>
        <w:pict>
          <v:shape id="_x0000_i704733" type="#_x0000_t75" alt="学科网(www.zxxk.com)--教育资源门户，提供试卷、教案、课件、论文、素材以及各类教学资源下载，还有大量而丰富的教学相关资讯！" style="width:15.75pt;height:30.75pt" o:oleicon="f" o:ole="">
            <v:imagedata r:id="rId130" o:title="eqIdbf04772c4706ad5d764250460c410c01"/>
          </v:shape>
        </w:pict>
      </w:r>
      <w:r>
        <w:rPr>
          <w:rFonts w:ascii="宋体" w:eastAsia="宋体" w:hAnsi="宋体" w:cs="宋体"/>
          <w:color w:val="000000"/>
        </w:rPr>
        <w:t>位于第</w:t>
      </w:r>
      <w:r>
        <w:rPr>
          <w:rFonts w:ascii="Times New Roman" w:eastAsia="Times New Roman" w:hAnsi="Times New Roman" w:cs="Times New Roman"/>
          <w:i/>
          <w:color w:val="000000"/>
        </w:rPr>
        <w:t>m</w:t>
      </w:r>
      <w:r>
        <w:rPr>
          <w:rFonts w:ascii="宋体" w:eastAsia="宋体" w:hAnsi="宋体" w:cs="宋体"/>
          <w:color w:val="000000"/>
        </w:rPr>
        <w:t>层第</w:t>
      </w:r>
      <w:r>
        <w:rPr>
          <w:rFonts w:ascii="Times New Roman" w:eastAsia="Times New Roman" w:hAnsi="Times New Roman" w:cs="Times New Roman"/>
          <w:i/>
          <w:color w:val="000000"/>
        </w:rPr>
        <w:t>n</w:t>
      </w:r>
      <w:r>
        <w:rPr>
          <w:rFonts w:ascii="宋体" w:eastAsia="宋体" w:hAnsi="宋体" w:cs="宋体"/>
          <w:color w:val="000000"/>
        </w:rPr>
        <w:t>个数（从左往右数），则</w:t>
      </w:r>
      <w:r>
        <w:pict>
          <v:shape id="_x0000_i704734" type="#_x0000_t75" alt="学科网(www.zxxk.com)--教育资源门户，提供试卷、教案、课件、论文、素材以及各类教学资源下载，还有大量而丰富的教学相关资讯！" style="width:21.75pt;height:11.25pt" o:oleicon="f" o:ole="">
            <v:imagedata r:id="rId131" o:title="eqIda6c57bbef89a37f1a3808c0ceeac0c22"/>
          </v:shape>
        </w:pict>
      </w:r>
      <w:r>
        <w:rPr>
          <w:color w:val="000000"/>
        </w:rPr>
        <w:t>___________</w:t>
      </w:r>
      <w:r>
        <w:rPr>
          <w:rFonts w:ascii="宋体" w:eastAsia="宋体" w:hAnsi="宋体" w:cs="宋体"/>
          <w:color w:val="000000"/>
        </w:rPr>
        <w:t>，</w:t>
      </w:r>
      <w:r>
        <w:pict>
          <v:shape id="_x0000_i704735" type="#_x0000_t75" alt="学科网(www.zxxk.com)--教育资源门户，提供试卷、教案、课件、论文、素材以及各类教学资源下载，还有大量而丰富的教学相关资讯！" style="width:18.75pt;height:11.25pt" o:oleicon="f" o:ole="">
            <v:imagedata r:id="rId132" o:title="eqId0f3cb8d72bb2e281b943b3b430138ef7"/>
          </v:shape>
        </w:pict>
      </w:r>
      <w:r>
        <w:rPr>
          <w:color w:val="000000"/>
        </w:rPr>
        <w:t>___________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5238750" cy="1833562"/>
            <wp:docPr id="2227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28" name=""/>
                    <pic:cNvPicPr>
                      <a:picLocks noChangeAspect="1"/>
                    </pic:cNvPicPr>
                  </pic:nvPicPr>
                  <pic:blipFill>
                    <a:blip r:embed="rId133"/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18335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西城区第十五中学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16. </w:t>
      </w:r>
      <w:r>
        <w:rPr>
          <w:rFonts w:ascii="宋体" w:eastAsia="宋体" w:hAnsi="宋体" w:cs="宋体"/>
          <w:color w:val="000000"/>
        </w:rPr>
        <w:t>观察下列图形及图形所对应的算式，根据你发现的规律计算：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①</w:t>
      </w:r>
      <w:r>
        <w:rPr>
          <w:rFonts w:ascii="Times New Roman" w:eastAsia="Times New Roman" w:hAnsi="Times New Roman" w:cs="Times New Roman"/>
          <w:color w:val="000000"/>
        </w:rPr>
        <w:t>1+8+16+24</w:t>
      </w:r>
      <w:r>
        <w:rPr>
          <w:rFonts w:ascii="宋体" w:eastAsia="宋体" w:hAnsi="宋体" w:cs="宋体"/>
          <w:color w:val="000000"/>
        </w:rPr>
        <w:t>的结果为</w:t>
      </w:r>
      <w:r>
        <w:rPr>
          <w:color w:val="000000"/>
        </w:rPr>
        <w:t>___</w: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②</w:t>
      </w:r>
      <w:r>
        <w:rPr>
          <w:rFonts w:ascii="Times New Roman" w:eastAsia="Times New Roman" w:hAnsi="Times New Roman" w:cs="Times New Roman"/>
          <w:color w:val="000000"/>
        </w:rPr>
        <w:t>1+8+16+24+</w:t>
      </w:r>
      <w:r>
        <w:rPr>
          <w:rFonts w:ascii="宋体" w:eastAsia="宋体" w:hAnsi="宋体" w:cs="宋体"/>
          <w:color w:val="000000"/>
        </w:rPr>
        <w:t>…</w:t>
      </w:r>
      <w:r>
        <w:rPr>
          <w:rFonts w:ascii="Times New Roman" w:eastAsia="Times New Roman" w:hAnsi="Times New Roman" w:cs="Times New Roman"/>
          <w:color w:val="000000"/>
        </w:rPr>
        <w:t>+8</w:t>
      </w:r>
      <w:r>
        <w:rPr>
          <w:rFonts w:ascii="Times New Roman" w:eastAsia="Times New Roman" w:hAnsi="Times New Roman" w:cs="Times New Roman"/>
          <w:i/>
          <w:color w:val="000000"/>
        </w:rPr>
        <w:t>n</w:t>
      </w: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i/>
          <w:color w:val="000000"/>
        </w:rPr>
        <w:t>n</w:t>
      </w:r>
      <w:r>
        <w:rPr>
          <w:rFonts w:ascii="宋体" w:eastAsia="宋体" w:hAnsi="宋体" w:cs="宋体"/>
          <w:color w:val="000000"/>
        </w:rPr>
        <w:t>是正整数）的结果为</w:t>
      </w:r>
      <w:r>
        <w:rPr>
          <w:color w:val="000000"/>
        </w:rPr>
        <w:t>___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4362450" cy="1638300"/>
            <wp:docPr id="2229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30" name=""/>
                    <pic:cNvPicPr>
                      <a:picLocks noChangeAspect="1"/>
                    </pic:cNvPicPr>
                  </pic:nvPicPr>
                  <pic:blipFill>
                    <a:blip r:embed="rId134"/>
                    <a:stretch>
                      <a:fillRect/>
                    </a:stretch>
                  </pic:blipFill>
                  <pic:spPr>
                    <a:xfrm>
                      <a:off x="0" y="0"/>
                      <a:ext cx="4362450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西城外国语学校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18. </w:t>
      </w:r>
      <w:r>
        <w:rPr>
          <w:rFonts w:ascii="Times New Roman" w:eastAsia="Times New Roman" w:hAnsi="Times New Roman" w:cs="Times New Roman"/>
          <w:color w:val="000000"/>
        </w:rPr>
        <w:t>“</w:t>
      </w:r>
      <w:r>
        <w:rPr>
          <w:rFonts w:ascii="宋体" w:eastAsia="宋体" w:hAnsi="宋体" w:cs="宋体"/>
          <w:color w:val="000000"/>
        </w:rPr>
        <w:t>格子乘法</w:t>
      </w:r>
      <w:r>
        <w:rPr>
          <w:rFonts w:ascii="Times New Roman" w:eastAsia="Times New Roman" w:hAnsi="Times New Roman" w:cs="Times New Roman"/>
          <w:color w:val="000000"/>
        </w:rPr>
        <w:t>”</w:t>
      </w:r>
      <w:r>
        <w:rPr>
          <w:rFonts w:ascii="宋体" w:eastAsia="宋体" w:hAnsi="宋体" w:cs="宋体"/>
          <w:color w:val="000000"/>
        </w:rPr>
        <w:t>作为两个数相乘的一种计算方法，最早在</w:t>
      </w:r>
      <w:r>
        <w:rPr>
          <w:rFonts w:ascii="Times New Roman" w:eastAsia="Times New Roman" w:hAnsi="Times New Roman" w:cs="Times New Roman"/>
          <w:color w:val="000000"/>
        </w:rPr>
        <w:t>15</w:t>
      </w:r>
      <w:r>
        <w:rPr>
          <w:rFonts w:ascii="宋体" w:eastAsia="宋体" w:hAnsi="宋体" w:cs="宋体"/>
          <w:color w:val="000000"/>
        </w:rPr>
        <w:t>世纪由意大利数学家帕乔利提出，在明代数学家程大位著的《算法统宗》一书中被称为</w:t>
      </w:r>
      <w:r>
        <w:rPr>
          <w:rFonts w:ascii="Times New Roman" w:eastAsia="Times New Roman" w:hAnsi="Times New Roman" w:cs="Times New Roman"/>
          <w:color w:val="000000"/>
        </w:rPr>
        <w:t>“</w:t>
      </w:r>
      <w:r>
        <w:rPr>
          <w:rFonts w:ascii="宋体" w:eastAsia="宋体" w:hAnsi="宋体" w:cs="宋体"/>
          <w:color w:val="000000"/>
        </w:rPr>
        <w:t>铺地锦</w:t>
      </w:r>
      <w:r>
        <w:rPr>
          <w:rFonts w:ascii="Times New Roman" w:eastAsia="Times New Roman" w:hAnsi="Times New Roman" w:cs="Times New Roman"/>
          <w:color w:val="000000"/>
        </w:rPr>
        <w:t>”</w:t>
      </w:r>
      <w:r>
        <w:rPr>
          <w:rFonts w:ascii="宋体" w:eastAsia="宋体" w:hAnsi="宋体" w:cs="宋体"/>
          <w:color w:val="000000"/>
        </w:rPr>
        <w:t>．例如：如图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，计算</w:t>
      </w:r>
      <w:r>
        <w:pict>
          <v:shape id="_x0000_i704736" type="#_x0000_t75" alt="学科网(www.zxxk.com)--教育资源门户，提供试卷、教案、课件、论文、素材以及各类教学资源下载，还有大量而丰富的教学相关资讯！" style="width:36pt;height:14.25pt" o:oleicon="f" o:ole="">
            <v:imagedata r:id="rId135" o:title="eqId1fd1e5ac31dbecf24dcd934861c980ba"/>
          </v:shape>
        </w:pict>
      </w:r>
      <w:r>
        <w:rPr>
          <w:rFonts w:ascii="宋体" w:eastAsia="宋体" w:hAnsi="宋体" w:cs="宋体"/>
          <w:color w:val="000000"/>
        </w:rPr>
        <w:t>，将乘数</w:t>
      </w:r>
      <w:r>
        <w:rPr>
          <w:rFonts w:ascii="Times New Roman" w:eastAsia="Times New Roman" w:hAnsi="Times New Roman" w:cs="Times New Roman"/>
          <w:color w:val="000000"/>
        </w:rPr>
        <w:t>46</w:t>
      </w:r>
      <w:r>
        <w:rPr>
          <w:rFonts w:ascii="宋体" w:eastAsia="宋体" w:hAnsi="宋体" w:cs="宋体"/>
          <w:color w:val="000000"/>
        </w:rPr>
        <w:t>写在方格上边，乘数</w:t>
      </w:r>
      <w:r>
        <w:rPr>
          <w:rFonts w:ascii="Times New Roman" w:eastAsia="Times New Roman" w:hAnsi="Times New Roman" w:cs="Times New Roman"/>
          <w:color w:val="000000"/>
        </w:rPr>
        <w:t>71</w:t>
      </w:r>
      <w:r>
        <w:rPr>
          <w:rFonts w:ascii="宋体" w:eastAsia="宋体" w:hAnsi="宋体" w:cs="宋体"/>
          <w:color w:val="000000"/>
        </w:rPr>
        <w:t>写在方格右边，然后用乘数</w:t>
      </w:r>
      <w:r>
        <w:rPr>
          <w:rFonts w:ascii="Times New Roman" w:eastAsia="Times New Roman" w:hAnsi="Times New Roman" w:cs="Times New Roman"/>
          <w:color w:val="000000"/>
        </w:rPr>
        <w:t>46</w:t>
      </w:r>
      <w:r>
        <w:rPr>
          <w:rFonts w:ascii="宋体" w:eastAsia="宋体" w:hAnsi="宋体" w:cs="宋体"/>
          <w:color w:val="000000"/>
        </w:rPr>
        <w:t>的每位数字乘以乘数</w:t>
      </w:r>
      <w:r>
        <w:rPr>
          <w:rFonts w:ascii="Times New Roman" w:eastAsia="Times New Roman" w:hAnsi="Times New Roman" w:cs="Times New Roman"/>
          <w:color w:val="000000"/>
        </w:rPr>
        <w:t>71</w:t>
      </w:r>
      <w:r>
        <w:rPr>
          <w:rFonts w:ascii="宋体" w:eastAsia="宋体" w:hAnsi="宋体" w:cs="宋体"/>
          <w:color w:val="000000"/>
        </w:rPr>
        <w:t>的每位数字，将结果记入相应的方格中，最后沿斜线方向相加，得</w:t>
      </w:r>
      <w:r>
        <w:rPr>
          <w:rFonts w:ascii="Times New Roman" w:eastAsia="Times New Roman" w:hAnsi="Times New Roman" w:cs="Times New Roman"/>
          <w:color w:val="000000"/>
        </w:rPr>
        <w:t>3266</w:t>
      </w:r>
      <w:r>
        <w:rPr>
          <w:rFonts w:ascii="宋体" w:eastAsia="宋体" w:hAnsi="宋体" w:cs="宋体"/>
          <w:color w:val="000000"/>
        </w:rPr>
        <w:t>．如图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，用</w:t>
      </w:r>
      <w:r>
        <w:rPr>
          <w:rFonts w:ascii="Times New Roman" w:eastAsia="Times New Roman" w:hAnsi="Times New Roman" w:cs="Times New Roman"/>
          <w:color w:val="000000"/>
        </w:rPr>
        <w:t>“</w:t>
      </w:r>
      <w:r>
        <w:rPr>
          <w:rFonts w:ascii="宋体" w:eastAsia="宋体" w:hAnsi="宋体" w:cs="宋体"/>
          <w:color w:val="000000"/>
        </w:rPr>
        <w:t>格子乘法</w:t>
      </w:r>
      <w:r>
        <w:rPr>
          <w:rFonts w:ascii="Times New Roman" w:eastAsia="Times New Roman" w:hAnsi="Times New Roman" w:cs="Times New Roman"/>
          <w:color w:val="000000"/>
        </w:rPr>
        <w:t>”</w:t>
      </w:r>
      <w:r>
        <w:rPr>
          <w:rFonts w:ascii="宋体" w:eastAsia="宋体" w:hAnsi="宋体" w:cs="宋体"/>
          <w:color w:val="000000"/>
        </w:rPr>
        <w:t>计算两个两位数相乘，得</w:t>
      </w:r>
      <w:r>
        <w:rPr>
          <w:rFonts w:ascii="Times New Roman" w:eastAsia="Times New Roman" w:hAnsi="Times New Roman" w:cs="Times New Roman"/>
          <w:color w:val="000000"/>
        </w:rPr>
        <w:t>2176</w:t>
      </w:r>
      <w:r>
        <w:rPr>
          <w:rFonts w:ascii="宋体" w:eastAsia="宋体" w:hAnsi="宋体" w:cs="宋体"/>
          <w:color w:val="000000"/>
        </w:rPr>
        <w:t>，则</w:t>
      </w:r>
      <w:r>
        <w:pict>
          <v:shape id="_x0000_i704737" type="#_x0000_t75" alt="学科网(www.zxxk.com)--教育资源门户，提供试卷、教案、课件、论文、素材以及各类教学资源下载，还有大量而丰富的教学相关资讯！" style="width:21.75pt;height:11.25pt" o:oleicon="f" o:ole="">
            <v:imagedata r:id="rId136" o:title="eqIda6c57bbef89a37f1a3808c0ceeac0c22"/>
          </v:shape>
        </w:pict>
      </w:r>
      <w:r>
        <w:rPr>
          <w:color w:val="000000"/>
        </w:rPr>
        <w:t>______</w:t>
      </w:r>
      <w:r>
        <w:rPr>
          <w:rFonts w:ascii="宋体" w:eastAsia="宋体" w:hAnsi="宋体" w:cs="宋体"/>
          <w:color w:val="000000"/>
        </w:rPr>
        <w:t>，</w:t>
      </w:r>
      <w:r>
        <w:pict>
          <v:shape id="_x0000_i704738" type="#_x0000_t75" alt="学科网(www.zxxk.com)--教育资源门户，提供试卷、教案、课件、论文、素材以及各类教学资源下载，还有大量而丰富的教学相关资讯！" style="width:18.75pt;height:11.25pt" o:oleicon="f" o:ole="">
            <v:imagedata r:id="rId137" o:title="eqId0f3cb8d72bb2e281b943b3b430138ef7"/>
          </v:shape>
        </w:pict>
      </w:r>
      <w:r>
        <w:rPr>
          <w:color w:val="000000"/>
        </w:rPr>
        <w:t>_______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2771775" cy="1685925"/>
            <wp:docPr id="2231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32" name=""/>
                    <pic:cNvPicPr>
                      <a:picLocks noChangeAspect="1"/>
                    </pic:cNvPicPr>
                  </pic:nvPicPr>
                  <pic:blipFill>
                    <a:blip r:embed="rId138"/>
                    <a:stretch>
                      <a:fillRect/>
                    </a:stretch>
                  </pic:blipFill>
                  <pic:spPr>
                    <a:xfrm>
                      <a:off x="0" y="0"/>
                      <a:ext cx="2771775" cy="1685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通州区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16. </w:t>
      </w:r>
      <w:r>
        <w:rPr>
          <w:rFonts w:ascii="宋体" w:eastAsia="宋体" w:hAnsi="宋体" w:cs="宋体"/>
          <w:color w:val="000000"/>
        </w:rPr>
        <w:t>已知点</w:t>
      </w:r>
      <w:r>
        <w:rPr>
          <w:rFonts w:ascii="Times New Roman" w:eastAsia="Times New Roman" w:hAnsi="Times New Roman" w:cs="Times New Roman"/>
          <w:i/>
          <w:color w:val="000000"/>
        </w:rPr>
        <w:t>O</w:t>
      </w:r>
      <w:r>
        <w:rPr>
          <w:rFonts w:ascii="宋体" w:eastAsia="宋体" w:hAnsi="宋体" w:cs="宋体"/>
          <w:color w:val="000000"/>
        </w:rPr>
        <w:t>为数轴的原点，点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在数轴上，如果</w:t>
      </w:r>
      <w:r>
        <w:pict>
          <v:shape id="_x0000_i704739" type="#_x0000_t75" alt="学科网(www.zxxk.com)--教育资源门户，提供试卷、教案、课件、论文、素材以及各类教学资源下载，还有大量而丰富的教学相关资讯！" style="width:38.25pt;height:14.25pt" o:oleicon="f" o:ole="">
            <v:imagedata r:id="rId139" o:title="eqId7da009f0f3e676a61702a9e171eed0dd"/>
          </v:shape>
        </w:pict>
      </w:r>
      <w:r>
        <w:rPr>
          <w:rFonts w:ascii="宋体" w:eastAsia="宋体" w:hAnsi="宋体" w:cs="宋体"/>
          <w:color w:val="000000"/>
        </w:rPr>
        <w:t>，</w:t>
      </w:r>
      <w:r>
        <w:pict>
          <v:shape id="_x0000_i704740" type="#_x0000_t75" alt="学科网(www.zxxk.com)--教育资源门户，提供试卷、教案、课件、论文、素材以及各类教学资源下载，还有大量而丰富的教学相关资讯！" style="width:38.25pt;height:12.75pt" o:oleicon="f" o:ole="">
            <v:imagedata r:id="rId140" o:title="eqId3d2c15801fee2405573677484f5dcfa4"/>
          </v:shape>
        </w:pict>
      </w:r>
      <w:r>
        <w:rPr>
          <w:rFonts w:ascii="宋体" w:eastAsia="宋体" w:hAnsi="宋体" w:cs="宋体"/>
          <w:color w:val="000000"/>
        </w:rPr>
        <w:t>，且点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表示的数比点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表示的数小，那么点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表示的数是</w:t>
      </w:r>
      <w:r>
        <w:rPr>
          <w:color w:val="000000"/>
        </w:rPr>
        <w:t>________</w:t>
      </w:r>
      <w:r>
        <w:rPr>
          <w:rFonts w:ascii="宋体" w:eastAsia="宋体" w:hAnsi="宋体" w:cs="宋体"/>
          <w:color w:val="000000"/>
        </w:rPr>
        <w:t>．</w:t>
      </w:r>
    </w:p>
    <w:p>
      <w:pPr>
        <w:pStyle w:val="Heading2"/>
      </w:pPr>
      <w:r>
        <w:t>通州区北关中学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16. </w:t>
      </w:r>
      <w:r>
        <w:rPr>
          <w:rFonts w:ascii="宋体" w:eastAsia="宋体" w:hAnsi="宋体" w:cs="宋体"/>
          <w:color w:val="000000"/>
        </w:rPr>
        <w:t>某工程队要修路</w:t>
      </w:r>
      <w:r>
        <w:rPr>
          <w:rFonts w:ascii="Times New Roman" w:eastAsia="Times New Roman" w:hAnsi="Times New Roman" w:cs="Times New Roman"/>
          <w:color w:val="000000"/>
        </w:rPr>
        <w:t>20</w:t>
      </w:r>
      <w:r>
        <w:rPr>
          <w:rFonts w:ascii="宋体" w:eastAsia="宋体" w:hAnsi="宋体" w:cs="宋体"/>
          <w:color w:val="000000"/>
        </w:rPr>
        <w:t>千米，原计划平均每天修</w:t>
      </w:r>
      <w:r>
        <w:pict>
          <v:shape id="_x0000_i704741" type="#_x0000_t75" alt="学科网(www.zxxk.com)--教育资源门户，提供试卷、教案、课件、论文、素材以及各类教学资源下载，还有大量而丰富的教学相关资讯！" style="width:9pt;height:9.75pt" o:oleicon="f" o:ole="">
            <v:imagedata r:id="rId141" o:title="eqId81dea63b8ce3e51adf66cf7b9982a248"/>
          </v:shape>
        </w:pict>
      </w:r>
      <w:r>
        <w:rPr>
          <w:rFonts w:ascii="宋体" w:eastAsia="宋体" w:hAnsi="宋体" w:cs="宋体"/>
          <w:color w:val="000000"/>
        </w:rPr>
        <w:t>千米，实际平均每天多修了</w:t>
      </w:r>
      <w:r>
        <w:rPr>
          <w:rFonts w:ascii="Times New Roman" w:eastAsia="Times New Roman" w:hAnsi="Times New Roman" w:cs="Times New Roman"/>
          <w:color w:val="000000"/>
        </w:rPr>
        <w:t>0.1</w:t>
      </w:r>
      <w:r>
        <w:rPr>
          <w:rFonts w:ascii="宋体" w:eastAsia="宋体" w:hAnsi="宋体" w:cs="宋体"/>
          <w:color w:val="000000"/>
        </w:rPr>
        <w:t>千米，则完成任务提前了</w:t>
      </w:r>
      <w:r>
        <w:rPr>
          <w:color w:val="000000"/>
        </w:rPr>
        <w:t>___________</w:t>
      </w:r>
      <w:r>
        <w:rPr>
          <w:rFonts w:ascii="宋体" w:eastAsia="宋体" w:hAnsi="宋体" w:cs="宋体"/>
          <w:color w:val="000000"/>
        </w:rPr>
        <w:t>天．</w:t>
      </w:r>
    </w:p>
    <w:p>
      <w:pPr>
        <w:pStyle w:val="Heading2"/>
      </w:pPr>
      <w:r>
        <w:t>通州区北关中学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16. </w:t>
      </w:r>
      <w:r>
        <w:rPr>
          <w:rFonts w:ascii="宋体" w:eastAsia="宋体" w:hAnsi="宋体" w:cs="宋体"/>
          <w:color w:val="000000"/>
        </w:rPr>
        <w:t>多项式</w:t>
      </w:r>
      <w:r>
        <w:rPr>
          <w:color w:val="000000"/>
        </w:rPr>
        <w:t>_________</w:t>
      </w:r>
      <w:r>
        <w:rPr>
          <w:rFonts w:ascii="宋体" w:eastAsia="宋体" w:hAnsi="宋体" w:cs="宋体"/>
          <w:color w:val="000000"/>
        </w:rPr>
        <w:t>与</w:t>
      </w:r>
      <w:r>
        <w:pict>
          <v:shape id="_x0000_i704742" type="#_x0000_t75" alt="学科网(www.zxxk.com)--教育资源门户，提供试卷、教案、课件、论文、素材以及各类教学资源下载，还有大量而丰富的教学相关资讯！" style="width:54pt;height:15.75pt" o:oleicon="f" o:ole="">
            <v:imagedata r:id="rId142" o:title="eqIdd25ce745444a330a6a85dadccb1cdb52"/>
          </v:shape>
        </w:pict>
      </w:r>
      <w:r>
        <w:rPr>
          <w:rFonts w:ascii="宋体" w:eastAsia="宋体" w:hAnsi="宋体" w:cs="宋体"/>
          <w:color w:val="000000"/>
        </w:rPr>
        <w:t>的和是</w:t>
      </w:r>
      <w:r>
        <w:pict>
          <v:shape id="_x0000_i704743" type="#_x0000_t75" alt="学科网(www.zxxk.com)--教育资源门户，提供试卷、教案、课件、论文、素材以及各类教学资源下载，还有大量而丰富的教学相关资讯！" style="width:42.7pt;height:15.9pt" o:oleicon="f" o:ole="">
            <v:imagedata r:id="rId143" o:title="eqId051e49b61bc016f00c4f3abd0132327e"/>
          </v:shape>
        </w:pict>
      </w:r>
      <w:r>
        <w:rPr>
          <w:rFonts w:ascii="宋体" w:eastAsia="宋体" w:hAnsi="宋体" w:cs="宋体"/>
          <w:color w:val="000000"/>
        </w:rPr>
        <w:t>．</w:t>
      </w:r>
    </w:p>
    <w:p>
      <w:pPr>
        <w:pStyle w:val="Heading2"/>
      </w:pPr>
      <w:r>
        <w:t>陈经纶中学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16. </w:t>
      </w:r>
      <w:r>
        <w:rPr>
          <w:rFonts w:ascii="宋体" w:eastAsia="宋体" w:hAnsi="宋体" w:cs="宋体"/>
          <w:color w:val="000000"/>
        </w:rPr>
        <w:t>如图，用相同的小正方形按照某种规律进行摆放，则第</w:t>
      </w:r>
      <w:r>
        <w:rPr>
          <w:rFonts w:ascii="Times New Roman" w:eastAsia="Times New Roman" w:hAnsi="Times New Roman" w:cs="Times New Roman"/>
          <w:color w:val="000000"/>
        </w:rPr>
        <w:t>5</w:t>
      </w:r>
      <w:r>
        <w:rPr>
          <w:rFonts w:ascii="宋体" w:eastAsia="宋体" w:hAnsi="宋体" w:cs="宋体"/>
          <w:color w:val="000000"/>
        </w:rPr>
        <w:t>个图形中小正方形的个数是</w:t>
      </w:r>
      <w:r>
        <w:rPr>
          <w:color w:val="000000"/>
        </w:rPr>
        <w:t>___________</w:t>
      </w:r>
      <w:r>
        <w:rPr>
          <w:rFonts w:ascii="宋体" w:eastAsia="宋体" w:hAnsi="宋体" w:cs="宋体"/>
          <w:color w:val="000000"/>
        </w:rPr>
        <w:t>，第</w:t>
      </w:r>
      <w:r>
        <w:pict>
          <v:shape id="_x0000_i704744" type="#_x0000_t75" alt="学科网(www.zxxk.com)--教育资源门户，提供试卷、教案、课件、论文、素材以及各类教学资源下载，还有大量而丰富的教学相关资讯！" style="width:9.75pt;height:11.25pt" o:oleicon="f" o:ole="">
            <v:imagedata r:id="rId144" o:title="eqIdb6a24198bd04c29321ae5dc5a28fe421"/>
          </v:shape>
        </w:pict>
      </w:r>
      <w:r>
        <w:rPr>
          <w:rFonts w:ascii="宋体" w:eastAsia="宋体" w:hAnsi="宋体" w:cs="宋体"/>
          <w:color w:val="000000"/>
        </w:rPr>
        <w:t>个图形中小正方形的个数是</w:t>
      </w:r>
      <w:r>
        <w:rPr>
          <w:color w:val="000000"/>
        </w:rPr>
        <w:t>___________</w:t>
      </w:r>
      <w:r>
        <w:rPr>
          <w:rFonts w:ascii="宋体" w:eastAsia="宋体" w:hAnsi="宋体" w:cs="宋体"/>
          <w:color w:val="000000"/>
        </w:rPr>
        <w:t>（用含</w:t>
      </w:r>
      <w:r>
        <w:pict>
          <v:shape id="_x0000_i704745" type="#_x0000_t75" alt="学科网(www.zxxk.com)--教育资源门户，提供试卷、教案、课件、论文、素材以及各类教学资源下载，还有大量而丰富的教学相关资讯！" style="width:9.75pt;height:11.25pt" o:oleicon="f" o:ole="">
            <v:imagedata r:id="rId144" o:title="eqIdb6a24198bd04c29321ae5dc5a28fe421"/>
          </v:shape>
        </w:pict>
      </w:r>
      <w:r>
        <w:rPr>
          <w:rFonts w:ascii="宋体" w:eastAsia="宋体" w:hAnsi="宋体" w:cs="宋体"/>
          <w:color w:val="000000"/>
        </w:rPr>
        <w:t>的式子表示，</w:t>
      </w:r>
      <w:r>
        <w:pict>
          <v:shape id="_x0000_i704746" type="#_x0000_t75" alt="学科网(www.zxxk.com)--教育资源门户，提供试卷、教案、课件、论文、素材以及各类教学资源下载，还有大量而丰富的教学相关资讯！" style="width:9.75pt;height:11.25pt" o:oleicon="f" o:ole="">
            <v:imagedata r:id="rId144" o:title="eqIdb6a24198bd04c29321ae5dc5a28fe421"/>
          </v:shape>
        </w:pict>
      </w:r>
      <w:r>
        <w:rPr>
          <w:rFonts w:ascii="宋体" w:eastAsia="宋体" w:hAnsi="宋体" w:cs="宋体"/>
          <w:color w:val="000000"/>
        </w:rPr>
        <w:t>为正整数）．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3781425" cy="1171575"/>
            <wp:docPr id="2233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34" name=""/>
                    <pic:cNvPicPr>
                      <a:picLocks noChangeAspect="1"/>
                    </pic:cNvPicPr>
                  </pic:nvPicPr>
                  <pic:blipFill>
                    <a:blip r:embed="rId145"/>
                    <a:stretch>
                      <a:fillRect/>
                    </a:stretch>
                  </pic:blipFill>
                  <pic:spPr>
                    <a:xfrm>
                      <a:off x="0" y="0"/>
                      <a:ext cx="3781425" cy="1171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陈经纶中学分校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18. </w:t>
      </w:r>
      <w:r>
        <w:rPr>
          <w:rFonts w:ascii="宋体" w:eastAsia="宋体" w:hAnsi="宋体" w:cs="宋体"/>
          <w:color w:val="000000"/>
        </w:rPr>
        <w:t>观察下面的等式：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pict>
          <v:shape id="_x0000_i704747" type="#_x0000_t75" alt="学科网(www.zxxk.com)--教育资源门户，提供试卷、教案、课件、论文、素材以及各类教学资源下载，还有大量而丰富的教学相关资讯！" style="width:99pt;height:34pt" o:oleicon="f" o:ole="">
            <v:imagedata r:id="rId146" o:title="eqId7fd55af6319f14748eb9bffd7478f11a"/>
          </v:shape>
        </w:pic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pict>
          <v:shape id="_x0000_i704748" type="#_x0000_t75" alt="学科网(www.zxxk.com)--教育资源门户，提供试卷、教案、课件、论文、素材以及各类教学资源下载，还有大量而丰富的教学相关资讯！" style="width:92pt;height:20pt" o:oleicon="f" o:ole="">
            <v:imagedata r:id="rId147" o:title="eqIde872bf4aa4e5d69d351787dbf5c9cce3"/>
          </v:shape>
        </w:pic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pict>
          <v:shape id="_x0000_i704749" type="#_x0000_t75" alt="学科网(www.zxxk.com)--教育资源门户，提供试卷、教案、课件、论文、素材以及各类教学资源下载，还有大量而丰富的教学相关资讯！" style="width:82pt;height:20pt" o:oleicon="f" o:ole="">
            <v:imagedata r:id="rId148" o:title="eqId29ac977a9af8bc1ef76a5233eff34823"/>
          </v:shape>
        </w:pic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pict>
          <v:shape id="_x0000_i704750" type="#_x0000_t75" alt="学科网(www.zxxk.com)--教育资源门户，提供试卷、教案、课件、论文、素材以及各类教学资源下载，还有大量而丰富的教学相关资讯！" style="width:108pt;height:36pt" o:oleicon="f" o:ole="">
            <v:imagedata r:id="rId149" o:title="eqId6a848d194597220b568d8f7f88316c1c"/>
          </v:shape>
        </w:pic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pict>
          <v:shape id="_x0000_i704751" type="#_x0000_t75" alt="学科网(www.zxxk.com)--教育资源门户，提供试卷、教案、课件、论文、素材以及各类教学资源下载，还有大量而丰富的教学相关资讯！" style="width:101pt;height:21.5pt" o:oleicon="f" o:ole="">
            <v:imagedata r:id="rId150" o:title="eqIdd00c4a1d32c3f6f9f6ce78e771e7e703"/>
          </v:shape>
        </w:pi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设满足上面特征的等式最左边的数为</w:t>
      </w:r>
      <w:r>
        <w:rPr>
          <w:rFonts w:ascii="Times New Roman" w:eastAsia="Times New Roman" w:hAnsi="Times New Roman" w:cs="Times New Roman"/>
          <w:i/>
          <w:color w:val="000000"/>
        </w:rPr>
        <w:t>x</w:t>
      </w:r>
      <w:r>
        <w:rPr>
          <w:rFonts w:ascii="宋体" w:eastAsia="宋体" w:hAnsi="宋体" w:cs="宋体"/>
          <w:color w:val="000000"/>
        </w:rPr>
        <w:t>，则</w:t>
      </w:r>
      <w:r>
        <w:rPr>
          <w:rFonts w:ascii="Times New Roman" w:eastAsia="Times New Roman" w:hAnsi="Times New Roman" w:cs="Times New Roman"/>
          <w:i/>
          <w:color w:val="000000"/>
        </w:rPr>
        <w:t>x</w:t>
      </w:r>
      <w:r>
        <w:rPr>
          <w:rFonts w:ascii="宋体" w:eastAsia="宋体" w:hAnsi="宋体" w:cs="宋体"/>
          <w:color w:val="000000"/>
        </w:rPr>
        <w:t>的最大值是</w:t>
      </w:r>
      <w:r>
        <w:rPr>
          <w:color w:val="000000"/>
        </w:rPr>
        <w:t>________</w:t>
      </w:r>
      <w:r>
        <w:rPr>
          <w:rFonts w:ascii="宋体" w:eastAsia="宋体" w:hAnsi="宋体" w:cs="宋体"/>
          <w:color w:val="000000"/>
        </w:rPr>
        <w:t>．并写出此时的等式</w:t>
      </w:r>
      <w:r>
        <w:rPr>
          <w:color w:val="000000"/>
        </w:rPr>
        <w:t>________________</w:t>
      </w:r>
      <w:r>
        <w:rPr>
          <w:rFonts w:ascii="宋体" w:eastAsia="宋体" w:hAnsi="宋体" w:cs="宋体"/>
          <w:color w:val="000000"/>
        </w:rPr>
        <w:t>．</w:t>
      </w:r>
    </w:p>
    <w:p>
      <w:pPr>
        <w:pStyle w:val="Heading2"/>
      </w:pPr>
      <w:r>
        <w:t>陈经纶中学分校望京实验学校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16. </w:t>
      </w:r>
      <w:r>
        <w:rPr>
          <w:rFonts w:ascii="宋体" w:eastAsia="宋体" w:hAnsi="宋体" w:cs="宋体"/>
          <w:color w:val="000000"/>
        </w:rPr>
        <w:t>周末，小康一家和姑姑一家</w:t>
      </w:r>
      <w:r>
        <w:rPr>
          <w:rFonts w:ascii="Times New Roman" w:eastAsia="Times New Roman" w:hAnsi="Times New Roman" w:cs="Times New Roman"/>
          <w:color w:val="000000"/>
        </w:rPr>
        <w:t>(</w:t>
      </w:r>
      <w:r>
        <w:rPr>
          <w:rFonts w:ascii="宋体" w:eastAsia="宋体" w:hAnsi="宋体" w:cs="宋体"/>
          <w:color w:val="000000"/>
        </w:rPr>
        <w:t>共</w:t>
      </w:r>
      <w:r>
        <w:rPr>
          <w:rFonts w:ascii="Times New Roman" w:eastAsia="Times New Roman" w:hAnsi="Times New Roman" w:cs="Times New Roman"/>
          <w:color w:val="000000"/>
        </w:rPr>
        <w:t>6</w:t>
      </w:r>
      <w:r>
        <w:rPr>
          <w:rFonts w:ascii="宋体" w:eastAsia="宋体" w:hAnsi="宋体" w:cs="宋体"/>
          <w:color w:val="000000"/>
        </w:rPr>
        <w:t>人</w:t>
      </w:r>
      <w:r>
        <w:rPr>
          <w:rFonts w:ascii="Times New Roman" w:eastAsia="Times New Roman" w:hAnsi="Times New Roman" w:cs="Times New Roman"/>
          <w:color w:val="000000"/>
        </w:rPr>
        <w:t>)</w:t>
      </w:r>
      <w:r>
        <w:rPr>
          <w:rFonts w:ascii="宋体" w:eastAsia="宋体" w:hAnsi="宋体" w:cs="宋体"/>
          <w:color w:val="000000"/>
        </w:rPr>
        <w:t>相约一起去观看电影《长津湖》．小康用手机查到家附近两家影城的票价和优惠活动如下：</w:t>
      </w:r>
    </w:p>
    <w:tbl>
      <w:tblPr>
        <w:tblStyle w:val="TableNormal"/>
        <w:tblW w:w="56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1724"/>
        <w:gridCol w:w="1556"/>
        <w:gridCol w:w="2370"/>
      </w:tblGrid>
      <w:tr>
        <w:tblPrEx>
          <w:tblW w:w="567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cantSplit w:val="0"/>
          <w:trHeight w:val="255"/>
        </w:trPr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影城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票价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(</w:t>
            </w:r>
            <w:r>
              <w:rPr>
                <w:rFonts w:ascii="宋体" w:eastAsia="宋体" w:hAnsi="宋体" w:cs="宋体"/>
                <w:color w:val="000000"/>
              </w:rPr>
              <w:t>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优惠活动</w:t>
            </w:r>
          </w:p>
        </w:tc>
      </w:tr>
      <w:tr>
        <w:tblPrEx>
          <w:tblW w:w="5670" w:type="dxa"/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cantSplit w:val="0"/>
          <w:trHeight w:val="255"/>
        </w:trPr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时光影城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48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学生票半价</w:t>
            </w:r>
          </w:p>
        </w:tc>
      </w:tr>
      <w:tr>
        <w:tblPrEx>
          <w:tblW w:w="5670" w:type="dxa"/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cantSplit w:val="0"/>
          <w:trHeight w:val="255"/>
        </w:trPr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遇见影城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网络购票，总价打八折</w:t>
            </w:r>
          </w:p>
        </w:tc>
      </w:tr>
    </w:tbl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小康利用网络给所有人都购了票，他发现在两家影城购票的总费用相同，则购票的总费用是</w:t>
      </w:r>
      <w:r>
        <w:rPr>
          <w:color w:val="000000"/>
        </w:rPr>
        <w:t>_____</w:t>
      </w:r>
      <w:r>
        <w:rPr>
          <w:rFonts w:ascii="宋体" w:eastAsia="宋体" w:hAnsi="宋体" w:cs="宋体"/>
          <w:color w:val="000000"/>
        </w:rPr>
        <w:t>元，两家共有学生</w:t>
      </w:r>
      <w:r>
        <w:rPr>
          <w:color w:val="000000"/>
        </w:rPr>
        <w:t>______</w:t>
      </w:r>
      <w:r>
        <w:rPr>
          <w:rFonts w:ascii="宋体" w:eastAsia="宋体" w:hAnsi="宋体" w:cs="宋体"/>
          <w:color w:val="000000"/>
        </w:rPr>
        <w:t>．</w:t>
      </w:r>
    </w:p>
    <w:p>
      <w:pPr>
        <w:pStyle w:val="Heading1"/>
      </w:pPr>
      <w:r>
        <w:t>期末</w:t>
      </w:r>
    </w:p>
    <w:p>
      <w:pPr>
        <w:pStyle w:val="Heading2"/>
      </w:pPr>
      <w:r>
        <w:t>东城区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18. </w:t>
      </w:r>
      <w:r>
        <w:rPr>
          <w:rFonts w:ascii="宋体" w:hAnsi="宋体" w:eastAsia="宋体" w:cs="宋体"/>
          <w:color w:val="000000"/>
        </w:rPr>
        <w:t>干支纪年法是中国历法上自古以来就一直使用的纪年方法，干支是天干和地支的总称．干支纪年法的组合方式是天干在前，地支在后，以十天干和十二地支循环配合，每个组合代表﹣﹣年，</w:t>
      </w:r>
      <w:r>
        <w:pict>
          <v:shape id="_x0000_i704752" o:spt="75" alt="学科网(www.zxxk.com)--教育资源门户，提供试卷、教案、课件、论文、素材以及各类教学资源下载，还有大量而丰富的教学相关资讯！" type="#_x0000_t75" style="height:14.2pt;width:15.8pt;" o:ole="t" filled="f" o:preferrelative="t" stroked="f" coordsize="21600,21600">
            <v:path/>
            <v:fill on="f" focussize="0,0"/>
            <v:stroke on="f" joinstyle="miter"/>
            <v:imagedata r:id="rId151" o:title="eqId3b3779b4ea5477aebfe85113b0de1d60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年为一个循环．我们把天干、地支按顺序排列，且给它们编上序号．天干的计算方法是：年份减</w:t>
      </w:r>
      <w:r>
        <w:rPr>
          <w:rFonts w:ascii="Times New Roman" w:hAnsi="Times New Roman" w:eastAsia="Times New Roman" w:cs="Times New Roman"/>
          <w:color w:val="000000"/>
        </w:rPr>
        <w:t>3</w:t>
      </w:r>
      <w:r>
        <w:rPr>
          <w:rFonts w:ascii="宋体" w:hAnsi="宋体" w:eastAsia="宋体" w:cs="宋体"/>
          <w:color w:val="000000"/>
        </w:rPr>
        <w:t>，除以</w:t>
      </w:r>
      <w:r>
        <w:pict>
          <v:shape id="_x0000_i704753" o:spt="75" alt="学科网(www.zxxk.com)--教育资源门户，提供试卷、教案、课件、论文、素材以及各类教学资源下载，还有大量而丰富的教学相关资讯！" type="#_x0000_t75" style="height:14.25pt;width:14.25pt;" o:ole="t" filled="f" o:preferrelative="t" stroked="f" coordsize="21600,21600">
            <v:path/>
            <v:fill on="f" focussize="0,0"/>
            <v:stroke on="f" joinstyle="miter"/>
            <v:imagedata r:id="rId152" o:title="eqIdd07ae0b4264da6a8812454ffd2f20d94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所得的余数；地支的计算方法是：年份减</w:t>
      </w:r>
      <w:r>
        <w:rPr>
          <w:rFonts w:ascii="Times New Roman" w:hAnsi="Times New Roman" w:eastAsia="Times New Roman" w:cs="Times New Roman"/>
          <w:color w:val="000000"/>
        </w:rPr>
        <w:t>3</w:t>
      </w:r>
      <w:r>
        <w:rPr>
          <w:rFonts w:ascii="宋体" w:hAnsi="宋体" w:eastAsia="宋体" w:cs="宋体"/>
          <w:color w:val="000000"/>
        </w:rPr>
        <w:t>，除以</w:t>
      </w:r>
      <w:r>
        <w:pict>
          <v:shape id="_x0000_i704754" o:spt="75" alt="学科网(www.zxxk.com)--教育资源门户，提供试卷、教案、课件、论文、素材以及各类教学资源下载，还有大量而丰富的教学相关资讯！" type="#_x0000_t75" style="height:13.05pt;width:14pt;" o:ole="t" filled="f" o:preferrelative="t" stroked="f" coordsize="21600,21600">
            <v:path/>
            <v:fill on="f" focussize="0,0"/>
            <v:stroke on="f" joinstyle="miter"/>
            <v:imagedata r:id="rId153" o:title="eqId8da45c443af7994a26ffa9d8894e7262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所得的余数．以</w:t>
      </w:r>
      <w:r>
        <w:pict>
          <v:shape id="_x0000_i704755" o:spt="75" alt="学科网(www.zxxk.com)--教育资源门户，提供试卷、教案、课件、论文、素材以及各类教学资源下载，还有大量而丰富的教学相关资讯！" type="#_x0000_t75" style="height:14.25pt;width:27.75pt;" o:ole="t" filled="f" o:preferrelative="t" stroked="f" coordsize="21600,21600">
            <v:path/>
            <v:fill on="f" focussize="0,0"/>
            <v:stroke on="f" joinstyle="miter"/>
            <v:imagedata r:id="rId154" o:title="eqId4d01dd350dc95f42f1883e0cc7aae084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年为例：天干为：</w:t>
      </w:r>
      <w:r>
        <w:pict>
          <v:shape id="_x0000_i704756" o:spt="75" alt="学科网(www.zxxk.com)--教育资源门户，提供试卷、教案、课件、论文、素材以及各类教学资源下载，还有大量而丰富的教学相关资讯！" type="#_x0000_t75" style="height:20.25pt;width:132.75pt;" o:ole="t" filled="f" o:preferrelative="t" stroked="f" coordsize="21600,21600">
            <v:path/>
            <v:fill on="f" focussize="0,0"/>
            <v:stroke on="f" joinstyle="miter"/>
            <v:imagedata r:id="rId155" o:title="eqId874388aefeb9346aeaf2306fddabe894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；地支为：</w:t>
      </w:r>
      <w:r>
        <w:pict>
          <v:shape id="_x0000_i704757" o:spt="75" alt="学科网(www.zxxk.com)--教育资源门户，提供试卷、教案、课件、论文、素材以及各类教学资源下载，还有大量而丰富的教学相关资讯！" type="#_x0000_t75" style="height:20.25pt;width:132pt;" o:ole="t" filled="f" o:preferrelative="t" stroked="f" coordsize="21600,21600">
            <v:path/>
            <v:fill on="f" focussize="0,0"/>
            <v:stroke on="f" joinstyle="miter"/>
            <v:imagedata r:id="rId156" o:title="eqId580b64de7e6b68306f2e15577ca56725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；对照天干地支表得出，</w:t>
      </w:r>
      <w:r>
        <w:pict>
          <v:shape id="_x0000_i704758" o:spt="75" alt="学科网(www.zxxk.com)--教育资源门户，提供试卷、教案、课件、论文、素材以及各类教学资源下载，还有大量而丰富的教学相关资讯！" type="#_x0000_t75" style="height:14.25pt;width:27.75pt;" o:ole="t" filled="f" o:preferrelative="t" stroked="f" coordsize="21600,21600">
            <v:path/>
            <v:fill on="f" focussize="0,0"/>
            <v:stroke on="f" joinstyle="miter"/>
            <v:imagedata r:id="rId154" o:title="eqId4d01dd350dc95f42f1883e0cc7aae084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年为农历壬寅年．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66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525"/>
        <w:gridCol w:w="500"/>
        <w:gridCol w:w="5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30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1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2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3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4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5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6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7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8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9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pict>
                <v:shape id="_x0000_i704759" o:spt="75" alt="学科网(www.zxxk.com)--教育资源门户，提供试卷、教案、课件、论文、素材以及各类教学资源下载，还有大量而丰富的教学相关资讯！" type="#_x0000_t75" style="height:14.25pt;width:14.25pt;" o:ole="t" filled="f" o:preferrelative="t" stroked="f" coordsize="21600,21600">
                  <v:path/>
                  <v:fill on="f" focussize="0,0"/>
                  <v:stroke on="f" joinstyle="miter"/>
                  <v:imagedata r:id="rId157" o:title="eqIdd07ae0b4264da6a8812454ffd2f20d94"/>
                  <o:lock v:ext="edit" aspectratio="t"/>
                  <w10:wrap type="none"/>
                  <w10:anchorlock/>
                </v:shape>
              </w:pic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pict>
                <v:shape id="_x0000_i704760" o:spt="75" alt="学科网(www.zxxk.com)--教育资源门户，提供试卷、教案、课件、论文、素材以及各类教学资源下载，还有大量而丰富的教学相关资讯！" type="#_x0000_t75" style="height:13pt;width:13pt;" o:ole="t" filled="f" o:preferrelative="t" stroked="f" coordsize="21600,21600">
                  <v:path/>
                  <v:fill on="f" focussize="0,0"/>
                  <v:stroke on="f" joinstyle="miter"/>
                  <v:imagedata r:id="rId158" o:title="eqId2d0b71b8d2c183154221f717ce09077b"/>
                  <o:lock v:ext="edit" aspectratio="t"/>
                  <w10:wrap type="none"/>
                  <w10:anchorlock/>
                </v:shape>
              </w:pic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pict>
                <v:shape id="_x0000_i704761" o:spt="75" alt="学科网(www.zxxk.com)--教育资源门户，提供试卷、教案、课件、论文、素材以及各类教学资源下载，还有大量而丰富的教学相关资讯！" type="#_x0000_t75" style="height:13.05pt;width:14pt;" o:ole="t" filled="f" o:preferrelative="t" stroked="f" coordsize="21600,21600">
                  <v:path/>
                  <v:fill on="f" focussize="0,0"/>
                  <v:stroke on="f" joinstyle="miter"/>
                  <v:imagedata r:id="rId159" o:title="eqId8da45c443af7994a26ffa9d8894e7262"/>
                  <o:lock v:ext="edit" aspectratio="t"/>
                  <w10:wrap type="none"/>
                  <w10:anchorlock/>
                </v:shape>
              </w:pic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30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天干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甲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乙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丙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丁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戊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己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庚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辛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壬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癸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30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地支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子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丑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寅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卯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辰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巳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午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未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申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酉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戌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亥</w:t>
            </w:r>
          </w:p>
        </w:tc>
      </w:tr>
    </w:tbl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请你依据上述规律推断</w:t>
      </w:r>
      <w:r>
        <w:pict>
          <v:shape id="_x0000_i704762" o:spt="75" alt="学科网(www.zxxk.com)--教育资源门户，提供试卷、教案、课件、论文、素材以及各类教学资源下载，还有大量而丰富的教学相关资讯！" type="#_x0000_t75" style="height:14.25pt;width:27.9pt;" o:ole="t" filled="f" o:preferrelative="t" stroked="f" coordsize="21600,21600">
            <v:path/>
            <v:fill on="f" focussize="0,0"/>
            <v:stroke on="f" joinstyle="miter"/>
            <v:imagedata r:id="rId160" o:title="eqId4e96b6a37e191b497819f80c92229d14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年为农历</w:t>
      </w:r>
      <w:r>
        <w:rPr>
          <w:rFonts w:ascii="Times New Roman" w:hAnsi="Times New Roman" w:eastAsia="Times New Roman" w:cs="Times New Roman"/>
          <w:color w:val="000000"/>
        </w:rPr>
        <w:t xml:space="preserve"> </w:t>
      </w:r>
      <w:r>
        <w:rPr>
          <w:color w:val="000000"/>
        </w:rPr>
        <w:t>___________</w:t>
      </w:r>
      <w:r>
        <w:rPr>
          <w:rFonts w:ascii="宋体" w:hAnsi="宋体" w:eastAsia="宋体" w:cs="宋体"/>
          <w:color w:val="000000"/>
        </w:rPr>
        <w:t>年．</w:t>
      </w:r>
    </w:p>
    <w:p>
      <w:pPr>
        <w:pStyle w:val="Heading2"/>
      </w:pPr>
      <w:r>
        <w:t>丰台区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18. </w:t>
      </w:r>
      <w:r>
        <w:rPr>
          <w:rFonts w:ascii="宋体" w:eastAsia="宋体" w:hAnsi="宋体" w:cs="宋体"/>
          <w:color w:val="000000"/>
        </w:rPr>
        <w:t>如图，一个圆上有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C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D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E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F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G</w:t>
      </w:r>
      <w:r>
        <w:rPr>
          <w:rFonts w:ascii="宋体" w:eastAsia="宋体" w:hAnsi="宋体" w:cs="宋体"/>
          <w:color w:val="000000"/>
        </w:rPr>
        <w:t>七个点．一个小球从点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处出发，沿着圆按逆时针方向移动，移动方式为第</w:t>
      </w:r>
      <w:r>
        <w:rPr>
          <w:rFonts w:ascii="Times New Roman" w:eastAsia="Times New Roman" w:hAnsi="Times New Roman" w:cs="Times New Roman"/>
          <w:i/>
          <w:color w:val="000000"/>
        </w:rPr>
        <w:t>k</w:t>
      </w:r>
      <w:r>
        <w:rPr>
          <w:rFonts w:ascii="宋体" w:eastAsia="宋体" w:hAnsi="宋体" w:cs="宋体"/>
          <w:color w:val="000000"/>
        </w:rPr>
        <w:t>步移动</w:t>
      </w:r>
      <w:r>
        <w:rPr>
          <w:rFonts w:ascii="Times New Roman" w:eastAsia="Times New Roman" w:hAnsi="Times New Roman" w:cs="Times New Roman"/>
          <w:i/>
          <w:color w:val="000000"/>
        </w:rPr>
        <w:t>k</w:t>
      </w:r>
      <w:r>
        <w:rPr>
          <w:rFonts w:ascii="宋体" w:eastAsia="宋体" w:hAnsi="宋体" w:cs="宋体"/>
          <w:color w:val="000000"/>
        </w:rPr>
        <w:t>个点．如：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第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步，从点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处移动至点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处；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第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步，从点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处移动至点</w:t>
      </w:r>
      <w:r>
        <w:rPr>
          <w:rFonts w:ascii="Times New Roman" w:eastAsia="Times New Roman" w:hAnsi="Times New Roman" w:cs="Times New Roman"/>
          <w:i/>
          <w:color w:val="000000"/>
        </w:rPr>
        <w:t>D</w:t>
      </w:r>
      <w:r>
        <w:rPr>
          <w:rFonts w:ascii="宋体" w:eastAsia="宋体" w:hAnsi="宋体" w:cs="宋体"/>
          <w:color w:val="000000"/>
        </w:rPr>
        <w:t>处；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第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步，从点</w:t>
      </w:r>
      <w:r>
        <w:rPr>
          <w:rFonts w:ascii="Times New Roman" w:eastAsia="Times New Roman" w:hAnsi="Times New Roman" w:cs="Times New Roman"/>
          <w:i/>
          <w:color w:val="000000"/>
        </w:rPr>
        <w:t>D</w:t>
      </w:r>
      <w:r>
        <w:rPr>
          <w:rFonts w:ascii="宋体" w:eastAsia="宋体" w:hAnsi="宋体" w:cs="宋体"/>
          <w:color w:val="000000"/>
        </w:rPr>
        <w:t>处移动至点</w:t>
      </w:r>
      <w:r>
        <w:rPr>
          <w:rFonts w:ascii="Times New Roman" w:eastAsia="Times New Roman" w:hAnsi="Times New Roman" w:cs="Times New Roman"/>
          <w:i/>
          <w:color w:val="000000"/>
        </w:rPr>
        <w:t>G</w:t>
      </w:r>
      <w:r>
        <w:rPr>
          <w:rFonts w:ascii="宋体" w:eastAsia="宋体" w:hAnsi="宋体" w:cs="宋体"/>
          <w:color w:val="000000"/>
        </w:rPr>
        <w:t>处；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……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则第</w:t>
      </w:r>
      <w:r>
        <w:rPr>
          <w:rFonts w:ascii="Times New Roman" w:eastAsia="Times New Roman" w:hAnsi="Times New Roman" w:cs="Times New Roman"/>
          <w:color w:val="000000"/>
        </w:rPr>
        <w:t>5</w:t>
      </w:r>
      <w:r>
        <w:rPr>
          <w:rFonts w:ascii="宋体" w:eastAsia="宋体" w:hAnsi="宋体" w:cs="宋体"/>
          <w:color w:val="000000"/>
        </w:rPr>
        <w:t>步小球移动至点</w:t>
      </w:r>
      <w:r>
        <w:rPr>
          <w:color w:val="000000"/>
        </w:rPr>
        <w:t>______</w:t>
      </w:r>
      <w:r>
        <w:rPr>
          <w:rFonts w:ascii="宋体" w:eastAsia="宋体" w:hAnsi="宋体" w:cs="宋体"/>
          <w:color w:val="000000"/>
        </w:rPr>
        <w:t>处；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第</w:t>
      </w:r>
      <w:r>
        <w:rPr>
          <w:rFonts w:ascii="Times New Roman" w:eastAsia="Times New Roman" w:hAnsi="Times New Roman" w:cs="Times New Roman"/>
          <w:color w:val="000000"/>
        </w:rPr>
        <w:t>100</w:t>
      </w:r>
      <w:r>
        <w:rPr>
          <w:rFonts w:ascii="宋体" w:eastAsia="宋体" w:hAnsi="宋体" w:cs="宋体"/>
          <w:color w:val="000000"/>
        </w:rPr>
        <w:t>步小球移动至点</w:t>
      </w:r>
      <w:r>
        <w:rPr>
          <w:color w:val="000000"/>
        </w:rPr>
        <w:t>______</w:t>
      </w:r>
      <w:r>
        <w:rPr>
          <w:rFonts w:ascii="宋体" w:eastAsia="宋体" w:hAnsi="宋体" w:cs="宋体"/>
          <w:color w:val="000000"/>
        </w:rPr>
        <w:t>处．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581150" cy="1562100"/>
            <wp:docPr id="2235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36" name=""/>
                    <pic:cNvPicPr>
                      <a:picLocks noChangeAspect="1"/>
                    </pic:cNvPicPr>
                  </pic:nvPicPr>
                  <pic:blipFill>
                    <a:blip r:embed="rId161"/>
                    <a:stretch>
                      <a:fillRect/>
                    </a:stretch>
                  </pic:blipFill>
                  <pic:spPr>
                    <a:xfrm>
                      <a:off x="0" y="0"/>
                      <a:ext cx="1581150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二中教育集团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16. </w:t>
      </w:r>
      <w:r>
        <w:rPr>
          <w:rFonts w:ascii="宋体" w:hAnsi="宋体" w:eastAsia="宋体" w:cs="宋体"/>
          <w:color w:val="000000"/>
        </w:rPr>
        <w:t>新年联欢，某公司为员工准备了</w:t>
      </w:r>
      <w:r>
        <w:rPr>
          <w:rFonts w:ascii="Times New Roman" w:hAnsi="Times New Roman" w:eastAsia="Times New Roman" w:cs="Times New Roman"/>
          <w:i/>
          <w:color w:val="000000"/>
        </w:rPr>
        <w:t>A</w:t>
      </w:r>
      <w:r>
        <w:rPr>
          <w:rFonts w:ascii="宋体" w:hAnsi="宋体" w:eastAsia="宋体" w:cs="宋体"/>
          <w:color w:val="000000"/>
        </w:rPr>
        <w:t>、</w:t>
      </w:r>
      <w:r>
        <w:rPr>
          <w:rFonts w:ascii="Times New Roman" w:hAnsi="Times New Roman" w:eastAsia="Times New Roman" w:cs="Times New Roman"/>
          <w:i/>
          <w:color w:val="000000"/>
        </w:rPr>
        <w:t>B</w:t>
      </w:r>
      <w:r>
        <w:rPr>
          <w:rFonts w:ascii="宋体" w:hAnsi="宋体" w:eastAsia="宋体" w:cs="宋体"/>
          <w:color w:val="000000"/>
        </w:rPr>
        <w:t>两种礼物，</w:t>
      </w:r>
      <w:r>
        <w:rPr>
          <w:rFonts w:ascii="Times New Roman" w:hAnsi="Times New Roman" w:eastAsia="Times New Roman" w:cs="Times New Roman"/>
          <w:i/>
          <w:color w:val="000000"/>
        </w:rPr>
        <w:t>A</w:t>
      </w:r>
      <w:r>
        <w:rPr>
          <w:rFonts w:ascii="宋体" w:hAnsi="宋体" w:eastAsia="宋体" w:cs="宋体"/>
          <w:color w:val="000000"/>
        </w:rPr>
        <w:t>礼物单价</w:t>
      </w:r>
      <w:r>
        <w:rPr>
          <w:rFonts w:ascii="Times New Roman" w:hAnsi="Times New Roman" w:eastAsia="Times New Roman" w:cs="Times New Roman"/>
          <w:i/>
          <w:color w:val="000000"/>
        </w:rPr>
        <w:t>a</w:t>
      </w:r>
      <w:r>
        <w:rPr>
          <w:rFonts w:ascii="宋体" w:hAnsi="宋体" w:eastAsia="宋体" w:cs="宋体"/>
          <w:color w:val="000000"/>
        </w:rPr>
        <w:t>元，重</w:t>
      </w:r>
      <w:r>
        <w:rPr>
          <w:rFonts w:ascii="Times New Roman" w:hAnsi="Times New Roman" w:eastAsia="Times New Roman" w:cs="Times New Roman"/>
          <w:i/>
          <w:color w:val="000000"/>
        </w:rPr>
        <w:t>m</w:t>
      </w:r>
      <w:r>
        <w:rPr>
          <w:rFonts w:ascii="宋体" w:hAnsi="宋体" w:eastAsia="宋体" w:cs="宋体"/>
          <w:color w:val="000000"/>
        </w:rPr>
        <w:t>千克，</w:t>
      </w:r>
      <w:r>
        <w:rPr>
          <w:rFonts w:ascii="Times New Roman" w:hAnsi="Times New Roman" w:eastAsia="Times New Roman" w:cs="Times New Roman"/>
          <w:i/>
          <w:color w:val="000000"/>
        </w:rPr>
        <w:t>B</w:t>
      </w:r>
      <w:r>
        <w:rPr>
          <w:rFonts w:ascii="宋体" w:hAnsi="宋体" w:eastAsia="宋体" w:cs="宋体"/>
          <w:color w:val="000000"/>
        </w:rPr>
        <w:t>礼物单价</w:t>
      </w:r>
      <w:r>
        <w:pict>
          <v:shape id="_x0000_i704763" o:spt="75" alt="学科网(www.zxxk.com)--教育资源门户，提供试卷、教案、课件、论文、素材以及各类教学资源下载，还有大量而丰富的教学相关资讯！" type="#_x0000_t75" style="height:15.75pt;width:41.25pt;" o:ole="t" filled="f" o:preferrelative="t" stroked="f" coordsize="21600,21600">
            <v:path/>
            <v:fill on="f" focussize="0,0"/>
            <v:stroke on="f" joinstyle="miter"/>
            <v:imagedata r:id="rId162" o:title="eqId858dd170e5bc33398ecfd5c67fc04147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元，重</w:t>
      </w:r>
      <w:r>
        <w:pict>
          <v:shape id="_x0000_i704764" o:spt="75" alt="学科网(www.zxxk.com)--教育资源门户，提供试卷、教案、课件、论文、素材以及各类教学资源下载，还有大量而丰富的教学相关资讯！" type="#_x0000_t75" style="height:15.75pt;width:36.75pt;" o:ole="t" filled="f" o:preferrelative="t" stroked="f" coordsize="21600,21600">
            <v:path/>
            <v:fill on="f" focussize="0,0"/>
            <v:stroke on="f" joinstyle="miter"/>
            <v:imagedata r:id="rId163" o:title="eqIdbbbd717eb3e9232b7b084ba7ee3c4216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千克，为了增加趣味性，公司把礼物随机组合装在盲盒里，每个盲盒里均放两样，随机发放，小林的盲盒比小李的盲盒重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千克，则两个盲盒的总价钱相差</w:t>
      </w:r>
      <w:r>
        <w:rPr>
          <w:color w:val="000000"/>
        </w:rPr>
        <w:t>_________</w:t>
      </w:r>
      <w:r>
        <w:rPr>
          <w:rFonts w:ascii="宋体" w:hAnsi="宋体" w:eastAsia="宋体" w:cs="宋体"/>
          <w:color w:val="000000"/>
        </w:rPr>
        <w:t>元，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通过称重</w:t>
      </w:r>
      <w:r>
        <w:rPr>
          <w:rFonts w:ascii="宋体" w:hAnsi="宋体" w:eastAsia="宋体" w:cs="宋体"/>
          <w:color w:val="000000"/>
          <w:em w:val="dot"/>
        </w:rPr>
        <w:t>其他</w:t>
      </w:r>
      <w:r>
        <w:rPr>
          <w:rFonts w:ascii="宋体" w:hAnsi="宋体" w:eastAsia="宋体" w:cs="宋体"/>
          <w:color w:val="000000"/>
        </w:rPr>
        <w:t>盲盒，大家发现：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905"/>
        <w:gridCol w:w="1816"/>
        <w:gridCol w:w="1664"/>
        <w:gridCol w:w="2120"/>
        <w:gridCol w:w="1664"/>
        <w:gridCol w:w="18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30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称重情况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重量大于小林的盲盒的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与小林的盲盒一样重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重量介于小林和小李之间的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与小李的盲盒一样重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重量小于小李的盲盒的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30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盲盒个数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0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5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0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9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4</w:t>
            </w:r>
          </w:p>
        </w:tc>
      </w:tr>
    </w:tbl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若这些礼物共花费</w:t>
      </w:r>
      <w:r>
        <w:rPr>
          <w:rFonts w:ascii="Times New Roman" w:hAnsi="Times New Roman" w:eastAsia="Times New Roman" w:cs="Times New Roman"/>
          <w:color w:val="000000"/>
        </w:rPr>
        <w:t>3040</w:t>
      </w:r>
      <w:r>
        <w:rPr>
          <w:rFonts w:ascii="宋体" w:hAnsi="宋体" w:eastAsia="宋体" w:cs="宋体"/>
          <w:color w:val="000000"/>
        </w:rPr>
        <w:t>元，则</w:t>
      </w:r>
      <w:r>
        <w:pict>
          <v:shape id="_x0000_i704765" o:spt="75" alt="学科网(www.zxxk.com)--教育资源门户，提供试卷、教案、课件、论文、素材以及各类教学资源下载，还有大量而丰富的教学相关资讯！" type="#_x0000_t75" style="height:11.4pt;width:20.4pt;" o:ole="t" filled="f" o:preferrelative="t" stroked="f" coordsize="21600,21600">
            <v:path/>
            <v:fill on="f" focussize="0,0"/>
            <v:stroke on="f" joinstyle="miter"/>
            <v:imagedata r:id="rId164" o:title="eqId380bbacf854e30e2e747fc286d2b9997"/>
            <o:lock v:ext="edit" aspectratio="t"/>
            <w10:wrap type="none"/>
            <w10:anchorlock/>
          </v:shape>
        </w:pict>
      </w:r>
      <w:r>
        <w:rPr>
          <w:color w:val="000000"/>
        </w:rPr>
        <w:t>___________</w:t>
      </w:r>
      <w:r>
        <w:rPr>
          <w:rFonts w:ascii="宋体" w:hAnsi="宋体" w:eastAsia="宋体" w:cs="宋体"/>
          <w:color w:val="000000"/>
        </w:rPr>
        <w:t>元．</w:t>
      </w:r>
    </w:p>
    <w:p>
      <w:pPr>
        <w:pStyle w:val="Heading2"/>
      </w:pPr>
      <w:r>
        <w:t>人大附中二分校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18. </w:t>
      </w:r>
      <w:r>
        <w:rPr>
          <w:rFonts w:ascii="宋体" w:eastAsia="宋体" w:hAnsi="宋体" w:cs="宋体"/>
          <w:color w:val="000000"/>
        </w:rPr>
        <w:t>小黑和小白妈妈特别喜欢和他们做游戏，有一次他们玩扑克牌游戏，妈妈从图中扑克牌中拿了一张牌，告诉了儿子小黑</w:t>
      </w:r>
      <w:r>
        <w:pict>
          <v:shape id="_x0000_i704766" type="#_x0000_t75" alt="学科网(www.zxxk.com)--教育资源门户，提供试卷、教案、课件、论文、素材以及各类教学资源下载，还有大量而丰富的教学相关资讯！" style="width:12pt;height:12pt" o:oleicon="f" o:ole="">
            <v:imagedata r:id="rId165" o:title="eqId5963abe8f421bd99a2aaa94831a951e9"/>
          </v:shape>
        </w:pict>
      </w:r>
      <w:r>
        <w:rPr>
          <w:rFonts w:ascii="宋体" w:eastAsia="宋体" w:hAnsi="宋体" w:cs="宋体"/>
          <w:color w:val="000000"/>
        </w:rPr>
        <w:t>数字，女儿小白</w:t>
      </w:r>
      <w:r>
        <w:pict>
          <v:shape id="_x0000_i704767" type="#_x0000_t75" alt="学科网(www.zxxk.com)--教育资源门户，提供试卷、教案、课件、论文、素材以及各类教学资源下载，还有大量而丰富的教学相关资讯！" style="width:9.75pt;height:10.5pt" o:oleicon="f" o:ole="">
            <v:imagedata r:id="rId166" o:title="eqId7f9e8449aad35c5d840a3395ea86df6d"/>
          </v:shape>
        </w:pict>
      </w:r>
      <w:r>
        <w:rPr>
          <w:rFonts w:ascii="宋体" w:eastAsia="宋体" w:hAnsi="宋体" w:cs="宋体"/>
          <w:color w:val="000000"/>
        </w:rPr>
        <w:t>花色，以下是</w:t>
      </w:r>
      <w:r>
        <w:pict>
          <v:shape id="_x0000_i704768" type="#_x0000_t75" alt="学科网(www.zxxk.com)--教育资源门户，提供试卷、教案、课件、论文、素材以及各类教学资源下载，还有大量而丰富的教学相关资讯！" style="width:12pt;height:12pt" o:oleicon="f" o:ole="">
            <v:imagedata r:id="rId165" o:title="eqId5963abe8f421bd99a2aaa94831a951e9"/>
          </v:shape>
        </w:pict>
      </w:r>
      <w:r>
        <w:rPr>
          <w:rFonts w:ascii="Times New Roman" w:eastAsia="Times New Roman" w:hAnsi="Times New Roman" w:cs="Times New Roman"/>
          <w:i/>
          <w:color w:val="000000"/>
        </w:rPr>
        <w:t>、</w:t>
      </w:r>
      <w:r>
        <w:pict>
          <v:shape id="_x0000_i704769" type="#_x0000_t75" alt="学科网(www.zxxk.com)--教育资源门户，提供试卷、教案、课件、论文、素材以及各类教学资源下载，还有大量而丰富的教学相关资讯！" style="width:9.75pt;height:10.5pt" o:oleicon="f" o:ole="">
            <v:imagedata r:id="rId166" o:title="eqId7f9e8449aad35c5d840a3395ea86df6d"/>
          </v:shape>
        </w:pict>
      </w:r>
      <w:r>
        <w:rPr>
          <w:rFonts w:ascii="宋体" w:eastAsia="宋体" w:hAnsi="宋体" w:cs="宋体"/>
          <w:color w:val="000000"/>
        </w:rPr>
        <w:t>两个人的对话：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3762375" cy="3686175"/>
            <wp:docPr id="2237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38" name=""/>
                    <pic:cNvPicPr>
                      <a:picLocks noChangeAspect="1"/>
                    </pic:cNvPicPr>
                  </pic:nvPicPr>
                  <pic:blipFill>
                    <a:blip r:embed="rId167"/>
                    <a:stretch>
                      <a:fillRect/>
                    </a:stretch>
                  </pic:blipFill>
                  <pic:spPr>
                    <a:xfrm>
                      <a:off x="0" y="0"/>
                      <a:ext cx="3762375" cy="3686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：我不知道这张牌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：我早知道你不知道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：我现在知道这张牌了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：我也知道了．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请问小黑和小白妈妈拿的那张牌是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color w:val="000000"/>
        </w:rPr>
        <w:t>_____</w:t>
      </w:r>
      <w:r>
        <w:rPr>
          <w:rFonts w:ascii="宋体" w:eastAsia="宋体" w:hAnsi="宋体" w:cs="宋体"/>
          <w:color w:val="000000"/>
        </w:rPr>
        <w:t>．</w:t>
      </w:r>
    </w:p>
    <w:p>
      <w:pPr>
        <w:pStyle w:val="Heading2"/>
      </w:pPr>
      <w:r>
        <w:t>大兴区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16. </w:t>
      </w:r>
      <w:r>
        <w:rPr>
          <w:rFonts w:ascii="宋体" w:eastAsia="宋体" w:hAnsi="宋体" w:cs="宋体"/>
          <w:color w:val="000000"/>
        </w:rPr>
        <w:t>一元一次方程</w:t>
      </w:r>
      <w:r>
        <w:pict>
          <v:shape id="_x0000_i704770" type="#_x0000_t75" alt="学科网(www.zxxk.com)--教育资源门户，提供试卷、教案、课件、论文、素材以及各类教学资源下载，还有大量而丰富的教学相关资讯！" style="width:48.75pt;height:30.75pt" o:oleicon="f" o:ole="">
            <v:imagedata r:id="rId168" o:title="eqId918e019ce1336f9588e0be10e0f2e60a"/>
          </v:shape>
        </w:pict>
      </w:r>
      <w:r>
        <w:rPr>
          <w:rFonts w:ascii="宋体" w:eastAsia="宋体" w:hAnsi="宋体" w:cs="宋体"/>
          <w:color w:val="000000"/>
        </w:rPr>
        <w:t>的解</w:t>
      </w:r>
      <w:r>
        <w:pict>
          <v:shape id="_x0000_i704771" type="#_x0000_t75" alt="学科网(www.zxxk.com)--教育资源门户，提供试卷、教案、课件、论文、素材以及各类教学资源下载，还有大量而丰富的教学相关资讯！" style="width:9pt;height:9.75pt" o:oleicon="f" o:ole="">
            <v:imagedata r:id="rId169" o:title="eqId81dea63b8ce3e51adf66cf7b9982a248"/>
          </v:shape>
        </w:pict>
      </w:r>
      <w:r>
        <w:rPr>
          <w:rFonts w:ascii="宋体" w:eastAsia="宋体" w:hAnsi="宋体" w:cs="宋体"/>
          <w:color w:val="000000"/>
        </w:rPr>
        <w:t>为正整数，则正整数</w:t>
      </w:r>
      <w:r>
        <w:pict>
          <v:shape id="_x0000_i704772" type="#_x0000_t75" alt="学科网(www.zxxk.com)--教育资源门户，提供试卷、教案、课件、论文、素材以及各类教学资源下载，还有大量而丰富的教学相关资讯！" style="width:12.75pt;height:11.25pt" o:oleicon="f" o:ole="">
            <v:imagedata r:id="rId170" o:title="eqId294f5ba74cdf695fc9a8a8e52f421328"/>
          </v:shape>
        </w:pict>
      </w:r>
      <w:r>
        <w:rPr>
          <w:rFonts w:ascii="宋体" w:eastAsia="宋体" w:hAnsi="宋体" w:cs="宋体"/>
          <w:color w:val="000000"/>
        </w:rPr>
        <w:t>的值为</w:t>
      </w:r>
      <w:r>
        <w:rPr>
          <w:color w:val="000000"/>
        </w:rPr>
        <w:t>______</w:t>
      </w:r>
      <w:r>
        <w:rPr>
          <w:rFonts w:ascii="宋体" w:eastAsia="宋体" w:hAnsi="宋体" w:cs="宋体"/>
          <w:color w:val="000000"/>
        </w:rPr>
        <w:t>．</w:t>
      </w:r>
    </w:p>
    <w:p>
      <w:pPr>
        <w:pStyle w:val="Heading2"/>
      </w:pPr>
      <w:r>
        <w:t>密云区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16. </w:t>
      </w:r>
      <w:r>
        <w:rPr>
          <w:rFonts w:ascii="宋体" w:hAnsi="宋体" w:eastAsia="宋体" w:cs="宋体"/>
          <w:color w:val="000000"/>
        </w:rPr>
        <w:t>如图，数轴上放置的正方形的周长为</w:t>
      </w:r>
      <w:r>
        <w:pict>
          <v:shape id="_x0000_i704773" o:spt="75" alt="学科网(www.zxxk.com)--教育资源门户，提供试卷、教案、课件、论文、素材以及各类教学资源下载，还有大量而丰富的教学相关资讯！" type="#_x0000_t75" style="height:14.25pt;width:9.1pt;" o:ole="t" filled="f" o:preferrelative="t" stroked="f" coordsize="21600,21600">
            <v:path/>
            <v:fill on="f" focussize="0,0"/>
            <v:stroke on="f" joinstyle="miter"/>
            <v:imagedata r:id="rId171" o:title="eqIdcd3304e23f3b0f9569c4140ca89b6498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个单位，它的两个顶点</w:t>
      </w:r>
      <w:r>
        <w:rPr>
          <w:rFonts w:ascii="Times New Roman" w:hAnsi="Times New Roman" w:eastAsia="Times New Roman" w:cs="Times New Roman"/>
          <w:i/>
          <w:color w:val="000000"/>
        </w:rPr>
        <w:t>A</w:t>
      </w:r>
      <w:r>
        <w:rPr>
          <w:rFonts w:ascii="宋体" w:hAnsi="宋体" w:eastAsia="宋体" w:cs="宋体"/>
          <w:color w:val="000000"/>
        </w:rPr>
        <w:t>、</w:t>
      </w:r>
      <w:r>
        <w:pict>
          <v:shape id="_x0000_i704774" o:spt="75" alt="学科网(www.zxxk.com)--教育资源门户，提供试卷、教案、课件、论文、素材以及各类教学资源下载，还有大量而丰富的教学相关资讯！" type="#_x0000_t75" style="height:10.5pt;width:9.75pt;" o:ole="t" filled="f" o:preferrelative="t" stroked="f" coordsize="21600,21600">
            <v:path/>
            <v:fill on="f" focussize="0,0"/>
            <v:stroke on="f" joinstyle="miter"/>
            <v:imagedata r:id="rId172" o:title="eqId7f9e8449aad35c5d840a3395ea86df6d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分别与数轴上表示</w:t>
      </w:r>
      <w:r>
        <w:pict>
          <v:shape id="_x0000_i704775" o:spt="75" alt="学科网(www.zxxk.com)--教育资源门户，提供试卷、教案、课件、论文、素材以及各类教学资源下载，还有大量而丰富的教学相关资讯！" type="#_x0000_t75" style="height:10.5pt;width:12pt;" o:ole="t" filled="f" o:preferrelative="t" stroked="f" coordsize="21600,21600">
            <v:path/>
            <v:fill on="f" focussize="0,0"/>
            <v:stroke on="f" joinstyle="miter"/>
            <v:imagedata r:id="rId173" o:title="eqIdacbc6a613224461ade69362d46550474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和</w:t>
      </w:r>
      <w:r>
        <w:pict>
          <v:shape id="_x0000_i704776" o:spt="75" alt="学科网(www.zxxk.com)--教育资源门户，提供试卷、教案、课件、论文、素材以及各类教学资源下载，还有大量而丰富的教学相关资讯！" type="#_x0000_t75" style="height:13.9pt;width:16.05pt;" o:ole="t" filled="f" o:preferrelative="t" stroked="f" coordsize="21600,21600">
            <v:path/>
            <v:fill on="f" focussize="0,0"/>
            <v:stroke on="f" joinstyle="miter"/>
            <v:imagedata r:id="rId174" o:title="eqId81fb134b2b48acc99213fff6ccfee65f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的两个点重合．现将该正方形绕顶点按顺时针方向在数轴上向右无滑动的翻滚，当正方形翻滚一周后，点</w:t>
      </w:r>
      <w:r>
        <w:rPr>
          <w:rFonts w:ascii="Times New Roman" w:hAnsi="Times New Roman" w:eastAsia="Times New Roman" w:cs="Times New Roman"/>
          <w:i/>
          <w:color w:val="000000"/>
        </w:rPr>
        <w:t>A</w:t>
      </w:r>
      <w:r>
        <w:rPr>
          <w:rFonts w:ascii="宋体" w:hAnsi="宋体" w:eastAsia="宋体" w:cs="宋体"/>
          <w:color w:val="000000"/>
        </w:rPr>
        <w:t>落在数轴上所对应的数为</w:t>
      </w:r>
      <w:r>
        <w:pict>
          <v:shape id="_x0000_i704777" o:spt="75" alt="学科网(www.zxxk.com)--教育资源门户，提供试卷、教案、课件、论文、素材以及各类教学资源下载，还有大量而丰富的教学相关资讯！" type="#_x0000_t75" style="height:12.75pt;width:9pt;" o:ole="t" filled="f" o:preferrelative="t" stroked="f" coordsize="21600,21600">
            <v:path/>
            <v:fill on="f" focussize="0,0"/>
            <v:stroke on="f" joinstyle="miter"/>
            <v:imagedata r:id="rId175" o:title="eqId8b06e95b57b7a81cd81d05557a11fa92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4019550" cy="1333500"/>
            <wp:effectExtent l="0" t="0" r="0" b="0"/>
            <wp:docPr id="2239" name="图片 10002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40" name="图片 100029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76"/>
                    <a:stretch>
                      <a:fillRect/>
                    </a:stretch>
                  </pic:blipFill>
                  <pic:spPr>
                    <a:xfrm>
                      <a:off x="0" y="0"/>
                      <a:ext cx="401955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）当正方形翻滚三周后，点</w:t>
      </w:r>
      <w:r>
        <w:rPr>
          <w:rFonts w:ascii="Times New Roman" w:hAnsi="Times New Roman" w:eastAsia="Times New Roman" w:cs="Times New Roman"/>
          <w:i/>
          <w:color w:val="000000"/>
        </w:rPr>
        <w:t>A</w:t>
      </w:r>
      <w:r>
        <w:rPr>
          <w:rFonts w:ascii="宋体" w:hAnsi="宋体" w:eastAsia="宋体" w:cs="宋体"/>
          <w:color w:val="000000"/>
        </w:rPr>
        <w:t>落在数轴上所对应的数为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）如此继续下去，当正方形翻滚</w:t>
      </w:r>
      <w:r>
        <w:pict>
          <v:shape id="_x0000_i704778" o:spt="75" alt="学科网(www.zxxk.com)--教育资源门户，提供试卷、教案、课件、论文、素材以及各类教学资源下载，还有大量而丰富的教学相关资讯！" type="#_x0000_t75" style="height:11.25pt;width:9.75pt;" o:ole="t" filled="f" o:preferrelative="t" stroked="f" coordsize="21600,21600">
            <v:path/>
            <v:fill on="f" focussize="0,0"/>
            <v:stroke on="f" joinstyle="miter"/>
            <v:imagedata r:id="rId177" o:title="eqIdb6a24198bd04c29321ae5dc5a28fe421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周后</w:t>
      </w:r>
      <w:r>
        <w:pict>
          <v:shape id="_x0000_i704779" o:spt="75" alt="学科网(www.zxxk.com)--教育资源门户，提供试卷、教案、课件、论文、素材以及各类教学资源下载，还有大量而丰富的教学相关资讯！" type="#_x0000_t75" style="height:15pt;width:12.75pt;" o:ole="t" filled="f" o:preferrelative="t" stroked="f" coordsize="21600,21600">
            <v:path/>
            <v:fill on="f" focussize="0,0"/>
            <v:stroke on="f" joinstyle="miter"/>
            <v:imagedata r:id="rId178" o:title="eqId3231e8510ad0591347ea58faeb675b79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表示正整数</w:t>
      </w:r>
      <w:r>
        <w:pict>
          <v:shape id="_x0000_i704780" o:spt="75" alt="学科网(www.zxxk.com)--教育资源门户，提供试卷、教案、课件、论文、素材以及各类教学资源下载，还有大量而丰富的教学相关资讯！" type="#_x0000_t75" style="height:15pt;width:6.95pt;" o:ole="t" filled="f" o:preferrelative="t" stroked="f" coordsize="21600,21600">
            <v:path/>
            <v:fill on="f" focussize="0,0"/>
            <v:stroke on="f" joinstyle="miter"/>
            <v:imagedata r:id="rId179" o:title="eqId04582116cd765fcc5a52f44279ad6c94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，用含</w:t>
      </w:r>
      <w:r>
        <w:pict>
          <v:shape id="_x0000_i704781" o:spt="75" alt="学科网(www.zxxk.com)--教育资源门户，提供试卷、教案、课件、论文、素材以及各类教学资源下载，还有大量而丰富的教学相关资讯！" type="#_x0000_t75" style="height:11.25pt;width:9.75pt;" o:ole="t" filled="f" o:preferrelative="t" stroked="f" coordsize="21600,21600">
            <v:path/>
            <v:fill on="f" focussize="0,0"/>
            <v:stroke on="f" joinstyle="miter"/>
            <v:imagedata r:id="rId177" o:title="eqIdb6a24198bd04c29321ae5dc5a28fe421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的式子表示点</w:t>
      </w:r>
      <w:r>
        <w:rPr>
          <w:rFonts w:ascii="Times New Roman" w:hAnsi="Times New Roman" w:eastAsia="Times New Roman" w:cs="Times New Roman"/>
          <w:i/>
          <w:color w:val="000000"/>
        </w:rPr>
        <w:t>A</w:t>
      </w:r>
      <w:r>
        <w:rPr>
          <w:rFonts w:ascii="宋体" w:hAnsi="宋体" w:eastAsia="宋体" w:cs="宋体"/>
          <w:color w:val="000000"/>
        </w:rPr>
        <w:t>落在数轴上所对应的数为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．</w:t>
      </w:r>
    </w:p>
    <w:p>
      <w:pPr>
        <w:pStyle w:val="Heading2"/>
      </w:pPr>
      <w:r>
        <w:t>平谷区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16. </w:t>
      </w:r>
      <w:r>
        <w:rPr>
          <w:rFonts w:ascii="宋体" w:hAnsi="宋体" w:eastAsia="宋体" w:cs="宋体"/>
          <w:color w:val="000000"/>
        </w:rPr>
        <w:t>黑板上写着</w:t>
      </w:r>
      <w:r>
        <w:rPr>
          <w:rFonts w:ascii="Times New Roman" w:hAnsi="Times New Roman" w:eastAsia="Times New Roman" w:cs="Times New Roman"/>
          <w:color w:val="000000"/>
        </w:rPr>
        <w:t>7</w:t>
      </w:r>
      <w:r>
        <w:rPr>
          <w:rFonts w:ascii="宋体" w:hAnsi="宋体" w:eastAsia="宋体" w:cs="宋体"/>
          <w:color w:val="000000"/>
        </w:rPr>
        <w:t>个数，分别为：</w:t>
      </w:r>
      <w:r>
        <w:pict>
          <v:shape id="_x0000_i704782" o:spt="75" alt="学科网(www.zxxk.com)--教育资源门户，提供试卷、教案、课件、论文、素材以及各类教学资源下载，还有大量而丰富的教学相关资讯！" type="#_x0000_t75" style="height:14.4pt;width:15.6pt;" o:ole="t" filled="f" o:preferrelative="t" stroked="f" coordsize="21600,21600">
            <v:path/>
            <v:fill on="f" focussize="0,0"/>
            <v:stroke on="f" joinstyle="miter"/>
            <v:imagedata r:id="rId180" o:title="eqId8bf3d3564c61e5e9c39a9e2cf2de048b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i/>
          <w:color w:val="000000"/>
        </w:rPr>
        <w:t>a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color w:val="000000"/>
        </w:rPr>
        <w:t>13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i/>
          <w:color w:val="000000"/>
        </w:rPr>
        <w:t>b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color w:val="000000"/>
        </w:rPr>
        <w:t>0</w:t>
      </w:r>
      <w:r>
        <w:rPr>
          <w:rFonts w:ascii="宋体" w:hAnsi="宋体" w:eastAsia="宋体" w:cs="宋体"/>
          <w:color w:val="000000"/>
        </w:rPr>
        <w:t>，</w:t>
      </w:r>
      <w:r>
        <w:pict>
          <v:shape id="_x0000_i704783" o:spt="75" alt="学科网(www.zxxk.com)--教育资源门户，提供试卷、教案、课件、论文、素材以及各类教学资源下载，还有大量而丰富的教学相关资讯！" type="#_x0000_t75" style="height:13.8pt;width:16.2pt;" o:ole="t" filled="f" o:preferrelative="t" stroked="f" coordsize="21600,21600">
            <v:path/>
            <v:fill on="f" focussize="0,0"/>
            <v:stroke on="f" joinstyle="miter"/>
            <v:imagedata r:id="rId181" o:title="eqId01317332a203c898536b1d0459f51d23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，它们的和为</w:t>
      </w:r>
      <w:r>
        <w:pict>
          <v:shape id="_x0000_i704784" o:spt="75" alt="学科网(www.zxxk.com)--教育资源门户，提供试卷、教案、课件、论文、素材以及各类教学资源下载，还有大量而丰富的教学相关资讯！" type="#_x0000_t75" style="height:12.5pt;width:19pt;" o:ole="t" filled="f" o:preferrelative="t" stroked="f" coordsize="21600,21600">
            <v:path/>
            <v:fill on="f" focussize="0,0"/>
            <v:stroke on="f" joinstyle="miter"/>
            <v:imagedata r:id="rId182" o:title="eqId32e22e1223baf7cb3d53e668c2449609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，若每次从中任意擦除两个数，同时写上一个新数（新数为所擦除的两个数的和加上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），这样操作若干次，直至黑板上只剩下一个数，则所剩的这个数是</w:t>
      </w:r>
      <w:r>
        <w:rPr>
          <w:color w:val="000000"/>
        </w:rPr>
        <w:t>____________</w:t>
      </w:r>
      <w:r>
        <w:rPr>
          <w:rFonts w:ascii="宋体" w:hAnsi="宋体" w:eastAsia="宋体" w:cs="宋体"/>
          <w:color w:val="000000"/>
        </w:rPr>
        <w:t>．</w:t>
      </w:r>
    </w:p>
    <w:p>
      <w:pPr>
        <w:pStyle w:val="Heading2"/>
      </w:pPr>
      <w:r>
        <w:t>延庆区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18. </w:t>
      </w:r>
      <w:r>
        <w:rPr>
          <w:rFonts w:ascii="宋体" w:eastAsia="宋体" w:hAnsi="宋体" w:cs="宋体"/>
          <w:color w:val="000000"/>
        </w:rPr>
        <w:t>按一定规律排列的一列数为</w:t>
      </w:r>
      <w:r>
        <w:pict>
          <v:shape id="_x0000_i704785" type="#_x0000_t75" alt="学科网(www.zxxk.com)--教育资源门户，提供试卷、教案、课件、论文、素材以及各类教学资源下载，还有大量而丰富的教学相关资讯！" style="width:20.25pt;height:30.75pt" o:oleicon="f" o:ole="">
            <v:imagedata r:id="rId183" o:title="eqId3389f53711264b0acba3ba6019f8b908"/>
          </v:shape>
        </w:pic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，</w:t>
      </w:r>
      <w:r>
        <w:pict>
          <v:shape id="_x0000_i704786" type="#_x0000_t75" alt="学科网(www.zxxk.com)--教育资源门户，提供试卷、教案、课件、论文、素材以及各类教学资源下载，还有大量而丰富的教学相关资讯！" style="width:18pt;height:27.75pt" o:oleicon="f" o:ole="">
            <v:imagedata r:id="rId184" o:title="eqIdca48042bc6f931bc79b03b6faf033547"/>
          </v:shape>
        </w:pic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8</w:t>
      </w:r>
      <w:r>
        <w:rPr>
          <w:rFonts w:ascii="宋体" w:eastAsia="宋体" w:hAnsi="宋体" w:cs="宋体"/>
          <w:color w:val="000000"/>
        </w:rPr>
        <w:t>，</w:t>
      </w:r>
      <w:r>
        <w:pict>
          <v:shape id="_x0000_i704787" type="#_x0000_t75" alt="学科网(www.zxxk.com)--教育资源门户，提供试卷、教案、课件、论文、素材以及各类教学资源下载，还有大量而丰富的教学相关资讯！" style="width:26.25pt;height:30.75pt" o:oleicon="f" o:ole="">
            <v:imagedata r:id="rId185" o:title="eqId6f2dadbb81280735c96ebd6f6fb5275b"/>
          </v:shape>
        </w:pic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18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…</w:t>
      </w:r>
      <w:r>
        <w:rPr>
          <w:rFonts w:ascii="宋体" w:eastAsia="宋体" w:hAnsi="宋体" w:cs="宋体"/>
          <w:color w:val="000000"/>
        </w:rPr>
        <w:t>，则第</w:t>
      </w:r>
      <w:r>
        <w:rPr>
          <w:rFonts w:ascii="Times New Roman" w:eastAsia="Times New Roman" w:hAnsi="Times New Roman" w:cs="Times New Roman"/>
          <w:color w:val="000000"/>
        </w:rPr>
        <w:t>9</w:t>
      </w:r>
      <w:r>
        <w:rPr>
          <w:rFonts w:ascii="宋体" w:eastAsia="宋体" w:hAnsi="宋体" w:cs="宋体"/>
          <w:color w:val="000000"/>
        </w:rPr>
        <w:t>个数为</w:t>
      </w:r>
      <w:r>
        <w:rPr>
          <w:color w:val="000000"/>
        </w:rPr>
        <w:t>___________</w:t>
      </w:r>
      <w:r>
        <w:rPr>
          <w:rFonts w:ascii="宋体" w:eastAsia="宋体" w:hAnsi="宋体" w:cs="宋体"/>
          <w:color w:val="000000"/>
        </w:rPr>
        <w:t>，第</w:t>
      </w:r>
      <w:r>
        <w:pict>
          <v:shape id="_x0000_i704788" type="#_x0000_t75" alt="学科网(www.zxxk.com)--教育资源门户，提供试卷、教案、课件、论文、素材以及各类教学资源下载，还有大量而丰富的教学相关资讯！" style="width:9.75pt;height:11.25pt" o:oleicon="f" o:ole="">
            <v:imagedata r:id="rId186" o:title="eqIdb6a24198bd04c29321ae5dc5a28fe421"/>
          </v:shape>
        </w:pict>
      </w:r>
      <w:r>
        <w:rPr>
          <w:rFonts w:ascii="宋体" w:eastAsia="宋体" w:hAnsi="宋体" w:cs="宋体"/>
          <w:color w:val="000000"/>
        </w:rPr>
        <w:t>个数为</w:t>
      </w:r>
      <w:r>
        <w:rPr>
          <w:color w:val="000000"/>
        </w:rPr>
        <w:t>___________</w:t>
      </w:r>
      <w:r>
        <w:rPr>
          <w:rFonts w:ascii="宋体" w:eastAsia="宋体" w:hAnsi="宋体" w:cs="宋体"/>
          <w:color w:val="000000"/>
        </w:rPr>
        <w:t>．</w:t>
      </w:r>
    </w:p>
    <w:p>
      <w:pPr>
        <w:pStyle w:val="Heading2"/>
      </w:pPr>
      <w:r>
        <w:t>怀柔区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18. </w:t>
      </w:r>
      <w:r>
        <w:rPr>
          <w:rFonts w:ascii="宋体" w:eastAsia="宋体" w:hAnsi="宋体" w:cs="宋体"/>
          <w:color w:val="000000"/>
        </w:rPr>
        <w:t>如图所示的是一个正方体的平面展开图．若将平面展开图折叠成正方体后，相对面上的两个数字之和均为</w:t>
      </w:r>
      <w:r>
        <w:pict>
          <v:shape id="_x0000_i704789" type="#_x0000_t75" alt="学科网(www.zxxk.com)--教育资源门户，提供试卷、教案、课件、论文、素材以及各类教学资源下载，还有大量而丰富的教学相关资讯！" style="width:12.9pt;height:10.8pt" o:oleicon="f" o:ole="">
            <v:imagedata r:id="rId187" o:title="eqId4a94acdfb41489d5694b5a64b9e99754"/>
          </v:shape>
        </w:pict>
      </w:r>
      <w:r>
        <w:rPr>
          <w:rFonts w:ascii="宋体" w:eastAsia="宋体" w:hAnsi="宋体" w:cs="宋体"/>
          <w:color w:val="000000"/>
        </w:rPr>
        <w:t>，则</w:t>
      </w:r>
      <w:r>
        <w:pict>
          <v:shape id="_x0000_i704790" type="#_x0000_t75" alt="学科网(www.zxxk.com)--教育资源门户，提供试卷、教案、课件、论文、素材以及各类教学资源下载，还有大量而丰富的教学相关资讯！" style="width:44.25pt;height:14.25pt" o:oleicon="f" o:ole="">
            <v:imagedata r:id="rId188" o:title="eqIde1433c8103033c67232f2f9ae189608d"/>
          </v:shape>
        </w:pict>
      </w:r>
      <w:r>
        <w:rPr>
          <w:rFonts w:ascii="宋体" w:eastAsia="宋体" w:hAnsi="宋体" w:cs="宋体"/>
          <w:color w:val="000000"/>
        </w:rPr>
        <w:t>的值为</w:t>
      </w:r>
      <w:r>
        <w:rPr>
          <w:color w:val="000000"/>
        </w:rPr>
        <w:t>____________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2057400" cy="866775"/>
            <wp:docPr id="2241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42" name=""/>
                    <pic:cNvPicPr>
                      <a:picLocks noChangeAspect="1"/>
                    </pic:cNvPicPr>
                  </pic:nvPicPr>
                  <pic:blipFill>
                    <a:blip r:embed="rId189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866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房山区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16. </w:t>
      </w:r>
      <w:r>
        <w:rPr>
          <w:rFonts w:ascii="宋体" w:eastAsia="宋体" w:hAnsi="宋体" w:cs="宋体"/>
          <w:color w:val="000000"/>
        </w:rPr>
        <w:t>新华书店新进一种畅销书若干本，第一天售出总数的</w:t>
      </w:r>
      <w:r>
        <w:pict>
          <v:shape id="_x0000_i704791" type="#_x0000_t75" alt="学科网(www.zxxk.com)--教育资源门户，提供试卷、教案、课件、论文、素材以及各类教学资源下载，还有大量而丰富的教学相关资讯！" style="width:10.5pt;height:21pt" o:oleicon="f" o:ole="">
            <v:imagedata r:id="rId190" o:title="eqIdf89eef3148f2d4d09379767b4af69132"/>
          </v:shape>
        </w:pict>
      </w:r>
      <w:r>
        <w:rPr>
          <w:rFonts w:ascii="宋体" w:eastAsia="宋体" w:hAnsi="宋体" w:cs="宋体"/>
          <w:color w:val="000000"/>
        </w:rPr>
        <w:t>，第二天售出总数的</w:t>
      </w:r>
      <w:r>
        <w:pict>
          <v:shape id="_x0000_i704792" type="#_x0000_t75" alt="学科网(www.zxxk.com)--教育资源门户，提供试卷、教案、课件、论文、素材以及各类教学资源下载，还有大量而丰富的教学相关资讯！" style="width:11.9pt;height:31.2pt" o:oleicon="f" o:ole="">
            <v:imagedata r:id="rId191" o:title="eqId56d266a04f3dc7483eddbc26c5e487db"/>
          </v:shape>
        </w:pict>
      </w:r>
      <w:r>
        <w:rPr>
          <w:rFonts w:ascii="宋体" w:eastAsia="宋体" w:hAnsi="宋体" w:cs="宋体"/>
          <w:color w:val="000000"/>
        </w:rPr>
        <w:t>还多</w:t>
      </w:r>
      <w:r>
        <w:rPr>
          <w:rFonts w:ascii="Times New Roman" w:eastAsia="Times New Roman" w:hAnsi="Times New Roman" w:cs="Times New Roman"/>
          <w:color w:val="000000"/>
        </w:rPr>
        <w:t>50</w:t>
      </w:r>
      <w:r>
        <w:rPr>
          <w:rFonts w:ascii="宋体" w:eastAsia="宋体" w:hAnsi="宋体" w:cs="宋体"/>
          <w:color w:val="000000"/>
        </w:rPr>
        <w:t>本，结果书店还有</w:t>
      </w:r>
      <w:r>
        <w:rPr>
          <w:rFonts w:ascii="Times New Roman" w:eastAsia="Times New Roman" w:hAnsi="Times New Roman" w:cs="Times New Roman"/>
          <w:color w:val="000000"/>
        </w:rPr>
        <w:t>200</w:t>
      </w:r>
      <w:r>
        <w:rPr>
          <w:rFonts w:ascii="宋体" w:eastAsia="宋体" w:hAnsi="宋体" w:cs="宋体"/>
          <w:color w:val="000000"/>
        </w:rPr>
        <w:t>本这种书，请问书店新进这种畅销书</w:t>
      </w:r>
      <w:r>
        <w:rPr>
          <w:color w:val="000000"/>
        </w:rPr>
        <w:t>___________</w:t>
      </w:r>
      <w:r>
        <w:rPr>
          <w:rFonts w:ascii="宋体" w:eastAsia="宋体" w:hAnsi="宋体" w:cs="宋体"/>
          <w:color w:val="000000"/>
        </w:rPr>
        <w:t>本．</w:t>
      </w:r>
    </w:p>
    <w:p>
      <w:pPr>
        <w:pStyle w:val="Heading2"/>
      </w:pPr>
      <w:r>
        <w:t>昌平区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16. </w:t>
      </w:r>
      <w:r>
        <w:rPr>
          <w:rFonts w:ascii="宋体" w:eastAsia="宋体" w:hAnsi="宋体" w:cs="宋体"/>
          <w:color w:val="000000"/>
        </w:rPr>
        <w:t>古希腊著名的毕达哥拉斯学派把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6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10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…</w:t>
      </w:r>
      <w:r>
        <w:rPr>
          <w:rFonts w:ascii="宋体" w:eastAsia="宋体" w:hAnsi="宋体" w:cs="宋体"/>
          <w:color w:val="000000"/>
        </w:rPr>
        <w:t>这样的数称为“三角数”；把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9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16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…</w:t>
      </w:r>
      <w:r>
        <w:rPr>
          <w:rFonts w:ascii="宋体" w:eastAsia="宋体" w:hAnsi="宋体" w:cs="宋体"/>
          <w:color w:val="000000"/>
        </w:rPr>
        <w:t>这样的数称为“正方形数”．观察下图可以发现，任何一个大于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的“正方形数”都可以写成两个相邻的“三角形数”之和．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2333625" cy="971550"/>
            <wp:docPr id="2243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44" name=""/>
                    <pic:cNvPicPr>
                      <a:picLocks noChangeAspect="1"/>
                    </pic:cNvPicPr>
                  </pic:nvPicPr>
                  <pic:blipFill>
                    <a:blip r:embed="rId192"/>
                    <a:stretch>
                      <a:fillRect/>
                    </a:stretch>
                  </pic:blipFill>
                  <pic:spPr>
                    <a:xfrm>
                      <a:off x="0" y="0"/>
                      <a:ext cx="2333625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）“正方形数”</w:t>
      </w:r>
      <w:r>
        <w:pict>
          <v:shape id="_x0000_i704793" type="#_x0000_t75" alt="学科网(www.zxxk.com)--教育资源门户，提供试卷、教案、课件、论文、素材以及各类教学资源下载，还有大量而丰富的教学相关资讯！" style="width:15.75pt;height:14.25pt" o:oleicon="f" o:ole="">
            <v:imagedata r:id="rId193" o:title="eqId9c06fc7811f9525e8b8c833746d6af5c"/>
          </v:shape>
        </w:pict>
      </w:r>
      <w:r>
        <w:rPr>
          <w:rFonts w:ascii="宋体" w:eastAsia="宋体" w:hAnsi="宋体" w:cs="宋体"/>
          <w:color w:val="000000"/>
        </w:rPr>
        <w:t>可以写成两个相邻的“三角形数”</w:t>
      </w:r>
      <w:r>
        <w:rPr>
          <w:color w:val="000000"/>
        </w:rPr>
        <w:t>________</w:t>
      </w:r>
      <w:r>
        <w:rPr>
          <w:rFonts w:ascii="宋体" w:eastAsia="宋体" w:hAnsi="宋体" w:cs="宋体"/>
          <w:color w:val="000000"/>
        </w:rPr>
        <w:t>与</w:t>
      </w:r>
      <w:r>
        <w:rPr>
          <w:color w:val="000000"/>
        </w:rPr>
        <w:t>________</w:t>
      </w:r>
      <w:r>
        <w:rPr>
          <w:rFonts w:ascii="宋体" w:eastAsia="宋体" w:hAnsi="宋体" w:cs="宋体"/>
          <w:color w:val="000000"/>
        </w:rPr>
        <w:t>之和；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）“正方形数”</w:t>
      </w:r>
      <w:r>
        <w:pict>
          <v:shape id="_x0000_i704794" type="#_x0000_t75" alt="学科网(www.zxxk.com)--教育资源门户，提供试卷、教案、课件、论文、素材以及各类教学资源下载，还有大量而丰富的教学相关资讯！" style="width:14.25pt;height:15.75pt" o:oleicon="f" o:ole="">
            <v:imagedata r:id="rId194" o:title="eqId2ceef1abeeef220b4fe5f7d96feedd90"/>
          </v:shape>
        </w:pict>
      </w: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i/>
          <w:color w:val="000000"/>
        </w:rPr>
        <w:t>n</w:t>
      </w:r>
      <w:r>
        <w:rPr>
          <w:rFonts w:ascii="宋体" w:eastAsia="宋体" w:hAnsi="宋体" w:cs="宋体"/>
          <w:color w:val="000000"/>
        </w:rPr>
        <w:t>为大于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的整数）可以写成两个相邻的“三角形数”</w:t>
      </w:r>
      <w:r>
        <w:rPr>
          <w:color w:val="000000"/>
        </w:rPr>
        <w:t>________</w:t>
      </w:r>
      <w:r>
        <w:rPr>
          <w:rFonts w:ascii="宋体" w:eastAsia="宋体" w:hAnsi="宋体" w:cs="宋体"/>
          <w:color w:val="000000"/>
        </w:rPr>
        <w:t>与</w:t>
      </w:r>
      <w:r>
        <w:rPr>
          <w:color w:val="000000"/>
        </w:rPr>
        <w:t>________</w:t>
      </w:r>
      <w:r>
        <w:rPr>
          <w:rFonts w:ascii="宋体" w:eastAsia="宋体" w:hAnsi="宋体" w:cs="宋体"/>
          <w:color w:val="000000"/>
        </w:rPr>
        <w:t>之和．</w:t>
      </w:r>
    </w:p>
    <w:p>
      <w:pPr>
        <w:pStyle w:val="Heading2"/>
      </w:pPr>
      <w:r>
        <w:t>景山学校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16. </w:t>
      </w:r>
      <w:r>
        <w:rPr>
          <w:rFonts w:ascii="宋体" w:hAnsi="宋体" w:eastAsia="宋体" w:cs="宋体"/>
          <w:color w:val="000000"/>
        </w:rPr>
        <w:t xml:space="preserve">如图 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，△</w:t>
      </w:r>
      <w:r>
        <w:rPr>
          <w:rFonts w:ascii="Times New Roman" w:hAnsi="Times New Roman" w:eastAsia="Times New Roman" w:cs="Times New Roman"/>
          <w:color w:val="000000"/>
        </w:rPr>
        <w:t>ABC</w:t>
      </w:r>
      <w:r>
        <w:rPr>
          <w:rFonts w:ascii="宋体" w:hAnsi="宋体" w:eastAsia="宋体" w:cs="宋体"/>
          <w:color w:val="000000"/>
        </w:rPr>
        <w:t xml:space="preserve"> 中， </w:t>
      </w:r>
      <w:r>
        <w:rPr>
          <w:rFonts w:ascii="Times New Roman" w:hAnsi="Times New Roman" w:eastAsia="Times New Roman" w:cs="Times New Roman"/>
          <w:color w:val="000000"/>
        </w:rPr>
        <w:t>AD</w:t>
      </w:r>
      <w:r>
        <w:rPr>
          <w:rFonts w:ascii="宋体" w:hAnsi="宋体" w:eastAsia="宋体" w:cs="宋体"/>
          <w:color w:val="000000"/>
        </w:rPr>
        <w:t xml:space="preserve"> 是∠</w:t>
      </w:r>
      <w:r>
        <w:rPr>
          <w:rFonts w:ascii="Times New Roman" w:hAnsi="Times New Roman" w:eastAsia="Times New Roman" w:cs="Times New Roman"/>
          <w:color w:val="000000"/>
        </w:rPr>
        <w:t>BAC</w:t>
      </w:r>
      <w:r>
        <w:rPr>
          <w:rFonts w:ascii="宋体" w:hAnsi="宋体" w:eastAsia="宋体" w:cs="宋体"/>
          <w:color w:val="000000"/>
        </w:rPr>
        <w:t xml:space="preserve"> 的平分线，若 </w:t>
      </w:r>
      <w:r>
        <w:rPr>
          <w:rFonts w:ascii="Times New Roman" w:hAnsi="Times New Roman" w:eastAsia="Times New Roman" w:cs="Times New Roman"/>
          <w:color w:val="000000"/>
        </w:rPr>
        <w:t>AB</w:t>
      </w:r>
      <w:r>
        <w:rPr>
          <w:rFonts w:ascii="宋体" w:hAnsi="宋体" w:eastAsia="宋体" w:cs="宋体"/>
          <w:color w:val="000000"/>
        </w:rPr>
        <w:t>＝</w:t>
      </w:r>
      <w:r>
        <w:rPr>
          <w:rFonts w:ascii="Times New Roman" w:hAnsi="Times New Roman" w:eastAsia="Times New Roman" w:cs="Times New Roman"/>
          <w:color w:val="000000"/>
        </w:rPr>
        <w:t>AC</w:t>
      </w:r>
      <w:r>
        <w:rPr>
          <w:rFonts w:ascii="宋体" w:hAnsi="宋体" w:eastAsia="宋体" w:cs="宋体"/>
          <w:color w:val="000000"/>
        </w:rPr>
        <w:t>＋</w:t>
      </w:r>
      <w:r>
        <w:rPr>
          <w:rFonts w:ascii="Times New Roman" w:hAnsi="Times New Roman" w:eastAsia="Times New Roman" w:cs="Times New Roman"/>
          <w:color w:val="000000"/>
        </w:rPr>
        <w:t>CD</w:t>
      </w:r>
      <w:r>
        <w:rPr>
          <w:rFonts w:ascii="宋体" w:hAnsi="宋体" w:eastAsia="宋体" w:cs="宋体"/>
          <w:color w:val="000000"/>
        </w:rPr>
        <w:t>，那么∠</w:t>
      </w:r>
      <w:r>
        <w:rPr>
          <w:rFonts w:ascii="Times New Roman" w:hAnsi="Times New Roman" w:eastAsia="Times New Roman" w:cs="Times New Roman"/>
          <w:color w:val="000000"/>
        </w:rPr>
        <w:t>ACB</w:t>
      </w:r>
      <w:r>
        <w:rPr>
          <w:rFonts w:ascii="宋体" w:hAnsi="宋体" w:eastAsia="宋体" w:cs="宋体"/>
          <w:color w:val="000000"/>
        </w:rPr>
        <w:t>与∠</w:t>
      </w:r>
      <w:r>
        <w:rPr>
          <w:rFonts w:ascii="Times New Roman" w:hAnsi="Times New Roman" w:eastAsia="Times New Roman" w:cs="Times New Roman"/>
          <w:color w:val="000000"/>
        </w:rPr>
        <w:t>ABC</w:t>
      </w:r>
      <w:r>
        <w:rPr>
          <w:rFonts w:ascii="宋体" w:hAnsi="宋体" w:eastAsia="宋体" w:cs="宋体"/>
          <w:color w:val="000000"/>
        </w:rPr>
        <w:t xml:space="preserve"> 有怎样的数量关系？小明通过观察分析，形成了如下解题思路：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3295650" cy="1447800"/>
            <wp:effectExtent l="0" t="0" r="0" b="0"/>
            <wp:docPr id="2245" name="图片 10001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46" name="图片 100017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95"/>
                    <a:stretch>
                      <a:fillRect/>
                    </a:stretch>
                  </pic:blipFill>
                  <pic:spPr>
                    <a:xfrm>
                      <a:off x="0" y="0"/>
                      <a:ext cx="3295650" cy="144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 xml:space="preserve">如图 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 xml:space="preserve">，延长 </w:t>
      </w:r>
      <w:r>
        <w:rPr>
          <w:rFonts w:ascii="Times New Roman" w:hAnsi="Times New Roman" w:eastAsia="Times New Roman" w:cs="Times New Roman"/>
          <w:color w:val="000000"/>
        </w:rPr>
        <w:t>AC</w:t>
      </w:r>
      <w:r>
        <w:rPr>
          <w:rFonts w:ascii="宋体" w:hAnsi="宋体" w:eastAsia="宋体" w:cs="宋体"/>
          <w:color w:val="000000"/>
        </w:rPr>
        <w:t xml:space="preserve"> 到 </w:t>
      </w:r>
      <w:r>
        <w:rPr>
          <w:rFonts w:ascii="Times New Roman" w:hAnsi="Times New Roman" w:eastAsia="Times New Roman" w:cs="Times New Roman"/>
          <w:color w:val="000000"/>
        </w:rPr>
        <w:t>E</w:t>
      </w:r>
      <w:r>
        <w:rPr>
          <w:rFonts w:ascii="宋体" w:hAnsi="宋体" w:eastAsia="宋体" w:cs="宋体"/>
          <w:color w:val="000000"/>
        </w:rPr>
        <w:t xml:space="preserve">，使 </w:t>
      </w:r>
      <w:r>
        <w:rPr>
          <w:rFonts w:ascii="Times New Roman" w:hAnsi="Times New Roman" w:eastAsia="Times New Roman" w:cs="Times New Roman"/>
          <w:color w:val="000000"/>
        </w:rPr>
        <w:t>CE</w:t>
      </w:r>
      <w:r>
        <w:rPr>
          <w:rFonts w:ascii="宋体" w:hAnsi="宋体" w:eastAsia="宋体" w:cs="宋体"/>
          <w:color w:val="000000"/>
        </w:rPr>
        <w:t>＝</w:t>
      </w:r>
      <w:r>
        <w:rPr>
          <w:rFonts w:ascii="Times New Roman" w:hAnsi="Times New Roman" w:eastAsia="Times New Roman" w:cs="Times New Roman"/>
          <w:color w:val="000000"/>
        </w:rPr>
        <w:t>CD</w:t>
      </w:r>
      <w:r>
        <w:rPr>
          <w:rFonts w:ascii="宋体" w:hAnsi="宋体" w:eastAsia="宋体" w:cs="宋体"/>
          <w:color w:val="000000"/>
        </w:rPr>
        <w:t xml:space="preserve">，连接 </w:t>
      </w:r>
      <w:r>
        <w:rPr>
          <w:rFonts w:ascii="Times New Roman" w:hAnsi="Times New Roman" w:eastAsia="Times New Roman" w:cs="Times New Roman"/>
          <w:color w:val="000000"/>
        </w:rPr>
        <w:t>DE</w:t>
      </w:r>
      <w:r>
        <w:rPr>
          <w:rFonts w:ascii="宋体" w:hAnsi="宋体" w:eastAsia="宋体" w:cs="宋体"/>
          <w:color w:val="000000"/>
        </w:rPr>
        <w:t xml:space="preserve">．由 </w:t>
      </w:r>
      <w:r>
        <w:rPr>
          <w:rFonts w:ascii="Times New Roman" w:hAnsi="Times New Roman" w:eastAsia="Times New Roman" w:cs="Times New Roman"/>
          <w:color w:val="000000"/>
        </w:rPr>
        <w:t>AB</w:t>
      </w:r>
      <w:r>
        <w:rPr>
          <w:rFonts w:ascii="宋体" w:hAnsi="宋体" w:eastAsia="宋体" w:cs="宋体"/>
          <w:color w:val="000000"/>
        </w:rPr>
        <w:t>＝</w:t>
      </w:r>
      <w:r>
        <w:rPr>
          <w:rFonts w:ascii="Times New Roman" w:hAnsi="Times New Roman" w:eastAsia="Times New Roman" w:cs="Times New Roman"/>
          <w:color w:val="000000"/>
        </w:rPr>
        <w:t>AC</w:t>
      </w:r>
      <w:r>
        <w:rPr>
          <w:rFonts w:ascii="宋体" w:hAnsi="宋体" w:eastAsia="宋体" w:cs="宋体"/>
          <w:color w:val="000000"/>
        </w:rPr>
        <w:t>＋</w:t>
      </w:r>
      <w:r>
        <w:rPr>
          <w:rFonts w:ascii="Times New Roman" w:hAnsi="Times New Roman" w:eastAsia="Times New Roman" w:cs="Times New Roman"/>
          <w:color w:val="000000"/>
        </w:rPr>
        <w:t>CD</w:t>
      </w:r>
      <w:r>
        <w:rPr>
          <w:rFonts w:ascii="宋体" w:hAnsi="宋体" w:eastAsia="宋体" w:cs="宋体"/>
          <w:color w:val="000000"/>
        </w:rPr>
        <w:t xml:space="preserve">，可得 </w:t>
      </w:r>
      <w:r>
        <w:rPr>
          <w:rFonts w:ascii="Times New Roman" w:hAnsi="Times New Roman" w:eastAsia="Times New Roman" w:cs="Times New Roman"/>
          <w:color w:val="000000"/>
        </w:rPr>
        <w:t>AE</w:t>
      </w:r>
      <w:r>
        <w:rPr>
          <w:rFonts w:ascii="宋体" w:hAnsi="宋体" w:eastAsia="宋体" w:cs="宋体"/>
          <w:color w:val="000000"/>
        </w:rPr>
        <w:t>＝</w:t>
      </w:r>
      <w:r>
        <w:rPr>
          <w:rFonts w:ascii="Times New Roman" w:hAnsi="Times New Roman" w:eastAsia="Times New Roman" w:cs="Times New Roman"/>
          <w:color w:val="000000"/>
        </w:rPr>
        <w:t>AB</w:t>
      </w:r>
      <w:r>
        <w:rPr>
          <w:rFonts w:ascii="宋体" w:hAnsi="宋体" w:eastAsia="宋体" w:cs="宋体"/>
          <w:color w:val="000000"/>
        </w:rPr>
        <w:t>．又因为</w:t>
      </w:r>
      <w:r>
        <w:rPr>
          <w:rFonts w:ascii="Times New Roman" w:hAnsi="Times New Roman" w:eastAsia="Times New Roman" w:cs="Times New Roman"/>
          <w:color w:val="000000"/>
        </w:rPr>
        <w:t>AD</w:t>
      </w:r>
      <w:r>
        <w:rPr>
          <w:rFonts w:ascii="宋体" w:hAnsi="宋体" w:eastAsia="宋体" w:cs="宋体"/>
          <w:color w:val="000000"/>
        </w:rPr>
        <w:t>是∠</w:t>
      </w:r>
      <w:r>
        <w:rPr>
          <w:rFonts w:ascii="Times New Roman" w:hAnsi="Times New Roman" w:eastAsia="Times New Roman" w:cs="Times New Roman"/>
          <w:color w:val="000000"/>
        </w:rPr>
        <w:t>BAC</w:t>
      </w:r>
      <w:r>
        <w:rPr>
          <w:rFonts w:ascii="宋体" w:hAnsi="宋体" w:eastAsia="宋体" w:cs="宋体"/>
          <w:color w:val="000000"/>
        </w:rPr>
        <w:t xml:space="preserve"> </w:t>
      </w:r>
      <w:r>
        <w:rPr>
          <w:rFonts w:ascii="宋体" w:hAnsi="宋体" w:eastAsia="宋体" w:cs="宋体"/>
          <w:color w:val="000000"/>
          <w:position w:val="0"/>
        </w:rPr>
        <w:drawing>
          <wp:inline distT="0" distB="0" distL="114300" distR="114300">
            <wp:extent cx="133350" cy="177800"/>
            <wp:effectExtent l="0" t="0" r="0" b="13335"/>
            <wp:docPr id="2247" name="图片 237499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48" name="图片 23749966"/>
                    <pic:cNvPicPr>
                      <a:picLocks noChangeAspect="1"/>
                    </pic:cNvPicPr>
                  </pic:nvPicPr>
                  <pic:blipFill>
                    <a:blip r:embed="rId196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平分线，可得△</w:t>
      </w:r>
      <w:r>
        <w:rPr>
          <w:rFonts w:ascii="Times New Roman" w:hAnsi="Times New Roman" w:eastAsia="Times New Roman" w:cs="Times New Roman"/>
          <w:color w:val="000000"/>
        </w:rPr>
        <w:t>ABD</w:t>
      </w:r>
      <w:r>
        <w:rPr>
          <w:rFonts w:ascii="宋体" w:hAnsi="宋体" w:eastAsia="宋体" w:cs="宋体"/>
          <w:color w:val="000000"/>
        </w:rPr>
        <w:t>≌△</w:t>
      </w:r>
      <w:r>
        <w:rPr>
          <w:rFonts w:ascii="Times New Roman" w:hAnsi="Times New Roman" w:eastAsia="Times New Roman" w:cs="Times New Roman"/>
          <w:color w:val="000000"/>
        </w:rPr>
        <w:t>AED</w:t>
      </w:r>
      <w:r>
        <w:rPr>
          <w:rFonts w:ascii="宋体" w:hAnsi="宋体" w:eastAsia="宋体" w:cs="宋体"/>
          <w:color w:val="000000"/>
        </w:rPr>
        <w:t>，进一步分析就可以得到∠</w:t>
      </w:r>
      <w:r>
        <w:rPr>
          <w:rFonts w:ascii="Times New Roman" w:hAnsi="Times New Roman" w:eastAsia="Times New Roman" w:cs="Times New Roman"/>
          <w:color w:val="000000"/>
        </w:rPr>
        <w:t>ACB</w:t>
      </w:r>
      <w:r>
        <w:rPr>
          <w:rFonts w:ascii="宋体" w:hAnsi="宋体" w:eastAsia="宋体" w:cs="宋体"/>
          <w:color w:val="000000"/>
        </w:rPr>
        <w:t xml:space="preserve"> 与∠</w:t>
      </w:r>
      <w:r>
        <w:rPr>
          <w:rFonts w:ascii="Times New Roman" w:hAnsi="Times New Roman" w:eastAsia="Times New Roman" w:cs="Times New Roman"/>
          <w:color w:val="000000"/>
        </w:rPr>
        <w:t>ABC</w:t>
      </w:r>
      <w:r>
        <w:rPr>
          <w:rFonts w:ascii="宋体" w:hAnsi="宋体" w:eastAsia="宋体" w:cs="宋体"/>
          <w:color w:val="000000"/>
        </w:rPr>
        <w:t xml:space="preserve"> 的数量关系．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）判定△</w:t>
      </w:r>
      <w:r>
        <w:rPr>
          <w:rFonts w:ascii="Times New Roman" w:hAnsi="Times New Roman" w:eastAsia="Times New Roman" w:cs="Times New Roman"/>
          <w:color w:val="000000"/>
        </w:rPr>
        <w:t>ABD</w:t>
      </w:r>
      <w:r>
        <w:rPr>
          <w:rFonts w:ascii="宋体" w:hAnsi="宋体" w:eastAsia="宋体" w:cs="宋体"/>
          <w:color w:val="000000"/>
        </w:rPr>
        <w:t xml:space="preserve"> 与△</w:t>
      </w:r>
      <w:r>
        <w:rPr>
          <w:rFonts w:ascii="Times New Roman" w:hAnsi="Times New Roman" w:eastAsia="Times New Roman" w:cs="Times New Roman"/>
          <w:color w:val="000000"/>
        </w:rPr>
        <w:t>AED</w:t>
      </w:r>
      <w:r>
        <w:rPr>
          <w:rFonts w:ascii="宋体" w:hAnsi="宋体" w:eastAsia="宋体" w:cs="宋体"/>
          <w:color w:val="000000"/>
        </w:rPr>
        <w:t xml:space="preserve"> 全等的依据是</w:t>
      </w:r>
      <w:r>
        <w:rPr>
          <w:color w:val="000000"/>
        </w:rPr>
        <w:t>__________</w:t>
      </w:r>
      <w:r>
        <w:rPr>
          <w:rFonts w:ascii="宋体" w:hAnsi="宋体" w:eastAsia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）∠</w:t>
      </w:r>
      <w:r>
        <w:rPr>
          <w:rFonts w:ascii="Times New Roman" w:hAnsi="Times New Roman" w:eastAsia="Times New Roman" w:cs="Times New Roman"/>
          <w:color w:val="000000"/>
        </w:rPr>
        <w:t>ACB</w:t>
      </w:r>
      <w:r>
        <w:rPr>
          <w:rFonts w:ascii="宋体" w:hAnsi="宋体" w:eastAsia="宋体" w:cs="宋体"/>
          <w:color w:val="000000"/>
        </w:rPr>
        <w:t xml:space="preserve"> 与∠</w:t>
      </w:r>
      <w:r>
        <w:rPr>
          <w:rFonts w:ascii="Times New Roman" w:hAnsi="Times New Roman" w:eastAsia="Times New Roman" w:cs="Times New Roman"/>
          <w:color w:val="000000"/>
        </w:rPr>
        <w:t>ABC</w:t>
      </w:r>
      <w:r>
        <w:rPr>
          <w:rFonts w:ascii="宋体" w:hAnsi="宋体" w:eastAsia="宋体" w:cs="宋体"/>
          <w:color w:val="000000"/>
        </w:rPr>
        <w:t xml:space="preserve"> 的数量关系为：</w:t>
      </w:r>
      <w:r>
        <w:rPr>
          <w:color w:val="000000"/>
        </w:rPr>
        <w:t>_________</w:t>
      </w:r>
      <w:r>
        <w:rPr>
          <w:rFonts w:ascii="宋体" w:hAnsi="宋体" w:eastAsia="宋体" w:cs="宋体"/>
          <w:color w:val="000000"/>
        </w:rPr>
        <w:t>．</w:t>
      </w:r>
    </w:p>
    <w:p>
      <w:pPr>
        <w:pStyle w:val="Heading2"/>
      </w:pPr>
      <w:r>
        <w:t>景山学校远洋分校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20. </w:t>
      </w:r>
      <w:r>
        <w:rPr>
          <w:rFonts w:ascii="宋体" w:eastAsia="宋体" w:hAnsi="宋体" w:cs="宋体"/>
          <w:color w:val="000000"/>
        </w:rPr>
        <w:t>已知线段</w:t>
      </w:r>
      <w:r>
        <w:rPr>
          <w:rFonts w:ascii="Times New Roman" w:eastAsia="Times New Roman" w:hAnsi="Times New Roman" w:cs="Times New Roman"/>
          <w:i/>
          <w:color w:val="000000"/>
        </w:rPr>
        <w:t>AB</w:t>
      </w:r>
      <w:r>
        <w:rPr>
          <w:rFonts w:ascii="Times New Roman" w:eastAsia="Times New Roman" w:hAnsi="Times New Roman" w:cs="Times New Roman"/>
          <w:color w:val="000000"/>
        </w:rPr>
        <w:t>=6cm</w:t>
      </w:r>
      <w:r>
        <w:rPr>
          <w:rFonts w:ascii="宋体" w:eastAsia="宋体" w:hAnsi="宋体" w:cs="宋体"/>
          <w:color w:val="000000"/>
        </w:rPr>
        <w:t>，点</w:t>
      </w:r>
      <w:r>
        <w:rPr>
          <w:rFonts w:ascii="Times New Roman" w:eastAsia="Times New Roman" w:hAnsi="Times New Roman" w:cs="Times New Roman"/>
          <w:i/>
          <w:color w:val="000000"/>
        </w:rPr>
        <w:t>C</w:t>
      </w:r>
      <w:r>
        <w:rPr>
          <w:rFonts w:ascii="宋体" w:eastAsia="宋体" w:hAnsi="宋体" w:cs="宋体"/>
          <w:color w:val="000000"/>
        </w:rPr>
        <w:t>在直线</w:t>
      </w:r>
      <w:r>
        <w:rPr>
          <w:rFonts w:ascii="Times New Roman" w:eastAsia="Times New Roman" w:hAnsi="Times New Roman" w:cs="Times New Roman"/>
          <w:i/>
          <w:color w:val="000000"/>
        </w:rPr>
        <w:t>AB</w:t>
      </w:r>
      <w:r>
        <w:rPr>
          <w:rFonts w:ascii="宋体" w:eastAsia="宋体" w:hAnsi="宋体" w:cs="宋体"/>
          <w:color w:val="000000"/>
        </w:rPr>
        <w:t>上，到点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的距离为</w:t>
      </w:r>
      <w:r>
        <w:rPr>
          <w:rFonts w:ascii="Times New Roman" w:eastAsia="Times New Roman" w:hAnsi="Times New Roman" w:cs="Times New Roman"/>
          <w:color w:val="000000"/>
        </w:rPr>
        <w:t>3cm</w:t>
      </w:r>
      <w:r>
        <w:rPr>
          <w:rFonts w:ascii="宋体" w:eastAsia="宋体" w:hAnsi="宋体" w:cs="宋体"/>
          <w:color w:val="000000"/>
        </w:rPr>
        <w:t>，则线段</w:t>
      </w:r>
      <w:r>
        <w:rPr>
          <w:rFonts w:ascii="Times New Roman" w:eastAsia="Times New Roman" w:hAnsi="Times New Roman" w:cs="Times New Roman"/>
          <w:i/>
          <w:color w:val="000000"/>
        </w:rPr>
        <w:t>BC</w:t>
      </w:r>
      <w:r>
        <w:rPr>
          <w:rFonts w:ascii="宋体" w:eastAsia="宋体" w:hAnsi="宋体" w:cs="宋体"/>
          <w:color w:val="000000"/>
        </w:rPr>
        <w:t>的长度为</w:t>
      </w:r>
      <w:r>
        <w:rPr>
          <w:color w:val="000000"/>
        </w:rPr>
        <w:t>________</w:t>
      </w:r>
      <w:r>
        <w:rPr>
          <w:rFonts w:ascii="Times New Roman" w:eastAsia="Times New Roman" w:hAnsi="Times New Roman" w:cs="Times New Roman"/>
          <w:color w:val="000000"/>
        </w:rPr>
        <w:t>cm</w:t>
      </w:r>
      <w:r>
        <w:rPr>
          <w:rFonts w:ascii="宋体" w:eastAsia="宋体" w:hAnsi="宋体" w:cs="宋体"/>
          <w:color w:val="000000"/>
        </w:rPr>
        <w:t>．</w:t>
      </w:r>
    </w:p>
    <w:p>
      <w:pPr>
        <w:pStyle w:val="Heading2"/>
      </w:pPr>
      <w:r>
        <w:t>朝阳区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16. </w:t>
      </w:r>
      <w:r>
        <w:rPr>
          <w:rFonts w:ascii="宋体" w:eastAsia="宋体" w:hAnsi="宋体" w:cs="宋体"/>
          <w:color w:val="000000"/>
        </w:rPr>
        <w:t>有下列一些生活中的现象：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①把原来弯曲</w:t>
      </w:r>
      <w:r>
        <w:rPr>
          <w:rFonts w:ascii="宋体" w:eastAsia="宋体" w:hAnsi="宋体" w:cs="宋体"/>
          <w:color w:val="000000"/>
          <w:position w:val="0"/>
        </w:rPr>
        <w:drawing>
          <wp:inline>
            <wp:extent cx="133350" cy="177800"/>
            <wp:docPr id="2249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0" name=""/>
                    <pic:cNvPicPr>
                      <a:picLocks noChangeAspect="1"/>
                    </pic:cNvPicPr>
                  </pic:nvPicPr>
                  <pic:blipFill>
                    <a:blip r:embed="rId197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color w:val="000000"/>
        </w:rPr>
        <w:t>河道改直，河道长度变短；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②将两根细木条叠放在一起，两端恰好重合，如果中间存在缝隙，那么这两根细木条不可能都是直的；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③植树时，只要定出两个树坑的位置，就能使同一行的树坑在一条直线上；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④只用两颗钉子就能把一根细木条固定在墙上．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其原理能用基本事实“两点确定一条直线”解释的为</w:t>
      </w:r>
      <w:r>
        <w:rPr>
          <w:color w:val="000000"/>
        </w:rPr>
        <w:t>______</w:t>
      </w:r>
      <w:r>
        <w:rPr>
          <w:rFonts w:ascii="宋体" w:eastAsia="宋体" w:hAnsi="宋体" w:cs="宋体"/>
          <w:color w:val="000000"/>
        </w:rPr>
        <w:t>．（只填序号）</w:t>
      </w:r>
    </w:p>
    <w:p>
      <w:pPr>
        <w:pStyle w:val="Heading2"/>
      </w:pPr>
      <w:r>
        <w:t>海淀区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16. </w:t>
      </w:r>
      <w:r>
        <w:rPr>
          <w:rFonts w:ascii="宋体" w:eastAsia="宋体" w:hAnsi="宋体" w:cs="宋体"/>
          <w:color w:val="000000"/>
        </w:rPr>
        <w:t>从正整数</w:t>
      </w:r>
      <w:r>
        <w:pict>
          <v:shape id="_x0000_i704795" type="#_x0000_t75" alt="学科网(www.zxxk.com)--教育资源门户，提供试卷、教案、课件、论文、素材以及各类教学资源下载，还有大量而丰富的教学相关资讯！" style="width:65pt;height:13.95pt" o:oleicon="f" o:ole="">
            <v:imagedata r:id="rId198" o:title="eqIdaadabfb21e8cd0cc5f3ab0d530a35a14"/>
          </v:shape>
        </w:pict>
      </w:r>
      <w:r>
        <w:rPr>
          <w:rFonts w:ascii="宋体" w:eastAsia="宋体" w:hAnsi="宋体" w:cs="宋体"/>
          <w:color w:val="000000"/>
        </w:rPr>
        <w:t>中，选出</w:t>
      </w:r>
      <w:r>
        <w:pict>
          <v:shape id="_x0000_i704796" type="#_x0000_t75" alt="学科网(www.zxxk.com)--教育资源门户，提供试卷、教案、课件、论文、素材以及各类教学资源下载，还有大量而丰富的教学相关资讯！" style="width:10pt;height:14.4pt" o:oleicon="f" o:ole="">
            <v:imagedata r:id="rId199" o:title="eqIdf0a532e15e232cb4b99a8d4d07c89575"/>
          </v:shape>
        </w:pict>
      </w:r>
      <w:r>
        <w:rPr>
          <w:rFonts w:ascii="宋体" w:eastAsia="宋体" w:hAnsi="宋体" w:cs="宋体"/>
          <w:color w:val="000000"/>
        </w:rPr>
        <w:t>组数，满足以下三个条件：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①每组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个数不相等；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②任意两组都不含有相同的数；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③每组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个数的和互不相同且不超过</w:t>
      </w:r>
      <w:r>
        <w:rPr>
          <w:rFonts w:ascii="Times New Roman" w:eastAsia="Times New Roman" w:hAnsi="Times New Roman" w:cs="Times New Roman"/>
          <w:color w:val="000000"/>
        </w:rPr>
        <w:t>15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根据以上条件，回答下列问题：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）若</w:t>
      </w:r>
      <w:r>
        <w:pict>
          <v:shape id="_x0000_i704797" type="#_x0000_t75" alt="学科网(www.zxxk.com)--教育资源门户，提供试卷、教案、课件、论文、素材以及各类教学资源下载，还有大量而丰富的教学相关资讯！" style="width:27.8pt;height:14.15pt" o:oleicon="f" o:ole="">
            <v:imagedata r:id="rId200" o:title="eqIdf8e69866076dcff686a05e9e91e61e68"/>
          </v:shape>
        </w:pict>
      </w:r>
      <w:r>
        <w:rPr>
          <w:rFonts w:ascii="宋体" w:eastAsia="宋体" w:hAnsi="宋体" w:cs="宋体"/>
          <w:color w:val="000000"/>
        </w:rPr>
        <w:t>，请写出一种选取方案：第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组：</w:t>
      </w:r>
      <w:r>
        <w:rPr>
          <w:color w:val="000000"/>
        </w:rPr>
        <w:t>________</w:t>
      </w:r>
      <w:r>
        <w:rPr>
          <w:rFonts w:ascii="宋体" w:eastAsia="宋体" w:hAnsi="宋体" w:cs="宋体"/>
          <w:color w:val="000000"/>
        </w:rPr>
        <w:t>，第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组：</w:t>
      </w:r>
      <w:r>
        <w:rPr>
          <w:color w:val="000000"/>
        </w:rPr>
        <w:t>________</w: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）</w:t>
      </w:r>
      <w:r>
        <w:pict>
          <v:shape id="_x0000_i704798" type="#_x0000_t75" alt="学科网(www.zxxk.com)--教育资源门户，提供试卷、教案、课件、论文、素材以及各类教学资源下载，还有大量而丰富的教学相关资讯！" style="width:10pt;height:14.4pt" o:oleicon="f" o:ole="">
            <v:imagedata r:id="rId201" o:title="eqIdf0a532e15e232cb4b99a8d4d07c89575"/>
          </v:shape>
        </w:pict>
      </w:r>
      <w:r>
        <w:rPr>
          <w:rFonts w:ascii="宋体" w:eastAsia="宋体" w:hAnsi="宋体" w:cs="宋体"/>
          <w:color w:val="000000"/>
        </w:rPr>
        <w:t>的最大值为</w:t>
      </w:r>
      <w:r>
        <w:rPr>
          <w:color w:val="000000"/>
        </w:rPr>
        <w:t>_______</w:t>
      </w:r>
      <w:r>
        <w:rPr>
          <w:rFonts w:ascii="宋体" w:eastAsia="宋体" w:hAnsi="宋体" w:cs="宋体"/>
          <w:color w:val="000000"/>
        </w:rPr>
        <w:t>．</w:t>
      </w:r>
    </w:p>
    <w:p>
      <w:pPr>
        <w:pStyle w:val="Heading2"/>
      </w:pPr>
      <w:r>
        <w:t>清华大学附属中学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16. </w:t>
      </w:r>
      <w:r>
        <w:rPr>
          <w:rFonts w:ascii="宋体" w:eastAsia="宋体" w:hAnsi="宋体" w:cs="宋体"/>
          <w:color w:val="000000"/>
        </w:rPr>
        <w:t>为促进春节消费，某黄金首饰店决定在假期开展一次</w:t>
      </w:r>
      <w:r>
        <w:rPr>
          <w:rFonts w:ascii="Times New Roman" w:eastAsia="Times New Roman" w:hAnsi="Times New Roman" w:cs="Times New Roman"/>
          <w:color w:val="000000"/>
        </w:rPr>
        <w:t>“</w:t>
      </w:r>
      <w:r>
        <w:rPr>
          <w:rFonts w:ascii="宋体" w:eastAsia="宋体" w:hAnsi="宋体" w:cs="宋体"/>
          <w:color w:val="000000"/>
        </w:rPr>
        <w:t>力度空前</w:t>
      </w:r>
      <w:r>
        <w:rPr>
          <w:rFonts w:ascii="Times New Roman" w:eastAsia="Times New Roman" w:hAnsi="Times New Roman" w:cs="Times New Roman"/>
          <w:color w:val="000000"/>
        </w:rPr>
        <w:t>”</w:t>
      </w:r>
      <w:r>
        <w:rPr>
          <w:rFonts w:ascii="宋体" w:eastAsia="宋体" w:hAnsi="宋体" w:cs="宋体"/>
          <w:color w:val="000000"/>
        </w:rPr>
        <w:t>的促销活动．活动方案如下：在收银台旁放置一个不透明的箱子，箱子里有红、黄、绿三种颜色的球各一个（除颜色外大小、形状、质地等完全相同），顾客购买的商品达到一定金额可获得一次抽奖机会，摸中红、黄、绿三种颜色的球可分别返还现金</w:t>
      </w:r>
      <w:r>
        <w:rPr>
          <w:rFonts w:ascii="Times New Roman" w:eastAsia="Times New Roman" w:hAnsi="Times New Roman" w:cs="Times New Roman"/>
          <w:color w:val="000000"/>
        </w:rPr>
        <w:t>100</w:t>
      </w:r>
      <w:r>
        <w:rPr>
          <w:rFonts w:ascii="宋体" w:eastAsia="宋体" w:hAnsi="宋体" w:cs="宋体"/>
          <w:color w:val="000000"/>
        </w:rPr>
        <w:t>元、</w:t>
      </w:r>
      <w:r>
        <w:rPr>
          <w:rFonts w:ascii="Times New Roman" w:eastAsia="Times New Roman" w:hAnsi="Times New Roman" w:cs="Times New Roman"/>
          <w:color w:val="000000"/>
        </w:rPr>
        <w:t>60</w:t>
      </w:r>
      <w:r>
        <w:rPr>
          <w:rFonts w:ascii="宋体" w:eastAsia="宋体" w:hAnsi="宋体" w:cs="宋体"/>
          <w:color w:val="000000"/>
        </w:rPr>
        <w:t>元、</w:t>
      </w:r>
      <w:r>
        <w:rPr>
          <w:rFonts w:ascii="Times New Roman" w:eastAsia="Times New Roman" w:hAnsi="Times New Roman" w:cs="Times New Roman"/>
          <w:color w:val="000000"/>
        </w:rPr>
        <w:t>30</w:t>
      </w:r>
      <w:r>
        <w:rPr>
          <w:rFonts w:ascii="宋体" w:eastAsia="宋体" w:hAnsi="宋体" w:cs="宋体"/>
          <w:color w:val="000000"/>
        </w:rPr>
        <w:t>元．商场分三个时段统计摸球次数和返现金额，汇总统计结果为：第二时段摸到红球次数为第一时段的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倍，摸到黄球次数为第一时段的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倍，摸到绿球次数为第一时段的</w: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rFonts w:ascii="宋体" w:eastAsia="宋体" w:hAnsi="宋体" w:cs="宋体"/>
          <w:color w:val="000000"/>
        </w:rPr>
        <w:t>倍；第三时段摸到红球次数与第一时段相同，摸到黄球次数为第一时段的</w: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rFonts w:ascii="宋体" w:eastAsia="宋体" w:hAnsi="宋体" w:cs="宋体"/>
          <w:color w:val="000000"/>
        </w:rPr>
        <w:t>倍，摸到绿球次数为第一时段的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倍，三个时段返现总金额为</w:t>
      </w:r>
      <w:r>
        <w:rPr>
          <w:rFonts w:ascii="Times New Roman" w:eastAsia="Times New Roman" w:hAnsi="Times New Roman" w:cs="Times New Roman"/>
          <w:color w:val="000000"/>
        </w:rPr>
        <w:t>4180</w:t>
      </w:r>
      <w:r>
        <w:rPr>
          <w:rFonts w:ascii="宋体" w:eastAsia="宋体" w:hAnsi="宋体" w:cs="宋体"/>
          <w:color w:val="000000"/>
        </w:rPr>
        <w:t>元，第三时段返现金额比第一时段多</w:t>
      </w:r>
      <w:r>
        <w:rPr>
          <w:rFonts w:ascii="Times New Roman" w:eastAsia="Times New Roman" w:hAnsi="Times New Roman" w:cs="Times New Roman"/>
          <w:color w:val="000000"/>
        </w:rPr>
        <w:t>600</w:t>
      </w:r>
      <w:r>
        <w:rPr>
          <w:rFonts w:ascii="宋体" w:eastAsia="宋体" w:hAnsi="宋体" w:cs="宋体"/>
          <w:color w:val="000000"/>
        </w:rPr>
        <w:t>元，则第二时段返现金额为</w:t>
      </w:r>
      <w:r>
        <w:rPr>
          <w:color w:val="000000"/>
        </w:rPr>
        <w:t>______</w:t>
      </w:r>
      <w:r>
        <w:rPr>
          <w:rFonts w:ascii="宋体" w:eastAsia="宋体" w:hAnsi="宋体" w:cs="宋体"/>
          <w:color w:val="000000"/>
        </w:rPr>
        <w:t>元．</w:t>
      </w:r>
    </w:p>
    <w:p>
      <w:pPr>
        <w:pStyle w:val="Heading2"/>
      </w:pPr>
      <w:r>
        <w:t>石景山区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16. </w:t>
      </w:r>
      <w:r>
        <w:rPr>
          <w:rFonts w:ascii="宋体" w:eastAsia="宋体" w:hAnsi="宋体" w:cs="宋体"/>
          <w:color w:val="000000"/>
        </w:rPr>
        <w:t>一组按规律排列的单项式为“</w:t>
      </w:r>
      <w:r>
        <w:pict>
          <v:shape id="_x0000_i704799" type="#_x0000_t75" alt="学科网(www.zxxk.com)--教育资源门户，提供试卷、教案、课件、论文、素材以及各类教学资源下载，还有大量而丰富的教学相关资讯！" style="width:103.2pt;height:33pt" o:oleicon="f" o:ole="">
            <v:imagedata r:id="rId202" o:title="eqId1e2e3b1d3fd3724fceeecef6936d6cba"/>
          </v:shape>
        </w:pict>
      </w:r>
      <w:r>
        <w:rPr>
          <w:rFonts w:ascii="宋体" w:eastAsia="宋体" w:hAnsi="宋体" w:cs="宋体"/>
          <w:color w:val="000000"/>
        </w:rPr>
        <w:t>”．依此规律，第</w:t>
      </w:r>
      <w:r>
        <w:rPr>
          <w:rFonts w:ascii="Times New Roman" w:eastAsia="Times New Roman" w:hAnsi="Times New Roman" w:cs="Times New Roman"/>
          <w:color w:val="000000"/>
        </w:rPr>
        <w:t>6</w:t>
      </w:r>
      <w:r>
        <w:rPr>
          <w:rFonts w:ascii="宋体" w:eastAsia="宋体" w:hAnsi="宋体" w:cs="宋体"/>
          <w:color w:val="000000"/>
        </w:rPr>
        <w:t>个单项式为</w:t>
      </w:r>
      <w:r>
        <w:rPr>
          <w:color w:val="000000"/>
        </w:rPr>
        <w:t>_____________</w:t>
      </w:r>
      <w:r>
        <w:rPr>
          <w:rFonts w:ascii="宋体" w:eastAsia="宋体" w:hAnsi="宋体" w:cs="宋体"/>
          <w:color w:val="000000"/>
        </w:rPr>
        <w:t>，第</w:t>
      </w:r>
      <w:r>
        <w:rPr>
          <w:rFonts w:ascii="Times New Roman" w:eastAsia="Times New Roman" w:hAnsi="Times New Roman" w:cs="Times New Roman"/>
          <w:i/>
          <w:color w:val="000000"/>
        </w:rPr>
        <w:t>n</w:t>
      </w:r>
      <w:r>
        <w:rPr>
          <w:rFonts w:ascii="宋体" w:eastAsia="宋体" w:hAnsi="宋体" w:cs="宋体"/>
          <w:color w:val="000000"/>
        </w:rPr>
        <w:t>个单项式为</w:t>
      </w:r>
      <w:r>
        <w:rPr>
          <w:color w:val="000000"/>
        </w:rPr>
        <w:t>_____________</w:t>
      </w:r>
      <w:r>
        <w:rPr>
          <w:rFonts w:ascii="宋体" w:eastAsia="宋体" w:hAnsi="宋体" w:cs="宋体"/>
          <w:color w:val="000000"/>
        </w:rPr>
        <w:t>．</w:t>
      </w:r>
    </w:p>
    <w:p>
      <w:pPr>
        <w:pStyle w:val="Heading2"/>
      </w:pPr>
      <w:r>
        <w:t>第二中学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16. </w:t>
      </w:r>
      <w:r>
        <w:rPr>
          <w:rFonts w:ascii="宋体" w:eastAsia="宋体" w:hAnsi="宋体" w:cs="宋体"/>
          <w:color w:val="000000"/>
        </w:rPr>
        <w:t>把四张大小相同的长方形卡片（如图</w:t>
      </w:r>
      <w:r>
        <w:rPr>
          <w:rFonts w:ascii="Times New Roman" w:eastAsia="Times New Roman" w:hAnsi="Times New Roman" w:cs="Times New Roman"/>
          <w:color w:val="000000"/>
        </w:rPr>
        <w:t>①</w:t>
      </w:r>
      <w:r>
        <w:rPr>
          <w:rFonts w:ascii="宋体" w:eastAsia="宋体" w:hAnsi="宋体" w:cs="宋体"/>
          <w:color w:val="000000"/>
        </w:rPr>
        <w:t>）按图</w:t>
      </w:r>
      <w:r>
        <w:rPr>
          <w:rFonts w:ascii="Times New Roman" w:eastAsia="Times New Roman" w:hAnsi="Times New Roman" w:cs="Times New Roman"/>
          <w:color w:val="000000"/>
        </w:rPr>
        <w:t>②</w:t>
      </w:r>
      <w:r>
        <w:rPr>
          <w:rFonts w:ascii="宋体" w:eastAsia="宋体" w:hAnsi="宋体" w:cs="宋体"/>
          <w:color w:val="000000"/>
        </w:rPr>
        <w:t>、图</w:t>
      </w:r>
      <w:r>
        <w:rPr>
          <w:rFonts w:ascii="Times New Roman" w:eastAsia="Times New Roman" w:hAnsi="Times New Roman" w:cs="Times New Roman"/>
          <w:color w:val="000000"/>
        </w:rPr>
        <w:t>③</w:t>
      </w:r>
      <w:r>
        <w:rPr>
          <w:rFonts w:ascii="宋体" w:eastAsia="宋体" w:hAnsi="宋体" w:cs="宋体"/>
          <w:color w:val="000000"/>
        </w:rPr>
        <w:t>两种放法放在一个底面为长方形（长为</w:t>
      </w:r>
      <w:r>
        <w:pict>
          <v:shape id="_x0000_i704800" type="#_x0000_t75" alt="学科网(www.zxxk.com)--教育资源门户，提供试卷、教案、课件、论文、素材以及各类教学资源下载，还有大量而丰富的教学相关资讯！" style="width:12.75pt;height:11.25pt" o:oleicon="f" o:ole="">
            <v:imagedata r:id="rId203" o:title="eqId294f5ba74cdf695fc9a8a8e52f421328"/>
          </v:shape>
        </w:pict>
      </w:r>
      <w:r>
        <w:rPr>
          <w:rFonts w:ascii="宋体" w:eastAsia="宋体" w:hAnsi="宋体" w:cs="宋体"/>
          <w:color w:val="000000"/>
        </w:rPr>
        <w:t>，宽为</w:t>
      </w:r>
      <w:r>
        <w:pict>
          <v:shape id="_x0000_i704801" type="#_x0000_t75" alt="学科网(www.zxxk.com)--教育资源门户，提供试卷、教案、课件、论文、素材以及各类教学资源下载，还有大量而丰富的教学相关资讯！" style="width:9.75pt;height:11.25pt" o:oleicon="f" o:ole="">
            <v:imagedata r:id="rId204" o:title="eqIdb6a24198bd04c29321ae5dc5a28fe421"/>
          </v:shape>
        </w:pict>
      </w:r>
      <w:r>
        <w:rPr>
          <w:rFonts w:ascii="宋体" w:eastAsia="宋体" w:hAnsi="宋体" w:cs="宋体"/>
          <w:color w:val="000000"/>
        </w:rPr>
        <w:t>）的盒底上，底面未被卡片覆盖的部分用阴影表示，若记图</w:t>
      </w:r>
      <w:r>
        <w:rPr>
          <w:rFonts w:ascii="Times New Roman" w:eastAsia="Times New Roman" w:hAnsi="Times New Roman" w:cs="Times New Roman"/>
          <w:color w:val="000000"/>
        </w:rPr>
        <w:t>②</w:t>
      </w:r>
      <w:r>
        <w:rPr>
          <w:rFonts w:ascii="宋体" w:eastAsia="宋体" w:hAnsi="宋体" w:cs="宋体"/>
          <w:color w:val="000000"/>
        </w:rPr>
        <w:t>中阴影部分的周长为</w:t>
      </w:r>
      <w:r>
        <w:pict>
          <v:shape id="_x0000_i704802" type="#_x0000_t75" alt="学科网(www.zxxk.com)--教育资源门户，提供试卷、教案、课件、论文、素材以及各类教学资源下载，还有大量而丰富的教学相关资讯！" style="width:15pt;height:18pt" o:oleicon="f" o:ole="">
            <v:imagedata r:id="rId205" o:title="eqId23f3ffe7abc59e2f65d827c8eab8d36a"/>
          </v:shape>
        </w:pict>
      </w:r>
      <w:r>
        <w:rPr>
          <w:rFonts w:ascii="宋体" w:eastAsia="宋体" w:hAnsi="宋体" w:cs="宋体"/>
          <w:color w:val="000000"/>
        </w:rPr>
        <w:t>，图</w:t>
      </w:r>
      <w:r>
        <w:rPr>
          <w:rFonts w:ascii="Times New Roman" w:eastAsia="Times New Roman" w:hAnsi="Times New Roman" w:cs="Times New Roman"/>
          <w:color w:val="000000"/>
        </w:rPr>
        <w:t>③</w:t>
      </w:r>
      <w:r>
        <w:rPr>
          <w:rFonts w:ascii="宋体" w:eastAsia="宋体" w:hAnsi="宋体" w:cs="宋体"/>
          <w:color w:val="000000"/>
        </w:rPr>
        <w:t>中阴影部分的周长为</w:t>
      </w:r>
      <w:r>
        <w:pict>
          <v:shape id="_x0000_i704803" type="#_x0000_t75" alt="学科网(www.zxxk.com)--教育资源门户，提供试卷、教案、课件、论文、素材以及各类教学资源下载，还有大量而丰富的教学相关资讯！" style="width:12.75pt;height:15.75pt" o:oleicon="f" o:ole="">
            <v:imagedata r:id="rId206" o:title="eqIdab94459e87c666facddbe1a23ae1899d"/>
          </v:shape>
        </w:pict>
      </w:r>
      <w:r>
        <w:rPr>
          <w:rFonts w:ascii="宋体" w:eastAsia="宋体" w:hAnsi="宋体" w:cs="宋体"/>
          <w:color w:val="000000"/>
        </w:rPr>
        <w:t>，则</w:t>
      </w:r>
      <w:r>
        <w:pict>
          <v:shape id="_x0000_i704804" type="#_x0000_t75" alt="学科网(www.zxxk.com)--教育资源门户，提供试卷、教案、课件、论文、素材以及各类教学资源下载，还有大量而丰富的教学相关资讯！" style="width:48pt;height:18pt" o:oleicon="f" o:ole="">
            <v:imagedata r:id="rId207" o:title="eqId28b6be82edd9069d7836a565d33d29fd"/>
          </v:shape>
        </w:pict>
      </w:r>
      <w:r>
        <w:rPr>
          <w:color w:val="000000"/>
        </w:rPr>
        <w:t>___________</w:t>
      </w:r>
      <w:r>
        <w:rPr>
          <w:rFonts w:ascii="Times New Roman" w:eastAsia="Times New Roman" w:hAnsi="Times New Roman" w:cs="Times New Roman"/>
          <w:color w:val="000000"/>
        </w:rPr>
        <w:t xml:space="preserve">. 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3267075" cy="1076325"/>
            <wp:docPr id="2251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2" name=""/>
                    <pic:cNvPicPr>
                      <a:picLocks noChangeAspect="1"/>
                    </pic:cNvPicPr>
                  </pic:nvPicPr>
                  <pic:blipFill>
                    <a:blip r:embed="rId208"/>
                    <a:stretch>
                      <a:fillRect/>
                    </a:stretch>
                  </pic:blipFill>
                  <pic:spPr>
                    <a:xfrm>
                      <a:off x="0" y="0"/>
                      <a:ext cx="3267075" cy="1076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第十三中学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16. </w:t>
      </w:r>
      <w:r>
        <w:rPr>
          <w:rFonts w:ascii="宋体" w:hAnsi="宋体" w:eastAsia="宋体" w:cs="宋体"/>
          <w:color w:val="000000"/>
        </w:rPr>
        <w:t>将正方体骰子（相对面上的点数分别为1和6、2和5、3和4）放置于水平桌面上，如图1．在图2中，将骰子向右翻滚90°，然后在桌面上按逆时针方向旋转90°，则完成一次变换．若骰子的初始位置为图1所示的状态，那么按上述规则连续完成14次变换后，骰子朝上一面的点数是</w:t>
      </w:r>
      <w:r>
        <w:rPr>
          <w:color w:val="000000"/>
        </w:rPr>
        <w:t>_____________________</w:t>
      </w:r>
      <w:r>
        <w:rPr>
          <w:rFonts w:ascii="Times New Roman" w:hAnsi="Times New Roman" w:eastAsia="Times New Roman" w:cs="Times New Roman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5029200" cy="990600"/>
            <wp:effectExtent l="0" t="0" r="0" b="0"/>
            <wp:docPr id="2253" name="图片 10003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4" name="图片 100033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09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西城区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16. </w:t>
      </w:r>
      <w:r>
        <w:rPr>
          <w:rFonts w:ascii="宋体" w:hAnsi="宋体" w:eastAsia="宋体" w:cs="宋体"/>
          <w:color w:val="000000"/>
        </w:rPr>
        <w:t>在图所示的图案中，每个小三角形的边长都为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，把由四个小三角形组成的边长为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的大三角形称为一个“单元”．现将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color w:val="000000"/>
        </w:rPr>
        <w:t>3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color w:val="000000"/>
        </w:rPr>
        <w:t>4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color w:val="000000"/>
        </w:rPr>
        <w:t>5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color w:val="000000"/>
        </w:rPr>
        <w:t>6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color w:val="000000"/>
        </w:rPr>
        <w:t>7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color w:val="000000"/>
        </w:rPr>
        <w:t>8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color w:val="000000"/>
        </w:rPr>
        <w:t>9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color w:val="000000"/>
        </w:rPr>
        <w:t>10</w:t>
      </w:r>
      <w:r>
        <w:rPr>
          <w:rFonts w:ascii="宋体" w:hAnsi="宋体" w:eastAsia="宋体" w:cs="宋体"/>
          <w:color w:val="000000"/>
        </w:rPr>
        <w:t>这十个数分别填入图中的十个小三角形中，使得对于图中的</w:t>
      </w:r>
      <w:r>
        <w:rPr>
          <w:rFonts w:ascii="宋体" w:hAnsi="宋体" w:eastAsia="宋体" w:cs="宋体"/>
          <w:color w:val="000000"/>
          <w:em w:val="dot"/>
        </w:rPr>
        <w:t>四个</w:t>
      </w:r>
      <w:r>
        <w:rPr>
          <w:rFonts w:ascii="宋体" w:hAnsi="宋体" w:eastAsia="宋体" w:cs="宋体"/>
          <w:color w:val="000000"/>
        </w:rPr>
        <w:t>“单元”，每个“单元”中的四个数之和都是</w:t>
      </w:r>
      <w:r>
        <w:rPr>
          <w:rFonts w:ascii="Times New Roman" w:hAnsi="Times New Roman" w:eastAsia="Times New Roman" w:cs="Times New Roman"/>
          <w:color w:val="000000"/>
        </w:rPr>
        <w:t>23</w:t>
      </w:r>
      <w:r>
        <w:rPr>
          <w:rFonts w:ascii="宋体" w:hAnsi="宋体" w:eastAsia="宋体" w:cs="宋体"/>
          <w:color w:val="000000"/>
        </w:rPr>
        <w:t>．若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color w:val="000000"/>
        </w:rPr>
        <w:t>4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color w:val="000000"/>
        </w:rPr>
        <w:t>5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i/>
          <w:color w:val="000000"/>
        </w:rPr>
        <w:t>a</w:t>
      </w:r>
      <w:r>
        <w:rPr>
          <w:rFonts w:ascii="宋体" w:hAnsi="宋体" w:eastAsia="宋体" w:cs="宋体"/>
          <w:color w:val="000000"/>
        </w:rPr>
        <w:t>已填入图中，位置如图所示，则</w:t>
      </w:r>
      <w:r>
        <w:pict>
          <v:shape id="_x0000_i704805" o:spt="75" alt="学科网(www.zxxk.com)--教育资源门户，提供试卷、教案、课件、论文、素材以及各类教学资源下载，还有大量而丰富的教学相关资讯！" type="#_x0000_t75" style="height:9.75pt;width:9pt;" o:ole="t" filled="f" o:preferrelative="t" stroked="f" coordsize="21600,21600">
            <v:path/>
            <v:fill on="f" focussize="0,0"/>
            <v:stroke on="f" joinstyle="miter"/>
            <v:imagedata r:id="rId210" o:title="eqId0a6936d370d6a238a608ca56f87198de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表示的数是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；请按上述要求，将剩余的数填入图中（填出一种即可）．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1228725" cy="1076325"/>
            <wp:effectExtent l="0" t="0" r="9525" b="9525"/>
            <wp:docPr id="2255" name="图片 10001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6" name="图片 100011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11"/>
                    <a:stretch>
                      <a:fillRect/>
                    </a:stretch>
                  </pic:blipFill>
                  <pic:spPr>
                    <a:xfrm>
                      <a:off x="0" y="0"/>
                      <a:ext cx="1228725" cy="1076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通州区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16. </w:t>
      </w:r>
      <w:r>
        <w:rPr>
          <w:rFonts w:ascii="宋体" w:eastAsia="宋体" w:hAnsi="宋体" w:cs="宋体"/>
          <w:color w:val="000000"/>
        </w:rPr>
        <w:t>已知点</w:t>
      </w:r>
      <w:r>
        <w:pict>
          <v:shape id="_x0000_i704806" type="#_x0000_t75" alt="学科网(www.zxxk.com)--教育资源门户，提供试卷、教案、课件、论文、素材以及各类教学资源下载，还有大量而丰富的教学相关资讯！" style="width:11.9pt;height:14.4pt" o:oleicon="f" o:ole="">
            <v:imagedata r:id="rId212" o:title="eqIdc5db41a1f31d6baee7c69990811edb9f"/>
          </v:shape>
        </w:pict>
      </w:r>
      <w:r>
        <w:rPr>
          <w:rFonts w:ascii="宋体" w:eastAsia="宋体" w:hAnsi="宋体" w:cs="宋体"/>
          <w:color w:val="000000"/>
        </w:rPr>
        <w:t>是线段</w:t>
      </w:r>
      <w:r>
        <w:pict>
          <v:shape id="_x0000_i704807" type="#_x0000_t75" alt="学科网(www.zxxk.com)--教育资源门户，提供试卷、教案、课件、论文、素材以及各类教学资源下载，还有大量而丰富的教学相关资讯！" style="width:20.05pt;height:12.6pt" o:oleicon="f" o:ole="">
            <v:imagedata r:id="rId213" o:title="eqIdf52a58fbaf4fea03567e88a9f0f6e37e"/>
          </v:shape>
        </w:pict>
      </w:r>
      <w:r>
        <w:rPr>
          <w:rFonts w:ascii="宋体" w:eastAsia="宋体" w:hAnsi="宋体" w:cs="宋体"/>
          <w:color w:val="000000"/>
        </w:rPr>
        <w:t>上一点（点</w:t>
      </w:r>
      <w:r>
        <w:pict>
          <v:shape id="_x0000_i704808" type="#_x0000_t75" alt="学科网(www.zxxk.com)--教育资源门户，提供试卷、教案、课件、论文、素材以及各类教学资源下载，还有大量而丰富的教学相关资讯！" style="width:11.9pt;height:14.4pt" o:oleicon="f" o:ole="">
            <v:imagedata r:id="rId212" o:title="eqIdc5db41a1f31d6baee7c69990811edb9f"/>
          </v:shape>
        </w:pict>
      </w:r>
      <w:r>
        <w:rPr>
          <w:rFonts w:ascii="宋体" w:eastAsia="宋体" w:hAnsi="宋体" w:cs="宋体"/>
          <w:color w:val="000000"/>
        </w:rPr>
        <w:t>与点</w:t>
      </w:r>
      <w:r>
        <w:pict>
          <v:shape id="_x0000_i704809" type="#_x0000_t75" alt="学科网(www.zxxk.com)--教育资源门户，提供试卷、教案、课件、论文、素材以及各类教学资源下载，还有大量而丰富的教学相关资讯！" style="width:12pt;height:12pt" o:oleicon="f" o:ole="">
            <v:imagedata r:id="rId214" o:title="eqId5963abe8f421bd99a2aaa94831a951e9"/>
          </v:shape>
        </w:pict>
      </w:r>
      <w:r>
        <w:rPr>
          <w:rFonts w:ascii="宋体" w:eastAsia="宋体" w:hAnsi="宋体" w:cs="宋体"/>
          <w:color w:val="000000"/>
        </w:rPr>
        <w:t>、</w:t>
      </w:r>
      <w:r>
        <w:pict>
          <v:shape id="_x0000_i704810" type="#_x0000_t75" alt="学科网(www.zxxk.com)--教育资源门户，提供试卷、教案、课件、论文、素材以及各类教学资源下载，还有大量而丰富的教学相关资讯！" style="width:9.75pt;height:10.5pt" o:oleicon="f" o:ole="">
            <v:imagedata r:id="rId215" o:title="eqId7f9e8449aad35c5d840a3395ea86df6d"/>
          </v:shape>
        </w:pict>
      </w:r>
      <w:r>
        <w:rPr>
          <w:rFonts w:ascii="宋体" w:eastAsia="宋体" w:hAnsi="宋体" w:cs="宋体"/>
          <w:color w:val="000000"/>
        </w:rPr>
        <w:t>不重合），在三条线段</w:t>
      </w:r>
      <w:r>
        <w:pict>
          <v:shape id="_x0000_i704811" type="#_x0000_t75" alt="学科网(www.zxxk.com)--教育资源门户，提供试卷、教案、课件、论文、素材以及各类教学资源下载，还有大量而丰富的教学相关资讯！" style="width:21.25pt;height:14.2pt" o:oleicon="f" o:ole="">
            <v:imagedata r:id="rId216" o:title="eqId60ef95894ceebaf236170e8832dcf7e3"/>
          </v:shape>
        </w:pict>
      </w:r>
      <w:r>
        <w:rPr>
          <w:rFonts w:ascii="宋体" w:eastAsia="宋体" w:hAnsi="宋体" w:cs="宋体"/>
          <w:color w:val="000000"/>
        </w:rPr>
        <w:t>、</w:t>
      </w:r>
      <w:r>
        <w:pict>
          <v:shape id="_x0000_i704812" type="#_x0000_t75" alt="学科网(www.zxxk.com)--教育资源门户，提供试卷、教案、课件、论文、素材以及各类教学资源下载，还有大量而丰富的教学相关资讯！" style="width:20.2pt;height:14pt" o:oleicon="f" o:ole="">
            <v:imagedata r:id="rId217" o:title="eqId0dc5c9827dfd0be5a9c85962d6ccbfb1"/>
          </v:shape>
        </w:pict>
      </w:r>
      <w:r>
        <w:rPr>
          <w:rFonts w:ascii="宋体" w:eastAsia="宋体" w:hAnsi="宋体" w:cs="宋体"/>
          <w:color w:val="000000"/>
        </w:rPr>
        <w:t>、</w:t>
      </w:r>
      <w:r>
        <w:pict>
          <v:shape id="_x0000_i704813" type="#_x0000_t75" alt="学科网(www.zxxk.com)--教育资源门户，提供试卷、教案、课件、论文、素材以及各类教学资源下载，还有大量而丰富的教学相关资讯！" style="width:20.05pt;height:12.6pt" o:oleicon="f" o:ole="">
            <v:imagedata r:id="rId213" o:title="eqIdf52a58fbaf4fea03567e88a9f0f6e37e"/>
          </v:shape>
        </w:pict>
      </w:r>
      <w:r>
        <w:rPr>
          <w:rFonts w:ascii="宋体" w:eastAsia="宋体" w:hAnsi="宋体" w:cs="宋体"/>
          <w:color w:val="000000"/>
        </w:rPr>
        <w:t>中，如果其中一条线段的长度是另一条线段长度的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倍，那么称点</w:t>
      </w:r>
      <w:r>
        <w:pict>
          <v:shape id="_x0000_i704814" type="#_x0000_t75" alt="学科网(www.zxxk.com)--教育资源门户，提供试卷、教案、课件、论文、素材以及各类教学资源下载，还有大量而丰富的教学相关资讯！" style="width:11.9pt;height:14.4pt" o:oleicon="f" o:ole="">
            <v:imagedata r:id="rId212" o:title="eqIdc5db41a1f31d6baee7c69990811edb9f"/>
          </v:shape>
        </w:pict>
      </w:r>
      <w:r>
        <w:rPr>
          <w:rFonts w:ascii="宋体" w:eastAsia="宋体" w:hAnsi="宋体" w:cs="宋体"/>
          <w:color w:val="000000"/>
        </w:rPr>
        <w:t>为线段</w:t>
      </w:r>
      <w:r>
        <w:pict>
          <v:shape id="_x0000_i704815" type="#_x0000_t75" alt="学科网(www.zxxk.com)--教育资源门户，提供试卷、教案、课件、论文、素材以及各类教学资源下载，还有大量而丰富的教学相关资讯！" style="width:20.05pt;height:12.6pt" o:oleicon="f" o:ole="">
            <v:imagedata r:id="rId213" o:title="eqIdf52a58fbaf4fea03567e88a9f0f6e37e"/>
          </v:shape>
        </w:pict>
      </w:r>
      <w:r>
        <w:rPr>
          <w:rFonts w:ascii="宋体" w:eastAsia="宋体" w:hAnsi="宋体" w:cs="宋体"/>
          <w:color w:val="000000"/>
        </w:rPr>
        <w:t>的“巧点”，如果线段</w:t>
      </w:r>
      <w:r>
        <w:pict>
          <v:shape id="_x0000_i704816" type="#_x0000_t75" alt="学科网(www.zxxk.com)--教育资源门户，提供试卷、教案、课件、论文、素材以及各类教学资源下载，还有大量而丰富的教学相关资讯！" style="width:42pt;height:13pt" o:oleicon="f" o:ole="">
            <v:imagedata r:id="rId218" o:title="eqId78b65065ec3a0cb4b050989165c003d1"/>
          </v:shape>
        </w:pict>
      </w:r>
      <w:r>
        <w:rPr>
          <w:rFonts w:ascii="宋体" w:eastAsia="宋体" w:hAnsi="宋体" w:cs="宋体"/>
          <w:color w:val="000000"/>
        </w:rPr>
        <w:t>，点</w:t>
      </w:r>
      <w:r>
        <w:pict>
          <v:shape id="_x0000_i704817" type="#_x0000_t75" alt="学科网(www.zxxk.com)--教育资源门户，提供试卷、教案、课件、论文、素材以及各类教学资源下载，还有大量而丰富的教学相关资讯！" style="width:11.9pt;height:14.4pt" o:oleicon="f" o:ole="">
            <v:imagedata r:id="rId212" o:title="eqIdc5db41a1f31d6baee7c69990811edb9f"/>
          </v:shape>
        </w:pict>
      </w:r>
      <w:r>
        <w:rPr>
          <w:rFonts w:ascii="宋体" w:eastAsia="宋体" w:hAnsi="宋体" w:cs="宋体"/>
          <w:color w:val="000000"/>
        </w:rPr>
        <w:t>为线段</w:t>
      </w:r>
      <w:r>
        <w:pict>
          <v:shape id="_x0000_i704818" type="#_x0000_t75" alt="学科网(www.zxxk.com)--教育资源门户，提供试卷、教案、课件、论文、素材以及各类教学资源下载，还有大量而丰富的教学相关资讯！" style="width:20.05pt;height:12.6pt" o:oleicon="f" o:ole="">
            <v:imagedata r:id="rId213" o:title="eqIdf52a58fbaf4fea03567e88a9f0f6e37e"/>
          </v:shape>
        </w:pict>
      </w:r>
      <w:r>
        <w:rPr>
          <w:rFonts w:ascii="宋体" w:eastAsia="宋体" w:hAnsi="宋体" w:cs="宋体"/>
          <w:color w:val="000000"/>
        </w:rPr>
        <w:t>的“巧点”，那么线段</w:t>
      </w:r>
      <w:r>
        <w:pict>
          <v:shape id="_x0000_i704819" type="#_x0000_t75" alt="学科网(www.zxxk.com)--教育资源门户，提供试卷、教案、课件、论文、素材以及各类教学资源下载，还有大量而丰富的教学相关资讯！" style="width:21.25pt;height:14.2pt" o:oleicon="f" o:ole="">
            <v:imagedata r:id="rId216" o:title="eqId60ef95894ceebaf236170e8832dcf7e3"/>
          </v:shape>
        </w:pict>
      </w:r>
      <w:r>
        <w:rPr>
          <w:rFonts w:ascii="宋体" w:eastAsia="宋体" w:hAnsi="宋体" w:cs="宋体"/>
          <w:color w:val="000000"/>
        </w:rPr>
        <w:t>的长度是</w:t>
      </w:r>
      <w:r>
        <w:rPr>
          <w:color w:val="000000"/>
        </w:rPr>
        <w:t>__________</w:t>
      </w:r>
      <w:r>
        <w:rPr>
          <w:rFonts w:ascii="宋体" w:eastAsia="宋体" w:hAnsi="宋体" w:cs="宋体"/>
          <w:color w:val="000000"/>
        </w:rPr>
        <w:t>．</w:t>
      </w:r>
    </w:p>
    <w:p>
      <w:pPr>
        <w:pStyle w:val="Heading2"/>
      </w:pPr>
      <w:r>
        <w:t>顺义区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20. </w:t>
      </w:r>
      <w:r>
        <w:rPr>
          <w:rFonts w:ascii="宋体" w:eastAsia="宋体" w:hAnsi="宋体" w:cs="宋体"/>
          <w:color w:val="000000"/>
        </w:rPr>
        <w:t>如图，数轴上有</w:t>
      </w:r>
      <w:r>
        <w:rPr>
          <w:rFonts w:ascii="Times New Roman" w:eastAsia="Times New Roman" w:hAnsi="Times New Roman" w:cs="Times New Roman"/>
          <w:i/>
          <w:color w:val="000000"/>
        </w:rPr>
        <w:t>M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N</w:t>
      </w:r>
      <w:r>
        <w:rPr>
          <w:rFonts w:ascii="宋体" w:eastAsia="宋体" w:hAnsi="宋体" w:cs="宋体"/>
          <w:color w:val="000000"/>
        </w:rPr>
        <w:t>两点和一条线段</w:t>
      </w:r>
      <w:r>
        <w:pict>
          <v:shape id="_x0000_i704820" type="#_x0000_t75" alt="学科网(www.zxxk.com)--教育资源门户，提供试卷、教案、课件、论文、素材以及各类教学资源下载，还有大量而丰富的教学相关资讯！" style="width:18pt;height:15pt" o:oleicon="f" o:ole="">
            <v:imagedata r:id="rId219" o:title="eqId7a5f1641947153c80b987320885a2b57"/>
          </v:shape>
        </w:pict>
      </w:r>
      <w:r>
        <w:rPr>
          <w:rFonts w:ascii="宋体" w:eastAsia="宋体" w:hAnsi="宋体" w:cs="宋体"/>
          <w:color w:val="000000"/>
        </w:rPr>
        <w:t>，我们规定：若线段</w:t>
      </w:r>
      <w:r>
        <w:pict>
          <v:shape id="_x0000_i704821" type="#_x0000_t75" alt="学科网(www.zxxk.com)--教育资源门户，提供试卷、教案、课件、论文、素材以及各类教学资源下载，还有大量而丰富的教学相关资讯！" style="width:23.25pt;height:14.25pt" o:oleicon="f" o:ole="">
            <v:imagedata r:id="rId220" o:title="eqId411461db15ee8086332c531e086c40c7"/>
          </v:shape>
        </w:pict>
      </w:r>
      <w:r>
        <w:rPr>
          <w:rFonts w:ascii="宋体" w:eastAsia="宋体" w:hAnsi="宋体" w:cs="宋体"/>
          <w:color w:val="000000"/>
        </w:rPr>
        <w:t>的中点</w:t>
      </w:r>
      <w:r>
        <w:rPr>
          <w:rFonts w:ascii="Times New Roman" w:eastAsia="Times New Roman" w:hAnsi="Times New Roman" w:cs="Times New Roman"/>
          <w:i/>
          <w:color w:val="000000"/>
        </w:rPr>
        <w:t>R</w:t>
      </w:r>
      <w:r>
        <w:rPr>
          <w:rFonts w:ascii="宋体" w:eastAsia="宋体" w:hAnsi="宋体" w:cs="宋体"/>
          <w:color w:val="000000"/>
        </w:rPr>
        <w:t>在线段</w:t>
      </w:r>
      <w:r>
        <w:pict>
          <v:shape id="_x0000_i704822" type="#_x0000_t75" alt="学科网(www.zxxk.com)--教育资源门户，提供试卷、教案、课件、论文、素材以及各类教学资源下载，还有大量而丰富的教学相关资讯！" style="width:18pt;height:15pt" o:oleicon="f" o:ole="">
            <v:imagedata r:id="rId219" o:title="eqId7a5f1641947153c80b987320885a2b57"/>
          </v:shape>
        </w:pict>
      </w:r>
      <w:r>
        <w:rPr>
          <w:rFonts w:ascii="宋体" w:eastAsia="宋体" w:hAnsi="宋体" w:cs="宋体"/>
          <w:color w:val="000000"/>
        </w:rPr>
        <w:t>上（点</w:t>
      </w:r>
      <w:r>
        <w:rPr>
          <w:rFonts w:ascii="Times New Roman" w:eastAsia="Times New Roman" w:hAnsi="Times New Roman" w:cs="Times New Roman"/>
          <w:i/>
          <w:color w:val="000000"/>
        </w:rPr>
        <w:t>R</w:t>
      </w:r>
      <w:r>
        <w:rPr>
          <w:rFonts w:ascii="宋体" w:eastAsia="宋体" w:hAnsi="宋体" w:cs="宋体"/>
          <w:color w:val="000000"/>
        </w:rPr>
        <w:t>能与点</w:t>
      </w:r>
      <w:r>
        <w:rPr>
          <w:rFonts w:ascii="Times New Roman" w:eastAsia="Times New Roman" w:hAnsi="Times New Roman" w:cs="Times New Roman"/>
          <w:i/>
          <w:color w:val="000000"/>
        </w:rPr>
        <w:t>P</w:t>
      </w:r>
      <w:r>
        <w:rPr>
          <w:rFonts w:ascii="宋体" w:eastAsia="宋体" w:hAnsi="宋体" w:cs="宋体"/>
          <w:color w:val="000000"/>
        </w:rPr>
        <w:t>或点</w:t>
      </w:r>
      <w:r>
        <w:rPr>
          <w:rFonts w:ascii="Times New Roman" w:eastAsia="Times New Roman" w:hAnsi="Times New Roman" w:cs="Times New Roman"/>
          <w:i/>
          <w:color w:val="000000"/>
        </w:rPr>
        <w:t>Q</w:t>
      </w:r>
      <w:r>
        <w:rPr>
          <w:rFonts w:ascii="宋体" w:eastAsia="宋体" w:hAnsi="宋体" w:cs="宋体"/>
          <w:color w:val="000000"/>
        </w:rPr>
        <w:t>重合），则称点</w:t>
      </w:r>
      <w:r>
        <w:rPr>
          <w:rFonts w:ascii="Times New Roman" w:eastAsia="Times New Roman" w:hAnsi="Times New Roman" w:cs="Times New Roman"/>
          <w:i/>
          <w:color w:val="000000"/>
        </w:rPr>
        <w:t>M</w:t>
      </w:r>
      <w:r>
        <w:rPr>
          <w:rFonts w:ascii="宋体" w:eastAsia="宋体" w:hAnsi="宋体" w:cs="宋体"/>
          <w:color w:val="000000"/>
        </w:rPr>
        <w:t>与点</w:t>
      </w:r>
      <w:r>
        <w:rPr>
          <w:rFonts w:ascii="Times New Roman" w:eastAsia="Times New Roman" w:hAnsi="Times New Roman" w:cs="Times New Roman"/>
          <w:i/>
          <w:color w:val="000000"/>
        </w:rPr>
        <w:t>N</w:t>
      </w:r>
      <w:r>
        <w:rPr>
          <w:rFonts w:ascii="宋体" w:eastAsia="宋体" w:hAnsi="宋体" w:cs="宋体"/>
          <w:color w:val="000000"/>
        </w:rPr>
        <w:t>关于线段</w:t>
      </w:r>
      <w:r>
        <w:pict>
          <v:shape id="_x0000_i704823" type="#_x0000_t75" alt="学科网(www.zxxk.com)--教育资源门户，提供试卷、教案、课件、论文、素材以及各类教学资源下载，还有大量而丰富的教学相关资讯！" style="width:18pt;height:15pt" o:oleicon="f" o:ole="">
            <v:imagedata r:id="rId219" o:title="eqId7a5f1641947153c80b987320885a2b57"/>
          </v:shape>
        </w:pic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宋体" w:eastAsia="宋体" w:hAnsi="宋体" w:cs="宋体"/>
          <w:color w:val="000000"/>
        </w:rPr>
        <w:t>“中线对称”．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4943475" cy="504825"/>
            <wp:docPr id="2257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8" name=""/>
                    <pic:cNvPicPr>
                      <a:picLocks noChangeAspect="1"/>
                    </pic:cNvPicPr>
                  </pic:nvPicPr>
                  <pic:blipFill>
                    <a:blip r:embed="rId221"/>
                    <a:stretch>
                      <a:fillRect/>
                    </a:stretch>
                  </pic:blipFill>
                  <pic:spPr>
                    <a:xfrm>
                      <a:off x="0" y="0"/>
                      <a:ext cx="4943475" cy="504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已知点</w:t>
      </w:r>
      <w:r>
        <w:rPr>
          <w:rFonts w:ascii="Times New Roman" w:eastAsia="Times New Roman" w:hAnsi="Times New Roman" w:cs="Times New Roman"/>
          <w:i/>
          <w:color w:val="000000"/>
        </w:rPr>
        <w:t>O</w:t>
      </w:r>
      <w:r>
        <w:rPr>
          <w:rFonts w:ascii="宋体" w:eastAsia="宋体" w:hAnsi="宋体" w:cs="宋体"/>
          <w:color w:val="000000"/>
        </w:rPr>
        <w:t>为数轴的原点，点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表示的数为</w:t>
      </w:r>
      <w:r>
        <w:pict>
          <v:shape id="_x0000_i704824" type="#_x0000_t75" alt="学科网(www.zxxk.com)--教育资源门户，提供试卷、教案、课件、论文、素材以及各类教学资源下载，还有大量而丰富的教学相关资讯！" style="width:15.75pt;height:12.75pt" o:oleicon="f" o:ole="">
            <v:imagedata r:id="rId222" o:title="eqId274a9dc37509f01c2606fb3086a46f4f"/>
          </v:shape>
        </w:pict>
      </w:r>
      <w:r>
        <w:rPr>
          <w:rFonts w:ascii="宋体" w:eastAsia="宋体" w:hAnsi="宋体" w:cs="宋体"/>
          <w:color w:val="000000"/>
        </w:rPr>
        <w:t>，点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表示的数为</w: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rFonts w:ascii="宋体" w:eastAsia="宋体" w:hAnsi="宋体" w:cs="宋体"/>
          <w:color w:val="000000"/>
        </w:rPr>
        <w:t>，点</w:t>
      </w:r>
      <w:r>
        <w:rPr>
          <w:rFonts w:ascii="Times New Roman" w:eastAsia="Times New Roman" w:hAnsi="Times New Roman" w:cs="Times New Roman"/>
          <w:i/>
          <w:color w:val="000000"/>
        </w:rPr>
        <w:t>C</w:t>
      </w:r>
      <w:r>
        <w:rPr>
          <w:rFonts w:ascii="宋体" w:eastAsia="宋体" w:hAnsi="宋体" w:cs="宋体"/>
          <w:color w:val="000000"/>
        </w:rPr>
        <w:t>表示的数为</w:t>
      </w:r>
      <w:r>
        <w:rPr>
          <w:rFonts w:ascii="Times New Roman" w:eastAsia="Times New Roman" w:hAnsi="Times New Roman" w:cs="Times New Roman"/>
          <w:i/>
          <w:color w:val="000000"/>
        </w:rPr>
        <w:t>x</w:t>
      </w:r>
      <w:r>
        <w:rPr>
          <w:rFonts w:ascii="宋体" w:eastAsia="宋体" w:hAnsi="宋体" w:cs="宋体"/>
          <w:color w:val="000000"/>
        </w:rPr>
        <w:t>，若点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与点</w:t>
      </w:r>
      <w:r>
        <w:rPr>
          <w:rFonts w:ascii="Times New Roman" w:eastAsia="Times New Roman" w:hAnsi="Times New Roman" w:cs="Times New Roman"/>
          <w:i/>
          <w:color w:val="000000"/>
        </w:rPr>
        <w:t>C</w:t>
      </w:r>
      <w:r>
        <w:rPr>
          <w:rFonts w:ascii="宋体" w:eastAsia="宋体" w:hAnsi="宋体" w:cs="宋体"/>
          <w:color w:val="000000"/>
        </w:rPr>
        <w:t>关于线段</w:t>
      </w:r>
      <w:r>
        <w:pict>
          <v:shape id="_x0000_i704825" type="#_x0000_t75" alt="学科网(www.zxxk.com)--教育资源门户，提供试卷、教案、课件、论文、素材以及各类教学资源下载，还有大量而丰富的教学相关资讯！" style="width:17.25pt;height:12.75pt" o:oleicon="f" o:ole="">
            <v:imagedata r:id="rId223" o:title="eqIdb90e0f35eda1a729fed485f83da5ea9d"/>
          </v:shape>
        </w:pic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宋体" w:eastAsia="宋体" w:hAnsi="宋体" w:cs="宋体"/>
          <w:color w:val="000000"/>
        </w:rPr>
        <w:t>“中线对称”，则</w:t>
      </w:r>
      <w:r>
        <w:rPr>
          <w:rFonts w:ascii="Times New Roman" w:eastAsia="Times New Roman" w:hAnsi="Times New Roman" w:cs="Times New Roman"/>
          <w:i/>
          <w:color w:val="000000"/>
        </w:rPr>
        <w:t>x</w:t>
      </w:r>
      <w:r>
        <w:rPr>
          <w:rFonts w:ascii="宋体" w:eastAsia="宋体" w:hAnsi="宋体" w:cs="宋体"/>
          <w:color w:val="000000"/>
        </w:rPr>
        <w:t>的最大值为</w:t>
      </w:r>
      <w:r>
        <w:rPr>
          <w:color w:val="000000"/>
        </w:rPr>
        <w:t>______</w:t>
      </w:r>
      <w:r>
        <w:rPr>
          <w:rFonts w:ascii="宋体" w:eastAsia="宋体" w:hAnsi="宋体" w:cs="宋体"/>
          <w:color w:val="000000"/>
        </w:rPr>
        <w:t>．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  <w:updateFields w:val="tru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仿宋" w:hAnsi="仿宋" w:eastAsia="仿宋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eastAsia="微软雅黑" w:ascii="微软雅黑" w:hAnsi="微软雅黑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eastAsia="微软雅黑" w:ascii="微软雅黑" w:hAnsi="微软雅黑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eastAsia="微软雅黑" w:ascii="微软雅黑" w:hAnsi="微软雅黑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 w:eastAsia="微软雅黑" w:ascii="微软雅黑" w:hAnsi="微软雅黑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x4488.wmf"/><Relationship Id="rId10" Type="http://schemas.openxmlformats.org/officeDocument/2006/relationships/image" Target="media/x4489.wmf"/><Relationship Id="rId11" Type="http://schemas.openxmlformats.org/officeDocument/2006/relationships/image" Target="media/x4490.wmf"/><Relationship Id="rId12" Type="http://schemas.openxmlformats.org/officeDocument/2006/relationships/image" Target="media/x4491.wmf"/><Relationship Id="rId13" Type="http://schemas.openxmlformats.org/officeDocument/2006/relationships/image" Target="media/x4492.wmf"/><Relationship Id="rId14" Type="http://schemas.openxmlformats.org/officeDocument/2006/relationships/image" Target="media/x4493.wmf"/><Relationship Id="rId15" Type="http://schemas.openxmlformats.org/officeDocument/2006/relationships/image" Target="media/x4494.wmf"/><Relationship Id="rId16" Type="http://schemas.openxmlformats.org/officeDocument/2006/relationships/image" Target="media/x4495.wmf"/><Relationship Id="rId17" Type="http://schemas.openxmlformats.org/officeDocument/2006/relationships/image" Target="media/x4496.wmf"/><Relationship Id="rId18" Type="http://schemas.openxmlformats.org/officeDocument/2006/relationships/image" Target="media/x4497.wmf"/><Relationship Id="rId19" Type="http://schemas.openxmlformats.org/officeDocument/2006/relationships/image" Target="media/x4498.wmf"/><Relationship Id="rId20" Type="http://schemas.openxmlformats.org/officeDocument/2006/relationships/image" Target="media/x4499.wmf"/><Relationship Id="rId21" Type="http://schemas.openxmlformats.org/officeDocument/2006/relationships/image" Target="media/x4500.png"/><Relationship Id="rId22" Type="http://schemas.openxmlformats.org/officeDocument/2006/relationships/image" Target="media/x4501.wmf"/><Relationship Id="rId23" Type="http://schemas.openxmlformats.org/officeDocument/2006/relationships/image" Target="media/x4502.wmf"/><Relationship Id="rId24" Type="http://schemas.openxmlformats.org/officeDocument/2006/relationships/image" Target="media/x4503.wmf"/><Relationship Id="rId25" Type="http://schemas.openxmlformats.org/officeDocument/2006/relationships/image" Target="media/x4504.png"/><Relationship Id="rId26" Type="http://schemas.openxmlformats.org/officeDocument/2006/relationships/image" Target="media/x4505.png"/><Relationship Id="rId27" Type="http://schemas.openxmlformats.org/officeDocument/2006/relationships/image" Target="media/x4506.wmf"/><Relationship Id="rId28" Type="http://schemas.openxmlformats.org/officeDocument/2006/relationships/image" Target="media/x4507.wmf"/><Relationship Id="rId29" Type="http://schemas.openxmlformats.org/officeDocument/2006/relationships/image" Target="media/x4508.wmf"/><Relationship Id="rId30" Type="http://schemas.openxmlformats.org/officeDocument/2006/relationships/image" Target="media/x4509.wmf"/><Relationship Id="rId31" Type="http://schemas.openxmlformats.org/officeDocument/2006/relationships/image" Target="media/x4510.wmf"/><Relationship Id="rId32" Type="http://schemas.openxmlformats.org/officeDocument/2006/relationships/image" Target="media/x4511.png"/><Relationship Id="rId33" Type="http://schemas.openxmlformats.org/officeDocument/2006/relationships/image" Target="media/x4512.wmf"/><Relationship Id="rId34" Type="http://schemas.openxmlformats.org/officeDocument/2006/relationships/image" Target="media/x4513.wmf"/><Relationship Id="rId35" Type="http://schemas.openxmlformats.org/officeDocument/2006/relationships/image" Target="media/x4514.wmf"/><Relationship Id="rId36" Type="http://schemas.openxmlformats.org/officeDocument/2006/relationships/image" Target="media/x4515.wmf"/><Relationship Id="rId37" Type="http://schemas.openxmlformats.org/officeDocument/2006/relationships/image" Target="media/x4516.wmf"/><Relationship Id="rId38" Type="http://schemas.openxmlformats.org/officeDocument/2006/relationships/image" Target="media/x4517.wmf"/><Relationship Id="rId39" Type="http://schemas.openxmlformats.org/officeDocument/2006/relationships/image" Target="media/x4518.wmf"/><Relationship Id="rId40" Type="http://schemas.openxmlformats.org/officeDocument/2006/relationships/image" Target="media/x4519.png"/><Relationship Id="rId41" Type="http://schemas.openxmlformats.org/officeDocument/2006/relationships/image" Target="media/x4520.wmf"/><Relationship Id="rId42" Type="http://schemas.openxmlformats.org/officeDocument/2006/relationships/image" Target="media/x4521.wmf"/><Relationship Id="rId43" Type="http://schemas.openxmlformats.org/officeDocument/2006/relationships/image" Target="media/x4522.wmf"/><Relationship Id="rId44" Type="http://schemas.openxmlformats.org/officeDocument/2006/relationships/image" Target="media/x4523.png"/><Relationship Id="rId45" Type="http://schemas.openxmlformats.org/officeDocument/2006/relationships/image" Target="media/x4524.png"/><Relationship Id="rId46" Type="http://schemas.openxmlformats.org/officeDocument/2006/relationships/image" Target="media/x4525.wmf"/><Relationship Id="rId47" Type="http://schemas.openxmlformats.org/officeDocument/2006/relationships/image" Target="media/x4526.png"/><Relationship Id="rId48" Type="http://schemas.openxmlformats.org/officeDocument/2006/relationships/image" Target="media/x4527.wmf"/><Relationship Id="rId49" Type="http://schemas.openxmlformats.org/officeDocument/2006/relationships/image" Target="media/x4528.png"/><Relationship Id="rId50" Type="http://schemas.openxmlformats.org/officeDocument/2006/relationships/image" Target="media/x4529.wmf"/><Relationship Id="rId51" Type="http://schemas.openxmlformats.org/officeDocument/2006/relationships/image" Target="media/x4530.wmf"/><Relationship Id="rId52" Type="http://schemas.openxmlformats.org/officeDocument/2006/relationships/image" Target="media/x4531.wmf"/><Relationship Id="rId53" Type="http://schemas.openxmlformats.org/officeDocument/2006/relationships/image" Target="media/x4532.wmf"/><Relationship Id="rId54" Type="http://schemas.openxmlformats.org/officeDocument/2006/relationships/image" Target="media/x4533.png"/><Relationship Id="rId55" Type="http://schemas.openxmlformats.org/officeDocument/2006/relationships/image" Target="media/x4534.wmf"/><Relationship Id="rId56" Type="http://schemas.openxmlformats.org/officeDocument/2006/relationships/image" Target="media/x4535.wmf"/><Relationship Id="rId57" Type="http://schemas.openxmlformats.org/officeDocument/2006/relationships/image" Target="media/x4536.wmf"/><Relationship Id="rId58" Type="http://schemas.openxmlformats.org/officeDocument/2006/relationships/image" Target="media/x4537.wmf"/><Relationship Id="rId59" Type="http://schemas.openxmlformats.org/officeDocument/2006/relationships/image" Target="media/x4538.wmf"/><Relationship Id="rId60" Type="http://schemas.openxmlformats.org/officeDocument/2006/relationships/image" Target="media/x4539.wmf"/><Relationship Id="rId61" Type="http://schemas.openxmlformats.org/officeDocument/2006/relationships/image" Target="media/x4540.wmf"/><Relationship Id="rId62" Type="http://schemas.openxmlformats.org/officeDocument/2006/relationships/image" Target="media/x4541.wmf"/><Relationship Id="rId63" Type="http://schemas.openxmlformats.org/officeDocument/2006/relationships/image" Target="media/x4542.png"/><Relationship Id="rId64" Type="http://schemas.openxmlformats.org/officeDocument/2006/relationships/image" Target="media/x4543.png"/><Relationship Id="rId65" Type="http://schemas.openxmlformats.org/officeDocument/2006/relationships/image" Target="media/x4544.wmf"/><Relationship Id="rId66" Type="http://schemas.openxmlformats.org/officeDocument/2006/relationships/image" Target="media/x4545.wmf"/><Relationship Id="rId67" Type="http://schemas.openxmlformats.org/officeDocument/2006/relationships/image" Target="media/x4546.wmf"/><Relationship Id="rId68" Type="http://schemas.openxmlformats.org/officeDocument/2006/relationships/image" Target="media/x4547.wmf"/><Relationship Id="rId69" Type="http://schemas.openxmlformats.org/officeDocument/2006/relationships/image" Target="media/x4548.wmf"/><Relationship Id="rId70" Type="http://schemas.openxmlformats.org/officeDocument/2006/relationships/image" Target="media/x4549.wmf"/><Relationship Id="rId71" Type="http://schemas.openxmlformats.org/officeDocument/2006/relationships/image" Target="media/x4550.wmf"/><Relationship Id="rId72" Type="http://schemas.openxmlformats.org/officeDocument/2006/relationships/image" Target="media/x4551.wmf"/><Relationship Id="rId73" Type="http://schemas.openxmlformats.org/officeDocument/2006/relationships/image" Target="media/x4552.wmf"/><Relationship Id="rId74" Type="http://schemas.openxmlformats.org/officeDocument/2006/relationships/image" Target="media/x4553.wmf"/><Relationship Id="rId75" Type="http://schemas.openxmlformats.org/officeDocument/2006/relationships/image" Target="media/x4554.wmf"/><Relationship Id="rId76" Type="http://schemas.openxmlformats.org/officeDocument/2006/relationships/image" Target="media/x4555.wmf"/><Relationship Id="rId77" Type="http://schemas.openxmlformats.org/officeDocument/2006/relationships/image" Target="media/x4556.wmf"/><Relationship Id="rId78" Type="http://schemas.openxmlformats.org/officeDocument/2006/relationships/image" Target="media/x4557.wmf"/><Relationship Id="rId79" Type="http://schemas.openxmlformats.org/officeDocument/2006/relationships/image" Target="media/x4558.wmf"/><Relationship Id="rId80" Type="http://schemas.openxmlformats.org/officeDocument/2006/relationships/image" Target="media/x4559.wmf"/><Relationship Id="rId81" Type="http://schemas.openxmlformats.org/officeDocument/2006/relationships/image" Target="media/x4560.wmf"/><Relationship Id="rId82" Type="http://schemas.openxmlformats.org/officeDocument/2006/relationships/image" Target="media/x4561.wmf"/><Relationship Id="rId83" Type="http://schemas.openxmlformats.org/officeDocument/2006/relationships/image" Target="media/x4562.wmf"/><Relationship Id="rId84" Type="http://schemas.openxmlformats.org/officeDocument/2006/relationships/image" Target="media/x4563.wmf"/><Relationship Id="rId85" Type="http://schemas.openxmlformats.org/officeDocument/2006/relationships/image" Target="media/x4564.wmf"/><Relationship Id="rId86" Type="http://schemas.openxmlformats.org/officeDocument/2006/relationships/image" Target="media/x4565.wmf"/><Relationship Id="rId87" Type="http://schemas.openxmlformats.org/officeDocument/2006/relationships/image" Target="media/x4566.wmf"/><Relationship Id="rId88" Type="http://schemas.openxmlformats.org/officeDocument/2006/relationships/image" Target="media/x4567.wmf"/><Relationship Id="rId89" Type="http://schemas.openxmlformats.org/officeDocument/2006/relationships/image" Target="media/x4568.wmf"/><Relationship Id="rId90" Type="http://schemas.openxmlformats.org/officeDocument/2006/relationships/image" Target="media/x4569.wmf"/><Relationship Id="rId91" Type="http://schemas.openxmlformats.org/officeDocument/2006/relationships/image" Target="media/x4570.wmf"/><Relationship Id="rId92" Type="http://schemas.openxmlformats.org/officeDocument/2006/relationships/image" Target="media/x4571.wmf"/><Relationship Id="rId93" Type="http://schemas.openxmlformats.org/officeDocument/2006/relationships/image" Target="media/x4572.wmf"/><Relationship Id="rId94" Type="http://schemas.openxmlformats.org/officeDocument/2006/relationships/image" Target="media/x4573.wmf"/><Relationship Id="rId95" Type="http://schemas.openxmlformats.org/officeDocument/2006/relationships/image" Target="media/x4574.wmf"/><Relationship Id="rId96" Type="http://schemas.openxmlformats.org/officeDocument/2006/relationships/image" Target="media/x4575.wmf"/><Relationship Id="rId97" Type="http://schemas.openxmlformats.org/officeDocument/2006/relationships/image" Target="media/x4576.png"/><Relationship Id="rId98" Type="http://schemas.openxmlformats.org/officeDocument/2006/relationships/image" Target="media/x4577.png"/><Relationship Id="rId99" Type="http://schemas.openxmlformats.org/officeDocument/2006/relationships/image" Target="media/x4578.wmf"/><Relationship Id="rId100" Type="http://schemas.openxmlformats.org/officeDocument/2006/relationships/image" Target="media/x4579.wmf"/><Relationship Id="rId101" Type="http://schemas.openxmlformats.org/officeDocument/2006/relationships/image" Target="media/x4580.png"/><Relationship Id="rId102" Type="http://schemas.openxmlformats.org/officeDocument/2006/relationships/image" Target="media/x4581.wmf"/><Relationship Id="rId103" Type="http://schemas.openxmlformats.org/officeDocument/2006/relationships/image" Target="media/x4582.wmf"/><Relationship Id="rId104" Type="http://schemas.openxmlformats.org/officeDocument/2006/relationships/image" Target="media/x4583.wmf"/><Relationship Id="rId105" Type="http://schemas.openxmlformats.org/officeDocument/2006/relationships/image" Target="media/x4584.wmf"/><Relationship Id="rId106" Type="http://schemas.openxmlformats.org/officeDocument/2006/relationships/image" Target="media/x4585.wmf"/><Relationship Id="rId107" Type="http://schemas.openxmlformats.org/officeDocument/2006/relationships/image" Target="media/x4586.wmf"/><Relationship Id="rId108" Type="http://schemas.openxmlformats.org/officeDocument/2006/relationships/image" Target="media/x4587.wmf"/><Relationship Id="rId109" Type="http://schemas.openxmlformats.org/officeDocument/2006/relationships/image" Target="media/x4588.wmf"/><Relationship Id="rId110" Type="http://schemas.openxmlformats.org/officeDocument/2006/relationships/image" Target="media/x4589.wmf"/><Relationship Id="rId111" Type="http://schemas.openxmlformats.org/officeDocument/2006/relationships/image" Target="media/x4590.wmf"/><Relationship Id="rId112" Type="http://schemas.openxmlformats.org/officeDocument/2006/relationships/image" Target="media/x4591.wmf"/><Relationship Id="rId113" Type="http://schemas.openxmlformats.org/officeDocument/2006/relationships/image" Target="media/x4592.png"/><Relationship Id="rId114" Type="http://schemas.openxmlformats.org/officeDocument/2006/relationships/image" Target="media/x4593.wmf"/><Relationship Id="rId115" Type="http://schemas.openxmlformats.org/officeDocument/2006/relationships/image" Target="media/x4594.wmf"/><Relationship Id="rId116" Type="http://schemas.openxmlformats.org/officeDocument/2006/relationships/image" Target="media/x4595.wmf"/><Relationship Id="rId117" Type="http://schemas.openxmlformats.org/officeDocument/2006/relationships/image" Target="media/x4596.wmf"/><Relationship Id="rId118" Type="http://schemas.openxmlformats.org/officeDocument/2006/relationships/image" Target="media/x4597.png"/><Relationship Id="rId119" Type="http://schemas.openxmlformats.org/officeDocument/2006/relationships/image" Target="media/x4598.wmf"/><Relationship Id="rId120" Type="http://schemas.openxmlformats.org/officeDocument/2006/relationships/image" Target="media/x4599.png"/><Relationship Id="rId121" Type="http://schemas.openxmlformats.org/officeDocument/2006/relationships/image" Target="media/x4600.wmf"/><Relationship Id="rId122" Type="http://schemas.openxmlformats.org/officeDocument/2006/relationships/image" Target="media/x4601.wmf"/><Relationship Id="rId123" Type="http://schemas.openxmlformats.org/officeDocument/2006/relationships/image" Target="media/x4602.wmf"/><Relationship Id="rId124" Type="http://schemas.openxmlformats.org/officeDocument/2006/relationships/image" Target="media/x4603.wmf"/><Relationship Id="rId125" Type="http://schemas.openxmlformats.org/officeDocument/2006/relationships/image" Target="media/x4604.wmf"/><Relationship Id="rId126" Type="http://schemas.openxmlformats.org/officeDocument/2006/relationships/image" Target="media/x4605.wmf"/><Relationship Id="rId127" Type="http://schemas.openxmlformats.org/officeDocument/2006/relationships/image" Target="media/x4606.wmf"/><Relationship Id="rId128" Type="http://schemas.openxmlformats.org/officeDocument/2006/relationships/image" Target="media/x4607.wmf"/><Relationship Id="rId129" Type="http://schemas.openxmlformats.org/officeDocument/2006/relationships/image" Target="media/x4608.wmf"/><Relationship Id="rId130" Type="http://schemas.openxmlformats.org/officeDocument/2006/relationships/image" Target="media/x4609.wmf"/><Relationship Id="rId131" Type="http://schemas.openxmlformats.org/officeDocument/2006/relationships/image" Target="media/x4610.wmf"/><Relationship Id="rId132" Type="http://schemas.openxmlformats.org/officeDocument/2006/relationships/image" Target="media/x4611.wmf"/><Relationship Id="rId133" Type="http://schemas.openxmlformats.org/officeDocument/2006/relationships/image" Target="media/x4612.png"/><Relationship Id="rId134" Type="http://schemas.openxmlformats.org/officeDocument/2006/relationships/image" Target="media/x4613.png"/><Relationship Id="rId135" Type="http://schemas.openxmlformats.org/officeDocument/2006/relationships/image" Target="media/x4614.wmf"/><Relationship Id="rId136" Type="http://schemas.openxmlformats.org/officeDocument/2006/relationships/image" Target="media/x4615.wmf"/><Relationship Id="rId137" Type="http://schemas.openxmlformats.org/officeDocument/2006/relationships/image" Target="media/x4616.wmf"/><Relationship Id="rId138" Type="http://schemas.openxmlformats.org/officeDocument/2006/relationships/image" Target="media/x4617.png"/><Relationship Id="rId139" Type="http://schemas.openxmlformats.org/officeDocument/2006/relationships/image" Target="media/x4618.wmf"/><Relationship Id="rId140" Type="http://schemas.openxmlformats.org/officeDocument/2006/relationships/image" Target="media/x4619.wmf"/><Relationship Id="rId141" Type="http://schemas.openxmlformats.org/officeDocument/2006/relationships/image" Target="media/x4620.wmf"/><Relationship Id="rId142" Type="http://schemas.openxmlformats.org/officeDocument/2006/relationships/image" Target="media/x4621.wmf"/><Relationship Id="rId143" Type="http://schemas.openxmlformats.org/officeDocument/2006/relationships/image" Target="media/x4622.wmf"/><Relationship Id="rId144" Type="http://schemas.openxmlformats.org/officeDocument/2006/relationships/image" Target="media/x4623.wmf"/><Relationship Id="rId145" Type="http://schemas.openxmlformats.org/officeDocument/2006/relationships/image" Target="media/x4624.png"/><Relationship Id="rId146" Type="http://schemas.openxmlformats.org/officeDocument/2006/relationships/image" Target="media/x4625.wmf"/><Relationship Id="rId147" Type="http://schemas.openxmlformats.org/officeDocument/2006/relationships/image" Target="media/x4626.wmf"/><Relationship Id="rId148" Type="http://schemas.openxmlformats.org/officeDocument/2006/relationships/image" Target="media/x4627.wmf"/><Relationship Id="rId149" Type="http://schemas.openxmlformats.org/officeDocument/2006/relationships/image" Target="media/x4628.wmf"/><Relationship Id="rId150" Type="http://schemas.openxmlformats.org/officeDocument/2006/relationships/image" Target="media/x4629.wmf"/><Relationship Id="rId151" Type="http://schemas.openxmlformats.org/officeDocument/2006/relationships/image" Target="media/x4630.wmf"/><Relationship Id="rId152" Type="http://schemas.openxmlformats.org/officeDocument/2006/relationships/image" Target="media/x4631.wmf"/><Relationship Id="rId153" Type="http://schemas.openxmlformats.org/officeDocument/2006/relationships/image" Target="media/x4632.wmf"/><Relationship Id="rId154" Type="http://schemas.openxmlformats.org/officeDocument/2006/relationships/image" Target="media/x4633.wmf"/><Relationship Id="rId155" Type="http://schemas.openxmlformats.org/officeDocument/2006/relationships/image" Target="media/x4634.wmf"/><Relationship Id="rId156" Type="http://schemas.openxmlformats.org/officeDocument/2006/relationships/image" Target="media/x4635.wmf"/><Relationship Id="rId157" Type="http://schemas.openxmlformats.org/officeDocument/2006/relationships/image" Target="media/x4636.wmf"/><Relationship Id="rId158" Type="http://schemas.openxmlformats.org/officeDocument/2006/relationships/image" Target="media/x4637.wmf"/><Relationship Id="rId159" Type="http://schemas.openxmlformats.org/officeDocument/2006/relationships/image" Target="media/x4638.wmf"/><Relationship Id="rId160" Type="http://schemas.openxmlformats.org/officeDocument/2006/relationships/image" Target="media/x4639.wmf"/><Relationship Id="rId161" Type="http://schemas.openxmlformats.org/officeDocument/2006/relationships/image" Target="media/x4640.png"/><Relationship Id="rId162" Type="http://schemas.openxmlformats.org/officeDocument/2006/relationships/image" Target="media/x4641.wmf"/><Relationship Id="rId163" Type="http://schemas.openxmlformats.org/officeDocument/2006/relationships/image" Target="media/x4642.wmf"/><Relationship Id="rId164" Type="http://schemas.openxmlformats.org/officeDocument/2006/relationships/image" Target="media/x4643.wmf"/><Relationship Id="rId165" Type="http://schemas.openxmlformats.org/officeDocument/2006/relationships/image" Target="media/x4644.wmf"/><Relationship Id="rId166" Type="http://schemas.openxmlformats.org/officeDocument/2006/relationships/image" Target="media/x4645.wmf"/><Relationship Id="rId167" Type="http://schemas.openxmlformats.org/officeDocument/2006/relationships/image" Target="media/x4646.png"/><Relationship Id="rId168" Type="http://schemas.openxmlformats.org/officeDocument/2006/relationships/image" Target="media/x4647.wmf"/><Relationship Id="rId169" Type="http://schemas.openxmlformats.org/officeDocument/2006/relationships/image" Target="media/x4648.wmf"/><Relationship Id="rId170" Type="http://schemas.openxmlformats.org/officeDocument/2006/relationships/image" Target="media/x4649.wmf"/><Relationship Id="rId171" Type="http://schemas.openxmlformats.org/officeDocument/2006/relationships/image" Target="media/x4650.wmf"/><Relationship Id="rId172" Type="http://schemas.openxmlformats.org/officeDocument/2006/relationships/image" Target="media/x4651.wmf"/><Relationship Id="rId173" Type="http://schemas.openxmlformats.org/officeDocument/2006/relationships/image" Target="media/x4652.wmf"/><Relationship Id="rId174" Type="http://schemas.openxmlformats.org/officeDocument/2006/relationships/image" Target="media/x4653.wmf"/><Relationship Id="rId175" Type="http://schemas.openxmlformats.org/officeDocument/2006/relationships/image" Target="media/x4654.wmf"/><Relationship Id="rId176" Type="http://schemas.openxmlformats.org/officeDocument/2006/relationships/image" Target="media/x4655.png"/><Relationship Id="rId177" Type="http://schemas.openxmlformats.org/officeDocument/2006/relationships/image" Target="media/x4656.wmf"/><Relationship Id="rId178" Type="http://schemas.openxmlformats.org/officeDocument/2006/relationships/image" Target="media/x4657.wmf"/><Relationship Id="rId179" Type="http://schemas.openxmlformats.org/officeDocument/2006/relationships/image" Target="media/x4658.wmf"/><Relationship Id="rId180" Type="http://schemas.openxmlformats.org/officeDocument/2006/relationships/image" Target="media/x4659.wmf"/><Relationship Id="rId181" Type="http://schemas.openxmlformats.org/officeDocument/2006/relationships/image" Target="media/x4660.wmf"/><Relationship Id="rId182" Type="http://schemas.openxmlformats.org/officeDocument/2006/relationships/image" Target="media/x4661.wmf"/><Relationship Id="rId183" Type="http://schemas.openxmlformats.org/officeDocument/2006/relationships/image" Target="media/x4662.wmf"/><Relationship Id="rId184" Type="http://schemas.openxmlformats.org/officeDocument/2006/relationships/image" Target="media/x4663.wmf"/><Relationship Id="rId185" Type="http://schemas.openxmlformats.org/officeDocument/2006/relationships/image" Target="media/x4664.wmf"/><Relationship Id="rId186" Type="http://schemas.openxmlformats.org/officeDocument/2006/relationships/image" Target="media/x4665.wmf"/><Relationship Id="rId187" Type="http://schemas.openxmlformats.org/officeDocument/2006/relationships/image" Target="media/x4666.wmf"/><Relationship Id="rId188" Type="http://schemas.openxmlformats.org/officeDocument/2006/relationships/image" Target="media/x4667.wmf"/><Relationship Id="rId189" Type="http://schemas.openxmlformats.org/officeDocument/2006/relationships/image" Target="media/x4668.png"/><Relationship Id="rId190" Type="http://schemas.openxmlformats.org/officeDocument/2006/relationships/image" Target="media/x4669.wmf"/><Relationship Id="rId191" Type="http://schemas.openxmlformats.org/officeDocument/2006/relationships/image" Target="media/x4670.wmf"/><Relationship Id="rId192" Type="http://schemas.openxmlformats.org/officeDocument/2006/relationships/image" Target="media/x4671.png"/><Relationship Id="rId193" Type="http://schemas.openxmlformats.org/officeDocument/2006/relationships/image" Target="media/x4672.wmf"/><Relationship Id="rId194" Type="http://schemas.openxmlformats.org/officeDocument/2006/relationships/image" Target="media/x4673.wmf"/><Relationship Id="rId195" Type="http://schemas.openxmlformats.org/officeDocument/2006/relationships/image" Target="media/x4674.png"/><Relationship Id="rId196" Type="http://schemas.openxmlformats.org/officeDocument/2006/relationships/image" Target="media/x4675.wmf"/><Relationship Id="rId197" Type="http://schemas.openxmlformats.org/officeDocument/2006/relationships/image" Target="media/x4676.wmf"/><Relationship Id="rId198" Type="http://schemas.openxmlformats.org/officeDocument/2006/relationships/image" Target="media/x4677.wmf"/><Relationship Id="rId199" Type="http://schemas.openxmlformats.org/officeDocument/2006/relationships/image" Target="media/x4678.wmf"/><Relationship Id="rId200" Type="http://schemas.openxmlformats.org/officeDocument/2006/relationships/image" Target="media/x4679.wmf"/><Relationship Id="rId201" Type="http://schemas.openxmlformats.org/officeDocument/2006/relationships/image" Target="media/x4680.wmf"/><Relationship Id="rId202" Type="http://schemas.openxmlformats.org/officeDocument/2006/relationships/image" Target="media/x4681.wmf"/><Relationship Id="rId203" Type="http://schemas.openxmlformats.org/officeDocument/2006/relationships/image" Target="media/x4682.wmf"/><Relationship Id="rId204" Type="http://schemas.openxmlformats.org/officeDocument/2006/relationships/image" Target="media/x4683.wmf"/><Relationship Id="rId205" Type="http://schemas.openxmlformats.org/officeDocument/2006/relationships/image" Target="media/x4684.wmf"/><Relationship Id="rId206" Type="http://schemas.openxmlformats.org/officeDocument/2006/relationships/image" Target="media/x4685.wmf"/><Relationship Id="rId207" Type="http://schemas.openxmlformats.org/officeDocument/2006/relationships/image" Target="media/x4686.wmf"/><Relationship Id="rId208" Type="http://schemas.openxmlformats.org/officeDocument/2006/relationships/image" Target="media/x4687.png"/><Relationship Id="rId209" Type="http://schemas.openxmlformats.org/officeDocument/2006/relationships/image" Target="media/x4688.png"/><Relationship Id="rId210" Type="http://schemas.openxmlformats.org/officeDocument/2006/relationships/image" Target="media/x4689.wmf"/><Relationship Id="rId211" Type="http://schemas.openxmlformats.org/officeDocument/2006/relationships/image" Target="media/x4690.png"/><Relationship Id="rId212" Type="http://schemas.openxmlformats.org/officeDocument/2006/relationships/image" Target="media/x4691.wmf"/><Relationship Id="rId213" Type="http://schemas.openxmlformats.org/officeDocument/2006/relationships/image" Target="media/x4692.wmf"/><Relationship Id="rId214" Type="http://schemas.openxmlformats.org/officeDocument/2006/relationships/image" Target="media/x4693.wmf"/><Relationship Id="rId215" Type="http://schemas.openxmlformats.org/officeDocument/2006/relationships/image" Target="media/x4694.wmf"/><Relationship Id="rId216" Type="http://schemas.openxmlformats.org/officeDocument/2006/relationships/image" Target="media/x4695.wmf"/><Relationship Id="rId217" Type="http://schemas.openxmlformats.org/officeDocument/2006/relationships/image" Target="media/x4696.wmf"/><Relationship Id="rId218" Type="http://schemas.openxmlformats.org/officeDocument/2006/relationships/image" Target="media/x4697.wmf"/><Relationship Id="rId219" Type="http://schemas.openxmlformats.org/officeDocument/2006/relationships/image" Target="media/x4698.wmf"/><Relationship Id="rId220" Type="http://schemas.openxmlformats.org/officeDocument/2006/relationships/image" Target="media/x4699.wmf"/><Relationship Id="rId221" Type="http://schemas.openxmlformats.org/officeDocument/2006/relationships/image" Target="media/x4700.png"/><Relationship Id="rId222" Type="http://schemas.openxmlformats.org/officeDocument/2006/relationships/image" Target="media/x4701.wmf"/><Relationship Id="rId223" Type="http://schemas.openxmlformats.org/officeDocument/2006/relationships/image" Target="media/x4702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