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rFonts w:ascii="微软雅黑" w:hAnsi="微软雅黑" w:eastAsia="微软雅黑"/>
          <w:b/>
          <w:sz w:val="40"/>
        </w:rPr>
        <w:t>北京七年级(上)数学 填空最后一题合集 · 2023-2024学年</w:t>
      </w:r>
    </w:p>
    <w:p>
      <w:pPr>
        <w:spacing w:before="0" w:after="160"/>
        <w:jc w:val="center"/>
      </w:pPr>
      <w:r>
        <w:rPr>
          <w:rFonts w:ascii="仿宋" w:hAnsi="仿宋" w:eastAsia="仿宋"/>
          <w:b w:val="0"/>
          <w:sz w:val="21"/>
        </w:rPr>
        <w:t>共 58 份试卷 · 章节见 Word 导航窗格（视图→导航窗格）</w:t>
      </w:r>
    </w:p>
    <w:p>
      <w:r>
        <w:fldChar w:fldCharType="begin"/>
        <w:instrText xml:space="preserve">TOC \o "1-2" \h \z \u</w:instrText>
        <w:fldChar w:fldCharType="separate"/>
        <w:t>【目录】右键→更新域，或按 F9 生成页码定位</w:t>
        <w:fldChar w:fldCharType="end"/>
      </w:r>
    </w:p>
    <w:p>
      <w:r>
        <w:br w:type="page"/>
      </w:r>
    </w:p>
    <w:p>
      <w:pPr>
        <w:pStyle w:val="Heading1"/>
      </w:pPr>
      <w:r>
        <w:t>月考</w:t>
      </w:r>
    </w:p>
    <w:p>
      <w:pPr>
        <w:pStyle w:val="Heading2"/>
      </w:pPr>
      <w:r>
        <w:t>东城区汇文中学</w:t>
      </w:r>
    </w:p>
    <w:p>
      <w:pPr>
        <w:spacing w:line="360" w:lineRule="auto"/>
        <w:jc w:val="left"/>
        <w:textAlignment w:val="center"/>
        <w:rPr>
          <w:color w:val="000000"/>
        </w:rPr>
      </w:pPr>
      <w:r>
        <w:rPr>
          <w:color w:val="000000"/>
        </w:rPr>
        <w:t xml:space="preserve">16. </w:t>
      </w:r>
      <w:r>
        <w:rPr>
          <w:rFonts w:ascii="宋体" w:hAnsi="宋体" w:eastAsia="宋体" w:cs="宋体"/>
          <w:color w:val="000000"/>
        </w:rPr>
        <w:t>阅读下面文字：对于</w:t>
      </w:r>
      <w:r>
        <w:pict>
          <v:shape id="_x0000_i704826" o:spt="75" alt="学科网(www.zxxk.com)--教育资源门户，提供试卷、教案、课件、论文、素材以及各类教学资源下载，还有大量而丰富的教学相关资讯！" type="#_x0000_t75" style="height:34pt;width:156pt;" o:ole="t" filled="f" o:preferrelative="t" stroked="f" coordsize="21600,21600">
            <v:path/>
            <v:fill on="f" focussize="0,0"/>
            <v:stroke on="f" joinstyle="miter"/>
            <v:imagedata r:id="rId9" o:title="eqId8ada4cc6d351a3ddb88fc93542e86d3c"/>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可以如下计算：原式</w:t>
      </w:r>
      <w:r>
        <w:pict>
          <v:shape id="_x0000_i704827" o:spt="75" alt="学科网(www.zxxk.com)--教育资源门户，提供试卷、教案、课件、论文、素材以及各类教学资源下载，还有大量而丰富的教学相关资讯！" type="#_x0000_t75" style="height:36pt;width:296.25pt;" o:ole="t" filled="f" o:preferrelative="t" stroked="f" coordsize="21600,21600">
            <v:path/>
            <v:fill on="f" focussize="0,0"/>
            <v:stroke on="f" joinstyle="miter"/>
            <v:imagedata r:id="rId10" o:title="eqIda23eb3f7255466cfbaa4f3ac45b39b19"/>
            <o:lock v:ext="edit" aspectratio="t"/>
            <w10:wrap type="none"/>
            <w10:anchorlock/>
          </v:shape>
        </w:pict>
      </w:r>
    </w:p>
    <w:p>
      <w:pPr>
        <w:spacing w:line="360" w:lineRule="auto"/>
        <w:jc w:val="left"/>
        <w:textAlignment w:val="center"/>
        <w:rPr>
          <w:color w:val="000000"/>
        </w:rPr>
      </w:pPr>
      <w:r>
        <w:pict>
          <v:shape id="_x0000_i704828" o:spt="75" alt="学科网(www.zxxk.com)--教育资源门户，提供试卷、教案、课件、论文、素材以及各类教学资源下载，还有大量而丰富的教学相关资讯！" type="#_x0000_t75" style="height:36pt;width:270pt;" o:ole="t" filled="f" o:preferrelative="t" stroked="f" coordsize="21600,21600">
            <v:path/>
            <v:fill on="f" focussize="0,0"/>
            <v:stroke on="f" joinstyle="miter"/>
            <v:imagedata r:id="rId11" o:title="eqIdc673ba5723078ce1442f8330e5f16c88"/>
            <o:lock v:ext="edit" aspectratio="t"/>
            <w10:wrap type="none"/>
            <w10:anchorlock/>
          </v:shape>
        </w:pict>
      </w:r>
    </w:p>
    <w:p>
      <w:pPr>
        <w:spacing w:line="360" w:lineRule="auto"/>
        <w:jc w:val="left"/>
        <w:textAlignment w:val="center"/>
        <w:rPr>
          <w:color w:val="000000"/>
        </w:rPr>
      </w:pPr>
      <w:r>
        <w:pict>
          <v:shape id="_x0000_i704829" o:spt="75" alt="学科网(www.zxxk.com)--教育资源门户，提供试卷、教案、课件、论文、素材以及各类教学资源下载，还有大量而丰富的教学相关资讯！" type="#_x0000_t75" style="height:34pt;width:62pt;" o:ole="t" filled="f" o:preferrelative="t" stroked="f" coordsize="21600,21600">
            <v:path/>
            <v:fill on="f" focussize="0,0"/>
            <v:stroke on="f" joinstyle="miter"/>
            <v:imagedata r:id="rId12" o:title="eqIdb6cbc09b6bdb69fc7bfee9f7f23f0217"/>
            <o:lock v:ext="edit" aspectratio="t"/>
            <w10:wrap type="none"/>
            <w10:anchorlock/>
          </v:shape>
        </w:pict>
      </w:r>
    </w:p>
    <w:p>
      <w:pPr>
        <w:spacing w:line="360" w:lineRule="auto"/>
        <w:jc w:val="left"/>
        <w:textAlignment w:val="center"/>
        <w:rPr>
          <w:color w:val="000000"/>
        </w:rPr>
      </w:pPr>
      <w:r>
        <w:pict>
          <v:shape id="_x0000_i704830" o:spt="75" alt="学科网(www.zxxk.com)--教育资源门户，提供试卷、教案、课件、论文、素材以及各类教学资源下载，还有大量而丰富的教学相关资讯！" type="#_x0000_t75" style="height:30.75pt;width:33.75pt;" o:ole="t" filled="f" o:preferrelative="t" stroked="f" coordsize="21600,21600">
            <v:path/>
            <v:fill on="f" focussize="0,0"/>
            <v:stroke on="f" joinstyle="miter"/>
            <v:imagedata r:id="rId13" o:title="eqId1ad1de6531059757f9d3721d4650e5a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上面这种方法叫拆项法．</w:t>
      </w:r>
    </w:p>
    <w:p>
      <w:pPr>
        <w:spacing w:line="360" w:lineRule="auto"/>
        <w:jc w:val="left"/>
        <w:textAlignment w:val="center"/>
        <w:rPr>
          <w:color w:val="000000"/>
        </w:rPr>
      </w:pPr>
      <w:r>
        <w:rPr>
          <w:rFonts w:ascii="宋体" w:hAnsi="宋体" w:eastAsia="宋体" w:cs="宋体"/>
          <w:color w:val="000000"/>
        </w:rPr>
        <w:t>仿照上面的方法，计算：</w:t>
      </w:r>
      <w:r>
        <w:pict>
          <v:shape id="_x0000_i704831" o:spt="75" alt="学科网(www.zxxk.com)--教育资源门户，提供试卷、教案、课件、论文、素材以及各类教学资源下载，还有大量而丰富的教学相关资讯！" type="#_x0000_t75" style="height:33.75pt;width:201.75pt;" o:ole="t" filled="f" o:preferrelative="t" stroked="f" coordsize="21600,21600">
            <v:path/>
            <v:fill on="f" focussize="0,0"/>
            <v:stroke on="f" joinstyle="miter"/>
            <v:imagedata r:id="rId14" o:title="eqId8d260337fb78357c814f826a5c18b001"/>
            <o:lock v:ext="edit" aspectratio="t"/>
            <w10:wrap type="none"/>
            <w10:anchorlock/>
          </v:shape>
        </w:pict>
      </w:r>
      <w:r>
        <w:rPr>
          <w:color w:val="000000"/>
        </w:rPr>
        <w:t>______</w:t>
      </w:r>
      <w:r>
        <w:rPr>
          <w:rFonts w:ascii="宋体" w:hAnsi="宋体" w:eastAsia="宋体" w:cs="宋体"/>
          <w:color w:val="000000"/>
        </w:rPr>
        <w:t>．</w:t>
      </w:r>
    </w:p>
    <w:p>
      <w:pPr>
        <w:pStyle w:val="Heading2"/>
      </w:pPr>
      <w:r>
        <w:t>丰台区第十二中学</w:t>
      </w:r>
    </w:p>
    <w:p>
      <w:pPr>
        <w:spacing w:line="360" w:lineRule="auto"/>
        <w:jc w:val="left"/>
        <w:textAlignment w:val="center"/>
        <w:rPr>
          <w:color w:val="000000"/>
        </w:rPr>
      </w:pPr>
      <w:r>
        <w:rPr>
          <w:color w:val="000000"/>
        </w:rPr>
        <w:t xml:space="preserve">20. </w:t>
      </w:r>
      <w:r>
        <w:rPr>
          <w:rFonts w:ascii="宋体" w:hAnsi="宋体" w:eastAsia="宋体" w:cs="宋体"/>
          <w:color w:val="000000"/>
        </w:rPr>
        <w:t>已知</w:t>
      </w:r>
      <w:r>
        <w:pict>
          <v:shape id="_x0000_i704832" o:spt="75" alt="学科网(www.zxxk.com)--教育资源门户，提供试卷、教案、课件、论文、素材以及各类教学资源下载，还有大量而丰富的教学相关资讯！" type="#_x0000_t75" style="height:20.25pt;width:30.75pt;" o:ole="t" filled="f" o:preferrelative="t" stroked="f" coordsize="21600,21600">
            <v:path/>
            <v:fill on="f" focussize="0,0"/>
            <v:stroke on="f" joinstyle="miter"/>
            <v:imagedata r:id="rId15" o:title="eqIdf3ba338ee0ef6b08754fc1b1225ba514"/>
            <o:lock v:ext="edit" aspectratio="t"/>
            <w10:wrap type="none"/>
            <w10:anchorlock/>
          </v:shape>
        </w:pict>
      </w:r>
      <w:r>
        <w:rPr>
          <w:rFonts w:ascii="宋体" w:hAnsi="宋体" w:eastAsia="宋体" w:cs="宋体"/>
          <w:color w:val="000000"/>
        </w:rPr>
        <w:t>，</w:t>
      </w:r>
      <w:r>
        <w:pict>
          <v:shape id="_x0000_i704833"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16" o:title="eqId2387d3e5bee7ab4ba12999191d464ba6"/>
            <o:lock v:ext="edit" aspectratio="t"/>
            <w10:wrap type="none"/>
            <w10:anchorlock/>
          </v:shape>
        </w:pict>
      </w:r>
      <w:r>
        <w:rPr>
          <w:rFonts w:ascii="宋体" w:hAnsi="宋体" w:eastAsia="宋体" w:cs="宋体"/>
          <w:color w:val="000000"/>
        </w:rPr>
        <w:t>，且</w:t>
      </w:r>
      <w:r>
        <w:pict>
          <v:shape id="_x0000_i704834" o:spt="75" alt="学科网(www.zxxk.com)--教育资源门户，提供试卷、教案、课件、论文、素材以及各类教学资源下载，还有大量而丰富的教学相关资讯！" type="#_x0000_t75" style="height:13pt;width:29.5pt;" o:ole="t" filled="f" o:preferrelative="t" stroked="f" coordsize="21600,21600">
            <v:path/>
            <v:fill on="f" focussize="0,0"/>
            <v:stroke on="f" joinstyle="miter"/>
            <v:imagedata r:id="rId17" o:title="eqId43a5abe56c019ac914e1fcde1865a747"/>
            <o:lock v:ext="edit" aspectratio="t"/>
            <w10:wrap type="none"/>
            <w10:anchorlock/>
          </v:shape>
        </w:pict>
      </w:r>
      <w:r>
        <w:rPr>
          <w:rFonts w:ascii="宋体" w:hAnsi="宋体" w:eastAsia="宋体" w:cs="宋体"/>
          <w:color w:val="000000"/>
        </w:rPr>
        <w:t>，则</w:t>
      </w:r>
      <w:r>
        <w:pict>
          <v:shape id="_x0000_i704835" o:spt="75" alt="学科网(www.zxxk.com)--教育资源门户，提供试卷、教案、课件、论文、素材以及各类教学资源下载，还有大量而丰富的教学相关资讯！" type="#_x0000_t75" style="height:14.25pt;width:27.85pt;" o:ole="t" filled="f" o:preferrelative="t" stroked="f" coordsize="21600,21600">
            <v:path/>
            <v:fill on="f" focussize="0,0"/>
            <v:stroke on="f" joinstyle="miter"/>
            <v:imagedata r:id="rId18" o:title="eqIdb88584cf1df43e28d03592c7998b1653"/>
            <o:lock v:ext="edit" aspectratio="t"/>
            <w10:wrap type="none"/>
            <w10:anchorlock/>
          </v:shape>
        </w:pict>
      </w:r>
      <w:r>
        <w:rPr>
          <w:rFonts w:ascii="宋体" w:hAnsi="宋体" w:eastAsia="宋体" w:cs="宋体"/>
          <w:color w:val="000000"/>
        </w:rPr>
        <w:t>的值为</w:t>
      </w:r>
      <w:r>
        <w:rPr>
          <w:color w:val="000000"/>
        </w:rPr>
        <w:t>________</w:t>
      </w:r>
      <w:r>
        <w:rPr>
          <w:rFonts w:ascii="宋体" w:hAnsi="宋体" w:eastAsia="宋体" w:cs="宋体"/>
          <w:color w:val="000000"/>
        </w:rPr>
        <w:t>．</w:t>
      </w:r>
    </w:p>
    <w:p>
      <w:pPr>
        <w:pStyle w:val="Heading2"/>
      </w:pPr>
      <w:r>
        <w:t>师范大学附属实验中学</w:t>
      </w:r>
    </w:p>
    <w:p>
      <w:pPr>
        <w:spacing w:line="360" w:lineRule="auto"/>
        <w:jc w:val="left"/>
        <w:textAlignment w:val="center"/>
        <w:rPr>
          <w:color w:val="000000"/>
        </w:rPr>
      </w:pPr>
      <w:r>
        <w:rPr>
          <w:color w:val="000000"/>
        </w:rPr>
        <w:t xml:space="preserve">16. </w:t>
      </w:r>
      <w:r>
        <w:rPr>
          <w:rFonts w:ascii="宋体" w:hAnsi="宋体" w:eastAsia="宋体" w:cs="宋体"/>
          <w:color w:val="000000"/>
        </w:rPr>
        <w:t>对于正整数</w:t>
      </w:r>
      <w:r>
        <w:rPr>
          <w:rFonts w:ascii="Times New Roman" w:hAnsi="Times New Roman" w:eastAsia="Times New Roman" w:cs="Times New Roman"/>
          <w:i/>
          <w:color w:val="000000"/>
        </w:rPr>
        <w:t>n</w:t>
      </w:r>
      <w:r>
        <w:rPr>
          <w:rFonts w:ascii="宋体" w:hAnsi="宋体" w:eastAsia="宋体" w:cs="宋体"/>
          <w:color w:val="000000"/>
        </w:rPr>
        <w:t>，定义</w:t>
      </w:r>
      <w:r>
        <w:pict>
          <v:shape id="_x0000_i704836" o:spt="75" alt="学科网(www.zxxk.com)--教育资源门户，提供试卷、教案、课件、论文、素材以及各类教学资源下载，还有大量而丰富的教学相关资讯！" type="#_x0000_t75" style="height:39.75pt;width:116.25pt;" o:ole="t" filled="f" o:preferrelative="t" stroked="f" coordsize="21600,21600">
            <v:path/>
            <v:fill on="f" focussize="0,0"/>
            <v:stroke on="f" joinstyle="miter"/>
            <v:imagedata r:id="rId19" o:title="eqIdaad2b25b02bc3d3899a1d49220a43703"/>
            <o:lock v:ext="edit" aspectratio="t"/>
            <w10:wrap type="none"/>
            <w10:anchorlock/>
          </v:shape>
        </w:pict>
      </w:r>
      <w:r>
        <w:rPr>
          <w:rFonts w:ascii="宋体" w:hAnsi="宋体" w:eastAsia="宋体" w:cs="宋体"/>
          <w:color w:val="000000"/>
        </w:rPr>
        <w:t>，其中</w:t>
      </w:r>
      <w:r>
        <w:pict>
          <v:shape id="_x0000_i704837" o:spt="75" alt="学科网(www.zxxk.com)--教育资源门户，提供试卷、教案、课件、论文、素材以及各类教学资源下载，还有大量而丰富的教学相关资讯！" type="#_x0000_t75" style="height:20.25pt;width:29.25pt;" o:ole="t" filled="f" o:preferrelative="t" stroked="f" coordsize="21600,21600">
            <v:path/>
            <v:fill on="f" focussize="0,0"/>
            <v:stroke on="f" joinstyle="miter"/>
            <v:imagedata r:id="rId20" o:title="eqId38fcec7af3520884b173b29bda6c657a"/>
            <o:lock v:ext="edit" aspectratio="t"/>
            <w10:wrap type="none"/>
            <w10:anchorlock/>
          </v:shape>
        </w:pict>
      </w:r>
      <w:r>
        <w:rPr>
          <w:rFonts w:ascii="宋体" w:hAnsi="宋体" w:eastAsia="宋体" w:cs="宋体"/>
          <w:color w:val="000000"/>
        </w:rPr>
        <w:t>表示</w:t>
      </w:r>
      <w:r>
        <w:rPr>
          <w:rFonts w:ascii="Times New Roman" w:hAnsi="Times New Roman" w:eastAsia="Times New Roman" w:cs="Times New Roman"/>
          <w:i/>
          <w:color w:val="000000"/>
        </w:rPr>
        <w:t>n</w:t>
      </w:r>
      <w:r>
        <w:rPr>
          <w:rFonts w:ascii="宋体" w:hAnsi="宋体" w:eastAsia="宋体" w:cs="宋体"/>
          <w:color w:val="000000"/>
        </w:rPr>
        <w:t>的首位数字与末位数字的平方和，例如：</w:t>
      </w:r>
      <w:r>
        <w:pict>
          <v:shape id="_x0000_i704838" o:spt="75" alt="学科网(www.zxxk.com)--教育资源门户，提供试卷、教案、课件、论文、素材以及各类教学资源下载，还有大量而丰富的教学相关资讯！" type="#_x0000_t75" style="height:20.25pt;width:76.5pt;" o:ole="t" filled="f" o:preferrelative="t" stroked="f" coordsize="21600,21600">
            <v:path/>
            <v:fill on="f" focussize="0,0"/>
            <v:stroke on="f" joinstyle="miter"/>
            <v:imagedata r:id="rId21" o:title="eqId0af6d789a04019fbd1e0e533d1dba421"/>
            <o:lock v:ext="edit" aspectratio="t"/>
            <w10:wrap type="none"/>
            <w10:anchorlock/>
          </v:shape>
        </w:pict>
      </w:r>
      <w:r>
        <w:rPr>
          <w:rFonts w:ascii="宋体" w:hAnsi="宋体" w:eastAsia="宋体" w:cs="宋体"/>
          <w:color w:val="000000"/>
        </w:rPr>
        <w:t>，</w:t>
      </w:r>
      <w:r>
        <w:pict>
          <v:shape id="_x0000_i704839" o:spt="75" alt="学科网(www.zxxk.com)--教育资源门户，提供试卷、教案、课件、论文、素材以及各类教学资源下载，还有大量而丰富的教学相关资讯！" type="#_x0000_t75" style="height:20.25pt;width:103.5pt;" o:ole="t" filled="f" o:preferrelative="t" stroked="f" coordsize="21600,21600">
            <v:path/>
            <v:fill on="f" focussize="0,0"/>
            <v:stroke on="f" joinstyle="miter"/>
            <v:imagedata r:id="rId22" o:title="eqIdd9baabc2cae913e3498591215b51b0ab"/>
            <o:lock v:ext="edit" aspectratio="t"/>
            <w10:wrap type="none"/>
            <w10:anchorlock/>
          </v:shape>
        </w:pic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规定：</w:t>
      </w:r>
      <w:r>
        <w:pict>
          <v:shape id="_x0000_i704840" o:spt="75" alt="学科网(www.zxxk.com)--教育资源门户，提供试卷、教案、课件、论文、素材以及各类教学资源下载，还有大量而丰富的教学相关资讯！" type="#_x0000_t75" style="height:20.25pt;width:68.25pt;" o:ole="t" filled="f" o:preferrelative="t" stroked="f" coordsize="21600,21600">
            <v:path/>
            <v:fill on="f" focussize="0,0"/>
            <v:stroke on="f" joinstyle="miter"/>
            <v:imagedata r:id="rId23" o:title="eqIde6a4be484f18dd45d588d56d256cc63d"/>
            <o:lock v:ext="edit" aspectratio="t"/>
            <w10:wrap type="none"/>
            <w10:anchorlock/>
          </v:shape>
        </w:pict>
      </w:r>
      <w:r>
        <w:rPr>
          <w:rFonts w:ascii="宋体" w:hAnsi="宋体" w:eastAsia="宋体" w:cs="宋体"/>
          <w:color w:val="000000"/>
        </w:rPr>
        <w:t>，</w:t>
      </w:r>
      <w:r>
        <w:pict>
          <v:shape id="_x0000_i704841" o:spt="75" alt="学科网(www.zxxk.com)--教育资源门户，提供试卷、教案、课件、论文、素材以及各类教学资源下载，还有大量而丰富的教学相关资讯！" type="#_x0000_t75" style="height:20.4pt;width:101.15pt;" o:ole="t" filled="f" o:preferrelative="t" stroked="f" coordsize="21600,21600">
            <v:path/>
            <v:fill on="f" focussize="0,0"/>
            <v:stroke on="f" joinstyle="miter"/>
            <v:imagedata r:id="rId24" o:title="eqIde074a95a8bed76c863a0ae44081fd33e"/>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为正整数），</w:t>
      </w:r>
    </w:p>
    <w:p>
      <w:pPr>
        <w:spacing w:line="360" w:lineRule="auto"/>
        <w:jc w:val="left"/>
        <w:textAlignment w:val="center"/>
        <w:rPr>
          <w:color w:val="000000"/>
        </w:rPr>
      </w:pPr>
      <w:r>
        <w:rPr>
          <w:rFonts w:ascii="宋体" w:hAnsi="宋体" w:eastAsia="宋体" w:cs="宋体"/>
          <w:color w:val="000000"/>
        </w:rPr>
        <w:t>例如：</w:t>
      </w:r>
      <w:r>
        <w:pict>
          <v:shape id="_x0000_i704842" o:spt="75" alt="学科网(www.zxxk.com)--教育资源门户，提供试卷、教案、课件、论文、素材以及各类教学资源下载，还有大量而丰富的教学相关资讯！" type="#_x0000_t75" style="height:22.2pt;width:273pt;" o:ole="t" filled="f" o:preferrelative="t" stroked="f" coordsize="21600,21600">
            <v:path/>
            <v:fill on="f" focussize="0,0"/>
            <v:stroke on="f" joinstyle="miter"/>
            <v:imagedata r:id="rId26" o:title="eqId3a8dd411d3f1b959392350633a629afa"/>
            <o:lock v:ext="edit" aspectratio="t"/>
            <w10:wrap type="none"/>
            <w10:anchorlock/>
          </v:shape>
        </w:pict>
      </w:r>
      <w:r>
        <w:rPr>
          <w:rFonts w:ascii="Times New Roman" w:hAnsi="Times New Roman" w:eastAsia="Times New Roman" w:cs="Times New Roman"/>
          <w:color w:val="000000"/>
          <w:position w:val="-22"/>
        </w:rPr>
        <w:drawing>
          <wp:inline distT="0" distB="0" distL="114300" distR="114300">
            <wp:extent cx="31750" cy="88900"/>
            <wp:effectExtent l="0" t="0" r="0" b="0"/>
            <wp:docPr id="2259" name="图片 97782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 name="图片 977821839"/>
                    <pic:cNvPicPr>
                      <a:picLocks noChangeAspect="1"/>
                    </pic:cNvPicPr>
                  </pic:nvPicPr>
                  <pic:blipFill>
                    <a:blip r:embed="rId25"/>
                    <a:stretch>
                      <a:fillRect/>
                    </a:stretch>
                  </pic:blipFill>
                  <pic:spPr>
                    <a:xfrm>
                      <a:off x="0" y="0"/>
                      <a:ext cx="31750" cy="889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按此定义，</w:t>
      </w:r>
      <w:r>
        <w:pict>
          <v:shape id="_x0000_i704843" o:spt="75" alt="学科网(www.zxxk.com)--教育资源门户，提供试卷、教案、课件、论文、素材以及各类教学资源下载，还有大量而丰富的教学相关资讯！" type="#_x0000_t75" style="height:19.8pt;width:40.8pt;" o:ole="t" filled="f" o:preferrelative="t" stroked="f" coordsize="21600,21600">
            <v:path/>
            <v:fill on="f" focussize="0,0"/>
            <v:stroke on="f" joinstyle="miter"/>
            <v:imagedata r:id="rId27" o:title="eqId35c9fe04aabdfa4b65ba21e26a57b734"/>
            <o:lock v:ext="edit" aspectratio="t"/>
            <w10:wrap type="none"/>
            <w10:anchorlock/>
          </v:shape>
        </w:pict>
      </w:r>
      <w:r>
        <w:rPr>
          <w:color w:val="000000"/>
        </w:rPr>
        <w:t>______</w:t>
      </w:r>
      <w:r>
        <w:rPr>
          <w:rFonts w:ascii="宋体" w:hAnsi="宋体" w:eastAsia="宋体" w:cs="宋体"/>
          <w:color w:val="000000"/>
        </w:rPr>
        <w:t>，</w:t>
      </w:r>
      <w:r>
        <w:pict>
          <v:shape id="_x0000_i704844" o:spt="75" alt="学科网(www.zxxk.com)--教育资源门户，提供试卷、教案、课件、论文、素材以及各类教学资源下载，还有大量而丰富的教学相关资讯！" type="#_x0000_t75" style="height:19.8pt;width:51pt;" o:ole="t" filled="f" o:preferrelative="t" stroked="f" coordsize="21600,21600">
            <v:path/>
            <v:fill on="f" focussize="0,0"/>
            <v:stroke on="f" joinstyle="miter"/>
            <v:imagedata r:id="rId28" o:title="eqId0b9808f2f1d0042d585c3799578d9c26"/>
            <o:lock v:ext="edit" aspectratio="t"/>
            <w10:wrap type="none"/>
            <w10:anchorlock/>
          </v:shape>
        </w:pict>
      </w:r>
      <w:r>
        <w:rPr>
          <w:color w:val="000000"/>
        </w:rPr>
        <w:t>______</w:t>
      </w:r>
      <w:r>
        <w:rPr>
          <w:rFonts w:ascii="Times New Roman" w:hAnsi="Times New Roman" w:eastAsia="Times New Roman" w:cs="Times New Roman"/>
          <w:color w:val="000000"/>
        </w:rPr>
        <w:t>.</w:t>
      </w:r>
    </w:p>
    <w:p>
      <w:pPr>
        <w:pStyle w:val="Heading2"/>
      </w:pPr>
      <w:r>
        <w:t>师达中学（第一次月考）</w:t>
      </w:r>
    </w:p>
    <w:p>
      <w:pPr>
        <w:spacing w:line="360" w:lineRule="auto"/>
        <w:jc w:val="both"/>
        <w:textAlignment w:val="center"/>
        <w:rPr>
          <w:color w:val="000000"/>
        </w:rPr>
      </w:pPr>
      <w:r>
        <w:rPr>
          <w:color w:val="000000"/>
        </w:rPr>
        <w:t xml:space="preserve">18. </w:t>
      </w:r>
      <w:r>
        <w:rPr>
          <w:rFonts w:ascii="宋体" w:hAnsi="宋体" w:eastAsia="宋体" w:cs="宋体"/>
          <w:color w:val="000000"/>
        </w:rPr>
        <w:t>有理数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都不为零，且</w:t>
      </w:r>
      <w:r>
        <w:pict>
          <v:shape id="_x0000_i704845" o:spt="75" alt="学科网(www.zxxk.com)--教育资源门户，提供试卷、教案、课件、论文、素材以及各类教学资源下载，还有大量而丰富的教学相关资讯！" type="#_x0000_t75" style="height:14.4pt;width:60.6pt;" o:ole="t" filled="f" o:preferrelative="t" stroked="f" coordsize="21600,21600">
            <v:path/>
            <v:fill on="f" focussize="0,0"/>
            <v:stroke on="f" joinstyle="miter"/>
            <v:imagedata r:id="rId29" o:title="eqId9e56f4504e0f80fd031c8b5f41832e03"/>
            <o:lock v:ext="edit" aspectratio="t"/>
            <w10:wrap type="none"/>
            <w10:anchorlock/>
          </v:shape>
        </w:pict>
      </w:r>
      <w:r>
        <w:rPr>
          <w:rFonts w:ascii="宋体" w:hAnsi="宋体" w:eastAsia="宋体" w:cs="宋体"/>
          <w:color w:val="000000"/>
        </w:rPr>
        <w:t>，则</w:t>
      </w:r>
      <w:r>
        <w:pict>
          <v:shape id="_x0000_i704846" o:spt="75" alt="学科网(www.zxxk.com)--教育资源门户，提供试卷、教案、课件、论文、素材以及各类教学资源下载，还有大量而丰富的教学相关资讯！" type="#_x0000_t75" style="height:33pt;width:119.25pt;" o:ole="t" filled="f" o:preferrelative="t" stroked="f" coordsize="21600,21600">
            <v:path/>
            <v:fill on="f" focussize="0,0"/>
            <v:stroke on="f" joinstyle="miter"/>
            <v:imagedata r:id="rId30" o:title="eqIdef42a7211beb48da57ae54b87b0436a6"/>
            <o:lock v:ext="edit" aspectratio="t"/>
            <w10:wrap type="none"/>
            <w10:anchorlock/>
          </v:shape>
        </w:pict>
      </w:r>
      <w:r>
        <w:rPr>
          <w:color w:val="000000"/>
        </w:rPr>
        <w:t>_________</w:t>
      </w:r>
      <w:r>
        <w:rPr>
          <w:rFonts w:ascii="宋体" w:hAnsi="宋体" w:eastAsia="宋体" w:cs="宋体"/>
          <w:color w:val="000000"/>
        </w:rPr>
        <w:t>．</w:t>
      </w:r>
    </w:p>
    <w:p>
      <w:pPr>
        <w:pStyle w:val="Heading2"/>
      </w:pPr>
      <w:r>
        <w:t>朝阳区北京市陈经纶中学分校</w:t>
      </w: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1</w:t>
      </w:r>
      <w:r>
        <w:rPr>
          <w:rFonts w:ascii="宋体" w:hAnsi="宋体" w:eastAsia="宋体" w:cs="宋体"/>
          <w:color w:val="000000"/>
        </w:rPr>
        <w:t>公顷生长茂盛的树林每天大约可以吸收二氧化碳</w:t>
      </w:r>
      <w:r>
        <w:rPr>
          <w:rFonts w:ascii="Times New Roman" w:hAnsi="Times New Roman" w:eastAsia="Times New Roman" w:cs="Times New Roman"/>
          <w:color w:val="000000"/>
        </w:rPr>
        <w:t>1</w:t>
      </w:r>
      <w:r>
        <w:rPr>
          <w:rFonts w:ascii="宋体" w:hAnsi="宋体" w:eastAsia="宋体" w:cs="宋体"/>
          <w:color w:val="000000"/>
        </w:rPr>
        <w:t>吨，每人每小时呼出的二氧化碳约</w:t>
      </w:r>
      <w:r>
        <w:rPr>
          <w:rFonts w:ascii="Times New Roman" w:hAnsi="Times New Roman" w:eastAsia="Times New Roman" w:cs="Times New Roman"/>
          <w:color w:val="000000"/>
        </w:rPr>
        <w:t>38</w:t>
      </w:r>
      <w:r>
        <w:rPr>
          <w:rFonts w:ascii="宋体" w:hAnsi="宋体" w:eastAsia="宋体" w:cs="宋体"/>
          <w:color w:val="000000"/>
        </w:rPr>
        <w:t>克，如果要吸收掉</w:t>
      </w:r>
      <w:r>
        <w:rPr>
          <w:rFonts w:ascii="Times New Roman" w:hAnsi="Times New Roman" w:eastAsia="Times New Roman" w:cs="Times New Roman"/>
          <w:color w:val="000000"/>
        </w:rPr>
        <w:t>1</w:t>
      </w:r>
      <w:r>
        <w:rPr>
          <w:rFonts w:ascii="宋体" w:hAnsi="宋体" w:eastAsia="宋体" w:cs="宋体"/>
          <w:color w:val="000000"/>
        </w:rPr>
        <w:t>万人</w:t>
      </w:r>
      <w:r>
        <w:rPr>
          <w:rFonts w:ascii="Times New Roman" w:hAnsi="Times New Roman" w:eastAsia="Times New Roman" w:cs="Times New Roman"/>
          <w:color w:val="000000"/>
        </w:rPr>
        <w:t>1</w:t>
      </w:r>
      <w:r>
        <w:rPr>
          <w:rFonts w:ascii="宋体" w:hAnsi="宋体" w:eastAsia="宋体" w:cs="宋体"/>
          <w:color w:val="000000"/>
        </w:rPr>
        <w:t>天呼出的二氧化碳，那么大约需要</w:t>
      </w:r>
      <w:r>
        <w:rPr>
          <w:color w:val="000000"/>
        </w:rPr>
        <w:t>__________</w:t>
      </w:r>
      <w:r>
        <w:rPr>
          <w:rFonts w:ascii="宋体" w:hAnsi="宋体" w:eastAsia="宋体" w:cs="宋体"/>
          <w:color w:val="000000"/>
        </w:rPr>
        <w:t>公顷生长茂盛的树林</w:t>
      </w:r>
      <w:r>
        <w:pict>
          <v:shape id="_x0000_i704847" o:spt="75" alt="学科网(www.zxxk.com)--教育资源门户，提供试卷、教案、课件、论文、素材以及各类教学资源下载，还有大量而丰富的教学相关资讯！" type="#_x0000_t75" style="height:15.8pt;width:9.9pt;" o:ole="t" filled="f" o:preferrelative="t" stroked="f" coordsize="21600,21600">
            <v:path/>
            <v:fill on="f" focussize="0,0"/>
            <v:stroke on="f" joinstyle="miter"/>
            <v:imagedata r:id="rId31" o:title="eqId108f238e79d8386b3bbf1ca4b87ae025"/>
            <o:lock v:ext="edit" aspectratio="t"/>
            <w10:wrap type="none"/>
            <w10:anchorlock/>
          </v:shape>
        </w:pict>
      </w:r>
      <w:r>
        <w:rPr>
          <w:rFonts w:ascii="宋体" w:hAnsi="宋体" w:eastAsia="宋体" w:cs="宋体"/>
          <w:color w:val="000000"/>
        </w:rPr>
        <w:t>结果精确到</w:t>
      </w:r>
      <w:r>
        <w:pict>
          <v:shape id="_x0000_i704848" o:spt="75" alt="学科网(www.zxxk.com)--教育资源门户，提供试卷、教案、课件、论文、素材以及各类教学资源下载，还有大量而丰富的教学相关资讯！" type="#_x0000_t75" style="height:14.35pt;width:18.1pt;" o:ole="t" filled="f" o:preferrelative="t" stroked="f" coordsize="21600,21600">
            <v:path/>
            <v:fill on="f" focussize="0,0"/>
            <v:stroke on="f" joinstyle="miter"/>
            <v:imagedata r:id="rId32" o:title="eqIda87796ee30e6c5d5e6b6285b32abe10c"/>
            <o:lock v:ext="edit" aspectratio="t"/>
            <w10:wrap type="none"/>
            <w10:anchorlock/>
          </v:shape>
        </w:pict>
      </w:r>
      <w:r>
        <w:rPr>
          <w:rFonts w:ascii="宋体" w:hAnsi="宋体" w:eastAsia="宋体" w:cs="宋体"/>
          <w:color w:val="000000"/>
        </w:rPr>
        <w:t>公顷</w:t>
      </w:r>
      <w:r>
        <w:pict>
          <v:shape id="_x0000_i704849" o:spt="75" alt="学科网(www.zxxk.com)--教育资源门户，提供试卷、教案、课件、论文、素材以及各类教学资源下载，还有大量而丰富的教学相关资讯！" type="#_x0000_t75" style="height:15pt;width:6.95pt;" o:ole="t" filled="f" o:preferrelative="t" stroked="f" coordsize="21600,21600">
            <v:path/>
            <v:fill on="f" focussize="0,0"/>
            <v:stroke on="f" joinstyle="miter"/>
            <v:imagedata r:id="rId33" o:title="eqId04582116cd765fcc5a52f44279ad6c94"/>
            <o:lock v:ext="edit" aspectratio="t"/>
            <w10:wrap type="none"/>
            <w10:anchorlock/>
          </v:shape>
        </w:pict>
      </w:r>
    </w:p>
    <w:p>
      <w:pPr>
        <w:pStyle w:val="Heading2"/>
      </w:pPr>
      <w:r>
        <w:t>朝阳区陈经纶中学</w:t>
      </w:r>
    </w:p>
    <w:p>
      <w:pPr>
        <w:spacing w:line="360" w:lineRule="auto"/>
        <w:jc w:val="left"/>
        <w:textAlignment w:val="center"/>
        <w:rPr>
          <w:color w:val="000000"/>
        </w:rPr>
      </w:pPr>
      <w:r>
        <w:rPr>
          <w:color w:val="000000"/>
        </w:rPr>
        <w:t xml:space="preserve">16. </w:t>
      </w:r>
      <w:r>
        <w:rPr>
          <w:rFonts w:ascii="宋体" w:hAnsi="宋体" w:eastAsia="宋体" w:cs="宋体"/>
          <w:color w:val="000000"/>
        </w:rPr>
        <w:t>已知点</w:t>
      </w:r>
      <w:r>
        <w:pict>
          <v:shape id="_x0000_i70485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4" o:title="eqIdc5db41a1f31d6baee7c69990811edb9f"/>
            <o:lock v:ext="edit" aspectratio="t"/>
            <w10:wrap type="none"/>
            <w10:anchorlock/>
          </v:shape>
        </w:pict>
      </w:r>
      <w:r>
        <w:rPr>
          <w:rFonts w:ascii="宋体" w:hAnsi="宋体" w:eastAsia="宋体" w:cs="宋体"/>
          <w:color w:val="000000"/>
        </w:rPr>
        <w:t>是线段</w:t>
      </w:r>
      <w:r>
        <w:pict>
          <v:shape id="_x0000_i70485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5" o:title="eqIdf52a58fbaf4fea03567e88a9f0f6e37e"/>
            <o:lock v:ext="edit" aspectratio="t"/>
            <w10:wrap type="none"/>
            <w10:anchorlock/>
          </v:shape>
        </w:pict>
      </w:r>
      <w:r>
        <w:rPr>
          <w:rFonts w:ascii="宋体" w:hAnsi="宋体" w:eastAsia="宋体" w:cs="宋体"/>
          <w:color w:val="000000"/>
        </w:rPr>
        <w:t>上一点（点</w:t>
      </w:r>
      <w:r>
        <w:pict>
          <v:shape id="_x0000_i70485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4" o:title="eqIdc5db41a1f31d6baee7c69990811edb9f"/>
            <o:lock v:ext="edit" aspectratio="t"/>
            <w10:wrap type="none"/>
            <w10:anchorlock/>
          </v:shape>
        </w:pict>
      </w:r>
      <w:r>
        <w:rPr>
          <w:rFonts w:ascii="宋体" w:hAnsi="宋体" w:eastAsia="宋体" w:cs="宋体"/>
          <w:color w:val="000000"/>
        </w:rPr>
        <w:t>与点</w:t>
      </w:r>
      <w:r>
        <w:pict>
          <v:shape id="_x0000_i70485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6" o:title="eqId5963abe8f421bd99a2aaa94831a951e9"/>
            <o:lock v:ext="edit" aspectratio="t"/>
            <w10:wrap type="none"/>
            <w10:anchorlock/>
          </v:shape>
        </w:pict>
      </w:r>
      <w:r>
        <w:rPr>
          <w:rFonts w:ascii="宋体" w:hAnsi="宋体" w:eastAsia="宋体" w:cs="宋体"/>
          <w:color w:val="000000"/>
        </w:rPr>
        <w:t>、</w:t>
      </w:r>
      <w:r>
        <w:pict>
          <v:shape id="_x0000_i70485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7" o:title="eqId7f9e8449aad35c5d840a3395ea86df6d"/>
            <o:lock v:ext="edit" aspectratio="t"/>
            <w10:wrap type="none"/>
            <w10:anchorlock/>
          </v:shape>
        </w:pict>
      </w:r>
      <w:r>
        <w:rPr>
          <w:rFonts w:ascii="宋体" w:hAnsi="宋体" w:eastAsia="宋体" w:cs="宋体"/>
          <w:color w:val="000000"/>
        </w:rPr>
        <w:t>不重合），在三条线段</w:t>
      </w:r>
      <w:r>
        <w:pict>
          <v:shape id="_x0000_i704855"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38" o:title="eqId60ef95894ceebaf236170e8832dcf7e3"/>
            <o:lock v:ext="edit" aspectratio="t"/>
            <w10:wrap type="none"/>
            <w10:anchorlock/>
          </v:shape>
        </w:pict>
      </w:r>
      <w:r>
        <w:rPr>
          <w:rFonts w:ascii="宋体" w:hAnsi="宋体" w:eastAsia="宋体" w:cs="宋体"/>
          <w:color w:val="000000"/>
        </w:rPr>
        <w:t>、</w:t>
      </w:r>
      <w:r>
        <w:pict>
          <v:shape id="_x0000_i70485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9" o:title="eqId0dc5c9827dfd0be5a9c85962d6ccbfb1"/>
            <o:lock v:ext="edit" aspectratio="t"/>
            <w10:wrap type="none"/>
            <w10:anchorlock/>
          </v:shape>
        </w:pict>
      </w:r>
      <w:r>
        <w:rPr>
          <w:rFonts w:ascii="宋体" w:hAnsi="宋体" w:eastAsia="宋体" w:cs="宋体"/>
          <w:color w:val="000000"/>
        </w:rPr>
        <w:t>、</w:t>
      </w:r>
      <w:r>
        <w:pict>
          <v:shape id="_x0000_i70485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5" o:title="eqIdf52a58fbaf4fea03567e88a9f0f6e37e"/>
            <o:lock v:ext="edit" aspectratio="t"/>
            <w10:wrap type="none"/>
            <w10:anchorlock/>
          </v:shape>
        </w:pict>
      </w:r>
      <w:r>
        <w:rPr>
          <w:rFonts w:ascii="宋体" w:hAnsi="宋体" w:eastAsia="宋体" w:cs="宋体"/>
          <w:color w:val="000000"/>
        </w:rPr>
        <w:t>中，如果其中一条线段的长度是另一条线段长度的</w:t>
      </w:r>
      <w:r>
        <w:rPr>
          <w:rFonts w:ascii="Times New Roman" w:hAnsi="Times New Roman" w:eastAsia="Times New Roman" w:cs="Times New Roman"/>
          <w:color w:val="000000"/>
        </w:rPr>
        <w:t>2</w:t>
      </w:r>
      <w:r>
        <w:rPr>
          <w:rFonts w:ascii="宋体" w:hAnsi="宋体" w:eastAsia="宋体" w:cs="宋体"/>
          <w:color w:val="000000"/>
        </w:rPr>
        <w:t>倍，那么称点</w:t>
      </w:r>
      <w:r>
        <w:pict>
          <v:shape id="_x0000_i70485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4" o:title="eqIdc5db41a1f31d6baee7c69990811edb9f"/>
            <o:lock v:ext="edit" aspectratio="t"/>
            <w10:wrap type="none"/>
            <w10:anchorlock/>
          </v:shape>
        </w:pict>
      </w:r>
      <w:r>
        <w:rPr>
          <w:rFonts w:ascii="宋体" w:hAnsi="宋体" w:eastAsia="宋体" w:cs="宋体"/>
          <w:color w:val="000000"/>
        </w:rPr>
        <w:t>为线段</w:t>
      </w:r>
      <w:r>
        <w:pict>
          <v:shape id="_x0000_i70485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5" o:title="eqIdf52a58fbaf4fea03567e88a9f0f6e37e"/>
            <o:lock v:ext="edit" aspectratio="t"/>
            <w10:wrap type="none"/>
            <w10:anchorlock/>
          </v:shape>
        </w:pict>
      </w:r>
      <w:r>
        <w:rPr>
          <w:rFonts w:ascii="宋体" w:hAnsi="宋体" w:eastAsia="宋体" w:cs="宋体"/>
          <w:color w:val="000000"/>
        </w:rPr>
        <w:t>的“巧点”，如果线段</w:t>
      </w:r>
      <w:r>
        <w:pict>
          <v:shape id="_x0000_i704860" o:spt="75" alt="学科网(www.zxxk.com)--教育资源门户，提供试卷、教案、课件、论文、素材以及各类教学资源下载，还有大量而丰富的教学相关资讯！" type="#_x0000_t75" style="height:13pt;width:42pt;" o:ole="t" filled="f" o:preferrelative="t" stroked="f" coordsize="21600,21600">
            <v:path/>
            <v:fill on="f" focussize="0,0"/>
            <v:stroke on="f" joinstyle="miter"/>
            <v:imagedata r:id="rId40" o:title="eqId78b65065ec3a0cb4b050989165c003d1"/>
            <o:lock v:ext="edit" aspectratio="t"/>
            <w10:wrap type="none"/>
            <w10:anchorlock/>
          </v:shape>
        </w:pict>
      </w:r>
      <w:r>
        <w:rPr>
          <w:rFonts w:ascii="宋体" w:hAnsi="宋体" w:eastAsia="宋体" w:cs="宋体"/>
          <w:color w:val="000000"/>
        </w:rPr>
        <w:t>，点</w:t>
      </w:r>
      <w:r>
        <w:pict>
          <v:shape id="_x0000_i70486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4" o:title="eqIdc5db41a1f31d6baee7c69990811edb9f"/>
            <o:lock v:ext="edit" aspectratio="t"/>
            <w10:wrap type="none"/>
            <w10:anchorlock/>
          </v:shape>
        </w:pict>
      </w:r>
      <w:r>
        <w:rPr>
          <w:rFonts w:ascii="宋体" w:hAnsi="宋体" w:eastAsia="宋体" w:cs="宋体"/>
          <w:color w:val="000000"/>
        </w:rPr>
        <w:t>为线段</w:t>
      </w:r>
      <w:r>
        <w:pict>
          <v:shape id="_x0000_i70486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5" o:title="eqIdf52a58fbaf4fea03567e88a9f0f6e37e"/>
            <o:lock v:ext="edit" aspectratio="t"/>
            <w10:wrap type="none"/>
            <w10:anchorlock/>
          </v:shape>
        </w:pict>
      </w:r>
      <w:r>
        <w:rPr>
          <w:rFonts w:ascii="宋体" w:hAnsi="宋体" w:eastAsia="宋体" w:cs="宋体"/>
          <w:color w:val="000000"/>
        </w:rPr>
        <w:t>的“巧点”，那么线段</w:t>
      </w:r>
      <w:r>
        <w:pict>
          <v:shape id="_x0000_i704863"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38" o:title="eqId60ef95894ceebaf236170e8832dcf7e3"/>
            <o:lock v:ext="edit" aspectratio="t"/>
            <w10:wrap type="none"/>
            <w10:anchorlock/>
          </v:shape>
        </w:pict>
      </w:r>
      <w:r>
        <w:rPr>
          <w:rFonts w:ascii="宋体" w:hAnsi="宋体" w:eastAsia="宋体" w:cs="宋体"/>
          <w:color w:val="000000"/>
        </w:rPr>
        <w:t>的长度是</w:t>
      </w:r>
      <w:r>
        <w:rPr>
          <w:color w:val="000000"/>
        </w:rPr>
        <w:t>__________</w:t>
      </w:r>
      <w:r>
        <w:rPr>
          <w:rFonts w:ascii="宋体" w:hAnsi="宋体" w:eastAsia="宋体" w:cs="宋体"/>
          <w:color w:val="000000"/>
        </w:rPr>
        <w:t>．</w:t>
      </w:r>
    </w:p>
    <w:p>
      <w:pPr>
        <w:pStyle w:val="Heading2"/>
      </w:pPr>
      <w:r>
        <w:t>海淀区师达中学（第一次月考）</w:t>
      </w:r>
    </w:p>
    <w:p>
      <w:pPr>
        <w:spacing w:line="360" w:lineRule="auto"/>
        <w:jc w:val="both"/>
        <w:textAlignment w:val="center"/>
        <w:rPr>
          <w:color w:val="000000"/>
        </w:rPr>
      </w:pPr>
      <w:r>
        <w:rPr>
          <w:color w:val="000000"/>
        </w:rPr>
        <w:t xml:space="preserve">18. </w:t>
      </w:r>
      <w:r>
        <w:rPr>
          <w:rFonts w:ascii="宋体" w:hAnsi="宋体" w:eastAsia="宋体" w:cs="宋体"/>
          <w:color w:val="000000"/>
        </w:rPr>
        <w:t>有理数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都不为零，且</w:t>
      </w:r>
      <w:r>
        <w:pict>
          <v:shape id="_x0000_i704864" o:spt="75" alt="学科网(www.zxxk.com)--教育资源门户，提供试卷、教案、课件、论文、素材以及各类教学资源下载，还有大量而丰富的教学相关资讯！" type="#_x0000_t75" style="height:14.4pt;width:60.6pt;" o:ole="t" filled="f" o:preferrelative="t" stroked="f" coordsize="21600,21600">
            <v:path/>
            <v:fill on="f" focussize="0,0"/>
            <v:stroke on="f" joinstyle="miter"/>
            <v:imagedata r:id="rId41" o:title="eqId9e56f4504e0f80fd031c8b5f41832e03"/>
            <o:lock v:ext="edit" aspectratio="t"/>
            <w10:wrap type="none"/>
            <w10:anchorlock/>
          </v:shape>
        </w:pict>
      </w:r>
      <w:r>
        <w:rPr>
          <w:rFonts w:ascii="宋体" w:hAnsi="宋体" w:eastAsia="宋体" w:cs="宋体"/>
          <w:color w:val="000000"/>
        </w:rPr>
        <w:t>，则</w:t>
      </w:r>
      <w:r>
        <w:pict>
          <v:shape id="_x0000_i704865" o:spt="75" alt="学科网(www.zxxk.com)--教育资源门户，提供试卷、教案、课件、论文、素材以及各类教学资源下载，还有大量而丰富的教学相关资讯！" type="#_x0000_t75" style="height:33pt;width:119.25pt;" o:ole="t" filled="f" o:preferrelative="t" stroked="f" coordsize="21600,21600">
            <v:path/>
            <v:fill on="f" focussize="0,0"/>
            <v:stroke on="f" joinstyle="miter"/>
            <v:imagedata r:id="rId42" o:title="eqIdef42a7211beb48da57ae54b87b0436a6"/>
            <o:lock v:ext="edit" aspectratio="t"/>
            <w10:wrap type="none"/>
            <w10:anchorlock/>
          </v:shape>
        </w:pict>
      </w:r>
      <w:r>
        <w:rPr>
          <w:color w:val="000000"/>
        </w:rPr>
        <w:t>_________</w:t>
      </w:r>
      <w:r>
        <w:rPr>
          <w:rFonts w:ascii="宋体" w:hAnsi="宋体" w:eastAsia="宋体" w:cs="宋体"/>
          <w:color w:val="000000"/>
        </w:rPr>
        <w:t>．</w:t>
      </w:r>
    </w:p>
    <w:p>
      <w:pPr>
        <w:pStyle w:val="Heading2"/>
      </w:pPr>
      <w:r>
        <w:t>海淀区清华大学附属中学</w:t>
      </w:r>
    </w:p>
    <w:p>
      <w:pPr>
        <w:spacing w:line="360" w:lineRule="auto"/>
        <w:jc w:val="left"/>
        <w:textAlignment w:val="center"/>
        <w:rPr>
          <w:color w:val="000000"/>
        </w:rPr>
      </w:pPr>
      <w:r>
        <w:rPr>
          <w:color w:val="000000"/>
        </w:rPr>
        <w:t xml:space="preserve">14. </w:t>
      </w:r>
      <w:r>
        <w:rPr>
          <w:rFonts w:ascii="宋体" w:hAnsi="宋体" w:eastAsia="宋体" w:cs="宋体"/>
          <w:color w:val="000000"/>
        </w:rPr>
        <w:t>有理数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在数轴上的位置如图所示，且</w:t>
      </w:r>
      <w:r>
        <w:pict>
          <v:shape id="_x0000_i704866" o:spt="75" alt="学科网(www.zxxk.com)--教育资源门户，提供试卷、教案、课件、论文、素材以及各类教学资源下载，还有大量而丰富的教学相关资讯！" type="#_x0000_t75" style="height:20.25pt;width:63pt;" o:ole="t" filled="f" o:preferrelative="t" stroked="f" coordsize="21600,21600">
            <v:path/>
            <v:fill on="f" focussize="0,0"/>
            <v:stroke on="f" joinstyle="miter"/>
            <v:imagedata r:id="rId43" o:title="eqIdde6b16a65d6f7e00d0e163dcb546bedc"/>
            <o:lock v:ext="edit" aspectratio="t"/>
            <w10:wrap type="none"/>
            <w10:anchorlock/>
          </v:shape>
        </w:pict>
      </w:r>
      <w:r>
        <w:rPr>
          <w:rFonts w:ascii="宋体" w:hAnsi="宋体" w:eastAsia="宋体" w:cs="宋体"/>
          <w:color w:val="000000"/>
        </w:rPr>
        <w:t>，则</w:t>
      </w:r>
      <w:r>
        <w:pict>
          <v:shape id="_x0000_i704867"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4" o:title="eqId892560dcff6af9f66a3f735652f69dd7"/>
            <o:lock v:ext="edit" aspectratio="t"/>
            <w10:wrap type="none"/>
            <w10:anchorlock/>
          </v:shape>
        </w:pict>
      </w:r>
      <w:r>
        <w:rPr>
          <w:color w:val="000000"/>
        </w:rPr>
        <w:t>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886075" cy="352425"/>
            <wp:effectExtent l="0" t="0" r="9525" b="9525"/>
            <wp:docPr id="2261"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 name="图片 100009"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2886075" cy="352425"/>
                    </a:xfrm>
                    <a:prstGeom prst="rect">
                      <a:avLst/>
                    </a:prstGeom>
                  </pic:spPr>
                </pic:pic>
              </a:graphicData>
            </a:graphic>
          </wp:inline>
        </w:drawing>
      </w:r>
    </w:p>
    <w:p>
      <w:pPr>
        <w:pStyle w:val="Heading2"/>
      </w:pPr>
      <w:r>
        <w:t>海淀区首都师范大学附属中学第一分校</w:t>
      </w:r>
    </w:p>
    <w:p>
      <w:pPr>
        <w:spacing w:line="360" w:lineRule="auto"/>
        <w:jc w:val="left"/>
        <w:textAlignment w:val="center"/>
        <w:rPr>
          <w:color w:val="000000"/>
        </w:rPr>
      </w:pPr>
      <w:r>
        <w:rPr>
          <w:color w:val="000000"/>
        </w:rPr>
        <w:t xml:space="preserve">16. </w:t>
      </w:r>
      <w:r>
        <w:rPr>
          <w:rFonts w:ascii="宋体" w:hAnsi="宋体" w:eastAsia="宋体" w:cs="宋体"/>
          <w:color w:val="000000"/>
        </w:rPr>
        <w:t>在初一年级即将进行的冬之韵活动中，各种活动精彩纷呈，同学们积极参与</w:t>
      </w:r>
      <w:r>
        <w:rPr>
          <w:rFonts w:ascii="Times New Roman" w:hAnsi="Times New Roman" w:eastAsia="Times New Roman" w:cs="Times New Roman"/>
          <w:color w:val="000000"/>
        </w:rPr>
        <w:t>.</w:t>
      </w:r>
      <w:r>
        <w:rPr>
          <w:rFonts w:ascii="宋体" w:hAnsi="宋体" w:eastAsia="宋体" w:cs="宋体"/>
          <w:color w:val="000000"/>
        </w:rPr>
        <w:t>其中小升、小楠、小霞、小焱四位同学参加了①朗诵、②舞蹈、③表演、④演奏这四个项目，每人只能参加一个项目且四人参加的项目互不相同，已知小升参加了舞蹈、表演中的一个，小楠参加了朗诵、舞蹈中的一个，小霞参加了朗诵、表演中的一个，参加舞蹈的是小升或小焱中的其中一个，请你依次写出小升、小楠、小霞、小焱分别参加的项目名称所对应的数字编号为</w:t>
      </w:r>
      <w:r>
        <w:rPr>
          <w:color w:val="000000"/>
        </w:rPr>
        <w:t>_______</w:t>
      </w:r>
    </w:p>
    <w:p>
      <w:pPr>
        <w:pStyle w:val="Heading2"/>
      </w:pPr>
      <w:r>
        <w:t>海淀区首都师范大学附属中学第一分校</w:t>
      </w:r>
    </w:p>
    <w:p>
      <w:pPr>
        <w:spacing w:line="360" w:lineRule="auto"/>
        <w:jc w:val="left"/>
        <w:textAlignment w:val="center"/>
        <w:rPr>
          <w:color w:val="000000"/>
        </w:rPr>
      </w:pPr>
      <w:r>
        <w:rPr>
          <w:color w:val="000000"/>
        </w:rPr>
        <w:t xml:space="preserve">20. </w:t>
      </w:r>
      <w:r>
        <w:rPr>
          <w:rFonts w:ascii="宋体" w:hAnsi="宋体" w:eastAsia="宋体" w:cs="宋体"/>
          <w:color w:val="000000"/>
        </w:rPr>
        <w:t>四个互不相等的实数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在数轴上的对应点分别为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，其中</w:t>
      </w:r>
      <w:r>
        <w:pict>
          <v:shape id="_x0000_i704868" o:spt="75" alt="学科网(www.zxxk.com)--教育资源门户，提供试卷、教案、课件、论文、素材以及各类教学资源下载，还有大量而丰富的教学相关资讯！" type="#_x0000_t75" style="height:13.6pt;width:28.35pt;" o:ole="t" filled="f" o:preferrelative="t" stroked="f" coordsize="21600,21600">
            <v:path/>
            <v:fill on="f" focussize="0,0"/>
            <v:stroke on="f" joinstyle="miter"/>
            <v:imagedata r:id="rId46" o:title="eqIdaa4c355f11471a38f5583a434a1ddeb3"/>
            <o:lock v:ext="edit" aspectratio="t"/>
            <w10:wrap type="none"/>
            <w10:anchorlock/>
          </v:shape>
        </w:pict>
      </w:r>
      <w:r>
        <w:rPr>
          <w:rFonts w:ascii="宋体" w:hAnsi="宋体" w:eastAsia="宋体" w:cs="宋体"/>
          <w:color w:val="000000"/>
        </w:rPr>
        <w:t>，</w:t>
      </w:r>
      <w:r>
        <w:pict>
          <v:shape id="_x0000_i704869" o:spt="75" alt="学科网(www.zxxk.com)--教育资源门户，提供试卷、教案、课件、论文、素材以及各类教学资源下载，还有大量而丰富的教学相关资讯！" type="#_x0000_t75" style="height:14.55pt;width:27.7pt;" o:ole="t" filled="f" o:preferrelative="t" stroked="f" coordsize="21600,21600">
            <v:path/>
            <v:fill on="f" focussize="0,0"/>
            <v:stroke on="f" joinstyle="miter"/>
            <v:imagedata r:id="rId47" o:title="eqId9ab1c19b66cda3fb899f06d9a25e973c"/>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为整数，</w:t>
      </w:r>
      <w:r>
        <w:pict>
          <v:shape id="_x0000_i704870" o:spt="75" alt="学科网(www.zxxk.com)--教育资源门户，提供试卷、教案、课件、论文、素材以及各类教学资源下载，还有大量而丰富的教学相关资讯！" type="#_x0000_t75" style="height:20.05pt;width:88.9pt;" o:ole="t" filled="f" o:preferrelative="t" stroked="f" coordsize="21600,21600">
            <v:path/>
            <v:fill on="f" focussize="0,0"/>
            <v:stroke on="f" joinstyle="miter"/>
            <v:imagedata r:id="rId48" o:title="eqId4ca5deb8c1f15d97b72151a2cea4cec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w:t>
      </w:r>
      <w:r>
        <w:pict>
          <v:shape id="_x0000_i704871" o:spt="75" alt="学科网(www.zxxk.com)--教育资源门户，提供试卷、教案、课件、论文、素材以及各类教学资源下载，还有大量而丰富的教学相关资讯！" type="#_x0000_t75" style="height:14.1pt;width:32.1pt;" o:ole="t" filled="f" o:preferrelative="t" stroked="f" coordsize="21600,21600">
            <v:path/>
            <v:fill on="f" focussize="0,0"/>
            <v:stroke on="f" joinstyle="miter"/>
            <v:imagedata r:id="rId49" o:title="eqIdb6d39e8c6fc9149d6290c493a65bdc53"/>
            <o:lock v:ext="edit" aspectratio="t"/>
            <w10:wrap type="none"/>
            <w10:anchorlock/>
          </v:shape>
        </w:pict>
      </w:r>
      <w:r>
        <w:rPr>
          <w:rFonts w:ascii="宋体" w:hAnsi="宋体" w:eastAsia="宋体" w:cs="宋体"/>
          <w:color w:val="000000"/>
        </w:rPr>
        <w:t>，则</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中与</w:t>
      </w:r>
      <w:r>
        <w:rPr>
          <w:rFonts w:ascii="Times New Roman" w:hAnsi="Times New Roman" w:eastAsia="Times New Roman" w:cs="Times New Roman"/>
          <w:i/>
          <w:color w:val="000000"/>
        </w:rPr>
        <w:t>M</w:t>
      </w:r>
      <w:r>
        <w:rPr>
          <w:rFonts w:ascii="宋体" w:hAnsi="宋体" w:eastAsia="宋体" w:cs="宋体"/>
          <w:color w:val="000000"/>
        </w:rPr>
        <w:t>距离最小的点为</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）若在</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中，点</w:t>
      </w:r>
      <w:r>
        <w:rPr>
          <w:rFonts w:ascii="Times New Roman" w:hAnsi="Times New Roman" w:eastAsia="Times New Roman" w:cs="Times New Roman"/>
          <w:i/>
          <w:color w:val="000000"/>
        </w:rPr>
        <w:t>C</w:t>
      </w:r>
      <w:r>
        <w:rPr>
          <w:rFonts w:ascii="宋体" w:hAnsi="宋体" w:eastAsia="宋体" w:cs="宋体"/>
          <w:color w:val="000000"/>
        </w:rPr>
        <w:t>与点</w:t>
      </w:r>
      <w:r>
        <w:rPr>
          <w:rFonts w:ascii="Times New Roman" w:hAnsi="Times New Roman" w:eastAsia="Times New Roman" w:cs="Times New Roman"/>
          <w:i/>
          <w:color w:val="000000"/>
        </w:rPr>
        <w:t>M</w:t>
      </w:r>
      <w:r>
        <w:rPr>
          <w:rFonts w:ascii="宋体" w:hAnsi="宋体" w:eastAsia="宋体" w:cs="宋体"/>
          <w:color w:val="000000"/>
          <w:position w:val="0"/>
        </w:rPr>
        <w:drawing>
          <wp:inline distT="0" distB="0" distL="114300" distR="114300">
            <wp:extent cx="133350" cy="177800"/>
            <wp:effectExtent l="0" t="0" r="0" b="13335"/>
            <wp:docPr id="2263" name="图片 19898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 name="图片 1989886016"/>
                    <pic:cNvPicPr>
                      <a:picLocks noChangeAspect="1"/>
                    </pic:cNvPicPr>
                  </pic:nvPicPr>
                  <pic:blipFill>
                    <a:blip r:embed="rId5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距离最小，则符合条件的点</w:t>
      </w:r>
      <w:r>
        <w:rPr>
          <w:rFonts w:ascii="Times New Roman" w:hAnsi="Times New Roman" w:eastAsia="Times New Roman" w:cs="Times New Roman"/>
          <w:i/>
          <w:color w:val="000000"/>
        </w:rPr>
        <w:t>C</w:t>
      </w:r>
      <w:r>
        <w:rPr>
          <w:rFonts w:ascii="宋体" w:hAnsi="宋体" w:eastAsia="宋体" w:cs="宋体"/>
          <w:color w:val="000000"/>
        </w:rPr>
        <w:t>有</w:t>
      </w:r>
      <w:r>
        <w:rPr>
          <w:color w:val="000000"/>
        </w:rPr>
        <w:t>______</w:t>
      </w:r>
      <w:r>
        <w:rPr>
          <w:rFonts w:ascii="宋体" w:hAnsi="宋体" w:eastAsia="宋体" w:cs="宋体"/>
          <w:color w:val="000000"/>
        </w:rPr>
        <w:t>个．</w:t>
      </w:r>
    </w:p>
    <w:p>
      <w:pPr>
        <w:pStyle w:val="Heading2"/>
      </w:pPr>
      <w:r>
        <w:t>海淀外国语实验学校</w:t>
      </w:r>
    </w:p>
    <w:p>
      <w:pPr>
        <w:spacing w:line="360" w:lineRule="auto"/>
        <w:jc w:val="both"/>
        <w:textAlignment w:val="center"/>
        <w:rPr>
          <w:color w:val="000000"/>
        </w:rPr>
      </w:pPr>
      <w:r>
        <w:rPr>
          <w:color w:val="000000"/>
        </w:rPr>
        <w:t xml:space="preserve">16. </w:t>
      </w:r>
      <w:r>
        <w:rPr>
          <w:rFonts w:ascii="宋体" w:hAnsi="宋体" w:eastAsia="宋体" w:cs="宋体"/>
          <w:color w:val="000000"/>
        </w:rPr>
        <w:t>一个小正方体的六个面分别标有数字</w:t>
      </w:r>
      <w:r>
        <w:pict>
          <v:shape id="_x0000_i704872"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51" o:title="eqIdbdaa19de263700a15fcf213d64a8cd57"/>
            <o:lock v:ext="edit" aspectratio="t"/>
            <w10:wrap type="none"/>
            <w10:anchorlock/>
          </v:shape>
        </w:pict>
      </w:r>
      <w:r>
        <w:rPr>
          <w:rFonts w:ascii="宋体" w:hAnsi="宋体" w:eastAsia="宋体" w:cs="宋体"/>
          <w:color w:val="000000"/>
        </w:rPr>
        <w:t>，</w:t>
      </w:r>
      <w:r>
        <w:pict>
          <v:shape id="_x0000_i704873"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52" o:title="eqId61128ab996360a038e6e64d82fcba004"/>
            <o:lock v:ext="edit" aspectratio="t"/>
            <w10:wrap type="none"/>
            <w10:anchorlock/>
          </v:shape>
        </w:pict>
      </w:r>
      <w:r>
        <w:rPr>
          <w:rFonts w:ascii="宋体" w:hAnsi="宋体" w:eastAsia="宋体" w:cs="宋体"/>
          <w:color w:val="000000"/>
        </w:rPr>
        <w:t>，</w:t>
      </w:r>
      <w:r>
        <w:pict>
          <v:shape id="_x0000_i704874"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53" o:title="eqId5ca7d1107389675d32b56ec097464c14"/>
            <o:lock v:ext="edit" aspectratio="t"/>
            <w10:wrap type="none"/>
            <w10:anchorlock/>
          </v:shape>
        </w:pict>
      </w:r>
      <w:r>
        <w:rPr>
          <w:rFonts w:ascii="宋体" w:hAnsi="宋体" w:eastAsia="宋体" w:cs="宋体"/>
          <w:color w:val="000000"/>
        </w:rPr>
        <w:t>，</w:t>
      </w:r>
      <w:r>
        <w:pict>
          <v:shape id="_x0000_i704875"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54" o:title="eqIdb8860d9787671b53b1ab68b3d526f5ca"/>
            <o:lock v:ext="edit" aspectratio="t"/>
            <w10:wrap type="none"/>
            <w10:anchorlock/>
          </v:shape>
        </w:pict>
      </w:r>
      <w:r>
        <w:rPr>
          <w:rFonts w:ascii="宋体" w:hAnsi="宋体" w:eastAsia="宋体" w:cs="宋体"/>
          <w:color w:val="000000"/>
        </w:rPr>
        <w:t>，</w:t>
      </w:r>
      <w:r>
        <w:pict>
          <v:shape id="_x0000_i704876"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55" o:title="eqIdd91e07104b699c4012be2d26160976a2"/>
            <o:lock v:ext="edit" aspectratio="t"/>
            <w10:wrap type="none"/>
            <w10:anchorlock/>
          </v:shape>
        </w:pict>
      </w:r>
      <w:r>
        <w:rPr>
          <w:rFonts w:ascii="宋体" w:hAnsi="宋体" w:eastAsia="宋体" w:cs="宋体"/>
          <w:color w:val="000000"/>
        </w:rPr>
        <w:t>，</w:t>
      </w:r>
      <w:r>
        <w:pict>
          <v:shape id="_x0000_i704877" o:spt="75" alt="学科网(www.zxxk.com)--教育资源门户，提供试卷、教案、课件、论文、素材以及各类教学资源下载，还有大量而丰富的教学相关资讯！" type="#_x0000_t75" style="height:14pt;width:8.8pt;" o:ole="t" filled="f" o:preferrelative="t" stroked="f" coordsize="21600,21600">
            <v:path/>
            <v:fill on="f" focussize="0,0"/>
            <v:stroke on="f" joinstyle="miter"/>
            <v:imagedata r:id="rId56" o:title="eqId6f8c4c029e552954bd493b49aeab82d5"/>
            <o:lock v:ext="edit" aspectratio="t"/>
            <w10:wrap type="none"/>
            <w10:anchorlock/>
          </v:shape>
        </w:pict>
      </w:r>
      <w:r>
        <w:rPr>
          <w:rFonts w:ascii="宋体" w:hAnsi="宋体" w:eastAsia="宋体" w:cs="宋体"/>
          <w:color w:val="000000"/>
        </w:rPr>
        <w:t>．将它按如图所示的方式顺时针滚动，每滚动</w:t>
      </w:r>
      <w:r>
        <w:pict>
          <v:shape id="_x0000_i704878"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57" o:title="eqIdf7a0387fc1258f31e44a10068c0ccfd0"/>
            <o:lock v:ext="edit" aspectratio="t"/>
            <w10:wrap type="none"/>
            <w10:anchorlock/>
          </v:shape>
        </w:pict>
      </w:r>
      <w:r>
        <w:rPr>
          <w:rFonts w:ascii="宋体" w:hAnsi="宋体" w:eastAsia="宋体" w:cs="宋体"/>
          <w:color w:val="000000"/>
        </w:rPr>
        <w:t>算一次，则滚动第</w:t>
      </w:r>
      <w:r>
        <w:pict>
          <v:shape id="_x0000_i704879"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58" o:title="eqId0875d9cad7f9332984f2040a3dea6c60"/>
            <o:lock v:ext="edit" aspectratio="t"/>
            <w10:wrap type="none"/>
            <w10:anchorlock/>
          </v:shape>
        </w:pict>
      </w:r>
      <w:r>
        <w:rPr>
          <w:rFonts w:ascii="宋体" w:hAnsi="宋体" w:eastAsia="宋体" w:cs="宋体"/>
          <w:color w:val="000000"/>
        </w:rPr>
        <w:t>次时，小正方体朝下一面标有的数字是</w:t>
      </w:r>
      <w:r>
        <w:rPr>
          <w:color w:val="000000"/>
        </w:rPr>
        <w:t>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3429000" cy="990600"/>
            <wp:effectExtent l="0" t="0" r="0" b="0"/>
            <wp:docPr id="2265"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6" name="图片 100011" descr="学科网(www.zxxk.com)--教育资源门户，提供试卷、教案、课件、论文、素材以及各类教学资源下载，还有大量而丰富的教学相关资讯！"/>
                    <pic:cNvPicPr>
                      <a:picLocks noChangeAspect="1"/>
                    </pic:cNvPicPr>
                  </pic:nvPicPr>
                  <pic:blipFill>
                    <a:blip r:embed="rId59"/>
                    <a:stretch>
                      <a:fillRect/>
                    </a:stretch>
                  </pic:blipFill>
                  <pic:spPr>
                    <a:xfrm>
                      <a:off x="0" y="0"/>
                      <a:ext cx="3429000" cy="990600"/>
                    </a:xfrm>
                    <a:prstGeom prst="rect">
                      <a:avLst/>
                    </a:prstGeom>
                  </pic:spPr>
                </pic:pic>
              </a:graphicData>
            </a:graphic>
          </wp:inline>
        </w:drawing>
      </w:r>
    </w:p>
    <w:p>
      <w:pPr>
        <w:pStyle w:val="Heading2"/>
      </w:pPr>
      <w:r>
        <w:t>第十二中学（第一次月考）</w:t>
      </w:r>
    </w:p>
    <w:p>
      <w:pPr>
        <w:spacing w:line="360" w:lineRule="auto"/>
        <w:jc w:val="left"/>
        <w:textAlignment w:val="center"/>
        <w:rPr>
          <w:color w:val="000000"/>
        </w:rPr>
      </w:pPr>
      <w:r>
        <w:rPr>
          <w:color w:val="000000"/>
        </w:rPr>
        <w:t xml:space="preserve">20. </w:t>
      </w:r>
      <w:r>
        <w:rPr>
          <w:rFonts w:ascii="宋体" w:hAnsi="宋体" w:eastAsia="宋体" w:cs="宋体"/>
          <w:color w:val="000000"/>
        </w:rPr>
        <w:t>已知</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rPr>
        <w:t>|=2</w:t>
      </w:r>
      <w:r>
        <w:rPr>
          <w:rFonts w:ascii="宋体" w:hAnsi="宋体" w:eastAsia="宋体" w:cs="宋体"/>
          <w:color w:val="000000"/>
        </w:rPr>
        <w:t>，且</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，则</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color w:val="000000"/>
        </w:rPr>
        <w:t>____</w:t>
      </w:r>
      <w:r>
        <w:rPr>
          <w:rFonts w:ascii="宋体" w:hAnsi="宋体" w:eastAsia="宋体" w:cs="宋体"/>
          <w:color w:val="000000"/>
        </w:rPr>
        <w:t>．</w:t>
      </w:r>
    </w:p>
    <w:p>
      <w:pPr>
        <w:pStyle w:val="Heading1"/>
      </w:pPr>
      <w:r>
        <w:t>期中</w:t>
      </w:r>
    </w:p>
    <w:p>
      <w:pPr>
        <w:pStyle w:val="Heading2"/>
      </w:pPr>
      <w:r>
        <w:t>东直门中学</w:t>
      </w:r>
    </w:p>
    <w:p>
      <w:pPr>
        <w:spacing w:line="360" w:lineRule="auto"/>
        <w:jc w:val="left"/>
        <w:textAlignment w:val="center"/>
        <w:rPr>
          <w:color w:val="000000"/>
        </w:rPr>
      </w:pPr>
      <w:r>
        <w:rPr>
          <w:color w:val="000000"/>
        </w:rPr>
        <w:t xml:space="preserve">20. </w:t>
      </w:r>
      <w:r>
        <w:rPr>
          <w:rFonts w:ascii="宋体" w:hAnsi="宋体" w:eastAsia="宋体" w:cs="宋体"/>
          <w:color w:val="000000"/>
        </w:rPr>
        <w:t>将</w:t>
      </w:r>
      <w:r>
        <w:rPr>
          <w:rFonts w:ascii="Times New Roman" w:hAnsi="Times New Roman" w:eastAsia="Times New Roman" w:cs="Times New Roman"/>
          <w:color w:val="000000"/>
        </w:rPr>
        <w:t>15</w:t>
      </w:r>
      <w:r>
        <w:rPr>
          <w:rFonts w:ascii="宋体" w:hAnsi="宋体" w:eastAsia="宋体" w:cs="宋体"/>
          <w:color w:val="000000"/>
        </w:rPr>
        <w:t>个编号为</w:t>
      </w:r>
      <w:r>
        <w:rPr>
          <w:rFonts w:ascii="Times New Roman" w:hAnsi="Times New Roman" w:eastAsia="Times New Roman" w:cs="Times New Roman"/>
          <w:color w:val="000000"/>
        </w:rPr>
        <w:t>1~15</w:t>
      </w:r>
      <w:r>
        <w:rPr>
          <w:rFonts w:ascii="宋体" w:hAnsi="宋体" w:eastAsia="宋体" w:cs="宋体"/>
          <w:color w:val="000000"/>
        </w:rPr>
        <w:t>的小球全部放入甲、乙、丙三个盘子内，每个盘子里的小球不少于</w:t>
      </w:r>
      <w:r>
        <w:rPr>
          <w:rFonts w:ascii="Times New Roman" w:hAnsi="Times New Roman" w:eastAsia="Times New Roman" w:cs="Times New Roman"/>
          <w:color w:val="000000"/>
        </w:rPr>
        <w:t>4</w:t>
      </w:r>
      <w:r>
        <w:rPr>
          <w:rFonts w:ascii="宋体" w:hAnsi="宋体" w:eastAsia="宋体" w:cs="宋体"/>
          <w:color w:val="000000"/>
        </w:rPr>
        <w:t>个，甲盘中小球编号的平均值为</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）写出一种甲盘中小球的编号是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）若乙、丙盘中小球编号的平均值分别为</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13</w:t>
      </w:r>
      <w:r>
        <w:rPr>
          <w:rFonts w:ascii="宋体" w:hAnsi="宋体" w:eastAsia="宋体" w:cs="宋体"/>
          <w:color w:val="000000"/>
        </w:rPr>
        <w:t>，则乙盘中小球的个数可以是</w:t>
      </w:r>
      <w:r>
        <w:rPr>
          <w:color w:val="000000"/>
        </w:rPr>
        <w:t>_________</w:t>
      </w:r>
      <w:r>
        <w:rPr>
          <w:rFonts w:ascii="宋体" w:hAnsi="宋体" w:eastAsia="宋体" w:cs="宋体"/>
          <w:color w:val="000000"/>
        </w:rPr>
        <w:t>．</w:t>
      </w:r>
    </w:p>
    <w:p>
      <w:pPr>
        <w:pStyle w:val="Heading2"/>
      </w:pPr>
      <w:r>
        <w:t>中国人民大学附属中学朝阳学校</w:t>
      </w:r>
    </w:p>
    <w:p>
      <w:pPr>
        <w:spacing w:line="360" w:lineRule="auto"/>
        <w:jc w:val="left"/>
        <w:textAlignment w:val="center"/>
        <w:rPr>
          <w:color w:val="000000"/>
        </w:rPr>
      </w:pPr>
      <w:r>
        <w:rPr>
          <w:color w:val="000000"/>
        </w:rPr>
        <w:t xml:space="preserve">16. </w:t>
      </w:r>
      <w:r>
        <w:rPr>
          <w:rFonts w:ascii="宋体" w:hAnsi="宋体" w:eastAsia="宋体" w:cs="宋体"/>
          <w:color w:val="000000"/>
        </w:rPr>
        <w:t>如图，若一个表格的行数代表关于</w:t>
      </w:r>
      <w:r>
        <w:rPr>
          <w:rFonts w:ascii="Times New Roman" w:hAnsi="Times New Roman" w:eastAsia="Times New Roman" w:cs="Times New Roman"/>
          <w:i/>
          <w:color w:val="000000"/>
        </w:rPr>
        <w:t>x</w:t>
      </w:r>
      <w:r>
        <w:rPr>
          <w:rFonts w:ascii="宋体" w:hAnsi="宋体" w:eastAsia="宋体" w:cs="宋体"/>
          <w:color w:val="000000"/>
        </w:rPr>
        <w:t>的整式的次数，列数代表关于</w:t>
      </w:r>
      <w:r>
        <w:rPr>
          <w:rFonts w:ascii="Times New Roman" w:hAnsi="Times New Roman" w:eastAsia="Times New Roman" w:cs="Times New Roman"/>
          <w:i/>
          <w:color w:val="000000"/>
        </w:rPr>
        <w:t>x</w:t>
      </w:r>
      <w:r>
        <w:rPr>
          <w:rFonts w:ascii="宋体" w:hAnsi="宋体" w:eastAsia="宋体" w:cs="宋体"/>
          <w:color w:val="000000"/>
        </w:rPr>
        <w:t>的整式的项数（规定单项式的项数为</w:t>
      </w:r>
      <w:r>
        <w:rPr>
          <w:rFonts w:ascii="Times New Roman" w:hAnsi="Times New Roman" w:eastAsia="Times New Roman" w:cs="Times New Roman"/>
          <w:color w:val="000000"/>
        </w:rPr>
        <w:t>1</w:t>
      </w:r>
      <w:r>
        <w:rPr>
          <w:rFonts w:ascii="宋体" w:hAnsi="宋体" w:eastAsia="宋体" w:cs="宋体"/>
          <w:color w:val="000000"/>
        </w:rPr>
        <w:t>），那么每个关于</w:t>
      </w:r>
      <w:r>
        <w:rPr>
          <w:rFonts w:ascii="Times New Roman" w:hAnsi="Times New Roman" w:eastAsia="Times New Roman" w:cs="Times New Roman"/>
          <w:i/>
          <w:color w:val="000000"/>
        </w:rPr>
        <w:t>x</w:t>
      </w:r>
      <w:r>
        <w:rPr>
          <w:rFonts w:ascii="宋体" w:hAnsi="宋体" w:eastAsia="宋体" w:cs="宋体"/>
          <w:color w:val="000000"/>
        </w:rPr>
        <w:t>的整式均会对应表格中的某个小方格．若关于</w:t>
      </w:r>
      <w:r>
        <w:rPr>
          <w:rFonts w:ascii="Times New Roman" w:hAnsi="Times New Roman" w:eastAsia="Times New Roman" w:cs="Times New Roman"/>
          <w:i/>
          <w:color w:val="000000"/>
        </w:rPr>
        <w:t>x</w:t>
      </w:r>
      <w:r>
        <w:rPr>
          <w:rFonts w:ascii="宋体" w:hAnsi="宋体" w:eastAsia="宋体" w:cs="宋体"/>
          <w:color w:val="000000"/>
        </w:rPr>
        <w:t>的整式</w:t>
      </w:r>
      <w:r>
        <w:rPr>
          <w:rFonts w:ascii="Times New Roman" w:hAnsi="Times New Roman" w:eastAsia="Times New Roman" w:cs="Times New Roman"/>
          <w:i/>
          <w:color w:val="000000"/>
        </w:rPr>
        <w:t>A</w:t>
      </w:r>
      <w:r>
        <w:rPr>
          <w:rFonts w:ascii="宋体" w:hAnsi="宋体" w:eastAsia="宋体" w:cs="宋体"/>
          <w:color w:val="000000"/>
        </w:rPr>
        <w:t>是三次二项式，则</w:t>
      </w:r>
      <w:r>
        <w:rPr>
          <w:rFonts w:ascii="Times New Roman" w:hAnsi="Times New Roman" w:eastAsia="Times New Roman" w:cs="Times New Roman"/>
          <w:i/>
          <w:color w:val="000000"/>
        </w:rPr>
        <w:t>A</w:t>
      </w:r>
      <w:r>
        <w:rPr>
          <w:rFonts w:ascii="宋体" w:hAnsi="宋体" w:eastAsia="宋体" w:cs="宋体"/>
          <w:color w:val="000000"/>
        </w:rPr>
        <w:t>对应表格中标★的小方格．已知</w:t>
      </w:r>
      <w:r>
        <w:rPr>
          <w:rFonts w:ascii="Times New Roman" w:hAnsi="Times New Roman" w:eastAsia="Times New Roman" w:cs="Times New Roman"/>
          <w:i/>
          <w:color w:val="000000"/>
        </w:rPr>
        <w:t>B</w:t>
      </w:r>
      <w:r>
        <w:rPr>
          <w:rFonts w:ascii="宋体" w:hAnsi="宋体" w:eastAsia="宋体" w:cs="宋体"/>
          <w:color w:val="000000"/>
        </w:rPr>
        <w:t>也是关于</w:t>
      </w:r>
      <w:r>
        <w:rPr>
          <w:rFonts w:ascii="Times New Roman" w:hAnsi="Times New Roman" w:eastAsia="Times New Roman" w:cs="Times New Roman"/>
          <w:i/>
          <w:color w:val="000000"/>
        </w:rPr>
        <w:t>x</w:t>
      </w:r>
      <w:r>
        <w:rPr>
          <w:rFonts w:ascii="宋体" w:hAnsi="宋体" w:eastAsia="宋体" w:cs="宋体"/>
          <w:color w:val="000000"/>
        </w:rPr>
        <w:t>的整式，下列说法正确的有</w:t>
      </w:r>
      <w:r>
        <w:rPr>
          <w:color w:val="000000"/>
        </w:rPr>
        <w:t>______</w:t>
      </w:r>
      <w:r>
        <w:rPr>
          <w:rFonts w:ascii="宋体" w:hAnsi="宋体" w:eastAsia="宋体" w:cs="宋体"/>
          <w:color w:val="000000"/>
        </w:rPr>
        <w:t>．（写出所有正确的序号）</w:t>
      </w:r>
    </w:p>
    <w:p>
      <w:pPr>
        <w:spacing w:line="360" w:lineRule="auto"/>
        <w:jc w:val="left"/>
        <w:textAlignment w:val="center"/>
        <w:rPr>
          <w:color w:val="000000"/>
        </w:rPr>
      </w:pPr>
      <w:r>
        <w:rPr>
          <w:color w:val="000000"/>
        </w:rPr>
        <w:drawing>
          <wp:inline distT="0" distB="0" distL="114300" distR="114300">
            <wp:extent cx="1362075" cy="1390650"/>
            <wp:effectExtent l="0" t="0" r="9525" b="0"/>
            <wp:docPr id="2267"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8" name="图片 100009" descr="学科网(www.zxxk.com)--教育资源门户，提供试卷、教案、课件、论文、素材以及各类教学资源下载，还有大量而丰富的教学相关资讯！"/>
                    <pic:cNvPicPr>
                      <a:picLocks noChangeAspect="1"/>
                    </pic:cNvPicPr>
                  </pic:nvPicPr>
                  <pic:blipFill>
                    <a:blip r:embed="rId60"/>
                    <a:stretch>
                      <a:fillRect/>
                    </a:stretch>
                  </pic:blipFill>
                  <pic:spPr>
                    <a:xfrm>
                      <a:off x="0" y="0"/>
                      <a:ext cx="1362075" cy="13906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①若</w:t>
      </w:r>
      <w:r>
        <w:rPr>
          <w:rFonts w:ascii="Times New Roman" w:hAnsi="Times New Roman" w:eastAsia="Times New Roman" w:cs="Times New Roman"/>
          <w:i/>
          <w:color w:val="000000"/>
        </w:rPr>
        <w:t>B</w:t>
      </w:r>
      <w:r>
        <w:rPr>
          <w:rFonts w:ascii="宋体" w:hAnsi="宋体" w:eastAsia="宋体" w:cs="宋体"/>
          <w:color w:val="000000"/>
        </w:rPr>
        <w:t>对应的小方格行数是</w:t>
      </w:r>
      <w:r>
        <w:rPr>
          <w:rFonts w:ascii="Times New Roman" w:hAnsi="Times New Roman" w:eastAsia="Times New Roman" w:cs="Times New Roman"/>
          <w:color w:val="000000"/>
        </w:rPr>
        <w:t>4</w:t>
      </w:r>
      <w:r>
        <w:rPr>
          <w:rFonts w:ascii="宋体" w:hAnsi="宋体" w:eastAsia="宋体" w:cs="宋体"/>
          <w:color w:val="000000"/>
        </w:rPr>
        <w:t>，则</w:t>
      </w:r>
      <w:r>
        <w:pict>
          <v:shape id="_x0000_i704880" o:spt="75" alt="学科网(www.zxxk.com)--教育资源门户，提供试卷、教案、课件、论文、素材以及各类教学资源下载，还有大量而丰富的教学相关资讯！" type="#_x0000_t75" style="height:12.75pt;width:30.75pt;" o:ole="t" filled="f" o:preferrelative="t" stroked="f" coordsize="21600,21600">
            <v:path/>
            <v:fill on="f" focussize="0,0"/>
            <v:stroke on="f" joinstyle="miter"/>
            <v:imagedata r:id="rId61" o:title="eqId6ce69cd33d105ce280170f0cd0513026"/>
            <o:lock v:ext="edit" aspectratio="t"/>
            <w10:wrap type="none"/>
            <w10:anchorlock/>
          </v:shape>
        </w:pict>
      </w:r>
      <w:r>
        <w:rPr>
          <w:rFonts w:ascii="宋体" w:hAnsi="宋体" w:eastAsia="宋体" w:cs="宋体"/>
          <w:color w:val="000000"/>
        </w:rPr>
        <w:t>对应的小方格行数一定是</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②若</w:t>
      </w:r>
      <w:r>
        <w:pict>
          <v:shape id="_x0000_i704881" o:spt="75" alt="学科网(www.zxxk.com)--教育资源门户，提供试卷、教案、课件、论文、素材以及各类教学资源下载，还有大量而丰富的教学相关资讯！" type="#_x0000_t75" style="height:12.75pt;width:30.75pt;" o:ole="t" filled="f" o:preferrelative="t" stroked="f" coordsize="21600,21600">
            <v:path/>
            <v:fill on="f" focussize="0,0"/>
            <v:stroke on="f" joinstyle="miter"/>
            <v:imagedata r:id="rId63" o:title="eqId6ce69cd33d105ce280170f0cd0513026"/>
            <o:lock v:ext="edit" aspectratio="t"/>
            <w10:wrap type="none"/>
            <w10:anchorlock/>
          </v:shape>
        </w:pict>
      </w:r>
      <w:r>
        <w:rPr>
          <w:rFonts w:ascii="宋体" w:hAnsi="宋体" w:eastAsia="宋体" w:cs="宋体"/>
          <w:color w:val="000000"/>
        </w:rPr>
        <w:t>对应</w:t>
      </w:r>
      <w:r>
        <w:rPr>
          <w:rFonts w:ascii="宋体" w:hAnsi="宋体" w:eastAsia="宋体" w:cs="宋体"/>
          <w:color w:val="000000"/>
          <w:position w:val="0"/>
        </w:rPr>
        <w:drawing>
          <wp:inline distT="0" distB="0" distL="114300" distR="114300">
            <wp:extent cx="133350" cy="177800"/>
            <wp:effectExtent l="0" t="0" r="0" b="13335"/>
            <wp:docPr id="2269" name="图片 8506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 name="图片 85061072"/>
                    <pic:cNvPicPr>
                      <a:picLocks noChangeAspect="1"/>
                    </pic:cNvPicPr>
                  </pic:nvPicPr>
                  <pic:blipFill>
                    <a:blip r:embed="rId6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小方格列数是</w:t>
      </w:r>
      <w:r>
        <w:rPr>
          <w:rFonts w:ascii="Times New Roman" w:hAnsi="Times New Roman" w:eastAsia="Times New Roman" w:cs="Times New Roman"/>
          <w:color w:val="000000"/>
        </w:rPr>
        <w:t>5</w:t>
      </w:r>
      <w:r>
        <w:rPr>
          <w:rFonts w:ascii="宋体" w:hAnsi="宋体" w:eastAsia="宋体" w:cs="宋体"/>
          <w:color w:val="000000"/>
        </w:rPr>
        <w:t>，则</w:t>
      </w:r>
      <w:r>
        <w:rPr>
          <w:rFonts w:ascii="Times New Roman" w:hAnsi="Times New Roman" w:eastAsia="Times New Roman" w:cs="Times New Roman"/>
          <w:color w:val="000000"/>
        </w:rPr>
        <w:t>B</w:t>
      </w:r>
      <w:r>
        <w:rPr>
          <w:rFonts w:ascii="宋体" w:hAnsi="宋体" w:eastAsia="宋体" w:cs="宋体"/>
          <w:color w:val="000000"/>
        </w:rPr>
        <w:t>对应的小方格列数一定是</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③若</w:t>
      </w:r>
      <w:r>
        <w:rPr>
          <w:rFonts w:ascii="Times New Roman" w:hAnsi="Times New Roman" w:eastAsia="Times New Roman" w:cs="Times New Roman"/>
          <w:i/>
          <w:color w:val="000000"/>
        </w:rPr>
        <w:t>B</w:t>
      </w:r>
      <w:r>
        <w:rPr>
          <w:rFonts w:ascii="宋体" w:hAnsi="宋体" w:eastAsia="宋体" w:cs="宋体"/>
          <w:color w:val="000000"/>
        </w:rPr>
        <w:t>对应</w:t>
      </w:r>
      <w:r>
        <w:rPr>
          <w:rFonts w:ascii="宋体" w:hAnsi="宋体" w:eastAsia="宋体" w:cs="宋体"/>
          <w:color w:val="000000"/>
          <w:position w:val="0"/>
        </w:rPr>
        <w:drawing>
          <wp:inline distT="0" distB="0" distL="114300" distR="114300">
            <wp:extent cx="133350" cy="177800"/>
            <wp:effectExtent l="0" t="0" r="0" b="13335"/>
            <wp:docPr id="2271" name="图片 8506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 name="图片 85061076"/>
                    <pic:cNvPicPr>
                      <a:picLocks noChangeAspect="1"/>
                    </pic:cNvPicPr>
                  </pic:nvPicPr>
                  <pic:blipFill>
                    <a:blip r:embed="rId6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小方格列数是</w:t>
      </w:r>
      <w:r>
        <w:rPr>
          <w:rFonts w:ascii="Times New Roman" w:hAnsi="Times New Roman" w:eastAsia="Times New Roman" w:cs="Times New Roman"/>
          <w:color w:val="000000"/>
        </w:rPr>
        <w:t>3</w:t>
      </w:r>
      <w:r>
        <w:rPr>
          <w:rFonts w:ascii="宋体" w:hAnsi="宋体" w:eastAsia="宋体" w:cs="宋体"/>
          <w:color w:val="000000"/>
        </w:rPr>
        <w:t>，且</w:t>
      </w:r>
      <w:r>
        <w:pict>
          <v:shape id="_x0000_i704882" o:spt="75" alt="学科网(www.zxxk.com)--教育资源门户，提供试卷、教案、课件、论文、素材以及各类教学资源下载，还有大量而丰富的教学相关资讯！" type="#_x0000_t75" style="height:12.75pt;width:30.75pt;" o:ole="t" filled="f" o:preferrelative="t" stroked="f" coordsize="21600,21600">
            <v:path/>
            <v:fill on="f" focussize="0,0"/>
            <v:stroke on="f" joinstyle="miter"/>
            <v:imagedata r:id="rId65" o:title="eqId6ce69cd33d105ce280170f0cd0513026"/>
            <o:lock v:ext="edit" aspectratio="t"/>
            <w10:wrap type="none"/>
            <w10:anchorlock/>
          </v:shape>
        </w:pict>
      </w:r>
      <w:r>
        <w:rPr>
          <w:rFonts w:ascii="宋体" w:hAnsi="宋体" w:eastAsia="宋体" w:cs="宋体"/>
          <w:color w:val="000000"/>
        </w:rPr>
        <w:t>对应的小方格列数是</w:t>
      </w:r>
      <w:r>
        <w:rPr>
          <w:rFonts w:ascii="Times New Roman" w:hAnsi="Times New Roman" w:eastAsia="Times New Roman" w:cs="Times New Roman"/>
          <w:color w:val="000000"/>
        </w:rPr>
        <w:t>5</w:t>
      </w:r>
      <w:r>
        <w:rPr>
          <w:rFonts w:ascii="宋体" w:hAnsi="宋体" w:eastAsia="宋体" w:cs="宋体"/>
          <w:color w:val="000000"/>
        </w:rPr>
        <w:t>，则</w:t>
      </w:r>
      <w:r>
        <w:rPr>
          <w:rFonts w:ascii="Times New Roman" w:hAnsi="Times New Roman" w:eastAsia="Times New Roman" w:cs="Times New Roman"/>
          <w:i/>
          <w:color w:val="000000"/>
        </w:rPr>
        <w:t>B</w:t>
      </w:r>
      <w:r>
        <w:rPr>
          <w:rFonts w:ascii="宋体" w:hAnsi="宋体" w:eastAsia="宋体" w:cs="宋体"/>
          <w:color w:val="000000"/>
        </w:rPr>
        <w:t>对应的小方格行数不可能是</w:t>
      </w:r>
      <w:r>
        <w:rPr>
          <w:rFonts w:ascii="Times New Roman" w:hAnsi="Times New Roman" w:eastAsia="Times New Roman" w:cs="Times New Roman"/>
          <w:color w:val="000000"/>
        </w:rPr>
        <w:t>3</w:t>
      </w:r>
      <w:r>
        <w:rPr>
          <w:rFonts w:ascii="宋体" w:hAnsi="宋体" w:eastAsia="宋体" w:cs="宋体"/>
          <w:color w:val="000000"/>
        </w:rPr>
        <w:t>．</w:t>
      </w:r>
    </w:p>
    <w:p>
      <w:pPr>
        <w:pStyle w:val="Heading2"/>
      </w:pPr>
      <w:r>
        <w:t>丰台区丰台二中教育集团</w:t>
      </w:r>
    </w:p>
    <w:p>
      <w:pPr>
        <w:spacing w:line="360" w:lineRule="auto"/>
        <w:jc w:val="left"/>
        <w:textAlignment w:val="center"/>
        <w:rPr>
          <w:color w:val="000000"/>
        </w:rPr>
      </w:pPr>
      <w:r>
        <w:rPr>
          <w:color w:val="000000"/>
        </w:rPr>
        <w:t xml:space="preserve">17. </w:t>
      </w:r>
      <w:r>
        <w:rPr>
          <w:rFonts w:ascii="宋体" w:hAnsi="宋体" w:eastAsia="宋体" w:cs="宋体"/>
          <w:color w:val="000000"/>
        </w:rPr>
        <w:t>若</w:t>
      </w:r>
      <w:r>
        <w:pict>
          <v:shape id="_x0000_i704883" o:spt="75" alt="学科网(www.zxxk.com)--教育资源门户，提供试卷、教案、课件、论文、素材以及各类教学资源下载，还有大量而丰富的教学相关资讯！" type="#_x0000_t75" style="height:21.75pt;width:95.25pt;" o:ole="t" filled="f" o:preferrelative="t" stroked="f" coordsize="21600,21600">
            <v:path/>
            <v:fill on="f" focussize="0,0"/>
            <v:stroke on="f" joinstyle="miter"/>
            <v:imagedata r:id="rId66" o:title="eqIdb580bf69eb8a4c8819c41f3b16f8e153"/>
            <o:lock v:ext="edit" aspectratio="t"/>
            <w10:wrap type="none"/>
            <w10:anchorlock/>
          </v:shape>
        </w:pict>
      </w:r>
      <w:r>
        <w:rPr>
          <w:rFonts w:ascii="宋体" w:hAnsi="宋体" w:eastAsia="宋体" w:cs="宋体"/>
          <w:color w:val="000000"/>
        </w:rPr>
        <w:t>，则</w:t>
      </w:r>
      <w:r>
        <w:pict>
          <v:shape id="_x0000_i704884"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67" o:title="eqId18f0281e6bbdbe08beeccb55adf84536"/>
            <o:lock v:ext="edit" aspectratio="t"/>
            <w10:wrap type="none"/>
            <w10:anchorlock/>
          </v:shape>
        </w:pict>
      </w:r>
      <w:r>
        <w:rPr>
          <w:rFonts w:ascii="宋体" w:hAnsi="宋体" w:eastAsia="宋体" w:cs="宋体"/>
          <w:color w:val="000000"/>
        </w:rPr>
        <w:t>的值为</w:t>
      </w:r>
      <w:r>
        <w:rPr>
          <w:color w:val="000000"/>
        </w:rPr>
        <w:t>_____</w:t>
      </w:r>
      <w:r>
        <w:rPr>
          <w:rFonts w:ascii="宋体" w:hAnsi="宋体" w:eastAsia="宋体" w:cs="宋体"/>
          <w:color w:val="000000"/>
        </w:rPr>
        <w:t>．</w:t>
      </w:r>
    </w:p>
    <w:p>
      <w:pPr>
        <w:spacing w:line="360" w:lineRule="auto"/>
        <w:jc w:val="left"/>
        <w:textAlignment w:val="center"/>
        <w:rPr>
          <w:color w:val="000000"/>
        </w:rPr>
      </w:pPr>
      <w:r>
        <w:rPr>
          <w:color w:val="000000"/>
        </w:rPr>
        <w:t>18</w:t>
      </w:r>
      <w:r>
        <w:rPr>
          <w:color w:val="000000"/>
          <w:position w:val="-22"/>
        </w:rPr>
        <w:drawing>
          <wp:inline distT="0" distB="0" distL="114300" distR="114300">
            <wp:extent cx="31750" cy="88900"/>
            <wp:effectExtent l="0" t="0" r="0" b="0"/>
            <wp:docPr id="2273" name="图片 609074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 name="图片 609074924"/>
                    <pic:cNvPicPr>
                      <a:picLocks noChangeAspect="1"/>
                    </pic:cNvPicPr>
                  </pic:nvPicPr>
                  <pic:blipFill>
                    <a:blip r:embed="rId68"/>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阅读材料，并回答问题：</w:t>
      </w:r>
    </w:p>
    <w:p>
      <w:pPr>
        <w:spacing w:line="360" w:lineRule="auto"/>
        <w:jc w:val="left"/>
        <w:textAlignment w:val="center"/>
        <w:rPr>
          <w:color w:val="000000"/>
        </w:rPr>
      </w:pPr>
      <w:r>
        <w:rPr>
          <w:rFonts w:ascii="宋体" w:hAnsi="宋体" w:eastAsia="宋体" w:cs="宋体"/>
          <w:color w:val="000000"/>
        </w:rPr>
        <w:t>钟表中蕴含着有趣的数学运算，不用负数也可以作减法，例如：现在是</w:t>
      </w:r>
      <w:r>
        <w:rPr>
          <w:rFonts w:ascii="Times New Roman" w:hAnsi="Times New Roman" w:eastAsia="Times New Roman" w:cs="Times New Roman"/>
          <w:color w:val="000000"/>
        </w:rPr>
        <w:t>10</w:t>
      </w:r>
      <w:r>
        <w:rPr>
          <w:rFonts w:ascii="宋体" w:hAnsi="宋体" w:eastAsia="宋体" w:cs="宋体"/>
          <w:color w:val="000000"/>
        </w:rPr>
        <w:t>点钟，</w:t>
      </w:r>
      <w:r>
        <w:rPr>
          <w:rFonts w:ascii="Times New Roman" w:hAnsi="Times New Roman" w:eastAsia="Times New Roman" w:cs="Times New Roman"/>
          <w:color w:val="000000"/>
        </w:rPr>
        <w:t>4</w:t>
      </w:r>
      <w:r>
        <w:rPr>
          <w:rFonts w:ascii="宋体" w:hAnsi="宋体" w:eastAsia="宋体" w:cs="宋体"/>
          <w:color w:val="000000"/>
        </w:rPr>
        <w:t>小时以后是几点钟？虽然</w:t>
      </w:r>
      <w:r>
        <w:pict>
          <v:shape id="_x0000_i704885" o:spt="75" alt="学科网(www.zxxk.com)--教育资源门户，提供试卷、教案、课件、论文、素材以及各类教学资源下载，还有大量而丰富的教学相关资讯！" type="#_x0000_t75" style="height:13.95pt;width:54pt;" o:ole="t" filled="f" o:preferrelative="t" stroked="f" coordsize="21600,21600">
            <v:path/>
            <v:fill on="f" focussize="0,0"/>
            <v:stroke on="f" joinstyle="miter"/>
            <v:imagedata r:id="rId70" o:title="eqIdc3d1ea5488efe4c782aff627fed52fe5"/>
            <o:lock v:ext="edit" aspectratio="t"/>
            <w10:wrap type="none"/>
            <w10:anchorlock/>
          </v:shape>
        </w:pict>
      </w:r>
      <w:r>
        <w:rPr>
          <w:rFonts w:ascii="宋体" w:hAnsi="宋体" w:eastAsia="宋体" w:cs="宋体"/>
          <w:color w:val="000000"/>
        </w:rPr>
        <w:t>，但在表盘中看到的是</w:t>
      </w:r>
      <w:r>
        <w:rPr>
          <w:rFonts w:ascii="Times New Roman" w:hAnsi="Times New Roman" w:eastAsia="Times New Roman" w:cs="Times New Roman"/>
          <w:color w:val="000000"/>
        </w:rPr>
        <w:t>2</w:t>
      </w:r>
      <w:r>
        <w:rPr>
          <w:rFonts w:ascii="宋体" w:hAnsi="宋体" w:eastAsia="宋体" w:cs="宋体"/>
          <w:color w:val="000000"/>
        </w:rPr>
        <w:t>点钟．如果用符号“</w:t>
      </w:r>
      <w:r>
        <w:pict>
          <v:shape id="_x0000_i704886"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71" o:title="eqId4c3c2f679d53b91088ba6eb14c16cbc0"/>
            <o:lock v:ext="edit" aspectratio="t"/>
            <w10:wrap type="none"/>
            <w10:anchorlock/>
          </v:shape>
        </w:pict>
      </w:r>
      <w:r>
        <w:rPr>
          <w:rFonts w:ascii="宋体" w:hAnsi="宋体" w:eastAsia="宋体" w:cs="宋体"/>
          <w:color w:val="000000"/>
        </w:rPr>
        <w:t>”表示钟表上的加法，则</w:t>
      </w:r>
      <w:r>
        <w:pict>
          <v:shape id="_x0000_i704887"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72" o:title="eqId42e8224198b4587c41c3b170cd2c1c48"/>
            <o:lock v:ext="edit" aspectratio="t"/>
            <w10:wrap type="none"/>
            <w10:anchorlock/>
          </v:shape>
        </w:pict>
      </w:r>
      <w:r>
        <w:rPr>
          <w:rFonts w:ascii="宋体" w:hAnsi="宋体" w:eastAsia="宋体" w:cs="宋体"/>
          <w:color w:val="000000"/>
        </w:rPr>
        <w:t>．若问</w:t>
      </w:r>
      <w:r>
        <w:rPr>
          <w:rFonts w:ascii="Times New Roman" w:hAnsi="Times New Roman" w:eastAsia="Times New Roman" w:cs="Times New Roman"/>
          <w:color w:val="000000"/>
        </w:rPr>
        <w:t>2</w:t>
      </w:r>
      <w:r>
        <w:rPr>
          <w:rFonts w:ascii="宋体" w:hAnsi="宋体" w:eastAsia="宋体" w:cs="宋体"/>
          <w:color w:val="000000"/>
        </w:rPr>
        <w:t>点钟之前</w:t>
      </w:r>
      <w:r>
        <w:rPr>
          <w:rFonts w:ascii="Times New Roman" w:hAnsi="Times New Roman" w:eastAsia="Times New Roman" w:cs="Times New Roman"/>
          <w:color w:val="000000"/>
        </w:rPr>
        <w:t>4</w:t>
      </w:r>
      <w:r>
        <w:rPr>
          <w:rFonts w:ascii="宋体" w:hAnsi="宋体" w:eastAsia="宋体" w:cs="宋体"/>
          <w:color w:val="000000"/>
        </w:rPr>
        <w:t>小时是几点钟，就得到钟表上的减法概念，用符号“</w:t>
      </w:r>
      <w:r>
        <w:rPr>
          <w:color w:val="000000"/>
        </w:rPr>
        <w:drawing>
          <wp:inline distT="0" distB="0" distL="114300" distR="114300">
            <wp:extent cx="104775" cy="104775"/>
            <wp:effectExtent l="0" t="0" r="9525" b="9525"/>
            <wp:docPr id="2275"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 name="图片 100009" descr="学科网(www.zxxk.com)--教育资源门户，提供试卷、教案、课件、论文、素材以及各类教学资源下载，还有大量而丰富的教学相关资讯！"/>
                    <pic:cNvPicPr>
                      <a:picLocks noChangeAspect="1"/>
                    </pic:cNvPicPr>
                  </pic:nvPicPr>
                  <pic:blipFill>
                    <a:blip r:embed="rId69"/>
                    <a:stretch>
                      <a:fillRect/>
                    </a:stretch>
                  </pic:blipFill>
                  <pic:spPr>
                    <a:xfrm>
                      <a:off x="0" y="0"/>
                      <a:ext cx="104775" cy="104775"/>
                    </a:xfrm>
                    <a:prstGeom prst="rect">
                      <a:avLst/>
                    </a:prstGeom>
                  </pic:spPr>
                </pic:pic>
              </a:graphicData>
            </a:graphic>
          </wp:inline>
        </w:drawing>
      </w:r>
      <w:r>
        <w:rPr>
          <w:rFonts w:ascii="宋体" w:hAnsi="宋体" w:eastAsia="宋体" w:cs="宋体"/>
          <w:color w:val="000000"/>
        </w:rPr>
        <w:t>”表示钟表上的减法．（注：我们用</w:t>
      </w:r>
      <w:r>
        <w:rPr>
          <w:rFonts w:ascii="Times New Roman" w:hAnsi="Times New Roman" w:eastAsia="Times New Roman" w:cs="Times New Roman"/>
          <w:color w:val="000000"/>
        </w:rPr>
        <w:t>0</w:t>
      </w:r>
      <w:r>
        <w:rPr>
          <w:rFonts w:ascii="宋体" w:hAnsi="宋体" w:eastAsia="宋体" w:cs="宋体"/>
          <w:color w:val="000000"/>
        </w:rPr>
        <w:t>点钟代替</w:t>
      </w:r>
      <w:r>
        <w:rPr>
          <w:rFonts w:ascii="Times New Roman" w:hAnsi="Times New Roman" w:eastAsia="Times New Roman" w:cs="Times New Roman"/>
          <w:color w:val="000000"/>
        </w:rPr>
        <w:t>12</w:t>
      </w:r>
      <w:r>
        <w:rPr>
          <w:rFonts w:ascii="宋体" w:hAnsi="宋体" w:eastAsia="宋体" w:cs="宋体"/>
          <w:color w:val="000000"/>
        </w:rPr>
        <w:t>点钟）．</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pict>
          <v:shape id="_x0000_i704888"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73" o:title="eqId85a5a3c3434389ed16d53f00bb784199"/>
            <o:lock v:ext="edit" aspectratio="t"/>
            <w10:wrap type="none"/>
            <w10:anchorlock/>
          </v:shape>
        </w:pic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）在有理数运算中，相加得零的两个数互为相反数，如果在钟表运算中沿用这个概念，则</w:t>
      </w:r>
      <w:r>
        <w:rPr>
          <w:rFonts w:ascii="Times New Roman" w:hAnsi="Times New Roman" w:eastAsia="Times New Roman" w:cs="Times New Roman"/>
          <w:color w:val="000000"/>
        </w:rPr>
        <w:t>7</w:t>
      </w:r>
      <w:r>
        <w:rPr>
          <w:rFonts w:ascii="宋体" w:hAnsi="宋体" w:eastAsia="宋体" w:cs="宋体"/>
          <w:color w:val="000000"/>
        </w:rPr>
        <w:t>的相反数是</w:t>
      </w:r>
      <w:r>
        <w:rPr>
          <w:color w:val="000000"/>
        </w:rPr>
        <w:t>______</w:t>
      </w:r>
    </w:p>
    <w:p>
      <w:pPr>
        <w:pStyle w:val="Heading2"/>
      </w:pPr>
      <w:r>
        <w:t>丰台区北京市第十二中学</w:t>
      </w:r>
    </w:p>
    <w:p>
      <w:pPr>
        <w:spacing w:line="360" w:lineRule="auto"/>
        <w:jc w:val="left"/>
        <w:textAlignment w:val="center"/>
        <w:rPr>
          <w:color w:val="000000"/>
        </w:rPr>
      </w:pPr>
      <w:r>
        <w:rPr>
          <w:color w:val="000000"/>
        </w:rPr>
        <w:t xml:space="preserve">20. </w:t>
      </w:r>
      <w:r>
        <w:rPr>
          <w:rFonts w:ascii="宋体" w:hAnsi="宋体" w:eastAsia="宋体" w:cs="宋体"/>
          <w:color w:val="000000"/>
        </w:rPr>
        <w:t>“端午节”是中国的传统佳节，为了传承中华民族传统文化．某学校组织“端午”知识测试．测试的试题由</w:t>
      </w:r>
      <w:r>
        <w:rPr>
          <w:rFonts w:ascii="Times New Roman" w:hAnsi="Times New Roman" w:eastAsia="Times New Roman" w:cs="Times New Roman"/>
          <w:color w:val="000000"/>
        </w:rPr>
        <w:t>6</w:t>
      </w:r>
      <w:r>
        <w:rPr>
          <w:rFonts w:ascii="宋体" w:hAnsi="宋体" w:eastAsia="宋体" w:cs="宋体"/>
          <w:color w:val="000000"/>
        </w:rPr>
        <w:t>道判断题组成，被测试人员只要画“√”或画“×”表示出对各题的正误判断即可，每小题判断正确得</w:t>
      </w:r>
      <w:r>
        <w:rPr>
          <w:rFonts w:ascii="Times New Roman" w:hAnsi="Times New Roman" w:eastAsia="Times New Roman" w:cs="Times New Roman"/>
          <w:color w:val="000000"/>
        </w:rPr>
        <w:t>1</w:t>
      </w:r>
      <w:r>
        <w:rPr>
          <w:rFonts w:ascii="宋体" w:hAnsi="宋体" w:eastAsia="宋体" w:cs="宋体"/>
          <w:color w:val="000000"/>
        </w:rPr>
        <w:t>分，判断错误得</w:t>
      </w:r>
      <w:r>
        <w:rPr>
          <w:rFonts w:ascii="Times New Roman" w:hAnsi="Times New Roman" w:eastAsia="Times New Roman" w:cs="Times New Roman"/>
          <w:color w:val="000000"/>
        </w:rPr>
        <w:t>0</w:t>
      </w:r>
      <w:r>
        <w:rPr>
          <w:rFonts w:ascii="宋体" w:hAnsi="宋体" w:eastAsia="宋体" w:cs="宋体"/>
          <w:color w:val="000000"/>
        </w:rPr>
        <w:t>分．现有甲，乙，丙，丁四位同学对</w:t>
      </w:r>
      <w:r>
        <w:rPr>
          <w:rFonts w:ascii="Times New Roman" w:hAnsi="Times New Roman" w:eastAsia="Times New Roman" w:cs="Times New Roman"/>
          <w:color w:val="000000"/>
        </w:rPr>
        <w:t>6</w:t>
      </w:r>
      <w:r>
        <w:rPr>
          <w:rFonts w:ascii="宋体" w:hAnsi="宋体" w:eastAsia="宋体" w:cs="宋体"/>
          <w:color w:val="000000"/>
        </w:rPr>
        <w:t>道试题的判断与得分的结果如下：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50"/>
        <w:gridCol w:w="870"/>
        <w:gridCol w:w="870"/>
        <w:gridCol w:w="870"/>
        <w:gridCol w:w="870"/>
        <w:gridCol w:w="870"/>
        <w:gridCol w:w="870"/>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1</w:t>
            </w:r>
            <w:r>
              <w:rPr>
                <w:rFonts w:ascii="宋体" w:hAnsi="宋体" w:eastAsia="宋体" w:cs="宋体"/>
                <w:color w:val="000000"/>
              </w:rPr>
              <w:t>题</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2</w:t>
            </w:r>
            <w:r>
              <w:rPr>
                <w:rFonts w:ascii="宋体" w:hAnsi="宋体" w:eastAsia="宋体" w:cs="宋体"/>
                <w:color w:val="000000"/>
              </w:rPr>
              <w:t>题</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3</w:t>
            </w:r>
            <w:r>
              <w:rPr>
                <w:rFonts w:ascii="宋体" w:hAnsi="宋体" w:eastAsia="宋体" w:cs="宋体"/>
                <w:color w:val="000000"/>
              </w:rPr>
              <w:t>题</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4</w:t>
            </w:r>
            <w:r>
              <w:rPr>
                <w:rFonts w:ascii="宋体" w:hAnsi="宋体" w:eastAsia="宋体" w:cs="宋体"/>
                <w:color w:val="000000"/>
              </w:rPr>
              <w:t>题</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5</w:t>
            </w:r>
            <w:r>
              <w:rPr>
                <w:rFonts w:ascii="宋体" w:hAnsi="宋体" w:eastAsia="宋体" w:cs="宋体"/>
                <w:color w:val="000000"/>
              </w:rPr>
              <w:t>题</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6</w:t>
            </w:r>
            <w:r>
              <w:rPr>
                <w:rFonts w:ascii="宋体" w:hAnsi="宋体" w:eastAsia="宋体" w:cs="宋体"/>
                <w:color w:val="000000"/>
              </w:rPr>
              <w:t>题</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w:t>
            </w:r>
            <w:r>
              <w:rPr>
                <w:rFonts w:ascii="宋体" w:hAnsi="宋体" w:eastAsia="宋体" w:cs="宋体"/>
                <w:color w:val="00000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w:t>
            </w:r>
            <w:r>
              <w:rPr>
                <w:rFonts w:ascii="宋体" w:hAnsi="宋体" w:eastAsia="宋体" w:cs="宋体"/>
                <w:color w:val="00000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w:t>
            </w:r>
            <w:r>
              <w:rPr>
                <w:rFonts w:ascii="宋体" w:hAnsi="宋体" w:eastAsia="宋体" w:cs="宋体"/>
                <w:color w:val="00000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丁</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p>
        </w:tc>
      </w:tr>
    </w:tbl>
    <w:p>
      <w:pPr>
        <w:spacing w:line="360" w:lineRule="auto"/>
        <w:jc w:val="left"/>
        <w:textAlignment w:val="center"/>
        <w:rPr>
          <w:color w:val="000000"/>
        </w:rPr>
      </w:pPr>
      <w:r>
        <w:rPr>
          <w:rFonts w:ascii="宋体" w:hAnsi="宋体" w:eastAsia="宋体" w:cs="宋体"/>
          <w:color w:val="000000"/>
        </w:rPr>
        <w:t>根据以上结果，可以推断丁的得分是</w:t>
      </w:r>
      <w:r>
        <w:rPr>
          <w:color w:val="000000"/>
        </w:rPr>
        <w:t>______</w:t>
      </w:r>
      <w:r>
        <w:rPr>
          <w:rFonts w:ascii="宋体" w:hAnsi="宋体" w:eastAsia="宋体" w:cs="宋体"/>
          <w:color w:val="000000"/>
        </w:rPr>
        <w:t>分．</w:t>
      </w:r>
    </w:p>
    <w:p>
      <w:pPr>
        <w:pStyle w:val="Heading2"/>
      </w:pPr>
      <w:r>
        <w:t>人大附中北京经济技术开发区学校</w:t>
      </w:r>
    </w:p>
    <w:p>
      <w:pPr>
        <w:spacing w:line="360" w:lineRule="auto"/>
        <w:jc w:val="left"/>
        <w:textAlignment w:val="center"/>
        <w:rPr>
          <w:color w:val="000000"/>
        </w:rPr>
      </w:pPr>
      <w:r>
        <w:rPr>
          <w:color w:val="000000"/>
        </w:rPr>
        <w:t xml:space="preserve">16. </w:t>
      </w:r>
      <w:r>
        <w:rPr>
          <w:rFonts w:ascii="宋体" w:hAnsi="宋体" w:eastAsia="宋体" w:cs="宋体"/>
          <w:color w:val="000000"/>
        </w:rPr>
        <w:t>观察，已知如图阴影部分是由一大个长方形剪掉一小长方形后的得到的图形，请回答下列问题：</w:t>
      </w:r>
    </w:p>
    <w:p>
      <w:pPr>
        <w:spacing w:line="360" w:lineRule="auto"/>
        <w:jc w:val="left"/>
        <w:textAlignment w:val="center"/>
        <w:rPr>
          <w:color w:val="000000"/>
        </w:rPr>
      </w:pPr>
      <w:r>
        <w:rPr>
          <w:color w:val="000000"/>
        </w:rPr>
        <w:drawing>
          <wp:inline distT="0" distB="0" distL="114300" distR="114300">
            <wp:extent cx="1162050" cy="1343025"/>
            <wp:effectExtent l="0" t="0" r="0" b="0"/>
            <wp:docPr id="227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 name="图片 100007" descr="学科网(www.zxxk.com)--教育资源门户，提供试卷、教案、课件、论文、素材以及各类教学资源下载，还有大量而丰富的教学相关资讯！"/>
                    <pic:cNvPicPr>
                      <a:picLocks noChangeAspect="1"/>
                    </pic:cNvPicPr>
                  </pic:nvPicPr>
                  <pic:blipFill>
                    <a:blip r:embed="rId74"/>
                    <a:stretch>
                      <a:fillRect/>
                    </a:stretch>
                  </pic:blipFill>
                  <pic:spPr>
                    <a:xfrm>
                      <a:off x="0" y="0"/>
                      <a:ext cx="1162050" cy="13430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pict>
          <v:shape id="_x0000_i70488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75" o:title="eqIdf52a58fbaf4fea03567e88a9f0f6e37e"/>
            <o:lock v:ext="edit" aspectratio="t"/>
            <w10:wrap type="none"/>
            <w10:anchorlock/>
          </v:shape>
        </w:pict>
      </w:r>
      <w:r>
        <w:rPr>
          <w:rFonts w:ascii="宋体" w:hAnsi="宋体" w:eastAsia="宋体" w:cs="宋体"/>
          <w:color w:val="000000"/>
        </w:rPr>
        <w:t>边的长度为</w:t>
      </w:r>
      <w:r>
        <w:rPr>
          <w:rFonts w:ascii="Times New Roman" w:hAnsi="Times New Roman" w:eastAsia="Times New Roman" w:cs="Times New Roman"/>
          <w:color w:val="000000"/>
        </w:rPr>
        <w:t xml:space="preserve"> </w:t>
      </w:r>
      <w:r>
        <w:rPr>
          <w:color w:val="000000"/>
        </w:rPr>
        <w:t>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）阴影部分</w:t>
      </w:r>
      <w:r>
        <w:rPr>
          <w:rFonts w:ascii="宋体" w:hAnsi="宋体" w:eastAsia="宋体" w:cs="宋体"/>
          <w:color w:val="000000"/>
          <w:position w:val="0"/>
        </w:rPr>
        <w:drawing>
          <wp:inline distT="0" distB="0" distL="114300" distR="114300">
            <wp:extent cx="133350" cy="177800"/>
            <wp:effectExtent l="0" t="0" r="0" b="0"/>
            <wp:docPr id="2279" name="图片 213727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 name="图片 2137276561"/>
                    <pic:cNvPicPr>
                      <a:picLocks noChangeAspect="1"/>
                    </pic:cNvPicPr>
                  </pic:nvPicPr>
                  <pic:blipFill>
                    <a:blip r:embed="rId7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周长是</w:t>
      </w:r>
      <w:r>
        <w:rPr>
          <w:rFonts w:ascii="Times New Roman" w:hAnsi="Times New Roman" w:eastAsia="Times New Roman" w:cs="Times New Roman"/>
          <w:color w:val="000000"/>
        </w:rPr>
        <w:t xml:space="preserve"> </w:t>
      </w:r>
      <w:r>
        <w:rPr>
          <w:color w:val="000000"/>
        </w:rPr>
        <w:t>_____</w:t>
      </w:r>
      <w:r>
        <w:rPr>
          <w:rFonts w:ascii="宋体" w:hAnsi="宋体" w:eastAsia="宋体" w:cs="宋体"/>
          <w:color w:val="000000"/>
        </w:rPr>
        <w:t>．</w:t>
      </w:r>
    </w:p>
    <w:p>
      <w:pPr>
        <w:pStyle w:val="Heading2"/>
      </w:pPr>
      <w:r>
        <w:t>北京师范大学附属实验中学</w:t>
      </w:r>
    </w:p>
    <w:p>
      <w:pPr>
        <w:spacing w:line="360" w:lineRule="auto"/>
        <w:jc w:val="both"/>
        <w:textAlignment w:val="center"/>
        <w:rPr>
          <w:color w:val="000000"/>
        </w:rPr>
      </w:pPr>
      <w:r>
        <w:rPr>
          <w:color w:val="000000"/>
        </w:rPr>
        <w:t xml:space="preserve">20. </w:t>
      </w:r>
      <w:r>
        <w:rPr>
          <w:rFonts w:ascii="宋体" w:hAnsi="宋体" w:eastAsia="宋体" w:cs="宋体"/>
          <w:color w:val="000000"/>
        </w:rPr>
        <w:t>数轴上，点</w:t>
      </w:r>
      <w:r>
        <w:rPr>
          <w:rFonts w:ascii="Times New Roman" w:hAnsi="Times New Roman" w:eastAsia="Times New Roman" w:cs="Times New Roman"/>
          <w:i/>
          <w:color w:val="000000"/>
        </w:rPr>
        <w:t>M</w:t>
      </w:r>
      <w:r>
        <w:rPr>
          <w:rFonts w:ascii="宋体" w:hAnsi="宋体" w:eastAsia="宋体" w:cs="宋体"/>
          <w:color w:val="000000"/>
        </w:rPr>
        <w:t>和</w:t>
      </w:r>
      <w:r>
        <w:rPr>
          <w:rFonts w:ascii="Times New Roman" w:hAnsi="Times New Roman" w:eastAsia="Times New Roman" w:cs="Times New Roman"/>
          <w:i/>
          <w:color w:val="000000"/>
        </w:rPr>
        <w:t>P</w:t>
      </w:r>
      <w:r>
        <w:rPr>
          <w:rFonts w:ascii="宋体" w:hAnsi="宋体" w:eastAsia="宋体" w:cs="宋体"/>
          <w:color w:val="000000"/>
        </w:rPr>
        <w:t>的距离记为</w:t>
      </w:r>
      <w:r>
        <w:pict>
          <v:shape id="_x0000_i704890" o:spt="75" alt="学科网(www.zxxk.com)--教育资源门户，提供试卷、教案、课件、论文、素材以及各类教学资源下载，还有大量而丰富的教学相关资讯！" type="#_x0000_t75" style="height:12.9pt;width:22.05pt;" o:ole="t" filled="f" o:preferrelative="t" stroked="f" coordsize="21600,21600">
            <v:path/>
            <v:fill on="f" focussize="0,0"/>
            <v:stroke on="f" joinstyle="miter"/>
            <v:imagedata r:id="rId77" o:title="eqId438f34bc8b04e8c494b91306ac6fe352"/>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和</w:t>
      </w:r>
      <w:r>
        <w:rPr>
          <w:rFonts w:ascii="Times New Roman" w:hAnsi="Times New Roman" w:eastAsia="Times New Roman" w:cs="Times New Roman"/>
          <w:i/>
          <w:color w:val="000000"/>
        </w:rPr>
        <w:t>P</w:t>
      </w:r>
      <w:r>
        <w:rPr>
          <w:rFonts w:ascii="宋体" w:hAnsi="宋体" w:eastAsia="宋体" w:cs="宋体"/>
          <w:color w:val="000000"/>
        </w:rPr>
        <w:t>的距离记为</w:t>
      </w:r>
      <w:r>
        <w:pict>
          <v:shape id="_x0000_i704891" o:spt="75" alt="学科网(www.zxxk.com)--教育资源门户，提供试卷、教案、课件、论文、素材以及各类教学资源下载，还有大量而丰富的教学相关资讯！" type="#_x0000_t75" style="height:11.9pt;width:18.15pt;" o:ole="t" filled="f" o:preferrelative="t" stroked="f" coordsize="21600,21600">
            <v:path/>
            <v:fill on="f" focussize="0,0"/>
            <v:stroke on="f" joinstyle="miter"/>
            <v:imagedata r:id="rId78" o:title="eqId20a541b81584a032f571159ea152c85a"/>
            <o:lock v:ext="edit" aspectratio="t"/>
            <w10:wrap type="none"/>
            <w10:anchorlock/>
          </v:shape>
        </w:pict>
      </w:r>
      <w:r>
        <w:rPr>
          <w:rFonts w:ascii="宋体" w:hAnsi="宋体" w:eastAsia="宋体" w:cs="宋体"/>
          <w:color w:val="000000"/>
        </w:rPr>
        <w:t>．给出如下定义：若</w:t>
      </w:r>
      <w:r>
        <w:pict>
          <v:shape id="_x0000_i704892" o:spt="75" alt="学科网(www.zxxk.com)--教育资源门户，提供试卷、教案、课件、论文、素材以及各类教学资源下载，还有大量而丰富的教学相关资讯！" type="#_x0000_t75" style="height:11.9pt;width:18.15pt;" o:ole="t" filled="f" o:preferrelative="t" stroked="f" coordsize="21600,21600">
            <v:path/>
            <v:fill on="f" focussize="0,0"/>
            <v:stroke on="f" joinstyle="miter"/>
            <v:imagedata r:id="rId78" o:title="eqId20a541b81584a032f571159ea152c85a"/>
            <o:lock v:ext="edit" aspectratio="t"/>
            <w10:wrap type="none"/>
            <w10:anchorlock/>
          </v:shape>
        </w:pict>
      </w:r>
      <w:r>
        <w:rPr>
          <w:rFonts w:ascii="宋体" w:hAnsi="宋体" w:eastAsia="宋体" w:cs="宋体"/>
          <w:color w:val="000000"/>
        </w:rPr>
        <w:t>不小于</w:t>
      </w:r>
      <w:r>
        <w:pict>
          <v:shape id="_x0000_i704893" o:spt="75" alt="学科网(www.zxxk.com)--教育资源门户，提供试卷、教案、课件、论文、素材以及各类教学资源下载，还有大量而丰富的教学相关资讯！" type="#_x0000_t75" style="height:12.9pt;width:22.05pt;" o:ole="t" filled="f" o:preferrelative="t" stroked="f" coordsize="21600,21600">
            <v:path/>
            <v:fill on="f" focussize="0,0"/>
            <v:stroke on="f" joinstyle="miter"/>
            <v:imagedata r:id="rId77" o:title="eqId438f34bc8b04e8c494b91306ac6fe352"/>
            <o:lock v:ext="edit" aspectratio="t"/>
            <w10:wrap type="none"/>
            <w10:anchorlock/>
          </v:shape>
        </w:pict>
      </w:r>
      <w:r>
        <w:rPr>
          <w:rFonts w:ascii="宋体" w:hAnsi="宋体" w:eastAsia="宋体" w:cs="宋体"/>
          <w:color w:val="000000"/>
        </w:rPr>
        <w:t>，且</w:t>
      </w:r>
      <w:r>
        <w:pict>
          <v:shape id="_x0000_i704894" o:spt="75" alt="学科网(www.zxxk.com)--教育资源门户，提供试卷、教案、课件、论文、素材以及各类教学资源下载，还有大量而丰富的教学相关资讯！" type="#_x0000_t75" style="height:11.9pt;width:18.15pt;" o:ole="t" filled="f" o:preferrelative="t" stroked="f" coordsize="21600,21600">
            <v:path/>
            <v:fill on="f" focussize="0,0"/>
            <v:stroke on="f" joinstyle="miter"/>
            <v:imagedata r:id="rId78" o:title="eqId20a541b81584a032f571159ea152c85a"/>
            <o:lock v:ext="edit" aspectratio="t"/>
            <w10:wrap type="none"/>
            <w10:anchorlock/>
          </v:shape>
        </w:pict>
      </w:r>
      <w:r>
        <w:rPr>
          <w:rFonts w:ascii="宋体" w:hAnsi="宋体" w:eastAsia="宋体" w:cs="宋体"/>
          <w:color w:val="000000"/>
        </w:rPr>
        <w:t>不大于</w:t>
      </w:r>
      <w:r>
        <w:pict>
          <v:shape id="_x0000_i704895" o:spt="75" alt="学科网(www.zxxk.com)--教育资源门户，提供试卷、教案、课件、论文、素材以及各类教学资源下载，还有大量而丰富的教学相关资讯！" type="#_x0000_t75" style="height:12.25pt;width:25.15pt;" o:ole="t" filled="f" o:preferrelative="t" stroked="f" coordsize="21600,21600">
            <v:path/>
            <v:fill on="f" focussize="0,0"/>
            <v:stroke on="f" joinstyle="miter"/>
            <v:imagedata r:id="rId79" o:title="eqId6713918019c79a761e1ad70c1ce0c948"/>
            <o:lock v:ext="edit" aspectratio="t"/>
            <w10:wrap type="none"/>
            <w10:anchorlock/>
          </v:shape>
        </w:pict>
      </w:r>
      <w:r>
        <w:rPr>
          <w:rFonts w:ascii="宋体" w:hAnsi="宋体" w:eastAsia="宋体" w:cs="宋体"/>
          <w:color w:val="000000"/>
        </w:rPr>
        <w:t>，则称点</w:t>
      </w:r>
      <w:r>
        <w:rPr>
          <w:rFonts w:ascii="Times New Roman" w:hAnsi="Times New Roman" w:eastAsia="Times New Roman" w:cs="Times New Roman"/>
          <w:i/>
          <w:color w:val="000000"/>
        </w:rPr>
        <w:t>A</w:t>
      </w:r>
      <w:r>
        <w:rPr>
          <w:rFonts w:ascii="宋体" w:hAnsi="宋体" w:eastAsia="宋体" w:cs="宋体"/>
          <w:color w:val="000000"/>
        </w:rPr>
        <w:t>是点</w:t>
      </w:r>
      <w:r>
        <w:rPr>
          <w:rFonts w:ascii="Times New Roman" w:hAnsi="Times New Roman" w:eastAsia="Times New Roman" w:cs="Times New Roman"/>
          <w:i/>
          <w:color w:val="000000"/>
        </w:rPr>
        <w:t>P</w:t>
      </w:r>
      <w:r>
        <w:rPr>
          <w:rFonts w:ascii="宋体" w:hAnsi="宋体" w:eastAsia="宋体" w:cs="宋体"/>
          <w:color w:val="000000"/>
        </w:rPr>
        <w:t>关于点</w:t>
      </w:r>
      <w:r>
        <w:rPr>
          <w:rFonts w:ascii="Times New Roman" w:hAnsi="Times New Roman" w:eastAsia="Times New Roman" w:cs="Times New Roman"/>
          <w:i/>
          <w:color w:val="000000"/>
        </w:rPr>
        <w:t>M</w:t>
      </w:r>
      <w:r>
        <w:rPr>
          <w:rFonts w:ascii="宋体" w:hAnsi="宋体" w:eastAsia="宋体" w:cs="宋体"/>
          <w:color w:val="000000"/>
        </w:rPr>
        <w:t>的捕获点．已知：如图，点</w:t>
      </w:r>
      <w:r>
        <w:rPr>
          <w:rFonts w:ascii="Times New Roman" w:hAnsi="Times New Roman" w:eastAsia="Times New Roman" w:cs="Times New Roman"/>
          <w:i/>
          <w:color w:val="000000"/>
        </w:rPr>
        <w:t>O</w:t>
      </w:r>
      <w:r>
        <w:rPr>
          <w:rFonts w:ascii="宋体" w:hAnsi="宋体" w:eastAsia="宋体" w:cs="宋体"/>
          <w:color w:val="000000"/>
        </w:rPr>
        <w:t>为原点，点</w:t>
      </w:r>
      <w:r>
        <w:rPr>
          <w:rFonts w:ascii="Times New Roman" w:hAnsi="Times New Roman" w:eastAsia="Times New Roman" w:cs="Times New Roman"/>
          <w:i/>
          <w:color w:val="000000"/>
        </w:rPr>
        <w:t>N</w:t>
      </w:r>
      <w:r>
        <w:rPr>
          <w:rFonts w:ascii="宋体" w:hAnsi="宋体" w:eastAsia="宋体" w:cs="宋体"/>
          <w:color w:val="000000"/>
        </w:rPr>
        <w:t>表示的数是</w:t>
      </w:r>
      <w:r>
        <w:rPr>
          <w:rFonts w:ascii="Times New Roman" w:hAnsi="Times New Roman" w:eastAsia="Times New Roman" w:cs="Times New Roman"/>
          <w:color w:val="000000"/>
        </w:rPr>
        <w:t>2</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表示的数是</w:t>
      </w:r>
      <w:r>
        <w:rPr>
          <w:rFonts w:ascii="Times New Roman" w:hAnsi="Times New Roman" w:eastAsia="Times New Roman" w:cs="Times New Roman"/>
          <w:color w:val="000000"/>
        </w:rPr>
        <w:t>4</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表示的数是</w:t>
      </w:r>
      <w:r>
        <w:rPr>
          <w:rFonts w:ascii="Times New Roman" w:hAnsi="Times New Roman" w:eastAsia="Times New Roman" w:cs="Times New Roman"/>
          <w:color w:val="000000"/>
        </w:rPr>
        <w:t>5</w:t>
      </w:r>
      <w:r>
        <w:rPr>
          <w:rFonts w:ascii="宋体" w:hAnsi="宋体" w:eastAsia="宋体" w:cs="宋体"/>
          <w:color w:val="000000"/>
        </w:rPr>
        <w:t>．例如：若点</w:t>
      </w:r>
      <w:r>
        <w:rPr>
          <w:rFonts w:ascii="Times New Roman" w:hAnsi="Times New Roman" w:eastAsia="Times New Roman" w:cs="Times New Roman"/>
          <w:i/>
          <w:color w:val="000000"/>
        </w:rPr>
        <w:t>A</w:t>
      </w:r>
      <w:r>
        <w:rPr>
          <w:rFonts w:ascii="宋体" w:hAnsi="宋体" w:eastAsia="宋体" w:cs="宋体"/>
          <w:color w:val="000000"/>
        </w:rPr>
        <w:t>表示</w:t>
      </w:r>
      <w:r>
        <w:rPr>
          <w:rFonts w:ascii="Times New Roman" w:hAnsi="Times New Roman" w:eastAsia="Times New Roman" w:cs="Times New Roman"/>
          <w:color w:val="000000"/>
        </w:rPr>
        <w:t>3</w:t>
      </w:r>
      <w:r>
        <w:rPr>
          <w:rFonts w:ascii="宋体" w:hAnsi="宋体" w:eastAsia="宋体" w:cs="宋体"/>
          <w:color w:val="000000"/>
        </w:rPr>
        <w:t>，则</w:t>
      </w:r>
      <w:r>
        <w:pict>
          <v:shape id="_x0000_i704896"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80" o:title="eqId6a69b7672cd2925271115062a9863a6d"/>
            <o:lock v:ext="edit" aspectratio="t"/>
            <w10:wrap type="none"/>
            <w10:anchorlock/>
          </v:shape>
        </w:pict>
      </w:r>
      <w:r>
        <w:rPr>
          <w:rFonts w:ascii="宋体" w:hAnsi="宋体" w:eastAsia="宋体" w:cs="宋体"/>
          <w:color w:val="000000"/>
        </w:rPr>
        <w:t>，</w:t>
      </w:r>
      <w:r>
        <w:pict>
          <v:shape id="_x0000_i704897" o:spt="75" alt="学科网(www.zxxk.com)--教育资源门户，提供试卷、教案、课件、论文、素材以及各类教学资源下载，还有大量而丰富的教学相关资讯！" type="#_x0000_t75" style="height:14.1pt;width:38.1pt;" o:ole="t" filled="f" o:preferrelative="t" stroked="f" coordsize="21600,21600">
            <v:path/>
            <v:fill on="f" focussize="0,0"/>
            <v:stroke on="f" joinstyle="miter"/>
            <v:imagedata r:id="rId81" o:title="eqIdb72d83915b41102495fcff91dbdbb0b5"/>
            <o:lock v:ext="edit" aspectratio="t"/>
            <w10:wrap type="none"/>
            <w10:anchorlock/>
          </v:shape>
        </w:pict>
      </w:r>
      <w:r>
        <w:rPr>
          <w:rFonts w:ascii="宋体" w:hAnsi="宋体" w:eastAsia="宋体" w:cs="宋体"/>
          <w:color w:val="000000"/>
        </w:rPr>
        <w:t>，</w:t>
      </w:r>
      <w:r>
        <w:pict>
          <v:shape id="_x0000_i704898" o:spt="75" alt="学科网(www.zxxk.com)--教育资源门户，提供试卷、教案、课件、论文、素材以及各类教学资源下载，还有大量而丰富的教学相关资讯！" type="#_x0000_t75" style="height:14.5pt;width:21.25pt;" o:ole="t" filled="f" o:preferrelative="t" stroked="f" coordsize="21600,21600">
            <v:path/>
            <v:fill on="f" focussize="0,0"/>
            <v:stroke on="f" joinstyle="miter"/>
            <v:imagedata r:id="rId82" o:title="eqIde2c3d2cba96f6f03520c0b3f6e4da03e"/>
            <o:lock v:ext="edit" aspectratio="t"/>
            <w10:wrap type="none"/>
            <w10:anchorlock/>
          </v:shape>
        </w:pict>
      </w:r>
      <w:r>
        <w:rPr>
          <w:rFonts w:ascii="宋体" w:hAnsi="宋体" w:eastAsia="宋体" w:cs="宋体"/>
          <w:color w:val="000000"/>
        </w:rPr>
        <w:t>不小于</w:t>
      </w:r>
      <w:r>
        <w:pict>
          <v:shape id="_x0000_i704899"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83" o:title="eqId88e9f7d1272b7344346b58b660aa260a"/>
            <o:lock v:ext="edit" aspectratio="t"/>
            <w10:wrap type="none"/>
            <w10:anchorlock/>
          </v:shape>
        </w:pict>
      </w:r>
      <w:r>
        <w:rPr>
          <w:rFonts w:ascii="宋体" w:hAnsi="宋体" w:eastAsia="宋体" w:cs="宋体"/>
          <w:color w:val="000000"/>
        </w:rPr>
        <w:t>，不大于</w:t>
      </w:r>
      <w:r>
        <w:pict>
          <v:shape id="_x0000_i704900" o:spt="75" alt="学科网(www.zxxk.com)--教育资源门户，提供试卷、教案、课件、论文、素材以及各类教学资源下载，还有大量而丰富的教学相关资讯！" type="#_x0000_t75" style="height:12.9pt;width:24.45pt;" o:ole="t" filled="f" o:preferrelative="t" stroked="f" coordsize="21600,21600">
            <v:path/>
            <v:fill on="f" focussize="0,0"/>
            <v:stroke on="f" joinstyle="miter"/>
            <v:imagedata r:id="rId84" o:title="eqId39ccdcd170b6643370a3278ab44a77e1"/>
            <o:lock v:ext="edit" aspectratio="t"/>
            <w10:wrap type="none"/>
            <w10:anchorlock/>
          </v:shape>
        </w:pict>
      </w:r>
      <w:r>
        <w:rPr>
          <w:rFonts w:ascii="宋体" w:hAnsi="宋体" w:eastAsia="宋体" w:cs="宋体"/>
          <w:color w:val="000000"/>
        </w:rPr>
        <w:t>．故点</w:t>
      </w:r>
      <w:r>
        <w:rPr>
          <w:rFonts w:ascii="Times New Roman" w:hAnsi="Times New Roman" w:eastAsia="Times New Roman" w:cs="Times New Roman"/>
          <w:i/>
          <w:color w:val="000000"/>
        </w:rPr>
        <w:t>A</w:t>
      </w:r>
      <w:r>
        <w:rPr>
          <w:rFonts w:ascii="宋体" w:hAnsi="宋体" w:eastAsia="宋体" w:cs="宋体"/>
          <w:color w:val="000000"/>
        </w:rPr>
        <w:t>是点</w:t>
      </w:r>
      <w:r>
        <w:rPr>
          <w:rFonts w:ascii="Times New Roman" w:hAnsi="Times New Roman" w:eastAsia="Times New Roman" w:cs="Times New Roman"/>
          <w:i/>
          <w:color w:val="000000"/>
        </w:rPr>
        <w:t>O</w:t>
      </w:r>
      <w:r>
        <w:rPr>
          <w:rFonts w:ascii="宋体" w:hAnsi="宋体" w:eastAsia="宋体" w:cs="宋体"/>
          <w:color w:val="000000"/>
        </w:rPr>
        <w:t>关于点</w:t>
      </w:r>
      <w:r>
        <w:rPr>
          <w:rFonts w:ascii="Times New Roman" w:hAnsi="Times New Roman" w:eastAsia="Times New Roman" w:cs="Times New Roman"/>
          <w:i/>
          <w:color w:val="000000"/>
        </w:rPr>
        <w:t>N</w:t>
      </w:r>
      <w:r>
        <w:rPr>
          <w:rFonts w:ascii="宋体" w:hAnsi="宋体" w:eastAsia="宋体" w:cs="宋体"/>
          <w:color w:val="000000"/>
        </w:rPr>
        <w:t>的捕获点．</w:t>
      </w:r>
    </w:p>
    <w:p>
      <w:pPr>
        <w:spacing w:line="360" w:lineRule="auto"/>
        <w:jc w:val="both"/>
        <w:textAlignment w:val="center"/>
        <w:rPr>
          <w:color w:val="000000"/>
        </w:rPr>
      </w:pPr>
      <w:r>
        <w:rPr>
          <w:color w:val="000000"/>
        </w:rPr>
        <w:drawing>
          <wp:inline distT="0" distB="0" distL="114300" distR="114300">
            <wp:extent cx="2628900" cy="561975"/>
            <wp:effectExtent l="0" t="0" r="0" b="0"/>
            <wp:docPr id="228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 name="图片 100011" descr="学科网(www.zxxk.com)--教育资源门户，提供试卷、教案、课件、论文、素材以及各类教学资源下载，还有大量而丰富的教学相关资讯！"/>
                    <pic:cNvPicPr>
                      <a:picLocks noChangeAspect="1"/>
                    </pic:cNvPicPr>
                  </pic:nvPicPr>
                  <pic:blipFill>
                    <a:blip r:embed="rId85"/>
                    <a:stretch>
                      <a:fillRect/>
                    </a:stretch>
                  </pic:blipFill>
                  <pic:spPr>
                    <a:xfrm>
                      <a:off x="0" y="0"/>
                      <a:ext cx="2628900" cy="561975"/>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）若点</w:t>
      </w:r>
      <w:r>
        <w:rPr>
          <w:rFonts w:ascii="Times New Roman" w:hAnsi="Times New Roman" w:eastAsia="Times New Roman" w:cs="Times New Roman"/>
          <w:i/>
          <w:color w:val="000000"/>
        </w:rPr>
        <w:t>A</w:t>
      </w:r>
      <w:r>
        <w:rPr>
          <w:rFonts w:ascii="宋体" w:hAnsi="宋体" w:eastAsia="宋体" w:cs="宋体"/>
          <w:color w:val="000000"/>
        </w:rPr>
        <w:t>是点</w:t>
      </w:r>
      <w:r>
        <w:rPr>
          <w:rFonts w:ascii="Times New Roman" w:hAnsi="Times New Roman" w:eastAsia="Times New Roman" w:cs="Times New Roman"/>
          <w:i/>
          <w:color w:val="000000"/>
        </w:rPr>
        <w:t>O</w:t>
      </w:r>
      <w:r>
        <w:rPr>
          <w:rFonts w:ascii="宋体" w:hAnsi="宋体" w:eastAsia="宋体" w:cs="宋体"/>
          <w:color w:val="000000"/>
        </w:rPr>
        <w:t>关于点</w:t>
      </w:r>
      <w:r>
        <w:rPr>
          <w:rFonts w:ascii="Times New Roman" w:hAnsi="Times New Roman" w:eastAsia="Times New Roman" w:cs="Times New Roman"/>
          <w:i/>
          <w:color w:val="000000"/>
        </w:rPr>
        <w:t>N</w:t>
      </w:r>
      <w:r>
        <w:rPr>
          <w:rFonts w:ascii="宋体" w:hAnsi="宋体" w:eastAsia="宋体" w:cs="宋体"/>
          <w:color w:val="000000"/>
        </w:rPr>
        <w:t>的捕获点，则点</w:t>
      </w:r>
      <w:r>
        <w:rPr>
          <w:rFonts w:ascii="Times New Roman" w:hAnsi="Times New Roman" w:eastAsia="Times New Roman" w:cs="Times New Roman"/>
          <w:i/>
          <w:color w:val="000000"/>
        </w:rPr>
        <w:t>A</w:t>
      </w:r>
      <w:r>
        <w:rPr>
          <w:rFonts w:ascii="宋体" w:hAnsi="宋体" w:eastAsia="宋体" w:cs="宋体"/>
          <w:color w:val="000000"/>
        </w:rPr>
        <w:t>所表示数的最大值为：</w:t>
      </w:r>
      <w:r>
        <w:rPr>
          <w:color w:val="000000"/>
        </w:rPr>
        <w:t>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）若点</w:t>
      </w:r>
      <w:r>
        <w:rPr>
          <w:rFonts w:ascii="Times New Roman" w:hAnsi="Times New Roman" w:eastAsia="Times New Roman" w:cs="Times New Roman"/>
          <w:i/>
          <w:color w:val="000000"/>
        </w:rPr>
        <w:t>A</w:t>
      </w:r>
      <w:r>
        <w:rPr>
          <w:rFonts w:ascii="宋体" w:hAnsi="宋体" w:eastAsia="宋体" w:cs="宋体"/>
          <w:color w:val="000000"/>
        </w:rPr>
        <w:t>表示的数为</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既是点</w:t>
      </w:r>
      <w:r>
        <w:rPr>
          <w:rFonts w:ascii="Times New Roman" w:hAnsi="Times New Roman" w:eastAsia="Times New Roman" w:cs="Times New Roman"/>
          <w:i/>
          <w:color w:val="000000"/>
        </w:rPr>
        <w:t>O</w:t>
      </w:r>
      <w:r>
        <w:rPr>
          <w:rFonts w:ascii="宋体" w:hAnsi="宋体" w:eastAsia="宋体" w:cs="宋体"/>
          <w:color w:val="000000"/>
        </w:rPr>
        <w:t>关于点</w:t>
      </w:r>
      <w:r>
        <w:rPr>
          <w:rFonts w:ascii="Times New Roman" w:hAnsi="Times New Roman" w:eastAsia="Times New Roman" w:cs="Times New Roman"/>
          <w:i/>
          <w:color w:val="000000"/>
        </w:rPr>
        <w:t>N</w:t>
      </w:r>
      <w:r>
        <w:rPr>
          <w:rFonts w:ascii="宋体" w:hAnsi="宋体" w:eastAsia="宋体" w:cs="宋体"/>
          <w:color w:val="000000"/>
        </w:rPr>
        <w:t>的捕获点，还是点</w:t>
      </w:r>
      <w:r>
        <w:rPr>
          <w:rFonts w:ascii="Times New Roman" w:hAnsi="Times New Roman" w:eastAsia="Times New Roman" w:cs="Times New Roman"/>
          <w:i/>
          <w:color w:val="000000"/>
        </w:rPr>
        <w:t>C</w:t>
      </w:r>
      <w:r>
        <w:rPr>
          <w:rFonts w:ascii="宋体" w:hAnsi="宋体" w:eastAsia="宋体" w:cs="宋体"/>
          <w:color w:val="000000"/>
        </w:rPr>
        <w:t>关于点</w:t>
      </w:r>
      <w:r>
        <w:rPr>
          <w:rFonts w:ascii="Times New Roman" w:hAnsi="Times New Roman" w:eastAsia="Times New Roman" w:cs="Times New Roman"/>
          <w:i/>
          <w:color w:val="000000"/>
        </w:rPr>
        <w:t>B</w:t>
      </w:r>
      <w:r>
        <w:rPr>
          <w:rFonts w:ascii="宋体" w:hAnsi="宋体" w:eastAsia="宋体" w:cs="宋体"/>
          <w:color w:val="000000"/>
        </w:rPr>
        <w:t>的捕获点，写出</w:t>
      </w:r>
      <w:r>
        <w:rPr>
          <w:rFonts w:ascii="Times New Roman" w:hAnsi="Times New Roman" w:eastAsia="Times New Roman" w:cs="Times New Roman"/>
          <w:i/>
          <w:color w:val="000000"/>
        </w:rPr>
        <w:t>a</w:t>
      </w:r>
      <w:r>
        <w:rPr>
          <w:rFonts w:ascii="宋体" w:hAnsi="宋体" w:eastAsia="宋体" w:cs="宋体"/>
          <w:color w:val="000000"/>
        </w:rPr>
        <w:t>的取值范围：</w:t>
      </w:r>
      <w:r>
        <w:rPr>
          <w:color w:val="000000"/>
        </w:rPr>
        <w:t>______</w:t>
      </w:r>
      <w:r>
        <w:rPr>
          <w:rFonts w:ascii="宋体" w:hAnsi="宋体" w:eastAsia="宋体" w:cs="宋体"/>
          <w:color w:val="000000"/>
        </w:rPr>
        <w:t>．</w:t>
      </w:r>
    </w:p>
    <w:p>
      <w:pPr>
        <w:pStyle w:val="Heading2"/>
      </w:pPr>
      <w:r>
        <w:t>大兴区</w:t>
      </w:r>
    </w:p>
    <w:p>
      <w:pPr>
        <w:spacing w:line="360" w:lineRule="auto"/>
        <w:jc w:val="left"/>
        <w:textAlignment w:val="center"/>
        <w:rPr>
          <w:color w:val="000000"/>
        </w:rPr>
      </w:pPr>
      <w:r>
        <w:rPr>
          <w:color w:val="000000"/>
        </w:rPr>
        <w:t xml:space="preserve">16. </w:t>
      </w:r>
      <w:r>
        <w:rPr>
          <w:rFonts w:ascii="宋体" w:hAnsi="宋体" w:eastAsia="宋体" w:cs="宋体"/>
          <w:color w:val="000000"/>
        </w:rPr>
        <w:t>顾客请一位工艺师把</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件玉石原料各制成一件工艺品，工艺师带一位徒弟完成这项任务．每件原料先由徒弟完成粗加工，再由工艺师进行精加工完成制作，两件工艺品都完成后交付顾客，两件原料每道工序所需时间（单位：天）如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41"/>
        <w:gridCol w:w="870"/>
        <w:gridCol w:w="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粗加工</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精加工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原料</w:t>
            </w:r>
            <w:r>
              <w:rPr>
                <w:rFonts w:ascii="Times New Roman" w:hAnsi="Times New Roman" w:eastAsia="Times New Roman" w:cs="Times New Roman"/>
                <w:i/>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原料</w:t>
            </w:r>
            <w:r>
              <w:rPr>
                <w:rFonts w:ascii="Times New Roman" w:hAnsi="Times New Roman" w:eastAsia="Times New Roman" w:cs="Times New Roman"/>
                <w:i/>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8</w:t>
            </w:r>
          </w:p>
        </w:tc>
      </w:tr>
    </w:tbl>
    <w:p>
      <w:pPr>
        <w:spacing w:line="360" w:lineRule="auto"/>
        <w:jc w:val="left"/>
        <w:textAlignment w:val="center"/>
        <w:rPr>
          <w:color w:val="000000"/>
        </w:rPr>
      </w:pPr>
      <w:r>
        <w:rPr>
          <w:rFonts w:ascii="宋体" w:hAnsi="宋体" w:eastAsia="宋体" w:cs="宋体"/>
          <w:color w:val="000000"/>
        </w:rPr>
        <w:t>那么最短交货期</w:t>
      </w:r>
      <w:r>
        <w:rPr>
          <w:rFonts w:ascii="宋体" w:hAnsi="宋体" w:eastAsia="宋体" w:cs="宋体"/>
          <w:color w:val="000000"/>
          <w:position w:val="0"/>
        </w:rPr>
        <w:drawing>
          <wp:inline distT="0" distB="0" distL="114300" distR="114300">
            <wp:extent cx="158750" cy="190500"/>
            <wp:effectExtent l="0" t="0" r="12700" b="0"/>
            <wp:docPr id="2283" name="图片 194272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 name="图片 1942723501"/>
                    <pic:cNvPicPr>
                      <a:picLocks noChangeAspect="1"/>
                    </pic:cNvPicPr>
                  </pic:nvPicPr>
                  <pic:blipFill>
                    <a:blip r:embed="rId86"/>
                    <a:stretch>
                      <a:fillRect/>
                    </a:stretch>
                  </pic:blipFill>
                  <pic:spPr>
                    <a:xfrm>
                      <a:off x="0" y="0"/>
                      <a:ext cx="158750" cy="190500"/>
                    </a:xfrm>
                    <a:prstGeom prst="rect">
                      <a:avLst/>
                    </a:prstGeom>
                  </pic:spPr>
                </pic:pic>
              </a:graphicData>
            </a:graphic>
          </wp:inline>
        </w:drawing>
      </w:r>
      <w:r>
        <w:rPr>
          <w:color w:val="000000"/>
        </w:rPr>
        <w:t>______</w:t>
      </w:r>
      <w:r>
        <w:rPr>
          <w:rFonts w:ascii="宋体" w:hAnsi="宋体" w:eastAsia="宋体" w:cs="宋体"/>
          <w:color w:val="000000"/>
        </w:rPr>
        <w:t>天．</w:t>
      </w:r>
    </w:p>
    <w:p>
      <w:pPr>
        <w:pStyle w:val="Heading2"/>
      </w:pPr>
      <w:r>
        <w:t>工业大学附属中学</w:t>
      </w:r>
    </w:p>
    <w:p>
      <w:pPr>
        <w:spacing w:line="360" w:lineRule="auto"/>
        <w:jc w:val="left"/>
        <w:textAlignment w:val="center"/>
        <w:rPr>
          <w:color w:val="000000"/>
        </w:rPr>
      </w:pPr>
      <w:r>
        <w:rPr>
          <w:color w:val="000000"/>
        </w:rPr>
        <w:t xml:space="preserve">16. </w:t>
      </w:r>
      <w:r>
        <w:rPr>
          <w:rFonts w:ascii="宋体" w:hAnsi="宋体" w:eastAsia="宋体" w:cs="宋体"/>
          <w:color w:val="000000"/>
        </w:rPr>
        <w:t>高速公路某收费站出城方向有编号为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的五个小客车收费出口，假定各收费出口</w:t>
      </w:r>
      <w:r>
        <w:rPr>
          <w:rFonts w:ascii="Times New Roman" w:hAnsi="Times New Roman" w:eastAsia="Times New Roman" w:cs="Times New Roman"/>
          <w:color w:val="000000"/>
        </w:rPr>
        <w:t>10</w:t>
      </w:r>
      <w:r>
        <w:rPr>
          <w:rFonts w:ascii="宋体" w:hAnsi="宋体" w:eastAsia="宋体" w:cs="宋体"/>
          <w:color w:val="000000"/>
        </w:rPr>
        <w:t>分钟通过小客车的数量分别都是不变的．同时开放其中的某两个收费出口，这两个出口</w:t>
      </w:r>
      <w:r>
        <w:rPr>
          <w:rFonts w:ascii="Times New Roman" w:hAnsi="Times New Roman" w:eastAsia="Times New Roman" w:cs="Times New Roman"/>
          <w:color w:val="000000"/>
        </w:rPr>
        <w:t>10</w:t>
      </w:r>
      <w:r>
        <w:rPr>
          <w:rFonts w:ascii="宋体" w:hAnsi="宋体" w:eastAsia="宋体" w:cs="宋体"/>
          <w:color w:val="000000"/>
        </w:rPr>
        <w:t>分钟一共通过的小客车数量记录如下：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130"/>
        <w:gridCol w:w="707"/>
        <w:gridCol w:w="719"/>
        <w:gridCol w:w="742"/>
        <w:gridCol w:w="730"/>
        <w:gridCol w:w="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收费出口编号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通过小客车数（辆）</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160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180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120</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）每</w:t>
      </w:r>
      <w:r>
        <w:rPr>
          <w:rFonts w:ascii="Times New Roman" w:hAnsi="Times New Roman" w:eastAsia="Times New Roman" w:cs="Times New Roman"/>
          <w:color w:val="000000"/>
        </w:rPr>
        <w:t>10</w:t>
      </w:r>
      <w:r>
        <w:rPr>
          <w:rFonts w:ascii="宋体" w:hAnsi="宋体" w:eastAsia="宋体" w:cs="宋体"/>
          <w:color w:val="000000"/>
        </w:rPr>
        <w:t>分钟通过的小客车数量比较：</w:t>
      </w:r>
      <w:r>
        <w:rPr>
          <w:rFonts w:ascii="Times New Roman" w:hAnsi="Times New Roman" w:eastAsia="Times New Roman" w:cs="Times New Roman"/>
          <w:i/>
          <w:color w:val="000000"/>
        </w:rPr>
        <w:t>A</w:t>
      </w:r>
      <w:r>
        <w:rPr>
          <w:rFonts w:ascii="宋体" w:hAnsi="宋体" w:eastAsia="宋体" w:cs="宋体"/>
          <w:color w:val="000000"/>
        </w:rPr>
        <w:t>收费出口</w:t>
      </w:r>
      <w:r>
        <w:rPr>
          <w:color w:val="000000"/>
        </w:rPr>
        <w:t>______</w:t>
      </w:r>
      <w:r>
        <w:rPr>
          <w:rFonts w:ascii="Times New Roman" w:hAnsi="Times New Roman" w:eastAsia="Times New Roman" w:cs="Times New Roman"/>
          <w:i/>
          <w:color w:val="000000"/>
        </w:rPr>
        <w:t>C</w:t>
      </w:r>
      <w:r>
        <w:rPr>
          <w:rFonts w:ascii="宋体" w:hAnsi="宋体" w:eastAsia="宋体" w:cs="宋体"/>
          <w:color w:val="000000"/>
        </w:rPr>
        <w:t>收费出口．（填“多于”、“少于”或“等于”）；</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五个收费出口中，每</w:t>
      </w:r>
      <w:r>
        <w:rPr>
          <w:rFonts w:ascii="Times New Roman" w:hAnsi="Times New Roman" w:eastAsia="Times New Roman" w:cs="Times New Roman"/>
          <w:color w:val="000000"/>
        </w:rPr>
        <w:t>10</w:t>
      </w:r>
      <w:r>
        <w:rPr>
          <w:rFonts w:ascii="宋体" w:hAnsi="宋体" w:eastAsia="宋体" w:cs="宋体"/>
          <w:color w:val="000000"/>
        </w:rPr>
        <w:t>分钟通过小客车数量最多的收费出口编号是</w:t>
      </w:r>
      <w:r>
        <w:rPr>
          <w:color w:val="000000"/>
        </w:rPr>
        <w:t>______</w:t>
      </w:r>
      <w:r>
        <w:rPr>
          <w:rFonts w:ascii="宋体" w:hAnsi="宋体" w:eastAsia="宋体" w:cs="宋体"/>
          <w:color w:val="000000"/>
        </w:rPr>
        <w:t>．</w:t>
      </w:r>
    </w:p>
    <w:p>
      <w:pPr>
        <w:pStyle w:val="Heading2"/>
      </w:pPr>
      <w:r>
        <w:t>房山区</w:t>
      </w:r>
    </w:p>
    <w:p>
      <w:pPr>
        <w:spacing w:line="360" w:lineRule="auto"/>
        <w:jc w:val="left"/>
        <w:textAlignment w:val="center"/>
        <w:rPr>
          <w:color w:val="000000"/>
        </w:rPr>
      </w:pPr>
      <w:r>
        <w:rPr>
          <w:color w:val="000000"/>
        </w:rPr>
        <w:t xml:space="preserve">18. </w:t>
      </w:r>
      <w:r>
        <w:rPr>
          <w:rFonts w:ascii="宋体" w:hAnsi="宋体" w:eastAsia="宋体" w:cs="宋体"/>
          <w:color w:val="000000"/>
        </w:rPr>
        <w:t>长阳</w:t>
      </w:r>
      <w:r>
        <w:pict>
          <v:shape id="_x0000_i704901" o:spt="75" alt="学科网(www.zxxk.com)--教育资源门户，提供试卷、教案、课件、论文、素材以及各类教学资源下载，还有大量而丰富的教学相关资讯！" type="#_x0000_t75" style="height:13.8pt;width:43.2pt;" o:ole="t" filled="f" o:preferrelative="t" stroked="f" coordsize="21600,21600">
            <v:path/>
            <v:fill on="f" focussize="0,0"/>
            <v:stroke on="f" joinstyle="miter"/>
            <v:imagedata r:id="rId87" o:title="eqId0db3adcd6c3654dd7b196e8e02c739aa"/>
            <o:lock v:ext="edit" aspectratio="t"/>
            <w10:wrap type="none"/>
            <w10:anchorlock/>
          </v:shape>
        </w:pict>
      </w:r>
      <w:r>
        <w:rPr>
          <w:rFonts w:ascii="宋体" w:hAnsi="宋体" w:eastAsia="宋体" w:cs="宋体"/>
          <w:color w:val="000000"/>
        </w:rPr>
        <w:t>音乐节在</w:t>
      </w:r>
      <w:r>
        <w:rPr>
          <w:rFonts w:ascii="Times New Roman" w:hAnsi="Times New Roman" w:eastAsia="Times New Roman" w:cs="Times New Roman"/>
          <w:color w:val="000000"/>
        </w:rPr>
        <w:t>10</w:t>
      </w:r>
      <w:r>
        <w:rPr>
          <w:rFonts w:ascii="宋体" w:hAnsi="宋体" w:eastAsia="宋体" w:cs="宋体"/>
          <w:color w:val="000000"/>
        </w:rPr>
        <w:t>月</w:t>
      </w:r>
      <w:r>
        <w:rPr>
          <w:rFonts w:ascii="Times New Roman" w:hAnsi="Times New Roman" w:eastAsia="Times New Roman" w:cs="Times New Roman"/>
          <w:color w:val="000000"/>
        </w:rPr>
        <w:t>2</w:t>
      </w:r>
      <w:r>
        <w:rPr>
          <w:rFonts w:ascii="宋体" w:hAnsi="宋体" w:eastAsia="宋体" w:cs="宋体"/>
          <w:color w:val="000000"/>
        </w:rPr>
        <w:t>日和</w:t>
      </w:r>
      <w:r>
        <w:rPr>
          <w:rFonts w:ascii="Times New Roman" w:hAnsi="Times New Roman" w:eastAsia="Times New Roman" w:cs="Times New Roman"/>
          <w:color w:val="000000"/>
        </w:rPr>
        <w:t>6</w:t>
      </w:r>
      <w:r>
        <w:rPr>
          <w:rFonts w:ascii="宋体" w:hAnsi="宋体" w:eastAsia="宋体" w:cs="宋体"/>
          <w:color w:val="000000"/>
        </w:rPr>
        <w:t>日成功举办，为打造房山形象，特招募了一批志愿者参与服务工作，帮助维持现场秩序．某志愿服务站点有</w:t>
      </w:r>
      <w:r>
        <w:rPr>
          <w:rFonts w:ascii="Times New Roman" w:hAnsi="Times New Roman" w:eastAsia="Times New Roman" w:cs="Times New Roman"/>
          <w:i/>
          <w:color w:val="000000"/>
        </w:rPr>
        <w:t>A</w:t>
      </w:r>
      <w:r>
        <w:rPr>
          <w:rFonts w:ascii="宋体" w:hAnsi="宋体" w:eastAsia="宋体" w:cs="宋体"/>
          <w:color w:val="000000"/>
        </w:rPr>
        <w:t>，</w:t>
      </w:r>
      <w:r>
        <w:pict>
          <v:shape id="_x0000_i70490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w:pict>
      </w:r>
      <w:r>
        <w:rPr>
          <w:rFonts w:ascii="宋体" w:hAnsi="宋体" w:eastAsia="宋体" w:cs="宋体"/>
          <w:color w:val="000000"/>
        </w:rPr>
        <w:t>，</w:t>
      </w:r>
      <w:r>
        <w:pict>
          <v:shape id="_x0000_i70490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9" o:title="eqIdc5db41a1f31d6baee7c69990811edb9f"/>
            <o:lock v:ext="edit" aspectratio="t"/>
            <w10:wrap type="none"/>
            <w10:anchorlock/>
          </v:shape>
        </w:pict>
      </w:r>
      <w:r>
        <w:rPr>
          <w:rFonts w:ascii="宋体" w:hAnsi="宋体" w:eastAsia="宋体" w:cs="宋体"/>
          <w:color w:val="000000"/>
        </w:rPr>
        <w:t>，</w:t>
      </w:r>
      <w:r>
        <w:pict>
          <v:shape id="_x0000_i704904"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90" o:title="eqId8455657dde27aabe6adb7b188e031c11"/>
            <o:lock v:ext="edit" aspectratio="t"/>
            <w10:wrap type="none"/>
            <w10:anchorlock/>
          </v:shape>
        </w:pict>
      </w:r>
      <w:r>
        <w:rPr>
          <w:rFonts w:ascii="宋体" w:hAnsi="宋体" w:eastAsia="宋体" w:cs="宋体"/>
          <w:color w:val="000000"/>
        </w:rPr>
        <w:t>四名志愿者，某一天每人可参与服务时间段如下表所示：</w:t>
      </w:r>
    </w:p>
    <w:tbl>
      <w:tblPr>
        <w:tblStyle w:val="4"/>
        <w:tblW w:w="63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695"/>
        <w:gridCol w:w="2325"/>
        <w:gridCol w:w="2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40" w:hRule="atLeast"/>
        </w:trPr>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志愿者</w:t>
            </w:r>
          </w:p>
        </w:tc>
        <w:tc>
          <w:tcPr>
            <w:tcW w:w="2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服务时段</w:t>
            </w:r>
            <w:r>
              <w:rPr>
                <w:rFonts w:ascii="Times New Roman" w:hAnsi="Times New Roman" w:eastAsia="Times New Roman" w:cs="Times New Roman"/>
                <w:color w:val="000000"/>
              </w:rPr>
              <w:t>1</w:t>
            </w:r>
          </w:p>
        </w:tc>
        <w:tc>
          <w:tcPr>
            <w:tcW w:w="2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服务时段</w:t>
            </w:r>
            <w:r>
              <w:rPr>
                <w:rFonts w:ascii="Times New Roman" w:hAnsi="Times New Roman" w:eastAsia="Times New Roman" w:cs="Times New Roman"/>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40" w:hRule="atLeast"/>
        </w:trPr>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A</w:t>
            </w:r>
          </w:p>
        </w:tc>
        <w:tc>
          <w:tcPr>
            <w:tcW w:w="2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04905" o:spt="75" alt="学科网(www.zxxk.com)--教育资源门户，提供试卷、教案、课件、论文、素材以及各类教学资源下载，还有大量而丰富的教学相关资讯！" type="#_x0000_t75" style="height:13.8pt;width:72pt;" o:ole="t" filled="f" o:preferrelative="t" stroked="f" coordsize="21600,21600">
                  <v:path/>
                  <v:fill on="f" focussize="0,0"/>
                  <v:stroke on="f" joinstyle="miter"/>
                  <v:imagedata r:id="rId91" o:title="eqId418a7a84f12a1ab66190c371d708404e"/>
                  <o:lock v:ext="edit" aspectratio="t"/>
                  <w10:wrap type="none"/>
                  <w10:anchorlock/>
                </v:shape>
              </w:pict>
            </w:r>
          </w:p>
        </w:tc>
        <w:tc>
          <w:tcPr>
            <w:tcW w:w="2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04906" o:spt="75" alt="学科网(www.zxxk.com)--教育资源门户，提供试卷、教案、课件、论文、素材以及各类教学资源下载，还有大量而丰富的教学相关资讯！" type="#_x0000_t75" style="height:13.8pt;width:73.2pt;" o:ole="t" filled="f" o:preferrelative="t" stroked="f" coordsize="21600,21600">
                  <v:path/>
                  <v:fill on="f" focussize="0,0"/>
                  <v:stroke on="f" joinstyle="miter"/>
                  <v:imagedata r:id="rId92" o:title="eqIddf147f4c06d12cef7914ddbed57b834d"/>
                  <o:lock v:ext="edit"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40" w:hRule="atLeast"/>
        </w:trPr>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0490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93" o:title="eqId7f9e8449aad35c5d840a3395ea86df6d"/>
                  <o:lock v:ext="edit" aspectratio="t"/>
                  <w10:wrap type="none"/>
                  <w10:anchorlock/>
                </v:shape>
              </w:pict>
            </w:r>
          </w:p>
        </w:tc>
        <w:tc>
          <w:tcPr>
            <w:tcW w:w="2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04908" o:spt="75" alt="学科网(www.zxxk.com)--教育资源门户，提供试卷、教案、课件、论文、素材以及各类教学资源下载，还有大量而丰富的教学相关资讯！" type="#_x0000_t75" style="height:13.8pt;width:73.2pt;" o:ole="t" filled="f" o:preferrelative="t" stroked="f" coordsize="21600,21600">
                  <v:path/>
                  <v:fill on="f" focussize="0,0"/>
                  <v:stroke on="f" joinstyle="miter"/>
                  <v:imagedata r:id="rId94" o:title="eqId09c45a33ee503dd18537e2bdee2b9c91"/>
                  <o:lock v:ext="edit" aspectratio="t"/>
                  <w10:wrap type="none"/>
                  <w10:anchorlock/>
                </v:shape>
              </w:pict>
            </w:r>
          </w:p>
        </w:tc>
        <w:tc>
          <w:tcPr>
            <w:tcW w:w="2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04909" o:spt="75" alt="学科网(www.zxxk.com)--教育资源门户，提供试卷、教案、课件、论文、素材以及各类教学资源下载，还有大量而丰富的教学相关资讯！" type="#_x0000_t75" style="height:13.8pt;width:73.8pt;" o:ole="t" filled="f" o:preferrelative="t" stroked="f" coordsize="21600,21600">
                  <v:path/>
                  <v:fill on="f" focussize="0,0"/>
                  <v:stroke on="f" joinstyle="miter"/>
                  <v:imagedata r:id="rId95" o:title="eqId65315a581f2ebf22df7a86761712712d"/>
                  <o:lock v:ext="edit"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40" w:hRule="atLeast"/>
        </w:trPr>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0491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96" o:title="eqIdc5db41a1f31d6baee7c69990811edb9f"/>
                  <o:lock v:ext="edit" aspectratio="t"/>
                  <w10:wrap type="none"/>
                  <w10:anchorlock/>
                </v:shape>
              </w:pict>
            </w:r>
          </w:p>
        </w:tc>
        <w:tc>
          <w:tcPr>
            <w:tcW w:w="2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04911" o:spt="75" alt="学科网(www.zxxk.com)--教育资源门户，提供试卷、教案、课件、论文、素材以及各类教学资源下载，还有大量而丰富的教学相关资讯！" type="#_x0000_t75" style="height:13.8pt;width:73.2pt;" o:ole="t" filled="f" o:preferrelative="t" stroked="f" coordsize="21600,21600">
                  <v:path/>
                  <v:fill on="f" focussize="0,0"/>
                  <v:stroke on="f" joinstyle="miter"/>
                  <v:imagedata r:id="rId97" o:title="eqIdf5fbd52d72d63f9022306696c6e33c3e"/>
                  <o:lock v:ext="edit" aspectratio="t"/>
                  <w10:wrap type="none"/>
                  <w10:anchorlock/>
                </v:shape>
              </w:pict>
            </w:r>
          </w:p>
        </w:tc>
        <w:tc>
          <w:tcPr>
            <w:tcW w:w="2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04912" o:spt="75" alt="学科网(www.zxxk.com)--教育资源门户，提供试卷、教案、课件、论文、素材以及各类教学资源下载，还有大量而丰富的教学相关资讯！" type="#_x0000_t75" style="height:13.8pt;width:75pt;" o:ole="t" filled="f" o:preferrelative="t" stroked="f" coordsize="21600,21600">
                  <v:path/>
                  <v:fill on="f" focussize="0,0"/>
                  <v:stroke on="f" joinstyle="miter"/>
                  <v:imagedata r:id="rId98" o:title="eqId08d86da6f701e801829593fc6dd40f5f"/>
                  <o:lock v:ext="edit"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40" w:hRule="atLeast"/>
        </w:trPr>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04913"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99" o:title="eqId8455657dde27aabe6adb7b188e031c11"/>
                  <o:lock v:ext="edit" aspectratio="t"/>
                  <w10:wrap type="none"/>
                  <w10:anchorlock/>
                </v:shape>
              </w:pict>
            </w:r>
          </w:p>
        </w:tc>
        <w:tc>
          <w:tcPr>
            <w:tcW w:w="2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04914" o:spt="75" alt="学科网(www.zxxk.com)--教育资源门户，提供试卷、教案、课件、论文、素材以及各类教学资源下载，还有大量而丰富的教学相关资讯！" type="#_x0000_t75" style="height:13.8pt;width:73.2pt;" o:ole="t" filled="f" o:preferrelative="t" stroked="f" coordsize="21600,21600">
                  <v:path/>
                  <v:fill on="f" focussize="0,0"/>
                  <v:stroke on="f" joinstyle="miter"/>
                  <v:imagedata r:id="rId100" o:title="eqId9cc36b74730052e94e512453ec6544b4"/>
                  <o:lock v:ext="edit" aspectratio="t"/>
                  <w10:wrap type="none"/>
                  <w10:anchorlock/>
                </v:shape>
              </w:pict>
            </w:r>
          </w:p>
        </w:tc>
        <w:tc>
          <w:tcPr>
            <w:tcW w:w="23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04915" o:spt="75" alt="学科网(www.zxxk.com)--教育资源门户，提供试卷、教案、课件、论文、素材以及各类教学资源下载，还有大量而丰富的教学相关资讯！" type="#_x0000_t75" style="height:13.8pt;width:73.2pt;" o:ole="t" filled="f" o:preferrelative="t" stroked="f" coordsize="21600,21600">
                  <v:path/>
                  <v:fill on="f" focussize="0,0"/>
                  <v:stroke on="f" joinstyle="miter"/>
                  <v:imagedata r:id="rId101" o:title="eqIdcc53559646dbfde0c8dba7cb4a535552"/>
                  <o:lock v:ext="edit" aspectratio="t"/>
                  <w10:wrap type="none"/>
                  <w10:anchorlock/>
                </v:shape>
              </w:pict>
            </w:r>
          </w:p>
        </w:tc>
      </w:tr>
    </w:tbl>
    <w:p>
      <w:pPr>
        <w:spacing w:line="360" w:lineRule="auto"/>
        <w:jc w:val="left"/>
        <w:textAlignment w:val="center"/>
        <w:rPr>
          <w:color w:val="000000"/>
        </w:rPr>
      </w:pPr>
      <w:r>
        <w:rPr>
          <w:rFonts w:ascii="宋体" w:hAnsi="宋体" w:eastAsia="宋体" w:cs="宋体"/>
          <w:color w:val="000000"/>
        </w:rPr>
        <w:t>已知每名志愿者一天至少要参加一个时间段的服务，任意时刻志愿服务站点同时最多需要</w:t>
      </w:r>
      <w:r>
        <w:rPr>
          <w:rFonts w:ascii="Times New Roman" w:hAnsi="Times New Roman" w:eastAsia="Times New Roman" w:cs="Times New Roman"/>
          <w:color w:val="000000"/>
        </w:rPr>
        <w:t>2</w:t>
      </w:r>
      <w:r>
        <w:rPr>
          <w:rFonts w:ascii="宋体" w:hAnsi="宋体" w:eastAsia="宋体" w:cs="宋体"/>
          <w:color w:val="000000"/>
        </w:rPr>
        <w:t>名志愿者服务，则该志愿服务站点这一天所有参与服务的志愿者的累计服务时间最短为</w:t>
      </w:r>
      <w:r>
        <w:rPr>
          <w:color w:val="000000"/>
        </w:rPr>
        <w:t>________</w:t>
      </w:r>
      <w:r>
        <w:rPr>
          <w:rFonts w:ascii="宋体" w:hAnsi="宋体" w:eastAsia="宋体" w:cs="宋体"/>
          <w:color w:val="000000"/>
        </w:rPr>
        <w:t>小时，最长为</w:t>
      </w:r>
      <w:r>
        <w:rPr>
          <w:color w:val="000000"/>
        </w:rPr>
        <w:t>________</w:t>
      </w:r>
      <w:r>
        <w:rPr>
          <w:rFonts w:ascii="宋体" w:hAnsi="宋体" w:eastAsia="宋体" w:cs="宋体"/>
          <w:color w:val="000000"/>
        </w:rPr>
        <w:t>小时（假设志愿者只要参与服务，就一定把相应时间段的任务全部完成）．</w:t>
      </w:r>
    </w:p>
    <w:p>
      <w:pPr>
        <w:pStyle w:val="Heading2"/>
      </w:pPr>
      <w:r>
        <w:t>文汇中学</w:t>
      </w:r>
    </w:p>
    <w:p>
      <w:pPr>
        <w:spacing w:line="360" w:lineRule="auto"/>
        <w:jc w:val="left"/>
        <w:textAlignment w:val="center"/>
        <w:rPr>
          <w:color w:val="000000"/>
        </w:rPr>
      </w:pPr>
      <w:r>
        <w:rPr>
          <w:color w:val="000000"/>
        </w:rPr>
        <w:t xml:space="preserve">20. </w:t>
      </w:r>
      <w:r>
        <w:rPr>
          <w:rFonts w:ascii="宋体" w:hAnsi="宋体" w:eastAsia="宋体" w:cs="宋体"/>
          <w:color w:val="000000"/>
        </w:rPr>
        <w:t>一个</w:t>
      </w:r>
      <w:r>
        <w:rPr>
          <w:rFonts w:ascii="Times New Roman" w:hAnsi="Times New Roman" w:eastAsia="Times New Roman" w:cs="Times New Roman"/>
          <w:color w:val="000000"/>
        </w:rPr>
        <w:t>33</w:t>
      </w:r>
      <w:r>
        <w:rPr>
          <w:rFonts w:ascii="宋体" w:hAnsi="宋体" w:eastAsia="宋体" w:cs="宋体"/>
          <w:color w:val="000000"/>
        </w:rPr>
        <w:t>人的旅游团到一家酒店住宿，酒店的客房只剩下</w:t>
      </w:r>
      <w:r>
        <w:rPr>
          <w:rFonts w:ascii="Times New Roman" w:hAnsi="Times New Roman" w:eastAsia="Times New Roman" w:cs="Times New Roman"/>
          <w:color w:val="000000"/>
        </w:rPr>
        <w:t>4</w:t>
      </w:r>
      <w:r>
        <w:rPr>
          <w:rFonts w:ascii="宋体" w:hAnsi="宋体" w:eastAsia="宋体" w:cs="宋体"/>
          <w:color w:val="000000"/>
        </w:rPr>
        <w:t>间一人间和若干间三人间，住宿价格是一人间每晚</w:t>
      </w:r>
      <w:r>
        <w:rPr>
          <w:rFonts w:ascii="Times New Roman" w:hAnsi="Times New Roman" w:eastAsia="Times New Roman" w:cs="Times New Roman"/>
          <w:color w:val="000000"/>
        </w:rPr>
        <w:t>100</w:t>
      </w:r>
      <w:r>
        <w:rPr>
          <w:rFonts w:ascii="宋体" w:hAnsi="宋体" w:eastAsia="宋体" w:cs="宋体"/>
          <w:color w:val="000000"/>
        </w:rPr>
        <w:t>元，三人间每晚</w:t>
      </w:r>
      <w:r>
        <w:rPr>
          <w:rFonts w:ascii="Times New Roman" w:hAnsi="Times New Roman" w:eastAsia="Times New Roman" w:cs="Times New Roman"/>
          <w:color w:val="000000"/>
        </w:rPr>
        <w:t>130</w:t>
      </w:r>
      <w:r>
        <w:rPr>
          <w:rFonts w:ascii="宋体" w:hAnsi="宋体" w:eastAsia="宋体" w:cs="宋体"/>
          <w:color w:val="000000"/>
        </w:rPr>
        <w:t>元（说明：男士只能与男士同住，女士只能与女士同住，三人间客房可以不住满，但每间每晚仍需支付</w:t>
      </w:r>
      <w:r>
        <w:rPr>
          <w:rFonts w:ascii="Times New Roman" w:hAnsi="Times New Roman" w:eastAsia="Times New Roman" w:cs="Times New Roman"/>
          <w:color w:val="000000"/>
        </w:rPr>
        <w:t>130</w:t>
      </w:r>
      <w:r>
        <w:rPr>
          <w:rFonts w:ascii="宋体" w:hAnsi="宋体" w:eastAsia="宋体" w:cs="宋体"/>
          <w:color w:val="000000"/>
        </w:rPr>
        <w:t>元）．</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）若该旅游团一晚的住宿房费为</w:t>
      </w:r>
      <w:r>
        <w:rPr>
          <w:rFonts w:ascii="Times New Roman" w:hAnsi="Times New Roman" w:eastAsia="Times New Roman" w:cs="Times New Roman"/>
          <w:color w:val="000000"/>
        </w:rPr>
        <w:t>1530</w:t>
      </w:r>
      <w:r>
        <w:rPr>
          <w:rFonts w:ascii="宋体" w:hAnsi="宋体" w:eastAsia="宋体" w:cs="宋体"/>
          <w:color w:val="000000"/>
        </w:rPr>
        <w:t>元，则他们租住了</w:t>
      </w:r>
      <w:r>
        <w:rPr>
          <w:color w:val="000000"/>
        </w:rPr>
        <w:t>_______</w:t>
      </w:r>
      <w:r>
        <w:rPr>
          <w:rFonts w:ascii="宋体" w:hAnsi="宋体" w:eastAsia="宋体" w:cs="宋体"/>
          <w:color w:val="000000"/>
        </w:rPr>
        <w:t>间一人间；</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）若该旅游团租住了</w:t>
      </w:r>
      <w:r>
        <w:rPr>
          <w:rFonts w:ascii="Times New Roman" w:hAnsi="Times New Roman" w:eastAsia="Times New Roman" w:cs="Times New Roman"/>
          <w:color w:val="000000"/>
        </w:rPr>
        <w:t>3</w:t>
      </w:r>
      <w:r>
        <w:rPr>
          <w:rFonts w:ascii="宋体" w:hAnsi="宋体" w:eastAsia="宋体" w:cs="宋体"/>
          <w:color w:val="000000"/>
        </w:rPr>
        <w:t>间一人间，且共有</w:t>
      </w:r>
      <w:r>
        <w:rPr>
          <w:rFonts w:ascii="Times New Roman" w:hAnsi="Times New Roman" w:eastAsia="Times New Roman" w:cs="Times New Roman"/>
          <w:color w:val="000000"/>
        </w:rPr>
        <w:t>19</w:t>
      </w:r>
      <w:r>
        <w:rPr>
          <w:rFonts w:ascii="宋体" w:hAnsi="宋体" w:eastAsia="宋体" w:cs="宋体"/>
          <w:color w:val="000000"/>
        </w:rPr>
        <w:t>名男士，则租住一晚的住宿房费最少为</w:t>
      </w:r>
      <w:r>
        <w:rPr>
          <w:color w:val="000000"/>
        </w:rPr>
        <w:t>______</w:t>
      </w:r>
      <w:r>
        <w:rPr>
          <w:rFonts w:ascii="宋体" w:hAnsi="宋体" w:eastAsia="宋体" w:cs="宋体"/>
          <w:color w:val="000000"/>
        </w:rPr>
        <w:t>元．</w:t>
      </w:r>
    </w:p>
    <w:p>
      <w:pPr>
        <w:pStyle w:val="Heading2"/>
      </w:pPr>
      <w:r>
        <w:t>昌平区融合学区（第三组）</w:t>
      </w:r>
    </w:p>
    <w:p>
      <w:pPr>
        <w:spacing w:line="360" w:lineRule="auto"/>
        <w:jc w:val="left"/>
        <w:textAlignment w:val="center"/>
        <w:rPr>
          <w:color w:val="000000"/>
        </w:rPr>
      </w:pPr>
      <w:r>
        <w:rPr>
          <w:color w:val="000000"/>
        </w:rPr>
        <w:t xml:space="preserve">16. </w:t>
      </w:r>
      <w:r>
        <w:rPr>
          <w:color w:val="000000"/>
        </w:rPr>
        <w:drawing>
          <wp:inline distT="0" distB="0" distL="114300" distR="114300">
            <wp:extent cx="876300" cy="762000"/>
            <wp:effectExtent l="0" t="0" r="0" b="0"/>
            <wp:docPr id="2285"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 name="图片 100011" descr="学科网(www.zxxk.com)--教育资源门户，提供试卷、教案、课件、论文、素材以及各类教学资源下载，还有大量而丰富的教学相关资讯！"/>
                    <pic:cNvPicPr>
                      <a:picLocks noChangeAspect="1"/>
                    </pic:cNvPicPr>
                  </pic:nvPicPr>
                  <pic:blipFill>
                    <a:blip r:embed="rId102"/>
                    <a:stretch>
                      <a:fillRect/>
                    </a:stretch>
                  </pic:blipFill>
                  <pic:spPr>
                    <a:xfrm>
                      <a:off x="0" y="0"/>
                      <a:ext cx="876300" cy="762000"/>
                    </a:xfrm>
                    <a:prstGeom prst="rect">
                      <a:avLst/>
                    </a:prstGeom>
                  </pic:spPr>
                </pic:pic>
              </a:graphicData>
            </a:graphic>
          </wp:inline>
        </w:drawing>
      </w:r>
      <w:r>
        <w:rPr>
          <w:color w:val="000000"/>
        </w:rPr>
        <w:t xml:space="preserve">  </w:t>
      </w:r>
      <w:r>
        <w:rPr>
          <w:rFonts w:ascii="宋体" w:hAnsi="宋体" w:eastAsia="宋体" w:cs="宋体"/>
          <w:color w:val="000000"/>
        </w:rPr>
        <w:t>规定图形表示运算</w:t>
      </w:r>
      <w:r>
        <w:pict>
          <v:shape id="_x0000_i704916" o:spt="75" alt="学科网(www.zxxk.com)--教育资源门户，提供试卷、教案、课件、论文、素材以及各类教学资源下载，还有大量而丰富的教学相关资讯！" type="#_x0000_t75" style="height:13.1pt;width:38.8pt;" o:ole="t" filled="f" o:preferrelative="t" stroked="f" coordsize="21600,21600">
            <v:path/>
            <v:fill on="f" focussize="0,0"/>
            <v:stroke on="f" joinstyle="miter"/>
            <v:imagedata r:id="rId106" o:title="eqIda900a96aa628ce718ddbad524fbf78dc"/>
            <o:lock v:ext="edit" aspectratio="t"/>
            <w10:wrap type="none"/>
            <w10:anchorlock/>
          </v:shape>
        </w:pict>
      </w:r>
      <w:r>
        <w:rPr>
          <w:rFonts w:ascii="宋体" w:hAnsi="宋体" w:eastAsia="宋体" w:cs="宋体"/>
          <w:color w:val="000000"/>
        </w:rPr>
        <w:t>，</w:t>
      </w:r>
      <w:r>
        <w:rPr>
          <w:color w:val="000000"/>
        </w:rPr>
        <w:drawing>
          <wp:inline distT="0" distB="0" distL="114300" distR="114300">
            <wp:extent cx="771525" cy="781050"/>
            <wp:effectExtent l="0" t="0" r="9525" b="0"/>
            <wp:docPr id="2286"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 name="图片 100013" descr="学科网(www.zxxk.com)--教育资源门户，提供试卷、教案、课件、论文、素材以及各类教学资源下载，还有大量而丰富的教学相关资讯！"/>
                    <pic:cNvPicPr>
                      <a:picLocks noChangeAspect="1"/>
                    </pic:cNvPicPr>
                  </pic:nvPicPr>
                  <pic:blipFill>
                    <a:blip r:embed="rId103"/>
                    <a:stretch>
                      <a:fillRect/>
                    </a:stretch>
                  </pic:blipFill>
                  <pic:spPr>
                    <a:xfrm>
                      <a:off x="0" y="0"/>
                      <a:ext cx="771525" cy="781050"/>
                    </a:xfrm>
                    <a:prstGeom prst="rect">
                      <a:avLst/>
                    </a:prstGeom>
                  </pic:spPr>
                </pic:pic>
              </a:graphicData>
            </a:graphic>
          </wp:inline>
        </w:drawing>
      </w:r>
      <w:r>
        <w:rPr>
          <w:color w:val="000000"/>
        </w:rPr>
        <w:t xml:space="preserve">  </w:t>
      </w:r>
      <w:r>
        <w:rPr>
          <w:rFonts w:ascii="宋体" w:hAnsi="宋体" w:eastAsia="宋体" w:cs="宋体"/>
          <w:color w:val="000000"/>
        </w:rPr>
        <w:t>图形表示运算</w:t>
      </w:r>
      <w:r>
        <w:pict>
          <v:shape id="_x0000_i704917" o:spt="75" alt="学科网(www.zxxk.com)--教育资源门户，提供试卷、教案、课件、论文、素材以及各类教学资源下载，还有大量而丰富的教学相关资讯！" type="#_x0000_t75" style="height:12.75pt;width:57pt;" o:ole="t" filled="f" o:preferrelative="t" stroked="f" coordsize="21600,21600">
            <v:path/>
            <v:fill on="f" focussize="0,0"/>
            <v:stroke on="f" joinstyle="miter"/>
            <v:imagedata r:id="rId107" o:title="eqId5a0a9b30710cbaa5cafed5132132e53c"/>
            <o:lock v:ext="edit" aspectratio="t"/>
            <w10:wrap type="none"/>
            <w10:anchorlock/>
          </v:shape>
        </w:pict>
      </w:r>
      <w:r>
        <w:rPr>
          <w:rFonts w:ascii="宋体" w:hAnsi="宋体" w:eastAsia="宋体" w:cs="宋体"/>
          <w:color w:val="000000"/>
        </w:rPr>
        <w:t>．则</w:t>
      </w:r>
      <w:r>
        <w:rPr>
          <w:color w:val="000000"/>
        </w:rPr>
        <w:drawing>
          <wp:inline distT="0" distB="0" distL="114300" distR="114300">
            <wp:extent cx="828675" cy="723900"/>
            <wp:effectExtent l="0" t="0" r="9525" b="0"/>
            <wp:docPr id="2287"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 name="图片 100015" descr="学科网(www.zxxk.com)--教育资源门户，提供试卷、教案、课件、论文、素材以及各类教学资源下载，还有大量而丰富的教学相关资讯！"/>
                    <pic:cNvPicPr>
                      <a:picLocks noChangeAspect="1"/>
                    </pic:cNvPicPr>
                  </pic:nvPicPr>
                  <pic:blipFill>
                    <a:blip r:embed="rId104"/>
                    <a:stretch>
                      <a:fillRect/>
                    </a:stretch>
                  </pic:blipFill>
                  <pic:spPr>
                    <a:xfrm>
                      <a:off x="0" y="0"/>
                      <a:ext cx="828675" cy="723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w:t>
      </w:r>
      <w:r>
        <w:rPr>
          <w:color w:val="000000"/>
        </w:rPr>
        <w:drawing>
          <wp:inline distT="0" distB="0" distL="114300" distR="114300">
            <wp:extent cx="723900" cy="723900"/>
            <wp:effectExtent l="0" t="0" r="0" b="0"/>
            <wp:docPr id="2288"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 name="图片 100017" descr="学科网(www.zxxk.com)--教育资源门户，提供试卷、教案、课件、论文、素材以及各类教学资源下载，还有大量而丰富的教学相关资讯！"/>
                    <pic:cNvPicPr>
                      <a:picLocks noChangeAspect="1"/>
                    </pic:cNvPicPr>
                  </pic:nvPicPr>
                  <pic:blipFill>
                    <a:blip r:embed="rId105"/>
                    <a:stretch>
                      <a:fillRect/>
                    </a:stretch>
                  </pic:blipFill>
                  <pic:spPr>
                    <a:xfrm>
                      <a:off x="0" y="0"/>
                      <a:ext cx="723900" cy="723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w:t>
      </w:r>
      <w:r>
        <w:rPr>
          <w:color w:val="000000"/>
        </w:rPr>
        <w:t>___________</w:t>
      </w:r>
      <w:r>
        <w:rPr>
          <w:rFonts w:ascii="宋体" w:hAnsi="宋体" w:eastAsia="宋体" w:cs="宋体"/>
          <w:color w:val="000000"/>
        </w:rPr>
        <w:t>．</w:t>
      </w:r>
    </w:p>
    <w:p>
      <w:pPr>
        <w:pStyle w:val="Heading2"/>
      </w:pPr>
      <w:r>
        <w:t>朝阳区北京中学</w:t>
      </w:r>
    </w:p>
    <w:p>
      <w:pPr>
        <w:spacing w:line="360" w:lineRule="auto"/>
        <w:jc w:val="both"/>
        <w:textAlignment w:val="center"/>
        <w:rPr>
          <w:color w:val="000000"/>
        </w:rPr>
      </w:pPr>
      <w:r>
        <w:rPr>
          <w:color w:val="000000"/>
        </w:rPr>
        <w:t xml:space="preserve">15. </w:t>
      </w:r>
      <w:r>
        <w:rPr>
          <w:rFonts w:ascii="宋体" w:hAnsi="宋体" w:eastAsia="宋体" w:cs="宋体"/>
          <w:color w:val="000000"/>
        </w:rPr>
        <w:t>写出</w:t>
      </w:r>
      <w:r>
        <w:pict>
          <v:shape id="_x0000_i704918" o:spt="75" alt="学科网(www.zxxk.com)--教育资源门户，提供试卷、教案、课件、论文、素材以及各类教学资源下载，还有大量而丰富的教学相关资讯！" type="#_x0000_t75" style="height:30.85pt;width:36.9pt;" o:ole="t" filled="f" o:preferrelative="t" stroked="f" coordsize="21600,21600">
            <v:path/>
            <v:fill on="f" focussize="0,0"/>
            <v:stroke on="f" joinstyle="miter"/>
            <v:imagedata r:id="rId108" o:title="eqId4808ba7a172e2269ebd6e063dab5d29e"/>
            <o:lock v:ext="edit" aspectratio="t"/>
            <w10:wrap type="none"/>
            <w10:anchorlock/>
          </v:shape>
        </w:pict>
      </w:r>
      <w:r>
        <w:rPr>
          <w:rFonts w:ascii="宋体" w:hAnsi="宋体" w:eastAsia="宋体" w:cs="宋体"/>
          <w:color w:val="000000"/>
        </w:rPr>
        <w:t>的一个同类项：</w:t>
      </w:r>
      <w:r>
        <w:rPr>
          <w:color w:val="000000"/>
        </w:rPr>
        <w:t>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观察下列图形及图形所对应的算式，根据你发现的规律计算：</w:t>
      </w:r>
    </w:p>
    <w:p>
      <w:pPr>
        <w:spacing w:line="360" w:lineRule="auto"/>
        <w:jc w:val="both"/>
        <w:textAlignment w:val="center"/>
        <w:rPr>
          <w:color w:val="000000"/>
        </w:rPr>
      </w:pPr>
      <w:r>
        <w:rPr>
          <w:rFonts w:ascii="宋体" w:hAnsi="宋体" w:eastAsia="宋体" w:cs="宋体"/>
          <w:color w:val="000000"/>
        </w:rPr>
        <w:t>①</w:t>
      </w:r>
      <w:r>
        <w:pict>
          <v:shape id="_x0000_i704919" o:spt="75" alt="学科网(www.zxxk.com)--教育资源门户，提供试卷、教案、课件、论文、素材以及各类教学资源下载，还有大量而丰富的教学相关资讯！" type="#_x0000_t75" style="height:14.5pt;width:67pt;" o:ole="t" filled="f" o:preferrelative="t" stroked="f" coordsize="21600,21600">
            <v:path/>
            <v:fill on="f" focussize="0,0"/>
            <v:stroke on="f" joinstyle="miter"/>
            <v:imagedata r:id="rId109" o:title="eqId08af0803fdc699295afc505f7b182dfb"/>
            <o:lock v:ext="edit" aspectratio="t"/>
            <w10:wrap type="none"/>
            <w10:anchorlock/>
          </v:shape>
        </w:pict>
      </w:r>
      <w:r>
        <w:rPr>
          <w:rFonts w:ascii="宋体" w:hAnsi="宋体" w:eastAsia="宋体" w:cs="宋体"/>
          <w:color w:val="000000"/>
        </w:rPr>
        <w:t>的结果为</w:t>
      </w:r>
      <w:r>
        <w:rPr>
          <w:color w:val="000000"/>
        </w:rPr>
        <w:t>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w:t>
      </w:r>
      <w:r>
        <w:pict>
          <v:shape id="_x0000_i704920" o:spt="75" alt="学科网(www.zxxk.com)--教育资源门户，提供试卷、教案、课件、论文、素材以及各类教学资源下载，还有大量而丰富的教学相关资讯！" type="#_x0000_t75" style="height:14.25pt;width:111pt;" o:ole="t" filled="f" o:preferrelative="t" stroked="f" coordsize="21600,21600">
            <v:path/>
            <v:fill on="f" focussize="0,0"/>
            <v:stroke on="f" joinstyle="miter"/>
            <v:imagedata r:id="rId110" o:title="eqId92275e5ab57ec7d7114f4743ff4cdc2b"/>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是正整数）的结果为</w:t>
      </w:r>
      <w:r>
        <w:rPr>
          <w:color w:val="000000"/>
        </w:rPr>
        <w:t>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628900" cy="1304925"/>
            <wp:effectExtent l="0" t="0" r="0" b="9525"/>
            <wp:docPr id="2293"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4" name="图片 100005" descr="学科网(www.zxxk.com)--教育资源门户，提供试卷、教案、课件、论文、素材以及各类教学资源下载，还有大量而丰富的教学相关资讯！"/>
                    <pic:cNvPicPr>
                      <a:picLocks noChangeAspect="1"/>
                    </pic:cNvPicPr>
                  </pic:nvPicPr>
                  <pic:blipFill>
                    <a:blip r:embed="rId111"/>
                    <a:stretch>
                      <a:fillRect/>
                    </a:stretch>
                  </pic:blipFill>
                  <pic:spPr>
                    <a:xfrm>
                      <a:off x="0" y="0"/>
                      <a:ext cx="2628900" cy="1304925"/>
                    </a:xfrm>
                    <a:prstGeom prst="rect">
                      <a:avLst/>
                    </a:prstGeom>
                  </pic:spPr>
                </pic:pic>
              </a:graphicData>
            </a:graphic>
          </wp:inline>
        </w:drawing>
      </w:r>
      <w:r>
        <w:rPr>
          <w:color w:val="000000"/>
        </w:rPr>
        <w:t xml:space="preserve">  </w:t>
      </w:r>
    </w:p>
    <w:p>
      <w:pPr>
        <w:pStyle w:val="Heading2"/>
      </w:pPr>
      <w:r>
        <w:t>朝阳区陈经纶中学</w:t>
      </w:r>
    </w:p>
    <w:p>
      <w:pPr>
        <w:spacing w:line="360" w:lineRule="auto"/>
        <w:jc w:val="left"/>
        <w:textAlignment w:val="center"/>
        <w:rPr>
          <w:color w:val="000000"/>
        </w:rPr>
      </w:pPr>
      <w:r>
        <w:rPr>
          <w:color w:val="000000"/>
        </w:rPr>
        <w:t xml:space="preserve">16. </w:t>
      </w:r>
      <w:r>
        <w:rPr>
          <w:rFonts w:ascii="宋体" w:hAnsi="宋体" w:eastAsia="宋体" w:cs="宋体"/>
          <w:color w:val="000000"/>
        </w:rPr>
        <w:t>将</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199</w:t>
      </w:r>
      <w:r>
        <w:rPr>
          <w:rFonts w:ascii="宋体" w:hAnsi="宋体" w:eastAsia="宋体" w:cs="宋体"/>
          <w:color w:val="000000"/>
        </w:rPr>
        <w:t>，这</w:t>
      </w:r>
      <w:r>
        <w:rPr>
          <w:rFonts w:ascii="Times New Roman" w:hAnsi="Times New Roman" w:eastAsia="Times New Roman" w:cs="Times New Roman"/>
          <w:color w:val="000000"/>
        </w:rPr>
        <w:t>100</w:t>
      </w:r>
      <w:r>
        <w:rPr>
          <w:rFonts w:ascii="宋体" w:hAnsi="宋体" w:eastAsia="宋体" w:cs="宋体"/>
          <w:color w:val="000000"/>
        </w:rPr>
        <w:t>个自然数任意分成</w:t>
      </w:r>
      <w:r>
        <w:rPr>
          <w:rFonts w:ascii="Times New Roman" w:hAnsi="Times New Roman" w:eastAsia="Times New Roman" w:cs="Times New Roman"/>
          <w:color w:val="000000"/>
        </w:rPr>
        <w:t>50</w:t>
      </w:r>
      <w:r>
        <w:rPr>
          <w:rFonts w:ascii="宋体" w:hAnsi="宋体" w:eastAsia="宋体" w:cs="宋体"/>
          <w:color w:val="000000"/>
        </w:rPr>
        <w:t>组，每组两个数，将其中一个数记为</w:t>
      </w:r>
      <w:r>
        <w:rPr>
          <w:rFonts w:ascii="Times New Roman" w:hAnsi="Times New Roman" w:eastAsia="Times New Roman" w:cs="Times New Roman"/>
          <w:color w:val="000000"/>
        </w:rPr>
        <w:t>x</w:t>
      </w:r>
      <w:r>
        <w:rPr>
          <w:rFonts w:ascii="宋体" w:hAnsi="宋体" w:eastAsia="宋体" w:cs="宋体"/>
          <w:color w:val="000000"/>
        </w:rPr>
        <w:t>，另一个数记为</w:t>
      </w:r>
      <w:r>
        <w:rPr>
          <w:rFonts w:ascii="Times New Roman" w:hAnsi="Times New Roman" w:eastAsia="Times New Roman" w:cs="Times New Roman"/>
          <w:color w:val="000000"/>
        </w:rPr>
        <w:t>y</w:t>
      </w:r>
      <w:r>
        <w:rPr>
          <w:rFonts w:ascii="宋体" w:hAnsi="宋体" w:eastAsia="宋体" w:cs="宋体"/>
          <w:color w:val="000000"/>
        </w:rPr>
        <w:t>，代入代数式</w:t>
      </w:r>
      <w:r>
        <w:pict>
          <v:shape id="_x0000_i704921" o:spt="75" alt="学科网(www.zxxk.com)--教育资源门户，提供试卷、教案、课件、论文、素材以及各类教学资源下载，还有大量而丰富的教学相关资讯！" type="#_x0000_t75" style="height:30.75pt;width:87.75pt;" o:ole="t" filled="f" o:preferrelative="t" stroked="f" coordsize="21600,21600">
            <v:path/>
            <v:fill on="f" focussize="0,0"/>
            <v:stroke on="f" joinstyle="miter"/>
            <v:imagedata r:id="rId113" o:title="eqId51324a2dcd0da3f981bc58b2abd2d07d"/>
            <o:lock v:ext="edit" aspectratio="t"/>
            <w10:wrap type="none"/>
            <w10:anchorlock/>
          </v:shape>
        </w:pict>
      </w:r>
      <w:r>
        <w:rPr>
          <w:rFonts w:ascii="宋体" w:hAnsi="宋体" w:eastAsia="宋体" w:cs="宋体"/>
          <w:color w:val="000000"/>
        </w:rPr>
        <w:t>中计算，求出其结果，</w:t>
      </w:r>
      <w:r>
        <w:rPr>
          <w:rFonts w:ascii="Times New Roman" w:hAnsi="Times New Roman" w:eastAsia="Times New Roman" w:cs="Times New Roman"/>
          <w:color w:val="000000"/>
        </w:rPr>
        <w:t>50</w:t>
      </w:r>
      <w:r>
        <w:rPr>
          <w:rFonts w:ascii="宋体" w:hAnsi="宋体" w:eastAsia="宋体" w:cs="宋体"/>
          <w:color w:val="000000"/>
        </w:rPr>
        <w:t>组都代入后可得</w:t>
      </w:r>
      <w:r>
        <w:rPr>
          <w:rFonts w:ascii="Times New Roman" w:hAnsi="Times New Roman" w:eastAsia="Times New Roman" w:cs="Times New Roman"/>
          <w:color w:val="000000"/>
        </w:rPr>
        <w:t>50</w:t>
      </w:r>
      <w:r>
        <w:rPr>
          <w:rFonts w:ascii="宋体" w:hAnsi="宋体" w:eastAsia="宋体" w:cs="宋体"/>
          <w:color w:val="000000"/>
        </w:rPr>
        <w:t>个值，则这</w:t>
      </w:r>
      <w:r>
        <w:rPr>
          <w:rFonts w:ascii="Times New Roman" w:hAnsi="Times New Roman" w:eastAsia="Times New Roman" w:cs="Times New Roman"/>
          <w:color w:val="000000"/>
        </w:rPr>
        <w:t>50</w:t>
      </w:r>
      <w:r>
        <w:rPr>
          <w:rFonts w:ascii="宋体" w:hAnsi="宋体" w:eastAsia="宋体" w:cs="宋体"/>
          <w:color w:val="000000"/>
        </w:rPr>
        <w:t>个值</w:t>
      </w:r>
      <w:r>
        <w:rPr>
          <w:rFonts w:ascii="宋体" w:hAnsi="宋体" w:eastAsia="宋体" w:cs="宋体"/>
          <w:color w:val="000000"/>
          <w:position w:val="0"/>
        </w:rPr>
        <w:drawing>
          <wp:inline distT="0" distB="0" distL="114300" distR="114300">
            <wp:extent cx="133350" cy="177800"/>
            <wp:effectExtent l="0" t="0" r="0" b="13335"/>
            <wp:docPr id="2295" name="图片 955226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 name="图片 955226377"/>
                    <pic:cNvPicPr>
                      <a:picLocks noChangeAspect="1"/>
                    </pic:cNvPicPr>
                  </pic:nvPicPr>
                  <pic:blipFill>
                    <a:blip r:embed="rId1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和的最小值是</w:t>
      </w:r>
      <w:r>
        <w:rPr>
          <w:color w:val="000000"/>
        </w:rPr>
        <w:t>_________________</w:t>
      </w:r>
      <w:r>
        <w:rPr>
          <w:rFonts w:ascii="Times New Roman" w:hAnsi="Times New Roman" w:eastAsia="Times New Roman" w:cs="Times New Roman"/>
          <w:color w:val="000000"/>
        </w:rPr>
        <w:t xml:space="preserve"> </w:t>
      </w:r>
      <w:r>
        <w:rPr>
          <w:rFonts w:ascii="宋体" w:hAnsi="宋体" w:eastAsia="宋体" w:cs="宋体"/>
          <w:color w:val="000000"/>
        </w:rPr>
        <w:t>．</w:t>
      </w:r>
    </w:p>
    <w:p>
      <w:pPr>
        <w:pStyle w:val="Heading2"/>
      </w:pPr>
      <w:r>
        <w:t>朝阳外国语学校</w:t>
      </w:r>
    </w:p>
    <w:p>
      <w:pPr>
        <w:spacing w:line="360" w:lineRule="auto"/>
        <w:jc w:val="left"/>
        <w:textAlignment w:val="center"/>
        <w:rPr>
          <w:color w:val="000000"/>
        </w:rPr>
      </w:pPr>
      <w:r>
        <w:rPr>
          <w:color w:val="000000"/>
        </w:rPr>
        <w:t xml:space="preserve">20. </w:t>
      </w:r>
      <w:r>
        <w:rPr>
          <w:rFonts w:ascii="宋体" w:hAnsi="宋体" w:eastAsia="宋体" w:cs="宋体"/>
          <w:color w:val="000000"/>
        </w:rPr>
        <w:t>小韩和同学们在一家快餐店吃饭，下表为快餐店的菜单：</w:t>
      </w:r>
    </w:p>
    <w:tbl>
      <w:tblPr>
        <w:tblStyle w:val="4"/>
        <w:tblW w:w="7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35"/>
        <w:gridCol w:w="1935"/>
        <w:gridCol w:w="1935"/>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70" w:hRule="atLeast"/>
        </w:trPr>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种类</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配餐</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价格（元）</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优惠活动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70" w:hRule="atLeast"/>
        </w:trPr>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宋体" w:hAnsi="宋体" w:eastAsia="宋体" w:cs="宋体"/>
                <w:color w:val="000000"/>
              </w:rPr>
              <w:t>餐</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份盖饭</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w:t>
            </w:r>
          </w:p>
        </w:tc>
        <w:tc>
          <w:tcPr>
            <w:tcW w:w="193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消费满</w:t>
            </w:r>
            <w:r>
              <w:rPr>
                <w:rFonts w:ascii="Times New Roman" w:hAnsi="Times New Roman" w:eastAsia="Times New Roman" w:cs="Times New Roman"/>
                <w:color w:val="000000"/>
              </w:rPr>
              <w:t>150</w:t>
            </w:r>
            <w:r>
              <w:rPr>
                <w:rFonts w:ascii="宋体" w:hAnsi="宋体" w:eastAsia="宋体" w:cs="宋体"/>
                <w:color w:val="000000"/>
              </w:rPr>
              <w:t>元，减</w:t>
            </w:r>
            <w:r>
              <w:rPr>
                <w:rFonts w:ascii="Times New Roman" w:hAnsi="Times New Roman" w:eastAsia="Times New Roman" w:cs="Times New Roman"/>
                <w:color w:val="000000"/>
              </w:rPr>
              <w:t>24</w:t>
            </w:r>
            <w:r>
              <w:rPr>
                <w:rFonts w:ascii="宋体" w:hAnsi="宋体" w:eastAsia="宋体" w:cs="宋体"/>
                <w:color w:val="000000"/>
              </w:rPr>
              <w:t>元</w:t>
            </w:r>
          </w:p>
          <w:p>
            <w:pPr>
              <w:spacing w:line="360" w:lineRule="auto"/>
              <w:jc w:val="left"/>
              <w:textAlignment w:val="center"/>
              <w:rPr>
                <w:color w:val="000000"/>
              </w:rPr>
            </w:pPr>
            <w:r>
              <w:rPr>
                <w:rFonts w:ascii="宋体" w:hAnsi="宋体" w:eastAsia="宋体" w:cs="宋体"/>
                <w:color w:val="000000"/>
              </w:rPr>
              <w:t>消费满</w:t>
            </w:r>
            <w:r>
              <w:rPr>
                <w:rFonts w:ascii="Times New Roman" w:hAnsi="Times New Roman" w:eastAsia="Times New Roman" w:cs="Times New Roman"/>
                <w:color w:val="000000"/>
              </w:rPr>
              <w:t>300</w:t>
            </w:r>
            <w:r>
              <w:rPr>
                <w:rFonts w:ascii="宋体" w:hAnsi="宋体" w:eastAsia="宋体" w:cs="宋体"/>
                <w:color w:val="000000"/>
              </w:rPr>
              <w:t>元，减</w:t>
            </w:r>
            <w:r>
              <w:rPr>
                <w:rFonts w:ascii="Times New Roman" w:hAnsi="Times New Roman" w:eastAsia="Times New Roman" w:cs="Times New Roman"/>
                <w:color w:val="000000"/>
              </w:rPr>
              <w:t>48</w:t>
            </w:r>
            <w:r>
              <w:rPr>
                <w:rFonts w:ascii="宋体" w:hAnsi="宋体" w:eastAsia="宋体" w:cs="宋体"/>
                <w:color w:val="000000"/>
              </w:rPr>
              <w:t>元</w:t>
            </w:r>
          </w:p>
          <w:p>
            <w:pPr>
              <w:spacing w:line="360" w:lineRule="auto"/>
              <w:jc w:val="left"/>
              <w:textAlignment w:val="center"/>
              <w:rPr>
                <w:color w:val="000000"/>
              </w:rPr>
            </w:pPr>
            <w:r>
              <w:rPr>
                <w:rFonts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70" w:hRule="atLeast"/>
        </w:trPr>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B</w:t>
            </w:r>
            <w:r>
              <w:rPr>
                <w:rFonts w:ascii="宋体" w:hAnsi="宋体" w:eastAsia="宋体" w:cs="宋体"/>
                <w:color w:val="000000"/>
              </w:rPr>
              <w:t>餐</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份盖饭</w:t>
            </w:r>
            <w:r>
              <w:rPr>
                <w:rFonts w:ascii="Times New Roman" w:hAnsi="Times New Roman" w:eastAsia="Times New Roman" w:cs="Times New Roman"/>
                <w:color w:val="000000"/>
              </w:rPr>
              <w:t>+1</w:t>
            </w:r>
            <w:r>
              <w:rPr>
                <w:rFonts w:ascii="宋体" w:hAnsi="宋体" w:eastAsia="宋体" w:cs="宋体"/>
                <w:color w:val="000000"/>
              </w:rPr>
              <w:t>杯饮料</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28</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70" w:hRule="atLeast"/>
        </w:trPr>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C</w:t>
            </w:r>
            <w:r>
              <w:rPr>
                <w:rFonts w:ascii="宋体" w:hAnsi="宋体" w:eastAsia="宋体" w:cs="宋体"/>
                <w:color w:val="000000"/>
              </w:rPr>
              <w:t>餐</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份盖饭</w:t>
            </w:r>
            <w:r>
              <w:rPr>
                <w:rFonts w:ascii="Times New Roman" w:hAnsi="Times New Roman" w:eastAsia="Times New Roman" w:cs="Times New Roman"/>
                <w:color w:val="000000"/>
              </w:rPr>
              <w:t>+1</w:t>
            </w:r>
            <w:r>
              <w:rPr>
                <w:rFonts w:ascii="宋体" w:hAnsi="宋体" w:eastAsia="宋体" w:cs="宋体"/>
                <w:color w:val="000000"/>
              </w:rPr>
              <w:t>杯饮料</w:t>
            </w:r>
            <w:r>
              <w:rPr>
                <w:rFonts w:ascii="Times New Roman" w:hAnsi="Times New Roman" w:eastAsia="Times New Roman" w:cs="Times New Roman"/>
                <w:color w:val="000000"/>
              </w:rPr>
              <w:t>+1</w:t>
            </w:r>
            <w:r>
              <w:rPr>
                <w:rFonts w:ascii="宋体" w:hAnsi="宋体" w:eastAsia="宋体" w:cs="宋体"/>
                <w:color w:val="000000"/>
              </w:rPr>
              <w:t>份小菜</w:t>
            </w:r>
          </w:p>
        </w:tc>
        <w:tc>
          <w:tcPr>
            <w:tcW w:w="19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32</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bl>
    <w:p>
      <w:pPr>
        <w:spacing w:line="360" w:lineRule="auto"/>
        <w:jc w:val="left"/>
        <w:textAlignment w:val="center"/>
        <w:rPr>
          <w:color w:val="000000"/>
        </w:rPr>
      </w:pPr>
      <w:r>
        <w:rPr>
          <w:rFonts w:ascii="宋体" w:hAnsi="宋体" w:eastAsia="宋体" w:cs="宋体"/>
          <w:color w:val="000000"/>
        </w:rPr>
        <w:t>小韩记录大家的点餐种类，并根据菜单一次点好，已知他们所点的餐共有</w:t>
      </w:r>
      <w:r>
        <w:rPr>
          <w:rFonts w:ascii="Times New Roman" w:hAnsi="Times New Roman" w:eastAsia="Times New Roman" w:cs="Times New Roman"/>
          <w:color w:val="000000"/>
        </w:rPr>
        <w:t>11</w:t>
      </w:r>
      <w:r>
        <w:rPr>
          <w:rFonts w:ascii="宋体" w:hAnsi="宋体" w:eastAsia="宋体" w:cs="宋体"/>
          <w:color w:val="000000"/>
        </w:rPr>
        <w:t>份盖饭，</w:t>
      </w:r>
      <w:r>
        <w:rPr>
          <w:rFonts w:ascii="Times New Roman" w:hAnsi="Times New Roman" w:eastAsia="Times New Roman" w:cs="Times New Roman"/>
          <w:i/>
          <w:color w:val="000000"/>
        </w:rPr>
        <w:t>x</w:t>
      </w:r>
      <w:r>
        <w:rPr>
          <w:rFonts w:ascii="宋体" w:hAnsi="宋体" w:eastAsia="宋体" w:cs="宋体"/>
          <w:color w:val="000000"/>
        </w:rPr>
        <w:t>杯饮料和</w:t>
      </w:r>
      <w:r>
        <w:rPr>
          <w:rFonts w:ascii="Times New Roman" w:hAnsi="Times New Roman" w:eastAsia="Times New Roman" w:cs="Times New Roman"/>
          <w:color w:val="000000"/>
        </w:rPr>
        <w:t>5</w:t>
      </w:r>
      <w:r>
        <w:rPr>
          <w:rFonts w:ascii="宋体" w:hAnsi="宋体" w:eastAsia="宋体" w:cs="宋体"/>
          <w:color w:val="000000"/>
        </w:rPr>
        <w:t>份小菜，</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）他们共点了</w:t>
      </w:r>
      <w:r>
        <w:rPr>
          <w:color w:val="000000"/>
        </w:rPr>
        <w:t>______</w:t>
      </w:r>
      <w:r>
        <w:rPr>
          <w:rFonts w:ascii="宋体" w:hAnsi="宋体" w:eastAsia="宋体" w:cs="宋体"/>
          <w:color w:val="000000"/>
        </w:rPr>
        <w:t>份</w:t>
      </w:r>
      <w:r>
        <w:rPr>
          <w:rFonts w:ascii="Times New Roman" w:hAnsi="Times New Roman" w:eastAsia="Times New Roman" w:cs="Times New Roman"/>
          <w:i/>
          <w:color w:val="000000"/>
        </w:rPr>
        <w:t>B</w:t>
      </w:r>
      <w:r>
        <w:rPr>
          <w:rFonts w:ascii="宋体" w:hAnsi="宋体" w:eastAsia="宋体" w:cs="宋体"/>
          <w:color w:val="000000"/>
        </w:rPr>
        <w:t>餐．</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）若他们至少需要</w:t>
      </w:r>
      <w:r>
        <w:rPr>
          <w:rFonts w:ascii="Times New Roman" w:hAnsi="Times New Roman" w:eastAsia="Times New Roman" w:cs="Times New Roman"/>
          <w:color w:val="000000"/>
        </w:rPr>
        <w:t>6</w:t>
      </w:r>
      <w:r>
        <w:rPr>
          <w:rFonts w:ascii="宋体" w:hAnsi="宋体" w:eastAsia="宋体" w:cs="宋体"/>
          <w:color w:val="000000"/>
        </w:rPr>
        <w:t>杯饮料，要使所花费的钱数最少，则应该点</w:t>
      </w:r>
      <w:r>
        <w:rPr>
          <w:color w:val="000000"/>
        </w:rPr>
        <w:t>_______</w:t>
      </w:r>
      <w:r>
        <w:rPr>
          <w:rFonts w:ascii="宋体" w:hAnsi="宋体" w:eastAsia="宋体" w:cs="宋体"/>
          <w:color w:val="000000"/>
        </w:rPr>
        <w:t>份</w:t>
      </w:r>
      <w:r>
        <w:rPr>
          <w:rFonts w:ascii="Times New Roman" w:hAnsi="Times New Roman" w:eastAsia="Times New Roman" w:cs="Times New Roman"/>
          <w:i/>
          <w:color w:val="000000"/>
        </w:rPr>
        <w:t>B</w:t>
      </w:r>
      <w:r>
        <w:rPr>
          <w:rFonts w:ascii="宋体" w:hAnsi="宋体" w:eastAsia="宋体" w:cs="宋体"/>
          <w:color w:val="000000"/>
        </w:rPr>
        <w:t>餐．</w:t>
      </w:r>
    </w:p>
    <w:p>
      <w:pPr>
        <w:pStyle w:val="Heading2"/>
      </w:pPr>
      <w:r>
        <w:t>汇文中学教育集团</w:t>
      </w:r>
    </w:p>
    <w:p>
      <w:pPr>
        <w:spacing w:line="360" w:lineRule="auto"/>
        <w:jc w:val="left"/>
        <w:textAlignment w:val="center"/>
        <w:rPr>
          <w:color w:val="000000"/>
        </w:rPr>
      </w:pPr>
      <w:r>
        <w:rPr>
          <w:color w:val="000000"/>
        </w:rPr>
        <w:t xml:space="preserve">20. </w:t>
      </w:r>
      <w:r>
        <w:rPr>
          <w:rFonts w:ascii="宋体" w:hAnsi="宋体" w:eastAsia="宋体" w:cs="宋体"/>
          <w:color w:val="000000"/>
        </w:rPr>
        <w:t>某校七年级举办的趣味</w:t>
      </w:r>
      <w:r>
        <w:rPr>
          <w:rFonts w:ascii="Times New Roman" w:hAnsi="Times New Roman" w:eastAsia="Times New Roman" w:cs="Times New Roman"/>
          <w:color w:val="000000"/>
        </w:rPr>
        <w:t>“</w:t>
      </w:r>
      <w:r>
        <w:rPr>
          <w:rFonts w:ascii="宋体" w:hAnsi="宋体" w:eastAsia="宋体" w:cs="宋体"/>
          <w:color w:val="000000"/>
        </w:rPr>
        <w:t>体育节</w:t>
      </w:r>
      <w:r>
        <w:rPr>
          <w:rFonts w:ascii="Times New Roman" w:hAnsi="Times New Roman" w:eastAsia="Times New Roman" w:cs="Times New Roman"/>
          <w:color w:val="000000"/>
        </w:rPr>
        <w:t>”</w:t>
      </w:r>
      <w:r>
        <w:rPr>
          <w:rFonts w:ascii="宋体" w:hAnsi="宋体" w:eastAsia="宋体" w:cs="宋体"/>
          <w:color w:val="000000"/>
        </w:rPr>
        <w:t>共设计了五个比赛项目，每个项目都以班级为单位参赛，且每个班级都需要参加全部项目．规定：每项比赛中，只有排在前三名的班级记成绩（没有并列班级），第一名的班级记</w:t>
      </w:r>
      <w:r>
        <w:rPr>
          <w:rFonts w:ascii="Times New Roman" w:hAnsi="Times New Roman" w:eastAsia="Times New Roman" w:cs="Times New Roman"/>
          <w:i/>
          <w:color w:val="000000"/>
        </w:rPr>
        <w:t>a</w:t>
      </w:r>
      <w:r>
        <w:rPr>
          <w:rFonts w:ascii="宋体" w:hAnsi="宋体" w:eastAsia="宋体" w:cs="宋体"/>
          <w:color w:val="000000"/>
        </w:rPr>
        <w:t>分，第二名的班级记</w:t>
      </w:r>
      <w:r>
        <w:rPr>
          <w:rFonts w:ascii="Times New Roman" w:hAnsi="Times New Roman" w:eastAsia="Times New Roman" w:cs="Times New Roman"/>
          <w:i/>
          <w:color w:val="000000"/>
        </w:rPr>
        <w:t>b</w:t>
      </w:r>
      <w:r>
        <w:rPr>
          <w:rFonts w:ascii="宋体" w:hAnsi="宋体" w:eastAsia="宋体" w:cs="宋体"/>
          <w:color w:val="000000"/>
        </w:rPr>
        <w:t>分，第三名的班级记</w:t>
      </w:r>
      <w:r>
        <w:rPr>
          <w:rFonts w:ascii="Times New Roman" w:hAnsi="Times New Roman" w:eastAsia="Times New Roman" w:cs="Times New Roman"/>
          <w:i/>
          <w:color w:val="000000"/>
        </w:rPr>
        <w:t>c</w:t>
      </w:r>
      <w:r>
        <w:rPr>
          <w:rFonts w:ascii="宋体" w:hAnsi="宋体" w:eastAsia="宋体" w:cs="宋体"/>
          <w:color w:val="000000"/>
        </w:rPr>
        <w:t>分（</w:t>
      </w:r>
      <w:r>
        <w:pict>
          <v:shape id="_x0000_i704922" o:spt="75" alt="学科网(www.zxxk.com)--教育资源门户，提供试卷、教案、课件、论文、素材以及各类教学资源下载，还有大量而丰富的教学相关资讯！" type="#_x0000_t75" style="height:11.25pt;width:35.25pt;" o:ole="t" filled="f" o:preferrelative="t" stroked="f" coordsize="21600,21600">
            <v:path/>
            <v:fill on="f" focussize="0,0"/>
            <v:stroke on="f" joinstyle="miter"/>
            <v:imagedata r:id="rId114" o:title="eqIdce613eaa5df46a50174085ef5d1087fb"/>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均为正整数）；各班比赛的总成绩为本班每项比赛的记分之和，该年级共有四个班，若这四个班在本次</w:t>
      </w:r>
      <w:r>
        <w:rPr>
          <w:rFonts w:ascii="Times New Roman" w:hAnsi="Times New Roman" w:eastAsia="Times New Roman" w:cs="Times New Roman"/>
          <w:color w:val="000000"/>
        </w:rPr>
        <w:t>“</w:t>
      </w:r>
      <w:r>
        <w:rPr>
          <w:rFonts w:ascii="宋体" w:hAnsi="宋体" w:eastAsia="宋体" w:cs="宋体"/>
          <w:color w:val="000000"/>
        </w:rPr>
        <w:t>体育节</w:t>
      </w:r>
      <w:r>
        <w:rPr>
          <w:rFonts w:ascii="Times New Roman" w:hAnsi="Times New Roman" w:eastAsia="Times New Roman" w:cs="Times New Roman"/>
          <w:color w:val="000000"/>
        </w:rPr>
        <w:t>”</w:t>
      </w:r>
      <w:r>
        <w:rPr>
          <w:rFonts w:ascii="宋体" w:hAnsi="宋体" w:eastAsia="宋体" w:cs="宋体"/>
          <w:color w:val="000000"/>
        </w:rPr>
        <w:t>的总成绩分别为</w:t>
      </w:r>
      <w:r>
        <w:rPr>
          <w:rFonts w:ascii="Times New Roman" w:hAnsi="Times New Roman" w:eastAsia="Times New Roman" w:cs="Times New Roman"/>
          <w:color w:val="000000"/>
        </w:rPr>
        <w:t>21</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，则</w:t>
      </w:r>
      <w:r>
        <w:pict>
          <v:shape id="_x0000_i704923" o:spt="75" alt="学科网(www.zxxk.com)--教育资源门户，提供试卷、教案、课件、论文、素材以及各类教学资源下载，还有大量而丰富的教学相关资讯！" type="#_x0000_t75" style="height:14.1pt;width:52.25pt;" o:ole="t" filled="f" o:preferrelative="t" stroked="f" coordsize="21600,21600">
            <v:path/>
            <v:fill on="f" focussize="0,0"/>
            <v:stroke on="f" joinstyle="miter"/>
            <v:imagedata r:id="rId115" o:title="eqId8255d540afdd24f608ab7ec231cff469"/>
            <o:lock v:ext="edit" aspectratio="t"/>
            <w10:wrap type="none"/>
            <w10:anchorlock/>
          </v:shape>
        </w:pict>
      </w:r>
      <w:r>
        <w:rPr>
          <w:color w:val="000000"/>
        </w:rPr>
        <w:t>______</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的值为</w:t>
      </w:r>
      <w:r>
        <w:rPr>
          <w:color w:val="000000"/>
        </w:rPr>
        <w:t>______</w:t>
      </w:r>
      <w:r>
        <w:rPr>
          <w:rFonts w:ascii="宋体" w:hAnsi="宋体" w:eastAsia="宋体" w:cs="宋体"/>
          <w:color w:val="000000"/>
        </w:rPr>
        <w:t>．</w:t>
      </w:r>
    </w:p>
    <w:p>
      <w:pPr>
        <w:pStyle w:val="Heading2"/>
      </w:pPr>
      <w:r>
        <w:t>海淀区</w:t>
      </w:r>
    </w:p>
    <w:p>
      <w:pPr>
        <w:spacing w:line="360" w:lineRule="auto"/>
        <w:jc w:val="both"/>
        <w:textAlignment w:val="center"/>
        <w:rPr>
          <w:color w:val="000000"/>
        </w:rPr>
      </w:pPr>
      <w:r>
        <w:rPr>
          <w:color w:val="000000"/>
        </w:rPr>
        <w:t xml:space="preserve">16. </w:t>
      </w:r>
      <w:r>
        <w:rPr>
          <w:rFonts w:ascii="宋体" w:hAnsi="宋体" w:eastAsia="宋体" w:cs="宋体"/>
          <w:color w:val="000000"/>
        </w:rPr>
        <w:t>对于有理数</w:t>
      </w:r>
      <w:r>
        <w:pict>
          <v:shape id="_x0000_i70492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16" o:title="eqId0a6936d370d6a238a608ca56f87198de"/>
            <o:lock v:ext="edit" aspectratio="t"/>
            <w10:wrap type="none"/>
            <w10:anchorlock/>
          </v:shape>
        </w:pict>
      </w:r>
      <w:r>
        <w:rPr>
          <w:rFonts w:ascii="宋体" w:hAnsi="宋体" w:eastAsia="宋体" w:cs="宋体"/>
          <w:color w:val="000000"/>
        </w:rPr>
        <w:t>，</w:t>
      </w:r>
      <w:r>
        <w:pict>
          <v:shape id="_x0000_i704925"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117" o:title="eqId2c94bb12cee76221e13f9ef955b0aab1"/>
            <o:lock v:ext="edit" aspectratio="t"/>
            <w10:wrap type="none"/>
            <w10:anchorlock/>
          </v:shape>
        </w:pict>
      </w:r>
      <w:r>
        <w:rPr>
          <w:rFonts w:ascii="宋体" w:hAnsi="宋体" w:eastAsia="宋体" w:cs="宋体"/>
          <w:color w:val="000000"/>
        </w:rPr>
        <w:t>，我们规定运算“</w:t>
      </w:r>
      <w:r>
        <w:pict>
          <v:shape id="_x0000_i704926"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118" o:title="eqId4c3c2f679d53b91088ba6eb14c16cbc0"/>
            <o:lock v:ext="edit" aspectratio="t"/>
            <w10:wrap type="none"/>
            <w10:anchorlock/>
          </v:shape>
        </w:pict>
      </w:r>
      <w:r>
        <w:rPr>
          <w:rFonts w:ascii="宋体" w:hAnsi="宋体" w:eastAsia="宋体" w:cs="宋体"/>
          <w:color w:val="000000"/>
        </w:rPr>
        <w:t>”；</w:t>
      </w:r>
      <w:r>
        <w:pict>
          <v:shape id="_x0000_i704927" o:spt="75" alt="学科网(www.zxxk.com)--教育资源门户，提供试卷、教案、课件、论文、素材以及各类教学资源下载，还有大量而丰富的教学相关资讯！" type="#_x0000_t75" style="height:31pt;width:66pt;" o:ole="t" filled="f" o:preferrelative="t" stroked="f" coordsize="21600,21600">
            <v:path/>
            <v:fill on="f" focussize="0,0"/>
            <v:stroke on="f" joinstyle="miter"/>
            <v:imagedata r:id="rId119" o:title="eqId2d1733d78ad60bd84bd4bbdb63288f10"/>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）计算：</w:t>
      </w:r>
      <w:r>
        <w:pict>
          <v:shape id="_x0000_i704928" o:spt="75" alt="学科网(www.zxxk.com)--教育资源门户，提供试卷、教案、课件、论文、素材以及各类教学资源下载，还有大量而丰富的教学相关资讯！" type="#_x0000_t75" style="height:13.8pt;width:37.8pt;" o:ole="t" filled="f" o:preferrelative="t" stroked="f" coordsize="21600,21600">
            <v:path/>
            <v:fill on="f" focussize="0,0"/>
            <v:stroke on="f" joinstyle="miter"/>
            <v:imagedata r:id="rId120" o:title="eqId559021c777675423b8ecb8c9171721b3"/>
            <o:lock v:ext="edit" aspectratio="t"/>
            <w10:wrap type="none"/>
            <w10:anchorlock/>
          </v:shape>
        </w:pict>
      </w:r>
      <w:r>
        <w:rPr>
          <w:color w:val="000000"/>
        </w:rPr>
        <w:t>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）对于任意有理数</w:t>
      </w:r>
      <w:r>
        <w:pict>
          <v:shape id="_x0000_i70492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21" o:title="eqId0a6936d370d6a238a608ca56f87198de"/>
            <o:lock v:ext="edit" aspectratio="t"/>
            <w10:wrap type="none"/>
            <w10:anchorlock/>
          </v:shape>
        </w:pict>
      </w:r>
      <w:r>
        <w:rPr>
          <w:rFonts w:ascii="宋体" w:hAnsi="宋体" w:eastAsia="宋体" w:cs="宋体"/>
          <w:color w:val="000000"/>
        </w:rPr>
        <w:t>，</w:t>
      </w:r>
      <w:r>
        <w:pict>
          <v:shape id="_x0000_i704930"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122" o:title="eqId2c94bb12cee76221e13f9ef955b0aab1"/>
            <o:lock v:ext="edit" aspectratio="t"/>
            <w10:wrap type="none"/>
            <w10:anchorlock/>
          </v:shape>
        </w:pict>
      </w:r>
      <w:r>
        <w:rPr>
          <w:rFonts w:ascii="宋体" w:hAnsi="宋体" w:eastAsia="宋体" w:cs="宋体"/>
          <w:color w:val="000000"/>
        </w:rPr>
        <w:t>，</w:t>
      </w:r>
      <w:r>
        <w:pict>
          <v:shape id="_x0000_i704931"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123" o:title="eqId071a7e733d466949ac935b4b8ee8d183"/>
            <o:lock v:ext="edit" aspectratio="t"/>
            <w10:wrap type="none"/>
            <w10:anchorlock/>
          </v:shape>
        </w:pict>
      </w:r>
      <w:r>
        <w:rPr>
          <w:rFonts w:ascii="宋体" w:hAnsi="宋体" w:eastAsia="宋体" w:cs="宋体"/>
          <w:color w:val="000000"/>
        </w:rPr>
        <w:t>，若</w:t>
      </w:r>
      <w:r>
        <w:pict>
          <v:shape id="_x0000_i704932" o:spt="75" alt="学科网(www.zxxk.com)--教育资源门户，提供试卷、教案、课件、论文、素材以及各类教学资源下载，还有大量而丰富的教学相关资讯！" type="#_x0000_t75" style="height:20.25pt;width:120.75pt;" o:ole="t" filled="f" o:preferrelative="t" stroked="f" coordsize="21600,21600">
            <v:path/>
            <v:fill on="f" focussize="0,0"/>
            <v:stroke on="f" joinstyle="miter"/>
            <v:imagedata r:id="rId124" o:title="eqIda2c34bfd18aa89f8d5f9a30f25a82cf3"/>
            <o:lock v:ext="edit" aspectratio="t"/>
            <w10:wrap type="none"/>
            <w10:anchorlock/>
          </v:shape>
        </w:pict>
      </w:r>
      <w:r>
        <w:rPr>
          <w:rFonts w:ascii="宋体" w:hAnsi="宋体" w:eastAsia="宋体" w:cs="宋体"/>
          <w:color w:val="000000"/>
        </w:rPr>
        <w:t>成立，则称运算“</w:t>
      </w:r>
      <w:r>
        <w:pict>
          <v:shape id="_x0000_i704933"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125" o:title="eqId4c3c2f679d53b91088ba6eb14c16cbc0"/>
            <o:lock v:ext="edit" aspectratio="t"/>
            <w10:wrap type="none"/>
            <w10:anchorlock/>
          </v:shape>
        </w:pict>
      </w:r>
      <w:r>
        <w:rPr>
          <w:rFonts w:ascii="宋体" w:hAnsi="宋体" w:eastAsia="宋体" w:cs="宋体"/>
          <w:color w:val="000000"/>
        </w:rPr>
        <w:t>”满足结合律．请判断运算“</w:t>
      </w:r>
      <w:r>
        <w:pict>
          <v:shape id="_x0000_i704934"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125" o:title="eqId4c3c2f679d53b91088ba6eb14c16cbc0"/>
            <o:lock v:ext="edit" aspectratio="t"/>
            <w10:wrap type="none"/>
            <w10:anchorlock/>
          </v:shape>
        </w:pict>
      </w:r>
      <w:r>
        <w:rPr>
          <w:rFonts w:ascii="宋体" w:hAnsi="宋体" w:eastAsia="宋体" w:cs="宋体"/>
          <w:color w:val="000000"/>
        </w:rPr>
        <w:t>”是否满足结合律：</w:t>
      </w:r>
      <w:r>
        <w:rPr>
          <w:color w:val="000000"/>
        </w:rPr>
        <w:t>____</w:t>
      </w:r>
      <w:r>
        <w:rPr>
          <w:rFonts w:ascii="宋体" w:hAnsi="宋体" w:eastAsia="宋体" w:cs="宋体"/>
          <w:color w:val="000000"/>
        </w:rPr>
        <w:t>（填“满足”或“不满足”）．</w:t>
      </w:r>
    </w:p>
    <w:p>
      <w:pPr>
        <w:pStyle w:val="Heading2"/>
      </w:pPr>
      <w:r>
        <w:t>清华大学附属中学朝阳学校</w:t>
      </w:r>
    </w:p>
    <w:p>
      <w:pPr>
        <w:spacing w:line="360" w:lineRule="auto"/>
        <w:jc w:val="left"/>
        <w:textAlignment w:val="center"/>
        <w:rPr>
          <w:color w:val="000000"/>
        </w:rPr>
      </w:pPr>
      <w:r>
        <w:rPr>
          <w:color w:val="000000"/>
        </w:rPr>
        <w:t xml:space="preserve">20. </w:t>
      </w:r>
      <w:r>
        <w:rPr>
          <w:rFonts w:ascii="宋体" w:hAnsi="宋体" w:eastAsia="宋体" w:cs="宋体"/>
          <w:color w:val="000000"/>
        </w:rPr>
        <w:t>图纸上一个零件的标注为</w:t>
      </w:r>
      <w:r>
        <w:pict>
          <v:shape id="_x0000_i704935" o:spt="75" alt="学科网(www.zxxk.com)--教育资源门户，提供试卷、教案、课件、论文、素材以及各类教学资源下载，还有大量而丰富的教学相关资讯！" type="#_x0000_t75" style="height:19.45pt;width:42.15pt;" o:ole="t" filled="f" o:preferrelative="t" stroked="f" coordsize="21600,21600">
            <v:path/>
            <v:fill on="f" focussize="0,0"/>
            <v:stroke on="f" joinstyle="miter"/>
            <v:imagedata r:id="rId126" o:title="eqIdace01fd6d01ecdd176e63e33aa226c72"/>
            <o:lock v:ext="edit" aspectratio="t"/>
            <w10:wrap type="none"/>
            <w10:anchorlock/>
          </v:shape>
        </w:pict>
      </w:r>
      <w:r>
        <w:rPr>
          <w:rFonts w:ascii="宋体" w:hAnsi="宋体" w:eastAsia="宋体" w:cs="宋体"/>
          <w:color w:val="000000"/>
        </w:rPr>
        <w:t>，表示这个零件直径的标准尺寸是</w:t>
      </w:r>
      <w:r>
        <w:rPr>
          <w:rFonts w:ascii="Times New Roman" w:hAnsi="Times New Roman" w:eastAsia="Times New Roman" w:cs="Times New Roman"/>
          <w:color w:val="000000"/>
        </w:rPr>
        <w:t>30mm</w:t>
      </w:r>
      <w:r>
        <w:rPr>
          <w:rFonts w:ascii="宋体" w:hAnsi="宋体" w:eastAsia="宋体" w:cs="宋体"/>
          <w:color w:val="000000"/>
        </w:rPr>
        <w:t>，实际合格产品的直径最小可以是</w:t>
      </w:r>
      <w:r>
        <w:rPr>
          <w:rFonts w:ascii="Times New Roman" w:hAnsi="Times New Roman" w:eastAsia="Times New Roman" w:cs="Times New Roman"/>
          <w:color w:val="000000"/>
        </w:rPr>
        <w:t>29.98mm</w:t>
      </w:r>
      <w:r>
        <w:rPr>
          <w:rFonts w:ascii="宋体" w:hAnsi="宋体" w:eastAsia="宋体" w:cs="宋体"/>
          <w:color w:val="000000"/>
        </w:rPr>
        <w:t>，最大可以是</w:t>
      </w:r>
      <w:r>
        <w:rPr>
          <w:color w:val="000000"/>
        </w:rPr>
        <w:t>_____</w:t>
      </w:r>
      <w:r>
        <w:rPr>
          <w:rFonts w:ascii="Times New Roman" w:hAnsi="Times New Roman" w:eastAsia="Times New Roman" w:cs="Times New Roman"/>
          <w:color w:val="000000"/>
        </w:rPr>
        <w:t>mm</w:t>
      </w:r>
      <w:r>
        <w:rPr>
          <w:rFonts w:ascii="宋体" w:hAnsi="宋体" w:eastAsia="宋体" w:cs="宋体"/>
          <w:color w:val="000000"/>
        </w:rPr>
        <w:t>，现有另一零件的标注为</w:t>
      </w:r>
      <w:r>
        <w:rPr>
          <w:rFonts w:ascii="Times New Roman" w:hAnsi="Times New Roman" w:eastAsia="Times New Roman" w:cs="Times New Roman"/>
          <w:i/>
          <w:color w:val="000000"/>
        </w:rPr>
        <w:t>Φ</w:t>
      </w:r>
      <w:r>
        <w:rPr>
          <w:rFonts w:ascii="Times New Roman" w:hAnsi="Times New Roman" w:eastAsia="Times New Roman" w:cs="Times New Roman"/>
          <w:color w:val="000000"/>
        </w:rPr>
        <w:t>■</w:t>
      </w:r>
      <w:r>
        <w:pict>
          <v:shape id="_x0000_i704936" o:spt="75" alt="学科网(www.zxxk.com)--教育资源门户，提供试卷、教案、课件、论文、素材以及各类教学资源下载，还有大量而丰富的教学相关资讯！" type="#_x0000_t75" style="height:34.4pt;width:25.3pt;" o:ole="t" filled="f" o:preferrelative="t" stroked="f" coordsize="21600,21600">
            <v:path/>
            <v:fill on="f" focussize="0,0"/>
            <v:stroke on="f" joinstyle="miter"/>
            <v:imagedata r:id="rId127" o:title="eqIdfb5c4d977caf26a2fdfd4cebede1206d"/>
            <o:lock v:ext="edit" aspectratio="t"/>
            <w10:wrap type="none"/>
            <w10:anchorlock/>
          </v:shape>
        </w:pict>
      </w:r>
      <w:r>
        <w:rPr>
          <w:rFonts w:ascii="宋体" w:hAnsi="宋体" w:eastAsia="宋体" w:cs="宋体"/>
          <w:color w:val="000000"/>
        </w:rPr>
        <w:t>其零件直径的标准尺寸有些模糊，已知该零件的七个合格产品，直径尺寸分别为</w:t>
      </w:r>
      <w:r>
        <w:rPr>
          <w:rFonts w:ascii="Times New Roman" w:hAnsi="Times New Roman" w:eastAsia="Times New Roman" w:cs="Times New Roman"/>
          <w:color w:val="000000"/>
        </w:rPr>
        <w:t>73.1mm</w:t>
      </w:r>
      <w:r>
        <w:rPr>
          <w:rFonts w:ascii="宋体" w:hAnsi="宋体" w:eastAsia="宋体" w:cs="宋体"/>
          <w:color w:val="000000"/>
        </w:rPr>
        <w:t>．</w:t>
      </w:r>
      <w:r>
        <w:rPr>
          <w:rFonts w:ascii="Times New Roman" w:hAnsi="Times New Roman" w:eastAsia="Times New Roman" w:cs="Times New Roman"/>
          <w:color w:val="000000"/>
        </w:rPr>
        <w:t>72.7mm</w:t>
      </w:r>
      <w:r>
        <w:rPr>
          <w:rFonts w:ascii="宋体" w:hAnsi="宋体" w:eastAsia="宋体" w:cs="宋体"/>
          <w:color w:val="000000"/>
        </w:rPr>
        <w:t>，</w:t>
      </w:r>
      <w:r>
        <w:rPr>
          <w:rFonts w:ascii="Times New Roman" w:hAnsi="Times New Roman" w:eastAsia="Times New Roman" w:cs="Times New Roman"/>
          <w:color w:val="000000"/>
        </w:rPr>
        <w:t>72.8mm</w:t>
      </w:r>
      <w:r>
        <w:rPr>
          <w:rFonts w:ascii="宋体" w:hAnsi="宋体" w:eastAsia="宋体" w:cs="宋体"/>
          <w:color w:val="000000"/>
        </w:rPr>
        <w:t>，</w:t>
      </w:r>
      <w:r>
        <w:rPr>
          <w:rFonts w:ascii="Times New Roman" w:hAnsi="Times New Roman" w:eastAsia="Times New Roman" w:cs="Times New Roman"/>
          <w:color w:val="000000"/>
        </w:rPr>
        <w:t>73.2mm</w:t>
      </w:r>
      <w:r>
        <w:rPr>
          <w:rFonts w:ascii="宋体" w:hAnsi="宋体" w:eastAsia="宋体" w:cs="宋体"/>
          <w:color w:val="000000"/>
        </w:rPr>
        <w:t>，</w:t>
      </w:r>
      <w:r>
        <w:rPr>
          <w:rFonts w:ascii="Times New Roman" w:hAnsi="Times New Roman" w:eastAsia="Times New Roman" w:cs="Times New Roman"/>
          <w:color w:val="000000"/>
        </w:rPr>
        <w:t>72.9mm</w:t>
      </w:r>
      <w:r>
        <w:rPr>
          <w:rFonts w:ascii="宋体" w:hAnsi="宋体" w:eastAsia="宋体" w:cs="宋体"/>
          <w:color w:val="000000"/>
        </w:rPr>
        <w:t>，</w:t>
      </w:r>
      <w:r>
        <w:rPr>
          <w:rFonts w:ascii="Times New Roman" w:hAnsi="Times New Roman" w:eastAsia="Times New Roman" w:cs="Times New Roman"/>
          <w:color w:val="000000"/>
        </w:rPr>
        <w:t>73.3mm</w:t>
      </w:r>
      <w:r>
        <w:rPr>
          <w:rFonts w:ascii="宋体" w:hAnsi="宋体" w:eastAsia="宋体" w:cs="宋体"/>
          <w:color w:val="000000"/>
        </w:rPr>
        <w:t>，</w:t>
      </w:r>
      <w:r>
        <w:rPr>
          <w:rFonts w:ascii="Times New Roman" w:hAnsi="Times New Roman" w:eastAsia="Times New Roman" w:cs="Times New Roman"/>
          <w:color w:val="000000"/>
        </w:rPr>
        <w:t>72.6mm</w:t>
      </w:r>
      <w:r>
        <w:rPr>
          <w:rFonts w:ascii="宋体" w:hAnsi="宋体" w:eastAsia="宋体" w:cs="宋体"/>
          <w:color w:val="000000"/>
        </w:rPr>
        <w:t>，则该零件的标准尺寸可能是</w:t>
      </w:r>
      <w:r>
        <w:rPr>
          <w:color w:val="000000"/>
        </w:rPr>
        <w:t>_____</w:t>
      </w:r>
      <w:r>
        <w:rPr>
          <w:rFonts w:ascii="Times New Roman" w:hAnsi="Times New Roman" w:eastAsia="Times New Roman" w:cs="Times New Roman"/>
          <w:color w:val="000000"/>
        </w:rPr>
        <w:t>mm</w:t>
      </w:r>
      <w:r>
        <w:rPr>
          <w:rFonts w:ascii="宋体" w:hAnsi="宋体" w:eastAsia="宋体" w:cs="宋体"/>
          <w:color w:val="000000"/>
        </w:rPr>
        <w:t>（写出一个满足条件的尺寸，结果保留一位小数）．</w:t>
      </w:r>
    </w:p>
    <w:p>
      <w:pPr>
        <w:pStyle w:val="Heading2"/>
      </w:pPr>
      <w:r>
        <w:t>第一七一中学</w:t>
      </w:r>
    </w:p>
    <w:p>
      <w:pPr>
        <w:spacing w:line="360" w:lineRule="auto"/>
        <w:jc w:val="both"/>
        <w:textAlignment w:val="center"/>
        <w:rPr>
          <w:color w:val="000000"/>
        </w:rPr>
      </w:pPr>
      <w:r>
        <w:rPr>
          <w:color w:val="000000"/>
        </w:rPr>
        <w:t xml:space="preserve">18. </w:t>
      </w:r>
      <w:r>
        <w:pict>
          <v:shape id="_x0000_i70493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28" o:title="eqId0a6936d370d6a238a608ca56f87198de"/>
            <o:lock v:ext="edit" aspectratio="t"/>
            <w10:wrap type="none"/>
            <w10:anchorlock/>
          </v:shape>
        </w:pict>
      </w:r>
      <w:r>
        <w:rPr>
          <w:rFonts w:ascii="宋体" w:hAnsi="宋体" w:eastAsia="宋体" w:cs="宋体"/>
          <w:color w:val="000000"/>
        </w:rPr>
        <w:t>是为</w:t>
      </w:r>
      <w:r>
        <w:rPr>
          <w:rFonts w:ascii="Times New Roman" w:hAnsi="Times New Roman" w:eastAsia="Times New Roman" w:cs="Times New Roman"/>
          <w:color w:val="000000"/>
        </w:rPr>
        <w:t>1</w:t>
      </w:r>
      <w:r>
        <w:rPr>
          <w:rFonts w:ascii="宋体" w:hAnsi="宋体" w:eastAsia="宋体" w:cs="宋体"/>
          <w:color w:val="000000"/>
        </w:rPr>
        <w:t>的有理数，我们把</w:t>
      </w:r>
      <w:r>
        <w:pict>
          <v:shape id="_x0000_i704938" o:spt="75" alt="学科网(www.zxxk.com)--教育资源门户，提供试卷、教案、课件、论文、素材以及各类教学资源下载，还有大量而丰富的教学相关资讯！" type="#_x0000_t75" style="height:27.5pt;width:24pt;" o:ole="t" filled="f" o:preferrelative="t" stroked="f" coordsize="21600,21600">
            <v:path/>
            <v:fill on="f" focussize="0,0"/>
            <v:stroke on="f" joinstyle="miter"/>
            <v:imagedata r:id="rId129" o:title="eqId99ebf5e8c5ac0fc22e01967fd0c79bb7"/>
            <o:lock v:ext="edit" aspectratio="t"/>
            <w10:wrap type="none"/>
            <w10:anchorlock/>
          </v:shape>
        </w:pict>
      </w:r>
      <w:r>
        <w:rPr>
          <w:rFonts w:ascii="宋体" w:hAnsi="宋体" w:eastAsia="宋体" w:cs="宋体"/>
          <w:color w:val="000000"/>
        </w:rPr>
        <w:t>称为</w:t>
      </w:r>
      <w:r>
        <w:pict>
          <v:shape id="_x0000_i70493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28" o:title="eqId0a6936d370d6a238a608ca56f87198de"/>
            <o:lock v:ext="edit" aspectratio="t"/>
            <w10:wrap type="none"/>
            <w10:anchorlock/>
          </v:shape>
        </w:pict>
      </w:r>
      <w:r>
        <w:rPr>
          <w:rFonts w:ascii="宋体" w:hAnsi="宋体" w:eastAsia="宋体" w:cs="宋体"/>
          <w:color w:val="000000"/>
        </w:rPr>
        <w:t>的</w:t>
      </w:r>
      <w:r>
        <w:rPr>
          <w:rFonts w:ascii="宋体" w:hAnsi="宋体" w:eastAsia="宋体" w:cs="宋体"/>
          <w:color w:val="000000"/>
          <w:em w:val="dot"/>
        </w:rPr>
        <w:t>差倒数</w:t>
      </w:r>
      <w:r>
        <w:rPr>
          <w:rFonts w:ascii="宋体" w:hAnsi="宋体" w:eastAsia="宋体" w:cs="宋体"/>
          <w:color w:val="000000"/>
        </w:rPr>
        <w:t>．例如：</w:t>
      </w:r>
      <w:r>
        <w:rPr>
          <w:rFonts w:ascii="Times New Roman" w:hAnsi="Times New Roman" w:eastAsia="Times New Roman" w:cs="Times New Roman"/>
          <w:color w:val="000000"/>
        </w:rPr>
        <w:t>2</w:t>
      </w:r>
      <w:r>
        <w:rPr>
          <w:rFonts w:ascii="宋体" w:hAnsi="宋体" w:eastAsia="宋体" w:cs="宋体"/>
          <w:color w:val="000000"/>
        </w:rPr>
        <w:t>的差倒数是</w:t>
      </w:r>
      <w:r>
        <w:pict>
          <v:shape id="_x0000_i704940" o:spt="75" alt="学科网(www.zxxk.com)--教育资源门户，提供试卷、教案、课件、论文、素材以及各类教学资源下载，还有大量而丰富的教学相关资讯！" type="#_x0000_t75" style="height:27.75pt;width:45pt;" o:ole="t" filled="f" o:preferrelative="t" stroked="f" coordsize="21600,21600">
            <v:path/>
            <v:fill on="f" focussize="0,0"/>
            <v:stroke on="f" joinstyle="miter"/>
            <v:imagedata r:id="rId130" o:title="eqIdc7c4c708160bfe7e25f6dcbb6f4f3a47"/>
            <o:lock v:ext="edit" aspectratio="t"/>
            <w10:wrap type="none"/>
            <w10:anchorlock/>
          </v:shape>
        </w:pict>
      </w:r>
      <w:r>
        <w:rPr>
          <w:rFonts w:ascii="宋体" w:hAnsi="宋体" w:eastAsia="宋体" w:cs="宋体"/>
          <w:color w:val="000000"/>
        </w:rPr>
        <w:t>，</w:t>
      </w:r>
      <w:r>
        <w:pict>
          <v:shape id="_x0000_i704941"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131" o:title="eqIdacbc6a613224461ade69362d46550474"/>
            <o:lock v:ext="edit" aspectratio="t"/>
            <w10:wrap type="none"/>
            <w10:anchorlock/>
          </v:shape>
        </w:pict>
      </w:r>
      <w:r>
        <w:rPr>
          <w:rFonts w:ascii="宋体" w:hAnsi="宋体" w:eastAsia="宋体" w:cs="宋体"/>
          <w:color w:val="000000"/>
        </w:rPr>
        <w:t>的差倒数</w:t>
      </w:r>
      <w:r>
        <w:rPr>
          <w:rFonts w:ascii="Times New Roman" w:hAnsi="Times New Roman" w:eastAsia="Times New Roman" w:cs="Times New Roman"/>
          <w:color w:val="000000"/>
        </w:rPr>
        <w:t xml:space="preserve"> </w:t>
      </w:r>
      <w:r>
        <w:pict>
          <v:shape id="_x0000_i704942" o:spt="75" alt="学科网(www.zxxk.com)--教育资源门户，提供试卷、教案、课件、论文、素材以及各类教学资源下载，还有大量而丰富的教学相关资讯！" type="#_x0000_t75" style="height:35.25pt;width:60.75pt;" o:ole="t" filled="f" o:preferrelative="t" stroked="f" coordsize="21600,21600">
            <v:path/>
            <v:fill on="f" focussize="0,0"/>
            <v:stroke on="f" joinstyle="miter"/>
            <v:imagedata r:id="rId132" o:title="eqIda5b0c585c482ad8531d20bb5c32a6608"/>
            <o:lock v:ext="edit" aspectratio="t"/>
            <w10:wrap type="none"/>
            <w10:anchorlock/>
          </v:shape>
        </w:pict>
      </w:r>
      <w:r>
        <w:rPr>
          <w:rFonts w:ascii="宋体" w:hAnsi="宋体" w:eastAsia="宋体" w:cs="宋体"/>
          <w:color w:val="000000"/>
        </w:rPr>
        <w:t>，已知</w:t>
      </w:r>
      <w:r>
        <w:pict>
          <v:shape id="_x0000_i704943" o:spt="75" alt="学科网(www.zxxk.com)--教育资源门户，提供试卷、教案、课件、论文、素材以及各类教学资源下载，还有大量而丰富的教学相关资讯！" type="#_x0000_t75" style="height:30.75pt;width:41.25pt;" o:ole="t" filled="f" o:preferrelative="t" stroked="f" coordsize="21600,21600">
            <v:path/>
            <v:fill on="f" focussize="0,0"/>
            <v:stroke on="f" joinstyle="miter"/>
            <v:imagedata r:id="rId133" o:title="eqIdd4c492ef0c41f7a2f4c15fb27df44a7a"/>
            <o:lock v:ext="edit" aspectratio="t"/>
            <w10:wrap type="none"/>
            <w10:anchorlock/>
          </v:shape>
        </w:pict>
      </w:r>
      <w:r>
        <w:rPr>
          <w:rFonts w:ascii="宋体" w:hAnsi="宋体" w:eastAsia="宋体" w:cs="宋体"/>
          <w:color w:val="000000"/>
        </w:rPr>
        <w:t>，</w:t>
      </w:r>
      <w:r>
        <w:pict>
          <v:shape id="_x0000_i704944" o:spt="75" alt="学科网(www.zxxk.com)--教育资源门户，提供试卷、教案、课件、论文、素材以及各类教学资源下载，还有大量而丰富的教学相关资讯！" type="#_x0000_t75" style="height:17.9pt;width:13.05pt;" o:ole="t" filled="f" o:preferrelative="t" stroked="f" coordsize="21600,21600">
            <v:path/>
            <v:fill on="f" focussize="0,0"/>
            <v:stroke on="f" joinstyle="miter"/>
            <v:imagedata r:id="rId134" o:title="eqId3e88093a749c0d46e0ee931ecfaff925"/>
            <o:lock v:ext="edit" aspectratio="t"/>
            <w10:wrap type="none"/>
            <w10:anchorlock/>
          </v:shape>
        </w:pict>
      </w:r>
      <w:r>
        <w:rPr>
          <w:rFonts w:ascii="宋体" w:hAnsi="宋体" w:eastAsia="宋体" w:cs="宋体"/>
          <w:color w:val="000000"/>
        </w:rPr>
        <w:t>是</w:t>
      </w:r>
      <w:r>
        <w:pict>
          <v:shape id="_x0000_i704945" o:spt="75" alt="学科网(www.zxxk.com)--教育资源门户，提供试卷、教案、课件、论文、素材以及各类教学资源下载，还有大量而丰富的教学相关资讯！" type="#_x0000_t75" style="height:17.9pt;width:12.1pt;" o:ole="t" filled="f" o:preferrelative="t" stroked="f" coordsize="21600,21600">
            <v:path/>
            <v:fill on="f" focussize="0,0"/>
            <v:stroke on="f" joinstyle="miter"/>
            <v:imagedata r:id="rId135" o:title="eqIde72adb45c60c2f63b46e65ff787302bf"/>
            <o:lock v:ext="edit" aspectratio="t"/>
            <w10:wrap type="none"/>
            <w10:anchorlock/>
          </v:shape>
        </w:pict>
      </w:r>
      <w:r>
        <w:rPr>
          <w:rFonts w:ascii="宋体" w:hAnsi="宋体" w:eastAsia="宋体" w:cs="宋体"/>
          <w:color w:val="000000"/>
        </w:rPr>
        <w:t>的差倒数，</w:t>
      </w:r>
      <w:r>
        <w:pict>
          <v:shape id="_x0000_i704946" o:spt="75" alt="学科网(www.zxxk.com)--教育资源门户，提供试卷、教案、课件、论文、素材以及各类教学资源下载，还有大量而丰富的教学相关资讯！" type="#_x0000_t75" style="height:18.15pt;width:13.15pt;" o:ole="t" filled="f" o:preferrelative="t" stroked="f" coordsize="21600,21600">
            <v:path/>
            <v:fill on="f" focussize="0,0"/>
            <v:stroke on="f" joinstyle="miter"/>
            <v:imagedata r:id="rId136" o:title="eqId6c1ccc6c74b8754e9bcbb3f39a11b6f1"/>
            <o:lock v:ext="edit" aspectratio="t"/>
            <w10:wrap type="none"/>
            <w10:anchorlock/>
          </v:shape>
        </w:pict>
      </w:r>
      <w:r>
        <w:rPr>
          <w:rFonts w:ascii="宋体" w:hAnsi="宋体" w:eastAsia="宋体" w:cs="宋体"/>
          <w:color w:val="000000"/>
        </w:rPr>
        <w:t>是</w:t>
      </w:r>
      <w:r>
        <w:pict>
          <v:shape id="_x0000_i704947" o:spt="75" alt="学科网(www.zxxk.com)--教育资源门户，提供试卷、教案、课件、论文、素材以及各类教学资源下载，还有大量而丰富的教学相关资讯！" type="#_x0000_t75" style="height:17.9pt;width:13.05pt;" o:ole="t" filled="f" o:preferrelative="t" stroked="f" coordsize="21600,21600">
            <v:path/>
            <v:fill on="f" focussize="0,0"/>
            <v:stroke on="f" joinstyle="miter"/>
            <v:imagedata r:id="rId134" o:title="eqId3e88093a749c0d46e0ee931ecfaff925"/>
            <o:lock v:ext="edit" aspectratio="t"/>
            <w10:wrap type="none"/>
            <w10:anchorlock/>
          </v:shape>
        </w:pict>
      </w:r>
      <w:r>
        <w:rPr>
          <w:rFonts w:ascii="宋体" w:hAnsi="宋体" w:eastAsia="宋体" w:cs="宋体"/>
          <w:color w:val="000000"/>
        </w:rPr>
        <w:t>的差倒数，</w:t>
      </w:r>
      <w:r>
        <w:pict>
          <v:shape id="_x0000_i704948"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37" o:title="eqIddaf464629fa321a6ff7401ab79f07083"/>
            <o:lock v:ext="edit" aspectratio="t"/>
            <w10:wrap type="none"/>
            <w10:anchorlock/>
          </v:shape>
        </w:pict>
      </w:r>
      <w:r>
        <w:rPr>
          <w:rFonts w:ascii="宋体" w:hAnsi="宋体" w:eastAsia="宋体" w:cs="宋体"/>
          <w:color w:val="000000"/>
        </w:rPr>
        <w:t>是</w:t>
      </w:r>
      <w:r>
        <w:pict>
          <v:shape id="_x0000_i704949" o:spt="75" alt="学科网(www.zxxk.com)--教育资源门户，提供试卷、教案、课件、论文、素材以及各类教学资源下载，还有大量而丰富的教学相关资讯！" type="#_x0000_t75" style="height:18.15pt;width:13.15pt;" o:ole="t" filled="f" o:preferrelative="t" stroked="f" coordsize="21600,21600">
            <v:path/>
            <v:fill on="f" focussize="0,0"/>
            <v:stroke on="f" joinstyle="miter"/>
            <v:imagedata r:id="rId136" o:title="eqId6c1ccc6c74b8754e9bcbb3f39a11b6f1"/>
            <o:lock v:ext="edit" aspectratio="t"/>
            <w10:wrap type="none"/>
            <w10:anchorlock/>
          </v:shape>
        </w:pict>
      </w:r>
      <w:r>
        <w:rPr>
          <w:rFonts w:ascii="宋体" w:hAnsi="宋体" w:eastAsia="宋体" w:cs="宋体"/>
          <w:color w:val="000000"/>
        </w:rPr>
        <w:t>的差的倒数，</w:t>
      </w:r>
      <w:r>
        <w:pict>
          <v:shape id="_x0000_i704950" o:spt="75" alt="学科网(www.zxxk.com)--教育资源门户，提供试卷、教案、课件、论文、素材以及各类教学资源下载，还有大量而丰富的教学相关资讯！" type="#_x0000_t75" style="height:8pt;width:13.95pt;" o:ole="t" filled="f" o:preferrelative="t" stroked="f" coordsize="21600,21600">
            <v:path/>
            <v:fill on="f" focussize="0,0"/>
            <v:stroke on="f" joinstyle="miter"/>
            <v:imagedata r:id="rId138" o:title="eqIddaa5e9bd516f6282483b92cfe6074623"/>
            <o:lock v:ext="edit" aspectratio="t"/>
            <w10:wrap type="none"/>
            <w10:anchorlock/>
          </v:shape>
        </w:pict>
      </w:r>
      <w:r>
        <w:rPr>
          <w:rFonts w:ascii="宋体" w:hAnsi="宋体" w:eastAsia="宋体" w:cs="宋体"/>
          <w:color w:val="000000"/>
        </w:rPr>
        <w:t>，则</w:t>
      </w:r>
      <w:r>
        <w:pict>
          <v:shape id="_x0000_i704951" o:spt="75" alt="学科网(www.zxxk.com)--教育资源门户，提供试卷、教案、课件、论文、素材以及各类教学资源下载，还有大量而丰富的教学相关资讯！" type="#_x0000_t75" style="height:15.75pt;width:23.25pt;" o:ole="t" filled="f" o:preferrelative="t" stroked="f" coordsize="21600,21600">
            <v:path/>
            <v:fill on="f" focussize="0,0"/>
            <v:stroke on="f" joinstyle="miter"/>
            <v:imagedata r:id="rId139" o:title="eqId42e4487468ab2823d6dbf7f0ebd2eb38"/>
            <o:lock v:ext="edit" aspectratio="t"/>
            <w10:wrap type="none"/>
            <w10:anchorlock/>
          </v:shape>
        </w:pict>
      </w:r>
      <w:r>
        <w:rPr>
          <w:color w:val="000000"/>
        </w:rPr>
        <w:t>_____________</w:t>
      </w:r>
      <w:r>
        <w:rPr>
          <w:rFonts w:ascii="宋体" w:hAnsi="宋体" w:eastAsia="宋体" w:cs="宋体"/>
          <w:color w:val="000000"/>
        </w:rPr>
        <w:t>，依此类推</w:t>
      </w:r>
      <w:r>
        <w:pict>
          <v:shape id="_x0000_i704952" o:spt="75" alt="学科网(www.zxxk.com)--教育资源门户，提供试卷、教案、课件、论文、素材以及各类教学资源下载，还有大量而丰富的教学相关资讯！" type="#_x0000_t75" style="height:18pt;width:33.75pt;" o:ole="t" filled="f" o:preferrelative="t" stroked="f" coordsize="21600,21600">
            <v:path/>
            <v:fill on="f" focussize="0,0"/>
            <v:stroke on="f" joinstyle="miter"/>
            <v:imagedata r:id="rId140" o:title="eqIdafd21f4cb498101d26b4aaa2e1a6addc"/>
            <o:lock v:ext="edit" aspectratio="t"/>
            <w10:wrap type="none"/>
            <w10:anchorlock/>
          </v:shape>
        </w:pict>
      </w:r>
      <w:r>
        <w:rPr>
          <w:color w:val="000000"/>
        </w:rPr>
        <w:t>_________</w:t>
      </w:r>
      <w:r>
        <w:rPr>
          <w:rFonts w:ascii="Times New Roman" w:hAnsi="Times New Roman" w:eastAsia="Times New Roman" w:cs="Times New Roman"/>
          <w:color w:val="000000"/>
        </w:rPr>
        <w:t>.</w:t>
      </w:r>
    </w:p>
    <w:p>
      <w:pPr>
        <w:pStyle w:val="Heading2"/>
      </w:pPr>
      <w:r>
        <w:t>第一六一中学分校</w:t>
      </w:r>
    </w:p>
    <w:p>
      <w:pPr>
        <w:spacing w:line="360" w:lineRule="auto"/>
        <w:jc w:val="left"/>
        <w:textAlignment w:val="center"/>
        <w:rPr>
          <w:color w:val="000000"/>
        </w:rPr>
      </w:pPr>
      <w:r>
        <w:rPr>
          <w:color w:val="000000"/>
        </w:rPr>
        <w:t xml:space="preserve">16. </w:t>
      </w:r>
      <w:r>
        <w:rPr>
          <w:rFonts w:ascii="宋体" w:hAnsi="宋体" w:eastAsia="宋体" w:cs="宋体"/>
          <w:color w:val="000000"/>
        </w:rPr>
        <w:t>在茫茫宇宙中，存在着一种神秘的天体，任何物质经过它的附近都会被它吸引进去，再也不能出来，这就是黑洞。在数学中也有这种神秘的黑洞现象，被称为“西西弗斯串”。“西西弗斯串”是指任意设定一个数字串，数出其中所含偶数数字的个数、奇数数字的个数、数字的总个数，将它们按照“偶—奇—总”的顺序排列成新的数字串，再将断的数字串按照上述规则重复进行下去，最终总能得到一个不再变化的数字串。例如，</w:t>
      </w:r>
      <w:r>
        <w:rPr>
          <w:rFonts w:ascii="Times New Roman" w:hAnsi="Times New Roman" w:eastAsia="Times New Roman" w:cs="Times New Roman"/>
          <w:color w:val="000000"/>
        </w:rPr>
        <w:t>11</w:t>
      </w:r>
      <w:r>
        <w:rPr>
          <w:rFonts w:ascii="宋体" w:hAnsi="宋体" w:eastAsia="宋体" w:cs="宋体"/>
          <w:color w:val="000000"/>
        </w:rPr>
        <w:t>位的数字串</w:t>
      </w:r>
      <w:r>
        <w:rPr>
          <w:rFonts w:ascii="Times New Roman" w:hAnsi="Times New Roman" w:eastAsia="Times New Roman" w:cs="Times New Roman"/>
          <w:color w:val="000000"/>
        </w:rPr>
        <w:t>46818957892</w:t>
      </w:r>
      <w:r>
        <w:rPr>
          <w:rFonts w:ascii="宋体" w:hAnsi="宋体" w:eastAsia="宋体" w:cs="宋体"/>
          <w:color w:val="000000"/>
        </w:rPr>
        <w:t>，其中偶数数字有</w:t>
      </w:r>
      <w:r>
        <w:rPr>
          <w:rFonts w:ascii="Times New Roman" w:hAnsi="Times New Roman" w:eastAsia="Times New Roman" w:cs="Times New Roman"/>
          <w:color w:val="000000"/>
        </w:rPr>
        <w:t>6</w:t>
      </w:r>
      <w:r>
        <w:rPr>
          <w:rFonts w:ascii="宋体" w:hAnsi="宋体" w:eastAsia="宋体" w:cs="宋体"/>
          <w:color w:val="000000"/>
        </w:rPr>
        <w:t>个，奇数数字有</w:t>
      </w:r>
      <w:r>
        <w:rPr>
          <w:rFonts w:ascii="Times New Roman" w:hAnsi="Times New Roman" w:eastAsia="Times New Roman" w:cs="Times New Roman"/>
          <w:color w:val="000000"/>
        </w:rPr>
        <w:t>5</w:t>
      </w:r>
      <w:r>
        <w:rPr>
          <w:rFonts w:ascii="宋体" w:hAnsi="宋体" w:eastAsia="宋体" w:cs="宋体"/>
          <w:color w:val="000000"/>
        </w:rPr>
        <w:t>个，数字总个数是</w:t>
      </w:r>
      <w:r>
        <w:rPr>
          <w:rFonts w:ascii="Times New Roman" w:hAnsi="Times New Roman" w:eastAsia="Times New Roman" w:cs="Times New Roman"/>
          <w:color w:val="000000"/>
        </w:rPr>
        <w:t>11</w:t>
      </w:r>
      <w:r>
        <w:rPr>
          <w:rFonts w:ascii="宋体" w:hAnsi="宋体" w:eastAsia="宋体" w:cs="宋体"/>
          <w:color w:val="000000"/>
        </w:rPr>
        <w:t>个，按上述规则操作得到新的数字串</w:t>
      </w:r>
      <w:r>
        <w:rPr>
          <w:rFonts w:ascii="Times New Roman" w:hAnsi="Times New Roman" w:eastAsia="Times New Roman" w:cs="Times New Roman"/>
          <w:color w:val="000000"/>
        </w:rPr>
        <w:t>6511</w:t>
      </w:r>
      <w:r>
        <w:rPr>
          <w:rFonts w:ascii="宋体" w:hAnsi="宋体" w:eastAsia="宋体" w:cs="宋体"/>
          <w:color w:val="000000"/>
        </w:rPr>
        <w:t>；将所得</w:t>
      </w:r>
      <w:r>
        <w:rPr>
          <w:rFonts w:ascii="Times New Roman" w:hAnsi="Times New Roman" w:eastAsia="Times New Roman" w:cs="Times New Roman"/>
          <w:color w:val="000000"/>
        </w:rPr>
        <w:t>4</w:t>
      </w:r>
      <w:r>
        <w:rPr>
          <w:rFonts w:ascii="宋体" w:hAnsi="宋体" w:eastAsia="宋体" w:cs="宋体"/>
          <w:color w:val="000000"/>
        </w:rPr>
        <w:t>位数字串</w:t>
      </w:r>
      <w:r>
        <w:rPr>
          <w:rFonts w:ascii="Times New Roman" w:hAnsi="Times New Roman" w:eastAsia="Times New Roman" w:cs="Times New Roman"/>
          <w:color w:val="000000"/>
        </w:rPr>
        <w:t>6511</w:t>
      </w:r>
      <w:r>
        <w:rPr>
          <w:rFonts w:ascii="宋体" w:hAnsi="宋体" w:eastAsia="宋体" w:cs="宋体"/>
          <w:color w:val="000000"/>
        </w:rPr>
        <w:t>再次按规则进行操作可得到新的数字串</w:t>
      </w:r>
      <w:r>
        <w:rPr>
          <w:color w:val="000000"/>
        </w:rPr>
        <w:t>______</w:t>
      </w:r>
      <w:r>
        <w:rPr>
          <w:rFonts w:ascii="宋体" w:hAnsi="宋体" w:eastAsia="宋体" w:cs="宋体"/>
          <w:color w:val="000000"/>
        </w:rPr>
        <w:t>；若一直按规则重复进行操作，最终得到的数字串是</w:t>
      </w:r>
      <w:r>
        <w:rPr>
          <w:color w:val="000000"/>
        </w:rPr>
        <w:t>______</w:t>
      </w:r>
      <w:r>
        <w:rPr>
          <w:rFonts w:ascii="宋体" w:hAnsi="宋体" w:eastAsia="宋体" w:cs="宋体"/>
          <w:color w:val="000000"/>
        </w:rPr>
        <w:t>．</w:t>
      </w:r>
    </w:p>
    <w:p>
      <w:pPr>
        <w:pStyle w:val="Heading2"/>
      </w:pPr>
      <w:r>
        <w:t>第三十五中学</w:t>
      </w:r>
    </w:p>
    <w:p>
      <w:pPr>
        <w:spacing w:line="360" w:lineRule="auto"/>
        <w:jc w:val="left"/>
        <w:textAlignment w:val="center"/>
        <w:rPr>
          <w:color w:val="000000"/>
        </w:rPr>
      </w:pPr>
      <w:r>
        <w:rPr>
          <w:color w:val="000000"/>
        </w:rPr>
        <w:t xml:space="preserve">18. </w:t>
      </w:r>
      <w:r>
        <w:rPr>
          <w:rFonts w:ascii="宋体" w:hAnsi="宋体" w:eastAsia="宋体" w:cs="宋体"/>
          <w:color w:val="000000"/>
        </w:rPr>
        <w:t>如图，在</w:t>
      </w:r>
      <w:r>
        <w:rPr>
          <w:rFonts w:ascii="Times New Roman" w:hAnsi="Times New Roman" w:eastAsia="Times New Roman" w:cs="Times New Roman"/>
          <w:color w:val="000000"/>
        </w:rPr>
        <w:t>8</w:t>
      </w:r>
      <w:r>
        <w:rPr>
          <w:rFonts w:ascii="宋体" w:hAnsi="宋体" w:eastAsia="宋体" w:cs="宋体"/>
          <w:color w:val="000000"/>
        </w:rPr>
        <w:t>个格子中依次放着分别写有字母</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h</w:t>
      </w:r>
      <w:r>
        <w:rPr>
          <w:rFonts w:ascii="宋体" w:hAnsi="宋体" w:eastAsia="宋体" w:cs="宋体"/>
          <w:color w:val="000000"/>
        </w:rPr>
        <w:t>的小球．</w:t>
      </w:r>
    </w:p>
    <w:p>
      <w:pPr>
        <w:spacing w:line="360" w:lineRule="auto"/>
        <w:jc w:val="left"/>
        <w:textAlignment w:val="center"/>
        <w:rPr>
          <w:color w:val="000000"/>
        </w:rPr>
      </w:pPr>
      <w:r>
        <w:rPr>
          <w:color w:val="000000"/>
        </w:rPr>
        <w:drawing>
          <wp:inline distT="0" distB="0" distL="114300" distR="114300">
            <wp:extent cx="2428875" cy="314325"/>
            <wp:effectExtent l="0" t="0" r="9525" b="9525"/>
            <wp:docPr id="229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8" name="图片 100007" descr="学科网(www.zxxk.com)--教育资源门户，提供试卷、教案、课件、论文、素材以及各类教学资源下载，还有大量而丰富的教学相关资讯！"/>
                    <pic:cNvPicPr>
                      <a:picLocks noChangeAspect="1"/>
                    </pic:cNvPicPr>
                  </pic:nvPicPr>
                  <pic:blipFill>
                    <a:blip r:embed="rId141"/>
                    <a:stretch>
                      <a:fillRect/>
                    </a:stretch>
                  </pic:blipFill>
                  <pic:spPr>
                    <a:xfrm>
                      <a:off x="0" y="0"/>
                      <a:ext cx="2428875" cy="3143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甲、乙两人轮流从中取走小球，规则如下：</w:t>
      </w:r>
    </w:p>
    <w:p>
      <w:pPr>
        <w:spacing w:line="360" w:lineRule="auto"/>
        <w:jc w:val="left"/>
        <w:textAlignment w:val="center"/>
        <w:rPr>
          <w:color w:val="000000"/>
        </w:rPr>
      </w:pPr>
      <w:r>
        <w:rPr>
          <w:rFonts w:ascii="宋体" w:hAnsi="宋体" w:eastAsia="宋体" w:cs="宋体"/>
          <w:color w:val="000000"/>
        </w:rPr>
        <w:t>①每人首次取球时，只能取走</w:t>
      </w:r>
      <w:r>
        <w:rPr>
          <w:rFonts w:ascii="Times New Roman" w:hAnsi="Times New Roman" w:eastAsia="Times New Roman" w:cs="Times New Roman"/>
          <w:color w:val="000000"/>
        </w:rPr>
        <w:t>2</w:t>
      </w:r>
      <w:r>
        <w:rPr>
          <w:rFonts w:ascii="宋体" w:hAnsi="宋体" w:eastAsia="宋体" w:cs="宋体"/>
          <w:color w:val="000000"/>
        </w:rPr>
        <w:t>个或</w:t>
      </w:r>
      <w:r>
        <w:rPr>
          <w:rFonts w:ascii="Times New Roman" w:hAnsi="Times New Roman" w:eastAsia="Times New Roman" w:cs="Times New Roman"/>
          <w:color w:val="000000"/>
        </w:rPr>
        <w:t>3</w:t>
      </w:r>
      <w:r>
        <w:rPr>
          <w:rFonts w:ascii="宋体" w:hAnsi="宋体" w:eastAsia="宋体" w:cs="宋体"/>
          <w:color w:val="000000"/>
        </w:rPr>
        <w:t>个球；后续每次可取走</w:t>
      </w:r>
      <w:r>
        <w:rPr>
          <w:rFonts w:ascii="Times New Roman" w:hAnsi="Times New Roman" w:eastAsia="Times New Roman" w:cs="Times New Roman"/>
          <w:color w:val="000000"/>
        </w:rPr>
        <w:t>1</w:t>
      </w:r>
      <w:r>
        <w:rPr>
          <w:rFonts w:ascii="宋体" w:hAnsi="宋体" w:eastAsia="宋体" w:cs="宋体"/>
          <w:color w:val="000000"/>
        </w:rPr>
        <w:t>个，</w:t>
      </w:r>
      <w:r>
        <w:rPr>
          <w:rFonts w:ascii="Times New Roman" w:hAnsi="Times New Roman" w:eastAsia="Times New Roman" w:cs="Times New Roman"/>
          <w:color w:val="000000"/>
        </w:rPr>
        <w:t>2</w:t>
      </w:r>
      <w:r>
        <w:rPr>
          <w:rFonts w:ascii="宋体" w:hAnsi="宋体" w:eastAsia="宋体" w:cs="宋体"/>
          <w:color w:val="000000"/>
        </w:rPr>
        <w:t>个或</w:t>
      </w:r>
      <w:r>
        <w:rPr>
          <w:rFonts w:ascii="Times New Roman" w:hAnsi="Times New Roman" w:eastAsia="Times New Roman" w:cs="Times New Roman"/>
          <w:color w:val="000000"/>
        </w:rPr>
        <w:t>3</w:t>
      </w:r>
      <w:r>
        <w:rPr>
          <w:rFonts w:ascii="宋体" w:hAnsi="宋体" w:eastAsia="宋体" w:cs="宋体"/>
          <w:color w:val="000000"/>
        </w:rPr>
        <w:t>个球；</w:t>
      </w:r>
    </w:p>
    <w:p>
      <w:pPr>
        <w:spacing w:line="360" w:lineRule="auto"/>
        <w:jc w:val="left"/>
        <w:textAlignment w:val="center"/>
        <w:rPr>
          <w:color w:val="000000"/>
        </w:rPr>
      </w:pPr>
      <w:r>
        <w:rPr>
          <w:rFonts w:ascii="宋体" w:hAnsi="宋体" w:eastAsia="宋体" w:cs="宋体"/>
          <w:color w:val="000000"/>
        </w:rPr>
        <w:t>②取走</w:t>
      </w:r>
      <w:r>
        <w:rPr>
          <w:rFonts w:ascii="Times New Roman" w:hAnsi="Times New Roman" w:eastAsia="Times New Roman" w:cs="Times New Roman"/>
          <w:color w:val="000000"/>
        </w:rPr>
        <w:t>2</w:t>
      </w:r>
      <w:r>
        <w:rPr>
          <w:rFonts w:ascii="宋体" w:hAnsi="宋体" w:eastAsia="宋体" w:cs="宋体"/>
          <w:color w:val="000000"/>
        </w:rPr>
        <w:t>个或</w:t>
      </w:r>
      <w:r>
        <w:rPr>
          <w:rFonts w:ascii="Times New Roman" w:hAnsi="Times New Roman" w:eastAsia="Times New Roman" w:cs="Times New Roman"/>
          <w:color w:val="000000"/>
        </w:rPr>
        <w:t>3</w:t>
      </w:r>
      <w:r>
        <w:rPr>
          <w:rFonts w:ascii="宋体" w:hAnsi="宋体" w:eastAsia="宋体" w:cs="宋体"/>
          <w:color w:val="000000"/>
        </w:rPr>
        <w:t>个球时，必须从相邻的格子中取走；</w:t>
      </w:r>
    </w:p>
    <w:p>
      <w:pPr>
        <w:spacing w:line="360" w:lineRule="auto"/>
        <w:jc w:val="left"/>
        <w:textAlignment w:val="center"/>
        <w:rPr>
          <w:color w:val="000000"/>
        </w:rPr>
      </w:pPr>
      <w:r>
        <w:rPr>
          <w:rFonts w:ascii="宋体" w:hAnsi="宋体" w:eastAsia="宋体" w:cs="宋体"/>
          <w:color w:val="000000"/>
        </w:rPr>
        <w:t>③最后一个将球取完的人获胜．</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）若甲首次取走写有</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position w:val="0"/>
        </w:rPr>
        <w:drawing>
          <wp:inline distT="0" distB="0" distL="114300" distR="114300">
            <wp:extent cx="133350" cy="177800"/>
            <wp:effectExtent l="0" t="0" r="0" b="13335"/>
            <wp:docPr id="2299" name="图片 932499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0" name="图片 932499876"/>
                    <pic:cNvPicPr>
                      <a:picLocks noChangeAspect="1"/>
                    </pic:cNvPicPr>
                  </pic:nvPicPr>
                  <pic:blipFill>
                    <a:blip r:embed="rId142"/>
                    <a:stretch>
                      <a:fillRect/>
                    </a:stretch>
                  </pic:blipFill>
                  <pic:spPr>
                    <a:xfrm>
                      <a:off x="0" y="0"/>
                      <a:ext cx="133350" cy="177800"/>
                    </a:xfrm>
                    <a:prstGeom prst="rect">
                      <a:avLst/>
                    </a:prstGeom>
                  </pic:spPr>
                </pic:pic>
              </a:graphicData>
            </a:graphic>
          </wp:inline>
        </w:drawing>
      </w:r>
      <w:r>
        <w:rPr>
          <w:rFonts w:ascii="Times New Roman" w:hAnsi="Times New Roman" w:eastAsia="Times New Roman" w:cs="Times New Roman"/>
          <w:color w:val="000000"/>
        </w:rPr>
        <w:t>3</w:t>
      </w:r>
      <w:r>
        <w:rPr>
          <w:rFonts w:ascii="宋体" w:hAnsi="宋体" w:eastAsia="宋体" w:cs="宋体"/>
          <w:color w:val="000000"/>
        </w:rPr>
        <w:t>个球，接着乙首次也取走</w:t>
      </w:r>
      <w:r>
        <w:rPr>
          <w:rFonts w:ascii="Times New Roman" w:hAnsi="Times New Roman" w:eastAsia="Times New Roman" w:cs="Times New Roman"/>
          <w:color w:val="000000"/>
        </w:rPr>
        <w:t>3</w:t>
      </w:r>
      <w:r>
        <w:rPr>
          <w:rFonts w:ascii="宋体" w:hAnsi="宋体" w:eastAsia="宋体" w:cs="宋体"/>
          <w:color w:val="000000"/>
        </w:rPr>
        <w:t>个球，则</w:t>
      </w:r>
      <w:r>
        <w:rPr>
          <w:color w:val="000000"/>
        </w:rPr>
        <w:t>______</w:t>
      </w:r>
      <w:r>
        <w:rPr>
          <w:rFonts w:ascii="宋体" w:hAnsi="宋体" w:eastAsia="宋体" w:cs="宋体"/>
          <w:color w:val="000000"/>
        </w:rPr>
        <w:t>（填</w:t>
      </w:r>
      <w:r>
        <w:rPr>
          <w:rFonts w:ascii="Times New Roman" w:hAnsi="Times New Roman" w:eastAsia="Times New Roman" w:cs="Times New Roman"/>
          <w:color w:val="000000"/>
        </w:rPr>
        <w:t>“</w:t>
      </w:r>
      <w:r>
        <w:rPr>
          <w:rFonts w:ascii="宋体" w:hAnsi="宋体" w:eastAsia="宋体" w:cs="宋体"/>
          <w:color w:val="000000"/>
        </w:rPr>
        <w:t>甲</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乙</w:t>
      </w:r>
      <w:r>
        <w:rPr>
          <w:rFonts w:ascii="Times New Roman" w:hAnsi="Times New Roman" w:eastAsia="Times New Roman" w:cs="Times New Roman"/>
          <w:color w:val="000000"/>
        </w:rPr>
        <w:t>”</w:t>
      </w:r>
      <w:r>
        <w:rPr>
          <w:rFonts w:ascii="宋体" w:hAnsi="宋体" w:eastAsia="宋体" w:cs="宋体"/>
          <w:color w:val="000000"/>
        </w:rPr>
        <w:t>）一定获胜；</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）若甲首次取走写有</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个球，乙想要一定获胜，则乙首次取球的方案是</w:t>
      </w:r>
      <w:r>
        <w:rPr>
          <w:color w:val="000000"/>
        </w:rPr>
        <w:t>______</w:t>
      </w:r>
      <w:r>
        <w:rPr>
          <w:rFonts w:ascii="宋体" w:hAnsi="宋体" w:eastAsia="宋体" w:cs="宋体"/>
          <w:color w:val="000000"/>
        </w:rPr>
        <w:t>．</w:t>
      </w:r>
    </w:p>
    <w:p>
      <w:pPr>
        <w:pStyle w:val="Heading2"/>
      </w:pPr>
      <w:r>
        <w:t>第二十七中学</w:t>
      </w:r>
    </w:p>
    <w:p>
      <w:pPr>
        <w:spacing w:line="360" w:lineRule="auto"/>
        <w:jc w:val="both"/>
        <w:textAlignment w:val="center"/>
        <w:rPr>
          <w:color w:val="000000"/>
        </w:rPr>
      </w:pPr>
      <w:r>
        <w:rPr>
          <w:color w:val="000000"/>
        </w:rPr>
        <w:t xml:space="preserve">16. </w:t>
      </w:r>
      <w:r>
        <w:rPr>
          <w:rFonts w:ascii="宋体" w:hAnsi="宋体" w:eastAsia="宋体" w:cs="宋体"/>
          <w:color w:val="000000"/>
        </w:rPr>
        <w:t>如图，若开始输入的</w:t>
      </w:r>
      <w:r>
        <w:pict>
          <v:shape id="_x0000_i70495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43" o:title="eqId81dea63b8ce3e51adf66cf7b9982a248"/>
            <o:lock v:ext="edit" aspectratio="t"/>
            <w10:wrap type="none"/>
            <w10:anchorlock/>
          </v:shape>
        </w:pict>
      </w:r>
      <w:r>
        <w:rPr>
          <w:rFonts w:ascii="宋体" w:hAnsi="宋体" w:eastAsia="宋体" w:cs="宋体"/>
          <w:color w:val="000000"/>
        </w:rPr>
        <w:t>的值为正整数，最后输出的结果为</w:t>
      </w:r>
      <w:r>
        <w:rPr>
          <w:rFonts w:ascii="Times New Roman" w:hAnsi="Times New Roman" w:eastAsia="Times New Roman" w:cs="Times New Roman"/>
          <w:color w:val="000000"/>
        </w:rPr>
        <w:t>114</w:t>
      </w:r>
      <w:r>
        <w:rPr>
          <w:rFonts w:ascii="宋体" w:hAnsi="宋体" w:eastAsia="宋体" w:cs="宋体"/>
          <w:color w:val="000000"/>
        </w:rPr>
        <w:t>，则满足条件的</w:t>
      </w:r>
      <w:r>
        <w:pict>
          <v:shape id="_x0000_i70495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43" o:title="eqId81dea63b8ce3e51adf66cf7b9982a248"/>
            <o:lock v:ext="edit" aspectratio="t"/>
            <w10:wrap type="none"/>
            <w10:anchorlock/>
          </v:shape>
        </w:pict>
      </w:r>
      <w:r>
        <w:rPr>
          <w:rFonts w:ascii="宋体" w:hAnsi="宋体" w:eastAsia="宋体" w:cs="宋体"/>
          <w:color w:val="000000"/>
        </w:rPr>
        <w:t>的值为</w:t>
      </w:r>
      <w:r>
        <w:rPr>
          <w:color w:val="000000"/>
        </w:rPr>
        <w:t>__________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4086225" cy="542925"/>
            <wp:effectExtent l="0" t="0" r="9525" b="9525"/>
            <wp:docPr id="2301"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 name="图片 100009" descr="学科网(www.zxxk.com)--教育资源门户，提供试卷、教案、课件、论文、素材以及各类教学资源下载，还有大量而丰富的教学相关资讯！"/>
                    <pic:cNvPicPr>
                      <a:picLocks noChangeAspect="1"/>
                    </pic:cNvPicPr>
                  </pic:nvPicPr>
                  <pic:blipFill>
                    <a:blip r:embed="rId144"/>
                    <a:stretch>
                      <a:fillRect/>
                    </a:stretch>
                  </pic:blipFill>
                  <pic:spPr>
                    <a:xfrm>
                      <a:off x="0" y="0"/>
                      <a:ext cx="4086225" cy="542925"/>
                    </a:xfrm>
                    <a:prstGeom prst="rect">
                      <a:avLst/>
                    </a:prstGeom>
                  </pic:spPr>
                </pic:pic>
              </a:graphicData>
            </a:graphic>
          </wp:inline>
        </w:drawing>
      </w:r>
      <w:r>
        <w:rPr>
          <w:color w:val="000000"/>
        </w:rPr>
        <w:t xml:space="preserve">  </w:t>
      </w:r>
    </w:p>
    <w:p>
      <w:pPr>
        <w:pStyle w:val="Heading2"/>
      </w:pPr>
      <w:r>
        <w:t>第八中学</w:t>
      </w:r>
    </w:p>
    <w:p>
      <w:pPr>
        <w:spacing w:line="360" w:lineRule="auto"/>
        <w:jc w:val="both"/>
        <w:textAlignment w:val="center"/>
        <w:rPr>
          <w:color w:val="000000"/>
        </w:rPr>
      </w:pPr>
      <w:r>
        <w:rPr>
          <w:color w:val="000000"/>
        </w:rPr>
        <w:t xml:space="preserve">18. </w:t>
      </w:r>
      <w:r>
        <w:rPr>
          <w:rFonts w:ascii="宋体" w:hAnsi="宋体" w:eastAsia="宋体" w:cs="宋体"/>
          <w:color w:val="000000"/>
        </w:rPr>
        <w:t>若</w:t>
      </w:r>
      <w:r>
        <w:pict>
          <v:shape id="_x0000_i704955" o:spt="75" alt="学科网(www.zxxk.com)--教育资源门户，提供试卷、教案、课件、论文、素材以及各类教学资源下载，还有大量而丰富的教学相关资讯！" type="#_x0000_t75" style="height:19.8pt;width:80.3pt;" o:ole="t" filled="f" o:preferrelative="t" stroked="f" coordsize="21600,21600">
            <v:path/>
            <v:fill on="f" focussize="0,0"/>
            <v:stroke on="f" joinstyle="miter"/>
            <v:imagedata r:id="rId145" o:title="eqId50aaddc161228d66e68ac409648eea90"/>
            <o:lock v:ext="edit" aspectratio="t"/>
            <w10:wrap type="none"/>
            <w10:anchorlock/>
          </v:shape>
        </w:pict>
      </w:r>
      <w:r>
        <w:rPr>
          <w:rFonts w:ascii="宋体" w:hAnsi="宋体" w:eastAsia="宋体" w:cs="宋体"/>
          <w:color w:val="000000"/>
        </w:rPr>
        <w:t>，则</w:t>
      </w:r>
      <w:r>
        <w:pict>
          <v:shape id="_x0000_i704956" o:spt="75" alt="学科网(www.zxxk.com)--教育资源门户，提供试卷、教案、课件、论文、素材以及各类教学资源下载，还有大量而丰富的教学相关资讯！" type="#_x0000_t75" style="height:11.4pt;width:20.4pt;" o:ole="t" filled="f" o:preferrelative="t" stroked="f" coordsize="21600,21600">
            <v:path/>
            <v:fill on="f" focussize="0,0"/>
            <v:stroke on="f" joinstyle="miter"/>
            <v:imagedata r:id="rId146" o:title="eqId380bbacf854e30e2e747fc286d2b9997"/>
            <o:lock v:ext="edit" aspectratio="t"/>
            <w10:wrap type="none"/>
            <w10:anchorlock/>
          </v:shape>
        </w:pict>
      </w:r>
      <w:r>
        <w:rPr>
          <w:color w:val="000000"/>
        </w:rPr>
        <w:t>______</w:t>
      </w:r>
      <w:r>
        <w:rPr>
          <w:rFonts w:ascii="宋体" w:hAnsi="宋体" w:eastAsia="宋体" w:cs="宋体"/>
          <w:color w:val="000000"/>
        </w:rPr>
        <w:t>．</w:t>
      </w:r>
    </w:p>
    <w:p>
      <w:pPr>
        <w:pStyle w:val="Heading2"/>
      </w:pPr>
      <w:r>
        <w:t>第十三中学分校</w:t>
      </w:r>
    </w:p>
    <w:p>
      <w:pPr>
        <w:spacing w:line="360" w:lineRule="auto"/>
        <w:jc w:val="left"/>
        <w:textAlignment w:val="center"/>
        <w:rPr>
          <w:color w:val="000000"/>
        </w:rPr>
      </w:pPr>
      <w:r>
        <w:rPr>
          <w:color w:val="000000"/>
        </w:rPr>
        <w:t xml:space="preserve">16. </w:t>
      </w:r>
      <w:r>
        <w:rPr>
          <w:rFonts w:ascii="宋体" w:hAnsi="宋体" w:eastAsia="宋体" w:cs="宋体"/>
          <w:color w:val="000000"/>
        </w:rPr>
        <w:t>如图①，点</w:t>
      </w:r>
      <w:r>
        <w:pict>
          <v:shape id="_x0000_i70495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47" o:title="eqId5963abe8f421bd99a2aaa94831a951e9"/>
            <o:lock v:ext="edit" aspectratio="t"/>
            <w10:wrap type="none"/>
            <w10:anchorlock/>
          </v:shape>
        </w:pict>
      </w:r>
      <w:r>
        <w:rPr>
          <w:rFonts w:ascii="宋体" w:hAnsi="宋体" w:eastAsia="宋体" w:cs="宋体"/>
          <w:color w:val="000000"/>
        </w:rPr>
        <w:t>，</w:t>
      </w:r>
      <w:r>
        <w:pict>
          <v:shape id="_x0000_i70495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48" o:title="eqId7f9e8449aad35c5d840a3395ea86df6d"/>
            <o:lock v:ext="edit" aspectratio="t"/>
            <w10:wrap type="none"/>
            <w10:anchorlock/>
          </v:shape>
        </w:pict>
      </w:r>
      <w:r>
        <w:rPr>
          <w:rFonts w:ascii="宋体" w:hAnsi="宋体" w:eastAsia="宋体" w:cs="宋体"/>
          <w:color w:val="000000"/>
        </w:rPr>
        <w:t>，</w:t>
      </w:r>
      <w:r>
        <w:pict>
          <v:shape id="_x0000_i70495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49" o:title="eqIdc5db41a1f31d6baee7c69990811edb9f"/>
            <o:lock v:ext="edit" aspectratio="t"/>
            <w10:wrap type="none"/>
            <w10:anchorlock/>
          </v:shape>
        </w:pict>
      </w:r>
      <w:r>
        <w:rPr>
          <w:rFonts w:ascii="宋体" w:hAnsi="宋体" w:eastAsia="宋体" w:cs="宋体"/>
          <w:color w:val="000000"/>
        </w:rPr>
        <w:t>是数轴上从左到右排列的三个点，分别对应的数为</w:t>
      </w:r>
      <w:r>
        <w:pict>
          <v:shape id="_x0000_i704960"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150" o:title="eqId3edbd40e04e2a943051fa83d6e511add"/>
            <o:lock v:ext="edit" aspectratio="t"/>
            <w10:wrap type="none"/>
            <w10:anchorlock/>
          </v:shape>
        </w:pict>
      </w:r>
      <w:r>
        <w:rPr>
          <w:rFonts w:ascii="宋体" w:hAnsi="宋体" w:eastAsia="宋体" w:cs="宋体"/>
          <w:color w:val="000000"/>
        </w:rPr>
        <w:t>，</w:t>
      </w:r>
      <w:r>
        <w:pict>
          <v:shape id="_x0000_i704961"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151" o:title="eqId2c94bb12cee76221e13f9ef955b0aab1"/>
            <o:lock v:ext="edit" aspectratio="t"/>
            <w10:wrap type="none"/>
            <w10:anchorlock/>
          </v:shape>
        </w:pict>
      </w:r>
      <w:r>
        <w:rPr>
          <w:rFonts w:ascii="宋体" w:hAnsi="宋体" w:eastAsia="宋体" w:cs="宋体"/>
          <w:color w:val="000000"/>
        </w:rPr>
        <w:t>，</w:t>
      </w:r>
      <w:r>
        <w:pict>
          <v:shape id="_x0000_i704962"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152" o:title="eqIdd91e07104b699c4012be2d26160976a2"/>
            <o:lock v:ext="edit" aspectratio="t"/>
            <w10:wrap type="none"/>
            <w10:anchorlock/>
          </v:shape>
        </w:pict>
      </w:r>
      <w:r>
        <w:rPr>
          <w:rFonts w:ascii="宋体" w:hAnsi="宋体" w:eastAsia="宋体" w:cs="宋体"/>
          <w:color w:val="000000"/>
        </w:rPr>
        <w:t>．某同学将刻度尺如图②放置，便刻度尺上的数字</w:t>
      </w:r>
      <w:r>
        <w:pict>
          <v:shape id="_x0000_i704963"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153" o:title="eqIdc95b6be4554f03bf496092f1acdfbb89"/>
            <o:lock v:ext="edit" aspectratio="t"/>
            <w10:wrap type="none"/>
            <w10:anchorlock/>
          </v:shape>
        </w:pict>
      </w:r>
      <w:r>
        <w:rPr>
          <w:rFonts w:ascii="宋体" w:hAnsi="宋体" w:eastAsia="宋体" w:cs="宋体"/>
          <w:color w:val="000000"/>
        </w:rPr>
        <w:t>对齐数轴上的点</w:t>
      </w:r>
      <w:r>
        <w:pict>
          <v:shape id="_x0000_i70496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47" o:title="eqId5963abe8f421bd99a2aaa94831a951e9"/>
            <o:lock v:ext="edit" aspectratio="t"/>
            <w10:wrap type="none"/>
            <w10:anchorlock/>
          </v:shape>
        </w:pict>
      </w:r>
      <w:r>
        <w:rPr>
          <w:rFonts w:ascii="宋体" w:hAnsi="宋体" w:eastAsia="宋体" w:cs="宋体"/>
          <w:color w:val="000000"/>
        </w:rPr>
        <w:t>，发现点</w:t>
      </w:r>
      <w:r>
        <w:pict>
          <v:shape id="_x0000_i70496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48" o:title="eqId7f9e8449aad35c5d840a3395ea86df6d"/>
            <o:lock v:ext="edit" aspectratio="t"/>
            <w10:wrap type="none"/>
            <w10:anchorlock/>
          </v:shape>
        </w:pict>
      </w:r>
      <w:r>
        <w:rPr>
          <w:rFonts w:ascii="宋体" w:hAnsi="宋体" w:eastAsia="宋体" w:cs="宋体"/>
          <w:color w:val="000000"/>
        </w:rPr>
        <w:t>对齐刻度尺</w:t>
      </w:r>
      <w:r>
        <w:pict>
          <v:shape id="_x0000_i704966" o:spt="75" alt="学科网(www.zxxk.com)--教育资源门户，提供试卷、教案、课件、论文、素材以及各类教学资源下载，还有大量而丰富的教学相关资讯！" type="#_x0000_t75" style="height:13.8pt;width:31.8pt;" o:ole="t" filled="f" o:preferrelative="t" stroked="f" coordsize="21600,21600">
            <v:path/>
            <v:fill on="f" focussize="0,0"/>
            <v:stroke on="f" joinstyle="miter"/>
            <v:imagedata r:id="rId154" o:title="eqIda7c72a9258c72cff69a071690868a453"/>
            <o:lock v:ext="edit" aspectratio="t"/>
            <w10:wrap type="none"/>
            <w10:anchorlock/>
          </v:shape>
        </w:pict>
      </w:r>
      <w:r>
        <w:rPr>
          <w:rFonts w:ascii="宋体" w:hAnsi="宋体" w:eastAsia="宋体" w:cs="宋体"/>
          <w:color w:val="000000"/>
        </w:rPr>
        <w:t>处，点</w:t>
      </w:r>
      <w:r>
        <w:pict>
          <v:shape id="_x0000_i70496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49" o:title="eqIdc5db41a1f31d6baee7c69990811edb9f"/>
            <o:lock v:ext="edit" aspectratio="t"/>
            <w10:wrap type="none"/>
            <w10:anchorlock/>
          </v:shape>
        </w:pict>
      </w:r>
      <w:r>
        <w:rPr>
          <w:rFonts w:ascii="宋体" w:hAnsi="宋体" w:eastAsia="宋体" w:cs="宋体"/>
          <w:color w:val="000000"/>
        </w:rPr>
        <w:t>对齐刻度尺</w:t>
      </w:r>
      <w:r>
        <w:pict>
          <v:shape id="_x0000_i704968" o:spt="75" alt="学科网(www.zxxk.com)--教育资源门户，提供试卷、教案、课件、论文、素材以及各类教学资源下载，还有大量而丰富的教学相关资讯！" type="#_x0000_t75" style="height:13.95pt;width:33pt;" o:ole="t" filled="f" o:preferrelative="t" stroked="f" coordsize="21600,21600">
            <v:path/>
            <v:fill on="f" focussize="0,0"/>
            <v:stroke on="f" joinstyle="miter"/>
            <v:imagedata r:id="rId155" o:title="eqIdc99b608394a674aa4dd6c65ead36a69b"/>
            <o:lock v:ext="edit" aspectratio="t"/>
            <w10:wrap type="none"/>
            <w10:anchorlock/>
          </v:shape>
        </w:pict>
      </w:r>
      <w:r>
        <w:rPr>
          <w:rFonts w:ascii="宋体" w:hAnsi="宋体" w:eastAsia="宋体" w:cs="宋体"/>
          <w:color w:val="000000"/>
        </w:rPr>
        <w:t>处．</w:t>
      </w:r>
    </w:p>
    <w:p>
      <w:pPr>
        <w:spacing w:line="360" w:lineRule="auto"/>
        <w:jc w:val="left"/>
        <w:textAlignment w:val="center"/>
        <w:rPr>
          <w:color w:val="000000"/>
        </w:rPr>
      </w:pPr>
      <w:r>
        <w:rPr>
          <w:color w:val="000000"/>
        </w:rPr>
        <w:drawing>
          <wp:inline distT="0" distB="0" distL="114300" distR="114300">
            <wp:extent cx="4610100" cy="981075"/>
            <wp:effectExtent l="0" t="0" r="0" b="9525"/>
            <wp:docPr id="2303"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4" name="图片 100007" descr="学科网(www.zxxk.com)--教育资源门户，提供试卷、教案、课件、论文、素材以及各类教学资源下载，还有大量而丰富的教学相关资讯！"/>
                    <pic:cNvPicPr>
                      <a:picLocks noChangeAspect="1"/>
                    </pic:cNvPicPr>
                  </pic:nvPicPr>
                  <pic:blipFill>
                    <a:blip r:embed="rId156"/>
                    <a:stretch>
                      <a:fillRect/>
                    </a:stretch>
                  </pic:blipFill>
                  <pic:spPr>
                    <a:xfrm>
                      <a:off x="0" y="0"/>
                      <a:ext cx="4610100" cy="9810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）在图①</w:t>
      </w:r>
      <w:r>
        <w:rPr>
          <w:rFonts w:ascii="宋体" w:hAnsi="宋体" w:eastAsia="宋体" w:cs="宋体"/>
          <w:color w:val="000000"/>
          <w:position w:val="0"/>
        </w:rPr>
        <w:drawing>
          <wp:inline distT="0" distB="0" distL="114300" distR="114300">
            <wp:extent cx="133350" cy="177800"/>
            <wp:effectExtent l="0" t="0" r="0" b="13335"/>
            <wp:docPr id="2305" name="图片 386009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6" name="图片 386009710"/>
                    <pic:cNvPicPr>
                      <a:picLocks noChangeAspect="1"/>
                    </pic:cNvPicPr>
                  </pic:nvPicPr>
                  <pic:blipFill>
                    <a:blip r:embed="rId15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数轴上，</w:t>
      </w:r>
      <w:r>
        <w:pict>
          <v:shape id="_x0000_i704969" o:spt="75" alt="学科网(www.zxxk.com)--教育资源门户，提供试卷、教案、课件、论文、素材以及各类教学资源下载，还有大量而丰富的教学相关资讯！" type="#_x0000_t75" style="height:13.95pt;width:30pt;" o:ole="t" filled="f" o:preferrelative="t" stroked="f" coordsize="21600,21600">
            <v:path/>
            <v:fill on="f" focussize="0,0"/>
            <v:stroke on="f" joinstyle="miter"/>
            <v:imagedata r:id="rId158" o:title="eqIdae248960d8c1677cf948f8251275e863"/>
            <o:lock v:ext="edit" aspectratio="t"/>
            <w10:wrap type="none"/>
            <w10:anchorlock/>
          </v:shape>
        </w:pict>
      </w:r>
      <w:r>
        <w:rPr>
          <w:color w:val="000000"/>
        </w:rPr>
        <w:t>______</w:t>
      </w:r>
      <w:r>
        <w:rPr>
          <w:rFonts w:ascii="宋体" w:hAnsi="宋体" w:eastAsia="宋体" w:cs="宋体"/>
          <w:color w:val="000000"/>
        </w:rPr>
        <w:t>个单位长；</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）求数轴上点</w:t>
      </w:r>
      <w:r>
        <w:pict>
          <v:shape id="_x0000_i70497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59" o:title="eqId7f9e8449aad35c5d840a3395ea86df6d"/>
            <o:lock v:ext="edit" aspectratio="t"/>
            <w10:wrap type="none"/>
            <w10:anchorlock/>
          </v:shape>
        </w:pict>
      </w:r>
      <w:r>
        <w:rPr>
          <w:rFonts w:ascii="宋体" w:hAnsi="宋体" w:eastAsia="宋体" w:cs="宋体"/>
          <w:color w:val="000000"/>
        </w:rPr>
        <w:t>所对应的数</w:t>
      </w:r>
      <w:r>
        <w:pict>
          <v:shape id="_x0000_i704971"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160" o:title="eqId2c94bb12cee76221e13f9ef955b0aab1"/>
            <o:lock v:ext="edit" aspectratio="t"/>
            <w10:wrap type="none"/>
            <w10:anchorlock/>
          </v:shape>
        </w:pict>
      </w:r>
      <w:r>
        <w:rPr>
          <w:rFonts w:ascii="宋体" w:hAnsi="宋体" w:eastAsia="宋体" w:cs="宋体"/>
          <w:color w:val="000000"/>
        </w:rPr>
        <w:t>为</w:t>
      </w:r>
      <w:r>
        <w:rPr>
          <w:color w:val="000000"/>
        </w:rPr>
        <w:t>______</w:t>
      </w:r>
      <w:r>
        <w:rPr>
          <w:rFonts w:ascii="宋体" w:hAnsi="宋体" w:eastAsia="宋体" w:cs="宋体"/>
          <w:color w:val="000000"/>
        </w:rPr>
        <w:t>．</w:t>
      </w:r>
    </w:p>
    <w:p>
      <w:pPr>
        <w:pStyle w:val="Heading2"/>
      </w:pPr>
      <w:r>
        <w:t>第十二中学</w:t>
      </w:r>
    </w:p>
    <w:p>
      <w:pPr>
        <w:spacing w:line="360" w:lineRule="auto"/>
        <w:jc w:val="left"/>
        <w:textAlignment w:val="center"/>
        <w:rPr>
          <w:color w:val="000000"/>
        </w:rPr>
      </w:pPr>
      <w:r>
        <w:rPr>
          <w:color w:val="000000"/>
        </w:rPr>
        <w:t xml:space="preserve">20. </w:t>
      </w:r>
      <w:r>
        <w:rPr>
          <w:rFonts w:ascii="宋体" w:hAnsi="宋体" w:eastAsia="宋体" w:cs="宋体"/>
          <w:color w:val="000000"/>
        </w:rPr>
        <w:t>“端午节”是中国的传统佳节，为了传承中华民族传统文化．某学校组织“端午”知识测试．测试的试题由</w:t>
      </w:r>
      <w:r>
        <w:rPr>
          <w:rFonts w:ascii="Times New Roman" w:hAnsi="Times New Roman" w:eastAsia="Times New Roman" w:cs="Times New Roman"/>
          <w:color w:val="000000"/>
        </w:rPr>
        <w:t>6</w:t>
      </w:r>
      <w:r>
        <w:rPr>
          <w:rFonts w:ascii="宋体" w:hAnsi="宋体" w:eastAsia="宋体" w:cs="宋体"/>
          <w:color w:val="000000"/>
        </w:rPr>
        <w:t>道判断题组成，被测试人员只要画“√”或画“×”表示出对各题的正误判断即可，每小题判断正确得</w:t>
      </w:r>
      <w:r>
        <w:rPr>
          <w:rFonts w:ascii="Times New Roman" w:hAnsi="Times New Roman" w:eastAsia="Times New Roman" w:cs="Times New Roman"/>
          <w:color w:val="000000"/>
        </w:rPr>
        <w:t>1</w:t>
      </w:r>
      <w:r>
        <w:rPr>
          <w:rFonts w:ascii="宋体" w:hAnsi="宋体" w:eastAsia="宋体" w:cs="宋体"/>
          <w:color w:val="000000"/>
        </w:rPr>
        <w:t>分，判断错误得</w:t>
      </w:r>
      <w:r>
        <w:rPr>
          <w:rFonts w:ascii="Times New Roman" w:hAnsi="Times New Roman" w:eastAsia="Times New Roman" w:cs="Times New Roman"/>
          <w:color w:val="000000"/>
        </w:rPr>
        <w:t>0</w:t>
      </w:r>
      <w:r>
        <w:rPr>
          <w:rFonts w:ascii="宋体" w:hAnsi="宋体" w:eastAsia="宋体" w:cs="宋体"/>
          <w:color w:val="000000"/>
        </w:rPr>
        <w:t>分．现有甲，乙，丙，丁四位同学对</w:t>
      </w:r>
      <w:r>
        <w:rPr>
          <w:rFonts w:ascii="Times New Roman" w:hAnsi="Times New Roman" w:eastAsia="Times New Roman" w:cs="Times New Roman"/>
          <w:color w:val="000000"/>
        </w:rPr>
        <w:t>6</w:t>
      </w:r>
      <w:r>
        <w:rPr>
          <w:rFonts w:ascii="宋体" w:hAnsi="宋体" w:eastAsia="宋体" w:cs="宋体"/>
          <w:color w:val="000000"/>
        </w:rPr>
        <w:t>道试题的判断与得分的结果如下：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50"/>
        <w:gridCol w:w="870"/>
        <w:gridCol w:w="870"/>
        <w:gridCol w:w="870"/>
        <w:gridCol w:w="870"/>
        <w:gridCol w:w="870"/>
        <w:gridCol w:w="870"/>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1</w:t>
            </w:r>
            <w:r>
              <w:rPr>
                <w:rFonts w:ascii="宋体" w:hAnsi="宋体" w:eastAsia="宋体" w:cs="宋体"/>
                <w:color w:val="000000"/>
              </w:rPr>
              <w:t>题</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2</w:t>
            </w:r>
            <w:r>
              <w:rPr>
                <w:rFonts w:ascii="宋体" w:hAnsi="宋体" w:eastAsia="宋体" w:cs="宋体"/>
                <w:color w:val="000000"/>
              </w:rPr>
              <w:t>题</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3</w:t>
            </w:r>
            <w:r>
              <w:rPr>
                <w:rFonts w:ascii="宋体" w:hAnsi="宋体" w:eastAsia="宋体" w:cs="宋体"/>
                <w:color w:val="000000"/>
              </w:rPr>
              <w:t>题</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4</w:t>
            </w:r>
            <w:r>
              <w:rPr>
                <w:rFonts w:ascii="宋体" w:hAnsi="宋体" w:eastAsia="宋体" w:cs="宋体"/>
                <w:color w:val="000000"/>
              </w:rPr>
              <w:t>题</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5</w:t>
            </w:r>
            <w:r>
              <w:rPr>
                <w:rFonts w:ascii="宋体" w:hAnsi="宋体" w:eastAsia="宋体" w:cs="宋体"/>
                <w:color w:val="000000"/>
              </w:rPr>
              <w:t>题</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6</w:t>
            </w:r>
            <w:r>
              <w:rPr>
                <w:rFonts w:ascii="宋体" w:hAnsi="宋体" w:eastAsia="宋体" w:cs="宋体"/>
                <w:color w:val="000000"/>
              </w:rPr>
              <w:t>题</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w:t>
            </w:r>
            <w:r>
              <w:rPr>
                <w:rFonts w:ascii="宋体" w:hAnsi="宋体" w:eastAsia="宋体" w:cs="宋体"/>
                <w:color w:val="00000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w:t>
            </w:r>
            <w:r>
              <w:rPr>
                <w:rFonts w:ascii="宋体" w:hAnsi="宋体" w:eastAsia="宋体" w:cs="宋体"/>
                <w:color w:val="00000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w:t>
            </w:r>
            <w:r>
              <w:rPr>
                <w:rFonts w:ascii="宋体" w:hAnsi="宋体" w:eastAsia="宋体" w:cs="宋体"/>
                <w:color w:val="00000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丁</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p>
        </w:tc>
      </w:tr>
    </w:tbl>
    <w:p>
      <w:pPr>
        <w:spacing w:line="360" w:lineRule="auto"/>
        <w:jc w:val="left"/>
        <w:textAlignment w:val="center"/>
        <w:rPr>
          <w:color w:val="000000"/>
        </w:rPr>
      </w:pPr>
      <w:r>
        <w:rPr>
          <w:rFonts w:ascii="宋体" w:hAnsi="宋体" w:eastAsia="宋体" w:cs="宋体"/>
          <w:color w:val="000000"/>
        </w:rPr>
        <w:t>根据以上结果，可以推断丁的得分是</w:t>
      </w:r>
      <w:r>
        <w:rPr>
          <w:color w:val="000000"/>
        </w:rPr>
        <w:t>______</w:t>
      </w:r>
      <w:r>
        <w:rPr>
          <w:rFonts w:ascii="宋体" w:hAnsi="宋体" w:eastAsia="宋体" w:cs="宋体"/>
          <w:color w:val="000000"/>
        </w:rPr>
        <w:t>分．</w:t>
      </w:r>
    </w:p>
    <w:p>
      <w:pPr>
        <w:pStyle w:val="Heading2"/>
      </w:pPr>
      <w:r>
        <w:t>第十八中教育集团</w:t>
      </w:r>
    </w:p>
    <w:p>
      <w:pPr>
        <w:spacing w:line="360" w:lineRule="auto"/>
        <w:jc w:val="both"/>
        <w:textAlignment w:val="center"/>
        <w:rPr>
          <w:color w:val="000000"/>
        </w:rPr>
      </w:pPr>
      <w:r>
        <w:rPr>
          <w:color w:val="000000"/>
        </w:rPr>
        <w:t xml:space="preserve">18. </w:t>
      </w:r>
      <w:r>
        <w:rPr>
          <w:rFonts w:ascii="宋体" w:hAnsi="宋体" w:eastAsia="宋体" w:cs="宋体"/>
          <w:color w:val="000000"/>
        </w:rPr>
        <w:t>古希腊著名的毕达哥拉斯学派把</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这样的数称为“三角数”；把</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w:t>
      </w:r>
      <w:r>
        <w:rPr>
          <w:rFonts w:ascii="Times New Roman" w:hAnsi="Times New Roman" w:eastAsia="Times New Roman" w:cs="Times New Roman"/>
          <w:color w:val="000000"/>
        </w:rPr>
        <w:t>16</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这样的数称为“正方形数”．观察下图可以发现，任何一个大于</w:t>
      </w:r>
      <w:r>
        <w:rPr>
          <w:rFonts w:ascii="Times New Roman" w:hAnsi="Times New Roman" w:eastAsia="Times New Roman" w:cs="Times New Roman"/>
          <w:color w:val="000000"/>
        </w:rPr>
        <w:t>1</w:t>
      </w:r>
      <w:r>
        <w:rPr>
          <w:rFonts w:ascii="宋体" w:hAnsi="宋体" w:eastAsia="宋体" w:cs="宋体"/>
          <w:color w:val="000000"/>
        </w:rPr>
        <w:t>的“正方形数”都可以写成两个相邻的“三角形数”之和．</w:t>
      </w:r>
    </w:p>
    <w:p>
      <w:pPr>
        <w:spacing w:line="360" w:lineRule="auto"/>
        <w:jc w:val="both"/>
        <w:textAlignment w:val="center"/>
        <w:rPr>
          <w:color w:val="000000"/>
        </w:rPr>
      </w:pPr>
      <w:r>
        <w:rPr>
          <w:color w:val="000000"/>
        </w:rPr>
        <w:drawing>
          <wp:inline distT="0" distB="0" distL="114300" distR="114300">
            <wp:extent cx="1733550" cy="714375"/>
            <wp:effectExtent l="0" t="0" r="0" b="9525"/>
            <wp:docPr id="2307"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 name="图片 100009" descr="学科网(www.zxxk.com)--教育资源门户，提供试卷、教案、课件、论文、素材以及各类教学资源下载，还有大量而丰富的教学相关资讯！"/>
                    <pic:cNvPicPr>
                      <a:picLocks noChangeAspect="1"/>
                    </pic:cNvPicPr>
                  </pic:nvPicPr>
                  <pic:blipFill>
                    <a:blip r:embed="rId161"/>
                    <a:stretch>
                      <a:fillRect/>
                    </a:stretch>
                  </pic:blipFill>
                  <pic:spPr>
                    <a:xfrm>
                      <a:off x="0" y="0"/>
                      <a:ext cx="1733550" cy="714375"/>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）“正方形数”</w:t>
      </w:r>
      <w:r>
        <w:pict>
          <v:shape id="_x0000_i704972"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162" o:title="eqId9c06fc7811f9525e8b8c833746d6af5c"/>
            <o:lock v:ext="edit" aspectratio="t"/>
            <w10:wrap type="none"/>
            <w10:anchorlock/>
          </v:shape>
        </w:pict>
      </w:r>
      <w:r>
        <w:rPr>
          <w:rFonts w:ascii="宋体" w:hAnsi="宋体" w:eastAsia="宋体" w:cs="宋体"/>
          <w:color w:val="000000"/>
        </w:rPr>
        <w:t>可以写成两个相邻的“三角形数”</w:t>
      </w:r>
      <w:r>
        <w:rPr>
          <w:color w:val="000000"/>
        </w:rPr>
        <w:t>________</w:t>
      </w:r>
      <w:r>
        <w:rPr>
          <w:rFonts w:ascii="宋体" w:hAnsi="宋体" w:eastAsia="宋体" w:cs="宋体"/>
          <w:color w:val="000000"/>
        </w:rPr>
        <w:t>与</w:t>
      </w:r>
      <w:r>
        <w:rPr>
          <w:color w:val="000000"/>
        </w:rPr>
        <w:t>________</w:t>
      </w:r>
      <w:r>
        <w:rPr>
          <w:rFonts w:ascii="宋体" w:hAnsi="宋体" w:eastAsia="宋体" w:cs="宋体"/>
          <w:color w:val="000000"/>
        </w:rPr>
        <w:t>之和；</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）“正方形数”</w:t>
      </w:r>
      <w:r>
        <w:pict>
          <v:shape id="_x0000_i704973" o:spt="75" alt="学科网(www.zxxk.com)--教育资源门户，提供试卷、教案、课件、论文、素材以及各类教学资源下载，还有大量而丰富的教学相关资讯！" type="#_x0000_t75" style="height:15.75pt;width:14.25pt;" o:ole="t" filled="f" o:preferrelative="t" stroked="f" coordsize="21600,21600">
            <v:path/>
            <v:fill on="f" focussize="0,0"/>
            <v:stroke on="f" joinstyle="miter"/>
            <v:imagedata r:id="rId163" o:title="eqId2ceef1abeeef220b4fe5f7d96feedd90"/>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为大于</w:t>
      </w:r>
      <w:r>
        <w:rPr>
          <w:rFonts w:ascii="Times New Roman" w:hAnsi="Times New Roman" w:eastAsia="Times New Roman" w:cs="Times New Roman"/>
          <w:color w:val="000000"/>
        </w:rPr>
        <w:t>1</w:t>
      </w:r>
      <w:r>
        <w:rPr>
          <w:rFonts w:ascii="宋体" w:hAnsi="宋体" w:eastAsia="宋体" w:cs="宋体"/>
          <w:color w:val="000000"/>
        </w:rPr>
        <w:t>的整数）可以写成两个相邻的“三角形数”</w:t>
      </w:r>
      <w:r>
        <w:rPr>
          <w:color w:val="000000"/>
        </w:rPr>
        <w:t>________</w:t>
      </w:r>
      <w:r>
        <w:rPr>
          <w:rFonts w:ascii="宋体" w:hAnsi="宋体" w:eastAsia="宋体" w:cs="宋体"/>
          <w:color w:val="000000"/>
        </w:rPr>
        <w:t>与</w:t>
      </w:r>
      <w:r>
        <w:rPr>
          <w:color w:val="000000"/>
        </w:rPr>
        <w:t>________</w:t>
      </w:r>
      <w:r>
        <w:rPr>
          <w:rFonts w:ascii="宋体" w:hAnsi="宋体" w:eastAsia="宋体" w:cs="宋体"/>
          <w:color w:val="000000"/>
        </w:rPr>
        <w:t>之和．</w:t>
      </w:r>
    </w:p>
    <w:p>
      <w:pPr>
        <w:pStyle w:val="Heading2"/>
      </w:pPr>
      <w:r>
        <w:t>第十四中学</w:t>
      </w:r>
    </w:p>
    <w:p>
      <w:pPr>
        <w:spacing w:line="360" w:lineRule="auto"/>
        <w:jc w:val="both"/>
        <w:textAlignment w:val="center"/>
        <w:rPr>
          <w:color w:val="000000"/>
        </w:rPr>
      </w:pPr>
      <w:r>
        <w:rPr>
          <w:color w:val="000000"/>
        </w:rPr>
        <w:t xml:space="preserve">18. </w:t>
      </w:r>
      <w:r>
        <w:rPr>
          <w:rFonts w:ascii="宋体" w:hAnsi="宋体" w:eastAsia="宋体" w:cs="宋体"/>
          <w:color w:val="000000"/>
        </w:rPr>
        <w:t>将一列有理数</w:t>
      </w:r>
      <w:r>
        <w:pict>
          <v:shape id="_x0000_i704974"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164"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04975"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165" o:title="eqId81fb134b2b48acc99213fff6ccfee6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pict>
          <v:shape id="_x0000_i704976"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166" o:title="eqIdd13ce3ebd1112220c639562739f1f9d1"/>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，如图所示有序排列．根据图中的排列规律可知“峰</w:t>
      </w:r>
      <w:r>
        <w:rPr>
          <w:rFonts w:ascii="Times New Roman" w:hAnsi="Times New Roman" w:eastAsia="Times New Roman" w:cs="Times New Roman"/>
          <w:color w:val="000000"/>
        </w:rPr>
        <w:t>1</w:t>
      </w:r>
      <w:r>
        <w:rPr>
          <w:rFonts w:ascii="宋体" w:hAnsi="宋体" w:eastAsia="宋体" w:cs="宋体"/>
          <w:color w:val="000000"/>
        </w:rPr>
        <w:t>”中峰顶的位置（</w:t>
      </w:r>
      <w:r>
        <w:rPr>
          <w:rFonts w:ascii="Times New Roman" w:hAnsi="Times New Roman" w:eastAsia="Times New Roman" w:cs="Times New Roman"/>
          <w:i/>
          <w:color w:val="000000"/>
        </w:rPr>
        <w:t>C</w:t>
      </w:r>
      <w:r>
        <w:rPr>
          <w:rFonts w:ascii="宋体" w:hAnsi="宋体" w:eastAsia="宋体" w:cs="宋体"/>
          <w:color w:val="000000"/>
        </w:rPr>
        <w:t>的位置）是有理数</w:t>
      </w:r>
      <w:r>
        <w:rPr>
          <w:rFonts w:ascii="Times New Roman" w:hAnsi="Times New Roman" w:eastAsia="Times New Roman" w:cs="Times New Roman"/>
          <w:color w:val="000000"/>
        </w:rPr>
        <w:t>4</w:t>
      </w:r>
      <w:r>
        <w:rPr>
          <w:rFonts w:ascii="宋体" w:hAnsi="宋体" w:eastAsia="宋体" w:cs="宋体"/>
          <w:color w:val="000000"/>
        </w:rPr>
        <w:t>，那么，“峰</w:t>
      </w:r>
      <w:r>
        <w:rPr>
          <w:rFonts w:ascii="Times New Roman" w:hAnsi="Times New Roman" w:eastAsia="Times New Roman" w:cs="Times New Roman"/>
          <w:color w:val="000000"/>
        </w:rPr>
        <w:t>6</w:t>
      </w:r>
      <w:r>
        <w:rPr>
          <w:rFonts w:ascii="宋体" w:hAnsi="宋体" w:eastAsia="宋体" w:cs="宋体"/>
          <w:color w:val="000000"/>
        </w:rPr>
        <w:t>”中</w:t>
      </w:r>
      <w:r>
        <w:rPr>
          <w:rFonts w:ascii="Times New Roman" w:hAnsi="Times New Roman" w:eastAsia="Times New Roman" w:cs="Times New Roman"/>
          <w:i/>
          <w:color w:val="000000"/>
        </w:rPr>
        <w:t>C</w:t>
      </w:r>
      <w:r>
        <w:rPr>
          <w:rFonts w:ascii="宋体" w:hAnsi="宋体" w:eastAsia="宋体" w:cs="宋体"/>
          <w:color w:val="000000"/>
        </w:rPr>
        <w:t>的位置是有理数</w:t>
      </w:r>
      <w:r>
        <w:rPr>
          <w:color w:val="000000"/>
        </w:rPr>
        <w:t>________</w:t>
      </w:r>
      <w:r>
        <w:rPr>
          <w:rFonts w:ascii="宋体" w:hAnsi="宋体" w:eastAsia="宋体" w:cs="宋体"/>
          <w:color w:val="000000"/>
        </w:rPr>
        <w:t>，</w:t>
      </w:r>
      <w:r>
        <w:pict>
          <v:shape id="_x0000_i704977" o:spt="75" alt="学科网(www.zxxk.com)--教育资源门户，提供试卷、教案、课件、论文、素材以及各类教学资源下载，还有大量而丰富的教学相关资讯！" type="#_x0000_t75" style="height:13.75pt;width:33.8pt;" o:ole="t" filled="f" o:preferrelative="t" stroked="f" coordsize="21600,21600">
            <v:path/>
            <v:fill on="f" focussize="0,0"/>
            <v:stroke on="f" joinstyle="miter"/>
            <v:imagedata r:id="rId167" o:title="eqIdeecbab9de69d041ff169b907cc507279"/>
            <o:lock v:ext="edit" aspectratio="t"/>
            <w10:wrap type="none"/>
            <w10:anchorlock/>
          </v:shape>
        </w:pict>
      </w:r>
      <w:r>
        <w:rPr>
          <w:rFonts w:ascii="宋体" w:hAnsi="宋体" w:eastAsia="宋体" w:cs="宋体"/>
          <w:color w:val="000000"/>
        </w:rPr>
        <w:t>应排在</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中</w:t>
      </w:r>
      <w:r>
        <w:rPr>
          <w:color w:val="000000"/>
        </w:rPr>
        <w:t>________</w:t>
      </w:r>
      <w:r>
        <w:rPr>
          <w:rFonts w:ascii="宋体" w:hAnsi="宋体" w:eastAsia="宋体" w:cs="宋体"/>
          <w:color w:val="000000"/>
        </w:rPr>
        <w:t>的位置．</w:t>
      </w:r>
    </w:p>
    <w:p>
      <w:pPr>
        <w:spacing w:line="360" w:lineRule="auto"/>
        <w:jc w:val="both"/>
        <w:textAlignment w:val="center"/>
        <w:rPr>
          <w:color w:val="000000"/>
        </w:rPr>
      </w:pPr>
      <w:r>
        <w:rPr>
          <w:color w:val="000000"/>
        </w:rPr>
        <w:drawing>
          <wp:inline distT="0" distB="0" distL="114300" distR="114300">
            <wp:extent cx="4000500" cy="885825"/>
            <wp:effectExtent l="0" t="0" r="0" b="9525"/>
            <wp:docPr id="23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0" name="图片 100009" descr="学科网(www.zxxk.com)--教育资源门户，提供试卷、教案、课件、论文、素材以及各类教学资源下载，还有大量而丰富的教学相关资讯！"/>
                    <pic:cNvPicPr>
                      <a:picLocks noChangeAspect="1"/>
                    </pic:cNvPicPr>
                  </pic:nvPicPr>
                  <pic:blipFill>
                    <a:blip r:embed="rId168"/>
                    <a:stretch>
                      <a:fillRect/>
                    </a:stretch>
                  </pic:blipFill>
                  <pic:spPr>
                    <a:xfrm>
                      <a:off x="0" y="0"/>
                      <a:ext cx="4000500" cy="885825"/>
                    </a:xfrm>
                    <a:prstGeom prst="rect">
                      <a:avLst/>
                    </a:prstGeom>
                  </pic:spPr>
                </pic:pic>
              </a:graphicData>
            </a:graphic>
          </wp:inline>
        </w:drawing>
      </w:r>
      <w:r>
        <w:rPr>
          <w:color w:val="000000"/>
        </w:rPr>
        <w:t xml:space="preserve">  </w:t>
      </w:r>
    </w:p>
    <w:p>
      <w:pPr>
        <w:pStyle w:val="Heading2"/>
      </w:pPr>
      <w:r>
        <w:t>第四十三中学</w:t>
      </w:r>
    </w:p>
    <w:p>
      <w:pPr>
        <w:spacing w:line="360" w:lineRule="auto"/>
        <w:jc w:val="both"/>
        <w:textAlignment w:val="center"/>
        <w:rPr>
          <w:color w:val="000000"/>
        </w:rPr>
      </w:pPr>
      <w:r>
        <w:rPr>
          <w:color w:val="000000"/>
        </w:rPr>
        <w:t xml:space="preserve">18. </w:t>
      </w:r>
      <w:r>
        <w:rPr>
          <w:rFonts w:ascii="宋体" w:hAnsi="宋体" w:eastAsia="宋体" w:cs="宋体"/>
          <w:color w:val="000000"/>
        </w:rPr>
        <w:t>对连续的偶数</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排成如图的形式．将图中的十字框上下左右移动，使框住的五个数之和等于</w:t>
      </w:r>
      <w:r>
        <w:rPr>
          <w:rFonts w:ascii="Times New Roman" w:hAnsi="Times New Roman" w:eastAsia="Times New Roman" w:cs="Times New Roman"/>
          <w:color w:val="000000"/>
        </w:rPr>
        <w:t>2020</w:t>
      </w:r>
      <w:r>
        <w:rPr>
          <w:rFonts w:ascii="宋体" w:hAnsi="宋体" w:eastAsia="宋体" w:cs="宋体"/>
          <w:color w:val="000000"/>
        </w:rPr>
        <w:t>，则这五个数中位置在最中间的数是</w:t>
      </w:r>
      <w:r>
        <w:rPr>
          <w:color w:val="000000"/>
        </w:rPr>
        <w:t>________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200150" cy="1200150"/>
            <wp:effectExtent l="0" t="0" r="0" b="0"/>
            <wp:docPr id="2311"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 name="图片 100009" descr="学科网(www.zxxk.com)--教育资源门户，提供试卷、教案、课件、论文、素材以及各类教学资源下载，还有大量而丰富的教学相关资讯！"/>
                    <pic:cNvPicPr>
                      <a:picLocks noChangeAspect="1"/>
                    </pic:cNvPicPr>
                  </pic:nvPicPr>
                  <pic:blipFill>
                    <a:blip r:embed="rId169"/>
                    <a:stretch>
                      <a:fillRect/>
                    </a:stretch>
                  </pic:blipFill>
                  <pic:spPr>
                    <a:xfrm>
                      <a:off x="0" y="0"/>
                      <a:ext cx="1200150" cy="1200150"/>
                    </a:xfrm>
                    <a:prstGeom prst="rect">
                      <a:avLst/>
                    </a:prstGeom>
                  </pic:spPr>
                </pic:pic>
              </a:graphicData>
            </a:graphic>
          </wp:inline>
        </w:drawing>
      </w:r>
    </w:p>
    <w:p>
      <w:pPr>
        <w:pStyle w:val="Heading2"/>
      </w:pPr>
      <w:r>
        <w:t>西城区北京师范大学第二附属中学西城实验学校</w:t>
      </w:r>
    </w:p>
    <w:p>
      <w:pPr>
        <w:spacing w:line="360" w:lineRule="auto"/>
        <w:jc w:val="both"/>
        <w:textAlignment w:val="center"/>
        <w:rPr>
          <w:color w:val="000000"/>
        </w:rPr>
      </w:pPr>
      <w:r>
        <w:rPr>
          <w:color w:val="000000"/>
        </w:rPr>
        <w:t xml:space="preserve">16. </w:t>
      </w:r>
      <w:r>
        <w:rPr>
          <w:rFonts w:ascii="宋体" w:hAnsi="宋体" w:eastAsia="宋体" w:cs="宋体"/>
          <w:color w:val="000000"/>
        </w:rPr>
        <w:t>观察图形，探索规律．</w:t>
      </w:r>
    </w:p>
    <w:p>
      <w:pPr>
        <w:spacing w:line="360" w:lineRule="auto"/>
        <w:jc w:val="both"/>
        <w:textAlignment w:val="center"/>
        <w:rPr>
          <w:color w:val="000000"/>
        </w:rPr>
      </w:pP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是三条长度都为</w:t>
      </w:r>
      <w:r>
        <w:rPr>
          <w:rFonts w:ascii="Times New Roman" w:hAnsi="Times New Roman" w:eastAsia="Times New Roman" w:cs="Times New Roman"/>
          <w:i/>
          <w:color w:val="000000"/>
        </w:rPr>
        <w:t>a</w:t>
      </w:r>
      <w:r>
        <w:rPr>
          <w:rFonts w:ascii="宋体" w:hAnsi="宋体" w:eastAsia="宋体" w:cs="宋体"/>
          <w:color w:val="000000"/>
        </w:rPr>
        <w:t>的线段构成的小三角形；图</w:t>
      </w:r>
      <w:r>
        <w:rPr>
          <w:rFonts w:ascii="Times New Roman" w:hAnsi="Times New Roman" w:eastAsia="Times New Roman" w:cs="Times New Roman"/>
          <w:color w:val="000000"/>
        </w:rPr>
        <w:t>2</w:t>
      </w:r>
      <w:r>
        <w:rPr>
          <w:rFonts w:ascii="宋体" w:hAnsi="宋体" w:eastAsia="宋体" w:cs="宋体"/>
          <w:color w:val="000000"/>
        </w:rPr>
        <w:t>是</w:t>
      </w:r>
      <w:r>
        <w:rPr>
          <w:rFonts w:ascii="Times New Roman" w:hAnsi="Times New Roman" w:eastAsia="Times New Roman" w:cs="Times New Roman"/>
          <w:color w:val="000000"/>
        </w:rPr>
        <w:t>4</w:t>
      </w:r>
      <w:r>
        <w:rPr>
          <w:rFonts w:ascii="宋体" w:hAnsi="宋体" w:eastAsia="宋体" w:cs="宋体"/>
          <w:color w:val="000000"/>
        </w:rPr>
        <w:t>个边长都为</w:t>
      </w:r>
      <w:r>
        <w:rPr>
          <w:rFonts w:ascii="Times New Roman" w:hAnsi="Times New Roman" w:eastAsia="Times New Roman" w:cs="Times New Roman"/>
          <w:i/>
          <w:color w:val="000000"/>
        </w:rPr>
        <w:t>a</w:t>
      </w:r>
      <w:r>
        <w:rPr>
          <w:rFonts w:ascii="宋体" w:hAnsi="宋体" w:eastAsia="宋体" w:cs="宋体"/>
          <w:color w:val="000000"/>
        </w:rPr>
        <w:t>的小角形拼成的大三角形：图</w:t>
      </w:r>
      <w:r>
        <w:rPr>
          <w:rFonts w:ascii="Times New Roman" w:hAnsi="Times New Roman" w:eastAsia="Times New Roman" w:cs="Times New Roman"/>
          <w:color w:val="000000"/>
        </w:rPr>
        <w:t>3</w:t>
      </w:r>
      <w:r>
        <w:rPr>
          <w:rFonts w:ascii="宋体" w:hAnsi="宋体" w:eastAsia="宋体" w:cs="宋体"/>
          <w:color w:val="000000"/>
        </w:rPr>
        <w:t>是</w:t>
      </w:r>
      <w:r>
        <w:rPr>
          <w:rFonts w:ascii="Times New Roman" w:hAnsi="Times New Roman" w:eastAsia="Times New Roman" w:cs="Times New Roman"/>
          <w:color w:val="000000"/>
        </w:rPr>
        <w:t>9</w:t>
      </w:r>
      <w:r>
        <w:rPr>
          <w:rFonts w:ascii="宋体" w:hAnsi="宋体" w:eastAsia="宋体" w:cs="宋体"/>
          <w:color w:val="000000"/>
        </w:rPr>
        <w:t>个边长都为</w:t>
      </w:r>
      <w:r>
        <w:rPr>
          <w:rFonts w:ascii="Times New Roman" w:hAnsi="Times New Roman" w:eastAsia="Times New Roman" w:cs="Times New Roman"/>
          <w:i/>
          <w:color w:val="000000"/>
        </w:rPr>
        <w:t>a</w:t>
      </w:r>
      <w:r>
        <w:rPr>
          <w:rFonts w:ascii="宋体" w:hAnsi="宋体" w:eastAsia="宋体" w:cs="宋体"/>
          <w:color w:val="000000"/>
        </w:rPr>
        <w:t>的小三角形拼成的大三角形；图</w:t>
      </w:r>
      <w:r>
        <w:rPr>
          <w:rFonts w:ascii="Times New Roman" w:hAnsi="Times New Roman" w:eastAsia="Times New Roman" w:cs="Times New Roman"/>
          <w:color w:val="000000"/>
        </w:rPr>
        <w:t>4</w:t>
      </w:r>
      <w:r>
        <w:rPr>
          <w:rFonts w:ascii="宋体" w:hAnsi="宋体" w:eastAsia="宋体" w:cs="宋体"/>
          <w:color w:val="000000"/>
        </w:rPr>
        <w:t>是</w:t>
      </w:r>
      <w:r>
        <w:rPr>
          <w:rFonts w:ascii="Times New Roman" w:hAnsi="Times New Roman" w:eastAsia="Times New Roman" w:cs="Times New Roman"/>
          <w:color w:val="000000"/>
        </w:rPr>
        <w:t>16</w:t>
      </w:r>
      <w:r>
        <w:rPr>
          <w:rFonts w:ascii="宋体" w:hAnsi="宋体" w:eastAsia="宋体" w:cs="宋体"/>
          <w:color w:val="000000"/>
        </w:rPr>
        <w:t>个边长都为</w:t>
      </w:r>
      <w:r>
        <w:rPr>
          <w:rFonts w:ascii="Times New Roman" w:hAnsi="Times New Roman" w:eastAsia="Times New Roman" w:cs="Times New Roman"/>
          <w:i/>
          <w:color w:val="000000"/>
        </w:rPr>
        <w:t>a</w:t>
      </w:r>
      <w:r>
        <w:rPr>
          <w:rFonts w:ascii="宋体" w:hAnsi="宋体" w:eastAsia="宋体" w:cs="宋体"/>
          <w:color w:val="000000"/>
        </w:rPr>
        <w:t>的小三角形拼成的大三角形、要使拼成的大三角形的边长为</w:t>
      </w:r>
      <w:r>
        <w:pict>
          <v:shape id="_x0000_i704978"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170" o:title="eqIdad52beba3181bfc922d5c59d73a5a11a"/>
            <o:lock v:ext="edit" aspectratio="t"/>
            <w10:wrap type="none"/>
            <w10:anchorlock/>
          </v:shape>
        </w:pict>
      </w:r>
      <w:r>
        <w:rPr>
          <w:rFonts w:ascii="宋体" w:hAnsi="宋体" w:eastAsia="宋体" w:cs="宋体"/>
          <w:color w:val="000000"/>
        </w:rPr>
        <w:t>，则需要</w:t>
      </w:r>
      <w:r>
        <w:rPr>
          <w:color w:val="000000"/>
        </w:rPr>
        <w:t>__________</w:t>
      </w:r>
      <w:r>
        <w:rPr>
          <w:rFonts w:ascii="宋体" w:hAnsi="宋体" w:eastAsia="宋体" w:cs="宋体"/>
          <w:color w:val="000000"/>
        </w:rPr>
        <w:t>个边长为</w:t>
      </w:r>
      <w:r>
        <w:rPr>
          <w:rFonts w:ascii="Times New Roman" w:hAnsi="Times New Roman" w:eastAsia="Times New Roman" w:cs="Times New Roman"/>
          <w:i/>
          <w:color w:val="000000"/>
        </w:rPr>
        <w:t>a</w:t>
      </w:r>
      <w:r>
        <w:rPr>
          <w:rFonts w:ascii="宋体" w:hAnsi="宋体" w:eastAsia="宋体" w:cs="宋体"/>
          <w:color w:val="000000"/>
        </w:rPr>
        <w:t>的小三角形来拼；按此规律排列，图</w:t>
      </w:r>
      <w:r>
        <w:rPr>
          <w:rFonts w:ascii="Times New Roman" w:hAnsi="Times New Roman" w:eastAsia="Times New Roman" w:cs="Times New Roman"/>
          <w:i/>
          <w:color w:val="000000"/>
        </w:rPr>
        <w:t>n</w:t>
      </w:r>
      <w:r>
        <w:rPr>
          <w:rFonts w:ascii="宋体" w:hAnsi="宋体" w:eastAsia="宋体" w:cs="宋体"/>
          <w:color w:val="000000"/>
        </w:rPr>
        <w:t>中共有长度为</w:t>
      </w:r>
      <w:r>
        <w:rPr>
          <w:rFonts w:ascii="Times New Roman" w:hAnsi="Times New Roman" w:eastAsia="Times New Roman" w:cs="Times New Roman"/>
          <w:i/>
          <w:color w:val="000000"/>
        </w:rPr>
        <w:t>a</w:t>
      </w:r>
      <w:r>
        <w:rPr>
          <w:rFonts w:ascii="宋体" w:hAnsi="宋体" w:eastAsia="宋体" w:cs="宋体"/>
          <w:color w:val="000000"/>
        </w:rPr>
        <w:t>的线段</w:t>
      </w:r>
      <w:r>
        <w:rPr>
          <w:color w:val="000000"/>
        </w:rPr>
        <w:t>_________</w:t>
      </w:r>
      <w:r>
        <w:rPr>
          <w:rFonts w:ascii="宋体" w:hAnsi="宋体" w:eastAsia="宋体" w:cs="宋体"/>
          <w:color w:val="000000"/>
        </w:rPr>
        <w:t>条．</w:t>
      </w:r>
    </w:p>
    <w:p>
      <w:pPr>
        <w:spacing w:line="360" w:lineRule="auto"/>
        <w:jc w:val="both"/>
        <w:textAlignment w:val="center"/>
        <w:rPr>
          <w:color w:val="000000"/>
        </w:rPr>
      </w:pPr>
      <w:r>
        <w:rPr>
          <w:color w:val="000000"/>
        </w:rPr>
        <w:drawing>
          <wp:inline distT="0" distB="0" distL="114300" distR="114300">
            <wp:extent cx="3000375" cy="1000125"/>
            <wp:effectExtent l="0" t="0" r="9525" b="9525"/>
            <wp:docPr id="2313"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 name="图片 100015" descr="学科网(www.zxxk.com)--教育资源门户，提供试卷、教案、课件、论文、素材以及各类教学资源下载，还有大量而丰富的教学相关资讯！"/>
                    <pic:cNvPicPr>
                      <a:picLocks noChangeAspect="1"/>
                    </pic:cNvPicPr>
                  </pic:nvPicPr>
                  <pic:blipFill>
                    <a:blip r:embed="rId171"/>
                    <a:stretch>
                      <a:fillRect/>
                    </a:stretch>
                  </pic:blipFill>
                  <pic:spPr>
                    <a:xfrm>
                      <a:off x="0" y="0"/>
                      <a:ext cx="3000375" cy="1000125"/>
                    </a:xfrm>
                    <a:prstGeom prst="rect">
                      <a:avLst/>
                    </a:prstGeom>
                  </pic:spPr>
                </pic:pic>
              </a:graphicData>
            </a:graphic>
          </wp:inline>
        </w:drawing>
      </w:r>
      <w:r>
        <w:rPr>
          <w:color w:val="000000"/>
        </w:rPr>
        <w:t xml:space="preserve">  </w:t>
      </w:r>
    </w:p>
    <w:p>
      <w:pPr>
        <w:pStyle w:val="Heading2"/>
      </w:pPr>
      <w:r>
        <w:t>西城区第四十三中</w:t>
      </w:r>
    </w:p>
    <w:p>
      <w:pPr>
        <w:spacing w:line="360" w:lineRule="auto"/>
        <w:jc w:val="left"/>
        <w:textAlignment w:val="center"/>
        <w:rPr>
          <w:color w:val="000000"/>
        </w:rPr>
      </w:pPr>
      <w:r>
        <w:rPr>
          <w:color w:val="000000"/>
        </w:rPr>
        <w:t xml:space="preserve">18. </w:t>
      </w:r>
      <w:r>
        <w:rPr>
          <w:rFonts w:ascii="宋体" w:hAnsi="宋体" w:eastAsia="宋体" w:cs="宋体"/>
          <w:color w:val="000000"/>
        </w:rPr>
        <w:t>对连续的偶数</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排成如右图的形式</w:t>
      </w:r>
      <w:r>
        <w:rPr>
          <w:rFonts w:ascii="Times New Roman" w:hAnsi="Times New Roman" w:eastAsia="Times New Roman" w:cs="Times New Roman"/>
          <w:color w:val="000000"/>
        </w:rPr>
        <w:t>.</w:t>
      </w:r>
      <w:r>
        <w:rPr>
          <w:rFonts w:ascii="宋体" w:hAnsi="宋体" w:eastAsia="宋体" w:cs="宋体"/>
          <w:color w:val="000000"/>
        </w:rPr>
        <w:t>将图中的十字框上下左右移动，使框住的五个数之和等于</w:t>
      </w:r>
      <w:r>
        <w:pict>
          <v:shape id="_x0000_i704979" o:spt="75" alt="学科网(www.zxxk.com)--教育资源门户，提供试卷、教案、课件、论文、素材以及各类教学资源下载，还有大量而丰富的教学相关资讯！" type="#_x0000_t75" style="height:13.8pt;width:28.2pt;" o:ole="t" filled="f" o:preferrelative="t" stroked="f" coordsize="21600,21600">
            <v:path/>
            <v:fill on="f" focussize="0,0"/>
            <v:stroke on="f" joinstyle="miter"/>
            <v:imagedata r:id="rId172" o:title="eqId701554763bdbbf2689a8dae07608da38"/>
            <o:lock v:ext="edit" aspectratio="t"/>
            <w10:wrap type="none"/>
            <w10:anchorlock/>
          </v:shape>
        </w:pict>
      </w:r>
      <w:r>
        <w:rPr>
          <w:rFonts w:ascii="宋体" w:hAnsi="宋体" w:eastAsia="宋体" w:cs="宋体"/>
          <w:color w:val="000000"/>
        </w:rPr>
        <w:t>，则这五个数中位置在最中间的数是</w:t>
      </w:r>
      <w:r>
        <w:rPr>
          <w:color w:val="000000"/>
        </w:rPr>
        <w:t>______</w:t>
      </w:r>
      <w:r>
        <w:rPr>
          <w:rFonts w:ascii="宋体" w:hAnsi="宋体" w:eastAsia="宋体" w:cs="宋体"/>
          <w:color w:val="000000"/>
        </w:rPr>
        <w:t>．</w:t>
      </w:r>
    </w:p>
    <w:tbl>
      <w:tblPr>
        <w:tblStyle w:val="4"/>
        <w:tblW w:w="45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15"/>
        <w:gridCol w:w="915"/>
        <w:gridCol w:w="915"/>
        <w:gridCol w:w="915"/>
        <w:gridCol w:w="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W w:w="9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W w:w="9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w:t>
            </w:r>
          </w:p>
        </w:tc>
        <w:tc>
          <w:tcPr>
            <w:tcW w:w="915" w:type="dxa"/>
            <w:tcBorders>
              <w:top w:val="single" w:color="000000" w:sz="6" w:space="0"/>
              <w:left w:val="single" w:color="000000" w:sz="6" w:space="0"/>
              <w:bottom w:val="single" w:color="000000" w:sz="12"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w:t>
            </w:r>
          </w:p>
        </w:tc>
        <w:tc>
          <w:tcPr>
            <w:tcW w:w="9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w:t>
            </w:r>
          </w:p>
        </w:tc>
        <w:tc>
          <w:tcPr>
            <w:tcW w:w="9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W w:w="9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12</w:t>
            </w:r>
          </w:p>
        </w:tc>
        <w:tc>
          <w:tcPr>
            <w:tcW w:w="915" w:type="dxa"/>
            <w:tcBorders>
              <w:top w:val="single" w:color="000000" w:sz="6" w:space="0"/>
              <w:left w:val="single" w:color="000000" w:sz="6" w:space="0"/>
              <w:bottom w:val="single" w:color="000000" w:sz="12" w:space="0"/>
              <w:right w:val="single" w:color="000000" w:sz="12"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14</w:t>
            </w:r>
          </w:p>
        </w:tc>
        <w:tc>
          <w:tcPr>
            <w:tcW w:w="915" w:type="dxa"/>
            <w:tcBorders>
              <w:top w:val="single" w:color="000000" w:sz="12" w:space="0"/>
              <w:left w:val="single" w:color="000000" w:sz="12" w:space="0"/>
              <w:bottom w:val="single" w:color="000000" w:sz="6" w:space="0"/>
              <w:right w:val="single" w:color="000000" w:sz="12"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16</w:t>
            </w:r>
          </w:p>
        </w:tc>
        <w:tc>
          <w:tcPr>
            <w:tcW w:w="915" w:type="dxa"/>
            <w:tcBorders>
              <w:top w:val="single" w:color="000000" w:sz="6" w:space="0"/>
              <w:left w:val="single" w:color="000000" w:sz="12" w:space="0"/>
              <w:bottom w:val="single" w:color="000000" w:sz="12"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18</w:t>
            </w:r>
          </w:p>
        </w:tc>
        <w:tc>
          <w:tcPr>
            <w:tcW w:w="9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W w:w="915" w:type="dxa"/>
            <w:tcBorders>
              <w:top w:val="single" w:color="000000" w:sz="6" w:space="0"/>
              <w:left w:val="single" w:color="000000" w:sz="6" w:space="0"/>
              <w:bottom w:val="single" w:color="000000" w:sz="6" w:space="0"/>
              <w:right w:val="single" w:color="000000" w:sz="12"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22</w:t>
            </w:r>
          </w:p>
        </w:tc>
        <w:tc>
          <w:tcPr>
            <w:tcW w:w="915" w:type="dxa"/>
            <w:tcBorders>
              <w:top w:val="single" w:color="000000" w:sz="12" w:space="0"/>
              <w:left w:val="single" w:color="000000" w:sz="12" w:space="0"/>
              <w:bottom w:val="single" w:color="000000" w:sz="12"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24</w:t>
            </w:r>
          </w:p>
        </w:tc>
        <w:tc>
          <w:tcPr>
            <w:tcW w:w="9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26</w:t>
            </w:r>
          </w:p>
        </w:tc>
        <w:tc>
          <w:tcPr>
            <w:tcW w:w="915" w:type="dxa"/>
            <w:tcBorders>
              <w:top w:val="single" w:color="000000" w:sz="12" w:space="0"/>
              <w:left w:val="single" w:color="000000" w:sz="6" w:space="0"/>
              <w:bottom w:val="single" w:color="000000" w:sz="12" w:space="0"/>
              <w:right w:val="single" w:color="000000" w:sz="12"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28</w:t>
            </w:r>
          </w:p>
        </w:tc>
        <w:tc>
          <w:tcPr>
            <w:tcW w:w="915" w:type="dxa"/>
            <w:tcBorders>
              <w:top w:val="single" w:color="000000" w:sz="6" w:space="0"/>
              <w:left w:val="single" w:color="000000" w:sz="12"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W w:w="9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32</w:t>
            </w:r>
          </w:p>
        </w:tc>
        <w:tc>
          <w:tcPr>
            <w:tcW w:w="915" w:type="dxa"/>
            <w:tcBorders>
              <w:top w:val="single" w:color="000000" w:sz="12" w:space="0"/>
              <w:left w:val="single" w:color="000000" w:sz="6" w:space="0"/>
              <w:bottom w:val="single" w:color="000000" w:sz="6" w:space="0"/>
              <w:right w:val="single" w:color="000000" w:sz="12"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34</w:t>
            </w:r>
          </w:p>
        </w:tc>
        <w:tc>
          <w:tcPr>
            <w:tcW w:w="915" w:type="dxa"/>
            <w:tcBorders>
              <w:top w:val="single" w:color="000000" w:sz="6" w:space="0"/>
              <w:left w:val="single" w:color="000000" w:sz="12" w:space="0"/>
              <w:bottom w:val="single" w:color="000000" w:sz="12" w:space="0"/>
              <w:right w:val="single" w:color="000000" w:sz="12"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36</w:t>
            </w:r>
          </w:p>
        </w:tc>
        <w:tc>
          <w:tcPr>
            <w:tcW w:w="915" w:type="dxa"/>
            <w:tcBorders>
              <w:top w:val="single" w:color="000000" w:sz="12" w:space="0"/>
              <w:left w:val="single" w:color="000000" w:sz="12"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38</w:t>
            </w:r>
          </w:p>
        </w:tc>
        <w:tc>
          <w:tcPr>
            <w:tcW w:w="9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W w:w="9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w:t>
            </w:r>
          </w:p>
        </w:tc>
        <w:tc>
          <w:tcPr>
            <w:tcW w:w="9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w:t>
            </w:r>
          </w:p>
        </w:tc>
        <w:tc>
          <w:tcPr>
            <w:tcW w:w="915" w:type="dxa"/>
            <w:tcBorders>
              <w:top w:val="single" w:color="000000" w:sz="12"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W w:w="9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W w:w="9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r>
    </w:tbl>
    <w:p>
      <w:pPr>
        <w:pStyle w:val="Heading2"/>
      </w:pPr>
      <w:r>
        <w:t>通州区</w:t>
      </w:r>
    </w:p>
    <w:p>
      <w:pPr>
        <w:spacing w:line="360" w:lineRule="auto"/>
        <w:jc w:val="left"/>
        <w:textAlignment w:val="center"/>
        <w:rPr>
          <w:color w:val="000000"/>
        </w:rPr>
      </w:pPr>
      <w:r>
        <w:rPr>
          <w:color w:val="000000"/>
        </w:rPr>
        <w:t xml:space="preserve">20. </w:t>
      </w:r>
      <w:r>
        <w:rPr>
          <w:rFonts w:ascii="宋体" w:hAnsi="宋体" w:eastAsia="宋体" w:cs="宋体"/>
          <w:color w:val="000000"/>
        </w:rPr>
        <w:t>按下面的程序计算，若开始输入的值</w:t>
      </w:r>
      <w:r>
        <w:rPr>
          <w:rFonts w:ascii="Times New Roman" w:hAnsi="Times New Roman" w:eastAsia="Times New Roman" w:cs="Times New Roman"/>
          <w:i/>
          <w:color w:val="000000"/>
        </w:rPr>
        <w:t>x</w:t>
      </w:r>
      <w:r>
        <w:rPr>
          <w:rFonts w:ascii="宋体" w:hAnsi="宋体" w:eastAsia="宋体" w:cs="宋体"/>
          <w:color w:val="000000"/>
        </w:rPr>
        <w:t>为正整数，最后输出的结果为</w:t>
      </w:r>
      <w:r>
        <w:rPr>
          <w:rFonts w:ascii="Times New Roman" w:hAnsi="Times New Roman" w:eastAsia="Times New Roman" w:cs="Times New Roman"/>
          <w:color w:val="000000"/>
        </w:rPr>
        <w:t>45</w:t>
      </w:r>
      <w:r>
        <w:rPr>
          <w:rFonts w:ascii="宋体" w:hAnsi="宋体" w:eastAsia="宋体" w:cs="宋体"/>
          <w:color w:val="000000"/>
        </w:rPr>
        <w:t>，则满足条件的</w:t>
      </w:r>
      <w:r>
        <w:rPr>
          <w:rFonts w:ascii="Times New Roman" w:hAnsi="Times New Roman" w:eastAsia="Times New Roman" w:cs="Times New Roman"/>
          <w:i/>
          <w:color w:val="000000"/>
        </w:rPr>
        <w:t>x</w:t>
      </w:r>
      <w:r>
        <w:rPr>
          <w:rFonts w:ascii="宋体" w:hAnsi="宋体" w:eastAsia="宋体" w:cs="宋体"/>
          <w:color w:val="000000"/>
        </w:rPr>
        <w:t>的所有值是</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047875" cy="1943100"/>
            <wp:effectExtent l="0" t="0" r="9525" b="0"/>
            <wp:docPr id="231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 name="图片 100005" descr="学科网(www.zxxk.com)--教育资源门户，提供试卷、教案、课件、论文、素材以及各类教学资源下载，还有大量而丰富的教学相关资讯！"/>
                    <pic:cNvPicPr>
                      <a:picLocks noChangeAspect="1"/>
                    </pic:cNvPicPr>
                  </pic:nvPicPr>
                  <pic:blipFill>
                    <a:blip r:embed="rId173"/>
                    <a:stretch>
                      <a:fillRect/>
                    </a:stretch>
                  </pic:blipFill>
                  <pic:spPr>
                    <a:xfrm>
                      <a:off x="0" y="0"/>
                      <a:ext cx="2047875" cy="1943100"/>
                    </a:xfrm>
                    <a:prstGeom prst="rect">
                      <a:avLst/>
                    </a:prstGeom>
                  </pic:spPr>
                </pic:pic>
              </a:graphicData>
            </a:graphic>
          </wp:inline>
        </w:drawing>
      </w:r>
      <w:r>
        <w:rPr>
          <w:color w:val="000000"/>
        </w:rPr>
        <w:t xml:space="preserve">  </w:t>
      </w:r>
    </w:p>
    <w:p>
      <w:pPr>
        <w:pStyle w:val="Heading1"/>
      </w:pPr>
      <w:r>
        <w:t>期末</w:t>
      </w:r>
    </w:p>
    <w:p>
      <w:pPr>
        <w:pStyle w:val="Heading2"/>
      </w:pPr>
      <w:r>
        <w:t>东城区</w:t>
      </w:r>
    </w:p>
    <w:p>
      <w:pPr>
        <w:spacing w:line="360" w:lineRule="auto"/>
        <w:jc w:val="left"/>
        <w:textAlignment w:val="center"/>
        <w:rPr>
          <w:color w:val="000000"/>
        </w:rPr>
      </w:pPr>
      <w:r>
        <w:rPr>
          <w:color w:val="000000"/>
        </w:rPr>
        <w:t xml:space="preserve">18. </w:t>
      </w:r>
      <w:r>
        <w:rPr>
          <w:rFonts w:ascii="宋体" w:hAnsi="宋体" w:eastAsia="宋体" w:cs="宋体"/>
          <w:color w:val="000000"/>
        </w:rPr>
        <w:t>对于个位数字不为零的任意三位数</w:t>
      </w:r>
      <w:r>
        <w:pict>
          <v:shape id="_x0000_i704980"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74" o:title="eqIdac047e91852b91af639feec23a9598b2"/>
            <o:lock v:ext="edit" aspectratio="t"/>
            <w10:wrap type="none"/>
            <w10:anchorlock/>
          </v:shape>
        </w:pict>
      </w:r>
      <w:r>
        <w:rPr>
          <w:rFonts w:ascii="宋体" w:hAnsi="宋体" w:eastAsia="宋体" w:cs="宋体"/>
          <w:color w:val="000000"/>
        </w:rPr>
        <w:t>，将其个位数字与百位数字对调得到</w:t>
      </w:r>
      <w:r>
        <w:pict>
          <v:shape id="_x0000_i704981" o:spt="75" alt="学科网(www.zxxk.com)--教育资源门户，提供试卷、教案、课件、论文、素材以及各类教学资源下载，还有大量而丰富的教学相关资讯！" type="#_x0000_t75" style="height:12.9pt;width:18.8pt;" o:ole="t" filled="f" o:preferrelative="t" stroked="f" coordsize="21600,21600">
            <v:path/>
            <v:fill on="f" focussize="0,0"/>
            <v:stroke on="f" joinstyle="miter"/>
            <v:imagedata r:id="rId175" o:title="eqId1da895d8bd043625a0839128252130d9"/>
            <o:lock v:ext="edit" aspectratio="t"/>
            <w10:wrap type="none"/>
            <w10:anchorlock/>
          </v:shape>
        </w:pict>
      </w:r>
      <w:r>
        <w:rPr>
          <w:rFonts w:ascii="宋体" w:hAnsi="宋体" w:eastAsia="宋体" w:cs="宋体"/>
          <w:color w:val="000000"/>
        </w:rPr>
        <w:t>，则称</w:t>
      </w:r>
      <w:r>
        <w:pict>
          <v:shape id="_x0000_i704982" o:spt="75" alt="学科网(www.zxxk.com)--教育资源门户，提供试卷、教案、课件、论文、素材以及各类教学资源下载，还有大量而丰富的教学相关资讯！" type="#_x0000_t75" style="height:12.9pt;width:18.8pt;" o:ole="t" filled="f" o:preferrelative="t" stroked="f" coordsize="21600,21600">
            <v:path/>
            <v:fill on="f" focussize="0,0"/>
            <v:stroke on="f" joinstyle="miter"/>
            <v:imagedata r:id="rId175" o:title="eqId1da895d8bd043625a0839128252130d9"/>
            <o:lock v:ext="edit" aspectratio="t"/>
            <w10:wrap type="none"/>
            <w10:anchorlock/>
          </v:shape>
        </w:pict>
      </w:r>
      <w:r>
        <w:rPr>
          <w:rFonts w:ascii="宋体" w:hAnsi="宋体" w:eastAsia="宋体" w:cs="宋体"/>
          <w:color w:val="000000"/>
        </w:rPr>
        <w:t>为</w:t>
      </w:r>
      <w:r>
        <w:pict>
          <v:shape id="_x0000_i704983"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74" o:title="eqIdac047e91852b91af639feec23a9598b2"/>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倒序数</w:t>
      </w:r>
      <w:r>
        <w:rPr>
          <w:rFonts w:ascii="Times New Roman" w:hAnsi="Times New Roman" w:eastAsia="Times New Roman" w:cs="Times New Roman"/>
          <w:color w:val="000000"/>
        </w:rPr>
        <w:t>”</w:t>
      </w:r>
      <w:r>
        <w:rPr>
          <w:rFonts w:ascii="宋体" w:hAnsi="宋体" w:eastAsia="宋体" w:cs="宋体"/>
          <w:color w:val="000000"/>
        </w:rPr>
        <w:t>，将一个数与它的</w:t>
      </w:r>
      <w:r>
        <w:rPr>
          <w:rFonts w:ascii="Times New Roman" w:hAnsi="Times New Roman" w:eastAsia="Times New Roman" w:cs="Times New Roman"/>
          <w:color w:val="000000"/>
        </w:rPr>
        <w:t>“</w:t>
      </w:r>
      <w:r>
        <w:rPr>
          <w:rFonts w:ascii="宋体" w:hAnsi="宋体" w:eastAsia="宋体" w:cs="宋体"/>
          <w:color w:val="000000"/>
        </w:rPr>
        <w:t>倒序数</w:t>
      </w:r>
      <w:r>
        <w:rPr>
          <w:rFonts w:ascii="Times New Roman" w:hAnsi="Times New Roman" w:eastAsia="Times New Roman" w:cs="Times New Roman"/>
          <w:color w:val="000000"/>
        </w:rPr>
        <w:t>”</w:t>
      </w:r>
      <w:r>
        <w:rPr>
          <w:rFonts w:ascii="宋体" w:hAnsi="宋体" w:eastAsia="宋体" w:cs="宋体"/>
          <w:color w:val="000000"/>
        </w:rPr>
        <w:t>的差的绝对值与</w:t>
      </w:r>
      <w:r>
        <w:rPr>
          <w:rFonts w:ascii="Times New Roman" w:hAnsi="Times New Roman" w:eastAsia="Times New Roman" w:cs="Times New Roman"/>
          <w:color w:val="000000"/>
        </w:rPr>
        <w:t>99</w:t>
      </w:r>
      <w:r>
        <w:rPr>
          <w:rFonts w:ascii="宋体" w:hAnsi="宋体" w:eastAsia="宋体" w:cs="宋体"/>
          <w:color w:val="000000"/>
        </w:rPr>
        <w:t>的商记为</w:t>
      </w:r>
      <w:r>
        <w:pict>
          <v:shape id="_x0000_i704984" o:spt="75" alt="学科网(www.zxxk.com)--教育资源门户，提供试卷、教案、课件、论文、素材以及各类教学资源下载，还有大量而丰富的教学相关资讯！" type="#_x0000_t75" style="height:20pt;width:23.5pt;" o:ole="t" filled="f" o:preferrelative="t" stroked="f" coordsize="21600,21600">
            <v:path/>
            <v:fill on="f" focussize="0,0"/>
            <v:stroke on="f" joinstyle="miter"/>
            <v:imagedata r:id="rId176" o:title="eqIde1065be48be7778b6d986d5ec5e46329"/>
            <o:lock v:ext="edit" aspectratio="t"/>
            <w10:wrap type="none"/>
            <w10:anchorlock/>
          </v:shape>
        </w:pict>
      </w:r>
      <w:r>
        <w:rPr>
          <w:rFonts w:ascii="宋体" w:hAnsi="宋体" w:eastAsia="宋体" w:cs="宋体"/>
          <w:color w:val="000000"/>
        </w:rPr>
        <w:t>．例如</w:t>
      </w:r>
      <w:r>
        <w:rPr>
          <w:rFonts w:ascii="Times New Roman" w:hAnsi="Times New Roman" w:eastAsia="Times New Roman" w:cs="Times New Roman"/>
          <w:color w:val="000000"/>
        </w:rPr>
        <w:t>523</w:t>
      </w:r>
      <w:r>
        <w:rPr>
          <w:rFonts w:ascii="宋体" w:hAnsi="宋体" w:eastAsia="宋体" w:cs="宋体"/>
          <w:color w:val="000000"/>
        </w:rPr>
        <w:t>为</w:t>
      </w:r>
      <w:r>
        <w:rPr>
          <w:rFonts w:ascii="Times New Roman" w:hAnsi="Times New Roman" w:eastAsia="Times New Roman" w:cs="Times New Roman"/>
          <w:color w:val="000000"/>
        </w:rPr>
        <w:t>325</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倒序数</w:t>
      </w:r>
      <w:r>
        <w:rPr>
          <w:rFonts w:ascii="Times New Roman" w:hAnsi="Times New Roman" w:eastAsia="Times New Roman" w:cs="Times New Roman"/>
          <w:color w:val="000000"/>
        </w:rPr>
        <w:t>”</w:t>
      </w:r>
      <w:r>
        <w:rPr>
          <w:rFonts w:ascii="宋体" w:hAnsi="宋体" w:eastAsia="宋体" w:cs="宋体"/>
          <w:color w:val="000000"/>
        </w:rPr>
        <w:t>，</w:t>
      </w:r>
      <w:r>
        <w:pict>
          <v:shape id="_x0000_i704985" o:spt="75" alt="学科网(www.zxxk.com)--教育资源门户，提供试卷、教案、课件、论文、素材以及各类教学资源下载，还有大量而丰富的教学相关资讯！" type="#_x0000_t75" style="height:32.5pt;width:108.5pt;" o:ole="t" filled="f" o:preferrelative="t" stroked="f" coordsize="21600,21600">
            <v:path/>
            <v:fill on="f" focussize="0,0"/>
            <v:stroke on="f" joinstyle="miter"/>
            <v:imagedata r:id="rId177" o:title="eqId7b86692eb99734985de4ea37c969a74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pict>
          <v:shape id="_x0000_i704986" o:spt="75" alt="学科网(www.zxxk.com)--教育资源门户，提供试卷、教案、课件、论文、素材以及各类教学资源下载，还有大量而丰富的教学相关资讯！" type="#_x0000_t75" style="height:21pt;width:36.75pt;" o:ole="t" filled="f" o:preferrelative="t" stroked="f" coordsize="21600,21600">
            <v:path/>
            <v:fill on="f" focussize="0,0"/>
            <v:stroke on="f" joinstyle="miter"/>
            <v:imagedata r:id="rId178" o:title="eqId39c79241324536946f9ab63a220b54cf"/>
            <o:lock v:ext="edit" aspectratio="t"/>
            <w10:wrap type="none"/>
            <w10:anchorlock/>
          </v:shape>
        </w:pic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）对于任意三位数</w:t>
      </w:r>
      <w:r>
        <w:pict>
          <v:shape id="_x0000_i704987" o:spt="75" alt="学科网(www.zxxk.com)--教育资源门户，提供试卷、教案、课件、论文、素材以及各类教学资源下载，还有大量而丰富的教学相关资讯！" type="#_x0000_t75" style="height:17.25pt;width:21pt;" o:ole="t" filled="f" o:preferrelative="t" stroked="f" coordsize="21600,21600">
            <v:path/>
            <v:fill on="f" focussize="0,0"/>
            <v:stroke on="f" joinstyle="miter"/>
            <v:imagedata r:id="rId179" o:title="eqIda675d752761f68640cb84085823063bf"/>
            <o:lock v:ext="edit" aspectratio="t"/>
            <w10:wrap type="none"/>
            <w10:anchorlock/>
          </v:shape>
        </w:pict>
      </w:r>
      <w:r>
        <w:rPr>
          <w:rFonts w:ascii="宋体" w:hAnsi="宋体" w:eastAsia="宋体" w:cs="宋体"/>
          <w:color w:val="000000"/>
        </w:rPr>
        <w:t>满足：</w:t>
      </w:r>
      <w:r>
        <w:pict>
          <v:shape id="_x0000_i704988" o:spt="75" alt="学科网(www.zxxk.com)--教育资源门户，提供试卷、教案、课件、论文、素材以及各类教学资源下载，还有大量而丰富的教学相关资讯！" type="#_x0000_t75" style="height:21pt;width:52.5pt;" o:ole="t" filled="f" o:preferrelative="t" stroked="f" coordsize="21600,21600">
            <v:path/>
            <v:fill on="f" focussize="0,0"/>
            <v:stroke on="f" joinstyle="miter"/>
            <v:imagedata r:id="rId180" o:title="eqId3b426cc47395d96395d634cc318f6b39"/>
            <o:lock v:ext="edit" aspectratio="t"/>
            <w10:wrap type="none"/>
            <w10:anchorlock/>
          </v:shape>
        </w:pict>
      </w:r>
      <w:r>
        <w:rPr>
          <w:rFonts w:ascii="宋体" w:hAnsi="宋体" w:eastAsia="宋体" w:cs="宋体"/>
          <w:color w:val="000000"/>
        </w:rPr>
        <w:t>的值是</w:t>
      </w:r>
      <w:r>
        <w:rPr>
          <w:color w:val="000000"/>
        </w:rPr>
        <w:t>_______</w:t>
      </w:r>
      <w:r>
        <w:rPr>
          <w:rFonts w:ascii="宋体" w:hAnsi="宋体" w:eastAsia="宋体" w:cs="宋体"/>
          <w:color w:val="000000"/>
        </w:rPr>
        <w:t>．</w:t>
      </w:r>
    </w:p>
    <w:p>
      <w:pPr>
        <w:pStyle w:val="Heading2"/>
      </w:pPr>
      <w:r>
        <w:t>中国人民大学附属中学</w:t>
      </w:r>
    </w:p>
    <w:p>
      <w:pPr>
        <w:spacing w:line="360" w:lineRule="auto"/>
        <w:jc w:val="left"/>
        <w:textAlignment w:val="center"/>
        <w:rPr>
          <w:color w:val="000000"/>
        </w:rPr>
      </w:pPr>
      <w:r>
        <w:rPr>
          <w:color w:val="000000"/>
        </w:rPr>
        <w:t xml:space="preserve">16. </w:t>
      </w:r>
      <w:r>
        <w:rPr>
          <w:rFonts w:ascii="宋体" w:hAnsi="宋体" w:eastAsia="宋体" w:cs="宋体"/>
          <w:color w:val="000000"/>
        </w:rPr>
        <w:t>互不重合的三个点</w:t>
      </w:r>
      <w:r>
        <w:pict>
          <v:shape id="_x0000_i70498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81" o:title="eqId5963abe8f421bd99a2aaa94831a951e9"/>
            <o:lock v:ext="edit" aspectratio="t"/>
            <w10:wrap type="none"/>
            <w10:anchorlock/>
          </v:shape>
        </w:pict>
      </w:r>
      <w:r>
        <w:rPr>
          <w:rFonts w:ascii="宋体" w:hAnsi="宋体" w:eastAsia="宋体" w:cs="宋体"/>
          <w:color w:val="000000"/>
        </w:rPr>
        <w:t>，</w:t>
      </w:r>
      <w:r>
        <w:pict>
          <v:shape id="_x0000_i70499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82" o:title="eqId7f9e8449aad35c5d840a3395ea86df6d"/>
            <o:lock v:ext="edit" aspectratio="t"/>
            <w10:wrap type="none"/>
            <w10:anchorlock/>
          </v:shape>
        </w:pict>
      </w:r>
      <w:r>
        <w:rPr>
          <w:rFonts w:ascii="宋体" w:hAnsi="宋体" w:eastAsia="宋体" w:cs="宋体"/>
          <w:color w:val="000000"/>
        </w:rPr>
        <w:t>，</w:t>
      </w:r>
      <w:r>
        <w:pict>
          <v:shape id="_x0000_i70499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83" o:title="eqIdc5db41a1f31d6baee7c69990811edb9f"/>
            <o:lock v:ext="edit" aspectratio="t"/>
            <w10:wrap type="none"/>
            <w10:anchorlock/>
          </v:shape>
        </w:pict>
      </w:r>
      <w:r>
        <w:rPr>
          <w:rFonts w:ascii="宋体" w:hAnsi="宋体" w:eastAsia="宋体" w:cs="宋体"/>
          <w:color w:val="000000"/>
        </w:rPr>
        <w:t>均在数轴上，已知</w:t>
      </w:r>
      <w:r>
        <w:pict>
          <v:shape id="_x0000_i704992" o:spt="75" alt="学科网(www.zxxk.com)--教育资源门户，提供试卷、教案、课件、论文、素材以及各类教学资源下载，还有大量而丰富的教学相关资讯！" type="#_x0000_t75" style="height:12.6pt;width:33.6pt;" o:ole="t" filled="f" o:preferrelative="t" stroked="f" coordsize="21600,21600">
            <v:path/>
            <v:fill on="f" focussize="0,0"/>
            <v:stroke on="f" joinstyle="miter"/>
            <v:imagedata r:id="rId184" o:title="eqId6d42e97eee705d164e6ac6de9ecd6d1f"/>
            <o:lock v:ext="edit" aspectratio="t"/>
            <w10:wrap type="none"/>
            <w10:anchorlock/>
          </v:shape>
        </w:pict>
      </w:r>
      <w:r>
        <w:rPr>
          <w:rFonts w:ascii="宋体" w:hAnsi="宋体" w:eastAsia="宋体" w:cs="宋体"/>
          <w:color w:val="000000"/>
        </w:rPr>
        <w:t>，</w:t>
      </w:r>
      <w:r>
        <w:pict>
          <v:shape id="_x0000_i704993"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185" o:title="eqIda4a88b719166fcc1431f876bc8c5656c"/>
            <o:lock v:ext="edit" aspectratio="t"/>
            <w10:wrap type="none"/>
            <w10:anchorlock/>
          </v:shape>
        </w:pict>
      </w:r>
      <w:r>
        <w:rPr>
          <w:rFonts w:ascii="宋体" w:hAnsi="宋体" w:eastAsia="宋体" w:cs="宋体"/>
          <w:color w:val="000000"/>
        </w:rPr>
        <w:t>，</w:t>
      </w:r>
      <w:r>
        <w:pict>
          <v:shape id="_x0000_i704994"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186" o:title="eqIdda01f682d1d4e5dd24bd26ec18540b4b"/>
            <o:lock v:ext="edit" aspectratio="t"/>
            <w10:wrap type="none"/>
            <w10:anchorlock/>
          </v:shape>
        </w:pict>
      </w:r>
      <w:r>
        <w:rPr>
          <w:rFonts w:ascii="宋体" w:hAnsi="宋体" w:eastAsia="宋体" w:cs="宋体"/>
          <w:color w:val="000000"/>
        </w:rPr>
        <w:t>，给出下列说法：</w:t>
      </w:r>
    </w:p>
    <w:p>
      <w:pPr>
        <w:spacing w:line="360" w:lineRule="auto"/>
        <w:jc w:val="left"/>
        <w:textAlignment w:val="center"/>
        <w:rPr>
          <w:color w:val="000000"/>
        </w:rPr>
      </w:pPr>
      <w:r>
        <w:rPr>
          <w:rFonts w:ascii="宋体" w:hAnsi="宋体" w:eastAsia="宋体" w:cs="宋体"/>
          <w:color w:val="000000"/>
        </w:rPr>
        <w:t>①若点</w:t>
      </w:r>
      <w:r>
        <w:pict>
          <v:shape id="_x0000_i704995"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87" o:title="eqId5963abe8f421bd99a2aaa94831a951e9"/>
            <o:lock v:ext="edit" aspectratio="t"/>
            <w10:wrap type="none"/>
            <w10:anchorlock/>
          </v:shape>
        </w:pict>
      </w:r>
      <w:r>
        <w:rPr>
          <w:rFonts w:ascii="宋体" w:hAnsi="宋体" w:eastAsia="宋体" w:cs="宋体"/>
          <w:color w:val="000000"/>
        </w:rPr>
        <w:t>表示的数为</w:t>
      </w:r>
      <w:r>
        <w:pict>
          <v:shape id="_x0000_i704996"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188" o:title="eqIdbdaa19de263700a15fcf213d64a8cd57"/>
            <o:lock v:ext="edit" aspectratio="t"/>
            <w10:wrap type="none"/>
            <w10:anchorlock/>
          </v:shape>
        </w:pict>
      </w:r>
      <w:r>
        <w:rPr>
          <w:rFonts w:ascii="宋体" w:hAnsi="宋体" w:eastAsia="宋体" w:cs="宋体"/>
          <w:color w:val="000000"/>
        </w:rPr>
        <w:t>，点</w:t>
      </w:r>
      <w:r>
        <w:pict>
          <v:shape id="_x0000_i70499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89" o:title="eqId7f9e8449aad35c5d840a3395ea86df6d"/>
            <o:lock v:ext="edit" aspectratio="t"/>
            <w10:wrap type="none"/>
            <w10:anchorlock/>
          </v:shape>
        </w:pict>
      </w:r>
      <w:r>
        <w:rPr>
          <w:rFonts w:ascii="宋体" w:hAnsi="宋体" w:eastAsia="宋体" w:cs="宋体"/>
          <w:color w:val="000000"/>
        </w:rPr>
        <w:t>表示的数为</w:t>
      </w:r>
      <w:r>
        <w:pict>
          <v:shape id="_x0000_i704998"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190" o:title="eqIdb8860d9787671b53b1ab68b3d526f5ca"/>
            <o:lock v:ext="edit" aspectratio="t"/>
            <w10:wrap type="none"/>
            <w10:anchorlock/>
          </v:shape>
        </w:pict>
      </w:r>
      <w:r>
        <w:rPr>
          <w:rFonts w:ascii="宋体" w:hAnsi="宋体" w:eastAsia="宋体" w:cs="宋体"/>
          <w:color w:val="000000"/>
        </w:rPr>
        <w:t>，点</w:t>
      </w:r>
      <w:r>
        <w:pict>
          <v:shape id="_x0000_i70499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91" o:title="eqIdc5db41a1f31d6baee7c69990811edb9f"/>
            <o:lock v:ext="edit" aspectratio="t"/>
            <w10:wrap type="none"/>
            <w10:anchorlock/>
          </v:shape>
        </w:pict>
      </w:r>
      <w:r>
        <w:rPr>
          <w:rFonts w:ascii="宋体" w:hAnsi="宋体" w:eastAsia="宋体" w:cs="宋体"/>
          <w:color w:val="000000"/>
        </w:rPr>
        <w:t>表示的数为</w:t>
      </w:r>
      <w:r>
        <w:pict>
          <v:shape id="_x0000_i705000"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192" o:title="eqId8b06e95b57b7a81cd81d05557a11fa92"/>
            <o:lock v:ext="edit" aspectratio="t"/>
            <w10:wrap type="none"/>
            <w10:anchorlock/>
          </v:shape>
        </w:pict>
      </w:r>
      <w:r>
        <w:rPr>
          <w:rFonts w:ascii="宋体" w:hAnsi="宋体" w:eastAsia="宋体" w:cs="宋体"/>
          <w:color w:val="000000"/>
        </w:rPr>
        <w:t>，则</w:t>
      </w:r>
      <w:r>
        <w:pict>
          <v:shape id="_x0000_i705001" o:spt="75" alt="学科网(www.zxxk.com)--教育资源门户，提供试卷、教案、课件、论文、素材以及各类教学资源下载，还有大量而丰富的教学相关资讯！" type="#_x0000_t75" style="height:13.95pt;width:45pt;" o:ole="t" filled="f" o:preferrelative="t" stroked="f" coordsize="21600,21600">
            <v:path/>
            <v:fill on="f" focussize="0,0"/>
            <v:stroke on="f" joinstyle="miter"/>
            <v:imagedata r:id="rId193" o:title="eqIdd72516748889a6f52aefb3d40e674cbd"/>
            <o:lock v:ext="edit" aspectratio="t"/>
            <w10:wrap type="none"/>
            <w10:anchorlock/>
          </v:shape>
        </w:pict>
      </w:r>
      <w:r>
        <w:rPr>
          <w:rFonts w:ascii="宋体" w:hAnsi="宋体" w:eastAsia="宋体" w:cs="宋体"/>
          <w:color w:val="000000"/>
        </w:rPr>
        <w:t>，</w:t>
      </w:r>
      <w:r>
        <w:pict>
          <v:shape id="_x0000_i705002" o:spt="75" alt="学科网(www.zxxk.com)--教育资源门户，提供试卷、教案、课件、论文、素材以及各类教学资源下载，还有大量而丰富的教学相关资讯！" type="#_x0000_t75" style="height:13.05pt;width:24.4pt;" o:ole="t" filled="f" o:preferrelative="t" stroked="f" coordsize="21600,21600">
            <v:path/>
            <v:fill on="f" focussize="0,0"/>
            <v:stroke on="f" joinstyle="miter"/>
            <v:imagedata r:id="rId194" o:title="eqIdcb1ec9c5eaed4c211a040a2a33fb7c9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②若点</w:t>
      </w:r>
      <w:r>
        <w:pict>
          <v:shape id="_x0000_i70500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95" o:title="eqId5963abe8f421bd99a2aaa94831a951e9"/>
            <o:lock v:ext="edit" aspectratio="t"/>
            <w10:wrap type="none"/>
            <w10:anchorlock/>
          </v:shape>
        </w:pict>
      </w:r>
      <w:r>
        <w:rPr>
          <w:rFonts w:ascii="宋体" w:hAnsi="宋体" w:eastAsia="宋体" w:cs="宋体"/>
          <w:color w:val="000000"/>
        </w:rPr>
        <w:t>表示的数为</w:t>
      </w:r>
      <w:r>
        <w:pict>
          <v:shape id="_x0000_i705004"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196" o:title="eqIdbdaa19de263700a15fcf213d64a8cd57"/>
            <o:lock v:ext="edit" aspectratio="t"/>
            <w10:wrap type="none"/>
            <w10:anchorlock/>
          </v:shape>
        </w:pict>
      </w:r>
      <w:r>
        <w:rPr>
          <w:rFonts w:ascii="宋体" w:hAnsi="宋体" w:eastAsia="宋体" w:cs="宋体"/>
          <w:color w:val="000000"/>
        </w:rPr>
        <w:t>，</w:t>
      </w:r>
      <w:r>
        <w:pict>
          <v:shape id="_x0000_i705005"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197" o:title="eqIde65397f11ea8af736f38debadf420c4a"/>
            <o:lock v:ext="edit" aspectratio="t"/>
            <w10:wrap type="none"/>
            <w10:anchorlock/>
          </v:shape>
        </w:pict>
      </w:r>
      <w:r>
        <w:rPr>
          <w:rFonts w:ascii="宋体" w:hAnsi="宋体" w:eastAsia="宋体" w:cs="宋体"/>
          <w:color w:val="000000"/>
        </w:rPr>
        <w:t>，则点</w:t>
      </w:r>
      <w:r>
        <w:pict>
          <v:shape id="_x0000_i70500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98" o:title="eqId7f9e8449aad35c5d840a3395ea86df6d"/>
            <o:lock v:ext="edit" aspectratio="t"/>
            <w10:wrap type="none"/>
            <w10:anchorlock/>
          </v:shape>
        </w:pict>
      </w:r>
      <w:r>
        <w:rPr>
          <w:rFonts w:ascii="宋体" w:hAnsi="宋体" w:eastAsia="宋体" w:cs="宋体"/>
          <w:color w:val="000000"/>
        </w:rPr>
        <w:t>表示的数为</w:t>
      </w:r>
      <w:r>
        <w:pict>
          <v:shape id="_x0000_i705007"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199" o:title="eqIdb8860d9787671b53b1ab68b3d526f5c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③有理数</w:t>
      </w:r>
      <w:r>
        <w:pict>
          <v:shape id="_x0000_i70500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0" o:title="eqId0a6936d370d6a238a608ca56f87198de"/>
            <o:lock v:ext="edit" aspectratio="t"/>
            <w10:wrap type="none"/>
            <w10:anchorlock/>
          </v:shape>
        </w:pict>
      </w:r>
      <w:r>
        <w:rPr>
          <w:rFonts w:ascii="宋体" w:hAnsi="宋体" w:eastAsia="宋体" w:cs="宋体"/>
          <w:color w:val="000000"/>
        </w:rPr>
        <w:t>，</w:t>
      </w:r>
      <w:r>
        <w:pict>
          <v:shape id="_x0000_i705009"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201" o:title="eqId2c94bb12cee76221e13f9ef955b0aab1"/>
            <o:lock v:ext="edit" aspectratio="t"/>
            <w10:wrap type="none"/>
            <w10:anchorlock/>
          </v:shape>
        </w:pict>
      </w:r>
      <w:r>
        <w:rPr>
          <w:rFonts w:ascii="宋体" w:hAnsi="宋体" w:eastAsia="宋体" w:cs="宋体"/>
          <w:color w:val="000000"/>
        </w:rPr>
        <w:t>，</w:t>
      </w:r>
      <w:r>
        <w:pict>
          <v:shape id="_x0000_i705010"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202" o:title="eqId071a7e733d466949ac935b4b8ee8d183"/>
            <o:lock v:ext="edit" aspectratio="t"/>
            <w10:wrap type="none"/>
            <w10:anchorlock/>
          </v:shape>
        </w:pict>
      </w:r>
      <w:r>
        <w:rPr>
          <w:rFonts w:ascii="宋体" w:hAnsi="宋体" w:eastAsia="宋体" w:cs="宋体"/>
          <w:color w:val="000000"/>
        </w:rPr>
        <w:t>满足</w:t>
      </w:r>
      <w:r>
        <w:pict>
          <v:shape id="_x0000_i705011" o:spt="75" alt="学科网(www.zxxk.com)--教育资源门户，提供试卷、教案、课件、论文、素材以及各类教学资源下载，还有大量而丰富的教学相关资讯！" type="#_x0000_t75" style="height:19.85pt;width:48pt;" o:ole="t" filled="f" o:preferrelative="t" stroked="f" coordsize="21600,21600">
            <v:path/>
            <v:fill on="f" focussize="0,0"/>
            <v:stroke on="f" joinstyle="miter"/>
            <v:imagedata r:id="rId203" o:title="eqId8cad64be63bfb27ecc705894163197b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④若</w:t>
      </w:r>
      <w:r>
        <w:pict>
          <v:shape id="_x0000_i705012"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04" o:title="eqIdcd2a301721931864f7fd4b1ed5b652f5"/>
            <o:lock v:ext="edit" aspectratio="t"/>
            <w10:wrap type="none"/>
            <w10:anchorlock/>
          </v:shape>
        </w:pict>
      </w:r>
      <w:r>
        <w:rPr>
          <w:rFonts w:ascii="宋体" w:hAnsi="宋体" w:eastAsia="宋体" w:cs="宋体"/>
          <w:color w:val="000000"/>
        </w:rPr>
        <w:t>，</w:t>
      </w:r>
      <w:r>
        <w:pict>
          <v:shape id="_x0000_i705013" o:spt="75" alt="学科网(www.zxxk.com)--教育资源门户，提供试卷、教案、课件、论文、素材以及各类教学资源下载，还有大量而丰富的教学相关资讯！" type="#_x0000_t75" style="height:13.85pt;width:43.85pt;" o:ole="t" filled="f" o:preferrelative="t" stroked="f" coordsize="21600,21600">
            <v:path/>
            <v:fill on="f" focussize="0,0"/>
            <v:stroke on="f" joinstyle="miter"/>
            <v:imagedata r:id="rId205" o:title="eqId456a122b7c83aeccdac381db45ca2a28"/>
            <o:lock v:ext="edit" aspectratio="t"/>
            <w10:wrap type="none"/>
            <w10:anchorlock/>
          </v:shape>
        </w:pict>
      </w:r>
      <w:r>
        <w:rPr>
          <w:rFonts w:ascii="宋体" w:hAnsi="宋体" w:eastAsia="宋体" w:cs="宋体"/>
          <w:color w:val="000000"/>
        </w:rPr>
        <w:t>，</w:t>
      </w:r>
      <w:r>
        <w:pict>
          <v:shape id="_x0000_i705014" o:spt="75" alt="学科网(www.zxxk.com)--教育资源门户，提供试卷、教案、课件、论文、素材以及各类教学资源下载，还有大量而丰富的教学相关资讯！" type="#_x0000_t75" style="height:13.85pt;width:48pt;" o:ole="t" filled="f" o:preferrelative="t" stroked="f" coordsize="21600,21600">
            <v:path/>
            <v:fill on="f" focussize="0,0"/>
            <v:stroke on="f" joinstyle="miter"/>
            <v:imagedata r:id="rId206" o:title="eqId38d3d7752f8c466e58f56bc6a9bfc1fc"/>
            <o:lock v:ext="edit" aspectratio="t"/>
            <w10:wrap type="none"/>
            <w10:anchorlock/>
          </v:shape>
        </w:pict>
      </w:r>
      <w:r>
        <w:rPr>
          <w:rFonts w:ascii="宋体" w:hAnsi="宋体" w:eastAsia="宋体" w:cs="宋体"/>
          <w:color w:val="000000"/>
        </w:rPr>
        <w:t>，则点</w:t>
      </w:r>
      <w:r>
        <w:pict>
          <v:shape id="_x0000_i705015"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07" o:title="eqId5963abe8f421bd99a2aaa94831a951e9"/>
            <o:lock v:ext="edit" aspectratio="t"/>
            <w10:wrap type="none"/>
            <w10:anchorlock/>
          </v:shape>
        </w:pict>
      </w:r>
      <w:r>
        <w:rPr>
          <w:rFonts w:ascii="宋体" w:hAnsi="宋体" w:eastAsia="宋体" w:cs="宋体"/>
          <w:color w:val="000000"/>
        </w:rPr>
        <w:t>一定在线段</w:t>
      </w:r>
      <w:r>
        <w:pict>
          <v:shape id="_x0000_i70501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208" o:title="eqId0dc5c9827dfd0be5a9c85962d6ccbfb1"/>
            <o:lock v:ext="edit" aspectratio="t"/>
            <w10:wrap type="none"/>
            <w10:anchorlock/>
          </v:shape>
        </w:pict>
      </w:r>
      <w:r>
        <w:rPr>
          <w:rFonts w:ascii="宋体" w:hAnsi="宋体" w:eastAsia="宋体" w:cs="宋体"/>
          <w:color w:val="000000"/>
        </w:rPr>
        <w:t>上．</w:t>
      </w:r>
    </w:p>
    <w:p>
      <w:pPr>
        <w:spacing w:line="360" w:lineRule="auto"/>
        <w:jc w:val="left"/>
        <w:textAlignment w:val="center"/>
        <w:rPr>
          <w:color w:val="000000"/>
        </w:rPr>
      </w:pPr>
      <w:r>
        <w:rPr>
          <w:rFonts w:ascii="宋体" w:hAnsi="宋体" w:eastAsia="宋体" w:cs="宋体"/>
          <w:color w:val="000000"/>
        </w:rPr>
        <w:t>其中所有正确说法的序号是</w:t>
      </w:r>
      <w:r>
        <w:rPr>
          <w:rFonts w:ascii="Times New Roman" w:hAnsi="Times New Roman" w:eastAsia="Times New Roman" w:cs="Times New Roman"/>
          <w:color w:val="000000"/>
        </w:rPr>
        <w:t xml:space="preserve"> </w:t>
      </w:r>
      <w:r>
        <w:rPr>
          <w:color w:val="000000"/>
        </w:rPr>
        <w:t>________</w:t>
      </w:r>
      <w:r>
        <w:rPr>
          <w:rFonts w:ascii="宋体" w:hAnsi="宋体" w:eastAsia="宋体" w:cs="宋体"/>
          <w:color w:val="000000"/>
        </w:rPr>
        <w:t>（填写正确的序号）</w:t>
      </w:r>
    </w:p>
    <w:p>
      <w:pPr>
        <w:pStyle w:val="Heading2"/>
      </w:pPr>
      <w:r>
        <w:t>丰台区</w:t>
      </w:r>
    </w:p>
    <w:p>
      <w:pPr>
        <w:spacing w:line="360" w:lineRule="auto"/>
        <w:jc w:val="left"/>
        <w:textAlignment w:val="center"/>
        <w:rPr>
          <w:color w:val="000000"/>
        </w:rPr>
      </w:pPr>
      <w:r>
        <w:rPr>
          <w:color w:val="000000"/>
        </w:rPr>
        <w:t xml:space="preserve">18. </w:t>
      </w:r>
      <w:r>
        <w:rPr>
          <w:rFonts w:ascii="宋体" w:hAnsi="宋体" w:eastAsia="宋体" w:cs="宋体"/>
          <w:color w:val="000000"/>
        </w:rPr>
        <w:t>如图，数轴上点</w:t>
      </w:r>
      <w:r>
        <w:pict>
          <v:shape id="_x0000_i705017" o:spt="75" alt="学科网(www.zxxk.com)--教育资源门户，提供试卷、教案、课件、论文、素材以及各类教学资源下载，还有大量而丰富的教学相关资讯！" type="#_x0000_t75" style="height:18.6pt;width:15pt;" o:ole="t" filled="f" o:preferrelative="t" stroked="f" coordsize="21600,21600">
            <v:path/>
            <v:fill on="f" focussize="0,0"/>
            <v:stroke on="f" joinstyle="miter"/>
            <v:imagedata r:id="rId209" o:title="eqId7356ec98b600ece41f3a6b4bc26a7d59"/>
            <o:lock v:ext="edit" aspectratio="t"/>
            <w10:wrap type="none"/>
            <w10:anchorlock/>
          </v:shape>
        </w:pict>
      </w:r>
      <w:r>
        <w:rPr>
          <w:rFonts w:ascii="宋体" w:hAnsi="宋体" w:eastAsia="宋体" w:cs="宋体"/>
          <w:color w:val="000000"/>
        </w:rPr>
        <w:t>表示的数为</w:t>
      </w:r>
      <w:r>
        <w:pict>
          <v:shape id="_x0000_i705018"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210" o:title="eqId274a9dc37509f01c2606fb3086a46f4f"/>
            <o:lock v:ext="edit" aspectratio="t"/>
            <w10:wrap type="none"/>
            <w10:anchorlock/>
          </v:shape>
        </w:pict>
      </w:r>
      <w:r>
        <w:rPr>
          <w:rFonts w:ascii="宋体" w:hAnsi="宋体" w:eastAsia="宋体" w:cs="宋体"/>
          <w:color w:val="000000"/>
        </w:rPr>
        <w:t>，点</w:t>
      </w:r>
      <w:r>
        <w:pict>
          <v:shape id="_x0000_i705019" o:spt="75" alt="学科网(www.zxxk.com)--教育资源门户，提供试卷、教案、课件、论文、素材以及各类教学资源下载，还有大量而丰富的教学相关资讯！" type="#_x0000_t75" style="height:18.15pt;width:12.95pt;" o:ole="t" filled="f" o:preferrelative="t" stroked="f" coordsize="21600,21600">
            <v:path/>
            <v:fill on="f" focussize="0,0"/>
            <v:stroke on="f" joinstyle="miter"/>
            <v:imagedata r:id="rId211" o:title="eqIda18722354086c42e62334983fc50eb6a"/>
            <o:lock v:ext="edit" aspectratio="t"/>
            <w10:wrap type="none"/>
            <w10:anchorlock/>
          </v:shape>
        </w:pict>
      </w:r>
      <w:r>
        <w:rPr>
          <w:rFonts w:ascii="宋体" w:hAnsi="宋体" w:eastAsia="宋体" w:cs="宋体"/>
          <w:color w:val="000000"/>
        </w:rPr>
        <w:t>（不与</w:t>
      </w:r>
      <w:r>
        <w:pict>
          <v:shape id="_x0000_i705020" o:spt="75" alt="学科网(www.zxxk.com)--教育资源门户，提供试卷、教案、课件、论文、素材以及各类教学资源下载，还有大量而丰富的教学相关资讯！" type="#_x0000_t75" style="height:18.6pt;width:15pt;" o:ole="t" filled="f" o:preferrelative="t" stroked="f" coordsize="21600,21600">
            <v:path/>
            <v:fill on="f" focussize="0,0"/>
            <v:stroke on="f" joinstyle="miter"/>
            <v:imagedata r:id="rId209" o:title="eqId7356ec98b600ece41f3a6b4bc26a7d59"/>
            <o:lock v:ext="edit" aspectratio="t"/>
            <w10:wrap type="none"/>
            <w10:anchorlock/>
          </v:shape>
        </w:pict>
      </w:r>
      <w:r>
        <w:rPr>
          <w:rFonts w:ascii="宋体" w:hAnsi="宋体" w:eastAsia="宋体" w:cs="宋体"/>
          <w:color w:val="000000"/>
        </w:rPr>
        <w:t>重合），</w:t>
      </w:r>
      <w:r>
        <w:pict>
          <v:shape id="_x0000_i705021" o:spt="75" alt="学科网(www.zxxk.com)--教育资源门户，提供试卷、教案、课件、论文、素材以及各类教学资源下载，还有大量而丰富的教学相关资讯！" type="#_x0000_t75" style="height:18.6pt;width:15pt;" o:ole="t" filled="f" o:preferrelative="t" stroked="f" coordsize="21600,21600">
            <v:path/>
            <v:fill on="f" focussize="0,0"/>
            <v:stroke on="f" joinstyle="miter"/>
            <v:imagedata r:id="rId209" o:title="eqId7356ec98b600ece41f3a6b4bc26a7d59"/>
            <o:lock v:ext="edit" aspectratio="t"/>
            <w10:wrap type="none"/>
            <w10:anchorlock/>
          </v:shape>
        </w:pict>
      </w:r>
      <w:r>
        <w:rPr>
          <w:rFonts w:ascii="宋体" w:hAnsi="宋体" w:eastAsia="宋体" w:cs="宋体"/>
          <w:color w:val="000000"/>
        </w:rPr>
        <w:t>分别到</w:t>
      </w:r>
      <w:r>
        <w:rPr>
          <w:rFonts w:ascii="Times New Roman" w:hAnsi="Times New Roman" w:eastAsia="Times New Roman" w:cs="Times New Roman"/>
          <w:color w:val="000000"/>
        </w:rPr>
        <w:t>1</w:t>
      </w:r>
      <w:r>
        <w:rPr>
          <w:rFonts w:ascii="宋体" w:hAnsi="宋体" w:eastAsia="宋体" w:cs="宋体"/>
          <w:color w:val="000000"/>
        </w:rPr>
        <w:t>对应的点的距离相等，点</w:t>
      </w:r>
      <w:r>
        <w:pict>
          <v:shape id="_x0000_i705022"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212" o:title="eqIdcd3b9e816b14051f785aa5aae72b8eed"/>
            <o:lock v:ext="edit" aspectratio="t"/>
            <w10:wrap type="none"/>
            <w10:anchorlock/>
          </v:shape>
        </w:pict>
      </w:r>
      <w:r>
        <w:rPr>
          <w:rFonts w:ascii="宋体" w:hAnsi="宋体" w:eastAsia="宋体" w:cs="宋体"/>
          <w:color w:val="000000"/>
        </w:rPr>
        <w:t>（不与</w:t>
      </w:r>
      <w:r>
        <w:pict>
          <v:shape id="_x0000_i705023" o:spt="75" alt="学科网(www.zxxk.com)--教育资源门户，提供试卷、教案、课件、论文、素材以及各类教学资源下载，还有大量而丰富的教学相关资讯！" type="#_x0000_t75" style="height:18.15pt;width:12.95pt;" o:ole="t" filled="f" o:preferrelative="t" stroked="f" coordsize="21600,21600">
            <v:path/>
            <v:fill on="f" focussize="0,0"/>
            <v:stroke on="f" joinstyle="miter"/>
            <v:imagedata r:id="rId211" o:title="eqIda18722354086c42e62334983fc50eb6a"/>
            <o:lock v:ext="edit" aspectratio="t"/>
            <w10:wrap type="none"/>
            <w10:anchorlock/>
          </v:shape>
        </w:pict>
      </w:r>
      <w:r>
        <w:rPr>
          <w:rFonts w:ascii="宋体" w:hAnsi="宋体" w:eastAsia="宋体" w:cs="宋体"/>
          <w:color w:val="000000"/>
        </w:rPr>
        <w:t>重合），</w:t>
      </w:r>
      <w:r>
        <w:pict>
          <v:shape id="_x0000_i705024" o:spt="75" alt="学科网(www.zxxk.com)--教育资源门户，提供试卷、教案、课件、论文、素材以及各类教学资源下载，还有大量而丰富的教学相关资讯！" type="#_x0000_t75" style="height:18.15pt;width:12.95pt;" o:ole="t" filled="f" o:preferrelative="t" stroked="f" coordsize="21600,21600">
            <v:path/>
            <v:fill on="f" focussize="0,0"/>
            <v:stroke on="f" joinstyle="miter"/>
            <v:imagedata r:id="rId211" o:title="eqIda18722354086c42e62334983fc50eb6a"/>
            <o:lock v:ext="edit" aspectratio="t"/>
            <w10:wrap type="none"/>
            <w10:anchorlock/>
          </v:shape>
        </w:pict>
      </w:r>
      <w:r>
        <w:rPr>
          <w:rFonts w:ascii="宋体" w:hAnsi="宋体" w:eastAsia="宋体" w:cs="宋体"/>
          <w:color w:val="000000"/>
        </w:rPr>
        <w:t>分别到</w:t>
      </w:r>
      <w:r>
        <w:rPr>
          <w:rFonts w:ascii="Times New Roman" w:hAnsi="Times New Roman" w:eastAsia="Times New Roman" w:cs="Times New Roman"/>
          <w:color w:val="000000"/>
        </w:rPr>
        <w:t>2</w:t>
      </w:r>
      <w:r>
        <w:rPr>
          <w:rFonts w:ascii="宋体" w:hAnsi="宋体" w:eastAsia="宋体" w:cs="宋体"/>
          <w:color w:val="000000"/>
        </w:rPr>
        <w:t>对应的点的距离相等，点</w:t>
      </w:r>
      <w:r>
        <w:pict>
          <v:shape id="_x0000_i705025" o:spt="75" alt="学科网(www.zxxk.com)--教育资源门户，提供试卷、教案、课件、论文、素材以及各类教学资源下载，还有大量而丰富的教学相关资讯！" type="#_x0000_t75" style="height:18pt;width:14.25pt;" o:ole="t" filled="f" o:preferrelative="t" stroked="f" coordsize="21600,21600">
            <v:path/>
            <v:fill on="f" focussize="0,0"/>
            <v:stroke on="f" joinstyle="miter"/>
            <v:imagedata r:id="rId213" o:title="eqId04b56e44e4f0424a2b7a45567120a2e4"/>
            <o:lock v:ext="edit" aspectratio="t"/>
            <w10:wrap type="none"/>
            <w10:anchorlock/>
          </v:shape>
        </w:pict>
      </w:r>
      <w:r>
        <w:rPr>
          <w:rFonts w:ascii="宋体" w:hAnsi="宋体" w:eastAsia="宋体" w:cs="宋体"/>
          <w:color w:val="000000"/>
        </w:rPr>
        <w:t>（不与</w:t>
      </w:r>
      <w:r>
        <w:pict>
          <v:shape id="_x0000_i705026"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212" o:title="eqIdcd3b9e816b14051f785aa5aae72b8eed"/>
            <o:lock v:ext="edit" aspectratio="t"/>
            <w10:wrap type="none"/>
            <w10:anchorlock/>
          </v:shape>
        </w:pict>
      </w:r>
      <w:r>
        <w:rPr>
          <w:rFonts w:ascii="宋体" w:hAnsi="宋体" w:eastAsia="宋体" w:cs="宋体"/>
          <w:color w:val="000000"/>
        </w:rPr>
        <w:t>重合），</w:t>
      </w:r>
      <w:r>
        <w:pict>
          <v:shape id="_x0000_i705027"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212" o:title="eqIdcd3b9e816b14051f785aa5aae72b8eed"/>
            <o:lock v:ext="edit" aspectratio="t"/>
            <w10:wrap type="none"/>
            <w10:anchorlock/>
          </v:shape>
        </w:pict>
      </w:r>
      <w:r>
        <w:rPr>
          <w:rFonts w:ascii="宋体" w:hAnsi="宋体" w:eastAsia="宋体" w:cs="宋体"/>
          <w:color w:val="000000"/>
        </w:rPr>
        <w:t>分别到</w:t>
      </w:r>
      <w:r>
        <w:rPr>
          <w:rFonts w:ascii="Times New Roman" w:hAnsi="Times New Roman" w:eastAsia="Times New Roman" w:cs="Times New Roman"/>
          <w:color w:val="000000"/>
        </w:rPr>
        <w:t>3</w:t>
      </w:r>
      <w:r>
        <w:rPr>
          <w:rFonts w:ascii="宋体" w:hAnsi="宋体" w:eastAsia="宋体" w:cs="宋体"/>
          <w:color w:val="000000"/>
        </w:rPr>
        <w:t>对应的点的距离相等，……按此规律，点</w:t>
      </w:r>
      <w:r>
        <w:pict>
          <v:shape id="_x0000_i705028" o:spt="75" alt="学科网(www.zxxk.com)--教育资源门户，提供试卷、教案、课件、论文、素材以及各类教学资源下载，还有大量而丰富的教学相关资讯！" type="#_x0000_t75" style="height:18pt;width:14.25pt;" o:ole="t" filled="f" o:preferrelative="t" stroked="f" coordsize="21600,21600">
            <v:path/>
            <v:fill on="f" focussize="0,0"/>
            <v:stroke on="f" joinstyle="miter"/>
            <v:imagedata r:id="rId214" o:title="eqId5002f030017f6f0b34a61b2e15c5a9cb"/>
            <o:lock v:ext="edit" aspectratio="t"/>
            <w10:wrap type="none"/>
            <w10:anchorlock/>
          </v:shape>
        </w:pict>
      </w:r>
      <w:r>
        <w:rPr>
          <w:rFonts w:ascii="宋体" w:hAnsi="宋体" w:eastAsia="宋体" w:cs="宋体"/>
          <w:color w:val="000000"/>
        </w:rPr>
        <w:t>表示的数为</w:t>
      </w:r>
      <w:r>
        <w:rPr>
          <w:color w:val="000000"/>
        </w:rPr>
        <w:t>______</w:t>
      </w:r>
      <w:r>
        <w:rPr>
          <w:rFonts w:ascii="宋体" w:hAnsi="宋体" w:eastAsia="宋体" w:cs="宋体"/>
          <w:color w:val="000000"/>
        </w:rPr>
        <w:t>，点</w:t>
      </w:r>
      <w:r>
        <w:pict>
          <v:shape id="_x0000_i705029" o:spt="75" alt="学科网(www.zxxk.com)--教育资源门户，提供试卷、教案、课件、论文、素材以及各类教学资源下载，还有大量而丰富的教学相关资讯！" type="#_x0000_t75" style="height:18pt;width:24.75pt;" o:ole="t" filled="f" o:preferrelative="t" stroked="f" coordsize="21600,21600">
            <v:path/>
            <v:fill on="f" focussize="0,0"/>
            <v:stroke on="f" joinstyle="miter"/>
            <v:imagedata r:id="rId215" o:title="eqIde645ae0b78ad4ca300e3889ca3f9bcce"/>
            <o:lock v:ext="edit" aspectratio="t"/>
            <w10:wrap type="none"/>
            <w10:anchorlock/>
          </v:shape>
        </w:pict>
      </w:r>
      <w:r>
        <w:rPr>
          <w:rFonts w:ascii="宋体" w:hAnsi="宋体" w:eastAsia="宋体" w:cs="宋体"/>
          <w:color w:val="000000"/>
        </w:rPr>
        <w:t>表示的数为</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733800" cy="381000"/>
            <wp:effectExtent l="0" t="0" r="0" b="0"/>
            <wp:docPr id="231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 name="图片 100027" descr="学科网(www.zxxk.com)--教育资源门户，提供试卷、教案、课件、论文、素材以及各类教学资源下载，还有大量而丰富的教学相关资讯！"/>
                    <pic:cNvPicPr>
                      <a:picLocks noChangeAspect="1"/>
                    </pic:cNvPicPr>
                  </pic:nvPicPr>
                  <pic:blipFill>
                    <a:blip r:embed="rId216"/>
                    <a:stretch>
                      <a:fillRect/>
                    </a:stretch>
                  </pic:blipFill>
                  <pic:spPr>
                    <a:xfrm>
                      <a:off x="0" y="0"/>
                      <a:ext cx="3733800" cy="381000"/>
                    </a:xfrm>
                    <a:prstGeom prst="rect">
                      <a:avLst/>
                    </a:prstGeom>
                  </pic:spPr>
                </pic:pic>
              </a:graphicData>
            </a:graphic>
          </wp:inline>
        </w:drawing>
      </w:r>
      <w:r>
        <w:rPr>
          <w:color w:val="000000"/>
        </w:rPr>
        <w:t xml:space="preserve">  </w:t>
      </w:r>
    </w:p>
    <w:p>
      <w:pPr>
        <w:pStyle w:val="Heading2"/>
      </w:pPr>
      <w:r>
        <w:t>二中教育集团</w:t>
      </w:r>
    </w:p>
    <w:p>
      <w:pPr>
        <w:spacing w:line="360" w:lineRule="auto"/>
        <w:jc w:val="left"/>
        <w:textAlignment w:val="center"/>
        <w:rPr>
          <w:color w:val="000000"/>
        </w:rPr>
      </w:pPr>
      <w:r>
        <w:rPr>
          <w:color w:val="000000"/>
        </w:rPr>
        <w:t xml:space="preserve">15. </w:t>
      </w:r>
      <w:r>
        <w:rPr>
          <w:rFonts w:ascii="宋体" w:hAnsi="宋体" w:eastAsia="宋体" w:cs="宋体"/>
          <w:color w:val="000000"/>
        </w:rPr>
        <w:t>如图，一个大正方形的四个角落分别放置了四张大小不同的正方形纸片，其中</w:t>
      </w:r>
      <w:r>
        <w:rPr>
          <w:rFonts w:ascii="Times New Roman" w:hAnsi="Times New Roman" w:eastAsia="Times New Roman" w:cs="Times New Roman"/>
          <w:color w:val="000000"/>
        </w:rPr>
        <w:t>1</w:t>
      </w:r>
      <w:r>
        <w:rPr>
          <w:rFonts w:ascii="宋体" w:hAnsi="宋体" w:eastAsia="宋体" w:cs="宋体"/>
          <w:color w:val="000000"/>
        </w:rPr>
        <w:t>号，</w:t>
      </w:r>
      <w:r>
        <w:rPr>
          <w:rFonts w:ascii="Times New Roman" w:hAnsi="Times New Roman" w:eastAsia="Times New Roman" w:cs="Times New Roman"/>
          <w:color w:val="000000"/>
        </w:rPr>
        <w:t>2</w:t>
      </w:r>
      <w:r>
        <w:rPr>
          <w:rFonts w:ascii="宋体" w:hAnsi="宋体" w:eastAsia="宋体" w:cs="宋体"/>
          <w:color w:val="000000"/>
        </w:rPr>
        <w:t>号两张正方形纸片既不重叠也无空隙．已知</w:t>
      </w:r>
      <w:r>
        <w:rPr>
          <w:rFonts w:ascii="Times New Roman" w:hAnsi="Times New Roman" w:eastAsia="Times New Roman" w:cs="Times New Roman"/>
          <w:color w:val="000000"/>
        </w:rPr>
        <w:t>1</w:t>
      </w:r>
      <w:r>
        <w:rPr>
          <w:rFonts w:ascii="宋体" w:hAnsi="宋体" w:eastAsia="宋体" w:cs="宋体"/>
          <w:color w:val="000000"/>
        </w:rPr>
        <w:t>号正方形边长为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号正方形边长为</w:t>
      </w:r>
      <w:r>
        <w:rPr>
          <w:rFonts w:ascii="Times New Roman" w:hAnsi="Times New Roman" w:eastAsia="Times New Roman" w:cs="Times New Roman"/>
          <w:i/>
          <w:color w:val="000000"/>
        </w:rPr>
        <w:t>b</w:t>
      </w:r>
      <w:r>
        <w:rPr>
          <w:rFonts w:ascii="宋体" w:hAnsi="宋体" w:eastAsia="宋体" w:cs="宋体"/>
          <w:color w:val="000000"/>
        </w:rPr>
        <w:t>，则阴影部分的周长是</w:t>
      </w:r>
      <w:r>
        <w:rPr>
          <w:color w:val="000000"/>
        </w:rPr>
        <w:t>________</w:t>
      </w:r>
      <w:r>
        <w:rPr>
          <w:rFonts w:ascii="宋体" w:hAnsi="宋体" w:eastAsia="宋体" w:cs="宋体"/>
          <w:color w:val="000000"/>
        </w:rPr>
        <w:t>．（用含</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的式子表示）</w:t>
      </w:r>
    </w:p>
    <w:p>
      <w:pPr>
        <w:spacing w:line="360" w:lineRule="auto"/>
        <w:jc w:val="left"/>
        <w:textAlignment w:val="center"/>
        <w:rPr>
          <w:color w:val="000000"/>
        </w:rPr>
      </w:pPr>
      <w:r>
        <w:rPr>
          <w:color w:val="000000"/>
        </w:rPr>
        <w:drawing>
          <wp:inline distT="0" distB="0" distL="114300" distR="114300">
            <wp:extent cx="1247775" cy="1228725"/>
            <wp:effectExtent l="0" t="0" r="0" b="0"/>
            <wp:docPr id="2319"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 name="图片 100017" descr="学科网(www.zxxk.com)--教育资源门户，提供试卷、教案、课件、论文、素材以及各类教学资源下载，还有大量而丰富的教学相关资讯！"/>
                    <pic:cNvPicPr>
                      <a:picLocks noChangeAspect="1"/>
                    </pic:cNvPicPr>
                  </pic:nvPicPr>
                  <pic:blipFill>
                    <a:blip r:embed="rId217"/>
                    <a:stretch>
                      <a:fillRect/>
                    </a:stretch>
                  </pic:blipFill>
                  <pic:spPr>
                    <a:xfrm>
                      <a:off x="0" y="0"/>
                      <a:ext cx="1247775" cy="1228725"/>
                    </a:xfrm>
                    <a:prstGeom prst="rect">
                      <a:avLst/>
                    </a:prstGeom>
                  </pic:spPr>
                </pic:pic>
              </a:graphicData>
            </a:graphic>
          </wp:inline>
        </w:drawing>
      </w:r>
    </w:p>
    <w:p>
      <w:pPr>
        <w:pStyle w:val="Heading2"/>
      </w:pPr>
      <w:r>
        <w:t>十一实验中学</w:t>
      </w:r>
    </w:p>
    <w:p>
      <w:pPr>
        <w:spacing w:line="360" w:lineRule="auto"/>
        <w:jc w:val="both"/>
        <w:textAlignment w:val="center"/>
        <w:rPr>
          <w:color w:val="000000"/>
        </w:rPr>
      </w:pPr>
      <w:r>
        <w:rPr>
          <w:color w:val="000000"/>
        </w:rPr>
        <w:t xml:space="preserve">16. </w:t>
      </w:r>
      <w:r>
        <w:rPr>
          <w:rFonts w:ascii="宋体" w:hAnsi="宋体" w:eastAsia="宋体" w:cs="宋体"/>
          <w:color w:val="000000"/>
        </w:rPr>
        <w:t>对于实数</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我们定义一种新运算</w:t>
      </w:r>
      <w:r>
        <w:pict>
          <v:shape id="_x0000_i705030" o:spt="75" alt="学科网(www.zxxk.com)--教育资源门户，提供试卷、教案、课件、论文、素材以及各类教学资源下载，还有大量而丰富的教学相关资讯！" type="#_x0000_t75" style="height:20.25pt;width:96pt;" o:ole="t" filled="f" o:preferrelative="t" stroked="f" coordsize="21600,21600">
            <v:path/>
            <v:fill on="f" focussize="0,0"/>
            <v:stroke on="f" joinstyle="miter"/>
            <v:imagedata r:id="rId218" o:title="eqIdda704b7d9adb23c57e831f2ff55991e4"/>
            <o:lock v:ext="edit" aspectratio="t"/>
            <w10:wrap type="none"/>
            <w10:anchorlock/>
          </v:shape>
        </w:pict>
      </w:r>
      <w:r>
        <w:rPr>
          <w:rFonts w:ascii="宋体" w:hAnsi="宋体" w:eastAsia="宋体" w:cs="宋体"/>
          <w:color w:val="000000"/>
        </w:rPr>
        <w:t>（其中</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均为非零常数），等式右边是通常的四则运算，由这种运算得到的数我们称之为线性数，记为</w:t>
      </w:r>
      <w:r>
        <w:pict>
          <v:shape id="_x0000_i705031" o:spt="75" alt="学科网(www.zxxk.com)--教育资源门户，提供试卷、教案、课件、论文、素材以及各类教学资源下载，还有大量而丰富的教学相关资讯！" type="#_x0000_t75" style="height:20.25pt;width:48pt;" o:ole="t" filled="f" o:preferrelative="t" stroked="f" coordsize="21600,21600">
            <v:path/>
            <v:fill on="f" focussize="0,0"/>
            <v:stroke on="f" joinstyle="miter"/>
            <v:imagedata r:id="rId219" o:title="eqIdfc1e5958f66e55973d720ae3999da66f"/>
            <o:lock v:ext="edit" aspectratio="t"/>
            <w10:wrap type="none"/>
            <w10:anchorlock/>
          </v:shape>
        </w:pict>
      </w:r>
      <w:r>
        <w:rPr>
          <w:rFonts w:ascii="宋体" w:hAnsi="宋体" w:eastAsia="宋体" w:cs="宋体"/>
          <w:color w:val="000000"/>
        </w:rPr>
        <w:t>，其中</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叫做线性数的一个数对．若实数</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都取正整数，我们称这样的线性数为正格线性数，这时的</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叫做正格线性数的正格数对．</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w:t>
      </w:r>
      <w:r>
        <w:pict>
          <v:shape id="_x0000_i705032" o:spt="75" alt="学科网(www.zxxk.com)--教育资源门户，提供试卷、教案、课件、论文、素材以及各类教学资源下载，还有大量而丰富的教学相关资讯！" type="#_x0000_t75" style="height:20.25pt;width:95.25pt;" o:ole="t" filled="f" o:preferrelative="t" stroked="f" coordsize="21600,21600">
            <v:path/>
            <v:fill on="f" focussize="0,0"/>
            <v:stroke on="f" joinstyle="miter"/>
            <v:imagedata r:id="rId220" o:title="eqId3ddec6020b7e2aebc2b089ed81c508f0"/>
            <o:lock v:ext="edit" aspectratio="t"/>
            <w10:wrap type="none"/>
            <w10:anchorlock/>
          </v:shape>
        </w:pict>
      </w:r>
      <w:r>
        <w:rPr>
          <w:rFonts w:ascii="宋体" w:hAnsi="宋体" w:eastAsia="宋体" w:cs="宋体"/>
          <w:color w:val="000000"/>
        </w:rPr>
        <w:t>，则</w:t>
      </w:r>
      <w:r>
        <w:pict>
          <v:shape id="_x0000_i705033" o:spt="75" alt="学科网(www.zxxk.com)--教育资源门户，提供试卷、教案、课件、论文、素材以及各类教学资源下载，还有大量而丰富的教学相关资讯！" type="#_x0000_t75" style="height:20.25pt;width:48pt;" o:ole="t" filled="f" o:preferrelative="t" stroked="f" coordsize="21600,21600">
            <v:path/>
            <v:fill on="f" focussize="0,0"/>
            <v:stroke on="f" joinstyle="miter"/>
            <v:imagedata r:id="rId221" o:title="eqId14c59b3e9bfec1fd86d2c200a0c99295"/>
            <o:lock v:ext="edit" aspectratio="t"/>
            <w10:wrap type="none"/>
            <w10:anchorlock/>
          </v:shape>
        </w:pict>
      </w:r>
      <w:r>
        <w:rPr>
          <w:color w:val="000000"/>
        </w:rPr>
        <w:t>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）已知</w:t>
      </w:r>
      <w:r>
        <w:pict>
          <v:shape id="_x0000_i705034" o:spt="75" alt="学科网(www.zxxk.com)--教育资源门户，提供试卷、教案、课件、论文、素材以及各类教学资源下载，还有大量而丰富的教学相关资讯！" type="#_x0000_t75" style="height:20.25pt;width:56.25pt;" o:ole="t" filled="f" o:preferrelative="t" stroked="f" coordsize="21600,21600">
            <v:path/>
            <v:fill on="f" focussize="0,0"/>
            <v:stroke on="f" joinstyle="miter"/>
            <v:imagedata r:id="rId222" o:title="eqId5fff9e7045c472a1c5f492b19bb2be3f"/>
            <o:lock v:ext="edit" aspectratio="t"/>
            <w10:wrap type="none"/>
            <w10:anchorlock/>
          </v:shape>
        </w:pict>
      </w:r>
      <w:r>
        <w:rPr>
          <w:rFonts w:ascii="宋体" w:hAnsi="宋体" w:eastAsia="宋体" w:cs="宋体"/>
          <w:color w:val="000000"/>
        </w:rPr>
        <w:t>，</w:t>
      </w:r>
      <w:r>
        <w:pict>
          <v:shape id="_x0000_i705035" o:spt="75" alt="学科网(www.zxxk.com)--教育资源门户，提供试卷、教案、课件、论文、素材以及各类教学资源下载，还有大量而丰富的教学相关资讯！" type="#_x0000_t75" style="height:20.25pt;width:60pt;" o:ole="t" filled="f" o:preferrelative="t" stroked="f" coordsize="21600,21600">
            <v:path/>
            <v:fill on="f" focussize="0,0"/>
            <v:stroke on="f" joinstyle="miter"/>
            <v:imagedata r:id="rId223" o:title="eqId5a05993a8766b8ad91576f75d4a7c122"/>
            <o:lock v:ext="edit" aspectratio="t"/>
            <w10:wrap type="none"/>
            <w10:anchorlock/>
          </v:shape>
        </w:pict>
      </w:r>
      <w:r>
        <w:rPr>
          <w:rFonts w:ascii="宋体" w:hAnsi="宋体" w:eastAsia="宋体" w:cs="宋体"/>
          <w:color w:val="000000"/>
        </w:rPr>
        <w:t>，请回答问题：</w:t>
      </w:r>
      <w:r>
        <w:pict>
          <v:shape id="_x0000_i705036" o:spt="75" alt="学科网(www.zxxk.com)--教育资源门户，提供试卷、教案、课件、论文、素材以及各类教学资源下载，还有大量而丰富的教学相关资讯！" type="#_x0000_t75" style="height:12pt;width:39pt;" o:ole="t" filled="f" o:preferrelative="t" stroked="f" coordsize="21600,21600">
            <v:path/>
            <v:fill on="f" focussize="0,0"/>
            <v:stroke on="f" joinstyle="miter"/>
            <v:imagedata r:id="rId224" o:title="eqId934d37c81b2266c7b86bcc11afaf5f91"/>
            <o:lock v:ext="edit" aspectratio="t"/>
            <w10:wrap type="none"/>
            <w10:anchorlock/>
          </v:shape>
        </w:pict>
      </w:r>
      <w:r>
        <w:rPr>
          <w:color w:val="000000"/>
        </w:rPr>
        <w:t>______</w:t>
      </w:r>
      <w:r>
        <w:rPr>
          <w:rFonts w:ascii="宋体" w:hAnsi="宋体" w:eastAsia="宋体" w:cs="宋体"/>
          <w:color w:val="000000"/>
        </w:rPr>
        <w:t>，</w:t>
      </w:r>
      <w:r>
        <w:pict>
          <v:shape id="_x0000_i705037" o:spt="75" alt="学科网(www.zxxk.com)--教育资源门户，提供试卷、教案、课件、论文、素材以及各类教学资源下载，还有大量而丰富的教学相关资讯！" type="#_x0000_t75" style="height:11pt;width:39pt;" o:ole="t" filled="f" o:preferrelative="t" stroked="f" coordsize="21600,21600">
            <v:path/>
            <v:fill on="f" focussize="0,0"/>
            <v:stroke on="f" joinstyle="miter"/>
            <v:imagedata r:id="rId225" o:title="eqId1bf5c1d124e8e023fe8e8c5ef3412813"/>
            <o:lock v:ext="edit" aspectratio="t"/>
            <w10:wrap type="none"/>
            <w10:anchorlock/>
          </v:shape>
        </w:pict>
      </w:r>
      <w:r>
        <w:rPr>
          <w:color w:val="000000"/>
        </w:rPr>
        <w:t>______</w:t>
      </w:r>
      <w:r>
        <w:rPr>
          <w:rFonts w:ascii="宋体" w:hAnsi="宋体" w:eastAsia="宋体" w:cs="宋体"/>
          <w:color w:val="000000"/>
        </w:rPr>
        <w:t>．</w:t>
      </w:r>
    </w:p>
    <w:p>
      <w:pPr>
        <w:pStyle w:val="Heading2"/>
      </w:pPr>
      <w:r>
        <w:t>大兴区</w:t>
      </w:r>
    </w:p>
    <w:p>
      <w:pPr>
        <w:spacing w:line="360" w:lineRule="auto"/>
        <w:jc w:val="left"/>
        <w:textAlignment w:val="center"/>
        <w:rPr>
          <w:color w:val="000000"/>
        </w:rPr>
      </w:pPr>
      <w:r>
        <w:rPr>
          <w:color w:val="000000"/>
        </w:rPr>
        <w:t xml:space="preserve">16. </w:t>
      </w:r>
      <w:r>
        <w:rPr>
          <w:rFonts w:ascii="宋体" w:hAnsi="宋体" w:eastAsia="宋体" w:cs="宋体"/>
          <w:color w:val="000000"/>
        </w:rPr>
        <w:t>某学校把</w:t>
      </w:r>
      <w:r>
        <w:pict>
          <v:shape id="_x0000_i705038"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226" o:title="eqId0117100259d278a69159063c2c84df4a"/>
            <o:lock v:ext="edit" aspectratio="t"/>
            <w10:wrap type="none"/>
            <w10:anchorlock/>
          </v:shape>
        </w:pict>
      </w:r>
      <w:r>
        <w:rPr>
          <w:rFonts w:ascii="宋体" w:hAnsi="宋体" w:eastAsia="宋体" w:cs="宋体"/>
          <w:color w:val="000000"/>
        </w:rPr>
        <w:t>密码按照如下规律设置，根据提供的信息可以推断该校的</w:t>
      </w:r>
      <w:r>
        <w:pict>
          <v:shape id="_x0000_i705039"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226" o:title="eqId0117100259d278a69159063c2c84df4a"/>
            <o:lock v:ext="edit" aspectratio="t"/>
            <w10:wrap type="none"/>
            <w10:anchorlock/>
          </v:shape>
        </w:pict>
      </w:r>
      <w:r>
        <w:rPr>
          <w:rFonts w:ascii="宋体" w:hAnsi="宋体" w:eastAsia="宋体" w:cs="宋体"/>
          <w:color w:val="000000"/>
        </w:rPr>
        <w:t>密码是</w:t>
      </w:r>
      <w:r>
        <w:rPr>
          <w:color w:val="000000"/>
        </w:rPr>
        <w:t>_____________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账号：</w:t>
      </w:r>
      <w:r>
        <w:pict>
          <v:shape id="_x0000_i705040" o:spt="75" alt="学科网(www.zxxk.com)--教育资源门户，提供试卷、教案、课件、论文、素材以及各类教学资源下载，还有大量而丰富的教学相关资讯！" type="#_x0000_t75" style="height:14pt;width:42pt;" o:ole="t" filled="f" o:preferrelative="t" stroked="f" coordsize="21600,21600">
            <v:path/>
            <v:fill on="f" focussize="0,0"/>
            <v:stroke on="f" joinstyle="miter"/>
            <v:imagedata r:id="rId227" o:title="eqIdbdc22756a98d7eafb9cc763e4e1dbf4d"/>
            <o:lock v:ext="edit" aspectratio="t"/>
            <w10:wrap type="none"/>
            <w10:anchorlock/>
          </v:shape>
        </w:pict>
      </w:r>
    </w:p>
    <w:p>
      <w:pPr>
        <w:spacing w:line="360" w:lineRule="auto"/>
        <w:jc w:val="left"/>
        <w:textAlignment w:val="center"/>
        <w:rPr>
          <w:color w:val="000000"/>
        </w:rPr>
      </w:pPr>
      <w:r>
        <w:pict>
          <v:shape id="_x0000_i705041" o:spt="75" alt="学科网(www.zxxk.com)--教育资源门户，提供试卷、教案、课件、论文、素材以及各类教学资源下载，还有大量而丰富的教学相关资讯！" type="#_x0000_t75" style="height:14pt;width:88pt;" o:ole="t" filled="f" o:preferrelative="t" stroked="f" coordsize="21600,21600">
            <v:path/>
            <v:fill on="f" focussize="0,0"/>
            <v:stroke on="f" joinstyle="miter"/>
            <v:imagedata r:id="rId228" o:title="eqIdc7db07ad14b1db08b379ad9df632b90a"/>
            <o:lock v:ext="edit" aspectratio="t"/>
            <w10:wrap type="none"/>
            <w10:anchorlock/>
          </v:shape>
        </w:pict>
      </w:r>
    </w:p>
    <w:p>
      <w:pPr>
        <w:spacing w:line="360" w:lineRule="auto"/>
        <w:jc w:val="left"/>
        <w:textAlignment w:val="center"/>
        <w:rPr>
          <w:color w:val="000000"/>
        </w:rPr>
      </w:pPr>
      <w:r>
        <w:pict>
          <v:shape id="_x0000_i705042" o:spt="75" alt="学科网(www.zxxk.com)--教育资源门户，提供试卷、教案、课件、论文、素材以及各类教学资源下载，还有大量而丰富的教学相关资讯！" type="#_x0000_t75" style="height:14pt;width:90pt;" o:ole="t" filled="f" o:preferrelative="t" stroked="f" coordsize="21600,21600">
            <v:path/>
            <v:fill on="f" focussize="0,0"/>
            <v:stroke on="f" joinstyle="miter"/>
            <v:imagedata r:id="rId229" o:title="eqId82a829db76241eb56314e8b2fa0de10f"/>
            <o:lock v:ext="edit" aspectratio="t"/>
            <w10:wrap type="none"/>
            <w10:anchorlock/>
          </v:shape>
        </w:pict>
      </w:r>
    </w:p>
    <w:p>
      <w:pPr>
        <w:spacing w:line="360" w:lineRule="auto"/>
        <w:jc w:val="left"/>
        <w:textAlignment w:val="center"/>
        <w:rPr>
          <w:color w:val="000000"/>
        </w:rPr>
      </w:pPr>
      <w:r>
        <w:pict>
          <v:shape id="_x0000_i705043" o:spt="75" alt="学科网(www.zxxk.com)--教育资源门户，提供试卷、教案、课件、论文、素材以及各类教学资源下载，还有大量而丰富的教学相关资讯！" type="#_x0000_t75" style="height:14pt;width:90pt;" o:ole="t" filled="f" o:preferrelative="t" stroked="f" coordsize="21600,21600">
            <v:path/>
            <v:fill on="f" focussize="0,0"/>
            <v:stroke on="f" joinstyle="miter"/>
            <v:imagedata r:id="rId230" o:title="eqIda94678bb021b7b9ae5961cdedca23ab9"/>
            <o:lock v:ext="edit" aspectratio="t"/>
            <w10:wrap type="none"/>
            <w10:anchorlock/>
          </v:shape>
        </w:pict>
      </w:r>
    </w:p>
    <w:p>
      <w:pPr>
        <w:spacing w:line="360" w:lineRule="auto"/>
        <w:jc w:val="left"/>
        <w:textAlignment w:val="center"/>
        <w:rPr>
          <w:color w:val="000000"/>
        </w:rPr>
      </w:pPr>
      <w:r>
        <w:pict>
          <v:shape id="_x0000_i705044" o:spt="75" alt="学科网(www.zxxk.com)--教育资源门户，提供试卷、教案、课件、论文、素材以及各类教学资源下载，还有大量而丰富的教学相关资讯！" type="#_x0000_t75" style="height:14pt;width:52pt;" o:ole="t" filled="f" o:preferrelative="t" stroked="f" coordsize="21600,21600">
            <v:path/>
            <v:fill on="f" focussize="0,0"/>
            <v:stroke on="f" joinstyle="miter"/>
            <v:imagedata r:id="rId231" o:title="eqId178a7ada7c897d6087be3416a9629083"/>
            <o:lock v:ext="edit" aspectratio="t"/>
            <w10:wrap type="none"/>
            <w10:anchorlock/>
          </v:shape>
        </w:pict>
      </w:r>
      <w:r>
        <w:rPr>
          <w:rFonts w:ascii="宋体" w:hAnsi="宋体" w:eastAsia="宋体" w:cs="宋体"/>
          <w:color w:val="000000"/>
        </w:rPr>
        <w:t>密码</w:t>
      </w:r>
    </w:p>
    <w:p>
      <w:pPr>
        <w:pStyle w:val="Heading2"/>
      </w:pPr>
      <w:r>
        <w:t>延庆区</w:t>
      </w:r>
    </w:p>
    <w:p>
      <w:pPr>
        <w:spacing w:line="360" w:lineRule="auto"/>
        <w:jc w:val="left"/>
        <w:textAlignment w:val="center"/>
        <w:rPr>
          <w:color w:val="000000"/>
        </w:rPr>
      </w:pPr>
      <w:r>
        <w:rPr>
          <w:color w:val="000000"/>
        </w:rPr>
        <w:t xml:space="preserve">16. </w:t>
      </w:r>
      <w:r>
        <w:rPr>
          <w:rFonts w:ascii="宋体" w:hAnsi="宋体" w:eastAsia="宋体" w:cs="宋体"/>
          <w:color w:val="000000"/>
        </w:rPr>
        <w:t>下面的框图是解方程</w:t>
      </w:r>
      <w:r>
        <w:pict>
          <v:shape id="_x0000_i705045" o:spt="75" alt="学科网(www.zxxk.com)--教育资源门户，提供试卷、教案、课件、论文、素材以及各类教学资源下载，还有大量而丰富的教学相关资讯！" type="#_x0000_t75" style="height:30.75pt;width:126.75pt;" o:ole="t" filled="f" o:preferrelative="t" stroked="f" coordsize="21600,21600">
            <v:path/>
            <v:fill on="f" focussize="0,0"/>
            <v:stroke on="f" joinstyle="miter"/>
            <v:imagedata r:id="rId232" o:title="eqId6b06bd5bbe26425a7c38deea10267870"/>
            <o:lock v:ext="edit" aspectratio="t"/>
            <w10:wrap type="none"/>
            <w10:anchorlock/>
          </v:shape>
        </w:pict>
      </w:r>
      <w:r>
        <w:rPr>
          <w:rFonts w:ascii="宋体" w:hAnsi="宋体" w:eastAsia="宋体" w:cs="宋体"/>
          <w:color w:val="000000"/>
        </w:rPr>
        <w:t>的流程：</w:t>
      </w:r>
    </w:p>
    <w:p>
      <w:pPr>
        <w:spacing w:line="360" w:lineRule="auto"/>
        <w:jc w:val="left"/>
        <w:textAlignment w:val="center"/>
        <w:rPr>
          <w:color w:val="000000"/>
        </w:rPr>
      </w:pPr>
      <w:r>
        <w:rPr>
          <w:color w:val="000000"/>
        </w:rPr>
        <w:drawing>
          <wp:inline distT="0" distB="0" distL="114300" distR="114300">
            <wp:extent cx="1876425" cy="3914775"/>
            <wp:effectExtent l="0" t="0" r="9525" b="9525"/>
            <wp:docPr id="2321"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2" name="图片 100015" descr="学科网(www.zxxk.com)--教育资源门户，提供试卷、教案、课件、论文、素材以及各类教学资源下载，还有大量而丰富的教学相关资讯！"/>
                    <pic:cNvPicPr>
                      <a:picLocks noChangeAspect="1"/>
                    </pic:cNvPicPr>
                  </pic:nvPicPr>
                  <pic:blipFill>
                    <a:blip r:embed="rId233"/>
                    <a:stretch>
                      <a:fillRect/>
                    </a:stretch>
                  </pic:blipFill>
                  <pic:spPr>
                    <a:xfrm>
                      <a:off x="0" y="0"/>
                      <a:ext cx="1876425" cy="39147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在上述五个步骤中，依据是“等式的基本性质</w:t>
      </w:r>
      <w:r>
        <w:rPr>
          <w:rFonts w:ascii="Times New Roman" w:hAnsi="Times New Roman" w:eastAsia="Times New Roman" w:cs="Times New Roman"/>
          <w:color w:val="000000"/>
        </w:rPr>
        <w:t>2</w:t>
      </w:r>
      <w:r>
        <w:rPr>
          <w:rFonts w:ascii="宋体" w:hAnsi="宋体" w:eastAsia="宋体" w:cs="宋体"/>
          <w:color w:val="000000"/>
        </w:rPr>
        <w:t>”的步骤有</w:t>
      </w:r>
      <w:r>
        <w:rPr>
          <w:color w:val="000000"/>
        </w:rPr>
        <w:t>________</w:t>
      </w:r>
      <w:r>
        <w:rPr>
          <w:rFonts w:ascii="宋体" w:hAnsi="宋体" w:eastAsia="宋体" w:cs="宋体"/>
          <w:color w:val="000000"/>
        </w:rPr>
        <w:t>．（只填序号）</w:t>
      </w:r>
    </w:p>
    <w:p>
      <w:pPr>
        <w:pStyle w:val="Heading2"/>
      </w:pPr>
      <w:r>
        <w:t>房山区</w:t>
      </w:r>
    </w:p>
    <w:p>
      <w:pPr>
        <w:spacing w:line="360" w:lineRule="auto"/>
        <w:jc w:val="left"/>
        <w:textAlignment w:val="center"/>
        <w:rPr>
          <w:color w:val="000000"/>
        </w:rPr>
      </w:pPr>
      <w:r>
        <w:rPr>
          <w:color w:val="000000"/>
        </w:rPr>
        <w:t xml:space="preserve">18. </w:t>
      </w:r>
      <w:r>
        <w:rPr>
          <w:rFonts w:ascii="宋体" w:hAnsi="宋体" w:eastAsia="宋体" w:cs="宋体"/>
          <w:color w:val="000000"/>
        </w:rPr>
        <w:t>某工作小组将生产相同零件的任务交给王刚和李明二人．</w:t>
      </w:r>
      <w:r>
        <w:rPr>
          <w:rFonts w:ascii="Times New Roman" w:hAnsi="Times New Roman" w:eastAsia="Times New Roman" w:cs="Times New Roman"/>
          <w:color w:val="000000"/>
        </w:rPr>
        <w:t xml:space="preserve"> </w:t>
      </w:r>
      <w:r>
        <w:rPr>
          <w:rFonts w:ascii="宋体" w:hAnsi="宋体" w:eastAsia="宋体" w:cs="宋体"/>
          <w:color w:val="000000"/>
        </w:rPr>
        <w:t>经前期统计，在一天内，王刚共加工</w:t>
      </w:r>
      <w:r>
        <w:pict>
          <v:shape id="_x0000_i70504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34" o:title="eqId0a6936d370d6a238a608ca56f87198de"/>
            <o:lock v:ext="edit" aspectratio="t"/>
            <w10:wrap type="none"/>
            <w10:anchorlock/>
          </v:shape>
        </w:pict>
      </w:r>
      <w:r>
        <w:rPr>
          <w:rFonts w:ascii="宋体" w:hAnsi="宋体" w:eastAsia="宋体" w:cs="宋体"/>
          <w:color w:val="000000"/>
        </w:rPr>
        <w:t>个零件，加工时间为</w:t>
      </w:r>
      <w:r>
        <w:pict>
          <v:shape id="_x0000_i705047" o:spt="75" alt="学科网(www.zxxk.com)--教育资源门户，提供试卷、教案、课件、论文、素材以及各类教学资源下载，还有大量而丰富的教学相关资讯！" type="#_x0000_t75" style="height:32.05pt;width:44.95pt;" o:ole="t" filled="f" o:preferrelative="t" stroked="f" coordsize="21600,21600">
            <v:path/>
            <v:fill on="f" focussize="0,0"/>
            <v:stroke on="f" joinstyle="miter"/>
            <v:imagedata r:id="rId235" o:title="eqId90775772e411d44b70bcff67ce0eb09f"/>
            <o:lock v:ext="edit" aspectratio="t"/>
            <w10:wrap type="none"/>
            <w10:anchorlock/>
          </v:shape>
        </w:pict>
      </w:r>
      <w:r>
        <w:rPr>
          <w:rFonts w:ascii="宋体" w:hAnsi="宋体" w:eastAsia="宋体" w:cs="宋体"/>
          <w:color w:val="000000"/>
        </w:rPr>
        <w:t>小时；在一天内，李明共加工</w:t>
      </w:r>
      <w:r>
        <w:pict>
          <v:shape id="_x0000_i705048"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236" o:title="eqId2c94bb12cee76221e13f9ef955b0aab1"/>
            <o:lock v:ext="edit" aspectratio="t"/>
            <w10:wrap type="none"/>
            <w10:anchorlock/>
          </v:shape>
        </w:pict>
      </w:r>
      <w:r>
        <w:rPr>
          <w:rFonts w:ascii="宋体" w:hAnsi="宋体" w:eastAsia="宋体" w:cs="宋体"/>
          <w:color w:val="000000"/>
        </w:rPr>
        <w:t>个零件，加工时间为</w:t>
      </w:r>
      <w:r>
        <w:pict>
          <v:shape id="_x0000_i705049" o:spt="75" alt="学科网(www.zxxk.com)--教育资源门户，提供试卷、教案、课件、论文、素材以及各类教学资源下载，还有大量而丰富的教学相关资讯！" type="#_x0000_t75" style="height:34.15pt;width:39.95pt;" o:ole="t" filled="f" o:preferrelative="t" stroked="f" coordsize="21600,21600">
            <v:path/>
            <v:fill on="f" focussize="0,0"/>
            <v:stroke on="f" joinstyle="miter"/>
            <v:imagedata r:id="rId237" o:title="eqIdefad00b87f9cc76d11f711a53692aabd"/>
            <o:lock v:ext="edit" aspectratio="t"/>
            <w10:wrap type="none"/>
            <w10:anchorlock/>
          </v:shape>
        </w:pict>
      </w:r>
      <w:r>
        <w:rPr>
          <w:rFonts w:ascii="宋体" w:hAnsi="宋体" w:eastAsia="宋体" w:cs="宋体"/>
          <w:color w:val="000000"/>
        </w:rPr>
        <w:t>小时．</w:t>
      </w:r>
      <w:r>
        <w:rPr>
          <w:rFonts w:ascii="Times New Roman" w:hAnsi="Times New Roman" w:eastAsia="Times New Roman" w:cs="Times New Roman"/>
          <w:color w:val="000000"/>
        </w:rPr>
        <w:t xml:space="preserve">  </w:t>
      </w:r>
      <w:r>
        <w:rPr>
          <w:rFonts w:ascii="宋体" w:hAnsi="宋体" w:eastAsia="宋体" w:cs="宋体"/>
          <w:color w:val="000000"/>
        </w:rPr>
        <w:t>第一天，两人一共生产零件</w:t>
      </w:r>
      <w:r>
        <w:pict>
          <v:shape id="_x0000_i705050" o:spt="75" alt="学科网(www.zxxk.com)--教育资源门户，提供试卷、教案、课件、论文、素材以及各类教学资源下载，还有大量而丰富的教学相关资讯！" type="#_x0000_t75" style="height:12pt;width:13pt;" o:ole="t" filled="f" o:preferrelative="t" stroked="f" coordsize="21600,21600">
            <v:path/>
            <v:fill on="f" focussize="0,0"/>
            <v:stroke on="f" joinstyle="miter"/>
            <v:imagedata r:id="rId238" o:title="eqId057606b216116a2d7556673cc74690f3"/>
            <o:lock v:ext="edit" aspectratio="t"/>
            <w10:wrap type="none"/>
            <w10:anchorlock/>
          </v:shape>
        </w:pict>
      </w:r>
      <w:r>
        <w:rPr>
          <w:rFonts w:ascii="宋体" w:hAnsi="宋体" w:eastAsia="宋体" w:cs="宋体"/>
          <w:color w:val="000000"/>
        </w:rPr>
        <w:t>个，且加工时间相同，那么王刚共加工</w:t>
      </w:r>
      <w:r>
        <w:rPr>
          <w:color w:val="000000"/>
        </w:rPr>
        <w:t>__________</w:t>
      </w:r>
      <w:r>
        <w:rPr>
          <w:rFonts w:ascii="宋体" w:hAnsi="宋体" w:eastAsia="宋体" w:cs="宋体"/>
          <w:color w:val="000000"/>
        </w:rPr>
        <w:t>个零件；第二天开工前，该工作小组按第一天的分配结果分配了</w:t>
      </w:r>
      <w:r>
        <w:pict>
          <v:shape id="_x0000_i705051" o:spt="75" alt="学科网(www.zxxk.com)--教育资源门户，提供试卷、教案、课件、论文、素材以及各类教学资源下载，还有大量而丰富的教学相关资讯！" type="#_x0000_t75" style="height:12pt;width:13pt;" o:ole="t" filled="f" o:preferrelative="t" stroked="f" coordsize="21600,21600">
            <v:path/>
            <v:fill on="f" focussize="0,0"/>
            <v:stroke on="f" joinstyle="miter"/>
            <v:imagedata r:id="rId238" o:title="eqId057606b216116a2d7556673cc74690f3"/>
            <o:lock v:ext="edit" aspectratio="t"/>
            <w10:wrap type="none"/>
            <w10:anchorlock/>
          </v:shape>
        </w:pict>
      </w:r>
      <w:r>
        <w:rPr>
          <w:rFonts w:ascii="宋体" w:hAnsi="宋体" w:eastAsia="宋体" w:cs="宋体"/>
          <w:color w:val="000000"/>
        </w:rPr>
        <w:t>个零件的加工任务后，又给王刚分配了</w:t>
      </w:r>
      <w:r>
        <w:pict>
          <v:shape id="_x0000_i705052"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239" o:title="eqId294f5ba74cdf695fc9a8a8e52f421328"/>
            <o:lock v:ext="edit" aspectratio="t"/>
            <w10:wrap type="none"/>
            <w10:anchorlock/>
          </v:shape>
        </w:pict>
      </w:r>
      <w:r>
        <w:rPr>
          <w:rFonts w:ascii="宋体" w:hAnsi="宋体" w:eastAsia="宋体" w:cs="宋体"/>
          <w:color w:val="000000"/>
        </w:rPr>
        <w:t>个零件的加工任务，给李明分配了</w:t>
      </w:r>
      <w:r>
        <w:pict>
          <v:shape id="_x0000_i705053"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240" o:title="eqIdb6a24198bd04c29321ae5dc5a28fe421"/>
            <o:lock v:ext="edit" aspectratio="t"/>
            <w10:wrap type="none"/>
            <w10:anchorlock/>
          </v:shape>
        </w:pict>
      </w:r>
      <w:r>
        <w:rPr>
          <w:rFonts w:ascii="宋体" w:hAnsi="宋体" w:eastAsia="宋体" w:cs="宋体"/>
          <w:color w:val="000000"/>
        </w:rPr>
        <w:t>个零件的加工任务，若二人都能在一天内加工完各自分配到的任务，且加工时间相同，则</w:t>
      </w:r>
      <w:r>
        <w:pict>
          <v:shape id="_x0000_i705054" o:spt="75" alt="学科网(www.zxxk.com)--教育资源门户，提供试卷、教案、课件、论文、素材以及各类教学资源下载，还有大量而丰富的教学相关资讯！" type="#_x0000_t75" style="height:30.8pt;width:15.2pt;" o:ole="t" filled="f" o:preferrelative="t" stroked="f" coordsize="21600,21600">
            <v:path/>
            <v:fill on="f" focussize="0,0"/>
            <v:stroke on="f" joinstyle="miter"/>
            <v:imagedata r:id="rId241" o:title="eqIda0be44077d42cfffece905b1af13e000"/>
            <o:lock v:ext="edit" aspectratio="t"/>
            <w10:wrap type="none"/>
            <w10:anchorlock/>
          </v:shape>
        </w:pict>
      </w:r>
      <w:r>
        <w:rPr>
          <w:rFonts w:ascii="宋体" w:hAnsi="宋体" w:eastAsia="宋体" w:cs="宋体"/>
          <w:color w:val="000000"/>
        </w:rPr>
        <w:t>的值为</w:t>
      </w:r>
      <w:r>
        <w:rPr>
          <w:color w:val="000000"/>
        </w:rPr>
        <w:t>__________</w:t>
      </w:r>
      <w:r>
        <w:rPr>
          <w:rFonts w:ascii="宋体" w:hAnsi="宋体" w:eastAsia="宋体" w:cs="宋体"/>
          <w:color w:val="000000"/>
        </w:rPr>
        <w:t>．</w:t>
      </w:r>
    </w:p>
    <w:p>
      <w:pPr>
        <w:pStyle w:val="Heading2"/>
      </w:pPr>
      <w:r>
        <w:t>昌平区</w:t>
      </w:r>
    </w:p>
    <w:p>
      <w:pPr>
        <w:spacing w:line="360" w:lineRule="auto"/>
        <w:jc w:val="both"/>
        <w:textAlignment w:val="center"/>
        <w:rPr>
          <w:color w:val="000000"/>
        </w:rPr>
      </w:pPr>
      <w:r>
        <w:rPr>
          <w:color w:val="000000"/>
        </w:rPr>
        <w:t xml:space="preserve">16. </w:t>
      </w:r>
      <w:r>
        <w:rPr>
          <w:rFonts w:ascii="宋体" w:hAnsi="宋体" w:eastAsia="宋体" w:cs="宋体"/>
          <w:color w:val="000000"/>
        </w:rPr>
        <w:t>有甲，乙，丙，丁，戊五支球队参加足球比赛，每支队伍进行</w:t>
      </w:r>
      <w:r>
        <w:rPr>
          <w:rFonts w:ascii="Times New Roman" w:hAnsi="Times New Roman" w:eastAsia="Times New Roman" w:cs="Times New Roman"/>
          <w:color w:val="000000"/>
        </w:rPr>
        <w:t>10</w:t>
      </w:r>
      <w:r>
        <w:rPr>
          <w:rFonts w:ascii="宋体" w:hAnsi="宋体" w:eastAsia="宋体" w:cs="宋体"/>
          <w:color w:val="000000"/>
        </w:rPr>
        <w:t>场比赛．球队在每场比赛中可能获得“胜”“平”“负”三种比赛结果，每种结果对应不同的分值，并在</w:t>
      </w:r>
      <w:r>
        <w:rPr>
          <w:rFonts w:ascii="Times New Roman" w:hAnsi="Times New Roman" w:eastAsia="Times New Roman" w:cs="Times New Roman"/>
          <w:color w:val="000000"/>
        </w:rPr>
        <w:t>10</w:t>
      </w:r>
      <w:r>
        <w:rPr>
          <w:rFonts w:ascii="宋体" w:hAnsi="宋体" w:eastAsia="宋体" w:cs="宋体"/>
          <w:color w:val="000000"/>
        </w:rPr>
        <w:t>场比赛结束后结算队伍总分．甲队伍胜</w:t>
      </w:r>
      <w:r>
        <w:rPr>
          <w:rFonts w:ascii="Times New Roman" w:hAnsi="Times New Roman" w:eastAsia="Times New Roman" w:cs="Times New Roman"/>
          <w:color w:val="000000"/>
        </w:rPr>
        <w:t>10</w:t>
      </w:r>
      <w:r>
        <w:rPr>
          <w:rFonts w:ascii="宋体" w:hAnsi="宋体" w:eastAsia="宋体" w:cs="宋体"/>
          <w:color w:val="000000"/>
        </w:rPr>
        <w:t>场，总分</w:t>
      </w:r>
      <w:r>
        <w:rPr>
          <w:rFonts w:ascii="Times New Roman" w:hAnsi="Times New Roman" w:eastAsia="Times New Roman" w:cs="Times New Roman"/>
          <w:color w:val="000000"/>
        </w:rPr>
        <w:t>30</w:t>
      </w:r>
      <w:r>
        <w:rPr>
          <w:rFonts w:ascii="宋体" w:hAnsi="宋体" w:eastAsia="宋体" w:cs="宋体"/>
          <w:color w:val="000000"/>
        </w:rPr>
        <w:t>分；乙队伍胜</w:t>
      </w:r>
      <w:r>
        <w:rPr>
          <w:rFonts w:ascii="Times New Roman" w:hAnsi="Times New Roman" w:eastAsia="Times New Roman" w:cs="Times New Roman"/>
          <w:color w:val="000000"/>
        </w:rPr>
        <w:t>6</w:t>
      </w:r>
      <w:r>
        <w:rPr>
          <w:rFonts w:ascii="宋体" w:hAnsi="宋体" w:eastAsia="宋体" w:cs="宋体"/>
          <w:color w:val="000000"/>
        </w:rPr>
        <w:t>场，平</w:t>
      </w:r>
      <w:r>
        <w:rPr>
          <w:rFonts w:ascii="Times New Roman" w:hAnsi="Times New Roman" w:eastAsia="Times New Roman" w:cs="Times New Roman"/>
          <w:color w:val="000000"/>
        </w:rPr>
        <w:t>4</w:t>
      </w:r>
      <w:r>
        <w:rPr>
          <w:rFonts w:ascii="宋体" w:hAnsi="宋体" w:eastAsia="宋体" w:cs="宋体"/>
          <w:color w:val="000000"/>
        </w:rPr>
        <w:t>场，总分</w:t>
      </w:r>
      <w:r>
        <w:rPr>
          <w:rFonts w:ascii="Times New Roman" w:hAnsi="Times New Roman" w:eastAsia="Times New Roman" w:cs="Times New Roman"/>
          <w:color w:val="000000"/>
        </w:rPr>
        <w:t>22</w:t>
      </w:r>
      <w:r>
        <w:rPr>
          <w:rFonts w:ascii="宋体" w:hAnsi="宋体" w:eastAsia="宋体" w:cs="宋体"/>
          <w:color w:val="000000"/>
        </w:rPr>
        <w:t>分；丙队伍胜</w:t>
      </w:r>
      <w:r>
        <w:rPr>
          <w:rFonts w:ascii="Times New Roman" w:hAnsi="Times New Roman" w:eastAsia="Times New Roman" w:cs="Times New Roman"/>
          <w:color w:val="000000"/>
        </w:rPr>
        <w:t>4</w:t>
      </w:r>
      <w:r>
        <w:rPr>
          <w:rFonts w:ascii="宋体" w:hAnsi="宋体" w:eastAsia="宋体" w:cs="宋体"/>
          <w:color w:val="000000"/>
        </w:rPr>
        <w:t>场，平</w:t>
      </w:r>
      <w:r>
        <w:rPr>
          <w:rFonts w:ascii="Times New Roman" w:hAnsi="Times New Roman" w:eastAsia="Times New Roman" w:cs="Times New Roman"/>
          <w:color w:val="000000"/>
        </w:rPr>
        <w:t>3</w:t>
      </w:r>
      <w:r>
        <w:rPr>
          <w:rFonts w:ascii="宋体" w:hAnsi="宋体" w:eastAsia="宋体" w:cs="宋体"/>
          <w:color w:val="000000"/>
        </w:rPr>
        <w:t>场，总分</w:t>
      </w:r>
      <w:r>
        <w:rPr>
          <w:rFonts w:ascii="Times New Roman" w:hAnsi="Times New Roman" w:eastAsia="Times New Roman" w:cs="Times New Roman"/>
          <w:color w:val="000000"/>
        </w:rPr>
        <w:t>15</w:t>
      </w:r>
      <w:r>
        <w:rPr>
          <w:rFonts w:ascii="宋体" w:hAnsi="宋体" w:eastAsia="宋体" w:cs="宋体"/>
          <w:color w:val="000000"/>
        </w:rPr>
        <w:t>分；丁队伍胜</w:t>
      </w:r>
      <w:r>
        <w:rPr>
          <w:rFonts w:ascii="Times New Roman" w:hAnsi="Times New Roman" w:eastAsia="Times New Roman" w:cs="Times New Roman"/>
          <w:color w:val="000000"/>
        </w:rPr>
        <w:t>5</w:t>
      </w:r>
      <w:r>
        <w:rPr>
          <w:rFonts w:ascii="宋体" w:hAnsi="宋体" w:eastAsia="宋体" w:cs="宋体"/>
          <w:color w:val="000000"/>
        </w:rPr>
        <w:t>场，平</w:t>
      </w:r>
      <w:r>
        <w:rPr>
          <w:rFonts w:ascii="Times New Roman" w:hAnsi="Times New Roman" w:eastAsia="Times New Roman" w:cs="Times New Roman"/>
          <w:color w:val="000000"/>
        </w:rPr>
        <w:t>2</w:t>
      </w:r>
      <w:r>
        <w:rPr>
          <w:rFonts w:ascii="宋体" w:hAnsi="宋体" w:eastAsia="宋体" w:cs="宋体"/>
          <w:color w:val="000000"/>
        </w:rPr>
        <w:t>场；戊队伍获胜的场数是负的场数的</w:t>
      </w:r>
      <w:r>
        <w:rPr>
          <w:rFonts w:ascii="Times New Roman" w:hAnsi="Times New Roman" w:eastAsia="Times New Roman" w:cs="Times New Roman"/>
          <w:color w:val="000000"/>
        </w:rPr>
        <w:t>2</w:t>
      </w:r>
      <w:r>
        <w:rPr>
          <w:rFonts w:ascii="宋体" w:hAnsi="宋体" w:eastAsia="宋体" w:cs="宋体"/>
          <w:color w:val="000000"/>
        </w:rPr>
        <w:t>倍，且队伍总分是本队平场得分的</w:t>
      </w:r>
      <w:r>
        <w:rPr>
          <w:rFonts w:ascii="Times New Roman" w:hAnsi="Times New Roman" w:eastAsia="Times New Roman" w:cs="Times New Roman"/>
          <w:color w:val="000000"/>
        </w:rPr>
        <w:t>4</w:t>
      </w:r>
      <w:r>
        <w:rPr>
          <w:rFonts w:ascii="宋体" w:hAnsi="宋体" w:eastAsia="宋体" w:cs="宋体"/>
          <w:color w:val="000000"/>
        </w:rPr>
        <w:t>倍．根据以上信息，丁队伍总分是</w:t>
      </w:r>
      <w:r>
        <w:rPr>
          <w:color w:val="000000"/>
        </w:rPr>
        <w:t>________</w:t>
      </w:r>
      <w:r>
        <w:rPr>
          <w:rFonts w:ascii="宋体" w:hAnsi="宋体" w:eastAsia="宋体" w:cs="宋体"/>
          <w:color w:val="000000"/>
        </w:rPr>
        <w:t>，将五支队伍按分数从高到低排序，结果为</w:t>
      </w:r>
      <w:r>
        <w:rPr>
          <w:color w:val="000000"/>
        </w:rPr>
        <w:t>________</w:t>
      </w:r>
      <w:r>
        <w:rPr>
          <w:rFonts w:ascii="宋体" w:hAnsi="宋体" w:eastAsia="宋体" w:cs="宋体"/>
          <w:color w:val="000000"/>
        </w:rPr>
        <w:t>（填写下面正确结果的序号）．</w:t>
      </w:r>
    </w:p>
    <w:p>
      <w:pPr>
        <w:spacing w:line="360" w:lineRule="auto"/>
        <w:jc w:val="both"/>
        <w:textAlignment w:val="center"/>
        <w:rPr>
          <w:color w:val="000000"/>
        </w:rPr>
      </w:pPr>
      <w:r>
        <w:rPr>
          <w:rFonts w:ascii="宋体" w:hAnsi="宋体" w:eastAsia="宋体" w:cs="宋体"/>
          <w:color w:val="000000"/>
        </w:rPr>
        <w:t>①甲乙丙丁戊；②甲乙丁丙戊；③甲乙丁戊丙；④甲乙戊丁丙</w:t>
      </w:r>
    </w:p>
    <w:p>
      <w:pPr>
        <w:pStyle w:val="Heading2"/>
      </w:pPr>
      <w:r>
        <w:t>昌平区</w:t>
      </w:r>
    </w:p>
    <w:p>
      <w:pPr>
        <w:spacing w:line="360" w:lineRule="auto"/>
        <w:jc w:val="both"/>
        <w:textAlignment w:val="center"/>
        <w:rPr>
          <w:color w:val="000000"/>
        </w:rPr>
      </w:pPr>
      <w:r>
        <w:rPr>
          <w:color w:val="000000"/>
        </w:rPr>
        <w:t xml:space="preserve">18. </w:t>
      </w:r>
      <w:r>
        <w:rPr>
          <w:rFonts w:ascii="宋体" w:hAnsi="宋体" w:eastAsia="宋体" w:cs="宋体"/>
          <w:color w:val="000000"/>
        </w:rPr>
        <w:t>如图，琳琳将三角形沿虚线剪去一个角得到四边形，设三角形</w:t>
      </w:r>
      <w:r>
        <w:pict>
          <v:shape id="_x0000_i705055"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42" o:title="eqId7bef5239ddbb0972700ce01daf9ee7cf"/>
            <o:lock v:ext="edit" aspectratio="t"/>
            <w10:wrap type="none"/>
            <w10:anchorlock/>
          </v:shape>
        </w:pict>
      </w:r>
      <w:r>
        <w:rPr>
          <w:rFonts w:ascii="宋体" w:hAnsi="宋体" w:eastAsia="宋体" w:cs="宋体"/>
          <w:color w:val="000000"/>
        </w:rPr>
        <w:t>与四边形</w:t>
      </w:r>
      <w:r>
        <w:pict>
          <v:shape id="_x0000_i705056" o:spt="75" alt="学科网(www.zxxk.com)--教育资源门户，提供试卷、教案、课件、论文、素材以及各类教学资源下载，还有大量而丰富的教学相关资讯！" type="#_x0000_t75" style="height:14pt;width:36pt;" o:ole="t" filled="f" o:preferrelative="t" stroked="f" coordsize="21600,21600">
            <v:path/>
            <v:fill on="f" focussize="0,0"/>
            <v:stroke on="f" joinstyle="miter"/>
            <v:imagedata r:id="rId243" o:title="eqId2fa7bbd7831e9ff4f8cffc8889d34f05"/>
            <o:lock v:ext="edit" aspectratio="t"/>
            <w10:wrap type="none"/>
            <w10:anchorlock/>
          </v:shape>
        </w:pict>
      </w:r>
      <w:r>
        <w:rPr>
          <w:rFonts w:ascii="宋体" w:hAnsi="宋体" w:eastAsia="宋体" w:cs="宋体"/>
          <w:color w:val="000000"/>
        </w:rPr>
        <w:t>的周长分别为</w:t>
      </w:r>
      <w:r>
        <w:rPr>
          <w:rFonts w:ascii="Times New Roman" w:hAnsi="Times New Roman" w:eastAsia="Times New Roman" w:cs="Times New Roman"/>
          <w:i/>
          <w:color w:val="000000"/>
        </w:rPr>
        <w:t>m</w:t>
      </w:r>
      <w:r>
        <w:rPr>
          <w:rFonts w:ascii="宋体" w:hAnsi="宋体" w:eastAsia="宋体" w:cs="宋体"/>
          <w:color w:val="000000"/>
        </w:rPr>
        <w:t>和</w:t>
      </w:r>
      <w:r>
        <w:rPr>
          <w:rFonts w:ascii="Times New Roman" w:hAnsi="Times New Roman" w:eastAsia="Times New Roman" w:cs="Times New Roman"/>
          <w:i/>
          <w:color w:val="000000"/>
        </w:rPr>
        <w:t>n</w:t>
      </w:r>
      <w:r>
        <w:rPr>
          <w:rFonts w:ascii="宋体" w:hAnsi="宋体" w:eastAsia="宋体" w:cs="宋体"/>
          <w:color w:val="000000"/>
        </w:rPr>
        <w:t>，则</w:t>
      </w:r>
      <w:r>
        <w:rPr>
          <w:rFonts w:ascii="Times New Roman" w:hAnsi="Times New Roman" w:eastAsia="Times New Roman" w:cs="Times New Roman"/>
          <w:i/>
          <w:color w:val="000000"/>
        </w:rPr>
        <w:t>m</w:t>
      </w:r>
      <w:r>
        <w:rPr>
          <w:rFonts w:ascii="宋体" w:hAnsi="宋体" w:eastAsia="宋体" w:cs="宋体"/>
          <w:color w:val="000000"/>
        </w:rPr>
        <w:t>与</w:t>
      </w:r>
      <w:r>
        <w:rPr>
          <w:rFonts w:ascii="Times New Roman" w:hAnsi="Times New Roman" w:eastAsia="Times New Roman" w:cs="Times New Roman"/>
          <w:i/>
          <w:color w:val="000000"/>
        </w:rPr>
        <w:t>n</w:t>
      </w:r>
      <w:r>
        <w:rPr>
          <w:rFonts w:ascii="宋体" w:hAnsi="宋体" w:eastAsia="宋体" w:cs="宋体"/>
          <w:color w:val="000000"/>
        </w:rPr>
        <w:t>的大小关系是</w:t>
      </w:r>
      <w:r>
        <w:rPr>
          <w:color w:val="000000"/>
        </w:rPr>
        <w:t>________</w:t>
      </w:r>
      <w:r>
        <w:rPr>
          <w:rFonts w:ascii="宋体" w:hAnsi="宋体" w:eastAsia="宋体" w:cs="宋体"/>
          <w:color w:val="000000"/>
        </w:rPr>
        <w:t>，理论依据是：</w:t>
      </w:r>
      <w:r>
        <w:rPr>
          <w:color w:val="000000"/>
        </w:rPr>
        <w:t>________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562225" cy="1257300"/>
            <wp:effectExtent l="0" t="0" r="0" b="0"/>
            <wp:docPr id="2323"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4" name="图片 100045" descr="学科网(www.zxxk.com)--教育资源门户，提供试卷、教案、课件、论文、素材以及各类教学资源下载，还有大量而丰富的教学相关资讯！"/>
                    <pic:cNvPicPr>
                      <a:picLocks noChangeAspect="1"/>
                    </pic:cNvPicPr>
                  </pic:nvPicPr>
                  <pic:blipFill>
                    <a:blip r:embed="rId244"/>
                    <a:stretch>
                      <a:fillRect/>
                    </a:stretch>
                  </pic:blipFill>
                  <pic:spPr>
                    <a:xfrm>
                      <a:off x="0" y="0"/>
                      <a:ext cx="2562225" cy="1257300"/>
                    </a:xfrm>
                    <a:prstGeom prst="rect">
                      <a:avLst/>
                    </a:prstGeom>
                  </pic:spPr>
                </pic:pic>
              </a:graphicData>
            </a:graphic>
          </wp:inline>
        </w:drawing>
      </w:r>
      <w:r>
        <w:rPr>
          <w:color w:val="000000"/>
        </w:rPr>
        <w:t xml:space="preserve">  </w:t>
      </w:r>
    </w:p>
    <w:p>
      <w:pPr>
        <w:pStyle w:val="Heading2"/>
      </w:pPr>
      <w:r>
        <w:t>朝阳区</w:t>
      </w:r>
    </w:p>
    <w:p>
      <w:pPr>
        <w:spacing w:line="360" w:lineRule="auto"/>
        <w:jc w:val="left"/>
        <w:textAlignment w:val="center"/>
        <w:rPr>
          <w:color w:val="000000"/>
        </w:rPr>
      </w:pPr>
      <w:r>
        <w:rPr>
          <w:color w:val="000000"/>
        </w:rPr>
        <w:t xml:space="preserve">16. </w:t>
      </w:r>
      <w:r>
        <w:rPr>
          <w:rFonts w:ascii="宋体" w:hAnsi="宋体" w:eastAsia="宋体" w:cs="宋体"/>
          <w:color w:val="000000"/>
        </w:rPr>
        <w:t>某社区为增强居民体质，体现以人民为中心的理念，准备到一家健身器材专卖店购置一批健身器材供居民健身使用．该专卖店推出两种优惠活动，并规定只能选择其中一种．</w:t>
      </w:r>
    </w:p>
    <w:p>
      <w:pPr>
        <w:spacing w:line="360" w:lineRule="auto"/>
        <w:jc w:val="left"/>
        <w:textAlignment w:val="center"/>
        <w:rPr>
          <w:color w:val="000000"/>
        </w:rPr>
      </w:pPr>
      <w:r>
        <w:rPr>
          <w:rFonts w:ascii="宋体" w:hAnsi="宋体" w:eastAsia="宋体" w:cs="宋体"/>
          <w:color w:val="000000"/>
        </w:rPr>
        <w:t>活动一：所购商品按原价打八折；</w:t>
      </w:r>
    </w:p>
    <w:p>
      <w:pPr>
        <w:spacing w:line="360" w:lineRule="auto"/>
        <w:jc w:val="left"/>
        <w:textAlignment w:val="center"/>
        <w:rPr>
          <w:color w:val="000000"/>
        </w:rPr>
      </w:pPr>
      <w:r>
        <w:rPr>
          <w:rFonts w:ascii="宋体" w:hAnsi="宋体" w:eastAsia="宋体" w:cs="宋体"/>
          <w:color w:val="000000"/>
        </w:rPr>
        <w:t>活动二：所购商品按原价</w:t>
      </w:r>
      <w:r>
        <w:rPr>
          <w:rFonts w:ascii="宋体" w:hAnsi="宋体" w:eastAsia="宋体" w:cs="宋体"/>
          <w:color w:val="000000"/>
          <w:em w:val="dot"/>
        </w:rPr>
        <w:t>每满</w:t>
      </w:r>
      <w:r>
        <w:rPr>
          <w:rFonts w:ascii="Times New Roman" w:hAnsi="Times New Roman" w:eastAsia="Times New Roman" w:cs="Times New Roman"/>
          <w:color w:val="000000"/>
        </w:rPr>
        <w:t>400</w:t>
      </w:r>
      <w:r>
        <w:rPr>
          <w:rFonts w:ascii="宋体" w:hAnsi="宋体" w:eastAsia="宋体" w:cs="宋体"/>
          <w:color w:val="000000"/>
        </w:rPr>
        <w:t>元减</w:t>
      </w:r>
      <w:r>
        <w:rPr>
          <w:rFonts w:ascii="Times New Roman" w:hAnsi="Times New Roman" w:eastAsia="Times New Roman" w:cs="Times New Roman"/>
          <w:color w:val="000000"/>
        </w:rPr>
        <w:t>100</w:t>
      </w:r>
      <w:r>
        <w:rPr>
          <w:rFonts w:ascii="宋体" w:hAnsi="宋体" w:eastAsia="宋体" w:cs="宋体"/>
          <w:color w:val="000000"/>
        </w:rPr>
        <w:t>元．（如：所购商品原价为</w:t>
      </w:r>
      <w:r>
        <w:rPr>
          <w:rFonts w:ascii="Times New Roman" w:hAnsi="Times New Roman" w:eastAsia="Times New Roman" w:cs="Times New Roman"/>
          <w:color w:val="000000"/>
        </w:rPr>
        <w:t>400</w:t>
      </w:r>
      <w:r>
        <w:rPr>
          <w:rFonts w:ascii="宋体" w:hAnsi="宋体" w:eastAsia="宋体" w:cs="宋体"/>
          <w:color w:val="000000"/>
        </w:rPr>
        <w:t>元，可减</w:t>
      </w:r>
      <w:r>
        <w:rPr>
          <w:rFonts w:ascii="Times New Roman" w:hAnsi="Times New Roman" w:eastAsia="Times New Roman" w:cs="Times New Roman"/>
          <w:color w:val="000000"/>
        </w:rPr>
        <w:t>100</w:t>
      </w:r>
      <w:r>
        <w:rPr>
          <w:rFonts w:ascii="宋体" w:hAnsi="宋体" w:eastAsia="宋体" w:cs="宋体"/>
          <w:color w:val="000000"/>
        </w:rPr>
        <w:t>元，需付款</w:t>
      </w:r>
      <w:r>
        <w:rPr>
          <w:rFonts w:ascii="Times New Roman" w:hAnsi="Times New Roman" w:eastAsia="Times New Roman" w:cs="Times New Roman"/>
          <w:color w:val="000000"/>
        </w:rPr>
        <w:t>300</w:t>
      </w:r>
      <w:r>
        <w:rPr>
          <w:rFonts w:ascii="宋体" w:hAnsi="宋体" w:eastAsia="宋体" w:cs="宋体"/>
          <w:color w:val="000000"/>
        </w:rPr>
        <w:t>元；所购商品原价为</w:t>
      </w:r>
      <w:r>
        <w:rPr>
          <w:rFonts w:ascii="Times New Roman" w:hAnsi="Times New Roman" w:eastAsia="Times New Roman" w:cs="Times New Roman"/>
          <w:color w:val="000000"/>
        </w:rPr>
        <w:t>900</w:t>
      </w:r>
      <w:r>
        <w:rPr>
          <w:rFonts w:ascii="宋体" w:hAnsi="宋体" w:eastAsia="宋体" w:cs="宋体"/>
          <w:color w:val="000000"/>
        </w:rPr>
        <w:t>元，可减</w:t>
      </w:r>
      <w:r>
        <w:rPr>
          <w:rFonts w:ascii="Times New Roman" w:hAnsi="Times New Roman" w:eastAsia="Times New Roman" w:cs="Times New Roman"/>
          <w:color w:val="000000"/>
        </w:rPr>
        <w:t>200</w:t>
      </w:r>
      <w:r>
        <w:rPr>
          <w:rFonts w:ascii="宋体" w:hAnsi="宋体" w:eastAsia="宋体" w:cs="宋体"/>
          <w:color w:val="000000"/>
        </w:rPr>
        <w:t>元，需付款</w:t>
      </w:r>
      <w:r>
        <w:rPr>
          <w:rFonts w:ascii="Times New Roman" w:hAnsi="Times New Roman" w:eastAsia="Times New Roman" w:cs="Times New Roman"/>
          <w:color w:val="000000"/>
        </w:rPr>
        <w:t>700</w:t>
      </w:r>
      <w:r>
        <w:rPr>
          <w:rFonts w:ascii="宋体" w:hAnsi="宋体" w:eastAsia="宋体" w:cs="宋体"/>
          <w:color w:val="000000"/>
        </w:rPr>
        <w:t>元）</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）若购买一件原价为</w:t>
      </w:r>
      <w:r>
        <w:rPr>
          <w:rFonts w:ascii="Times New Roman" w:hAnsi="Times New Roman" w:eastAsia="Times New Roman" w:cs="Times New Roman"/>
          <w:color w:val="000000"/>
        </w:rPr>
        <w:t>550</w:t>
      </w:r>
      <w:r>
        <w:rPr>
          <w:rFonts w:ascii="宋体" w:hAnsi="宋体" w:eastAsia="宋体" w:cs="宋体"/>
          <w:color w:val="000000"/>
        </w:rPr>
        <w:t>元的健身器材，更合算的选择方式为活动</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）若购买一件原价为</w:t>
      </w:r>
      <w:r>
        <w:pict>
          <v:shape id="_x0000_i705057" o:spt="75" alt="学科网(www.zxxk.com)--教育资源门户，提供试卷、教案、课件、论文、素材以及各类教学资源下载，还有大量而丰富的教学相关资讯！" type="#_x0000_t75" style="height:16pt;width:78pt;" o:ole="t" filled="f" o:preferrelative="t" stroked="f" coordsize="21600,21600">
            <v:path/>
            <v:fill on="f" focussize="0,0"/>
            <v:stroke on="f" joinstyle="miter"/>
            <v:imagedata r:id="rId246" o:title="eqIdd41de1106ed05bb49b936b8452b09b24"/>
            <o:lock v:ext="edit" aspectratio="t"/>
            <w10:wrap type="none"/>
            <w10:anchorlock/>
          </v:shape>
        </w:pict>
      </w:r>
      <w:r>
        <w:rPr>
          <w:rFonts w:ascii="宋体" w:hAnsi="宋体" w:eastAsia="宋体" w:cs="宋体"/>
          <w:color w:val="000000"/>
        </w:rPr>
        <w:t>元</w:t>
      </w:r>
      <w:r>
        <w:rPr>
          <w:rFonts w:ascii="宋体" w:hAnsi="宋体" w:eastAsia="宋体" w:cs="宋体"/>
          <w:color w:val="000000"/>
          <w:position w:val="0"/>
        </w:rPr>
        <w:drawing>
          <wp:inline distT="0" distB="0" distL="114300" distR="114300">
            <wp:extent cx="133350" cy="177800"/>
            <wp:effectExtent l="0" t="0" r="0" b="13335"/>
            <wp:docPr id="2325" name="图片 4765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6" name="图片 4765638"/>
                    <pic:cNvPicPr>
                      <a:picLocks noChangeAspect="1"/>
                    </pic:cNvPicPr>
                  </pic:nvPicPr>
                  <pic:blipFill>
                    <a:blip r:embed="rId24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健身器材，选择活动二比选择活动一更合算，则</w:t>
      </w:r>
      <w:r>
        <w:pict>
          <v:shape id="_x0000_i70505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47" o:title="eqId0a6936d370d6a238a608ca56f87198de"/>
            <o:lock v:ext="edit" aspectratio="t"/>
            <w10:wrap type="none"/>
            <w10:anchorlock/>
          </v:shape>
        </w:pict>
      </w:r>
      <w:r>
        <w:rPr>
          <w:rFonts w:ascii="宋体" w:hAnsi="宋体" w:eastAsia="宋体" w:cs="宋体"/>
          <w:color w:val="000000"/>
        </w:rPr>
        <w:t>的取值范围是</w:t>
      </w:r>
      <w:r>
        <w:rPr>
          <w:color w:val="000000"/>
        </w:rPr>
        <w:t>______</w:t>
      </w:r>
      <w:r>
        <w:rPr>
          <w:rFonts w:ascii="宋体" w:hAnsi="宋体" w:eastAsia="宋体" w:cs="宋体"/>
          <w:color w:val="000000"/>
        </w:rPr>
        <w:t>．</w:t>
      </w:r>
    </w:p>
    <w:p>
      <w:pPr>
        <w:pStyle w:val="Heading2"/>
      </w:pPr>
      <w:r>
        <w:t>石景山区</w:t>
      </w:r>
    </w:p>
    <w:p>
      <w:pPr>
        <w:spacing w:line="360" w:lineRule="auto"/>
        <w:jc w:val="left"/>
        <w:textAlignment w:val="center"/>
        <w:rPr>
          <w:color w:val="000000"/>
        </w:rPr>
      </w:pPr>
      <w:r>
        <w:rPr>
          <w:color w:val="000000"/>
        </w:rPr>
        <w:t xml:space="preserve">16. </w:t>
      </w:r>
      <w:r>
        <w:rPr>
          <w:rFonts w:ascii="宋体" w:hAnsi="宋体" w:eastAsia="宋体" w:cs="宋体"/>
          <w:color w:val="000000"/>
        </w:rPr>
        <w:t>已知</w:t>
      </w:r>
      <w:r>
        <w:rPr>
          <w:rFonts w:ascii="Times New Roman" w:hAnsi="Times New Roman" w:eastAsia="Times New Roman" w:cs="Times New Roman"/>
          <w:i/>
          <w:color w:val="000000"/>
        </w:rPr>
        <w:t>a</w:t>
      </w:r>
      <w:r>
        <w:rPr>
          <w:rFonts w:ascii="宋体" w:hAnsi="宋体" w:eastAsia="宋体" w:cs="宋体"/>
          <w:color w:val="000000"/>
        </w:rPr>
        <w:t>是不为</w:t>
      </w:r>
      <w:r>
        <w:rPr>
          <w:rFonts w:ascii="Times New Roman" w:hAnsi="Times New Roman" w:eastAsia="Times New Roman" w:cs="Times New Roman"/>
          <w:color w:val="000000"/>
        </w:rPr>
        <w:t>1</w:t>
      </w:r>
      <w:r>
        <w:rPr>
          <w:rFonts w:ascii="宋体" w:hAnsi="宋体" w:eastAsia="宋体" w:cs="宋体"/>
          <w:color w:val="000000"/>
        </w:rPr>
        <w:t>的有理数，我们把</w:t>
      </w:r>
      <w:r>
        <w:pict>
          <v:shape id="_x0000_i705059" o:spt="75" alt="学科网(www.zxxk.com)--教育资源门户，提供试卷、教案、课件、论文、素材以及各类教学资源下载，还有大量而丰富的教学相关资讯！" type="#_x0000_t75" style="height:27.5pt;width:24pt;" o:ole="t" filled="f" o:preferrelative="t" stroked="f" coordsize="21600,21600">
            <v:path/>
            <v:fill on="f" focussize="0,0"/>
            <v:stroke on="f" joinstyle="miter"/>
            <v:imagedata r:id="rId248" o:title="eqId99ebf5e8c5ac0fc22e01967fd0c79bb7"/>
            <o:lock v:ext="edit" aspectratio="t"/>
            <w10:wrap type="none"/>
            <w10:anchorlock/>
          </v:shape>
        </w:pict>
      </w:r>
      <w:r>
        <w:rPr>
          <w:rFonts w:ascii="宋体" w:hAnsi="宋体" w:eastAsia="宋体" w:cs="宋体"/>
          <w:color w:val="000000"/>
        </w:rPr>
        <w:t>称为</w:t>
      </w:r>
      <w:r>
        <w:rPr>
          <w:rFonts w:ascii="Times New Roman" w:hAnsi="Times New Roman" w:eastAsia="Times New Roman" w:cs="Times New Roman"/>
          <w:i/>
          <w:color w:val="000000"/>
        </w:rPr>
        <w:t>a</w:t>
      </w:r>
      <w:r>
        <w:rPr>
          <w:rFonts w:ascii="宋体" w:hAnsi="宋体" w:eastAsia="宋体" w:cs="宋体"/>
          <w:color w:val="000000"/>
        </w:rPr>
        <w:t>的差倒数，如：</w:t>
      </w:r>
      <w:r>
        <w:rPr>
          <w:rFonts w:ascii="Times New Roman" w:hAnsi="Times New Roman" w:eastAsia="Times New Roman" w:cs="Times New Roman"/>
          <w:color w:val="000000"/>
        </w:rPr>
        <w:t>2</w:t>
      </w:r>
      <w:r>
        <w:rPr>
          <w:rFonts w:ascii="宋体" w:hAnsi="宋体" w:eastAsia="宋体" w:cs="宋体"/>
          <w:color w:val="000000"/>
        </w:rPr>
        <w:t>的差倒数是</w:t>
      </w:r>
      <w:r>
        <w:pict>
          <v:shape id="_x0000_i705060" o:spt="75" alt="学科网(www.zxxk.com)--教育资源门户，提供试卷、教案、课件、论文、素材以及各类教学资源下载，还有大量而丰富的教学相关资讯！" type="#_x0000_t75" style="height:27.75pt;width:45pt;" o:ole="t" filled="f" o:preferrelative="t" stroked="f" coordsize="21600,21600">
            <v:path/>
            <v:fill on="f" focussize="0,0"/>
            <v:stroke on="f" joinstyle="miter"/>
            <v:imagedata r:id="rId249" o:title="eqIdc7c4c708160bfe7e25f6dcbb6f4f3a47"/>
            <o:lock v:ext="edit" aspectratio="t"/>
            <w10:wrap type="none"/>
            <w10:anchorlock/>
          </v:shape>
        </w:pict>
      </w:r>
      <w:r>
        <w:rPr>
          <w:rFonts w:ascii="宋体" w:hAnsi="宋体" w:eastAsia="宋体" w:cs="宋体"/>
          <w:color w:val="000000"/>
        </w:rPr>
        <w:t>，</w:t>
      </w:r>
      <w:r>
        <w:pict>
          <v:shape id="_x0000_i705061"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50" o:title="eqIdacbc6a613224461ade69362d46550474"/>
            <o:lock v:ext="edit" aspectratio="t"/>
            <w10:wrap type="none"/>
            <w10:anchorlock/>
          </v:shape>
        </w:pict>
      </w:r>
      <w:r>
        <w:rPr>
          <w:rFonts w:ascii="宋体" w:hAnsi="宋体" w:eastAsia="宋体" w:cs="宋体"/>
          <w:color w:val="000000"/>
        </w:rPr>
        <w:t>的差倒数是</w:t>
      </w:r>
      <w:r>
        <w:pict>
          <v:shape id="_x0000_i705062" o:spt="75" alt="学科网(www.zxxk.com)--教育资源门户，提供试卷、教案、课件、论文、素材以及各类教学资源下载，还有大量而丰富的教学相关资讯！" type="#_x0000_t75" style="height:35.25pt;width:60.75pt;" o:ole="t" filled="f" o:preferrelative="t" stroked="f" coordsize="21600,21600">
            <v:path/>
            <v:fill on="f" focussize="0,0"/>
            <v:stroke on="f" joinstyle="miter"/>
            <v:imagedata r:id="rId251" o:title="eqIda5b0c585c482ad8531d20bb5c32a6608"/>
            <o:lock v:ext="edit" aspectratio="t"/>
            <w10:wrap type="none"/>
            <w10:anchorlock/>
          </v:shape>
        </w:pict>
      </w:r>
      <w:r>
        <w:rPr>
          <w:rFonts w:ascii="宋体" w:hAnsi="宋体" w:eastAsia="宋体" w:cs="宋体"/>
          <w:color w:val="000000"/>
        </w:rPr>
        <w:t>．已知</w:t>
      </w:r>
      <w:r>
        <w:pict>
          <v:shape id="_x0000_i705063" o:spt="75" alt="学科网(www.zxxk.com)--教育资源门户，提供试卷、教案、课件、论文、素材以及各类教学资源下载，还有大量而丰富的教学相关资讯！" type="#_x0000_t75" style="height:30.75pt;width:41.25pt;" o:ole="t" filled="f" o:preferrelative="t" stroked="f" coordsize="21600,21600">
            <v:path/>
            <v:fill on="f" focussize="0,0"/>
            <v:stroke on="f" joinstyle="miter"/>
            <v:imagedata r:id="rId252" o:title="eqIdd4c492ef0c41f7a2f4c15fb27df44a7a"/>
            <o:lock v:ext="edit" aspectratio="t"/>
            <w10:wrap type="none"/>
            <w10:anchorlock/>
          </v:shape>
        </w:pict>
      </w:r>
      <w:r>
        <w:rPr>
          <w:rFonts w:ascii="宋体" w:hAnsi="宋体" w:eastAsia="宋体" w:cs="宋体"/>
          <w:color w:val="000000"/>
        </w:rPr>
        <w:t>，</w:t>
      </w:r>
      <w:r>
        <w:pict>
          <v:shape id="_x0000_i705064" o:spt="75" alt="学科网(www.zxxk.com)--教育资源门户，提供试卷、教案、课件、论文、素材以及各类教学资源下载，还有大量而丰富的教学相关资讯！" type="#_x0000_t75" style="height:17.9pt;width:13.05pt;" o:ole="t" filled="f" o:preferrelative="t" stroked="f" coordsize="21600,21600">
            <v:path/>
            <v:fill on="f" focussize="0,0"/>
            <v:stroke on="f" joinstyle="miter"/>
            <v:imagedata r:id="rId253" o:title="eqId3e88093a749c0d46e0ee931ecfaff925"/>
            <o:lock v:ext="edit" aspectratio="t"/>
            <w10:wrap type="none"/>
            <w10:anchorlock/>
          </v:shape>
        </w:pict>
      </w:r>
      <w:r>
        <w:rPr>
          <w:rFonts w:ascii="宋体" w:hAnsi="宋体" w:eastAsia="宋体" w:cs="宋体"/>
          <w:color w:val="000000"/>
        </w:rPr>
        <w:t>是</w:t>
      </w:r>
      <w:r>
        <w:pict>
          <v:shape id="_x0000_i705065" o:spt="75" alt="学科网(www.zxxk.com)--教育资源门户，提供试卷、教案、课件、论文、素材以及各类教学资源下载，还有大量而丰富的教学相关资讯！" type="#_x0000_t75" style="height:17.9pt;width:12.1pt;" o:ole="t" filled="f" o:preferrelative="t" stroked="f" coordsize="21600,21600">
            <v:path/>
            <v:fill on="f" focussize="0,0"/>
            <v:stroke on="f" joinstyle="miter"/>
            <v:imagedata r:id="rId254" o:title="eqIde72adb45c60c2f63b46e65ff787302bf"/>
            <o:lock v:ext="edit" aspectratio="t"/>
            <w10:wrap type="none"/>
            <w10:anchorlock/>
          </v:shape>
        </w:pict>
      </w:r>
      <w:r>
        <w:rPr>
          <w:rFonts w:ascii="宋体" w:hAnsi="宋体" w:eastAsia="宋体" w:cs="宋体"/>
          <w:color w:val="000000"/>
        </w:rPr>
        <w:t>的差倒数，</w:t>
      </w:r>
      <w:r>
        <w:pict>
          <v:shape id="_x0000_i705066" o:spt="75" alt="学科网(www.zxxk.com)--教育资源门户，提供试卷、教案、课件、论文、素材以及各类教学资源下载，还有大量而丰富的教学相关资讯！" type="#_x0000_t75" style="height:18.15pt;width:13.15pt;" o:ole="t" filled="f" o:preferrelative="t" stroked="f" coordsize="21600,21600">
            <v:path/>
            <v:fill on="f" focussize="0,0"/>
            <v:stroke on="f" joinstyle="miter"/>
            <v:imagedata r:id="rId255" o:title="eqId6c1ccc6c74b8754e9bcbb3f39a11b6f1"/>
            <o:lock v:ext="edit" aspectratio="t"/>
            <w10:wrap type="none"/>
            <w10:anchorlock/>
          </v:shape>
        </w:pict>
      </w:r>
      <w:r>
        <w:rPr>
          <w:rFonts w:ascii="宋体" w:hAnsi="宋体" w:eastAsia="宋体" w:cs="宋体"/>
          <w:color w:val="000000"/>
        </w:rPr>
        <w:t>是</w:t>
      </w:r>
      <w:r>
        <w:pict>
          <v:shape id="_x0000_i705067" o:spt="75" alt="学科网(www.zxxk.com)--教育资源门户，提供试卷、教案、课件、论文、素材以及各类教学资源下载，还有大量而丰富的教学相关资讯！" type="#_x0000_t75" style="height:17.9pt;width:13.05pt;" o:ole="t" filled="f" o:preferrelative="t" stroked="f" coordsize="21600,21600">
            <v:path/>
            <v:fill on="f" focussize="0,0"/>
            <v:stroke on="f" joinstyle="miter"/>
            <v:imagedata r:id="rId253" o:title="eqId3e88093a749c0d46e0ee931ecfaff925"/>
            <o:lock v:ext="edit" aspectratio="t"/>
            <w10:wrap type="none"/>
            <w10:anchorlock/>
          </v:shape>
        </w:pict>
      </w:r>
      <w:r>
        <w:rPr>
          <w:rFonts w:ascii="宋体" w:hAnsi="宋体" w:eastAsia="宋体" w:cs="宋体"/>
          <w:color w:val="000000"/>
        </w:rPr>
        <w:t>的差倒数，</w:t>
      </w:r>
      <w:r>
        <w:pict>
          <v:shape id="_x0000_i705068"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256" o:title="eqIddaf464629fa321a6ff7401ab79f07083"/>
            <o:lock v:ext="edit" aspectratio="t"/>
            <w10:wrap type="none"/>
            <w10:anchorlock/>
          </v:shape>
        </w:pict>
      </w:r>
      <w:r>
        <w:rPr>
          <w:rFonts w:ascii="宋体" w:hAnsi="宋体" w:eastAsia="宋体" w:cs="宋体"/>
          <w:color w:val="000000"/>
        </w:rPr>
        <w:t>是</w:t>
      </w:r>
      <w:r>
        <w:pict>
          <v:shape id="_x0000_i705069" o:spt="75" alt="学科网(www.zxxk.com)--教育资源门户，提供试卷、教案、课件、论文、素材以及各类教学资源下载，还有大量而丰富的教学相关资讯！" type="#_x0000_t75" style="height:18.15pt;width:13.15pt;" o:ole="t" filled="f" o:preferrelative="t" stroked="f" coordsize="21600,21600">
            <v:path/>
            <v:fill on="f" focussize="0,0"/>
            <v:stroke on="f" joinstyle="miter"/>
            <v:imagedata r:id="rId255" o:title="eqId6c1ccc6c74b8754e9bcbb3f39a11b6f1"/>
            <o:lock v:ext="edit" aspectratio="t"/>
            <w10:wrap type="none"/>
            <w10:anchorlock/>
          </v:shape>
        </w:pict>
      </w:r>
      <w:r>
        <w:rPr>
          <w:rFonts w:ascii="宋体" w:hAnsi="宋体" w:eastAsia="宋体" w:cs="宋体"/>
          <w:color w:val="000000"/>
        </w:rPr>
        <w:t>的差倒数，…，依此类推，则</w:t>
      </w:r>
      <w:r>
        <w:pict>
          <v:shape id="_x0000_i705070" o:spt="75" alt="学科网(www.zxxk.com)--教育资源门户，提供试卷、教案、课件、论文、素材以及各类教学资源下载，还有大量而丰富的教学相关资讯！" type="#_x0000_t75" style="height:18.3pt;width:34.15pt;" o:ole="t" filled="f" o:preferrelative="t" stroked="f" coordsize="21600,21600">
            <v:path/>
            <v:fill on="f" focussize="0,0"/>
            <v:stroke on="f" joinstyle="miter"/>
            <v:imagedata r:id="rId257" o:title="eqId8f5eb9b8f893dd71876349ad40724550"/>
            <o:lock v:ext="edit" aspectratio="t"/>
            <w10:wrap type="none"/>
            <w10:anchorlock/>
          </v:shape>
        </w:pict>
      </w:r>
      <w:r>
        <w:rPr>
          <w:color w:val="000000"/>
        </w:rPr>
        <w:t>______</w:t>
      </w:r>
      <w:r>
        <w:rPr>
          <w:rFonts w:ascii="宋体" w:hAnsi="宋体" w:eastAsia="宋体" w:cs="宋体"/>
          <w:color w:val="000000"/>
        </w:rPr>
        <w:t>．</w:t>
      </w:r>
    </w:p>
    <w:p>
      <w:pPr>
        <w:pStyle w:val="Heading2"/>
      </w:pPr>
      <w:r>
        <w:t>西城区</w:t>
      </w:r>
    </w:p>
    <w:p>
      <w:pPr>
        <w:spacing w:line="360" w:lineRule="auto"/>
        <w:jc w:val="left"/>
        <w:textAlignment w:val="center"/>
        <w:rPr>
          <w:color w:val="000000"/>
        </w:rPr>
      </w:pPr>
      <w:r>
        <w:rPr>
          <w:color w:val="000000"/>
        </w:rPr>
        <w:t xml:space="preserve">16. </w:t>
      </w:r>
      <w:r>
        <w:rPr>
          <w:rFonts w:ascii="宋体" w:hAnsi="宋体" w:eastAsia="宋体" w:cs="宋体"/>
          <w:color w:val="000000"/>
        </w:rPr>
        <w:t>“幻方”最早记载于春秋时期的《大戴礼》中，现将</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这八个数字填入如图</w:t>
      </w:r>
      <w:r>
        <w:rPr>
          <w:rFonts w:ascii="Times New Roman" w:hAnsi="Times New Roman" w:eastAsia="Times New Roman" w:cs="Times New Roman"/>
          <w:color w:val="000000"/>
        </w:rPr>
        <w:t>1</w:t>
      </w:r>
      <w:r>
        <w:rPr>
          <w:rFonts w:ascii="宋体" w:hAnsi="宋体" w:eastAsia="宋体" w:cs="宋体"/>
          <w:color w:val="000000"/>
        </w:rPr>
        <w:t>所示的“幻方”中，使得每个三角形的三个顶点上的数字之和都与中间正方形四个顶点上的数字之和相等．若按同样的要求重新填数如图</w:t>
      </w:r>
      <w:r>
        <w:rPr>
          <w:rFonts w:ascii="Times New Roman" w:hAnsi="Times New Roman" w:eastAsia="Times New Roman" w:cs="Times New Roman"/>
          <w:color w:val="000000"/>
        </w:rPr>
        <w:t>2</w:t>
      </w:r>
      <w:r>
        <w:rPr>
          <w:rFonts w:ascii="宋体" w:hAnsi="宋体" w:eastAsia="宋体" w:cs="宋体"/>
          <w:color w:val="000000"/>
        </w:rPr>
        <w:t>所示，则</w:t>
      </w:r>
      <w:r>
        <w:pict>
          <v:shape id="_x0000_i705071" o:spt="75" alt="学科网(www.zxxk.com)--教育资源门户，提供试卷、教案、课件、论文、素材以及各类教学资源下载，还有大量而丰富的教学相关资讯！" type="#_x0000_t75" style="height:13pt;width:27pt;" o:ole="t" filled="f" o:preferrelative="t" stroked="f" coordsize="21600,21600">
            <v:path/>
            <v:fill on="f" focussize="0,0"/>
            <v:stroke on="f" joinstyle="miter"/>
            <v:imagedata r:id="rId258" o:title="eqId059d6df06a5b85848dc4fa33327f8e07"/>
            <o:lock v:ext="edit" aspectratio="t"/>
            <w10:wrap type="none"/>
            <w10:anchorlock/>
          </v:shape>
        </w:pict>
      </w:r>
      <w:r>
        <w:rPr>
          <w:rFonts w:ascii="宋体" w:hAnsi="宋体" w:eastAsia="宋体" w:cs="宋体"/>
          <w:color w:val="000000"/>
        </w:rPr>
        <w:t>的值是</w:t>
      </w:r>
      <w:r>
        <w:rPr>
          <w:color w:val="000000"/>
        </w:rPr>
        <w:t>________</w:t>
      </w:r>
      <w:r>
        <w:rPr>
          <w:rFonts w:ascii="宋体" w:hAnsi="宋体" w:eastAsia="宋体" w:cs="宋体"/>
          <w:color w:val="000000"/>
        </w:rPr>
        <w:t>，</w:t>
      </w:r>
      <w:r>
        <w:pict>
          <v:shape id="_x0000_i705072" o:spt="75" alt="学科网(www.zxxk.com)--教育资源门户，提供试卷、教案、课件、论文、素材以及各类教学资源下载，还有大量而丰富的教学相关资讯！" type="#_x0000_t75" style="height:10.9pt;width:29.3pt;" o:ole="t" filled="f" o:preferrelative="t" stroked="f" coordsize="21600,21600">
            <v:path/>
            <v:fill on="f" focussize="0,0"/>
            <v:stroke on="f" joinstyle="miter"/>
            <v:imagedata r:id="rId259" o:title="eqId72850427e83ff19a24305783e080b280"/>
            <o:lock v:ext="edit" aspectratio="t"/>
            <w10:wrap type="none"/>
            <w10:anchorlock/>
          </v:shape>
        </w:pict>
      </w:r>
      <w:r>
        <w:rPr>
          <w:rFonts w:ascii="宋体" w:hAnsi="宋体" w:eastAsia="宋体" w:cs="宋体"/>
          <w:color w:val="000000"/>
        </w:rPr>
        <w:t>的值是</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247900" cy="1304925"/>
            <wp:effectExtent l="0" t="0" r="0" b="9525"/>
            <wp:docPr id="2327"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 name="图片 100011" descr="学科网(www.zxxk.com)--教育资源门户，提供试卷、教案、课件、论文、素材以及各类教学资源下载，还有大量而丰富的教学相关资讯！"/>
                    <pic:cNvPicPr>
                      <a:picLocks noChangeAspect="1"/>
                    </pic:cNvPicPr>
                  </pic:nvPicPr>
                  <pic:blipFill>
                    <a:blip r:embed="rId260"/>
                    <a:stretch>
                      <a:fillRect/>
                    </a:stretch>
                  </pic:blipFill>
                  <pic:spPr>
                    <a:xfrm>
                      <a:off x="0" y="0"/>
                      <a:ext cx="2247900" cy="1304925"/>
                    </a:xfrm>
                    <a:prstGeom prst="rect">
                      <a:avLst/>
                    </a:prstGeom>
                  </pic:spPr>
                </pic:pic>
              </a:graphicData>
            </a:graphic>
          </wp:inline>
        </w:drawing>
      </w:r>
    </w:p>
    <w:p>
      <w:pPr>
        <w:pStyle w:val="Heading2"/>
      </w:pPr>
      <w:r>
        <w:t>通州区</w:t>
      </w:r>
    </w:p>
    <w:p>
      <w:pPr>
        <w:spacing w:line="360" w:lineRule="auto"/>
        <w:jc w:val="left"/>
        <w:textAlignment w:val="center"/>
        <w:rPr>
          <w:color w:val="000000"/>
        </w:rPr>
      </w:pPr>
      <w:r>
        <w:rPr>
          <w:color w:val="000000"/>
        </w:rPr>
        <w:t xml:space="preserve">16. </w:t>
      </w:r>
      <w:r>
        <w:rPr>
          <w:rFonts w:ascii="宋体" w:hAnsi="宋体" w:eastAsia="宋体" w:cs="宋体"/>
          <w:color w:val="000000"/>
        </w:rPr>
        <w:t>如图，</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是数轴上点表示的有理数计算：</w:t>
      </w:r>
      <w:r>
        <w:pict>
          <v:shape id="_x0000_i705073" o:spt="75" alt="学科网(www.zxxk.com)--教育资源门户，提供试卷、教案、课件、论文、素材以及各类教学资源下载，还有大量而丰富的教学相关资讯！" type="#_x0000_t75" style="height:15.75pt;width:123.75pt;" o:ole="t" filled="f" o:preferrelative="t" stroked="f" coordsize="21600,21600">
            <v:path/>
            <v:fill on="f" focussize="0,0"/>
            <v:stroke on="f" joinstyle="miter"/>
            <v:imagedata r:id="rId261" o:title="eqIdda1842140aa41130776dc31f56e105a7"/>
            <o:lock v:ext="edit" aspectratio="t"/>
            <w10:wrap type="none"/>
            <w10:anchorlock/>
          </v:shape>
        </w:pict>
      </w:r>
      <w:r>
        <w:rPr>
          <w:rFonts w:ascii="Times New Roman" w:hAnsi="Times New Roman" w:eastAsia="Times New Roman" w:cs="Times New Roman"/>
          <w:color w:val="000000"/>
        </w:rPr>
        <w:t xml:space="preserve"> </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400300" cy="228600"/>
            <wp:effectExtent l="0" t="0" r="0" b="0"/>
            <wp:docPr id="232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 name="图片 100019" descr="学科网(www.zxxk.com)--教育资源门户，提供试卷、教案、课件、论文、素材以及各类教学资源下载，还有大量而丰富的教学相关资讯！"/>
                    <pic:cNvPicPr>
                      <a:picLocks noChangeAspect="1"/>
                    </pic:cNvPicPr>
                  </pic:nvPicPr>
                  <pic:blipFill>
                    <a:blip r:embed="rId262"/>
                    <a:stretch>
                      <a:fillRect/>
                    </a:stretch>
                  </pic:blipFill>
                  <pic:spPr>
                    <a:xfrm>
                      <a:off x="0" y="0"/>
                      <a:ext cx="2400300" cy="228600"/>
                    </a:xfrm>
                    <a:prstGeom prst="rect">
                      <a:avLst/>
                    </a:prstGeom>
                  </pic:spPr>
                </pic:pic>
              </a:graphicData>
            </a:graphic>
          </wp:inline>
        </w:drawing>
      </w:r>
    </w:p>
    <w:p>
      <w:pPr>
        <w:pStyle w:val="Heading2"/>
      </w:pPr>
      <w:r>
        <w:t>门头沟区</w:t>
      </w:r>
    </w:p>
    <w:p>
      <w:pPr>
        <w:spacing w:line="360" w:lineRule="auto"/>
        <w:jc w:val="left"/>
        <w:textAlignment w:val="center"/>
        <w:rPr>
          <w:color w:val="000000"/>
        </w:rPr>
      </w:pPr>
      <w:r>
        <w:rPr>
          <w:color w:val="000000"/>
        </w:rPr>
        <w:t xml:space="preserve">16. </w:t>
      </w:r>
      <w:r>
        <w:rPr>
          <w:rFonts w:ascii="宋体" w:hAnsi="宋体" w:eastAsia="宋体" w:cs="宋体"/>
          <w:color w:val="000000"/>
        </w:rPr>
        <w:t>综合实践课上，老师带领学生制作</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两个飞机模型，每个飞机模型都需要先进行打磨，再进行组装两道工序，才能完成制作，已知制作这两个飞机模型每道工序所需</w:t>
      </w:r>
      <w:r>
        <w:rPr>
          <w:rFonts w:ascii="宋体" w:hAnsi="宋体" w:eastAsia="宋体" w:cs="宋体"/>
          <w:color w:val="000000"/>
          <w:position w:val="0"/>
        </w:rPr>
        <w:drawing>
          <wp:inline distT="0" distB="0" distL="114300" distR="114300">
            <wp:extent cx="133350" cy="177800"/>
            <wp:effectExtent l="0" t="0" r="0" b="13335"/>
            <wp:docPr id="2331" name="图片 70061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2" name="图片 700611221"/>
                    <pic:cNvPicPr>
                      <a:picLocks noChangeAspect="1"/>
                    </pic:cNvPicPr>
                  </pic:nvPicPr>
                  <pic:blipFill>
                    <a:blip r:embed="rId26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时间如下：</w:t>
      </w:r>
    </w:p>
    <w:tbl>
      <w:tblPr>
        <w:tblStyle w:val="4"/>
        <w:tblW w:w="4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265"/>
        <w:gridCol w:w="1245"/>
        <w:gridCol w:w="1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right"/>
              <w:textAlignment w:val="center"/>
              <w:rPr>
                <w:color w:val="000000"/>
              </w:rPr>
            </w:pPr>
            <w:r>
              <w:rPr>
                <w:rFonts w:ascii="宋体" w:hAnsi="宋体" w:eastAsia="宋体" w:cs="宋体"/>
                <w:color w:val="000000"/>
              </w:rPr>
              <w:t>工序</w:t>
            </w:r>
          </w:p>
          <w:p>
            <w:pPr>
              <w:spacing w:line="360" w:lineRule="auto"/>
              <w:ind w:firstLine="420"/>
              <w:jc w:val="left"/>
              <w:textAlignment w:val="center"/>
              <w:rPr>
                <w:color w:val="000000"/>
              </w:rPr>
            </w:pPr>
            <w:r>
              <w:rPr>
                <w:rFonts w:ascii="宋体" w:hAnsi="宋体" w:eastAsia="宋体" w:cs="宋体"/>
                <w:color w:val="000000"/>
              </w:rPr>
              <w:t>时间（分钟）</w:t>
            </w:r>
          </w:p>
          <w:p>
            <w:pPr>
              <w:spacing w:line="360" w:lineRule="auto"/>
              <w:jc w:val="left"/>
              <w:textAlignment w:val="center"/>
              <w:rPr>
                <w:color w:val="000000"/>
              </w:rPr>
            </w:pPr>
            <w:r>
              <w:rPr>
                <w:rFonts w:ascii="宋体" w:hAnsi="宋体" w:eastAsia="宋体" w:cs="宋体"/>
                <w:color w:val="000000"/>
              </w:rPr>
              <w:t>模型</w:t>
            </w:r>
          </w:p>
        </w:tc>
        <w:tc>
          <w:tcPr>
            <w:tcW w:w="1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打磨</w:t>
            </w:r>
          </w:p>
        </w:tc>
        <w:tc>
          <w:tcPr>
            <w:tcW w:w="1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组装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A</w:t>
            </w:r>
            <w:r>
              <w:rPr>
                <w:rFonts w:ascii="宋体" w:hAnsi="宋体" w:eastAsia="宋体" w:cs="宋体"/>
                <w:color w:val="000000"/>
              </w:rPr>
              <w:t>模型</w:t>
            </w:r>
          </w:p>
        </w:tc>
        <w:tc>
          <w:tcPr>
            <w:tcW w:w="1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w:t>
            </w:r>
          </w:p>
        </w:tc>
        <w:tc>
          <w:tcPr>
            <w:tcW w:w="1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B</w:t>
            </w:r>
            <w:r>
              <w:rPr>
                <w:rFonts w:ascii="宋体" w:hAnsi="宋体" w:eastAsia="宋体" w:cs="宋体"/>
                <w:color w:val="000000"/>
              </w:rPr>
              <w:t>模型</w:t>
            </w:r>
          </w:p>
        </w:tc>
        <w:tc>
          <w:tcPr>
            <w:tcW w:w="1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c>
          <w:tcPr>
            <w:tcW w:w="12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w:t>
            </w:r>
          </w:p>
        </w:tc>
      </w:tr>
    </w:tbl>
    <w:p>
      <w:pPr>
        <w:spacing w:line="360" w:lineRule="auto"/>
        <w:jc w:val="left"/>
        <w:textAlignment w:val="center"/>
        <w:rPr>
          <w:color w:val="000000"/>
        </w:rPr>
      </w:pPr>
      <w:r>
        <w:rPr>
          <w:rFonts w:ascii="宋体" w:hAnsi="宋体" w:eastAsia="宋体" w:cs="宋体"/>
          <w:color w:val="000000"/>
        </w:rPr>
        <w:t>在不考虑其他因素的前提下，</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）如果由一名学生单独完成这两个飞机模型的制作，那么需要</w:t>
      </w:r>
      <w:r>
        <w:rPr>
          <w:color w:val="000000"/>
        </w:rPr>
        <w:t>__________</w:t>
      </w:r>
      <w:r>
        <w:rPr>
          <w:rFonts w:ascii="宋体" w:hAnsi="宋体" w:eastAsia="宋体" w:cs="宋体"/>
          <w:color w:val="000000"/>
        </w:rPr>
        <w:t>分钟；</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）如果由两名学生分工合作，一名学生只负责打磨，另一名学生只负责组装，那么完成这两个飞机模型的制作最少需要</w:t>
      </w:r>
      <w:r>
        <w:rPr>
          <w:color w:val="000000"/>
        </w:rPr>
        <w:t>__________</w:t>
      </w:r>
      <w:r>
        <w:rPr>
          <w:rFonts w:ascii="宋体" w:hAnsi="宋体" w:eastAsia="宋体" w:cs="宋体"/>
          <w:color w:val="000000"/>
        </w:rPr>
        <w:t>分钟．</w:t>
      </w:r>
    </w:p>
    <w:p>
      <w:pPr>
        <w:pStyle w:val="Heading2"/>
      </w:pPr>
      <w:r>
        <w:t>顺义区</w:t>
      </w:r>
    </w:p>
    <w:p>
      <w:pPr>
        <w:spacing w:line="360" w:lineRule="auto"/>
        <w:jc w:val="left"/>
        <w:textAlignment w:val="center"/>
        <w:rPr>
          <w:color w:val="000000"/>
        </w:rPr>
      </w:pPr>
      <w:r>
        <w:rPr>
          <w:color w:val="000000"/>
        </w:rPr>
        <w:t xml:space="preserve">20. </w:t>
      </w:r>
      <w:r>
        <w:rPr>
          <w:rFonts w:ascii="宋体" w:hAnsi="宋体" w:eastAsia="宋体" w:cs="宋体"/>
          <w:color w:val="000000"/>
        </w:rPr>
        <w:t>自行车的链条由一个个小的链节组成，如图，每个链节的长度为</w:t>
      </w:r>
      <w:r>
        <w:pict>
          <v:shape id="_x0000_i705074"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264" o:title="eqIdb0794c29dd67ce995cb4ac622fb0555c"/>
            <o:lock v:ext="edit" aspectratio="t"/>
            <w10:wrap type="none"/>
            <w10:anchorlock/>
          </v:shape>
        </w:pict>
      </w:r>
      <w:r>
        <w:rPr>
          <w:rFonts w:ascii="宋体" w:hAnsi="宋体" w:eastAsia="宋体" w:cs="宋体"/>
          <w:color w:val="000000"/>
        </w:rPr>
        <w:t>，链节与链节之间交叉重叠部分的圆的直径为</w:t>
      </w:r>
      <w:r>
        <w:pict>
          <v:shape id="_x0000_i705075"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265" o:title="eqIde2a27a670a3cf2ea69157d39c8e9c27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5238750" cy="796290"/>
            <wp:effectExtent l="0" t="0" r="0" b="0"/>
            <wp:docPr id="2333"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 name="图片 100027" descr="学科网(www.zxxk.com)--教育资源门户，提供试卷、教案、课件、论文、素材以及各类教学资源下载，还有大量而丰富的教学相关资讯！"/>
                    <pic:cNvPicPr>
                      <a:picLocks noChangeAspect="1"/>
                    </pic:cNvPicPr>
                  </pic:nvPicPr>
                  <pic:blipFill>
                    <a:blip r:embed="rId266"/>
                    <a:stretch>
                      <a:fillRect/>
                    </a:stretch>
                  </pic:blipFill>
                  <pic:spPr>
                    <a:xfrm>
                      <a:off x="0" y="0"/>
                      <a:ext cx="5238750" cy="79688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则</w:t>
      </w:r>
      <w:r>
        <w:rPr>
          <w:rFonts w:ascii="Times New Roman" w:hAnsi="Times New Roman" w:eastAsia="Times New Roman" w:cs="Times New Roman"/>
          <w:i/>
          <w:color w:val="000000"/>
        </w:rPr>
        <w:t>n</w:t>
      </w:r>
      <w:r>
        <w:rPr>
          <w:rFonts w:ascii="宋体" w:hAnsi="宋体" w:eastAsia="宋体" w:cs="宋体"/>
          <w:color w:val="000000"/>
        </w:rPr>
        <w:t>个链节依次连在一起</w:t>
      </w:r>
      <w:r>
        <w:rPr>
          <w:rFonts w:ascii="宋体" w:hAnsi="宋体" w:eastAsia="宋体" w:cs="宋体"/>
          <w:color w:val="000000"/>
          <w:position w:val="0"/>
        </w:rPr>
        <w:drawing>
          <wp:inline distT="0" distB="0" distL="114300" distR="114300">
            <wp:extent cx="133350" cy="177800"/>
            <wp:effectExtent l="0" t="0" r="0" b="0"/>
            <wp:docPr id="2335" name="图片 961695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 name="图片 961695060"/>
                    <pic:cNvPicPr>
                      <a:picLocks noChangeAspect="1"/>
                    </pic:cNvPicPr>
                  </pic:nvPicPr>
                  <pic:blipFill>
                    <a:blip r:embed="rId26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长度是</w:t>
      </w:r>
      <w:r>
        <w:rPr>
          <w:color w:val="000000"/>
        </w:rPr>
        <w:t>______</w:t>
      </w:r>
      <w:r>
        <w:pict>
          <v:shape id="_x0000_i705076" o:spt="75" alt="学科网(www.zxxk.com)--教育资源门户，提供试卷、教案、课件、论文、素材以及各类教学资源下载，还有大量而丰富的教学相关资讯！" type="#_x0000_t75" style="height:10.9pt;width:18pt;" o:ole="t" filled="f" o:preferrelative="t" stroked="f" coordsize="21600,21600">
            <v:path/>
            <v:fill on="f" focussize="0,0"/>
            <v:stroke on="f" joinstyle="miter"/>
            <v:imagedata r:id="rId268" o:title="eqId9efa9fbcfb9595e2f031aa691db4564b"/>
            <o:lock v:ext="edit" aspectratio="t"/>
            <w10:wrap type="none"/>
            <w10:anchorlock/>
          </v:shape>
        </w:pict>
      </w:r>
      <w:r>
        <w:rPr>
          <w:rFonts w:ascii="宋体" w:hAnsi="宋体" w:eastAsia="宋体" w:cs="宋体"/>
          <w:color w:val="000000"/>
        </w:rPr>
        <w:t>，如果一辆自行车的链条（安装前）由</w:t>
      </w:r>
      <w:r>
        <w:rPr>
          <w:rFonts w:ascii="Times New Roman" w:hAnsi="Times New Roman" w:eastAsia="Times New Roman" w:cs="Times New Roman"/>
          <w:color w:val="000000"/>
        </w:rPr>
        <w:t>98</w:t>
      </w:r>
      <w:r>
        <w:rPr>
          <w:rFonts w:ascii="宋体" w:hAnsi="宋体" w:eastAsia="宋体" w:cs="宋体"/>
          <w:color w:val="000000"/>
        </w:rPr>
        <w:t>个这样的链节组成，那么这辆自行车的链条（安装后）的总长度是</w:t>
      </w:r>
      <w:r>
        <w:rPr>
          <w:color w:val="000000"/>
        </w:rPr>
        <w:t>______</w:t>
      </w:r>
      <w:r>
        <w:pict>
          <v:shape id="_x0000_i705077" o:spt="75" alt="学科网(www.zxxk.com)--教育资源门户，提供试卷、教案、课件、论文、素材以及各类教学资源下载，还有大量而丰富的教学相关资讯！" type="#_x0000_t75" style="height:10.9pt;width:18pt;" o:ole="t" filled="f" o:preferrelative="t" stroked="f" coordsize="21600,21600">
            <v:path/>
            <v:fill on="f" focussize="0,0"/>
            <v:stroke on="f" joinstyle="miter"/>
            <v:imagedata r:id="rId268" o:title="eqId9efa9fbcfb9595e2f031aa691db4564b"/>
            <o:lock v:ext="edit" aspectratio="t"/>
            <w10:wrap type="none"/>
            <w10:anchorlock/>
          </v:shape>
        </w:pict>
      </w:r>
      <w:r>
        <w:rPr>
          <w:rFonts w:ascii="宋体" w:hAnsi="宋体" w:eastAsia="宋体" w:cs="宋体"/>
          <w:color w:val="000000"/>
        </w:rPr>
        <w: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hAnsi="仿宋" w:eastAsia="仿宋"/>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eastAsia="微软雅黑" w:ascii="微软雅黑" w:hAnsi="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eastAsia="微软雅黑" w:ascii="微软雅黑" w:hAnsi="微软雅黑"/>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eastAsia="微软雅黑" w:ascii="微软雅黑" w:hAnsi="微软雅黑"/>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eastAsia="微软雅黑" w:ascii="微软雅黑" w:hAnsi="微软雅黑"/>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x4703.wmf"/><Relationship Id="rId10" Type="http://schemas.openxmlformats.org/officeDocument/2006/relationships/image" Target="media/x4704.wmf"/><Relationship Id="rId11" Type="http://schemas.openxmlformats.org/officeDocument/2006/relationships/image" Target="media/x4705.wmf"/><Relationship Id="rId12" Type="http://schemas.openxmlformats.org/officeDocument/2006/relationships/image" Target="media/x4706.wmf"/><Relationship Id="rId13" Type="http://schemas.openxmlformats.org/officeDocument/2006/relationships/image" Target="media/x4707.wmf"/><Relationship Id="rId14" Type="http://schemas.openxmlformats.org/officeDocument/2006/relationships/image" Target="media/x4708.wmf"/><Relationship Id="rId15" Type="http://schemas.openxmlformats.org/officeDocument/2006/relationships/image" Target="media/x4709.wmf"/><Relationship Id="rId16" Type="http://schemas.openxmlformats.org/officeDocument/2006/relationships/image" Target="media/x4710.wmf"/><Relationship Id="rId17" Type="http://schemas.openxmlformats.org/officeDocument/2006/relationships/image" Target="media/x4711.wmf"/><Relationship Id="rId18" Type="http://schemas.openxmlformats.org/officeDocument/2006/relationships/image" Target="media/x4712.wmf"/><Relationship Id="rId19" Type="http://schemas.openxmlformats.org/officeDocument/2006/relationships/image" Target="media/x4713.wmf"/><Relationship Id="rId20" Type="http://schemas.openxmlformats.org/officeDocument/2006/relationships/image" Target="media/x4714.wmf"/><Relationship Id="rId21" Type="http://schemas.openxmlformats.org/officeDocument/2006/relationships/image" Target="media/x4715.wmf"/><Relationship Id="rId22" Type="http://schemas.openxmlformats.org/officeDocument/2006/relationships/image" Target="media/x4716.wmf"/><Relationship Id="rId23" Type="http://schemas.openxmlformats.org/officeDocument/2006/relationships/image" Target="media/x4717.wmf"/><Relationship Id="rId24" Type="http://schemas.openxmlformats.org/officeDocument/2006/relationships/image" Target="media/x4718.wmf"/><Relationship Id="rId25" Type="http://schemas.openxmlformats.org/officeDocument/2006/relationships/image" Target="media/x4719.wmf"/><Relationship Id="rId26" Type="http://schemas.openxmlformats.org/officeDocument/2006/relationships/image" Target="media/x4720.wmf"/><Relationship Id="rId27" Type="http://schemas.openxmlformats.org/officeDocument/2006/relationships/image" Target="media/x4721.wmf"/><Relationship Id="rId28" Type="http://schemas.openxmlformats.org/officeDocument/2006/relationships/image" Target="media/x4722.wmf"/><Relationship Id="rId29" Type="http://schemas.openxmlformats.org/officeDocument/2006/relationships/image" Target="media/x4723.wmf"/><Relationship Id="rId30" Type="http://schemas.openxmlformats.org/officeDocument/2006/relationships/image" Target="media/x4724.wmf"/><Relationship Id="rId31" Type="http://schemas.openxmlformats.org/officeDocument/2006/relationships/image" Target="media/x4725.wmf"/><Relationship Id="rId32" Type="http://schemas.openxmlformats.org/officeDocument/2006/relationships/image" Target="media/x4726.wmf"/><Relationship Id="rId33" Type="http://schemas.openxmlformats.org/officeDocument/2006/relationships/image" Target="media/x4727.wmf"/><Relationship Id="rId34" Type="http://schemas.openxmlformats.org/officeDocument/2006/relationships/image" Target="media/x4728.wmf"/><Relationship Id="rId35" Type="http://schemas.openxmlformats.org/officeDocument/2006/relationships/image" Target="media/x4729.wmf"/><Relationship Id="rId36" Type="http://schemas.openxmlformats.org/officeDocument/2006/relationships/image" Target="media/x4730.wmf"/><Relationship Id="rId37" Type="http://schemas.openxmlformats.org/officeDocument/2006/relationships/image" Target="media/x4731.wmf"/><Relationship Id="rId38" Type="http://schemas.openxmlformats.org/officeDocument/2006/relationships/image" Target="media/x4732.wmf"/><Relationship Id="rId39" Type="http://schemas.openxmlformats.org/officeDocument/2006/relationships/image" Target="media/x4733.wmf"/><Relationship Id="rId40" Type="http://schemas.openxmlformats.org/officeDocument/2006/relationships/image" Target="media/x4734.wmf"/><Relationship Id="rId41" Type="http://schemas.openxmlformats.org/officeDocument/2006/relationships/image" Target="media/x4735.wmf"/><Relationship Id="rId42" Type="http://schemas.openxmlformats.org/officeDocument/2006/relationships/image" Target="media/x4736.wmf"/><Relationship Id="rId43" Type="http://schemas.openxmlformats.org/officeDocument/2006/relationships/image" Target="media/x4737.wmf"/><Relationship Id="rId44" Type="http://schemas.openxmlformats.org/officeDocument/2006/relationships/image" Target="media/x4738.wmf"/><Relationship Id="rId45" Type="http://schemas.openxmlformats.org/officeDocument/2006/relationships/image" Target="media/x4739.png"/><Relationship Id="rId46" Type="http://schemas.openxmlformats.org/officeDocument/2006/relationships/image" Target="media/x4740.wmf"/><Relationship Id="rId47" Type="http://schemas.openxmlformats.org/officeDocument/2006/relationships/image" Target="media/x4741.wmf"/><Relationship Id="rId48" Type="http://schemas.openxmlformats.org/officeDocument/2006/relationships/image" Target="media/x4742.wmf"/><Relationship Id="rId49" Type="http://schemas.openxmlformats.org/officeDocument/2006/relationships/image" Target="media/x4743.wmf"/><Relationship Id="rId50" Type="http://schemas.openxmlformats.org/officeDocument/2006/relationships/image" Target="media/x4744.wmf"/><Relationship Id="rId51" Type="http://schemas.openxmlformats.org/officeDocument/2006/relationships/image" Target="media/x4745.wmf"/><Relationship Id="rId52" Type="http://schemas.openxmlformats.org/officeDocument/2006/relationships/image" Target="media/x4746.wmf"/><Relationship Id="rId53" Type="http://schemas.openxmlformats.org/officeDocument/2006/relationships/image" Target="media/x4747.wmf"/><Relationship Id="rId54" Type="http://schemas.openxmlformats.org/officeDocument/2006/relationships/image" Target="media/x4748.wmf"/><Relationship Id="rId55" Type="http://schemas.openxmlformats.org/officeDocument/2006/relationships/image" Target="media/x4749.wmf"/><Relationship Id="rId56" Type="http://schemas.openxmlformats.org/officeDocument/2006/relationships/image" Target="media/x4750.wmf"/><Relationship Id="rId57" Type="http://schemas.openxmlformats.org/officeDocument/2006/relationships/image" Target="media/x4751.wmf"/><Relationship Id="rId58" Type="http://schemas.openxmlformats.org/officeDocument/2006/relationships/image" Target="media/x4752.wmf"/><Relationship Id="rId59" Type="http://schemas.openxmlformats.org/officeDocument/2006/relationships/image" Target="media/x4753.png"/><Relationship Id="rId60" Type="http://schemas.openxmlformats.org/officeDocument/2006/relationships/image" Target="media/x4754.png"/><Relationship Id="rId61" Type="http://schemas.openxmlformats.org/officeDocument/2006/relationships/image" Target="media/x4755.wmf"/><Relationship Id="rId62" Type="http://schemas.openxmlformats.org/officeDocument/2006/relationships/image" Target="media/x4756.wmf"/><Relationship Id="rId63" Type="http://schemas.openxmlformats.org/officeDocument/2006/relationships/image" Target="media/x4757.wmf"/><Relationship Id="rId64" Type="http://schemas.openxmlformats.org/officeDocument/2006/relationships/image" Target="media/x4758.wmf"/><Relationship Id="rId65" Type="http://schemas.openxmlformats.org/officeDocument/2006/relationships/image" Target="media/x4759.wmf"/><Relationship Id="rId66" Type="http://schemas.openxmlformats.org/officeDocument/2006/relationships/image" Target="media/x4760.wmf"/><Relationship Id="rId67" Type="http://schemas.openxmlformats.org/officeDocument/2006/relationships/image" Target="media/x4761.wmf"/><Relationship Id="rId68" Type="http://schemas.openxmlformats.org/officeDocument/2006/relationships/image" Target="media/x4762.wmf"/><Relationship Id="rId69" Type="http://schemas.openxmlformats.org/officeDocument/2006/relationships/image" Target="media/x4763.png"/><Relationship Id="rId70" Type="http://schemas.openxmlformats.org/officeDocument/2006/relationships/image" Target="media/x4764.wmf"/><Relationship Id="rId71" Type="http://schemas.openxmlformats.org/officeDocument/2006/relationships/image" Target="media/x4765.wmf"/><Relationship Id="rId72" Type="http://schemas.openxmlformats.org/officeDocument/2006/relationships/image" Target="media/x4766.wmf"/><Relationship Id="rId73" Type="http://schemas.openxmlformats.org/officeDocument/2006/relationships/image" Target="media/x4767.wmf"/><Relationship Id="rId74" Type="http://schemas.openxmlformats.org/officeDocument/2006/relationships/image" Target="media/x4768.jpeg"/><Relationship Id="rId75" Type="http://schemas.openxmlformats.org/officeDocument/2006/relationships/image" Target="media/x4769.wmf"/><Relationship Id="rId76" Type="http://schemas.openxmlformats.org/officeDocument/2006/relationships/image" Target="media/x4770.wmf"/><Relationship Id="rId77" Type="http://schemas.openxmlformats.org/officeDocument/2006/relationships/image" Target="media/x4771.wmf"/><Relationship Id="rId78" Type="http://schemas.openxmlformats.org/officeDocument/2006/relationships/image" Target="media/x4772.wmf"/><Relationship Id="rId79" Type="http://schemas.openxmlformats.org/officeDocument/2006/relationships/image" Target="media/x4773.wmf"/><Relationship Id="rId80" Type="http://schemas.openxmlformats.org/officeDocument/2006/relationships/image" Target="media/x4774.wmf"/><Relationship Id="rId81" Type="http://schemas.openxmlformats.org/officeDocument/2006/relationships/image" Target="media/x4775.wmf"/><Relationship Id="rId82" Type="http://schemas.openxmlformats.org/officeDocument/2006/relationships/image" Target="media/x4776.wmf"/><Relationship Id="rId83" Type="http://schemas.openxmlformats.org/officeDocument/2006/relationships/image" Target="media/x4777.wmf"/><Relationship Id="rId84" Type="http://schemas.openxmlformats.org/officeDocument/2006/relationships/image" Target="media/x4778.wmf"/><Relationship Id="rId85" Type="http://schemas.openxmlformats.org/officeDocument/2006/relationships/image" Target="media/x4779.png"/><Relationship Id="rId86" Type="http://schemas.openxmlformats.org/officeDocument/2006/relationships/image" Target="media/x4780.wmf"/><Relationship Id="rId87" Type="http://schemas.openxmlformats.org/officeDocument/2006/relationships/image" Target="media/x4781.wmf"/><Relationship Id="rId88" Type="http://schemas.openxmlformats.org/officeDocument/2006/relationships/image" Target="media/x4782.wmf"/><Relationship Id="rId89" Type="http://schemas.openxmlformats.org/officeDocument/2006/relationships/image" Target="media/x4783.wmf"/><Relationship Id="rId90" Type="http://schemas.openxmlformats.org/officeDocument/2006/relationships/image" Target="media/x4784.wmf"/><Relationship Id="rId91" Type="http://schemas.openxmlformats.org/officeDocument/2006/relationships/image" Target="media/x4785.wmf"/><Relationship Id="rId92" Type="http://schemas.openxmlformats.org/officeDocument/2006/relationships/image" Target="media/x4786.wmf"/><Relationship Id="rId93" Type="http://schemas.openxmlformats.org/officeDocument/2006/relationships/image" Target="media/x4787.wmf"/><Relationship Id="rId94" Type="http://schemas.openxmlformats.org/officeDocument/2006/relationships/image" Target="media/x4788.wmf"/><Relationship Id="rId95" Type="http://schemas.openxmlformats.org/officeDocument/2006/relationships/image" Target="media/x4789.wmf"/><Relationship Id="rId96" Type="http://schemas.openxmlformats.org/officeDocument/2006/relationships/image" Target="media/x4790.wmf"/><Relationship Id="rId97" Type="http://schemas.openxmlformats.org/officeDocument/2006/relationships/image" Target="media/x4791.wmf"/><Relationship Id="rId98" Type="http://schemas.openxmlformats.org/officeDocument/2006/relationships/image" Target="media/x4792.wmf"/><Relationship Id="rId99" Type="http://schemas.openxmlformats.org/officeDocument/2006/relationships/image" Target="media/x4793.wmf"/><Relationship Id="rId100" Type="http://schemas.openxmlformats.org/officeDocument/2006/relationships/image" Target="media/x4794.wmf"/><Relationship Id="rId101" Type="http://schemas.openxmlformats.org/officeDocument/2006/relationships/image" Target="media/x4795.wmf"/><Relationship Id="rId102" Type="http://schemas.openxmlformats.org/officeDocument/2006/relationships/image" Target="media/x4796.png"/><Relationship Id="rId103" Type="http://schemas.openxmlformats.org/officeDocument/2006/relationships/image" Target="media/x4797.png"/><Relationship Id="rId104" Type="http://schemas.openxmlformats.org/officeDocument/2006/relationships/image" Target="media/x4798.png"/><Relationship Id="rId105" Type="http://schemas.openxmlformats.org/officeDocument/2006/relationships/image" Target="media/x4799.png"/><Relationship Id="rId106" Type="http://schemas.openxmlformats.org/officeDocument/2006/relationships/image" Target="media/x4800.wmf"/><Relationship Id="rId107" Type="http://schemas.openxmlformats.org/officeDocument/2006/relationships/image" Target="media/x4801.wmf"/><Relationship Id="rId108" Type="http://schemas.openxmlformats.org/officeDocument/2006/relationships/image" Target="media/x4802.wmf"/><Relationship Id="rId109" Type="http://schemas.openxmlformats.org/officeDocument/2006/relationships/image" Target="media/x4803.wmf"/><Relationship Id="rId110" Type="http://schemas.openxmlformats.org/officeDocument/2006/relationships/image" Target="media/x4804.wmf"/><Relationship Id="rId111" Type="http://schemas.openxmlformats.org/officeDocument/2006/relationships/image" Target="media/x4805.png"/><Relationship Id="rId112" Type="http://schemas.openxmlformats.org/officeDocument/2006/relationships/image" Target="media/x4806.wmf"/><Relationship Id="rId113" Type="http://schemas.openxmlformats.org/officeDocument/2006/relationships/image" Target="media/x4807.wmf"/><Relationship Id="rId114" Type="http://schemas.openxmlformats.org/officeDocument/2006/relationships/image" Target="media/x4808.wmf"/><Relationship Id="rId115" Type="http://schemas.openxmlformats.org/officeDocument/2006/relationships/image" Target="media/x4809.wmf"/><Relationship Id="rId116" Type="http://schemas.openxmlformats.org/officeDocument/2006/relationships/image" Target="media/x4810.wmf"/><Relationship Id="rId117" Type="http://schemas.openxmlformats.org/officeDocument/2006/relationships/image" Target="media/x4811.wmf"/><Relationship Id="rId118" Type="http://schemas.openxmlformats.org/officeDocument/2006/relationships/image" Target="media/x4812.wmf"/><Relationship Id="rId119" Type="http://schemas.openxmlformats.org/officeDocument/2006/relationships/image" Target="media/x4813.wmf"/><Relationship Id="rId120" Type="http://schemas.openxmlformats.org/officeDocument/2006/relationships/image" Target="media/x4814.wmf"/><Relationship Id="rId121" Type="http://schemas.openxmlformats.org/officeDocument/2006/relationships/image" Target="media/x4815.wmf"/><Relationship Id="rId122" Type="http://schemas.openxmlformats.org/officeDocument/2006/relationships/image" Target="media/x4816.wmf"/><Relationship Id="rId123" Type="http://schemas.openxmlformats.org/officeDocument/2006/relationships/image" Target="media/x4817.wmf"/><Relationship Id="rId124" Type="http://schemas.openxmlformats.org/officeDocument/2006/relationships/image" Target="media/x4818.wmf"/><Relationship Id="rId125" Type="http://schemas.openxmlformats.org/officeDocument/2006/relationships/image" Target="media/x4819.wmf"/><Relationship Id="rId126" Type="http://schemas.openxmlformats.org/officeDocument/2006/relationships/image" Target="media/x4820.wmf"/><Relationship Id="rId127" Type="http://schemas.openxmlformats.org/officeDocument/2006/relationships/image" Target="media/x4821.wmf"/><Relationship Id="rId128" Type="http://schemas.openxmlformats.org/officeDocument/2006/relationships/image" Target="media/x4822.wmf"/><Relationship Id="rId129" Type="http://schemas.openxmlformats.org/officeDocument/2006/relationships/image" Target="media/x4823.wmf"/><Relationship Id="rId130" Type="http://schemas.openxmlformats.org/officeDocument/2006/relationships/image" Target="media/x4824.wmf"/><Relationship Id="rId131" Type="http://schemas.openxmlformats.org/officeDocument/2006/relationships/image" Target="media/x4825.wmf"/><Relationship Id="rId132" Type="http://schemas.openxmlformats.org/officeDocument/2006/relationships/image" Target="media/x4826.wmf"/><Relationship Id="rId133" Type="http://schemas.openxmlformats.org/officeDocument/2006/relationships/image" Target="media/x4827.wmf"/><Relationship Id="rId134" Type="http://schemas.openxmlformats.org/officeDocument/2006/relationships/image" Target="media/x4828.wmf"/><Relationship Id="rId135" Type="http://schemas.openxmlformats.org/officeDocument/2006/relationships/image" Target="media/x4829.wmf"/><Relationship Id="rId136" Type="http://schemas.openxmlformats.org/officeDocument/2006/relationships/image" Target="media/x4830.wmf"/><Relationship Id="rId137" Type="http://schemas.openxmlformats.org/officeDocument/2006/relationships/image" Target="media/x4831.wmf"/><Relationship Id="rId138" Type="http://schemas.openxmlformats.org/officeDocument/2006/relationships/image" Target="media/x4832.wmf"/><Relationship Id="rId139" Type="http://schemas.openxmlformats.org/officeDocument/2006/relationships/image" Target="media/x4833.wmf"/><Relationship Id="rId140" Type="http://schemas.openxmlformats.org/officeDocument/2006/relationships/image" Target="media/x4834.wmf"/><Relationship Id="rId141" Type="http://schemas.openxmlformats.org/officeDocument/2006/relationships/image" Target="media/x4835.png"/><Relationship Id="rId142" Type="http://schemas.openxmlformats.org/officeDocument/2006/relationships/image" Target="media/x4836.wmf"/><Relationship Id="rId143" Type="http://schemas.openxmlformats.org/officeDocument/2006/relationships/image" Target="media/x4837.wmf"/><Relationship Id="rId144" Type="http://schemas.openxmlformats.org/officeDocument/2006/relationships/image" Target="media/x4838.png"/><Relationship Id="rId145" Type="http://schemas.openxmlformats.org/officeDocument/2006/relationships/image" Target="media/x4839.wmf"/><Relationship Id="rId146" Type="http://schemas.openxmlformats.org/officeDocument/2006/relationships/image" Target="media/x4840.wmf"/><Relationship Id="rId147" Type="http://schemas.openxmlformats.org/officeDocument/2006/relationships/image" Target="media/x4841.wmf"/><Relationship Id="rId148" Type="http://schemas.openxmlformats.org/officeDocument/2006/relationships/image" Target="media/x4842.wmf"/><Relationship Id="rId149" Type="http://schemas.openxmlformats.org/officeDocument/2006/relationships/image" Target="media/x4843.wmf"/><Relationship Id="rId150" Type="http://schemas.openxmlformats.org/officeDocument/2006/relationships/image" Target="media/x4844.wmf"/><Relationship Id="rId151" Type="http://schemas.openxmlformats.org/officeDocument/2006/relationships/image" Target="media/x4845.wmf"/><Relationship Id="rId152" Type="http://schemas.openxmlformats.org/officeDocument/2006/relationships/image" Target="media/x4846.wmf"/><Relationship Id="rId153" Type="http://schemas.openxmlformats.org/officeDocument/2006/relationships/image" Target="media/x4847.wmf"/><Relationship Id="rId154" Type="http://schemas.openxmlformats.org/officeDocument/2006/relationships/image" Target="media/x4848.wmf"/><Relationship Id="rId155" Type="http://schemas.openxmlformats.org/officeDocument/2006/relationships/image" Target="media/x4849.wmf"/><Relationship Id="rId156" Type="http://schemas.openxmlformats.org/officeDocument/2006/relationships/image" Target="media/x4850.png"/><Relationship Id="rId157" Type="http://schemas.openxmlformats.org/officeDocument/2006/relationships/image" Target="media/x4851.wmf"/><Relationship Id="rId158" Type="http://schemas.openxmlformats.org/officeDocument/2006/relationships/image" Target="media/x4852.wmf"/><Relationship Id="rId159" Type="http://schemas.openxmlformats.org/officeDocument/2006/relationships/image" Target="media/x4853.wmf"/><Relationship Id="rId160" Type="http://schemas.openxmlformats.org/officeDocument/2006/relationships/image" Target="media/x4854.wmf"/><Relationship Id="rId161" Type="http://schemas.openxmlformats.org/officeDocument/2006/relationships/image" Target="media/x4855.png"/><Relationship Id="rId162" Type="http://schemas.openxmlformats.org/officeDocument/2006/relationships/image" Target="media/x4856.wmf"/><Relationship Id="rId163" Type="http://schemas.openxmlformats.org/officeDocument/2006/relationships/image" Target="media/x4857.wmf"/><Relationship Id="rId164" Type="http://schemas.openxmlformats.org/officeDocument/2006/relationships/image" Target="media/x4858.wmf"/><Relationship Id="rId165" Type="http://schemas.openxmlformats.org/officeDocument/2006/relationships/image" Target="media/x4859.wmf"/><Relationship Id="rId166" Type="http://schemas.openxmlformats.org/officeDocument/2006/relationships/image" Target="media/x4860.wmf"/><Relationship Id="rId167" Type="http://schemas.openxmlformats.org/officeDocument/2006/relationships/image" Target="media/x4861.wmf"/><Relationship Id="rId168" Type="http://schemas.openxmlformats.org/officeDocument/2006/relationships/image" Target="media/x4862.png"/><Relationship Id="rId169" Type="http://schemas.openxmlformats.org/officeDocument/2006/relationships/image" Target="media/x4863.png"/><Relationship Id="rId170" Type="http://schemas.openxmlformats.org/officeDocument/2006/relationships/image" Target="media/x4864.wmf"/><Relationship Id="rId171" Type="http://schemas.openxmlformats.org/officeDocument/2006/relationships/image" Target="media/x4865.png"/><Relationship Id="rId172" Type="http://schemas.openxmlformats.org/officeDocument/2006/relationships/image" Target="media/x4866.wmf"/><Relationship Id="rId173" Type="http://schemas.openxmlformats.org/officeDocument/2006/relationships/image" Target="media/x4867.png"/><Relationship Id="rId174" Type="http://schemas.openxmlformats.org/officeDocument/2006/relationships/image" Target="media/x4868.wmf"/><Relationship Id="rId175" Type="http://schemas.openxmlformats.org/officeDocument/2006/relationships/image" Target="media/x4869.wmf"/><Relationship Id="rId176" Type="http://schemas.openxmlformats.org/officeDocument/2006/relationships/image" Target="media/x4870.wmf"/><Relationship Id="rId177" Type="http://schemas.openxmlformats.org/officeDocument/2006/relationships/image" Target="media/x4871.wmf"/><Relationship Id="rId178" Type="http://schemas.openxmlformats.org/officeDocument/2006/relationships/image" Target="media/x4872.wmf"/><Relationship Id="rId179" Type="http://schemas.openxmlformats.org/officeDocument/2006/relationships/image" Target="media/x4873.wmf"/><Relationship Id="rId180" Type="http://schemas.openxmlformats.org/officeDocument/2006/relationships/image" Target="media/x4874.wmf"/><Relationship Id="rId181" Type="http://schemas.openxmlformats.org/officeDocument/2006/relationships/image" Target="media/x4875.wmf"/><Relationship Id="rId182" Type="http://schemas.openxmlformats.org/officeDocument/2006/relationships/image" Target="media/x4876.wmf"/><Relationship Id="rId183" Type="http://schemas.openxmlformats.org/officeDocument/2006/relationships/image" Target="media/x4877.wmf"/><Relationship Id="rId184" Type="http://schemas.openxmlformats.org/officeDocument/2006/relationships/image" Target="media/x4878.wmf"/><Relationship Id="rId185" Type="http://schemas.openxmlformats.org/officeDocument/2006/relationships/image" Target="media/x4879.wmf"/><Relationship Id="rId186" Type="http://schemas.openxmlformats.org/officeDocument/2006/relationships/image" Target="media/x4880.wmf"/><Relationship Id="rId187" Type="http://schemas.openxmlformats.org/officeDocument/2006/relationships/image" Target="media/x4881.wmf"/><Relationship Id="rId188" Type="http://schemas.openxmlformats.org/officeDocument/2006/relationships/image" Target="media/x4882.wmf"/><Relationship Id="rId189" Type="http://schemas.openxmlformats.org/officeDocument/2006/relationships/image" Target="media/x4883.wmf"/><Relationship Id="rId190" Type="http://schemas.openxmlformats.org/officeDocument/2006/relationships/image" Target="media/x4884.wmf"/><Relationship Id="rId191" Type="http://schemas.openxmlformats.org/officeDocument/2006/relationships/image" Target="media/x4885.wmf"/><Relationship Id="rId192" Type="http://schemas.openxmlformats.org/officeDocument/2006/relationships/image" Target="media/x4886.wmf"/><Relationship Id="rId193" Type="http://schemas.openxmlformats.org/officeDocument/2006/relationships/image" Target="media/x4887.wmf"/><Relationship Id="rId194" Type="http://schemas.openxmlformats.org/officeDocument/2006/relationships/image" Target="media/x4888.wmf"/><Relationship Id="rId195" Type="http://schemas.openxmlformats.org/officeDocument/2006/relationships/image" Target="media/x4889.wmf"/><Relationship Id="rId196" Type="http://schemas.openxmlformats.org/officeDocument/2006/relationships/image" Target="media/x4890.wmf"/><Relationship Id="rId197" Type="http://schemas.openxmlformats.org/officeDocument/2006/relationships/image" Target="media/x4891.wmf"/><Relationship Id="rId198" Type="http://schemas.openxmlformats.org/officeDocument/2006/relationships/image" Target="media/x4892.wmf"/><Relationship Id="rId199" Type="http://schemas.openxmlformats.org/officeDocument/2006/relationships/image" Target="media/x4893.wmf"/><Relationship Id="rId200" Type="http://schemas.openxmlformats.org/officeDocument/2006/relationships/image" Target="media/x4894.wmf"/><Relationship Id="rId201" Type="http://schemas.openxmlformats.org/officeDocument/2006/relationships/image" Target="media/x4895.wmf"/><Relationship Id="rId202" Type="http://schemas.openxmlformats.org/officeDocument/2006/relationships/image" Target="media/x4896.wmf"/><Relationship Id="rId203" Type="http://schemas.openxmlformats.org/officeDocument/2006/relationships/image" Target="media/x4897.wmf"/><Relationship Id="rId204" Type="http://schemas.openxmlformats.org/officeDocument/2006/relationships/image" Target="media/x4898.wmf"/><Relationship Id="rId205" Type="http://schemas.openxmlformats.org/officeDocument/2006/relationships/image" Target="media/x4899.wmf"/><Relationship Id="rId206" Type="http://schemas.openxmlformats.org/officeDocument/2006/relationships/image" Target="media/x4900.wmf"/><Relationship Id="rId207" Type="http://schemas.openxmlformats.org/officeDocument/2006/relationships/image" Target="media/x4901.wmf"/><Relationship Id="rId208" Type="http://schemas.openxmlformats.org/officeDocument/2006/relationships/image" Target="media/x4902.wmf"/><Relationship Id="rId209" Type="http://schemas.openxmlformats.org/officeDocument/2006/relationships/image" Target="media/x4903.wmf"/><Relationship Id="rId210" Type="http://schemas.openxmlformats.org/officeDocument/2006/relationships/image" Target="media/x4904.wmf"/><Relationship Id="rId211" Type="http://schemas.openxmlformats.org/officeDocument/2006/relationships/image" Target="media/x4905.wmf"/><Relationship Id="rId212" Type="http://schemas.openxmlformats.org/officeDocument/2006/relationships/image" Target="media/x4906.wmf"/><Relationship Id="rId213" Type="http://schemas.openxmlformats.org/officeDocument/2006/relationships/image" Target="media/x4907.wmf"/><Relationship Id="rId214" Type="http://schemas.openxmlformats.org/officeDocument/2006/relationships/image" Target="media/x4908.wmf"/><Relationship Id="rId215" Type="http://schemas.openxmlformats.org/officeDocument/2006/relationships/image" Target="media/x4909.wmf"/><Relationship Id="rId216" Type="http://schemas.openxmlformats.org/officeDocument/2006/relationships/image" Target="media/x4910.png"/><Relationship Id="rId217" Type="http://schemas.openxmlformats.org/officeDocument/2006/relationships/image" Target="media/x4911.png"/><Relationship Id="rId218" Type="http://schemas.openxmlformats.org/officeDocument/2006/relationships/image" Target="media/x4912.wmf"/><Relationship Id="rId219" Type="http://schemas.openxmlformats.org/officeDocument/2006/relationships/image" Target="media/x4913.wmf"/><Relationship Id="rId220" Type="http://schemas.openxmlformats.org/officeDocument/2006/relationships/image" Target="media/x4914.wmf"/><Relationship Id="rId221" Type="http://schemas.openxmlformats.org/officeDocument/2006/relationships/image" Target="media/x4915.wmf"/><Relationship Id="rId222" Type="http://schemas.openxmlformats.org/officeDocument/2006/relationships/image" Target="media/x4916.wmf"/><Relationship Id="rId223" Type="http://schemas.openxmlformats.org/officeDocument/2006/relationships/image" Target="media/x4917.wmf"/><Relationship Id="rId224" Type="http://schemas.openxmlformats.org/officeDocument/2006/relationships/image" Target="media/x4918.wmf"/><Relationship Id="rId225" Type="http://schemas.openxmlformats.org/officeDocument/2006/relationships/image" Target="media/x4919.wmf"/><Relationship Id="rId226" Type="http://schemas.openxmlformats.org/officeDocument/2006/relationships/image" Target="media/x4920.wmf"/><Relationship Id="rId227" Type="http://schemas.openxmlformats.org/officeDocument/2006/relationships/image" Target="media/x4921.wmf"/><Relationship Id="rId228" Type="http://schemas.openxmlformats.org/officeDocument/2006/relationships/image" Target="media/x4922.wmf"/><Relationship Id="rId229" Type="http://schemas.openxmlformats.org/officeDocument/2006/relationships/image" Target="media/x4923.wmf"/><Relationship Id="rId230" Type="http://schemas.openxmlformats.org/officeDocument/2006/relationships/image" Target="media/x4924.wmf"/><Relationship Id="rId231" Type="http://schemas.openxmlformats.org/officeDocument/2006/relationships/image" Target="media/x4925.wmf"/><Relationship Id="rId232" Type="http://schemas.openxmlformats.org/officeDocument/2006/relationships/image" Target="media/x4926.wmf"/><Relationship Id="rId233" Type="http://schemas.openxmlformats.org/officeDocument/2006/relationships/image" Target="media/x4927.jpeg"/><Relationship Id="rId234" Type="http://schemas.openxmlformats.org/officeDocument/2006/relationships/image" Target="media/x4928.wmf"/><Relationship Id="rId235" Type="http://schemas.openxmlformats.org/officeDocument/2006/relationships/image" Target="media/x4929.wmf"/><Relationship Id="rId236" Type="http://schemas.openxmlformats.org/officeDocument/2006/relationships/image" Target="media/x4930.wmf"/><Relationship Id="rId237" Type="http://schemas.openxmlformats.org/officeDocument/2006/relationships/image" Target="media/x4931.wmf"/><Relationship Id="rId238" Type="http://schemas.openxmlformats.org/officeDocument/2006/relationships/image" Target="media/x4932.wmf"/><Relationship Id="rId239" Type="http://schemas.openxmlformats.org/officeDocument/2006/relationships/image" Target="media/x4933.wmf"/><Relationship Id="rId240" Type="http://schemas.openxmlformats.org/officeDocument/2006/relationships/image" Target="media/x4934.wmf"/><Relationship Id="rId241" Type="http://schemas.openxmlformats.org/officeDocument/2006/relationships/image" Target="media/x4935.wmf"/><Relationship Id="rId242" Type="http://schemas.openxmlformats.org/officeDocument/2006/relationships/image" Target="media/x4936.wmf"/><Relationship Id="rId243" Type="http://schemas.openxmlformats.org/officeDocument/2006/relationships/image" Target="media/x4937.wmf"/><Relationship Id="rId244" Type="http://schemas.openxmlformats.org/officeDocument/2006/relationships/image" Target="media/x4938.png"/><Relationship Id="rId245" Type="http://schemas.openxmlformats.org/officeDocument/2006/relationships/image" Target="media/x4939.wmf"/><Relationship Id="rId246" Type="http://schemas.openxmlformats.org/officeDocument/2006/relationships/image" Target="media/x4940.wmf"/><Relationship Id="rId247" Type="http://schemas.openxmlformats.org/officeDocument/2006/relationships/image" Target="media/x4941.wmf"/><Relationship Id="rId248" Type="http://schemas.openxmlformats.org/officeDocument/2006/relationships/image" Target="media/x4942.wmf"/><Relationship Id="rId249" Type="http://schemas.openxmlformats.org/officeDocument/2006/relationships/image" Target="media/x4943.wmf"/><Relationship Id="rId250" Type="http://schemas.openxmlformats.org/officeDocument/2006/relationships/image" Target="media/x4944.wmf"/><Relationship Id="rId251" Type="http://schemas.openxmlformats.org/officeDocument/2006/relationships/image" Target="media/x4945.wmf"/><Relationship Id="rId252" Type="http://schemas.openxmlformats.org/officeDocument/2006/relationships/image" Target="media/x4946.wmf"/><Relationship Id="rId253" Type="http://schemas.openxmlformats.org/officeDocument/2006/relationships/image" Target="media/x4947.wmf"/><Relationship Id="rId254" Type="http://schemas.openxmlformats.org/officeDocument/2006/relationships/image" Target="media/x4948.wmf"/><Relationship Id="rId255" Type="http://schemas.openxmlformats.org/officeDocument/2006/relationships/image" Target="media/x4949.wmf"/><Relationship Id="rId256" Type="http://schemas.openxmlformats.org/officeDocument/2006/relationships/image" Target="media/x4950.wmf"/><Relationship Id="rId257" Type="http://schemas.openxmlformats.org/officeDocument/2006/relationships/image" Target="media/x4951.wmf"/><Relationship Id="rId258" Type="http://schemas.openxmlformats.org/officeDocument/2006/relationships/image" Target="media/x4952.wmf"/><Relationship Id="rId259" Type="http://schemas.openxmlformats.org/officeDocument/2006/relationships/image" Target="media/x4953.wmf"/><Relationship Id="rId260" Type="http://schemas.openxmlformats.org/officeDocument/2006/relationships/image" Target="media/x4954.png"/><Relationship Id="rId261" Type="http://schemas.openxmlformats.org/officeDocument/2006/relationships/image" Target="media/x4955.wmf"/><Relationship Id="rId262" Type="http://schemas.openxmlformats.org/officeDocument/2006/relationships/image" Target="media/x4956.png"/><Relationship Id="rId263" Type="http://schemas.openxmlformats.org/officeDocument/2006/relationships/image" Target="media/x4957.wmf"/><Relationship Id="rId264" Type="http://schemas.openxmlformats.org/officeDocument/2006/relationships/image" Target="media/x4958.wmf"/><Relationship Id="rId265" Type="http://schemas.openxmlformats.org/officeDocument/2006/relationships/image" Target="media/x4959.wmf"/><Relationship Id="rId266" Type="http://schemas.openxmlformats.org/officeDocument/2006/relationships/image" Target="media/x4960.png"/><Relationship Id="rId267" Type="http://schemas.openxmlformats.org/officeDocument/2006/relationships/image" Target="media/x4961.wmf"/><Relationship Id="rId268" Type="http://schemas.openxmlformats.org/officeDocument/2006/relationships/image" Target="media/x496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