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20"/>
        <w:jc w:val="center"/>
      </w:pPr>
      <w:r>
        <w:rPr>
          <w:rFonts w:ascii="微软雅黑" w:hAnsi="微软雅黑" w:eastAsia="微软雅黑"/>
          <w:b/>
          <w:sz w:val="40"/>
        </w:rPr>
        <w:t>北京七年级(上)数学 填空最后一题答案 · 2021-2022学年</w:t>
      </w:r>
    </w:p>
    <w:p>
      <w:pPr>
        <w:spacing w:before="0" w:after="160"/>
        <w:jc w:val="center"/>
      </w:pPr>
      <w:r>
        <w:rPr>
          <w:rFonts w:ascii="仿宋" w:hAnsi="仿宋" w:eastAsia="仿宋"/>
          <w:b w:val="0"/>
          <w:sz w:val="21"/>
        </w:rPr>
        <w:t>共 64 份试卷 · 章节见 Word 导航窗格（视图→导航窗格）</w:t>
      </w:r>
    </w:p>
    <w:p>
      <w:r>
        <w:fldChar w:fldCharType="begin"/>
        <w:instrText xml:space="preserve">TOC \o "1-2" \h \z \u</w:instrText>
        <w:fldChar w:fldCharType="separate"/>
        <w:t>【目录】右键→更新域，或按 F9 生成页码定位</w:t>
        <w:fldChar w:fldCharType="end"/>
      </w:r>
    </w:p>
    <w:p>
      <w:r>
        <w:br w:type="page"/>
      </w:r>
    </w:p>
    <w:p>
      <w:pPr>
        <w:pStyle w:val="Heading1"/>
      </w:pPr>
      <w:r>
        <w:t>开学</w:t>
      </w:r>
    </w:p>
    <w:p>
      <w:pPr>
        <w:pStyle w:val="Heading2"/>
      </w:pPr>
      <w:r>
        <w:t>第四中学</w:t>
      </w:r>
    </w:p>
    <w:p>
      <w:pPr>
        <w:pStyle w:val="Normal"/>
        <w:spacing w:lineRule="auto" w:line="360"/>
        <w:jc w:val="start"/>
        <w:textAlignment w:val="center"/>
        <w:rPr/>
      </w:pPr>
      <w:r>
        <w:rPr>
          <w:color w:val="000000"/>
        </w:rPr>
        <w:t xml:space="preserve">15. </w:t>
      </w:r>
      <w:r>
        <w:rPr>
          <w:rFonts w:ascii="宋体;SimSun" w:hAnsi="宋体;SimSun" w:cs="宋体;SimSun"/>
          <w:color w:val="000000"/>
        </w:rPr>
        <w:t>十九世纪的时候，</w:t>
      </w:r>
      <w:r>
        <w:rPr>
          <w:rFonts w:eastAsia="Times New Roman" w:cs="Times New Roman"/>
          <w:i/>
          <w:color w:val="000000"/>
        </w:rPr>
        <w:t>MorizStern</w:t>
      </w:r>
      <w:r>
        <w:rPr>
          <w:rFonts w:ascii="宋体;SimSun" w:hAnsi="宋体;SimSun" w:cs="宋体;SimSun"/>
          <w:color w:val="000000"/>
        </w:rPr>
        <w:t>（</w:t>
      </w:r>
      <w:r>
        <w:rPr>
          <w:rFonts w:eastAsia="Times New Roman" w:cs="Times New Roman"/>
          <w:color w:val="000000"/>
        </w:rPr>
        <w:t>1858</w:t>
      </w:r>
      <w:r>
        <w:rPr>
          <w:rFonts w:ascii="宋体;SimSun" w:hAnsi="宋体;SimSun" w:cs="宋体;SimSun"/>
          <w:color w:val="000000"/>
        </w:rPr>
        <w:t>）与</w:t>
      </w:r>
      <w:r>
        <w:rPr>
          <w:rFonts w:eastAsia="Times New Roman" w:cs="Times New Roman"/>
          <w:i/>
          <w:color w:val="000000"/>
        </w:rPr>
        <w:t>AchilleBrocot</w:t>
      </w:r>
      <w:r>
        <w:rPr>
          <w:rFonts w:ascii="宋体;SimSun" w:hAnsi="宋体;SimSun" w:cs="宋体;SimSun"/>
          <w:color w:val="000000"/>
        </w:rPr>
        <w:t>（</w:t>
      </w:r>
      <w:r>
        <w:rPr>
          <w:rFonts w:eastAsia="Times New Roman" w:cs="Times New Roman"/>
          <w:color w:val="000000"/>
        </w:rPr>
        <w:t>1860</w:t>
      </w:r>
      <w:r>
        <w:rPr>
          <w:rFonts w:ascii="宋体;SimSun" w:hAnsi="宋体;SimSun" w:cs="宋体;SimSun"/>
          <w:color w:val="000000"/>
        </w:rPr>
        <w:t>）发明了“一棵树”，称之为有理数树，它将全体正整数和正分数按照如图所示的方法排列．从</w:t>
      </w:r>
      <w:r>
        <w:rPr>
          <w:rFonts w:eastAsia="Times New Roman" w:cs="Times New Roman"/>
          <w:color w:val="000000"/>
        </w:rPr>
        <w:t>1</w:t>
      </w:r>
      <w:r>
        <w:rPr>
          <w:rFonts w:ascii="宋体;SimSun" w:hAnsi="宋体;SimSun" w:cs="宋体;SimSun"/>
          <w:color w:val="000000"/>
        </w:rPr>
        <w:t>开始，一层一层的“生长”出来：</w:t>
      </w:r>
      <w:r>
        <w:rPr/>
        <w:pict>
          <v:shape id="_x0000_i720985" type="_x0000_tole_rId357" style="width:9pt;height:30.75pt" filled="f" o:ole="">
            <v:imagedata r:id="rId10" o:title=""/>
          </v:shape>
        </w:pict>
      </w:r>
      <w:r>
        <w:rPr>
          <w:rFonts w:ascii="宋体;SimSun" w:hAnsi="宋体;SimSun" w:cs="宋体;SimSun"/>
          <w:color w:val="000000"/>
        </w:rPr>
        <w:t>是第一层，第二层是</w:t>
      </w:r>
      <w:r>
        <w:rPr/>
        <w:pict>
          <v:shape id="_x0000_i720986" type="_x0000_tole_rId359" style="width:12pt;height:30.75pt" filled="f" o:ole="">
            <v:imagedata r:id="rId11" o:title=""/>
          </v:shape>
        </w:pict>
      </w:r>
      <w:r>
        <w:rPr>
          <w:rFonts w:ascii="宋体;SimSun" w:hAnsi="宋体;SimSun" w:cs="宋体;SimSun"/>
          <w:color w:val="000000"/>
        </w:rPr>
        <w:t>和</w:t>
      </w:r>
      <w:r>
        <w:rPr/>
        <w:pict>
          <v:shape id="_x0000_i720987" type="_x0000_tole_rId361" style="width:14.25pt;height:28.5pt" filled="f" o:ole="">
            <v:imagedata r:id="rId12" o:title=""/>
          </v:shape>
        </w:pict>
      </w:r>
      <w:r>
        <w:rPr>
          <w:rFonts w:ascii="宋体;SimSun" w:hAnsi="宋体;SimSun" w:cs="宋体;SimSun"/>
          <w:color w:val="000000"/>
        </w:rPr>
        <w:t>，第三层是</w:t>
      </w:r>
      <w:r>
        <w:rPr/>
        <w:pict>
          <v:shape id="_x0000_i720988" type="_x0000_tole_rId363" style="width:11.25pt;height:30.75pt" filled="f" o:ole="">
            <v:imagedata r:id="rId13" o:title=""/>
          </v:shape>
        </w:pict>
      </w:r>
      <w:r>
        <w:rPr/>
        <w:drawing>
          <wp:inline distT="0" distB="0" distL="0" distR="0">
            <wp:extent cx="15875" cy="15875"/>
            <wp:effectExtent l="0" t="0" r="0" b="0"/>
            <wp:docPr id="3993" name="Image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4" name="Image198"/>
                    <pic:cNvPicPr>
                      <a:picLocks noChangeAspect="1" noChangeArrowheads="1"/>
                    </pic:cNvPicPr>
                  </pic:nvPicPr>
                  <pic:blipFill>
                    <a:blip r:embed="rId9"/>
                    <a:srcRect l="-23" t="-70" r="-23" b="-70"/>
                    <a:stretch>
                      <a:fillRect/>
                    </a:stretch>
                  </pic:blipFill>
                  <pic:spPr bwMode="auto">
                    <a:xfrm>
                      <a:off x="0" y="0"/>
                      <a:ext cx="15875" cy="15875"/>
                    </a:xfrm>
                    <a:prstGeom prst="rect">
                      <a:avLst/>
                    </a:prstGeom>
                    <a:noFill/>
                  </pic:spPr>
                </pic:pic>
              </a:graphicData>
            </a:graphic>
          </wp:inline>
        </w:drawing>
      </w:r>
      <w:r>
        <w:rPr>
          <w:rFonts w:ascii="宋体;SimSun" w:hAnsi="宋体;SimSun" w:cs="宋体;SimSun"/>
          <w:color w:val="000000"/>
        </w:rPr>
        <w:t>，</w:t>
      </w:r>
      <w:r>
        <w:rPr/>
        <w:pict>
          <v:shape id="_x0000_i720989" type="_x0000_tole_rId366" style="width:12pt;height:30.75pt" filled="f" o:ole="">
            <v:imagedata r:id="rId14" o:title=""/>
          </v:shape>
        </w:pict>
      </w:r>
      <w:r>
        <w:rPr>
          <w:rFonts w:ascii="宋体;SimSun" w:hAnsi="宋体;SimSun" w:cs="宋体;SimSun"/>
          <w:color w:val="000000"/>
        </w:rPr>
        <w:t>，</w:t>
      </w:r>
      <w:r>
        <w:rPr/>
        <w:pict>
          <v:shape id="_x0000_i720990" type="_x0000_tole_rId368" style="width:12pt;height:31.2pt" filled="f" o:ole="">
            <v:imagedata r:id="rId15" o:title=""/>
          </v:shape>
        </w:pict>
      </w:r>
      <w:r>
        <w:rPr>
          <w:rFonts w:ascii="宋体;SimSun" w:hAnsi="宋体;SimSun" w:cs="宋体;SimSun"/>
          <w:color w:val="000000"/>
        </w:rPr>
        <w:t>，</w:t>
      </w:r>
      <w:r>
        <w:rPr/>
        <w:pict>
          <v:shape id="_x0000_i720991" type="_x0000_tole_rId370" style="width:11.25pt;height:30.75pt" filled="f" o:ole="">
            <v:imagedata r:id="rId16" o:title=""/>
          </v:shape>
        </w:pict>
      </w:r>
      <w:r>
        <w:rPr>
          <w:rFonts w:ascii="宋体;SimSun" w:hAnsi="宋体;SimSun" w:cs="宋体;SimSun"/>
          <w:color w:val="000000"/>
        </w:rPr>
        <w:t>，……，按照这个规律，</w:t>
      </w:r>
      <w:r>
        <w:rPr/>
        <w:pict>
          <v:shape id="_x0000_i720992" type="_x0000_tole_rId372" style="width:18pt;height:30.75pt" filled="f" o:ole="">
            <v:imagedata r:id="rId17" o:title=""/>
          </v:shape>
        </w:pict>
      </w:r>
      <w:r>
        <w:rPr>
          <w:rFonts w:ascii="宋体;SimSun" w:hAnsi="宋体;SimSun" w:cs="宋体;SimSun"/>
          <w:color w:val="000000"/>
        </w:rPr>
        <w:t>在第</w:t>
      </w:r>
      <w:r>
        <w:rPr>
          <w:rFonts w:cs="宋体;SimSun" w:ascii="宋体;SimSun" w:hAnsi="宋体;SimSun"/>
          <w:color w:val="000000"/>
        </w:rPr>
        <w:t>__________</w:t>
      </w:r>
      <w:r>
        <w:rPr>
          <w:rFonts w:ascii="宋体;SimSun" w:hAnsi="宋体;SimSun" w:cs="宋体;SimSun"/>
          <w:color w:val="000000"/>
        </w:rPr>
        <w:t>层第</w:t>
      </w:r>
      <w:r>
        <w:rPr>
          <w:rFonts w:cs="宋体;SimSun" w:ascii="宋体;SimSun" w:hAnsi="宋体;SimSun"/>
          <w:color w:val="000000"/>
        </w:rPr>
        <w:t>__________</w:t>
      </w:r>
      <w:r>
        <w:rPr>
          <w:rFonts w:ascii="宋体;SimSun" w:hAnsi="宋体;SimSun" w:cs="宋体;SimSun"/>
          <w:color w:val="000000"/>
        </w:rPr>
        <w:t>个数（从左往右数）．</w:t>
      </w:r>
    </w:p>
    <w:p>
      <w:pPr>
        <w:pStyle w:val="Normal"/>
        <w:spacing w:lineRule="auto" w:line="360"/>
        <w:jc w:val="start"/>
        <w:textAlignment w:val="center"/>
        <w:rPr>
          <w:color w:val="000000"/>
        </w:rPr>
      </w:pPr>
      <w:r>
        <w:rPr>
          <w:rFonts w:cs="宋体;SimSun" w:ascii="宋体;SimSun" w:hAnsi="宋体;SimSun"/>
          <w:color w:val="000000"/>
        </w:rPr>
        <w:drawing>
          <wp:inline distT="0" distB="0" distL="0" distR="0">
            <wp:extent cx="6324600" cy="2171700"/>
            <wp:effectExtent l="0" t="0" r="0" b="0"/>
            <wp:docPr id="3995" name="Image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7" name="Image199"/>
                    <pic:cNvPicPr>
                      <a:picLocks noChangeAspect="1" noChangeArrowheads="1"/>
                    </pic:cNvPicPr>
                  </pic:nvPicPr>
                  <pic:blipFill>
                    <a:blip r:embed="rId18"/>
                    <a:srcRect l="-5" t="-13" r="-5" b="-13"/>
                    <a:stretch>
                      <a:fillRect/>
                    </a:stretch>
                  </pic:blipFill>
                  <pic:spPr bwMode="auto">
                    <a:xfrm>
                      <a:off x="0" y="0"/>
                      <a:ext cx="6324600" cy="2171700"/>
                    </a:xfrm>
                    <a:prstGeom prst="rect">
                      <a:avLst/>
                    </a:prstGeom>
                    <a:noFill/>
                  </pic:spPr>
                </pic:pic>
              </a:graphicData>
            </a:graphic>
          </wp:inline>
        </w:drawing>
      </w:r>
      <w:r>
        <w:rPr/>
        <w:drawing>
          <wp:inline distT="0" distB="0" distL="0" distR="0">
            <wp:extent cx="15875" cy="15875"/>
            <wp:effectExtent l="0" t="0" r="0" b="0"/>
            <wp:docPr id="3996" name="Image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8" name="Image200"/>
                    <pic:cNvPicPr>
                      <a:picLocks noChangeAspect="1" noChangeArrowheads="1"/>
                    </pic:cNvPicPr>
                  </pic:nvPicPr>
                  <pic:blipFill>
                    <a:blip r:embed="rId19"/>
                    <a:srcRect l="-23" t="-70" r="-23" b="-70"/>
                    <a:stretch>
                      <a:fillRect/>
                    </a:stretch>
                  </pic:blipFill>
                  <pic:spPr bwMode="auto">
                    <a:xfrm>
                      <a:off x="0" y="0"/>
                      <a:ext cx="15875" cy="15875"/>
                    </a:xfrm>
                    <a:prstGeom prst="rect">
                      <a:avLst/>
                    </a:prstGeom>
                    <a:noFill/>
                  </pic:spPr>
                </pic:pic>
              </a:graphicData>
            </a:graphic>
          </wp:inline>
        </w:drawing>
      </w:r>
    </w:p>
    <w:p>
      <w:pPr>
        <w:pStyle w:val="Normal"/>
        <w:spacing w:lineRule="auto" w:line="360"/>
        <w:textAlignment w:val="center"/>
        <w:rPr>
          <w:rFonts w:eastAsia="Times New Roman" w:cs="Times New Roman"/>
          <w:color w:val="000000"/>
        </w:rPr>
      </w:pPr>
      <w:r>
        <w:rPr>
          <w:color w:val="2E75B6"/>
        </w:rPr>
        <w:t>【答案】</w:t>
      </w:r>
      <w:r>
        <w:rPr>
          <w:color w:val="000000"/>
        </w:rPr>
        <w:t xml:space="preserve">    ①</w:t>
      </w:r>
      <w:r>
        <w:rPr>
          <w:color w:val="000000"/>
        </w:rPr>
        <w:t xml:space="preserve">. </w:t>
      </w:r>
      <w:r>
        <w:rPr>
          <w:rFonts w:eastAsia="Times New Roman" w:cs="Times New Roman"/>
          <w:color w:val="000000"/>
        </w:rPr>
        <w:t>10</w:t>
      </w:r>
      <w:r>
        <w:rPr>
          <w:color w:val="000000"/>
        </w:rPr>
        <w:t xml:space="preserve">    ②. </w:t>
      </w:r>
      <w:r>
        <w:rPr>
          <w:rFonts w:eastAsia="Times New Roman" w:cs="Times New Roman"/>
          <w:color w:val="000000"/>
        </w:rPr>
        <w:t>253</w:t>
      </w:r>
      <w:r>
        <w:rPr/>
        <w:drawing>
          <wp:inline distT="0" distB="0" distL="0" distR="0">
            <wp:extent cx="15875" cy="15875"/>
            <wp:effectExtent l="0" t="0" r="0" b="0"/>
            <wp:docPr id="3999" name="Image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0" name="Image201"/>
                    <pic:cNvPicPr>
                      <a:picLocks noChangeAspect="1" noChangeArrowheads="1"/>
                    </pic:cNvPicPr>
                  </pic:nvPicPr>
                  <pic:blipFill>
                    <a:blip r:embed="rId20"/>
                    <a:srcRect l="-23" t="-70" r="-23" b="-70"/>
                    <a:stretch>
                      <a:fillRect/>
                    </a:stretch>
                  </pic:blipFill>
                  <pic:spPr bwMode="auto">
                    <a:xfrm>
                      <a:off x="0" y="0"/>
                      <a:ext cx="15875" cy="15875"/>
                    </a:xfrm>
                    <a:prstGeom prst="rect">
                      <a:avLst/>
                    </a:prstGeom>
                    <a:noFill/>
                  </pic:spPr>
                </pic:pic>
              </a:graphicData>
            </a:graphic>
          </wp:inline>
        </w:drawing>
      </w:r>
    </w:p>
    <w:p>
      <w:pPr>
        <w:pStyle w:val="Normal"/>
        <w:spacing w:lineRule="auto" w:line="360"/>
        <w:textAlignment w:val="center"/>
        <w:rPr>
          <w:color w:val="000000"/>
        </w:rPr>
      </w:pPr>
      <w:r>
        <w:rPr>
          <w:color w:val="2E75B6"/>
        </w:rPr>
        <w:t>【解析】</w:t>
      </w:r>
      <w:r>
        <w:rPr/>
        <w:drawing>
          <wp:inline distT="0" distB="0" distL="0" distR="0">
            <wp:extent cx="15875" cy="15875"/>
            <wp:effectExtent l="0" t="0" r="0" b="0"/>
            <wp:docPr id="4001" name="Image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2" name="Image202"/>
                    <pic:cNvPicPr>
                      <a:picLocks noChangeAspect="1" noChangeArrowheads="1"/>
                    </pic:cNvPicPr>
                  </pic:nvPicPr>
                  <pic:blipFill>
                    <a:blip r:embed="rId21"/>
                    <a:srcRect l="-23" t="-70" r="-23" b="-70"/>
                    <a:stretch>
                      <a:fillRect/>
                    </a:stretch>
                  </pic:blipFill>
                  <pic:spPr bwMode="auto">
                    <a:xfrm>
                      <a:off x="0" y="0"/>
                      <a:ext cx="15875" cy="15875"/>
                    </a:xfrm>
                    <a:prstGeom prst="rect">
                      <a:avLst/>
                    </a:prstGeom>
                    <a:noFill/>
                  </pic:spPr>
                </pic:pic>
              </a:graphicData>
            </a:graphic>
          </wp:inline>
        </w:drawing>
      </w:r>
    </w:p>
    <w:p>
      <w:pPr>
        <w:pStyle w:val="Normal"/>
        <w:spacing w:lineRule="auto" w:line="360"/>
        <w:textAlignment w:val="center"/>
        <w:rPr/>
      </w:pPr>
      <w:r>
        <w:rPr>
          <w:color w:val="000000"/>
        </w:rPr>
        <w:t>【分析】</w:t>
      </w:r>
      <w:r>
        <w:rPr>
          <w:rFonts w:ascii="宋体;SimSun" w:hAnsi="宋体;SimSun" w:cs="宋体;SimSun"/>
          <w:color w:val="000000"/>
        </w:rPr>
        <w:t>由图可知，向右发散的都是真分数，规律为</w:t>
      </w:r>
      <w:r>
        <w:rPr/>
        <w:pict>
          <v:shape id="_x0000_i720993" type="_x0000_tole_rId378" style="width:53.9pt;height:30.9pt" filled="f" o:ole="">
            <v:imagedata r:id="rId23" o:title=""/>
          </v:shape>
        </w:pict>
      </w:r>
      <w:r>
        <w:rPr>
          <w:rFonts w:ascii="宋体;SimSun" w:hAnsi="宋体;SimSun" w:cs="宋体;SimSun"/>
          <w:color w:val="000000"/>
        </w:rPr>
        <w:t>，向左发散的都是假分数，规律是</w:t>
      </w:r>
      <w:r>
        <w:rPr/>
        <w:pict>
          <v:shape id="_x0000_i720994" type="_x0000_tole_rId380" style="width:53.9pt;height:30.9pt" filled="f" o:ole="">
            <v:imagedata r:id="rId24" o:title=""/>
          </v:shape>
        </w:pict>
      </w:r>
      <w:r>
        <w:rPr/>
        <w:drawing>
          <wp:inline distT="0" distB="0" distL="0" distR="0">
            <wp:extent cx="15875" cy="15875"/>
            <wp:effectExtent l="0" t="0" r="0" b="0"/>
            <wp:docPr id="4003" name="Image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4" name="Image203"/>
                    <pic:cNvPicPr>
                      <a:picLocks noChangeAspect="1" noChangeArrowheads="1"/>
                    </pic:cNvPicPr>
                  </pic:nvPicPr>
                  <pic:blipFill>
                    <a:blip r:embed="rId22"/>
                    <a:srcRect l="-23" t="-70" r="-23" b="-70"/>
                    <a:stretch>
                      <a:fillRect/>
                    </a:stretch>
                  </pic:blipFill>
                  <pic:spPr bwMode="auto">
                    <a:xfrm>
                      <a:off x="0" y="0"/>
                      <a:ext cx="15875" cy="15875"/>
                    </a:xfrm>
                    <a:prstGeom prst="rect">
                      <a:avLst/>
                    </a:prstGeom>
                    <a:noFill/>
                  </pic:spPr>
                </pic:pic>
              </a:graphicData>
            </a:graphic>
          </wp:inline>
        </w:drawing>
      </w:r>
      <w:r>
        <w:rPr>
          <w:rFonts w:ascii="宋体;SimSun" w:hAnsi="宋体;SimSun" w:cs="宋体;SimSun"/>
          <w:color w:val="000000"/>
        </w:rPr>
        <w:t>，据此逆推可得</w:t>
      </w:r>
      <w:r>
        <w:rPr/>
        <w:pict>
          <v:shape id="_x0000_i720995" type="_x0000_tole_rId383" style="width:18pt;height:30.75pt" filled="f" o:ole="">
            <v:imagedata r:id="rId25" o:title=""/>
          </v:shape>
        </w:pict>
      </w:r>
      <w:r>
        <w:rPr>
          <w:rFonts w:ascii="宋体;SimSun" w:hAnsi="宋体;SimSun" w:cs="宋体;SimSun"/>
          <w:color w:val="000000"/>
        </w:rPr>
        <w:t>所在的层数，再根据每一层数的位置确定</w:t>
      </w:r>
      <w:r>
        <w:rPr/>
        <w:pict>
          <v:shape id="_x0000_i720996" type="_x0000_tole_rId385" style="width:18pt;height:30.75pt" filled="f" o:ole="">
            <v:imagedata r:id="rId26" o:title=""/>
          </v:shape>
        </w:pict>
      </w:r>
      <w:r>
        <w:rPr>
          <w:rFonts w:ascii="宋体;SimSun" w:hAnsi="宋体;SimSun" w:cs="宋体;SimSun"/>
          <w:color w:val="000000"/>
        </w:rPr>
        <w:t>所在的具体位置</w:t>
      </w:r>
    </w:p>
    <w:p>
      <w:pPr>
        <w:pStyle w:val="Normal"/>
        <w:spacing w:lineRule="auto" w:line="360"/>
        <w:textAlignment w:val="center"/>
        <w:rPr/>
      </w:pPr>
      <w:r>
        <w:rPr>
          <w:color w:val="000000"/>
        </w:rPr>
        <w:t>【详解】</w:t>
      </w:r>
      <w:r>
        <w:rPr/>
        <w:pict>
          <v:shape id="_x0000_i720997" type="_x0000_tole_rId387" style="width:11.25pt;height:9.75pt" filled="f" o:ole="">
            <v:imagedata r:id="rId28" o:title=""/>
          </v:shape>
        </w:pict>
      </w:r>
      <w:r>
        <w:rPr>
          <w:rFonts w:ascii="宋体;SimSun" w:hAnsi="宋体;SimSun" w:cs="宋体;SimSun"/>
          <w:color w:val="000000"/>
        </w:rPr>
        <w:t>设</w:t>
      </w:r>
      <w:r>
        <w:rPr/>
        <w:pict>
          <v:shape id="_x0000_i720998" type="_x0000_tole_rId389" style="width:18pt;height:30.75pt" filled="f" o:ole="">
            <v:imagedata r:id="rId29" o:title=""/>
          </v:shape>
        </w:pict>
      </w:r>
      <w:r>
        <w:rPr>
          <w:rFonts w:ascii="宋体;SimSun" w:hAnsi="宋体;SimSun" w:cs="宋体;SimSun"/>
          <w:color w:val="000000"/>
        </w:rPr>
        <w:t>在第</w:t>
      </w:r>
      <w:r>
        <w:rPr/>
        <w:pict>
          <v:shape id="_x0000_i720999" type="_x0000_tole_rId391" style="width:9.75pt;height:11.25pt" filled="f" o:ole="">
            <v:imagedata r:id="rId30" o:title=""/>
          </v:shape>
        </w:pict>
      </w:r>
      <w:r>
        <w:rPr>
          <w:rFonts w:ascii="宋体;SimSun" w:hAnsi="宋体;SimSun" w:cs="宋体;SimSun"/>
          <w:color w:val="000000"/>
        </w:rPr>
        <w:t>层，则第</w:t>
      </w:r>
      <w:r>
        <w:rPr/>
        <w:pict>
          <v:shape id="_x0000_i721000" type="_x0000_tole_rId393" style="width:25.25pt;height:13.45pt" filled="f" o:ole="">
            <v:imagedata r:id="rId31" o:title=""/>
          </v:shape>
        </w:pict>
      </w:r>
      <w:r>
        <w:rPr>
          <w:rFonts w:ascii="宋体;SimSun" w:hAnsi="宋体;SimSun" w:cs="宋体;SimSun"/>
          <w:color w:val="000000"/>
        </w:rPr>
        <w:t>层的与</w:t>
      </w:r>
      <w:r>
        <w:rPr/>
        <w:pict>
          <v:shape id="_x0000_i721001" type="_x0000_tole_rId395" style="width:18pt;height:30.75pt" filled="f" o:ole="">
            <v:imagedata r:id="rId32" o:title=""/>
          </v:shape>
        </w:pict>
      </w:r>
      <w:r>
        <w:rPr/>
        <w:drawing>
          <wp:inline distT="0" distB="0" distL="0" distR="0">
            <wp:extent cx="15875" cy="15875"/>
            <wp:effectExtent l="0" t="0" r="0" b="0"/>
            <wp:docPr id="4005" name="Image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6" name="Image204"/>
                    <pic:cNvPicPr>
                      <a:picLocks noChangeAspect="1" noChangeArrowheads="1"/>
                    </pic:cNvPicPr>
                  </pic:nvPicPr>
                  <pic:blipFill>
                    <a:blip r:embed="rId27"/>
                    <a:srcRect l="-23" t="-70" r="-23" b="-70"/>
                    <a:stretch>
                      <a:fillRect/>
                    </a:stretch>
                  </pic:blipFill>
                  <pic:spPr bwMode="auto">
                    <a:xfrm>
                      <a:off x="0" y="0"/>
                      <a:ext cx="15875" cy="15875"/>
                    </a:xfrm>
                    <a:prstGeom prst="rect">
                      <a:avLst/>
                    </a:prstGeom>
                    <a:noFill/>
                  </pic:spPr>
                </pic:pic>
              </a:graphicData>
            </a:graphic>
          </wp:inline>
        </w:drawing>
      </w:r>
      <w:r>
        <w:rPr>
          <w:rFonts w:ascii="宋体;SimSun" w:hAnsi="宋体;SimSun" w:cs="宋体;SimSun"/>
          <w:color w:val="000000"/>
        </w:rPr>
        <w:t>连线的数为：</w:t>
      </w:r>
      <w:r>
        <w:rPr/>
        <w:pict>
          <v:shape id="_x0000_i721002" type="_x0000_tole_rId398" style="width:15.75pt;height:30.75pt" filled="f" o:ole="">
            <v:imagedata r:id="rId33" o:title=""/>
          </v:shape>
        </w:pict>
      </w:r>
      <w:r>
        <w:rPr>
          <w:rFonts w:ascii="宋体;SimSun" w:hAnsi="宋体;SimSun" w:cs="宋体;SimSun"/>
          <w:color w:val="000000"/>
        </w:rPr>
        <w:t>，</w:t>
      </w:r>
      <w:r>
        <w:rPr/>
        <w:pict>
          <v:shape id="_x0000_i721003" type="_x0000_tole_rId400" style="width:26pt;height:13.95pt" filled="f" o:ole="">
            <v:imagedata r:id="rId34" o:title=""/>
          </v:shape>
        </w:pict>
      </w:r>
      <w:r>
        <w:rPr>
          <w:rFonts w:ascii="宋体;SimSun" w:hAnsi="宋体;SimSun" w:cs="宋体;SimSun"/>
          <w:color w:val="000000"/>
        </w:rPr>
        <w:t>层与之连线的数为：</w:t>
      </w:r>
      <w:r>
        <w:rPr/>
        <w:pict>
          <v:shape id="_x0000_i721004" type="_x0000_tole_rId402" style="width:16.2pt;height:31.15pt" filled="f" o:ole="">
            <v:imagedata r:id="rId35" o:title=""/>
          </v:shape>
        </w:pict>
      </w:r>
      <w:r>
        <w:rPr>
          <w:rFonts w:eastAsia="Times New Roman" w:cs="Times New Roman"/>
          <w:color w:val="000000"/>
        </w:rPr>
        <w:t>;…</w:t>
      </w:r>
      <w:r>
        <w:rPr/>
        <w:pict>
          <v:shape id="_x0000_i721005" type="_x0000_tole_rId404" style="width:250pt;height:30.9pt" filled="f" o:ole="">
            <v:imagedata r:id="rId36" o:title=""/>
          </v:shape>
        </w:pict>
      </w:r>
      <w:r>
        <w:rPr>
          <w:rFonts w:ascii="宋体;SimSun" w:hAnsi="宋体;SimSun" w:cs="宋体;SimSun"/>
          <w:color w:val="000000"/>
        </w:rPr>
        <w:t>，则</w:t>
      </w:r>
      <w:r>
        <w:rPr/>
        <w:pict>
          <v:shape id="_x0000_i721006" type="_x0000_tole_rId406" style="width:18pt;height:30.75pt" filled="f" o:ole="">
            <v:imagedata r:id="rId37" o:title=""/>
          </v:shape>
        </w:pict>
      </w:r>
      <w:r>
        <w:rPr>
          <w:rFonts w:ascii="宋体;SimSun" w:hAnsi="宋体;SimSun" w:cs="宋体;SimSun"/>
          <w:color w:val="000000"/>
        </w:rPr>
        <w:t>在第</w:t>
      </w:r>
      <w:r>
        <w:rPr/>
        <w:pict>
          <v:shape id="_x0000_i721007" type="_x0000_tole_rId408" style="width:14.25pt;height:14.25pt" filled="f" o:ole="">
            <v:imagedata r:id="rId38" o:title=""/>
          </v:shape>
        </w:pict>
      </w:r>
      <w:r>
        <w:rPr>
          <w:rFonts w:ascii="宋体;SimSun" w:hAnsi="宋体;SimSun" w:cs="宋体;SimSun"/>
          <w:color w:val="000000"/>
        </w:rPr>
        <w:t>层</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由图可知，</w:t>
      </w:r>
      <w:r>
        <w:rPr/>
        <w:drawing>
          <wp:inline distT="0" distB="0" distL="0" distR="0">
            <wp:extent cx="15875" cy="15875"/>
            <wp:effectExtent l="0" t="0" r="0" b="0"/>
            <wp:docPr id="4007" name="Image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8" name="Image205"/>
                    <pic:cNvPicPr>
                      <a:picLocks noChangeAspect="1" noChangeArrowheads="1"/>
                    </pic:cNvPicPr>
                  </pic:nvPicPr>
                  <pic:blipFill>
                    <a:blip r:embed="rId39"/>
                    <a:srcRect l="-23" t="-70" r="-23" b="-70"/>
                    <a:stretch>
                      <a:fillRect/>
                    </a:stretch>
                  </pic:blipFill>
                  <pic:spPr bwMode="auto">
                    <a:xfrm>
                      <a:off x="0" y="0"/>
                      <a:ext cx="15875" cy="15875"/>
                    </a:xfrm>
                    <a:prstGeom prst="rect">
                      <a:avLst/>
                    </a:prstGeom>
                    <a:noFill/>
                  </pic:spPr>
                </pic:pic>
              </a:graphicData>
            </a:graphic>
          </wp:inline>
        </w:drawing>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从第</w:t>
      </w:r>
      <w:r>
        <w:rPr>
          <w:rFonts w:eastAsia="Times New Roman" w:cs="Times New Roman"/>
          <w:color w:val="000000"/>
        </w:rPr>
        <w:t>3</w:t>
      </w:r>
      <w:r>
        <w:rPr>
          <w:rFonts w:ascii="宋体;SimSun" w:hAnsi="宋体;SimSun" w:cs="宋体;SimSun"/>
          <w:color w:val="000000"/>
        </w:rPr>
        <w:t>层至第</w:t>
      </w:r>
      <w:r>
        <w:rPr>
          <w:rFonts w:eastAsia="Times New Roman" w:cs="Times New Roman"/>
          <w:color w:val="000000"/>
        </w:rPr>
        <w:t>8</w:t>
      </w:r>
      <w:r>
        <w:rPr>
          <w:rFonts w:ascii="宋体;SimSun" w:hAnsi="宋体;SimSun" w:cs="宋体;SimSun"/>
          <w:color w:val="000000"/>
        </w:rPr>
        <w:t>层数字都是向左边发散，第</w:t>
      </w:r>
      <w:r>
        <w:rPr>
          <w:rFonts w:eastAsia="Times New Roman" w:cs="Times New Roman"/>
          <w:color w:val="000000"/>
        </w:rPr>
        <w:t>9</w:t>
      </w:r>
      <w:r>
        <w:rPr>
          <w:rFonts w:ascii="宋体;SimSun" w:hAnsi="宋体;SimSun" w:cs="宋体;SimSun"/>
          <w:color w:val="000000"/>
        </w:rPr>
        <w:t>，</w:t>
      </w:r>
      <w:r>
        <w:rPr>
          <w:rFonts w:eastAsia="Times New Roman" w:cs="Times New Roman"/>
          <w:color w:val="000000"/>
        </w:rPr>
        <w:t>10</w:t>
      </w:r>
      <w:r>
        <w:rPr>
          <w:rFonts w:ascii="宋体;SimSun" w:hAnsi="宋体;SimSun" w:cs="宋体;SimSun"/>
          <w:color w:val="000000"/>
        </w:rPr>
        <w:t>层的数字是向右发散，即：</w:t>
      </w:r>
      <w:r>
        <w:rPr/>
        <w:drawing>
          <wp:inline distT="0" distB="0" distL="0" distR="0">
            <wp:extent cx="15875" cy="15875"/>
            <wp:effectExtent l="0" t="0" r="0" b="0"/>
            <wp:docPr id="4009" name="Image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0" name="Image206"/>
                    <pic:cNvPicPr>
                      <a:picLocks noChangeAspect="1" noChangeArrowheads="1"/>
                    </pic:cNvPicPr>
                  </pic:nvPicPr>
                  <pic:blipFill>
                    <a:blip r:embed="rId40"/>
                    <a:srcRect l="-23" t="-70" r="-23" b="-70"/>
                    <a:stretch>
                      <a:fillRect/>
                    </a:stretch>
                  </pic:blipFill>
                  <pic:spPr bwMode="auto">
                    <a:xfrm>
                      <a:off x="0" y="0"/>
                      <a:ext cx="15875" cy="15875"/>
                    </a:xfrm>
                    <a:prstGeom prst="rect">
                      <a:avLst/>
                    </a:prstGeom>
                    <a:noFill/>
                  </pic:spPr>
                </pic:pic>
              </a:graphicData>
            </a:graphic>
          </wp:inline>
        </w:drawing>
      </w:r>
    </w:p>
    <w:p>
      <w:pPr>
        <w:pStyle w:val="Normal"/>
        <w:spacing w:lineRule="auto" w:line="360"/>
        <w:jc w:val="start"/>
        <w:textAlignment w:val="center"/>
        <w:rPr/>
      </w:pPr>
      <w:r>
        <w:rPr/>
        <w:pict>
          <v:shape id="_x0000_i721008" type="_x0000_tole_rId412" style="width:12pt;height:30.75pt" filled="f" o:ole="">
            <v:imagedata r:id="rId42" o:title=""/>
          </v:shape>
        </w:pict>
      </w:r>
      <w:r>
        <w:rPr/>
        <w:drawing>
          <wp:inline distT="0" distB="0" distL="0" distR="0">
            <wp:extent cx="15875" cy="15875"/>
            <wp:effectExtent l="0" t="0" r="0" b="0"/>
            <wp:docPr id="4011" name="Image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2" name="Image207"/>
                    <pic:cNvPicPr>
                      <a:picLocks noChangeAspect="1" noChangeArrowheads="1"/>
                    </pic:cNvPicPr>
                  </pic:nvPicPr>
                  <pic:blipFill>
                    <a:blip r:embed="rId41"/>
                    <a:srcRect l="-23" t="-70" r="-23" b="-70"/>
                    <a:stretch>
                      <a:fillRect/>
                    </a:stretch>
                  </pic:blipFill>
                  <pic:spPr bwMode="auto">
                    <a:xfrm>
                      <a:off x="0" y="0"/>
                      <a:ext cx="15875" cy="15875"/>
                    </a:xfrm>
                    <a:prstGeom prst="rect">
                      <a:avLst/>
                    </a:prstGeom>
                    <a:noFill/>
                  </pic:spPr>
                </pic:pic>
              </a:graphicData>
            </a:graphic>
          </wp:inline>
        </w:drawing>
      </w:r>
      <w:r>
        <w:rPr>
          <w:rFonts w:ascii="宋体;SimSun" w:hAnsi="宋体;SimSun" w:cs="宋体;SimSun"/>
          <w:color w:val="000000"/>
        </w:rPr>
        <w:t>的左边有</w:t>
      </w:r>
      <w:r>
        <w:rPr>
          <w:rFonts w:eastAsia="Times New Roman" w:cs="Times New Roman"/>
          <w:color w:val="000000"/>
        </w:rPr>
        <w:t>1</w:t>
      </w:r>
      <w:r>
        <w:rPr/>
        <w:pict>
          <v:shape id="_x0000_i721009" type="_x0000_tole_rId415" style="width:37.1pt;height:15pt" filled="f" o:ole="">
            <v:imagedata r:id="rId43" o:title=""/>
          </v:shape>
        </w:pict>
      </w:r>
      <w:r>
        <w:rPr>
          <w:rFonts w:ascii="宋体;SimSun" w:hAnsi="宋体;SimSun" w:cs="宋体;SimSun"/>
          <w:color w:val="000000"/>
        </w:rPr>
        <w:t>个数，</w:t>
      </w:r>
    </w:p>
    <w:p>
      <w:pPr>
        <w:pStyle w:val="Normal"/>
        <w:spacing w:lineRule="auto" w:line="360"/>
        <w:jc w:val="start"/>
        <w:textAlignment w:val="center"/>
        <w:rPr/>
      </w:pPr>
      <w:r>
        <w:rPr/>
        <w:pict>
          <v:shape id="_x0000_i721010" type="_x0000_tole_rId417" style="width:12pt;height:30.75pt" filled="f" o:ole="">
            <v:imagedata r:id="rId45" o:title=""/>
          </v:shape>
        </w:pict>
      </w:r>
      <w:r>
        <w:rPr/>
        <w:drawing>
          <wp:inline distT="0" distB="0" distL="0" distR="0">
            <wp:extent cx="15875" cy="15875"/>
            <wp:effectExtent l="0" t="0" r="0" b="0"/>
            <wp:docPr id="4013" name="Image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4" name="Image208"/>
                    <pic:cNvPicPr>
                      <a:picLocks noChangeAspect="1" noChangeArrowheads="1"/>
                    </pic:cNvPicPr>
                  </pic:nvPicPr>
                  <pic:blipFill>
                    <a:blip r:embed="rId44"/>
                    <a:srcRect l="-23" t="-70" r="-23" b="-70"/>
                    <a:stretch>
                      <a:fillRect/>
                    </a:stretch>
                  </pic:blipFill>
                  <pic:spPr bwMode="auto">
                    <a:xfrm>
                      <a:off x="0" y="0"/>
                      <a:ext cx="15875" cy="15875"/>
                    </a:xfrm>
                    <a:prstGeom prst="rect">
                      <a:avLst/>
                    </a:prstGeom>
                    <a:noFill/>
                  </pic:spPr>
                </pic:pic>
              </a:graphicData>
            </a:graphic>
          </wp:inline>
        </w:drawing>
      </w:r>
      <w:r>
        <w:rPr>
          <w:rFonts w:ascii="宋体;SimSun" w:hAnsi="宋体;SimSun" w:cs="宋体;SimSun"/>
          <w:color w:val="000000"/>
        </w:rPr>
        <w:t>的左边有</w:t>
      </w:r>
      <w:r>
        <w:rPr>
          <w:rFonts w:eastAsia="Times New Roman" w:cs="Times New Roman"/>
          <w:color w:val="000000"/>
        </w:rPr>
        <w:t>3</w:t>
      </w:r>
      <w:r>
        <w:rPr/>
        <w:pict>
          <v:shape id="_x0000_i721011" type="_x0000_tole_rId420" style="width:38pt;height:15pt" filled="f" o:ole="">
            <v:imagedata r:id="rId46" o:title=""/>
          </v:shape>
        </w:pict>
      </w:r>
      <w:r>
        <w:rPr>
          <w:rFonts w:ascii="宋体;SimSun" w:hAnsi="宋体;SimSun" w:cs="宋体;SimSun"/>
          <w:color w:val="000000"/>
        </w:rPr>
        <w:t>个数，</w:t>
      </w:r>
    </w:p>
    <w:p>
      <w:pPr>
        <w:pStyle w:val="Normal"/>
        <w:spacing w:lineRule="auto" w:line="360"/>
        <w:jc w:val="start"/>
        <w:textAlignment w:val="center"/>
        <w:rPr/>
      </w:pPr>
      <w:r>
        <w:rPr/>
        <w:pict>
          <v:shape id="_x0000_i721012" type="_x0000_tole_rId422" style="width:9.85pt;height:27.85pt" filled="f" o:ole="">
            <v:imagedata r:id="rId48" o:title=""/>
          </v:shape>
        </w:pict>
      </w:r>
      <w:r>
        <w:rPr/>
        <w:drawing>
          <wp:inline distT="0" distB="0" distL="0" distR="0">
            <wp:extent cx="15875" cy="15875"/>
            <wp:effectExtent l="0" t="0" r="0" b="0"/>
            <wp:docPr id="4015" name="Image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6" name="Image209"/>
                    <pic:cNvPicPr>
                      <a:picLocks noChangeAspect="1" noChangeArrowheads="1"/>
                    </pic:cNvPicPr>
                  </pic:nvPicPr>
                  <pic:blipFill>
                    <a:blip r:embed="rId47"/>
                    <a:srcRect l="-23" t="-70" r="-23" b="-70"/>
                    <a:stretch>
                      <a:fillRect/>
                    </a:stretch>
                  </pic:blipFill>
                  <pic:spPr bwMode="auto">
                    <a:xfrm>
                      <a:off x="0" y="0"/>
                      <a:ext cx="15875" cy="15875"/>
                    </a:xfrm>
                    <a:prstGeom prst="rect">
                      <a:avLst/>
                    </a:prstGeom>
                    <a:noFill/>
                  </pic:spPr>
                </pic:pic>
              </a:graphicData>
            </a:graphic>
          </wp:inline>
        </w:drawing>
      </w:r>
      <w:r>
        <w:rPr>
          <w:rFonts w:ascii="宋体;SimSun" w:hAnsi="宋体;SimSun" w:cs="宋体;SimSun"/>
          <w:color w:val="000000"/>
        </w:rPr>
        <w:t>的左边有</w:t>
      </w:r>
      <w:r>
        <w:rPr>
          <w:rFonts w:eastAsia="Times New Roman" w:cs="Times New Roman"/>
          <w:color w:val="000000"/>
        </w:rPr>
        <w:t>7</w:t>
      </w:r>
      <w:r>
        <w:rPr/>
        <w:pict>
          <v:shape id="_x0000_i721013" type="_x0000_tole_rId425" style="width:38pt;height:15pt" filled="f" o:ole="">
            <v:imagedata r:id="rId49" o:title=""/>
          </v:shape>
        </w:pict>
      </w:r>
      <w:r>
        <w:rPr>
          <w:rFonts w:ascii="宋体;SimSun" w:hAnsi="宋体;SimSun" w:cs="宋体;SimSun"/>
          <w:color w:val="000000"/>
        </w:rPr>
        <w:t>个数，</w:t>
      </w:r>
    </w:p>
    <w:p>
      <w:pPr>
        <w:pStyle w:val="Normal"/>
        <w:spacing w:lineRule="auto" w:line="360"/>
        <w:jc w:val="start"/>
        <w:textAlignment w:val="center"/>
        <w:rPr/>
      </w:pPr>
      <w:r>
        <w:rPr/>
        <w:pict>
          <v:shape id="_x0000_i721014" type="_x0000_tole_rId427" style="width:11.25pt;height:27.75pt" filled="f" o:ole="">
            <v:imagedata r:id="rId51" o:title=""/>
          </v:shape>
        </w:pict>
      </w:r>
      <w:r>
        <w:rPr/>
        <w:drawing>
          <wp:inline distT="0" distB="0" distL="0" distR="0">
            <wp:extent cx="15875" cy="15875"/>
            <wp:effectExtent l="0" t="0" r="0" b="0"/>
            <wp:docPr id="4017" name="Image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8" name="Image210"/>
                    <pic:cNvPicPr>
                      <a:picLocks noChangeAspect="1" noChangeArrowheads="1"/>
                    </pic:cNvPicPr>
                  </pic:nvPicPr>
                  <pic:blipFill>
                    <a:blip r:embed="rId50"/>
                    <a:srcRect l="-23" t="-70" r="-23" b="-70"/>
                    <a:stretch>
                      <a:fillRect/>
                    </a:stretch>
                  </pic:blipFill>
                  <pic:spPr bwMode="auto">
                    <a:xfrm>
                      <a:off x="0" y="0"/>
                      <a:ext cx="15875" cy="15875"/>
                    </a:xfrm>
                    <a:prstGeom prst="rect">
                      <a:avLst/>
                    </a:prstGeom>
                    <a:noFill/>
                  </pic:spPr>
                </pic:pic>
              </a:graphicData>
            </a:graphic>
          </wp:inline>
        </w:drawing>
      </w:r>
      <w:r>
        <w:rPr>
          <w:rFonts w:ascii="宋体;SimSun" w:hAnsi="宋体;SimSun" w:cs="宋体;SimSun"/>
          <w:color w:val="000000"/>
        </w:rPr>
        <w:t>的左边有</w:t>
      </w:r>
      <w:r>
        <w:rPr>
          <w:rFonts w:eastAsia="Times New Roman" w:cs="Times New Roman"/>
          <w:color w:val="000000"/>
        </w:rPr>
        <w:t>15</w:t>
      </w:r>
      <w:r>
        <w:rPr/>
        <w:pict>
          <v:shape id="_x0000_i721015" type="_x0000_tole_rId430" style="width:38pt;height:15pt" filled="f" o:ole="">
            <v:imagedata r:id="rId52" o:title=""/>
          </v:shape>
        </w:pict>
      </w:r>
      <w:r>
        <w:rPr>
          <w:rFonts w:ascii="宋体;SimSun" w:hAnsi="宋体;SimSun" w:cs="宋体;SimSun"/>
          <w:color w:val="000000"/>
        </w:rPr>
        <w:t>个数，</w:t>
      </w:r>
    </w:p>
    <w:p>
      <w:pPr>
        <w:pStyle w:val="Normal"/>
        <w:spacing w:lineRule="auto" w:line="360"/>
        <w:jc w:val="start"/>
        <w:textAlignment w:val="center"/>
        <w:rPr/>
      </w:pPr>
      <w:r>
        <w:rPr/>
        <w:pict>
          <v:shape id="_x0000_i721016" type="_x0000_tole_rId432" style="width:15pt;height:30.75pt" filled="f" o:ole="">
            <v:imagedata r:id="rId54" o:title=""/>
          </v:shape>
        </w:pict>
      </w:r>
      <w:r>
        <w:rPr/>
        <w:drawing>
          <wp:inline distT="0" distB="0" distL="0" distR="0">
            <wp:extent cx="15875" cy="15875"/>
            <wp:effectExtent l="0" t="0" r="0" b="0"/>
            <wp:docPr id="4019" name="Image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0" name="Image211"/>
                    <pic:cNvPicPr>
                      <a:picLocks noChangeAspect="1" noChangeArrowheads="1"/>
                    </pic:cNvPicPr>
                  </pic:nvPicPr>
                  <pic:blipFill>
                    <a:blip r:embed="rId53"/>
                    <a:srcRect l="-23" t="-70" r="-23" b="-70"/>
                    <a:stretch>
                      <a:fillRect/>
                    </a:stretch>
                  </pic:blipFill>
                  <pic:spPr bwMode="auto">
                    <a:xfrm>
                      <a:off x="0" y="0"/>
                      <a:ext cx="15875" cy="15875"/>
                    </a:xfrm>
                    <a:prstGeom prst="rect">
                      <a:avLst/>
                    </a:prstGeom>
                    <a:noFill/>
                  </pic:spPr>
                </pic:pic>
              </a:graphicData>
            </a:graphic>
          </wp:inline>
        </w:drawing>
      </w:r>
      <w:r>
        <w:rPr>
          <w:rFonts w:ascii="宋体;SimSun" w:hAnsi="宋体;SimSun" w:cs="宋体;SimSun"/>
          <w:color w:val="000000"/>
        </w:rPr>
        <w:t>的左边有</w:t>
      </w:r>
      <w:r>
        <w:rPr>
          <w:rFonts w:eastAsia="Times New Roman" w:cs="Times New Roman"/>
          <w:color w:val="000000"/>
        </w:rPr>
        <w:t>31</w:t>
      </w:r>
      <w:r>
        <w:rPr/>
        <w:pict>
          <v:shape id="_x0000_i721017" type="_x0000_tole_rId435" style="width:38pt;height:15pt" filled="f" o:ole="">
            <v:imagedata r:id="rId55" o:title=""/>
          </v:shape>
        </w:pict>
      </w:r>
      <w:r>
        <w:rPr>
          <w:rFonts w:ascii="宋体;SimSun" w:hAnsi="宋体;SimSun" w:cs="宋体;SimSun"/>
          <w:color w:val="000000"/>
        </w:rPr>
        <w:t>个数，</w:t>
      </w:r>
    </w:p>
    <w:p>
      <w:pPr>
        <w:pStyle w:val="Normal"/>
        <w:spacing w:lineRule="auto" w:line="360"/>
        <w:jc w:val="start"/>
        <w:textAlignment w:val="center"/>
        <w:rPr/>
      </w:pPr>
      <w:r>
        <w:rPr/>
        <w:pict>
          <v:shape id="_x0000_i721018" type="_x0000_tole_rId437" style="width:16.2pt;height:31.15pt" filled="f" o:ole="">
            <v:imagedata r:id="rId57" o:title=""/>
          </v:shape>
        </w:pict>
      </w:r>
      <w:r>
        <w:rPr/>
        <w:drawing>
          <wp:inline distT="0" distB="0" distL="0" distR="0">
            <wp:extent cx="15875" cy="15875"/>
            <wp:effectExtent l="0" t="0" r="0" b="0"/>
            <wp:docPr id="4021" name="Image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2" name="Image212"/>
                    <pic:cNvPicPr>
                      <a:picLocks noChangeAspect="1" noChangeArrowheads="1"/>
                    </pic:cNvPicPr>
                  </pic:nvPicPr>
                  <pic:blipFill>
                    <a:blip r:embed="rId56"/>
                    <a:srcRect l="-23" t="-70" r="-23" b="-70"/>
                    <a:stretch>
                      <a:fillRect/>
                    </a:stretch>
                  </pic:blipFill>
                  <pic:spPr bwMode="auto">
                    <a:xfrm>
                      <a:off x="0" y="0"/>
                      <a:ext cx="15875" cy="15875"/>
                    </a:xfrm>
                    <a:prstGeom prst="rect">
                      <a:avLst/>
                    </a:prstGeom>
                    <a:noFill/>
                  </pic:spPr>
                </pic:pic>
              </a:graphicData>
            </a:graphic>
          </wp:inline>
        </w:drawing>
      </w:r>
      <w:r>
        <w:rPr>
          <w:rFonts w:ascii="宋体;SimSun" w:hAnsi="宋体;SimSun" w:cs="宋体;SimSun"/>
          <w:color w:val="000000"/>
        </w:rPr>
        <w:t>的左边有</w:t>
      </w:r>
      <w:r>
        <w:rPr>
          <w:rFonts w:eastAsia="Times New Roman" w:cs="Times New Roman"/>
          <w:color w:val="000000"/>
        </w:rPr>
        <w:t>63</w:t>
      </w:r>
      <w:r>
        <w:rPr/>
        <w:pict>
          <v:shape id="_x0000_i721019" type="_x0000_tole_rId440" style="width:38pt;height:15pt" filled="f" o:ole="">
            <v:imagedata r:id="rId58" o:title=""/>
          </v:shape>
        </w:pict>
      </w:r>
      <w:r>
        <w:rPr>
          <w:rFonts w:ascii="宋体;SimSun" w:hAnsi="宋体;SimSun" w:cs="宋体;SimSun"/>
          <w:color w:val="000000"/>
        </w:rPr>
        <w:t>个数，</w:t>
      </w:r>
    </w:p>
    <w:p>
      <w:pPr>
        <w:pStyle w:val="Normal"/>
        <w:spacing w:lineRule="auto" w:line="360"/>
        <w:jc w:val="start"/>
        <w:textAlignment w:val="center"/>
        <w:rPr/>
      </w:pPr>
      <w:r>
        <w:rPr/>
        <w:pict>
          <v:shape id="_x0000_i721020" type="_x0000_tole_rId442" style="width:15.75pt;height:30.75pt" filled="f" o:ole="">
            <v:imagedata r:id="rId60" o:title=""/>
          </v:shape>
        </w:pict>
      </w:r>
      <w:r>
        <w:rPr/>
        <w:drawing>
          <wp:inline distT="0" distB="0" distL="0" distR="0">
            <wp:extent cx="15875" cy="15875"/>
            <wp:effectExtent l="0" t="0" r="0" b="0"/>
            <wp:docPr id="4023" name="Image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4" name="Image213"/>
                    <pic:cNvPicPr>
                      <a:picLocks noChangeAspect="1" noChangeArrowheads="1"/>
                    </pic:cNvPicPr>
                  </pic:nvPicPr>
                  <pic:blipFill>
                    <a:blip r:embed="rId59"/>
                    <a:srcRect l="-23" t="-70" r="-23" b="-70"/>
                    <a:stretch>
                      <a:fillRect/>
                    </a:stretch>
                  </pic:blipFill>
                  <pic:spPr bwMode="auto">
                    <a:xfrm>
                      <a:off x="0" y="0"/>
                      <a:ext cx="15875" cy="15875"/>
                    </a:xfrm>
                    <a:prstGeom prst="rect">
                      <a:avLst/>
                    </a:prstGeom>
                    <a:noFill/>
                  </pic:spPr>
                </pic:pic>
              </a:graphicData>
            </a:graphic>
          </wp:inline>
        </w:drawing>
      </w:r>
      <w:r>
        <w:rPr>
          <w:rFonts w:ascii="宋体;SimSun" w:hAnsi="宋体;SimSun" w:cs="宋体;SimSun"/>
          <w:color w:val="000000"/>
        </w:rPr>
        <w:t>是上一层数字向右发散的，故左侧多</w:t>
      </w:r>
      <w:r>
        <w:rPr>
          <w:rFonts w:eastAsia="Times New Roman" w:cs="Times New Roman"/>
          <w:color w:val="000000"/>
        </w:rPr>
        <w:t>1</w:t>
      </w:r>
      <w:r>
        <w:rPr>
          <w:rFonts w:ascii="宋体;SimSun" w:hAnsi="宋体;SimSun" w:cs="宋体;SimSun"/>
          <w:color w:val="000000"/>
        </w:rPr>
        <w:t>个数，</w:t>
      </w:r>
      <w:r>
        <w:rPr/>
        <w:pict>
          <v:shape id="_x0000_i721021" type="_x0000_tole_rId445" style="width:15.75pt;height:30.75pt" filled="f" o:ole="">
            <v:imagedata r:id="rId61" o:title=""/>
          </v:shape>
        </w:pict>
      </w:r>
      <w:r>
        <w:rPr>
          <w:rFonts w:ascii="宋体;SimSun" w:hAnsi="宋体;SimSun" w:cs="宋体;SimSun"/>
          <w:color w:val="000000"/>
        </w:rPr>
        <w:t>的左边有</w:t>
      </w:r>
      <w:r>
        <w:rPr/>
        <w:pict>
          <v:shape id="_x0000_i721022" type="_x0000_tole_rId447" style="width:79.95pt;height:18.1pt" filled="f" o:ole="">
            <v:imagedata r:id="rId62" o:title=""/>
          </v:shape>
        </w:pict>
      </w:r>
      <w:r>
        <w:rPr>
          <w:rFonts w:ascii="宋体;SimSun" w:hAnsi="宋体;SimSun" w:cs="宋体;SimSun"/>
          <w:color w:val="000000"/>
        </w:rPr>
        <w:t>个数，</w:t>
      </w:r>
    </w:p>
    <w:p>
      <w:pPr>
        <w:pStyle w:val="Normal"/>
        <w:spacing w:lineRule="auto" w:line="360"/>
        <w:jc w:val="start"/>
        <w:textAlignment w:val="center"/>
        <w:rPr/>
      </w:pPr>
      <w:r>
        <w:rPr/>
        <w:pict>
          <v:shape id="_x0000_i721023" type="_x0000_tole_rId449" style="width:17pt;height:31.25pt" filled="f" o:ole="">
            <v:imagedata r:id="rId64" o:title=""/>
          </v:shape>
        </w:pict>
      </w:r>
      <w:r>
        <w:rPr/>
        <w:drawing>
          <wp:inline distT="0" distB="0" distL="0" distR="0">
            <wp:extent cx="15875" cy="15875"/>
            <wp:effectExtent l="0" t="0" r="0" b="0"/>
            <wp:docPr id="4025" name="Image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6" name="Image214"/>
                    <pic:cNvPicPr>
                      <a:picLocks noChangeAspect="1" noChangeArrowheads="1"/>
                    </pic:cNvPicPr>
                  </pic:nvPicPr>
                  <pic:blipFill>
                    <a:blip r:embed="rId63"/>
                    <a:srcRect l="-23" t="-70" r="-23" b="-70"/>
                    <a:stretch>
                      <a:fillRect/>
                    </a:stretch>
                  </pic:blipFill>
                  <pic:spPr bwMode="auto">
                    <a:xfrm>
                      <a:off x="0" y="0"/>
                      <a:ext cx="15875" cy="15875"/>
                    </a:xfrm>
                    <a:prstGeom prst="rect">
                      <a:avLst/>
                    </a:prstGeom>
                    <a:noFill/>
                  </pic:spPr>
                </pic:pic>
              </a:graphicData>
            </a:graphic>
          </wp:inline>
        </w:drawing>
      </w:r>
      <w:r>
        <w:rPr>
          <w:rFonts w:ascii="宋体;SimSun" w:hAnsi="宋体;SimSun" w:cs="宋体;SimSun"/>
          <w:color w:val="000000"/>
        </w:rPr>
        <w:t>是上一层数字向右发散的，故左侧多</w:t>
      </w:r>
      <w:r>
        <w:rPr>
          <w:rFonts w:eastAsia="Times New Roman" w:cs="Times New Roman"/>
          <w:color w:val="000000"/>
        </w:rPr>
        <w:t>2</w:t>
      </w:r>
      <w:r>
        <w:rPr>
          <w:rFonts w:ascii="宋体;SimSun" w:hAnsi="宋体;SimSun" w:cs="宋体;SimSun"/>
          <w:color w:val="000000"/>
        </w:rPr>
        <w:t>个数，</w:t>
      </w:r>
      <w:r>
        <w:rPr/>
        <w:pict>
          <v:shape id="_x0000_i721024" type="_x0000_tole_rId452" style="width:17pt;height:31.25pt" filled="f" o:ole="">
            <v:imagedata r:id="rId65" o:title=""/>
          </v:shape>
        </w:pict>
      </w:r>
      <w:r>
        <w:rPr>
          <w:rFonts w:ascii="宋体;SimSun" w:hAnsi="宋体;SimSun" w:cs="宋体;SimSun"/>
          <w:color w:val="000000"/>
        </w:rPr>
        <w:t>的左边有</w:t>
      </w:r>
      <w:r>
        <w:rPr/>
        <w:pict>
          <v:shape id="_x0000_i721025" type="_x0000_tole_rId454" style="width:83.05pt;height:18.1pt" filled="f" o:ole="">
            <v:imagedata r:id="rId66" o:title=""/>
          </v:shape>
        </w:pict>
      </w:r>
      <w:r>
        <w:rPr>
          <w:rFonts w:ascii="宋体;SimSun" w:hAnsi="宋体;SimSun" w:cs="宋体;SimSun"/>
          <w:color w:val="000000"/>
        </w:rPr>
        <w:t>个数，</w:t>
      </w:r>
    </w:p>
    <w:p>
      <w:pPr>
        <w:pStyle w:val="Normal"/>
        <w:spacing w:lineRule="auto" w:line="360"/>
        <w:jc w:val="start"/>
        <w:textAlignment w:val="center"/>
        <w:rPr/>
      </w:pPr>
      <w:r>
        <w:rPr/>
        <w:pict>
          <v:shape id="_x0000_i721026" type="_x0000_tole_rId456" style="width:18pt;height:30.75pt" filled="f" o:ole="">
            <v:imagedata r:id="rId68" o:title=""/>
          </v:shape>
        </w:pict>
      </w:r>
      <w:r>
        <w:rPr/>
        <w:drawing>
          <wp:inline distT="0" distB="0" distL="0" distR="0">
            <wp:extent cx="15875" cy="15875"/>
            <wp:effectExtent l="0" t="0" r="0" b="0"/>
            <wp:docPr id="4027" name="Image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8" name="Image215"/>
                    <pic:cNvPicPr>
                      <a:picLocks noChangeAspect="1" noChangeArrowheads="1"/>
                    </pic:cNvPicPr>
                  </pic:nvPicPr>
                  <pic:blipFill>
                    <a:blip r:embed="rId67"/>
                    <a:srcRect l="-23" t="-70" r="-23" b="-70"/>
                    <a:stretch>
                      <a:fillRect/>
                    </a:stretch>
                  </pic:blipFill>
                  <pic:spPr bwMode="auto">
                    <a:xfrm>
                      <a:off x="0" y="0"/>
                      <a:ext cx="15875" cy="15875"/>
                    </a:xfrm>
                    <a:prstGeom prst="rect">
                      <a:avLst/>
                    </a:prstGeom>
                    <a:noFill/>
                  </pic:spPr>
                </pic:pic>
              </a:graphicData>
            </a:graphic>
          </wp:inline>
        </w:drawing>
      </w:r>
      <w:r>
        <w:rPr>
          <w:rFonts w:ascii="宋体;SimSun" w:hAnsi="宋体;SimSun" w:cs="宋体;SimSun"/>
          <w:color w:val="000000"/>
        </w:rPr>
        <w:t>和</w:t>
      </w:r>
      <w:r>
        <w:rPr/>
        <w:pict>
          <v:shape id="_x0000_i721027" type="_x0000_tole_rId459" style="width:17pt;height:31.25pt" filled="f" o:ole="">
            <v:imagedata r:id="rId69" o:title=""/>
          </v:shape>
        </w:pict>
      </w:r>
      <w:r>
        <w:rPr>
          <w:rFonts w:ascii="宋体;SimSun" w:hAnsi="宋体;SimSun" w:cs="宋体;SimSun"/>
          <w:color w:val="000000"/>
        </w:rPr>
        <w:t>是在同一层，且在</w:t>
      </w:r>
      <w:r>
        <w:rPr/>
        <w:pict>
          <v:shape id="_x0000_i721028" type="_x0000_tole_rId461" style="width:17pt;height:31.25pt" filled="f" o:ole="">
            <v:imagedata r:id="rId70" o:title=""/>
          </v:shape>
        </w:pict>
      </w:r>
      <w:r>
        <w:rPr>
          <w:rFonts w:ascii="宋体;SimSun" w:hAnsi="宋体;SimSun" w:cs="宋体;SimSun"/>
          <w:color w:val="000000"/>
        </w:rPr>
        <w:t>的左侧，</w:t>
      </w:r>
      <w:r>
        <w:rPr>
          <w:rFonts w:cs="Times New Roman"/>
          <w:color w:val="000000"/>
        </w:rPr>
        <w:t xml:space="preserve"> </w:t>
      </w:r>
    </w:p>
    <w:p>
      <w:pPr>
        <w:pStyle w:val="Normal"/>
        <w:spacing w:lineRule="auto" w:line="360"/>
        <w:jc w:val="start"/>
        <w:textAlignment w:val="center"/>
        <w:rPr/>
      </w:pPr>
      <w:r>
        <w:rPr/>
        <w:pict>
          <v:shape id="_x0000_i721029" type="_x0000_tole_rId463" style="width:11.25pt;height:9.75pt" filled="f" o:ole="">
            <v:imagedata r:id="rId72" o:title=""/>
          </v:shape>
        </w:pict>
      </w:r>
      <w:r>
        <w:rPr/>
        <w:drawing>
          <wp:inline distT="0" distB="0" distL="0" distR="0">
            <wp:extent cx="15875" cy="15875"/>
            <wp:effectExtent l="0" t="0" r="0" b="0"/>
            <wp:docPr id="4029" name="Image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0" name="Image216"/>
                    <pic:cNvPicPr>
                      <a:picLocks noChangeAspect="1" noChangeArrowheads="1"/>
                    </pic:cNvPicPr>
                  </pic:nvPicPr>
                  <pic:blipFill>
                    <a:blip r:embed="rId71"/>
                    <a:srcRect l="-23" t="-70" r="-23" b="-70"/>
                    <a:stretch>
                      <a:fillRect/>
                    </a:stretch>
                  </pic:blipFill>
                  <pic:spPr bwMode="auto">
                    <a:xfrm>
                      <a:off x="0" y="0"/>
                      <a:ext cx="15875" cy="15875"/>
                    </a:xfrm>
                    <a:prstGeom prst="rect">
                      <a:avLst/>
                    </a:prstGeom>
                    <a:noFill/>
                  </pic:spPr>
                </pic:pic>
              </a:graphicData>
            </a:graphic>
          </wp:inline>
        </w:drawing>
      </w:r>
      <w:r>
        <w:rPr>
          <w:rFonts w:ascii="宋体;SimSun" w:hAnsi="宋体;SimSun" w:cs="宋体;SimSun"/>
          <w:color w:val="000000"/>
        </w:rPr>
        <w:t>从左往右数，</w:t>
      </w:r>
      <w:r>
        <w:rPr/>
        <w:pict>
          <v:shape id="_x0000_i721030" type="_x0000_tole_rId466" style="width:18pt;height:30.75pt" filled="f" o:ole="">
            <v:imagedata r:id="rId73" o:title=""/>
          </v:shape>
        </w:pict>
      </w:r>
      <w:r>
        <w:rPr>
          <w:rFonts w:ascii="宋体;SimSun" w:hAnsi="宋体;SimSun" w:cs="宋体;SimSun"/>
          <w:color w:val="000000"/>
        </w:rPr>
        <w:t>是第</w:t>
      </w:r>
      <w:r>
        <w:rPr/>
        <w:pict>
          <v:shape id="_x0000_i721031" type="_x0000_tole_rId468" style="width:21pt;height:14.25pt" filled="f" o:ole="">
            <v:imagedata r:id="rId74" o:title=""/>
          </v:shape>
        </w:pict>
      </w:r>
      <w:r>
        <w:rPr>
          <w:rFonts w:ascii="宋体;SimSun" w:hAnsi="宋体;SimSun" w:cs="宋体;SimSun"/>
          <w:color w:val="000000"/>
        </w:rPr>
        <w:t>个数，</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故答案为：</w:t>
      </w:r>
      <w:r>
        <w:rPr/>
        <w:pict>
          <v:shape id="_x0000_i721032" type="_x0000_tole_rId470" style="width:36.2pt;height:15.9pt" filled="f" o:ole="">
            <v:imagedata r:id="rId76" o:title=""/>
          </v:shape>
        </w:pict>
      </w:r>
      <w:r>
        <w:rPr/>
        <w:drawing>
          <wp:inline distT="0" distB="0" distL="0" distR="0">
            <wp:extent cx="15875" cy="15875"/>
            <wp:effectExtent l="0" t="0" r="0" b="0"/>
            <wp:docPr id="4031" name="Image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2" name="Image217"/>
                    <pic:cNvPicPr>
                      <a:picLocks noChangeAspect="1" noChangeArrowheads="1"/>
                    </pic:cNvPicPr>
                  </pic:nvPicPr>
                  <pic:blipFill>
                    <a:blip r:embed="rId75"/>
                    <a:srcRect l="-23" t="-70" r="-23" b="-70"/>
                    <a:stretch>
                      <a:fillRect/>
                    </a:stretch>
                  </pic:blipFill>
                  <pic:spPr bwMode="auto">
                    <a:xfrm>
                      <a:off x="0" y="0"/>
                      <a:ext cx="15875" cy="15875"/>
                    </a:xfrm>
                    <a:prstGeom prst="rect">
                      <a:avLst/>
                    </a:prstGeom>
                    <a:noFill/>
                  </pic:spPr>
                </pic:pic>
              </a:graphicData>
            </a:graphic>
          </wp:inline>
        </w:drawing>
      </w:r>
    </w:p>
    <w:p>
      <w:pPr>
        <w:pStyle w:val="Normal"/>
        <w:spacing w:lineRule="auto" w:line="360"/>
        <w:jc w:val="start"/>
        <w:textAlignment w:val="center"/>
        <w:rPr>
          <w:rFonts w:ascii="宋体;SimSun" w:hAnsi="宋体;SimSun" w:cs="宋体;SimSun"/>
          <w:color w:val="000000"/>
        </w:rPr>
      </w:pPr>
      <w:r>
        <w:rPr>
          <w:color w:val="000000"/>
        </w:rPr>
        <w:t>【点睛】</w:t>
      </w:r>
      <w:r>
        <w:rPr>
          <w:rFonts w:ascii="宋体;SimSun" w:hAnsi="宋体;SimSun" w:cs="宋体;SimSun"/>
          <w:color w:val="000000"/>
        </w:rPr>
        <w:t>本题考查了数字类型规律，找到左右发散的数字的规律是解题的关键．</w:t>
      </w:r>
      <w:r>
        <w:rPr/>
        <w:drawing>
          <wp:inline distT="0" distB="0" distL="0" distR="0">
            <wp:extent cx="15875" cy="15875"/>
            <wp:effectExtent l="0" t="0" r="0" b="0"/>
            <wp:docPr id="4033" name="Image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4" name="Image218"/>
                    <pic:cNvPicPr>
                      <a:picLocks noChangeAspect="1" noChangeArrowheads="1"/>
                    </pic:cNvPicPr>
                  </pic:nvPicPr>
                  <pic:blipFill>
                    <a:blip r:embed="rId77"/>
                    <a:srcRect l="-23" t="-70" r="-23" b="-70"/>
                    <a:stretch>
                      <a:fillRect/>
                    </a:stretch>
                  </pic:blipFill>
                  <pic:spPr bwMode="auto">
                    <a:xfrm>
                      <a:off x="0" y="0"/>
                      <a:ext cx="15875" cy="15875"/>
                    </a:xfrm>
                    <a:prstGeom prst="rect">
                      <a:avLst/>
                    </a:prstGeom>
                    <a:noFill/>
                  </pic:spPr>
                </pic:pic>
              </a:graphicData>
            </a:graphic>
          </wp:inline>
        </w:drawing>
      </w:r>
    </w:p>
    <w:p>
      <w:pPr>
        <w:pStyle w:val="Normal"/>
        <w:spacing w:lineRule="auto" w:line="283"/>
        <w:jc w:val="start"/>
        <w:textAlignment w:val="center"/>
        <w:rPr>
          <w:rFonts w:ascii="宋体;SimSun" w:hAnsi="宋体;SimSun" w:cs="宋体;SimSun"/>
          <w:b/>
          <w:color w:val="000000"/>
          <w:sz w:val="24"/>
        </w:rPr>
      </w:pPr>
      <w:r>
        <w:rPr>
          <w:rFonts w:ascii="宋体;SimSun" w:hAnsi="宋体;SimSun" w:cs="宋体;SimSun"/>
          <w:b/>
          <w:color w:val="000000"/>
          <w:sz w:val="24"/>
        </w:rPr>
        <w:t>三、计算题（每小题</w:t>
      </w:r>
      <w:r>
        <w:rPr>
          <w:rFonts w:eastAsia="Times New Roman" w:cs="Times New Roman"/>
          <w:b/>
          <w:color w:val="000000"/>
          <w:sz w:val="24"/>
        </w:rPr>
        <w:t>4</w:t>
      </w:r>
      <w:r>
        <w:rPr>
          <w:rFonts w:ascii="宋体;SimSun" w:hAnsi="宋体;SimSun" w:cs="宋体;SimSun"/>
          <w:b/>
          <w:color w:val="000000"/>
          <w:sz w:val="24"/>
        </w:rPr>
        <w:t>分，共</w:t>
      </w:r>
      <w:r>
        <w:rPr>
          <w:rFonts w:eastAsia="Times New Roman" w:cs="Times New Roman"/>
          <w:b/>
          <w:color w:val="000000"/>
          <w:sz w:val="24"/>
        </w:rPr>
        <w:t>32</w:t>
      </w:r>
      <w:r>
        <w:rPr>
          <w:rFonts w:ascii="宋体;SimSun" w:hAnsi="宋体;SimSun" w:cs="宋体;SimSun"/>
          <w:b/>
          <w:color w:val="000000"/>
          <w:sz w:val="24"/>
        </w:rPr>
        <w:t>分）</w:t>
      </w:r>
      <w:r>
        <w:rPr/>
        <w:drawing>
          <wp:inline distT="0" distB="0" distL="0" distR="0">
            <wp:extent cx="15875" cy="15875"/>
            <wp:effectExtent l="0" t="0" r="0" b="0"/>
            <wp:docPr id="4035" name="Image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6" name="Image219"/>
                    <pic:cNvPicPr>
                      <a:picLocks noChangeAspect="1" noChangeArrowheads="1"/>
                    </pic:cNvPicPr>
                  </pic:nvPicPr>
                  <pic:blipFill>
                    <a:blip r:embed="rId78"/>
                    <a:srcRect l="-23" t="-70" r="-23" b="-70"/>
                    <a:stretch>
                      <a:fillRect/>
                    </a:stretch>
                  </pic:blipFill>
                  <pic:spPr bwMode="auto">
                    <a:xfrm>
                      <a:off x="0" y="0"/>
                      <a:ext cx="15875" cy="15875"/>
                    </a:xfrm>
                    <a:prstGeom prst="rect">
                      <a:avLst/>
                    </a:prstGeom>
                    <a:noFill/>
                  </pic:spPr>
                </pic:pic>
              </a:graphicData>
            </a:graphic>
          </wp:inline>
        </w:drawing>
      </w:r>
    </w:p>
    <w:p>
      <w:pPr>
        <w:pStyle w:val="Heading1"/>
      </w:pPr>
      <w:r>
        <w:t>月考</w:t>
      </w:r>
    </w:p>
    <w:p>
      <w:pPr>
        <w:pStyle w:val="Heading2"/>
      </w:pPr>
      <w:r>
        <w:t>海淀实验中学（10月月考）</w:t>
      </w:r>
    </w:p>
    <w:p>
      <w:pPr>
        <w:spacing w:line="360" w:lineRule="auto"/>
        <w:jc w:val="left"/>
        <w:textAlignment w:val="center"/>
        <w:rPr>
          <w:color w:val="000000"/>
        </w:rPr>
      </w:pPr>
      <w:r>
        <w:rPr>
          <w:color w:val="000000"/>
        </w:rPr>
        <w:t xml:space="preserve">17. </w:t>
      </w:r>
      <w:r>
        <w:rPr>
          <w:rFonts w:ascii="宋体" w:eastAsia="宋体" w:hAnsi="宋体" w:cs="宋体"/>
          <w:color w:val="000000"/>
        </w:rPr>
        <w:t>有理数</w:t>
      </w:r>
      <w:r>
        <w:rPr>
          <w:rFonts w:ascii="Times New Roman" w:eastAsia="Times New Roman" w:hAnsi="Times New Roman" w:cs="Times New Roman"/>
          <w:i/>
          <w:color w:val="000000"/>
        </w:rPr>
        <w:t>a</w:t>
      </w:r>
      <w:r>
        <w:rPr>
          <w:rFonts w:ascii="宋体" w:eastAsia="宋体" w:hAnsi="宋体" w:cs="宋体"/>
          <w:color w:val="000000"/>
        </w:rPr>
        <w:t>在数轴上的对应点的位置如图所示，化简</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rPr>
        <w:t>|</w:t>
      </w:r>
      <w:r>
        <w:rPr>
          <w:rFonts w:ascii="宋体" w:eastAsia="宋体" w:hAnsi="宋体" w:cs="宋体"/>
          <w:color w:val="000000"/>
        </w:rPr>
        <w:t>的结果是</w:t>
      </w:r>
      <w:r>
        <w:rPr>
          <w:color w:val="000000"/>
        </w:rPr>
        <w:t>_____</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171700" cy="323850"/>
            <wp:docPr id="403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 name=""/>
                    <pic:cNvPicPr>
                      <a:picLocks noChangeAspect="1"/>
                    </pic:cNvPicPr>
                  </pic:nvPicPr>
                  <pic:blipFill>
                    <a:blip r:embed="rId79"/>
                    <a:stretch>
                      <a:fillRect/>
                    </a:stretch>
                  </pic:blipFill>
                  <pic:spPr>
                    <a:xfrm>
                      <a:off x="0" y="0"/>
                      <a:ext cx="2171700" cy="323850"/>
                    </a:xfrm>
                    <a:prstGeom prst="rect">
                      <a:avLst/>
                    </a:prstGeom>
                  </pic:spPr>
                </pic:pic>
              </a:graphicData>
            </a:graphic>
          </wp:inline>
        </w:drawing>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-1</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由题意可得</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，利用绝对值化简可求解．</w:t>
      </w:r>
    </w:p>
    <w:p>
      <w:pPr>
        <w:spacing w:line="360" w:lineRule="auto"/>
        <w:jc w:val="left"/>
        <w:textAlignment w:val="center"/>
        <w:rPr>
          <w:color w:val="000000"/>
        </w:rPr>
      </w:pPr>
      <w:r>
        <w:rPr>
          <w:color w:val="000000"/>
        </w:rPr>
        <w:t>【详解】</w:t>
      </w:r>
      <w:r>
        <w:rPr>
          <w:rFonts w:ascii="宋体" w:eastAsia="宋体" w:hAnsi="宋体" w:cs="宋体"/>
          <w:color w:val="000000"/>
        </w:rPr>
        <w:t>解：由题意可得：</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本题考查绝对值的化简，利用数轴比较数的大小从而正确化简计算是解题关键．</w:t>
      </w:r>
    </w:p>
    <w:p>
      <w:pPr>
        <w:spacing w:line="360" w:lineRule="auto"/>
        <w:jc w:val="left"/>
        <w:textAlignment w:val="center"/>
        <w:rPr>
          <w:color w:val="000000"/>
        </w:rPr>
      </w:pPr>
      <w:r>
        <w:rPr>
          <w:color w:val="000000"/>
        </w:rPr>
        <w:t>18</w:t>
      </w:r>
      <w:r>
        <w:rPr>
          <w:color w:val="000000"/>
          <w:position w:val="-22"/>
        </w:rPr>
        <w:drawing>
          <wp:inline>
            <wp:extent cx="31750" cy="88900"/>
            <wp:docPr id="403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0" name=""/>
                    <pic:cNvPicPr>
                      <a:picLocks noChangeAspect="1"/>
                    </pic:cNvPicPr>
                  </pic:nvPicPr>
                  <pic:blipFill>
                    <a:blip r:embed="rId80"/>
                    <a:stretch>
                      <a:fillRect/>
                    </a:stretch>
                  </pic:blipFill>
                  <pic:spPr>
                    <a:xfrm>
                      <a:off x="0" y="0"/>
                      <a:ext cx="31750" cy="88900"/>
                    </a:xfrm>
                    <a:prstGeom prst="rect">
                      <a:avLst/>
                    </a:prstGeom>
                  </pic:spPr>
                </pic:pic>
              </a:graphicData>
            </a:graphic>
          </wp:inline>
        </w:drawing>
      </w:r>
      <w:r>
        <w:rPr>
          <w:color w:val="000000"/>
        </w:rPr>
        <w:t xml:space="preserve"> </w:t>
      </w:r>
      <w:r>
        <w:rPr>
          <w:rFonts w:ascii="宋体" w:eastAsia="宋体" w:hAnsi="宋体" w:cs="宋体"/>
          <w:color w:val="000000"/>
        </w:rPr>
        <w:t>某公园划船项目收费标准如下：</w:t>
      </w:r>
    </w:p>
    <w:tbl>
      <w:tblPr>
        <w:tblStyle w:val="TableNormal"/>
        <w:tblW w:w="7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372"/>
        <w:gridCol w:w="1639"/>
        <w:gridCol w:w="1639"/>
        <w:gridCol w:w="1639"/>
        <w:gridCol w:w="1639"/>
      </w:tblGrid>
      <w:tr>
        <w:tblPrEx>
          <w:tblW w:w="7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315"/>
        </w:trPr>
        <w:tc>
          <w:tcPr>
            <w:tcW w:w="15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船型</w:t>
            </w:r>
          </w:p>
        </w:tc>
        <w:tc>
          <w:tcPr>
            <w:tcW w:w="15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两人船</w:t>
            </w:r>
          </w:p>
          <w:p>
            <w:pPr>
              <w:spacing w:line="360" w:lineRule="auto"/>
              <w:jc w:val="center"/>
              <w:textAlignment w:val="center"/>
              <w:rPr>
                <w:color w:val="000000"/>
              </w:rPr>
            </w:pPr>
            <w:r>
              <w:rPr>
                <w:rFonts w:ascii="宋体" w:eastAsia="宋体" w:hAnsi="宋体" w:cs="宋体"/>
                <w:color w:val="000000"/>
              </w:rPr>
              <w:t>（限乘两人）</w:t>
            </w:r>
          </w:p>
        </w:tc>
        <w:tc>
          <w:tcPr>
            <w:tcW w:w="15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四人船</w:t>
            </w:r>
          </w:p>
          <w:p>
            <w:pPr>
              <w:spacing w:line="360" w:lineRule="auto"/>
              <w:jc w:val="center"/>
              <w:textAlignment w:val="center"/>
              <w:rPr>
                <w:color w:val="000000"/>
              </w:rPr>
            </w:pPr>
            <w:r>
              <w:rPr>
                <w:rFonts w:ascii="宋体" w:eastAsia="宋体" w:hAnsi="宋体" w:cs="宋体"/>
                <w:color w:val="000000"/>
              </w:rPr>
              <w:t>（限乘四人）</w:t>
            </w:r>
          </w:p>
        </w:tc>
        <w:tc>
          <w:tcPr>
            <w:tcW w:w="15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六人船</w:t>
            </w:r>
          </w:p>
          <w:p>
            <w:pPr>
              <w:spacing w:line="360" w:lineRule="auto"/>
              <w:jc w:val="center"/>
              <w:textAlignment w:val="center"/>
              <w:rPr>
                <w:color w:val="000000"/>
              </w:rPr>
            </w:pPr>
            <w:r>
              <w:rPr>
                <w:rFonts w:ascii="宋体" w:eastAsia="宋体" w:hAnsi="宋体" w:cs="宋体"/>
                <w:color w:val="000000"/>
              </w:rPr>
              <w:t>（限乘六人）</w:t>
            </w:r>
          </w:p>
        </w:tc>
        <w:tc>
          <w:tcPr>
            <w:tcW w:w="15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八人船</w:t>
            </w:r>
          </w:p>
          <w:p>
            <w:pPr>
              <w:spacing w:line="360" w:lineRule="auto"/>
              <w:jc w:val="center"/>
              <w:textAlignment w:val="center"/>
              <w:rPr>
                <w:color w:val="000000"/>
              </w:rPr>
            </w:pPr>
            <w:r>
              <w:rPr>
                <w:rFonts w:ascii="宋体" w:eastAsia="宋体" w:hAnsi="宋体" w:cs="宋体"/>
                <w:color w:val="000000"/>
              </w:rPr>
              <w:t>（限乘八人）</w:t>
            </w:r>
          </w:p>
        </w:tc>
      </w:tr>
      <w:tr>
        <w:tblPrEx>
          <w:tblW w:w="7950" w:type="dxa"/>
          <w:tblCellMar>
            <w:top w:w="120" w:type="dxa"/>
            <w:left w:w="120" w:type="dxa"/>
            <w:bottom w:w="120" w:type="dxa"/>
            <w:right w:w="120" w:type="dxa"/>
          </w:tblCellMar>
        </w:tblPrEx>
        <w:trPr>
          <w:cantSplit w:val="0"/>
          <w:trHeight w:val="330"/>
        </w:trPr>
        <w:tc>
          <w:tcPr>
            <w:tcW w:w="15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每船租金</w:t>
            </w:r>
          </w:p>
          <w:p>
            <w:pPr>
              <w:spacing w:line="360" w:lineRule="auto"/>
              <w:jc w:val="center"/>
              <w:textAlignment w:val="center"/>
              <w:rPr>
                <w:color w:val="000000"/>
              </w:rPr>
            </w:pPr>
            <w:r>
              <w:rPr>
                <w:rFonts w:ascii="宋体" w:eastAsia="宋体" w:hAnsi="宋体" w:cs="宋体"/>
                <w:color w:val="000000"/>
              </w:rPr>
              <w:t>（元</w:t>
            </w:r>
            <w:r>
              <w:rPr>
                <w:rFonts w:ascii="Times New Roman" w:eastAsia="Times New Roman" w:hAnsi="Times New Roman" w:cs="Times New Roman"/>
                <w:color w:val="000000"/>
              </w:rPr>
              <w:t>/</w:t>
            </w:r>
            <w:r>
              <w:rPr>
                <w:rFonts w:ascii="宋体" w:eastAsia="宋体" w:hAnsi="宋体" w:cs="宋体"/>
                <w:color w:val="000000"/>
              </w:rPr>
              <w:t>小时）</w:t>
            </w:r>
          </w:p>
        </w:tc>
        <w:tc>
          <w:tcPr>
            <w:tcW w:w="15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90</w:t>
            </w:r>
          </w:p>
        </w:tc>
        <w:tc>
          <w:tcPr>
            <w:tcW w:w="15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100</w:t>
            </w:r>
          </w:p>
        </w:tc>
        <w:tc>
          <w:tcPr>
            <w:tcW w:w="15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130</w:t>
            </w:r>
          </w:p>
        </w:tc>
        <w:tc>
          <w:tcPr>
            <w:tcW w:w="15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150</w:t>
            </w:r>
          </w:p>
        </w:tc>
      </w:tr>
    </w:tbl>
    <w:p>
      <w:pPr>
        <w:spacing w:line="360" w:lineRule="auto"/>
        <w:jc w:val="left"/>
        <w:textAlignment w:val="center"/>
        <w:rPr>
          <w:color w:val="000000"/>
        </w:rPr>
      </w:pPr>
      <w:r>
        <w:rPr>
          <w:rFonts w:ascii="宋体" w:eastAsia="宋体" w:hAnsi="宋体" w:cs="宋体"/>
          <w:color w:val="000000"/>
        </w:rPr>
        <w:t>某班</w:t>
      </w:r>
      <w:r>
        <w:rPr>
          <w:rFonts w:ascii="Times New Roman" w:eastAsia="Times New Roman" w:hAnsi="Times New Roman" w:cs="Times New Roman"/>
          <w:color w:val="000000"/>
        </w:rPr>
        <w:t>18</w:t>
      </w:r>
      <w:r>
        <w:rPr>
          <w:rFonts w:ascii="宋体" w:eastAsia="宋体" w:hAnsi="宋体" w:cs="宋体"/>
          <w:color w:val="000000"/>
        </w:rPr>
        <w:t>名同学一起去该公园划船，若每人划船的时间均为</w:t>
      </w:r>
      <w:r>
        <w:rPr>
          <w:rFonts w:ascii="Times New Roman" w:eastAsia="Times New Roman" w:hAnsi="Times New Roman" w:cs="Times New Roman"/>
          <w:color w:val="000000"/>
        </w:rPr>
        <w:t>1</w:t>
      </w:r>
      <w:r>
        <w:rPr>
          <w:rFonts w:ascii="宋体" w:eastAsia="宋体" w:hAnsi="宋体" w:cs="宋体"/>
          <w:color w:val="000000"/>
        </w:rPr>
        <w:t>小时，则租船的总费用最低为</w:t>
      </w:r>
      <w:r>
        <w:rPr>
          <w:color w:val="000000"/>
        </w:rPr>
        <w:t>________</w:t>
      </w:r>
      <w:r>
        <w:rPr>
          <w:rFonts w:ascii="宋体" w:eastAsia="宋体" w:hAnsi="宋体" w:cs="宋体"/>
          <w:color w:val="000000"/>
        </w:rPr>
        <w:t>元．</w:t>
      </w:r>
    </w:p>
    <w:p>
      <w:pPr>
        <w:spacing w:line="360" w:lineRule="auto"/>
        <w:textAlignment w:val="center"/>
        <w:rPr>
          <w:color w:val="000000"/>
        </w:rPr>
      </w:pPr>
      <w:r>
        <w:rPr>
          <w:color w:val="2E75B6"/>
        </w:rPr>
        <w:t>【答案】</w:t>
      </w:r>
      <w:r>
        <w:rPr>
          <w:rFonts w:ascii="宋体" w:eastAsia="宋体" w:hAnsi="宋体" w:cs="宋体"/>
          <w:color w:val="000000"/>
        </w:rPr>
        <w:t>380</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分析题意，可知，八人船最划算，其次是六人船，计算出最总费用最低的租船方案即可</w:t>
      </w:r>
      <w:r>
        <w:rPr>
          <w:rFonts w:ascii="Times New Roman" w:eastAsia="Times New Roman" w:hAnsi="Times New Roman" w:cs="Times New Roman"/>
          <w:color w:val="000000"/>
        </w:rPr>
        <w:t>.</w:t>
      </w:r>
    </w:p>
    <w:p>
      <w:pPr>
        <w:spacing w:line="360" w:lineRule="auto"/>
        <w:jc w:val="left"/>
        <w:textAlignment w:val="center"/>
        <w:rPr>
          <w:color w:val="000000"/>
        </w:rPr>
      </w:pPr>
      <w:r>
        <w:rPr>
          <w:color w:val="000000"/>
        </w:rPr>
        <w:t>【详解】</w:t>
      </w:r>
      <w:r>
        <w:rPr>
          <w:rFonts w:ascii="宋体" w:eastAsia="宋体" w:hAnsi="宋体" w:cs="宋体"/>
          <w:color w:val="000000"/>
        </w:rPr>
        <w:t>租用四人船、六人船、八人船各</w:t>
      </w:r>
      <w:r>
        <w:rPr>
          <w:rFonts w:ascii="Times New Roman" w:eastAsia="Times New Roman" w:hAnsi="Times New Roman" w:cs="Times New Roman"/>
          <w:color w:val="000000"/>
        </w:rPr>
        <w:t>1</w:t>
      </w:r>
      <w:r>
        <w:rPr>
          <w:rFonts w:ascii="宋体" w:eastAsia="宋体" w:hAnsi="宋体" w:cs="宋体"/>
          <w:color w:val="000000"/>
        </w:rPr>
        <w:t>艘，租船的总费用为</w:t>
      </w:r>
      <w:r>
        <w:pict>
          <v:shape id="_x0000_i721033" type="#_x0000_t75" alt="学科网(www.zxxk.com)--教育资源门户，提供试卷、教案、课件、论文、素材以及各类教学资源下载，还有大量而丰富的教学相关资讯！" style="width:105pt;height:14.25pt" o:oleicon="f" o:ole="">
            <v:imagedata r:id="rId81" o:title="eqIdaeda930bd6fdc4956ada5966af42e9d7"/>
          </v:shape>
        </w:pict>
      </w:r>
      <w:r>
        <w:rPr>
          <w:rFonts w:ascii="宋体" w:eastAsia="宋体" w:hAnsi="宋体" w:cs="宋体"/>
          <w:color w:val="000000"/>
        </w:rPr>
        <w:t>（元）</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380.</w:t>
      </w:r>
    </w:p>
    <w:p>
      <w:pPr>
        <w:spacing w:line="360" w:lineRule="auto"/>
        <w:jc w:val="left"/>
        <w:textAlignment w:val="center"/>
        <w:rPr>
          <w:color w:val="000000"/>
        </w:rPr>
      </w:pPr>
      <w:r>
        <w:rPr>
          <w:color w:val="000000"/>
        </w:rPr>
        <w:t>【点睛】</w:t>
      </w:r>
      <w:r>
        <w:rPr>
          <w:rFonts w:ascii="宋体" w:eastAsia="宋体" w:hAnsi="宋体" w:cs="宋体"/>
          <w:color w:val="000000"/>
        </w:rPr>
        <w:t>考查统筹规划，对船型进行分析，找出总费用最低的租船方案即可</w:t>
      </w: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b/>
          <w:color w:val="000000"/>
          <w:sz w:val="24"/>
        </w:rPr>
        <w:t>三、解答题</w:t>
      </w:r>
    </w:p>
    <w:p>
      <w:pPr>
        <w:pStyle w:val="Heading1"/>
      </w:pPr>
      <w:r>
        <w:t>期中</w:t>
      </w:r>
    </w:p>
    <w:p>
      <w:pPr>
        <w:pStyle w:val="Heading2"/>
      </w:pPr>
      <w:r>
        <w:t>丰台区第二中学</w:t>
      </w:r>
    </w:p>
    <w:p>
      <w:pPr>
        <w:spacing w:line="360" w:lineRule="auto"/>
        <w:jc w:val="left"/>
        <w:textAlignment w:val="center"/>
        <w:rPr>
          <w:rFonts w:ascii="宋体" w:eastAsia="宋体" w:hAnsi="宋体" w:cs="宋体"/>
          <w:color w:val="000000"/>
        </w:rPr>
      </w:pPr>
      <w:r>
        <w:rPr>
          <w:color w:val="000000"/>
        </w:rPr>
        <w:t xml:space="preserve">20. </w:t>
      </w:r>
      <w:r>
        <w:rPr>
          <w:rFonts w:ascii="宋体" w:eastAsia="宋体" w:hAnsi="宋体" w:cs="宋体"/>
          <w:color w:val="000000"/>
        </w:rPr>
        <w:t>观察下面两行数：</w:t>
      </w:r>
    </w:p>
    <w:p>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16</w:t>
      </w:r>
      <w:r>
        <w:rPr>
          <w:rFonts w:ascii="宋体" w:eastAsia="宋体" w:hAnsi="宋体" w:cs="宋体"/>
          <w:color w:val="000000"/>
        </w:rPr>
        <w:t>，</w:t>
      </w:r>
      <w:r>
        <w:rPr>
          <w:rFonts w:ascii="Times New Roman" w:eastAsia="Times New Roman" w:hAnsi="Times New Roman" w:cs="Times New Roman"/>
          <w:color w:val="000000"/>
        </w:rPr>
        <w:t>32</w:t>
      </w:r>
      <w:r>
        <w:rPr>
          <w:rFonts w:ascii="宋体" w:eastAsia="宋体" w:hAnsi="宋体" w:cs="宋体"/>
          <w:color w:val="000000"/>
        </w:rPr>
        <w:t>，</w:t>
      </w:r>
      <w:r>
        <w:rPr>
          <w:rFonts w:ascii="Times New Roman" w:eastAsia="Times New Roman" w:hAnsi="Times New Roman" w:cs="Times New Roman"/>
          <w:color w:val="000000"/>
        </w:rPr>
        <w:t>64…</w:t>
      </w:r>
      <w:r>
        <w:rPr>
          <w:rFonts w:ascii="宋体" w:eastAsia="宋体" w:hAnsi="宋体" w:cs="宋体"/>
          <w:color w:val="000000"/>
        </w:rPr>
        <w:t>①</w:t>
      </w:r>
    </w:p>
    <w:p>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w:t>
      </w:r>
      <w:r>
        <w:rPr>
          <w:rFonts w:ascii="Times New Roman" w:eastAsia="Times New Roman" w:hAnsi="Times New Roman" w:cs="Times New Roman"/>
          <w:color w:val="000000"/>
        </w:rPr>
        <w:t>11</w:t>
      </w:r>
      <w:r>
        <w:rPr>
          <w:rFonts w:ascii="宋体" w:eastAsia="宋体" w:hAnsi="宋体" w:cs="宋体"/>
          <w:color w:val="000000"/>
        </w:rPr>
        <w:t>，</w:t>
      </w:r>
      <w:r>
        <w:rPr>
          <w:rFonts w:ascii="Times New Roman" w:eastAsia="Times New Roman" w:hAnsi="Times New Roman" w:cs="Times New Roman"/>
          <w:color w:val="000000"/>
        </w:rPr>
        <w:t>19</w:t>
      </w:r>
      <w:r>
        <w:rPr>
          <w:rFonts w:ascii="宋体" w:eastAsia="宋体" w:hAnsi="宋体" w:cs="宋体"/>
          <w:color w:val="000000"/>
        </w:rPr>
        <w:t>，</w:t>
      </w:r>
      <w:r>
        <w:rPr>
          <w:rFonts w:ascii="Times New Roman" w:eastAsia="Times New Roman" w:hAnsi="Times New Roman" w:cs="Times New Roman"/>
          <w:color w:val="000000"/>
        </w:rPr>
        <w:t>35</w:t>
      </w:r>
      <w:r>
        <w:rPr>
          <w:rFonts w:ascii="宋体" w:eastAsia="宋体" w:hAnsi="宋体" w:cs="宋体"/>
          <w:color w:val="000000"/>
        </w:rPr>
        <w:t>，</w:t>
      </w:r>
      <w:r>
        <w:rPr>
          <w:rFonts w:ascii="Times New Roman" w:eastAsia="Times New Roman" w:hAnsi="Times New Roman" w:cs="Times New Roman"/>
          <w:color w:val="000000"/>
        </w:rPr>
        <w:t>67…</w:t>
      </w:r>
      <w:r>
        <w:rPr>
          <w:rFonts w:ascii="宋体" w:eastAsia="宋体" w:hAnsi="宋体" w:cs="宋体"/>
          <w:color w:val="000000"/>
        </w:rPr>
        <w:t>②</w:t>
      </w:r>
    </w:p>
    <w:p>
      <w:pPr>
        <w:spacing w:line="360" w:lineRule="auto"/>
        <w:jc w:val="left"/>
        <w:textAlignment w:val="center"/>
        <w:rPr>
          <w:rFonts w:ascii="宋体" w:eastAsia="宋体" w:hAnsi="宋体" w:cs="宋体"/>
          <w:color w:val="000000"/>
        </w:rPr>
      </w:pPr>
      <w:r>
        <w:rPr>
          <w:rFonts w:ascii="宋体" w:eastAsia="宋体" w:hAnsi="宋体" w:cs="宋体"/>
          <w:color w:val="000000"/>
        </w:rPr>
        <w:t>根据你发现的规律，取每行的第</w:t>
      </w:r>
      <w:r>
        <w:rPr>
          <w:rFonts w:ascii="Times New Roman" w:eastAsia="Times New Roman" w:hAnsi="Times New Roman" w:cs="Times New Roman"/>
          <w:color w:val="000000"/>
        </w:rPr>
        <w:t>8</w:t>
      </w:r>
      <w:r>
        <w:rPr>
          <w:rFonts w:ascii="宋体" w:eastAsia="宋体" w:hAnsi="宋体" w:cs="宋体"/>
          <w:color w:val="000000"/>
        </w:rPr>
        <w:t>个数，并求出它们的和</w:t>
      </w:r>
      <w:r>
        <w:rPr>
          <w:rFonts w:ascii="宋体" w:eastAsia="宋体" w:hAnsi="宋体" w:cs="宋体"/>
          <w:color w:val="000000"/>
        </w:rPr>
        <w:t>_______</w:t>
      </w:r>
      <w:r>
        <w:rPr>
          <w:rFonts w:ascii="宋体" w:eastAsia="宋体" w:hAnsi="宋体" w:cs="宋体"/>
          <w:color w:val="000000"/>
        </w:rPr>
        <w:t>（要求写出最后的计算结果）．</w:t>
      </w:r>
    </w:p>
    <w:p>
      <w:pPr>
        <w:spacing w:line="360" w:lineRule="auto"/>
        <w:textAlignment w:val="center"/>
        <w:rPr>
          <w:rFonts w:ascii="Times New Roman" w:eastAsia="Times New Roman" w:hAnsi="Times New Roman" w:cs="Times New Roman"/>
          <w:color w:val="000000"/>
        </w:rPr>
      </w:pPr>
      <w:r>
        <w:rPr>
          <w:color w:val="2E75B6"/>
        </w:rPr>
        <w:t>【答案】</w:t>
      </w:r>
      <w:r>
        <w:rPr>
          <w:rFonts w:ascii="Times New Roman" w:eastAsia="Times New Roman" w:hAnsi="Times New Roman" w:cs="Times New Roman"/>
          <w:color w:val="000000"/>
        </w:rPr>
        <w:t>515</w:t>
      </w:r>
    </w:p>
    <w:p>
      <w:pPr>
        <w:spacing w:line="360" w:lineRule="auto"/>
        <w:textAlignment w:val="center"/>
        <w:rPr>
          <w:color w:val="000000"/>
        </w:rPr>
      </w:pPr>
      <w:r>
        <w:rPr>
          <w:color w:val="2E75B6"/>
        </w:rPr>
        <w:t>【解析】</w:t>
      </w:r>
    </w:p>
    <w:p>
      <w:pPr>
        <w:spacing w:line="360" w:lineRule="auto"/>
        <w:jc w:val="left"/>
        <w:textAlignment w:val="center"/>
        <w:rPr>
          <w:rFonts w:ascii="宋体" w:eastAsia="宋体" w:hAnsi="宋体" w:cs="宋体"/>
          <w:color w:val="000000"/>
        </w:rPr>
      </w:pPr>
      <w:r>
        <w:rPr>
          <w:color w:val="000000"/>
        </w:rPr>
        <w:t>【分析】</w:t>
      </w:r>
      <w:r>
        <w:rPr>
          <w:rFonts w:ascii="宋体" w:eastAsia="宋体" w:hAnsi="宋体" w:cs="宋体"/>
          <w:color w:val="000000"/>
        </w:rPr>
        <w:t>由已知条件可得：①中各数都符合</w:t>
      </w:r>
      <w:r>
        <w:rPr>
          <w:rFonts w:ascii="Times New Roman" w:eastAsia="Times New Roman" w:hAnsi="Times New Roman" w:cs="Times New Roman"/>
          <w:color w:val="000000"/>
        </w:rPr>
        <w:t>2</w:t>
      </w:r>
      <w:r>
        <w:rPr>
          <w:rFonts w:ascii="Times New Roman" w:eastAsia="Times New Roman" w:hAnsi="Times New Roman" w:cs="Times New Roman"/>
          <w:color w:val="000000"/>
          <w:vertAlign w:val="superscript"/>
        </w:rPr>
        <w:t>n</w:t>
      </w:r>
      <w:r>
        <w:rPr>
          <w:rFonts w:ascii="宋体" w:eastAsia="宋体" w:hAnsi="宋体" w:cs="宋体"/>
          <w:color w:val="000000"/>
        </w:rPr>
        <w:t>的形式，②中各数比①中对应数字大</w:t>
      </w:r>
      <w:r>
        <w:rPr>
          <w:rFonts w:ascii="Times New Roman" w:eastAsia="Times New Roman" w:hAnsi="Times New Roman" w:cs="Times New Roman"/>
          <w:color w:val="000000"/>
        </w:rPr>
        <w:t>3</w:t>
      </w:r>
      <w:r>
        <w:rPr>
          <w:rFonts w:ascii="宋体" w:eastAsia="宋体" w:hAnsi="宋体" w:cs="宋体"/>
          <w:color w:val="000000"/>
        </w:rPr>
        <w:t>，按此规律即可求得①、②中第</w:t>
      </w:r>
      <w:r>
        <w:rPr>
          <w:rFonts w:ascii="Times New Roman" w:eastAsia="Times New Roman" w:hAnsi="Times New Roman" w:cs="Times New Roman"/>
          <w:color w:val="000000"/>
        </w:rPr>
        <w:t>8</w:t>
      </w:r>
      <w:r>
        <w:rPr>
          <w:rFonts w:ascii="宋体" w:eastAsia="宋体" w:hAnsi="宋体" w:cs="宋体"/>
          <w:color w:val="000000"/>
        </w:rPr>
        <w:t>个数的值，再求和即可．</w:t>
      </w:r>
    </w:p>
    <w:p>
      <w:pPr>
        <w:spacing w:line="360" w:lineRule="auto"/>
        <w:jc w:val="left"/>
        <w:textAlignment w:val="center"/>
        <w:rPr>
          <w:rFonts w:ascii="宋体" w:eastAsia="宋体" w:hAnsi="宋体" w:cs="宋体"/>
          <w:color w:val="000000"/>
        </w:rPr>
      </w:pPr>
      <w:r>
        <w:rPr>
          <w:color w:val="000000"/>
        </w:rPr>
        <w:t>【详解】</w:t>
      </w:r>
      <w:r>
        <w:rPr>
          <w:rFonts w:ascii="宋体" w:eastAsia="宋体" w:hAnsi="宋体" w:cs="宋体"/>
          <w:color w:val="000000"/>
        </w:rPr>
        <w:t>根据题意可知，①中第</w:t>
      </w:r>
      <w:r>
        <w:rPr>
          <w:rFonts w:ascii="Times New Roman" w:eastAsia="Times New Roman" w:hAnsi="Times New Roman" w:cs="Times New Roman"/>
          <w:color w:val="000000"/>
        </w:rPr>
        <w:t>8</w:t>
      </w:r>
      <w:r>
        <w:rPr>
          <w:rFonts w:ascii="宋体" w:eastAsia="宋体" w:hAnsi="宋体" w:cs="宋体"/>
          <w:color w:val="000000"/>
        </w:rPr>
        <w:t>个数为</w:t>
      </w:r>
      <w:r>
        <w:rPr>
          <w:rFonts w:ascii="Times New Roman" w:eastAsia="Times New Roman" w:hAnsi="Times New Roman" w:cs="Times New Roman"/>
          <w:color w:val="000000"/>
        </w:rPr>
        <w:t>2</w:t>
      </w:r>
      <w:r>
        <w:rPr>
          <w:rFonts w:ascii="Times New Roman" w:eastAsia="Times New Roman" w:hAnsi="Times New Roman" w:cs="Times New Roman"/>
          <w:color w:val="000000"/>
          <w:vertAlign w:val="superscript"/>
        </w:rPr>
        <w:t>8</w:t>
      </w:r>
      <w:r>
        <w:rPr>
          <w:rFonts w:ascii="Times New Roman" w:eastAsia="Times New Roman" w:hAnsi="Times New Roman" w:cs="Times New Roman"/>
          <w:color w:val="000000"/>
        </w:rPr>
        <w:t>=256</w:t>
      </w:r>
      <w:r>
        <w:rPr>
          <w:rFonts w:ascii="宋体" w:eastAsia="宋体" w:hAnsi="宋体" w:cs="宋体"/>
          <w:color w:val="000000"/>
        </w:rPr>
        <w:t>；②第</w:t>
      </w:r>
      <w:r>
        <w:rPr>
          <w:rFonts w:ascii="Times New Roman" w:eastAsia="Times New Roman" w:hAnsi="Times New Roman" w:cs="Times New Roman"/>
          <w:color w:val="000000"/>
        </w:rPr>
        <w:t>8</w:t>
      </w:r>
      <w:r>
        <w:rPr>
          <w:rFonts w:ascii="宋体" w:eastAsia="宋体" w:hAnsi="宋体" w:cs="宋体"/>
          <w:color w:val="000000"/>
        </w:rPr>
        <w:t>个数为</w:t>
      </w:r>
      <w:r>
        <w:rPr>
          <w:rFonts w:ascii="Times New Roman" w:eastAsia="Times New Roman" w:hAnsi="Times New Roman" w:cs="Times New Roman"/>
          <w:color w:val="000000"/>
        </w:rPr>
        <w:t>2</w:t>
      </w:r>
      <w:r>
        <w:rPr>
          <w:rFonts w:ascii="Times New Roman" w:eastAsia="Times New Roman" w:hAnsi="Times New Roman" w:cs="Times New Roman"/>
          <w:color w:val="000000"/>
          <w:vertAlign w:val="superscript"/>
        </w:rPr>
        <w:t>8</w:t>
      </w:r>
      <w:r>
        <w:rPr>
          <w:rFonts w:ascii="Times New Roman" w:eastAsia="Times New Roman" w:hAnsi="Times New Roman" w:cs="Times New Roman"/>
          <w:color w:val="000000"/>
        </w:rPr>
        <w:t>+3=259</w:t>
      </w:r>
      <w:r>
        <w:rPr>
          <w:rFonts w:ascii="宋体" w:eastAsia="宋体" w:hAnsi="宋体" w:cs="宋体"/>
          <w:color w:val="000000"/>
        </w:rPr>
        <w:t>，</w:t>
      </w:r>
      <w:r>
        <w:rPr>
          <w:color w:val="000000"/>
        </w:rPr>
        <w:br/>
      </w:r>
      <w:r>
        <w:rPr>
          <w:rFonts w:ascii="宋体" w:eastAsia="宋体" w:hAnsi="宋体" w:cs="宋体"/>
          <w:color w:val="000000"/>
        </w:rPr>
        <w:t>故它们的和为</w:t>
      </w:r>
      <w:r>
        <w:rPr>
          <w:rFonts w:ascii="Times New Roman" w:eastAsia="Times New Roman" w:hAnsi="Times New Roman" w:cs="Times New Roman"/>
          <w:color w:val="000000"/>
        </w:rPr>
        <w:t>256+259=515</w:t>
      </w:r>
      <w:r>
        <w:rPr>
          <w:rFonts w:ascii="宋体" w:eastAsia="宋体" w:hAnsi="宋体" w:cs="宋体"/>
          <w:color w:val="000000"/>
        </w:rPr>
        <w:t>，</w:t>
      </w:r>
      <w:r>
        <w:rPr>
          <w:color w:val="000000"/>
        </w:rPr>
        <w:br/>
      </w:r>
      <w:r>
        <w:rPr>
          <w:rFonts w:ascii="宋体" w:eastAsia="宋体" w:hAnsi="宋体" w:cs="宋体"/>
          <w:color w:val="000000"/>
        </w:rPr>
        <w:t>故答案为：</w:t>
      </w:r>
      <w:r>
        <w:rPr>
          <w:rFonts w:ascii="Times New Roman" w:eastAsia="Times New Roman" w:hAnsi="Times New Roman" w:cs="Times New Roman"/>
          <w:color w:val="000000"/>
        </w:rPr>
        <w:t>515</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color w:val="000000"/>
        </w:rPr>
        <w:t>【点睛】</w:t>
      </w:r>
      <w:r>
        <w:rPr>
          <w:rFonts w:ascii="宋体" w:eastAsia="宋体" w:hAnsi="宋体" w:cs="宋体"/>
          <w:color w:val="000000"/>
        </w:rPr>
        <w:t>考查了要求学生通过观察，分析、归纳发现其中的规律，解题关键是找出①②中各数间的规律．</w:t>
      </w:r>
    </w:p>
    <w:p>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t>三、解答题：（</w:t>
      </w:r>
      <w:r>
        <w:rPr>
          <w:rFonts w:ascii="Times New Roman" w:eastAsia="Times New Roman" w:hAnsi="Times New Roman" w:cs="Times New Roman"/>
          <w:b/>
          <w:color w:val="000000"/>
          <w:sz w:val="24"/>
        </w:rPr>
        <w:t>21--24</w:t>
      </w:r>
      <w:r>
        <w:rPr>
          <w:rFonts w:ascii="宋体" w:eastAsia="宋体" w:hAnsi="宋体" w:cs="宋体"/>
          <w:b/>
          <w:color w:val="000000"/>
          <w:sz w:val="24"/>
        </w:rPr>
        <w:t>题，共</w:t>
      </w:r>
      <w:r>
        <w:rPr>
          <w:rFonts w:ascii="Times New Roman" w:eastAsia="Times New Roman" w:hAnsi="Times New Roman" w:cs="Times New Roman"/>
          <w:b/>
          <w:color w:val="000000"/>
          <w:sz w:val="24"/>
        </w:rPr>
        <w:t>32</w:t>
      </w:r>
      <w:r>
        <w:rPr>
          <w:rFonts w:ascii="宋体" w:eastAsia="宋体" w:hAnsi="宋体" w:cs="宋体"/>
          <w:b/>
          <w:color w:val="000000"/>
          <w:sz w:val="24"/>
        </w:rPr>
        <w:t>分）</w:t>
      </w:r>
    </w:p>
    <w:p>
      <w:pPr>
        <w:pStyle w:val="Heading2"/>
      </w:pPr>
      <w:r>
        <w:t>丰台区第十二中学</w:t>
      </w:r>
    </w:p>
    <w:p>
      <w:pPr>
        <w:spacing w:line="360" w:lineRule="auto"/>
        <w:jc w:val="left"/>
        <w:textAlignment w:val="center"/>
        <w:rPr>
          <w:color w:val="000000"/>
        </w:rPr>
      </w:pPr>
      <w:r>
        <w:rPr>
          <w:color w:val="000000"/>
        </w:rPr>
        <w:t xml:space="preserve">26. </w:t>
      </w:r>
      <w:r>
        <w:rPr>
          <w:rFonts w:ascii="宋体" w:eastAsia="宋体" w:hAnsi="宋体" w:cs="宋体"/>
          <w:color w:val="000000"/>
        </w:rPr>
        <w:t>根据图中数字的规律，若第</w:t>
      </w:r>
      <w:r>
        <w:rPr>
          <w:rFonts w:ascii="Times New Roman" w:eastAsia="Times New Roman" w:hAnsi="Times New Roman" w:cs="Times New Roman"/>
          <w:i/>
          <w:color w:val="000000"/>
        </w:rPr>
        <w:t>n</w:t>
      </w:r>
      <w:r>
        <w:rPr>
          <w:rFonts w:ascii="宋体" w:eastAsia="宋体" w:hAnsi="宋体" w:cs="宋体"/>
          <w:color w:val="000000"/>
        </w:rPr>
        <w:t>个图中的</w:t>
      </w:r>
      <w:r>
        <w:rPr>
          <w:rFonts w:ascii="Times New Roman" w:eastAsia="Times New Roman" w:hAnsi="Times New Roman" w:cs="Times New Roman"/>
          <w:i/>
          <w:color w:val="000000"/>
        </w:rPr>
        <w:t>q</w:t>
      </w:r>
      <w:r>
        <w:rPr>
          <w:rFonts w:ascii="宋体" w:eastAsia="宋体" w:hAnsi="宋体" w:cs="宋体"/>
          <w:color w:val="000000"/>
        </w:rPr>
        <w:t>＝</w:t>
      </w:r>
      <w:r>
        <w:rPr>
          <w:rFonts w:ascii="Times New Roman" w:eastAsia="Times New Roman" w:hAnsi="Times New Roman" w:cs="Times New Roman"/>
          <w:color w:val="000000"/>
        </w:rPr>
        <w:t>143</w:t>
      </w:r>
      <w:r>
        <w:rPr>
          <w:rFonts w:ascii="宋体" w:eastAsia="宋体" w:hAnsi="宋体" w:cs="宋体"/>
          <w:color w:val="000000"/>
        </w:rPr>
        <w:t>，则</w:t>
      </w:r>
      <w:r>
        <w:rPr>
          <w:rFonts w:ascii="Times New Roman" w:eastAsia="Times New Roman" w:hAnsi="Times New Roman" w:cs="Times New Roman"/>
          <w:i/>
          <w:color w:val="000000"/>
        </w:rPr>
        <w:t>p</w:t>
      </w:r>
      <w:r>
        <w:rPr>
          <w:rFonts w:ascii="宋体" w:eastAsia="宋体" w:hAnsi="宋体" w:cs="宋体"/>
          <w:color w:val="000000"/>
        </w:rPr>
        <w:t>的值为</w:t>
      </w:r>
      <w:r>
        <w:rPr>
          <w:rFonts w:ascii="Times New Roman" w:eastAsia="Times New Roman" w:hAnsi="Times New Roman" w:cs="Times New Roman"/>
          <w:color w:val="000000"/>
        </w:rPr>
        <w:t xml:space="preserve"> </w:t>
      </w:r>
      <w:r>
        <w:rPr>
          <w:color w:val="000000"/>
        </w:rPr>
        <w:t>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drawing>
          <wp:inline>
            <wp:extent cx="4543425" cy="847725"/>
            <wp:docPr id="404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2" name=""/>
                    <pic:cNvPicPr>
                      <a:picLocks noChangeAspect="1"/>
                    </pic:cNvPicPr>
                  </pic:nvPicPr>
                  <pic:blipFill>
                    <a:blip r:embed="rId82"/>
                    <a:stretch>
                      <a:fillRect/>
                    </a:stretch>
                  </pic:blipFill>
                  <pic:spPr>
                    <a:xfrm>
                      <a:off x="0" y="0"/>
                      <a:ext cx="4543425" cy="847725"/>
                    </a:xfrm>
                    <a:prstGeom prst="rect">
                      <a:avLst/>
                    </a:prstGeom>
                  </pic:spPr>
                </pic:pic>
              </a:graphicData>
            </a:graphic>
          </wp:inline>
        </w:drawing>
      </w:r>
      <w:r>
        <w:rPr>
          <w:rFonts w:ascii="宋体" w:eastAsia="宋体" w:hAnsi="宋体" w:cs="宋体"/>
          <w:color w:val="000000"/>
        </w:rPr>
        <w:br/>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121</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每个图形中，左边三角形上的数字即为图形的序数</w:t>
      </w:r>
      <w:r>
        <w:rPr>
          <w:rFonts w:ascii="Times New Roman" w:eastAsia="Times New Roman" w:hAnsi="Times New Roman" w:cs="Times New Roman"/>
          <w:i/>
          <w:color w:val="000000"/>
        </w:rPr>
        <w:t>n</w:t>
      </w:r>
      <w:r>
        <w:rPr>
          <w:rFonts w:ascii="宋体" w:eastAsia="宋体" w:hAnsi="宋体" w:cs="宋体"/>
          <w:color w:val="000000"/>
        </w:rPr>
        <w:t>，右边三角形上的数字为</w:t>
      </w:r>
      <w:r>
        <w:rPr>
          <w:rFonts w:ascii="Times New Roman" w:eastAsia="Times New Roman" w:hAnsi="Times New Roman" w:cs="Times New Roman"/>
          <w:i/>
          <w:color w:val="000000"/>
        </w:rPr>
        <w:t>p</w:t>
      </w:r>
      <w:r>
        <w:rPr>
          <w:rFonts w:ascii="Times New Roman" w:eastAsia="Times New Roman" w:hAnsi="Times New Roman" w:cs="Times New Roman"/>
          <w:color w:val="000000"/>
        </w:rPr>
        <w:t>=</w:t>
      </w:r>
      <w:r>
        <w:rPr>
          <w:rFonts w:ascii="Times New Roman" w:eastAsia="Times New Roman" w:hAnsi="Times New Roman" w:cs="Times New Roman"/>
          <w:i/>
          <w:color w:val="000000"/>
        </w:rPr>
        <w:t>n</w:t>
      </w:r>
      <w:r>
        <w:rPr>
          <w:rFonts w:ascii="Times New Roman" w:eastAsia="Times New Roman" w:hAnsi="Times New Roman" w:cs="Times New Roman"/>
          <w:color w:val="000000"/>
          <w:vertAlign w:val="superscript"/>
        </w:rPr>
        <w:t>2</w:t>
      </w:r>
      <w:r>
        <w:rPr>
          <w:rFonts w:ascii="宋体" w:eastAsia="宋体" w:hAnsi="宋体" w:cs="宋体"/>
          <w:color w:val="000000"/>
        </w:rPr>
        <w:t>，下面三角形上的数字</w:t>
      </w:r>
      <w:r>
        <w:rPr>
          <w:rFonts w:ascii="Times New Roman" w:eastAsia="Times New Roman" w:hAnsi="Times New Roman" w:cs="Times New Roman"/>
          <w:i/>
          <w:color w:val="000000"/>
        </w:rPr>
        <w:t>q</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n</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-1</w:t>
      </w:r>
      <w:r>
        <w:rPr>
          <w:rFonts w:ascii="宋体" w:eastAsia="宋体" w:hAnsi="宋体" w:cs="宋体"/>
          <w:color w:val="000000"/>
        </w:rPr>
        <w:t>，先把</w:t>
      </w:r>
      <w:r>
        <w:rPr>
          <w:rFonts w:ascii="Times New Roman" w:eastAsia="Times New Roman" w:hAnsi="Times New Roman" w:cs="Times New Roman"/>
          <w:i/>
          <w:color w:val="000000"/>
        </w:rPr>
        <w:t>q</w:t>
      </w:r>
      <w:r>
        <w:rPr>
          <w:rFonts w:ascii="Times New Roman" w:eastAsia="Times New Roman" w:hAnsi="Times New Roman" w:cs="Times New Roman"/>
          <w:color w:val="000000"/>
        </w:rPr>
        <w:t>=143</w:t>
      </w:r>
      <w:r>
        <w:rPr>
          <w:rFonts w:ascii="宋体" w:eastAsia="宋体" w:hAnsi="宋体" w:cs="宋体"/>
          <w:color w:val="000000"/>
        </w:rPr>
        <w:t>代入求出</w:t>
      </w:r>
      <w:r>
        <w:rPr>
          <w:rFonts w:ascii="Times New Roman" w:eastAsia="Times New Roman" w:hAnsi="Times New Roman" w:cs="Times New Roman"/>
          <w:i/>
          <w:color w:val="000000"/>
        </w:rPr>
        <w:t>n</w:t>
      </w:r>
      <w:r>
        <w:rPr>
          <w:rFonts w:ascii="宋体" w:eastAsia="宋体" w:hAnsi="宋体" w:cs="宋体"/>
          <w:color w:val="000000"/>
        </w:rPr>
        <w:t>的值，再进一步求出</w:t>
      </w:r>
      <w:r>
        <w:rPr>
          <w:rFonts w:ascii="Times New Roman" w:eastAsia="Times New Roman" w:hAnsi="Times New Roman" w:cs="Times New Roman"/>
          <w:i/>
          <w:color w:val="000000"/>
        </w:rPr>
        <w:t>p</w:t>
      </w:r>
      <w:r>
        <w:rPr>
          <w:rFonts w:ascii="宋体" w:eastAsia="宋体" w:hAnsi="宋体" w:cs="宋体"/>
          <w:color w:val="000000"/>
        </w:rPr>
        <w:t>的值．</w:t>
      </w:r>
    </w:p>
    <w:p>
      <w:pPr>
        <w:spacing w:line="360" w:lineRule="auto"/>
        <w:jc w:val="left"/>
        <w:textAlignment w:val="center"/>
        <w:rPr>
          <w:color w:val="000000"/>
        </w:rPr>
      </w:pPr>
      <w:r>
        <w:rPr>
          <w:color w:val="000000"/>
        </w:rPr>
        <w:t>【详解】</w:t>
      </w:r>
      <w:r>
        <w:rPr>
          <w:rFonts w:ascii="宋体" w:eastAsia="宋体" w:hAnsi="宋体" w:cs="宋体"/>
          <w:color w:val="000000"/>
        </w:rPr>
        <w:t>解：通过观察可得规律：</w:t>
      </w:r>
      <w:r>
        <w:rPr>
          <w:rFonts w:ascii="Times New Roman" w:eastAsia="Times New Roman" w:hAnsi="Times New Roman" w:cs="Times New Roman"/>
          <w:i/>
          <w:color w:val="000000"/>
        </w:rPr>
        <w:t>p</w:t>
      </w:r>
      <w:r>
        <w:rPr>
          <w:rFonts w:ascii="Times New Roman" w:eastAsia="Times New Roman" w:hAnsi="Times New Roman" w:cs="Times New Roman"/>
          <w:color w:val="000000"/>
        </w:rPr>
        <w:t>=</w:t>
      </w:r>
      <w:r>
        <w:rPr>
          <w:rFonts w:ascii="Times New Roman" w:eastAsia="Times New Roman" w:hAnsi="Times New Roman" w:cs="Times New Roman"/>
          <w:i/>
          <w:color w:val="000000"/>
        </w:rPr>
        <w:t>n</w:t>
      </w:r>
      <w:r>
        <w:rPr>
          <w:rFonts w:ascii="Times New Roman" w:eastAsia="Times New Roman" w:hAnsi="Times New Roman" w:cs="Times New Roman"/>
          <w:color w:val="000000"/>
          <w:vertAlign w:val="superscript"/>
        </w:rPr>
        <w:t>2</w:t>
      </w:r>
      <w:r>
        <w:rPr>
          <w:rFonts w:ascii="宋体" w:eastAsia="宋体" w:hAnsi="宋体" w:cs="宋体"/>
          <w:color w:val="000000"/>
        </w:rPr>
        <w:t>，</w:t>
      </w:r>
      <w:r>
        <w:rPr>
          <w:rFonts w:ascii="Times New Roman" w:eastAsia="Times New Roman" w:hAnsi="Times New Roman" w:cs="Times New Roman"/>
          <w:i/>
          <w:color w:val="000000"/>
        </w:rPr>
        <w:t>q</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n</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q</w:t>
      </w:r>
      <w:r>
        <w:rPr>
          <w:rFonts w:ascii="Times New Roman" w:eastAsia="Times New Roman" w:hAnsi="Times New Roman" w:cs="Times New Roman"/>
          <w:color w:val="000000"/>
        </w:rPr>
        <w:t>=143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n</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-1=143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i/>
          <w:color w:val="000000"/>
        </w:rPr>
        <w:t>n</w:t>
      </w:r>
      <w:r>
        <w:rPr>
          <w:rFonts w:ascii="Times New Roman" w:eastAsia="Times New Roman" w:hAnsi="Times New Roman" w:cs="Times New Roman"/>
          <w:color w:val="000000"/>
        </w:rPr>
        <w:t>=11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p</w:t>
      </w:r>
      <w:r>
        <w:rPr>
          <w:rFonts w:ascii="Times New Roman" w:eastAsia="Times New Roman" w:hAnsi="Times New Roman" w:cs="Times New Roman"/>
          <w:color w:val="000000"/>
        </w:rPr>
        <w:t>=</w:t>
      </w:r>
      <w:r>
        <w:rPr>
          <w:rFonts w:ascii="Times New Roman" w:eastAsia="Times New Roman" w:hAnsi="Times New Roman" w:cs="Times New Roman"/>
          <w:i/>
          <w:color w:val="000000"/>
        </w:rPr>
        <w:t>n</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=11</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=121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121</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本题考查了图形中有关数字的变化规律，能准确观察到相关规律是解决本题的关键．</w:t>
      </w:r>
    </w:p>
    <w:p>
      <w:pPr>
        <w:spacing w:line="360" w:lineRule="auto"/>
        <w:jc w:val="left"/>
        <w:textAlignment w:val="center"/>
        <w:rPr>
          <w:color w:val="000000"/>
        </w:rPr>
      </w:pPr>
      <w:r>
        <w:rPr>
          <w:rFonts w:ascii="宋体" w:eastAsia="宋体" w:hAnsi="宋体" w:cs="宋体"/>
          <w:b/>
          <w:color w:val="000000"/>
          <w:sz w:val="24"/>
        </w:rPr>
        <w:t>三、解答题（每题</w:t>
      </w:r>
      <w:r>
        <w:rPr>
          <w:rFonts w:ascii="Times New Roman" w:eastAsia="Times New Roman" w:hAnsi="Times New Roman" w:cs="Times New Roman"/>
          <w:b/>
          <w:color w:val="000000"/>
          <w:sz w:val="24"/>
        </w:rPr>
        <w:t>3</w:t>
      </w:r>
      <w:r>
        <w:rPr>
          <w:rFonts w:ascii="宋体" w:eastAsia="宋体" w:hAnsi="宋体" w:cs="宋体"/>
          <w:b/>
          <w:color w:val="000000"/>
          <w:sz w:val="24"/>
        </w:rPr>
        <w:t>分，共</w:t>
      </w:r>
      <w:r>
        <w:rPr>
          <w:rFonts w:ascii="Times New Roman" w:eastAsia="Times New Roman" w:hAnsi="Times New Roman" w:cs="Times New Roman"/>
          <w:b/>
          <w:color w:val="000000"/>
          <w:sz w:val="24"/>
        </w:rPr>
        <w:t>33</w:t>
      </w:r>
      <w:r>
        <w:rPr>
          <w:rFonts w:ascii="宋体" w:eastAsia="宋体" w:hAnsi="宋体" w:cs="宋体"/>
          <w:b/>
          <w:color w:val="000000"/>
          <w:sz w:val="24"/>
        </w:rPr>
        <w:t>分）</w:t>
      </w:r>
    </w:p>
    <w:p>
      <w:pPr>
        <w:pStyle w:val="Heading2"/>
      </w:pPr>
      <w:r>
        <w:t>二中</w:t>
      </w:r>
    </w:p>
    <w:p>
      <w:pPr>
        <w:spacing w:line="360" w:lineRule="auto"/>
        <w:jc w:val="left"/>
        <w:textAlignment w:val="center"/>
        <w:rPr>
          <w:rFonts w:ascii="宋体" w:eastAsia="宋体" w:hAnsi="宋体" w:cs="宋体"/>
          <w:color w:val="000000"/>
        </w:rPr>
      </w:pPr>
      <w:r>
        <w:rPr>
          <w:color w:val="000000"/>
        </w:rPr>
        <w:t xml:space="preserve">16. </w:t>
      </w:r>
      <w:r>
        <w:rPr>
          <w:rFonts w:ascii="宋体" w:eastAsia="宋体" w:hAnsi="宋体" w:cs="宋体"/>
          <w:color w:val="000000"/>
        </w:rPr>
        <w:t>小明表演卡牌魔术，他将一摞卡牌交给观众</w:t>
      </w:r>
      <w:r>
        <w:pict>
          <v:shape id="_x0000_i721034" type="#_x0000_t75" alt="学科网(www.zxxk.com)--教育资源门户，提供试卷、教案、课件、论文、素材以及各类教学资源下载，还有大量而丰富的教学相关资讯！" style="width:12pt;height:12pt" o:oleicon="f" o:ole="">
            <v:imagedata r:id="rId83" o:title="eqId5963abe8f421bd99a2aaa94831a951e9"/>
          </v:shape>
        </w:pict>
      </w:r>
      <w:r>
        <w:rPr>
          <w:rFonts w:ascii="宋体" w:eastAsia="宋体" w:hAnsi="宋体" w:cs="宋体"/>
          <w:color w:val="000000"/>
        </w:rPr>
        <w:t>，然后背过脸去，请观众</w:t>
      </w:r>
      <w:r>
        <w:pict>
          <v:shape id="_x0000_i721035" type="#_x0000_t75" alt="学科网(www.zxxk.com)--教育资源门户，提供试卷、教案、课件、论文、素材以及各类教学资源下载，还有大量而丰富的教学相关资讯！" style="width:12pt;height:12pt" o:oleicon="f" o:ole="">
            <v:imagedata r:id="rId83" o:title="eqId5963abe8f421bd99a2aaa94831a951e9"/>
          </v:shape>
        </w:pict>
      </w:r>
      <w:r>
        <w:rPr>
          <w:rFonts w:ascii="宋体" w:eastAsia="宋体" w:hAnsi="宋体" w:cs="宋体"/>
          <w:color w:val="000000"/>
        </w:rPr>
        <w:t>按照他的口令操作：</w:t>
      </w:r>
    </w:p>
    <w:p>
      <w:pPr>
        <w:spacing w:line="360" w:lineRule="auto"/>
        <w:jc w:val="left"/>
        <w:textAlignment w:val="center"/>
        <w:rPr>
          <w:rFonts w:ascii="宋体" w:eastAsia="宋体" w:hAnsi="宋体" w:cs="宋体"/>
          <w:color w:val="000000"/>
        </w:rPr>
      </w:pPr>
      <w:r>
        <w:pict>
          <v:shape id="_x0000_i721036" type="#_x0000_t75" alt="学科网(www.zxxk.com)--教育资源门户，提供试卷、教案、课件、论文、素材以及各类教学资源下载，还有大量而丰富的教学相关资讯！" style="width:9pt;height:9.75pt" o:oleicon="f" o:ole="">
            <v:imagedata r:id="rId84" o:title="eqId0a6936d370d6a238a608ca56f87198de"/>
          </v:shape>
        </w:pict>
      </w:r>
      <w:r>
        <w:rPr>
          <w:rFonts w:ascii="宋体" w:eastAsia="宋体" w:hAnsi="宋体" w:cs="宋体"/>
          <w:color w:val="000000"/>
        </w:rPr>
        <w:t>．在桌上摆</w:t>
      </w:r>
      <w:r>
        <w:rPr>
          <w:rFonts w:ascii="Times New Roman" w:eastAsia="Times New Roman" w:hAnsi="Times New Roman" w:cs="Times New Roman"/>
          <w:color w:val="000000"/>
        </w:rPr>
        <w:t>3</w:t>
      </w:r>
      <w:r>
        <w:rPr>
          <w:rFonts w:ascii="宋体" w:eastAsia="宋体" w:hAnsi="宋体" w:cs="宋体"/>
          <w:color w:val="000000"/>
        </w:rPr>
        <w:t>堆牌，每堆牌的张数要相等，每堆多于</w:t>
      </w:r>
      <w:r>
        <w:rPr>
          <w:rFonts w:ascii="Times New Roman" w:eastAsia="Times New Roman" w:hAnsi="Times New Roman" w:cs="Times New Roman"/>
          <w:color w:val="000000"/>
        </w:rPr>
        <w:t>10</w:t>
      </w:r>
      <w:r>
        <w:rPr>
          <w:rFonts w:ascii="宋体" w:eastAsia="宋体" w:hAnsi="宋体" w:cs="宋体"/>
          <w:color w:val="000000"/>
        </w:rPr>
        <w:t>张，但是不要告诉我；</w:t>
      </w:r>
    </w:p>
    <w:p>
      <w:pPr>
        <w:spacing w:line="360" w:lineRule="auto"/>
        <w:jc w:val="left"/>
        <w:textAlignment w:val="center"/>
        <w:rPr>
          <w:rFonts w:ascii="宋体" w:eastAsia="宋体" w:hAnsi="宋体" w:cs="宋体"/>
          <w:color w:val="000000"/>
        </w:rPr>
      </w:pPr>
      <w:r>
        <w:pict>
          <v:shape id="_x0000_i721037" type="#_x0000_t75" alt="学科网(www.zxxk.com)--教育资源门户，提供试卷、教案、课件、论文、素材以及各类教学资源下载，还有大量而丰富的教学相关资讯！" style="width:9.9pt;height:14.35pt" o:oleicon="f" o:ole="">
            <v:imagedata r:id="rId85" o:title="eqId2c94bb12cee76221e13f9ef955b0aab1"/>
          </v:shape>
        </w:pict>
      </w:r>
      <w:r>
        <w:rPr>
          <w:rFonts w:ascii="宋体" w:eastAsia="宋体" w:hAnsi="宋体" w:cs="宋体"/>
          <w:color w:val="000000"/>
        </w:rPr>
        <w:t>．从第</w:t>
      </w:r>
      <w:r>
        <w:rPr>
          <w:rFonts w:ascii="Times New Roman" w:eastAsia="Times New Roman" w:hAnsi="Times New Roman" w:cs="Times New Roman"/>
          <w:color w:val="000000"/>
        </w:rPr>
        <w:t>2</w:t>
      </w:r>
      <w:r>
        <w:rPr>
          <w:rFonts w:ascii="宋体" w:eastAsia="宋体" w:hAnsi="宋体" w:cs="宋体"/>
          <w:color w:val="000000"/>
        </w:rPr>
        <w:t>堆拿出</w:t>
      </w:r>
      <w:r>
        <w:rPr>
          <w:rFonts w:ascii="Times New Roman" w:eastAsia="Times New Roman" w:hAnsi="Times New Roman" w:cs="Times New Roman"/>
          <w:color w:val="000000"/>
        </w:rPr>
        <w:t>4</w:t>
      </w:r>
      <w:r>
        <w:rPr>
          <w:rFonts w:ascii="宋体" w:eastAsia="宋体" w:hAnsi="宋体" w:cs="宋体"/>
          <w:color w:val="000000"/>
        </w:rPr>
        <w:t>张牌放到第</w:t>
      </w:r>
      <w:r>
        <w:rPr>
          <w:rFonts w:ascii="Times New Roman" w:eastAsia="Times New Roman" w:hAnsi="Times New Roman" w:cs="Times New Roman"/>
          <w:color w:val="000000"/>
        </w:rPr>
        <w:t>1</w:t>
      </w:r>
      <w:r>
        <w:rPr>
          <w:rFonts w:ascii="宋体" w:eastAsia="宋体" w:hAnsi="宋体" w:cs="宋体"/>
          <w:color w:val="000000"/>
        </w:rPr>
        <w:t>堆里；</w:t>
      </w:r>
    </w:p>
    <w:p>
      <w:pPr>
        <w:spacing w:line="360" w:lineRule="auto"/>
        <w:jc w:val="left"/>
        <w:textAlignment w:val="center"/>
        <w:rPr>
          <w:rFonts w:ascii="宋体" w:eastAsia="宋体" w:hAnsi="宋体" w:cs="宋体"/>
          <w:color w:val="000000"/>
        </w:rPr>
      </w:pPr>
      <w:r>
        <w:pict>
          <v:shape id="_x0000_i721038" type="#_x0000_t75" alt="学科网(www.zxxk.com)--教育资源门户，提供试卷、教案、课件、论文、素材以及各类教学资源下载，还有大量而丰富的教学相关资讯！" style="width:9pt;height:11.25pt" o:oleicon="f" o:ole="">
            <v:imagedata r:id="rId87" o:title="eqId071a7e733d466949ac935b4b8ee8d183"/>
          </v:shape>
        </w:pict>
      </w:r>
      <w:r>
        <w:rPr>
          <w:rFonts w:ascii="宋体" w:eastAsia="宋体" w:hAnsi="宋体" w:cs="宋体"/>
          <w:color w:val="000000"/>
        </w:rPr>
        <w:t>．从第</w:t>
      </w:r>
      <w:r>
        <w:rPr>
          <w:rFonts w:ascii="Times New Roman" w:eastAsia="Times New Roman" w:hAnsi="Times New Roman" w:cs="Times New Roman"/>
          <w:color w:val="000000"/>
        </w:rPr>
        <w:t>3</w:t>
      </w:r>
      <w:r>
        <w:rPr>
          <w:rFonts w:ascii="宋体" w:eastAsia="宋体" w:hAnsi="宋体" w:cs="宋体"/>
          <w:color w:val="000000"/>
        </w:rPr>
        <w:t>堆牌中拿出</w:t>
      </w:r>
      <w:r>
        <w:rPr>
          <w:rFonts w:ascii="Times New Roman" w:eastAsia="Times New Roman" w:hAnsi="Times New Roman" w:cs="Times New Roman"/>
          <w:color w:val="000000"/>
        </w:rPr>
        <w:t>8</w:t>
      </w:r>
      <w:r>
        <w:rPr>
          <w:rFonts w:ascii="宋体" w:eastAsia="宋体" w:hAnsi="宋体" w:cs="宋体"/>
          <w:color w:val="000000"/>
        </w:rPr>
        <w:t>张牌放</w:t>
      </w:r>
      <w:r>
        <w:rPr>
          <w:rFonts w:ascii="宋体" w:eastAsia="宋体" w:hAnsi="宋体" w:cs="宋体"/>
          <w:color w:val="000000"/>
          <w:position w:val="-1"/>
        </w:rPr>
        <w:drawing>
          <wp:inline>
            <wp:extent cx="139700" cy="190500"/>
            <wp:docPr id="404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4" name=""/>
                    <pic:cNvPicPr>
                      <a:picLocks noChangeAspect="1"/>
                    </pic:cNvPicPr>
                  </pic:nvPicPr>
                  <pic:blipFill>
                    <a:blip r:embed="rId86"/>
                    <a:stretch>
                      <a:fillRect/>
                    </a:stretch>
                  </pic:blipFill>
                  <pic:spPr>
                    <a:xfrm>
                      <a:off x="0" y="0"/>
                      <a:ext cx="139700" cy="190500"/>
                    </a:xfrm>
                    <a:prstGeom prst="rect">
                      <a:avLst/>
                    </a:prstGeom>
                  </pic:spPr>
                </pic:pic>
              </a:graphicData>
            </a:graphic>
          </wp:inline>
        </w:drawing>
      </w:r>
      <w:r>
        <w:rPr>
          <w:rFonts w:ascii="宋体" w:eastAsia="宋体" w:hAnsi="宋体" w:cs="宋体"/>
          <w:color w:val="000000"/>
        </w:rPr>
        <w:t>第</w:t>
      </w:r>
      <w:r>
        <w:rPr>
          <w:rFonts w:ascii="Times New Roman" w:eastAsia="Times New Roman" w:hAnsi="Times New Roman" w:cs="Times New Roman"/>
          <w:color w:val="000000"/>
        </w:rPr>
        <w:t>1</w:t>
      </w:r>
      <w:r>
        <w:rPr>
          <w:rFonts w:ascii="宋体" w:eastAsia="宋体" w:hAnsi="宋体" w:cs="宋体"/>
          <w:color w:val="000000"/>
        </w:rPr>
        <w:t>堆里；</w:t>
      </w:r>
    </w:p>
    <w:p>
      <w:pPr>
        <w:spacing w:line="360" w:lineRule="auto"/>
        <w:jc w:val="left"/>
        <w:textAlignment w:val="center"/>
        <w:rPr>
          <w:rFonts w:ascii="宋体" w:eastAsia="宋体" w:hAnsi="宋体" w:cs="宋体"/>
          <w:color w:val="000000"/>
        </w:rPr>
      </w:pPr>
      <w:r>
        <w:pict>
          <v:shape id="_x0000_i721039" type="#_x0000_t75" alt="学科网(www.zxxk.com)--教育资源门户，提供试卷、教案、课件、论文、素材以及各类教学资源下载，还有大量而丰富的教学相关资讯！" style="width:11pt;height:13pt" o:oleicon="f" o:ole="">
            <v:imagedata r:id="rId88" o:title="eqId5c02bc0c74292b1e8f395f90935d3174"/>
          </v:shape>
        </w:pict>
      </w:r>
      <w:r>
        <w:rPr>
          <w:rFonts w:ascii="宋体" w:eastAsia="宋体" w:hAnsi="宋体" w:cs="宋体"/>
          <w:color w:val="000000"/>
        </w:rPr>
        <w:t>．数一下此时第</w:t>
      </w:r>
      <w:r>
        <w:rPr>
          <w:rFonts w:ascii="Times New Roman" w:eastAsia="Times New Roman" w:hAnsi="Times New Roman" w:cs="Times New Roman"/>
          <w:color w:val="000000"/>
        </w:rPr>
        <w:t>2</w:t>
      </w:r>
      <w:r>
        <w:rPr>
          <w:rFonts w:ascii="宋体" w:eastAsia="宋体" w:hAnsi="宋体" w:cs="宋体"/>
          <w:color w:val="000000"/>
        </w:rPr>
        <w:t>堆牌的张数，从第</w:t>
      </w:r>
      <w:r>
        <w:rPr>
          <w:rFonts w:ascii="Times New Roman" w:eastAsia="Times New Roman" w:hAnsi="Times New Roman" w:cs="Times New Roman"/>
          <w:color w:val="000000"/>
        </w:rPr>
        <w:t>1</w:t>
      </w:r>
      <w:r>
        <w:rPr>
          <w:rFonts w:ascii="宋体" w:eastAsia="宋体" w:hAnsi="宋体" w:cs="宋体"/>
          <w:color w:val="000000"/>
        </w:rPr>
        <w:t>堆牌中取出与第</w:t>
      </w:r>
      <w:r>
        <w:rPr>
          <w:rFonts w:ascii="Times New Roman" w:eastAsia="Times New Roman" w:hAnsi="Times New Roman" w:cs="Times New Roman"/>
          <w:color w:val="000000"/>
        </w:rPr>
        <w:t>2</w:t>
      </w:r>
      <w:r>
        <w:rPr>
          <w:rFonts w:ascii="宋体" w:eastAsia="宋体" w:hAnsi="宋体" w:cs="宋体"/>
          <w:color w:val="000000"/>
        </w:rPr>
        <w:t>堆相同张数的牌放在第</w:t>
      </w:r>
      <w:r>
        <w:rPr>
          <w:rFonts w:ascii="Times New Roman" w:eastAsia="Times New Roman" w:hAnsi="Times New Roman" w:cs="Times New Roman"/>
          <w:color w:val="000000"/>
        </w:rPr>
        <w:t>3</w:t>
      </w:r>
      <w:r>
        <w:rPr>
          <w:rFonts w:ascii="宋体" w:eastAsia="宋体" w:hAnsi="宋体" w:cs="宋体"/>
          <w:color w:val="000000"/>
        </w:rPr>
        <w:t>堆里；</w:t>
      </w:r>
    </w:p>
    <w:p>
      <w:pPr>
        <w:spacing w:line="360" w:lineRule="auto"/>
        <w:jc w:val="left"/>
        <w:textAlignment w:val="center"/>
        <w:rPr>
          <w:rFonts w:ascii="宋体" w:eastAsia="宋体" w:hAnsi="宋体" w:cs="宋体"/>
          <w:color w:val="000000"/>
        </w:rPr>
      </w:pPr>
      <w:r>
        <w:pict>
          <v:shape id="_x0000_i721040" type="#_x0000_t75" alt="学科网(www.zxxk.com)--教育资源门户，提供试卷、教案、课件、论文、素材以及各类教学资源下载，还有大量而丰富的教学相关资讯！" style="width:8.15pt;height:10pt" o:oleicon="f" o:ole="">
            <v:imagedata r:id="rId89" o:title="eqId168b3e4b1d6f04226fa2687a72a268b4"/>
          </v:shape>
        </w:pict>
      </w:r>
      <w:r>
        <w:rPr>
          <w:rFonts w:ascii="宋体" w:eastAsia="宋体" w:hAnsi="宋体" w:cs="宋体"/>
          <w:color w:val="000000"/>
        </w:rPr>
        <w:t>．从第</w:t>
      </w:r>
      <w:r>
        <w:rPr>
          <w:rFonts w:ascii="Times New Roman" w:eastAsia="Times New Roman" w:hAnsi="Times New Roman" w:cs="Times New Roman"/>
          <w:color w:val="000000"/>
        </w:rPr>
        <w:t>2</w:t>
      </w:r>
      <w:r>
        <w:rPr>
          <w:rFonts w:ascii="宋体" w:eastAsia="宋体" w:hAnsi="宋体" w:cs="宋体"/>
          <w:color w:val="000000"/>
        </w:rPr>
        <w:t>堆中拿出</w:t>
      </w:r>
      <w:r>
        <w:rPr>
          <w:rFonts w:ascii="Times New Roman" w:eastAsia="Times New Roman" w:hAnsi="Times New Roman" w:cs="Times New Roman"/>
          <w:color w:val="000000"/>
        </w:rPr>
        <w:t>5</w:t>
      </w:r>
      <w:r>
        <w:rPr>
          <w:rFonts w:ascii="宋体" w:eastAsia="宋体" w:hAnsi="宋体" w:cs="宋体"/>
          <w:color w:val="000000"/>
        </w:rPr>
        <w:t>张牌放在第</w:t>
      </w:r>
      <w:r>
        <w:rPr>
          <w:rFonts w:ascii="Times New Roman" w:eastAsia="Times New Roman" w:hAnsi="Times New Roman" w:cs="Times New Roman"/>
          <w:color w:val="000000"/>
        </w:rPr>
        <w:t>1</w:t>
      </w:r>
      <w:r>
        <w:rPr>
          <w:rFonts w:ascii="宋体" w:eastAsia="宋体" w:hAnsi="宋体" w:cs="宋体"/>
          <w:color w:val="000000"/>
        </w:rPr>
        <w:t>堆中．</w:t>
      </w:r>
    </w:p>
    <w:p>
      <w:pPr>
        <w:spacing w:line="360" w:lineRule="auto"/>
        <w:jc w:val="left"/>
        <w:textAlignment w:val="center"/>
        <w:rPr>
          <w:rFonts w:ascii="宋体" w:eastAsia="宋体" w:hAnsi="宋体" w:cs="宋体"/>
          <w:color w:val="000000"/>
        </w:rPr>
      </w:pPr>
      <w:r>
        <w:rPr>
          <w:rFonts w:ascii="宋体" w:eastAsia="宋体" w:hAnsi="宋体" w:cs="宋体"/>
          <w:color w:val="000000"/>
        </w:rPr>
        <w:t>小明转过头问观众</w:t>
      </w:r>
      <w:r>
        <w:pict>
          <v:shape id="_x0000_i721041" type="#_x0000_t75" alt="学科网(www.zxxk.com)--教育资源门户，提供试卷、教案、课件、论文、素材以及各类教学资源下载，还有大量而丰富的教学相关资讯！" style="width:12pt;height:12pt" o:oleicon="f" o:ole="">
            <v:imagedata r:id="rId91" o:title="eqId5963abe8f421bd99a2aaa94831a951e9"/>
          </v:shape>
        </w:pic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请告诉我现在第</w:t>
      </w:r>
      <w:r>
        <w:rPr>
          <w:rFonts w:ascii="Times New Roman" w:eastAsia="Times New Roman" w:hAnsi="Times New Roman" w:cs="Times New Roman"/>
          <w:color w:val="000000"/>
        </w:rPr>
        <w:t>2</w:t>
      </w:r>
      <w:r>
        <w:rPr>
          <w:rFonts w:ascii="宋体" w:eastAsia="宋体" w:hAnsi="宋体" w:cs="宋体"/>
          <w:color w:val="000000"/>
        </w:rPr>
        <w:t>堆有多少张牌，我就能告诉你最初</w:t>
      </w:r>
      <w:r>
        <w:rPr>
          <w:rFonts w:ascii="宋体" w:eastAsia="宋体" w:hAnsi="宋体" w:cs="宋体"/>
          <w:color w:val="000000"/>
          <w:position w:val="0"/>
        </w:rPr>
        <w:drawing>
          <wp:inline>
            <wp:extent cx="133350" cy="177800"/>
            <wp:docPr id="404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6" name=""/>
                    <pic:cNvPicPr>
                      <a:picLocks noChangeAspect="1"/>
                    </pic:cNvPicPr>
                  </pic:nvPicPr>
                  <pic:blipFill>
                    <a:blip r:embed="rId90"/>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每堆牌数．</w:t>
      </w:r>
      <w:r>
        <w:rPr>
          <w:rFonts w:ascii="Times New Roman" w:eastAsia="Times New Roman" w:hAnsi="Times New Roman" w:cs="Times New Roman"/>
          <w:color w:val="000000"/>
        </w:rPr>
        <w:t>”</w:t>
      </w:r>
      <w:r>
        <w:rPr>
          <w:rFonts w:ascii="宋体" w:eastAsia="宋体" w:hAnsi="宋体" w:cs="宋体"/>
          <w:color w:val="000000"/>
        </w:rPr>
        <w:t>观众</w:t>
      </w:r>
      <w:r>
        <w:pict>
          <v:shape id="_x0000_i721042" type="#_x0000_t75" alt="学科网(www.zxxk.com)--教育资源门户，提供试卷、教案、课件、论文、素材以及各类教学资源下载，还有大量而丰富的教学相关资讯！" style="width:12pt;height:12pt" o:oleicon="f" o:ole="">
            <v:imagedata r:id="rId91" o:title="eqId5963abe8f421bd99a2aaa94831a951e9"/>
          </v:shape>
        </w:pict>
      </w:r>
      <w:r>
        <w:rPr>
          <w:rFonts w:ascii="宋体" w:eastAsia="宋体" w:hAnsi="宋体" w:cs="宋体"/>
          <w:color w:val="000000"/>
        </w:rPr>
        <w:t>说：</w:t>
      </w:r>
      <w:r>
        <w:rPr>
          <w:rFonts w:ascii="Times New Roman" w:eastAsia="Times New Roman" w:hAnsi="Times New Roman" w:cs="Times New Roman"/>
          <w:color w:val="000000"/>
        </w:rPr>
        <w:t>“</w:t>
      </w:r>
      <w:r>
        <w:rPr>
          <w:rFonts w:ascii="宋体" w:eastAsia="宋体" w:hAnsi="宋体" w:cs="宋体"/>
          <w:color w:val="000000"/>
        </w:rPr>
        <w:t>现在第</w:t>
      </w:r>
      <w:r>
        <w:rPr>
          <w:rFonts w:ascii="Times New Roman" w:eastAsia="Times New Roman" w:hAnsi="Times New Roman" w:cs="Times New Roman"/>
          <w:color w:val="000000"/>
        </w:rPr>
        <w:t>2</w:t>
      </w:r>
      <w:r>
        <w:rPr>
          <w:rFonts w:ascii="宋体" w:eastAsia="宋体" w:hAnsi="宋体" w:cs="宋体"/>
          <w:color w:val="000000"/>
        </w:rPr>
        <w:t>堆中牌数是现在第</w:t>
      </w:r>
      <w:r>
        <w:rPr>
          <w:rFonts w:ascii="Times New Roman" w:eastAsia="Times New Roman" w:hAnsi="Times New Roman" w:cs="Times New Roman"/>
          <w:color w:val="000000"/>
        </w:rPr>
        <w:t>1</w:t>
      </w:r>
      <w:r>
        <w:rPr>
          <w:rFonts w:ascii="宋体" w:eastAsia="宋体" w:hAnsi="宋体" w:cs="宋体"/>
          <w:color w:val="000000"/>
        </w:rPr>
        <w:t>堆中牌数的三分之一</w:t>
      </w:r>
      <w:r>
        <w:rPr>
          <w:rFonts w:ascii="Times New Roman" w:eastAsia="Times New Roman" w:hAnsi="Times New Roman" w:cs="Times New Roman"/>
          <w:color w:val="000000"/>
        </w:rPr>
        <w:t>”</w:t>
      </w:r>
      <w:r>
        <w:rPr>
          <w:rFonts w:ascii="宋体" w:eastAsia="宋体" w:hAnsi="宋体" w:cs="宋体"/>
          <w:color w:val="000000"/>
        </w:rPr>
        <w:t>，请你帮助小明猜一猜，最初每一堆里放的牌数为</w:t>
      </w:r>
      <w:r>
        <w:rPr>
          <w:rFonts w:ascii="Times New Roman" w:eastAsia="Times New Roman" w:hAnsi="Times New Roman" w:cs="Times New Roman"/>
          <w:color w:val="000000"/>
        </w:rPr>
        <w:t xml:space="preserve"> </w:t>
      </w:r>
      <w:r>
        <w:rPr>
          <w:color w:val="000000"/>
        </w:rPr>
        <w:t>__</w:t>
      </w:r>
      <w:r>
        <w:rPr>
          <w:rFonts w:ascii="宋体" w:eastAsia="宋体" w:hAnsi="宋体" w:cs="宋体"/>
          <w:color w:val="000000"/>
        </w:rPr>
        <w:t>．</w:t>
      </w:r>
    </w:p>
    <w:p>
      <w:pPr>
        <w:spacing w:line="360" w:lineRule="auto"/>
        <w:textAlignment w:val="center"/>
        <w:rPr>
          <w:rFonts w:ascii="Times New Roman" w:eastAsia="Times New Roman" w:hAnsi="Times New Roman" w:cs="Times New Roman"/>
          <w:color w:val="000000"/>
        </w:rPr>
      </w:pPr>
      <w:r>
        <w:rPr>
          <w:color w:val="2E75B6"/>
        </w:rPr>
        <w:t>【答案】</w:t>
      </w:r>
      <w:r>
        <w:rPr>
          <w:rFonts w:ascii="Times New Roman" w:eastAsia="Times New Roman" w:hAnsi="Times New Roman" w:cs="Times New Roman"/>
          <w:color w:val="000000"/>
        </w:rPr>
        <w:t>16</w:t>
      </w:r>
    </w:p>
    <w:p>
      <w:pPr>
        <w:spacing w:line="360" w:lineRule="auto"/>
        <w:textAlignment w:val="center"/>
        <w:rPr>
          <w:color w:val="000000"/>
        </w:rPr>
      </w:pPr>
      <w:r>
        <w:rPr>
          <w:color w:val="2E75B6"/>
        </w:rPr>
        <w:t>【解析】</w:t>
      </w:r>
    </w:p>
    <w:p>
      <w:pPr>
        <w:spacing w:line="360" w:lineRule="auto"/>
        <w:jc w:val="left"/>
        <w:textAlignment w:val="center"/>
        <w:rPr>
          <w:rFonts w:ascii="宋体" w:eastAsia="宋体" w:hAnsi="宋体" w:cs="宋体"/>
          <w:color w:val="000000"/>
        </w:rPr>
      </w:pPr>
      <w:r>
        <w:rPr>
          <w:color w:val="000000"/>
        </w:rPr>
        <w:t>【分析】</w:t>
      </w:r>
      <w:r>
        <w:rPr>
          <w:rFonts w:ascii="宋体" w:eastAsia="宋体" w:hAnsi="宋体" w:cs="宋体"/>
          <w:color w:val="000000"/>
        </w:rPr>
        <w:t>设每堆牌的牌数都是</w:t>
      </w:r>
      <w:r>
        <w:pict>
          <v:shape id="_x0000_i721043" type="#_x0000_t75" alt="学科网(www.zxxk.com)--教育资源门户，提供试卷、教案、课件、论文、素材以及各类教学资源下载，还有大量而丰富的教学相关资讯！" style="width:9pt;height:9.75pt" o:oleicon="f" o:ole="">
            <v:imagedata r:id="rId92" o:title="eqId81dea63b8ce3e51adf66cf7b9982a248"/>
          </v:shape>
        </w:pict>
      </w:r>
      <w:r>
        <w:rPr>
          <w:rFonts w:ascii="宋体" w:eastAsia="宋体" w:hAnsi="宋体" w:cs="宋体"/>
          <w:color w:val="000000"/>
        </w:rPr>
        <w:t>，把每堆牌的牌数用含</w:t>
      </w:r>
      <w:r>
        <w:pict>
          <v:shape id="_x0000_i721044" type="#_x0000_t75" alt="学科网(www.zxxk.com)--教育资源门户，提供试卷、教案、课件、论文、素材以及各类教学资源下载，还有大量而丰富的教学相关资讯！" style="width:9pt;height:9.75pt" o:oleicon="f" o:ole="">
            <v:imagedata r:id="rId92" o:title="eqId81dea63b8ce3e51adf66cf7b9982a248"/>
          </v:shape>
        </w:pict>
      </w:r>
      <w:r>
        <w:rPr>
          <w:rFonts w:ascii="宋体" w:eastAsia="宋体" w:hAnsi="宋体" w:cs="宋体"/>
          <w:color w:val="000000"/>
        </w:rPr>
        <w:t>的代数式表示，从而得出第</w:t>
      </w:r>
      <w:r>
        <w:rPr>
          <w:rFonts w:ascii="Times New Roman" w:eastAsia="Times New Roman" w:hAnsi="Times New Roman" w:cs="Times New Roman"/>
          <w:color w:val="000000"/>
        </w:rPr>
        <w:t>2</w:t>
      </w:r>
      <w:r>
        <w:rPr>
          <w:rFonts w:ascii="宋体" w:eastAsia="宋体" w:hAnsi="宋体" w:cs="宋体"/>
          <w:color w:val="000000"/>
        </w:rPr>
        <w:t>堆有</w:t>
      </w:r>
      <w:r>
        <w:pict>
          <v:shape id="_x0000_i721045" type="#_x0000_t75" alt="学科网(www.zxxk.com)--教育资源门户，提供试卷、教案、课件、论文、素材以及各类教学资源下载，还有大量而丰富的教学相关资讯！" style="width:33.75pt;height:15.75pt" o:oleicon="f" o:ole="">
            <v:imagedata r:id="rId93" o:title="eqId4c282fbeaa6f4c733867143a6dfe5168"/>
          </v:shape>
        </w:pict>
      </w:r>
      <w:r>
        <w:rPr>
          <w:rFonts w:ascii="宋体" w:eastAsia="宋体" w:hAnsi="宋体" w:cs="宋体"/>
          <w:color w:val="000000"/>
        </w:rPr>
        <w:t>张牌，然后根据现在第</w:t>
      </w:r>
      <w:r>
        <w:rPr>
          <w:rFonts w:ascii="Times New Roman" w:eastAsia="Times New Roman" w:hAnsi="Times New Roman" w:cs="Times New Roman"/>
          <w:color w:val="000000"/>
        </w:rPr>
        <w:t>2</w:t>
      </w:r>
      <w:r>
        <w:rPr>
          <w:rFonts w:ascii="宋体" w:eastAsia="宋体" w:hAnsi="宋体" w:cs="宋体"/>
          <w:color w:val="000000"/>
        </w:rPr>
        <w:t>堆中牌数是现在第</w:t>
      </w:r>
      <w:r>
        <w:rPr>
          <w:rFonts w:ascii="Times New Roman" w:eastAsia="Times New Roman" w:hAnsi="Times New Roman" w:cs="Times New Roman"/>
          <w:color w:val="000000"/>
        </w:rPr>
        <w:t>1</w:t>
      </w:r>
      <w:r>
        <w:rPr>
          <w:rFonts w:ascii="宋体" w:eastAsia="宋体" w:hAnsi="宋体" w:cs="宋体"/>
          <w:color w:val="000000"/>
        </w:rPr>
        <w:t>堆中牌数的三分之一求出</w:t>
      </w:r>
      <w:r>
        <w:pict>
          <v:shape id="_x0000_i721046" type="#_x0000_t75" alt="学科网(www.zxxk.com)--教育资源门户，提供试卷、教案、课件、论文、素材以及各类教学资源下载，还有大量而丰富的教学相关资讯！" style="width:9pt;height:9.75pt" o:oleicon="f" o:ole="">
            <v:imagedata r:id="rId92" o:title="eqId81dea63b8ce3e51adf66cf7b9982a248"/>
          </v:shape>
        </w:pict>
      </w:r>
      <w:r>
        <w:rPr>
          <w:rFonts w:ascii="宋体" w:eastAsia="宋体" w:hAnsi="宋体" w:cs="宋体"/>
          <w:color w:val="000000"/>
        </w:rPr>
        <w:t>的值．</w:t>
      </w:r>
    </w:p>
    <w:p>
      <w:pPr>
        <w:spacing w:line="360" w:lineRule="auto"/>
        <w:jc w:val="left"/>
        <w:textAlignment w:val="center"/>
        <w:rPr>
          <w:rFonts w:ascii="宋体" w:eastAsia="宋体" w:hAnsi="宋体" w:cs="宋体"/>
          <w:color w:val="000000"/>
        </w:rPr>
      </w:pPr>
      <w:r>
        <w:rPr>
          <w:color w:val="000000"/>
        </w:rPr>
        <w:t>【详解】</w:t>
      </w:r>
      <w:r>
        <w:rPr>
          <w:rFonts w:ascii="宋体" w:eastAsia="宋体" w:hAnsi="宋体" w:cs="宋体"/>
          <w:color w:val="000000"/>
        </w:rPr>
        <w:t>解：</w:t>
      </w:r>
      <w:r>
        <w:pict>
          <v:shape id="_x0000_i721047" type="#_x0000_t75" alt="学科网(www.zxxk.com)--教育资源门户，提供试卷、教案、课件、论文、素材以及各类教学资源下载，还有大量而丰富的教学相关资讯！" style="width:9pt;height:9.75pt" o:oleicon="f" o:ole="">
            <v:imagedata r:id="rId94" o:title="eqId0a6936d370d6a238a608ca56f87198de"/>
          </v:shape>
        </w:pict>
      </w:r>
      <w:r>
        <w:rPr>
          <w:rFonts w:ascii="宋体" w:eastAsia="宋体" w:hAnsi="宋体" w:cs="宋体"/>
          <w:color w:val="000000"/>
        </w:rPr>
        <w:t>：设每堆牌的牌数都是</w:t>
      </w:r>
      <w:r>
        <w:pict>
          <v:shape id="_x0000_i721048" type="#_x0000_t75" alt="学科网(www.zxxk.com)--教育资源门户，提供试卷、教案、课件、论文、素材以及各类教学资源下载，还有大量而丰富的教学相关资讯！" style="width:47pt;height:16pt" o:oleicon="f" o:ole="">
            <v:imagedata r:id="rId95" o:title="eqId5269706dbc7336dd52ed29d32e8bfa97"/>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pict>
          <v:shape id="_x0000_i721049" type="#_x0000_t75" alt="学科网(www.zxxk.com)--教育资源门户，提供试卷、教案、课件、论文、素材以及各类教学资源下载，还有大量而丰富的教学相关资讯！" style="width:9.9pt;height:14.35pt" o:oleicon="f" o:ole="">
            <v:imagedata r:id="rId96" o:title="eqId2c94bb12cee76221e13f9ef955b0aab1"/>
          </v:shape>
        </w:pict>
      </w:r>
      <w:r>
        <w:rPr>
          <w:rFonts w:ascii="宋体" w:eastAsia="宋体" w:hAnsi="宋体" w:cs="宋体"/>
          <w:color w:val="000000"/>
        </w:rPr>
        <w:t>：第</w:t>
      </w:r>
      <w:r>
        <w:rPr>
          <w:rFonts w:ascii="Times New Roman" w:eastAsia="Times New Roman" w:hAnsi="Times New Roman" w:cs="Times New Roman"/>
          <w:color w:val="000000"/>
        </w:rPr>
        <w:t>1</w:t>
      </w:r>
      <w:r>
        <w:rPr>
          <w:rFonts w:ascii="宋体" w:eastAsia="宋体" w:hAnsi="宋体" w:cs="宋体"/>
          <w:color w:val="000000"/>
        </w:rPr>
        <w:t>堆</w:t>
      </w:r>
      <w:r>
        <w:pict>
          <v:shape id="_x0000_i721050" type="#_x0000_t75" alt="学科网(www.zxxk.com)--教育资源门户，提供试卷、教案、课件、论文、素材以及各类教学资源下载，还有大量而丰富的教学相关资讯！" style="width:27pt;height:14.25pt" o:oleicon="f" o:ole="">
            <v:imagedata r:id="rId97" o:title="eqId6ec824c0d1f50fcfb4edb05c4bbf8645"/>
          </v:shape>
        </w:pict>
      </w:r>
      <w:r>
        <w:rPr>
          <w:rFonts w:ascii="宋体" w:eastAsia="宋体" w:hAnsi="宋体" w:cs="宋体"/>
          <w:color w:val="000000"/>
        </w:rPr>
        <w:t>，第</w:t>
      </w:r>
      <w:r>
        <w:rPr>
          <w:rFonts w:ascii="Times New Roman" w:eastAsia="Times New Roman" w:hAnsi="Times New Roman" w:cs="Times New Roman"/>
          <w:color w:val="000000"/>
        </w:rPr>
        <w:t>2</w:t>
      </w:r>
      <w:r>
        <w:rPr>
          <w:rFonts w:ascii="宋体" w:eastAsia="宋体" w:hAnsi="宋体" w:cs="宋体"/>
          <w:color w:val="000000"/>
        </w:rPr>
        <w:t>堆</w:t>
      </w:r>
      <w:r>
        <w:pict>
          <v:shape id="_x0000_i721051" type="#_x0000_t75" alt="学科网(www.zxxk.com)--教育资源门户，提供试卷、教案、课件、论文、素材以及各类教学资源下载，还有大量而丰富的教学相关资讯！" style="width:26.5pt;height:14.5pt" o:oleicon="f" o:ole="">
            <v:imagedata r:id="rId98" o:title="eqIdfa54d2a1b192048f8de9f66f0e14a1c1"/>
          </v:shape>
        </w:pict>
      </w:r>
      <w:r>
        <w:rPr>
          <w:rFonts w:ascii="宋体" w:eastAsia="宋体" w:hAnsi="宋体" w:cs="宋体"/>
          <w:color w:val="000000"/>
        </w:rPr>
        <w:t>，第</w:t>
      </w:r>
      <w:r>
        <w:rPr>
          <w:rFonts w:ascii="Times New Roman" w:eastAsia="Times New Roman" w:hAnsi="Times New Roman" w:cs="Times New Roman"/>
          <w:color w:val="000000"/>
        </w:rPr>
        <w:t>3</w:t>
      </w:r>
      <w:r>
        <w:rPr>
          <w:rFonts w:ascii="宋体" w:eastAsia="宋体" w:hAnsi="宋体" w:cs="宋体"/>
          <w:color w:val="000000"/>
        </w:rPr>
        <w:t>堆</w:t>
      </w:r>
      <w:r>
        <w:pict>
          <v:shape id="_x0000_i721052" type="#_x0000_t75" alt="学科网(www.zxxk.com)--教育资源门户，提供试卷、教案、课件、论文、素材以及各类教学资源下载，还有大量而丰富的教学相关资讯！" style="width:9pt;height:9.75pt" o:oleicon="f" o:ole="">
            <v:imagedata r:id="rId99" o:title="eqId81dea63b8ce3e51adf66cf7b9982a248"/>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pict>
          <v:shape id="_x0000_i721053" type="#_x0000_t75" alt="学科网(www.zxxk.com)--教育资源门户，提供试卷、教案、课件、论文、素材以及各类教学资源下载，还有大量而丰富的教学相关资讯！" style="width:9pt;height:11.25pt" o:oleicon="f" o:ole="">
            <v:imagedata r:id="rId100" o:title="eqId071a7e733d466949ac935b4b8ee8d183"/>
          </v:shape>
        </w:pict>
      </w:r>
      <w:r>
        <w:rPr>
          <w:rFonts w:ascii="宋体" w:eastAsia="宋体" w:hAnsi="宋体" w:cs="宋体"/>
          <w:color w:val="000000"/>
        </w:rPr>
        <w:t>：第</w:t>
      </w:r>
      <w:r>
        <w:rPr>
          <w:rFonts w:ascii="Times New Roman" w:eastAsia="Times New Roman" w:hAnsi="Times New Roman" w:cs="Times New Roman"/>
          <w:color w:val="000000"/>
        </w:rPr>
        <w:t>1</w:t>
      </w:r>
      <w:r>
        <w:rPr>
          <w:rFonts w:ascii="宋体" w:eastAsia="宋体" w:hAnsi="宋体" w:cs="宋体"/>
          <w:color w:val="000000"/>
        </w:rPr>
        <w:t>堆</w:t>
      </w:r>
      <w:r>
        <w:pict>
          <v:shape id="_x0000_i721054" type="#_x0000_t75" alt="学科网(www.zxxk.com)--教育资源门户，提供试卷、教案、课件、论文、素材以及各类教学资源下载，还有大量而丰富的教学相关资讯！" style="width:81.75pt;height:14.25pt" o:oleicon="f" o:ole="">
            <v:imagedata r:id="rId101" o:title="eqId674311d226fa06a406a7b6a839429ab0"/>
          </v:shape>
        </w:pict>
      </w:r>
      <w:r>
        <w:rPr>
          <w:rFonts w:ascii="宋体" w:eastAsia="宋体" w:hAnsi="宋体" w:cs="宋体"/>
          <w:color w:val="000000"/>
        </w:rPr>
        <w:t>，第</w:t>
      </w:r>
      <w:r>
        <w:rPr>
          <w:rFonts w:ascii="Times New Roman" w:eastAsia="Times New Roman" w:hAnsi="Times New Roman" w:cs="Times New Roman"/>
          <w:color w:val="000000"/>
        </w:rPr>
        <w:t>2</w:t>
      </w:r>
      <w:r>
        <w:rPr>
          <w:rFonts w:ascii="宋体" w:eastAsia="宋体" w:hAnsi="宋体" w:cs="宋体"/>
          <w:color w:val="000000"/>
        </w:rPr>
        <w:t>堆</w:t>
      </w:r>
      <w:r>
        <w:pict>
          <v:shape id="_x0000_i721055" type="#_x0000_t75" alt="学科网(www.zxxk.com)--教育资源门户，提供试卷、教案、课件、论文、素材以及各类教学资源下载，还有大量而丰富的教学相关资讯！" style="width:26.5pt;height:14.5pt" o:oleicon="f" o:ole="">
            <v:imagedata r:id="rId102" o:title="eqIdfa54d2a1b192048f8de9f66f0e14a1c1"/>
          </v:shape>
        </w:pict>
      </w:r>
      <w:r>
        <w:rPr>
          <w:rFonts w:ascii="宋体" w:eastAsia="宋体" w:hAnsi="宋体" w:cs="宋体"/>
          <w:color w:val="000000"/>
        </w:rPr>
        <w:t>，第</w:t>
      </w:r>
      <w:r>
        <w:rPr>
          <w:rFonts w:ascii="Times New Roman" w:eastAsia="Times New Roman" w:hAnsi="Times New Roman" w:cs="Times New Roman"/>
          <w:color w:val="000000"/>
        </w:rPr>
        <w:t>3</w:t>
      </w:r>
      <w:r>
        <w:rPr>
          <w:rFonts w:ascii="宋体" w:eastAsia="宋体" w:hAnsi="宋体" w:cs="宋体"/>
          <w:color w:val="000000"/>
        </w:rPr>
        <w:t>堆</w:t>
      </w:r>
      <w:r>
        <w:pict>
          <v:shape id="_x0000_i721056" type="#_x0000_t75" alt="学科网(www.zxxk.com)--教育资源门户，提供试卷、教案、课件、论文、素材以及各类教学资源下载，还有大量而丰富的教学相关资讯！" style="width:24.75pt;height:12.75pt" o:oleicon="f" o:ole="">
            <v:imagedata r:id="rId103" o:title="eqId291598ff0f72968f1ec2e012d1980e2d"/>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pict>
          <v:shape id="_x0000_i721057" type="#_x0000_t75" alt="学科网(www.zxxk.com)--教育资源门户，提供试卷、教案、课件、论文、素材以及各类教学资源下载，还有大量而丰富的教学相关资讯！" style="width:11pt;height:13pt" o:oleicon="f" o:ole="">
            <v:imagedata r:id="rId104" o:title="eqId5c02bc0c74292b1e8f395f90935d3174"/>
          </v:shape>
        </w:pict>
      </w:r>
      <w:r>
        <w:rPr>
          <w:rFonts w:ascii="宋体" w:eastAsia="宋体" w:hAnsi="宋体" w:cs="宋体"/>
          <w:color w:val="000000"/>
        </w:rPr>
        <w:t>：第</w:t>
      </w:r>
      <w:r>
        <w:rPr>
          <w:rFonts w:ascii="Times New Roman" w:eastAsia="Times New Roman" w:hAnsi="Times New Roman" w:cs="Times New Roman"/>
          <w:color w:val="000000"/>
        </w:rPr>
        <w:t>1</w:t>
      </w:r>
      <w:r>
        <w:rPr>
          <w:rFonts w:ascii="宋体" w:eastAsia="宋体" w:hAnsi="宋体" w:cs="宋体"/>
          <w:color w:val="000000"/>
        </w:rPr>
        <w:t>堆</w:t>
      </w:r>
      <w:r>
        <w:pict>
          <v:shape id="_x0000_i721058" type="#_x0000_t75" alt="学科网(www.zxxk.com)--教育资源门户，提供试卷、教案、课件、论文、素材以及各类教学资源下载，还有大量而丰富的教学相关资讯！" style="width:96pt;height:20.25pt" o:oleicon="f" o:ole="">
            <v:imagedata r:id="rId105" o:title="eqIddb19e1ee4c2206f3122b97565f064823"/>
          </v:shape>
        </w:pict>
      </w:r>
      <w:r>
        <w:rPr>
          <w:rFonts w:ascii="宋体" w:eastAsia="宋体" w:hAnsi="宋体" w:cs="宋体"/>
          <w:color w:val="000000"/>
        </w:rPr>
        <w:t>，第</w:t>
      </w:r>
      <w:r>
        <w:rPr>
          <w:rFonts w:ascii="Times New Roman" w:eastAsia="Times New Roman" w:hAnsi="Times New Roman" w:cs="Times New Roman"/>
          <w:color w:val="000000"/>
        </w:rPr>
        <w:t>2</w:t>
      </w:r>
      <w:r>
        <w:rPr>
          <w:rFonts w:ascii="宋体" w:eastAsia="宋体" w:hAnsi="宋体" w:cs="宋体"/>
          <w:color w:val="000000"/>
        </w:rPr>
        <w:t>堆</w:t>
      </w:r>
      <w:r>
        <w:pict>
          <v:shape id="_x0000_i721059" type="#_x0000_t75" alt="学科网(www.zxxk.com)--教育资源门户，提供试卷、教案、课件、论文、素材以及各类教学资源下载，还有大量而丰富的教学相关资讯！" style="width:26.5pt;height:14.5pt" o:oleicon="f" o:ole="">
            <v:imagedata r:id="rId106" o:title="eqIdfa54d2a1b192048f8de9f66f0e14a1c1"/>
          </v:shape>
        </w:pict>
      </w:r>
      <w:r>
        <w:rPr>
          <w:rFonts w:ascii="宋体" w:eastAsia="宋体" w:hAnsi="宋体" w:cs="宋体"/>
          <w:color w:val="000000"/>
        </w:rPr>
        <w:t>，第</w:t>
      </w:r>
      <w:r>
        <w:rPr>
          <w:rFonts w:ascii="Times New Roman" w:eastAsia="Times New Roman" w:hAnsi="Times New Roman" w:cs="Times New Roman"/>
          <w:color w:val="000000"/>
        </w:rPr>
        <w:t>3</w:t>
      </w:r>
      <w:r>
        <w:rPr>
          <w:rFonts w:ascii="宋体" w:eastAsia="宋体" w:hAnsi="宋体" w:cs="宋体"/>
          <w:color w:val="000000"/>
        </w:rPr>
        <w:t>堆</w:t>
      </w:r>
      <w:r>
        <w:pict>
          <v:shape id="_x0000_i721060" type="#_x0000_t75" alt="学科网(www.zxxk.com)--教育资源门户，提供试卷、教案、课件、论文、素材以及各类教学资源下载，还有大量而丰富的教学相关资讯！" style="width:114pt;height:20.25pt" o:oleicon="f" o:ole="">
            <v:imagedata r:id="rId107" o:title="eqIdf323b4d69bcee1387a64013b6432d626"/>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pict>
          <v:shape id="_x0000_i721061" type="#_x0000_t75" alt="学科网(www.zxxk.com)--教育资源门户，提供试卷、教案、课件、论文、素材以及各类教学资源下载，还有大量而丰富的教学相关资讯！" style="width:8.15pt;height:10pt" o:oleicon="f" o:ole="">
            <v:imagedata r:id="rId108" o:title="eqId168b3e4b1d6f04226fa2687a72a268b4"/>
          </v:shape>
        </w:pict>
      </w:r>
      <w:r>
        <w:rPr>
          <w:rFonts w:ascii="宋体" w:eastAsia="宋体" w:hAnsi="宋体" w:cs="宋体"/>
          <w:color w:val="000000"/>
        </w:rPr>
        <w:t>：第</w:t>
      </w:r>
      <w:r>
        <w:rPr>
          <w:rFonts w:ascii="Times New Roman" w:eastAsia="Times New Roman" w:hAnsi="Times New Roman" w:cs="Times New Roman"/>
          <w:color w:val="000000"/>
        </w:rPr>
        <w:t>1</w:t>
      </w:r>
      <w:r>
        <w:rPr>
          <w:rFonts w:ascii="宋体" w:eastAsia="宋体" w:hAnsi="宋体" w:cs="宋体"/>
          <w:color w:val="000000"/>
        </w:rPr>
        <w:t>堆</w:t>
      </w:r>
      <w:r>
        <w:pict>
          <v:shape id="_x0000_i721062" type="#_x0000_t75" alt="学科网(www.zxxk.com)--教育资源门户，提供试卷、教案、课件、论文、素材以及各类教学资源下载，还有大量而丰富的教学相关资讯！" style="width:54pt;height:14.25pt" o:oleicon="f" o:ole="">
            <v:imagedata r:id="rId109" o:title="eqId868f3b5059eb63c4d3cad217c45fab1b"/>
          </v:shape>
        </w:pict>
      </w:r>
      <w:r>
        <w:rPr>
          <w:rFonts w:ascii="宋体" w:eastAsia="宋体" w:hAnsi="宋体" w:cs="宋体"/>
          <w:color w:val="000000"/>
        </w:rPr>
        <w:t>，第</w:t>
      </w:r>
      <w:r>
        <w:rPr>
          <w:rFonts w:ascii="Times New Roman" w:eastAsia="Times New Roman" w:hAnsi="Times New Roman" w:cs="Times New Roman"/>
          <w:color w:val="000000"/>
        </w:rPr>
        <w:t>2</w:t>
      </w:r>
      <w:r>
        <w:rPr>
          <w:rFonts w:ascii="宋体" w:eastAsia="宋体" w:hAnsi="宋体" w:cs="宋体"/>
          <w:color w:val="000000"/>
        </w:rPr>
        <w:t>堆</w:t>
      </w:r>
      <w:r>
        <w:pict>
          <v:shape id="_x0000_i721063" type="#_x0000_t75" alt="学科网(www.zxxk.com)--教育资源门户，提供试卷、教案、课件、论文、素材以及各类教学资源下载，还有大量而丰富的教学相关资讯！" style="width:77.25pt;height:14.25pt" o:oleicon="f" o:ole="">
            <v:imagedata r:id="rId110" o:title="eqIdeea1f0b8842f30af7f1c74a9a6f48f26"/>
          </v:shape>
        </w:pict>
      </w:r>
      <w:r>
        <w:rPr>
          <w:rFonts w:ascii="宋体" w:eastAsia="宋体" w:hAnsi="宋体" w:cs="宋体"/>
          <w:color w:val="000000"/>
        </w:rPr>
        <w:t>，第</w:t>
      </w:r>
      <w:r>
        <w:rPr>
          <w:rFonts w:ascii="Times New Roman" w:eastAsia="Times New Roman" w:hAnsi="Times New Roman" w:cs="Times New Roman"/>
          <w:color w:val="000000"/>
        </w:rPr>
        <w:t>3</w:t>
      </w:r>
      <w:r>
        <w:rPr>
          <w:rFonts w:ascii="宋体" w:eastAsia="宋体" w:hAnsi="宋体" w:cs="宋体"/>
          <w:color w:val="000000"/>
        </w:rPr>
        <w:t>堆</w:t>
      </w:r>
      <w:r>
        <w:pict>
          <v:shape id="_x0000_i721064" type="#_x0000_t75" alt="学科网(www.zxxk.com)--教育资源门户，提供试卷、教案、课件、论文、素材以及各类教学资源下载，还有大量而丰富的教学相关资讯！" style="width:37.5pt;height:13.5pt" o:oleicon="f" o:ole="">
            <v:imagedata r:id="rId111" o:title="eqId55ae6787722857c8d8697ef2beda8a4a"/>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pict>
          <v:shape id="_x0000_i721065" type="#_x0000_t75" alt="学科网(www.zxxk.com)--教育资源门户，提供试卷、教案、课件、论文、素材以及各类教学资源下载，还有大量而丰富的教学相关资讯！" style="width:9.75pt;height:8.25pt" o:oleicon="f" o:ole="">
            <v:imagedata r:id="rId112" o:title="eqId16f3d198e76391779fa3badc848c8ac8"/>
          </v:shape>
        </w:pict>
      </w:r>
      <w:r>
        <w:rPr>
          <w:rFonts w:ascii="宋体" w:eastAsia="宋体" w:hAnsi="宋体" w:cs="宋体"/>
          <w:color w:val="000000"/>
        </w:rPr>
        <w:t>第</w:t>
      </w:r>
      <w:r>
        <w:rPr>
          <w:rFonts w:ascii="Times New Roman" w:eastAsia="Times New Roman" w:hAnsi="Times New Roman" w:cs="Times New Roman"/>
          <w:color w:val="000000"/>
        </w:rPr>
        <w:t>2</w:t>
      </w:r>
      <w:r>
        <w:rPr>
          <w:rFonts w:ascii="宋体" w:eastAsia="宋体" w:hAnsi="宋体" w:cs="宋体"/>
          <w:color w:val="000000"/>
        </w:rPr>
        <w:t>堆中牌数是现在第</w:t>
      </w:r>
      <w:r>
        <w:rPr>
          <w:rFonts w:ascii="Times New Roman" w:eastAsia="Times New Roman" w:hAnsi="Times New Roman" w:cs="Times New Roman"/>
          <w:color w:val="000000"/>
        </w:rPr>
        <w:t>1</w:t>
      </w:r>
      <w:r>
        <w:rPr>
          <w:rFonts w:ascii="宋体" w:eastAsia="宋体" w:hAnsi="宋体" w:cs="宋体"/>
          <w:color w:val="000000"/>
        </w:rPr>
        <w:t>堆中牌数的三分之一，</w:t>
      </w:r>
    </w:p>
    <w:p>
      <w:pPr>
        <w:spacing w:line="360" w:lineRule="auto"/>
        <w:jc w:val="left"/>
        <w:textAlignment w:val="center"/>
        <w:rPr>
          <w:rFonts w:ascii="宋体" w:eastAsia="宋体" w:hAnsi="宋体" w:cs="宋体"/>
          <w:color w:val="000000"/>
        </w:rPr>
      </w:pPr>
      <w:r>
        <w:pict>
          <v:shape id="_x0000_i721066" type="#_x0000_t75" alt="学科网(www.zxxk.com)--教育资源门户，提供试卷、教案、课件、论文、素材以及各类教学资源下载，还有大量而丰富的教学相关资讯！" style="width:75pt;height:30.75pt" o:oleicon="f" o:ole="">
            <v:imagedata r:id="rId113" o:title="eqId94fb9ed555acbf56b3b4f6fd9ac03de2"/>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pict>
          <v:shape id="_x0000_i721067" type="#_x0000_t75" alt="学科网(www.zxxk.com)--教育资源门户，提供试卷、教案、课件、论文、素材以及各类教学资源下载，还有大量而丰富的教学相关资讯！" style="width:36.75pt;height:12.75pt" o:oleicon="f" o:ole="">
            <v:imagedata r:id="rId114" o:title="eqId62be7c964af6beb7701881686ab3c270"/>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故最初每一堆里放的牌数分别为</w:t>
      </w:r>
      <w:r>
        <w:rPr>
          <w:rFonts w:ascii="Times New Roman" w:eastAsia="Times New Roman" w:hAnsi="Times New Roman" w:cs="Times New Roman"/>
          <w:color w:val="000000"/>
        </w:rPr>
        <w:t>16</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故答案为：</w:t>
      </w:r>
      <w:r>
        <w:rPr>
          <w:rFonts w:ascii="Times New Roman" w:eastAsia="Times New Roman" w:hAnsi="Times New Roman" w:cs="Times New Roman"/>
          <w:color w:val="000000"/>
        </w:rPr>
        <w:t>16</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color w:val="000000"/>
        </w:rPr>
        <w:t>【点睛】</w:t>
      </w:r>
      <w:r>
        <w:rPr>
          <w:rFonts w:ascii="宋体" w:eastAsia="宋体" w:hAnsi="宋体" w:cs="宋体"/>
          <w:color w:val="000000"/>
        </w:rPr>
        <w:t>本题考查了一元一次方程的应用，列代数式，根据</w:t>
      </w:r>
      <w:r>
        <w:rPr>
          <w:rFonts w:ascii="Times New Roman" w:eastAsia="Times New Roman" w:hAnsi="Times New Roman" w:cs="Times New Roman"/>
          <w:color w:val="000000"/>
        </w:rPr>
        <w:t>“</w:t>
      </w:r>
      <w:r>
        <w:rPr>
          <w:rFonts w:ascii="宋体" w:eastAsia="宋体" w:hAnsi="宋体" w:cs="宋体"/>
          <w:color w:val="000000"/>
        </w:rPr>
        <w:t>现在第</w:t>
      </w:r>
      <w:r>
        <w:rPr>
          <w:rFonts w:ascii="Times New Roman" w:eastAsia="Times New Roman" w:hAnsi="Times New Roman" w:cs="Times New Roman"/>
          <w:color w:val="000000"/>
        </w:rPr>
        <w:t>2</w:t>
      </w:r>
      <w:r>
        <w:rPr>
          <w:rFonts w:ascii="宋体" w:eastAsia="宋体" w:hAnsi="宋体" w:cs="宋体"/>
          <w:color w:val="000000"/>
        </w:rPr>
        <w:t>堆中牌数是现在第</w:t>
      </w:r>
      <w:r>
        <w:rPr>
          <w:rFonts w:ascii="Times New Roman" w:eastAsia="Times New Roman" w:hAnsi="Times New Roman" w:cs="Times New Roman"/>
          <w:color w:val="000000"/>
        </w:rPr>
        <w:t>1</w:t>
      </w:r>
      <w:r>
        <w:rPr>
          <w:rFonts w:ascii="宋体" w:eastAsia="宋体" w:hAnsi="宋体" w:cs="宋体"/>
          <w:color w:val="000000"/>
        </w:rPr>
        <w:t>堆中牌数的三分之一</w:t>
      </w:r>
      <w:r>
        <w:rPr>
          <w:rFonts w:ascii="Times New Roman" w:eastAsia="Times New Roman" w:hAnsi="Times New Roman" w:cs="Times New Roman"/>
          <w:color w:val="000000"/>
        </w:rPr>
        <w:t>”</w:t>
      </w:r>
      <w:r>
        <w:rPr>
          <w:rFonts w:ascii="宋体" w:eastAsia="宋体" w:hAnsi="宋体" w:cs="宋体"/>
          <w:color w:val="000000"/>
        </w:rPr>
        <w:t>列方程是解题的关键．</w:t>
      </w:r>
    </w:p>
    <w:p>
      <w:pPr>
        <w:spacing w:line="360" w:lineRule="auto"/>
        <w:jc w:val="left"/>
        <w:textAlignment w:val="center"/>
        <w:rPr>
          <w:rFonts w:ascii="宋体" w:eastAsia="宋体" w:hAnsi="宋体" w:cs="宋体"/>
          <w:b/>
          <w:color w:val="000000"/>
        </w:rPr>
      </w:pPr>
      <w:r>
        <w:rPr>
          <w:rFonts w:ascii="宋体" w:eastAsia="宋体" w:hAnsi="宋体" w:cs="宋体"/>
          <w:b/>
          <w:color w:val="000000"/>
          <w:sz w:val="21"/>
        </w:rPr>
        <w:t>三、解答题（共</w:t>
      </w:r>
      <w:r>
        <w:rPr>
          <w:rFonts w:ascii="Times New Roman" w:eastAsia="Times New Roman" w:hAnsi="Times New Roman" w:cs="Times New Roman"/>
          <w:b/>
          <w:color w:val="000000"/>
          <w:sz w:val="21"/>
        </w:rPr>
        <w:t>68</w:t>
      </w:r>
      <w:r>
        <w:rPr>
          <w:rFonts w:ascii="宋体" w:eastAsia="宋体" w:hAnsi="宋体" w:cs="宋体"/>
          <w:b/>
          <w:color w:val="000000"/>
          <w:sz w:val="21"/>
        </w:rPr>
        <w:t>分，第</w:t>
      </w:r>
      <w:r>
        <w:rPr>
          <w:rFonts w:ascii="Times New Roman" w:eastAsia="Times New Roman" w:hAnsi="Times New Roman" w:cs="Times New Roman"/>
          <w:b/>
          <w:color w:val="000000"/>
          <w:sz w:val="21"/>
        </w:rPr>
        <w:t>17-20</w:t>
      </w:r>
      <w:r>
        <w:rPr>
          <w:rFonts w:ascii="宋体" w:eastAsia="宋体" w:hAnsi="宋体" w:cs="宋体"/>
          <w:b/>
          <w:color w:val="000000"/>
          <w:sz w:val="21"/>
        </w:rPr>
        <w:t>题，每题</w:t>
      </w:r>
      <w:r>
        <w:rPr>
          <w:rFonts w:ascii="Times New Roman" w:eastAsia="Times New Roman" w:hAnsi="Times New Roman" w:cs="Times New Roman"/>
          <w:b/>
          <w:color w:val="000000"/>
          <w:sz w:val="21"/>
        </w:rPr>
        <w:t>5</w:t>
      </w:r>
      <w:r>
        <w:rPr>
          <w:rFonts w:ascii="宋体" w:eastAsia="宋体" w:hAnsi="宋体" w:cs="宋体"/>
          <w:b/>
          <w:color w:val="000000"/>
          <w:sz w:val="21"/>
        </w:rPr>
        <w:t>分，第</w:t>
      </w:r>
      <w:r>
        <w:rPr>
          <w:rFonts w:ascii="Times New Roman" w:eastAsia="Times New Roman" w:hAnsi="Times New Roman" w:cs="Times New Roman"/>
          <w:b/>
          <w:color w:val="000000"/>
          <w:sz w:val="21"/>
        </w:rPr>
        <w:t>21-22</w:t>
      </w:r>
      <w:r>
        <w:rPr>
          <w:rFonts w:ascii="宋体" w:eastAsia="宋体" w:hAnsi="宋体" w:cs="宋体"/>
          <w:b/>
          <w:color w:val="000000"/>
          <w:sz w:val="21"/>
        </w:rPr>
        <w:t>题，每题</w:t>
      </w:r>
      <w:r>
        <w:rPr>
          <w:rFonts w:ascii="Times New Roman" w:eastAsia="Times New Roman" w:hAnsi="Times New Roman" w:cs="Times New Roman"/>
          <w:b/>
          <w:color w:val="000000"/>
          <w:sz w:val="21"/>
        </w:rPr>
        <w:t>6</w:t>
      </w:r>
      <w:r>
        <w:rPr>
          <w:rFonts w:ascii="宋体" w:eastAsia="宋体" w:hAnsi="宋体" w:cs="宋体"/>
          <w:b/>
          <w:color w:val="000000"/>
          <w:sz w:val="21"/>
        </w:rPr>
        <w:t>分，第</w:t>
      </w:r>
      <w:r>
        <w:rPr>
          <w:rFonts w:ascii="Times New Roman" w:eastAsia="Times New Roman" w:hAnsi="Times New Roman" w:cs="Times New Roman"/>
          <w:b/>
          <w:color w:val="000000"/>
          <w:sz w:val="21"/>
        </w:rPr>
        <w:t>23</w:t>
      </w:r>
      <w:r>
        <w:rPr>
          <w:rFonts w:ascii="宋体" w:eastAsia="宋体" w:hAnsi="宋体" w:cs="宋体"/>
          <w:b/>
          <w:color w:val="000000"/>
          <w:sz w:val="21"/>
        </w:rPr>
        <w:t>题</w:t>
      </w:r>
      <w:r>
        <w:rPr>
          <w:rFonts w:ascii="Times New Roman" w:eastAsia="Times New Roman" w:hAnsi="Times New Roman" w:cs="Times New Roman"/>
          <w:b/>
          <w:color w:val="000000"/>
          <w:sz w:val="21"/>
        </w:rPr>
        <w:t>4</w:t>
      </w:r>
      <w:r>
        <w:rPr>
          <w:rFonts w:ascii="宋体" w:eastAsia="宋体" w:hAnsi="宋体" w:cs="宋体"/>
          <w:b/>
          <w:color w:val="000000"/>
          <w:sz w:val="21"/>
        </w:rPr>
        <w:t>分，第</w:t>
      </w:r>
      <w:r>
        <w:rPr>
          <w:rFonts w:ascii="Times New Roman" w:eastAsia="Times New Roman" w:hAnsi="Times New Roman" w:cs="Times New Roman"/>
          <w:b/>
          <w:color w:val="000000"/>
          <w:sz w:val="21"/>
        </w:rPr>
        <w:t>24</w:t>
      </w:r>
      <w:r>
        <w:rPr>
          <w:rFonts w:ascii="宋体" w:eastAsia="宋体" w:hAnsi="宋体" w:cs="宋体"/>
          <w:b/>
          <w:color w:val="000000"/>
          <w:sz w:val="21"/>
        </w:rPr>
        <w:t>题</w:t>
      </w:r>
      <w:r>
        <w:rPr>
          <w:rFonts w:ascii="Times New Roman" w:eastAsia="Times New Roman" w:hAnsi="Times New Roman" w:cs="Times New Roman"/>
          <w:b/>
          <w:color w:val="000000"/>
          <w:sz w:val="21"/>
        </w:rPr>
        <w:t>5</w:t>
      </w:r>
      <w:r>
        <w:rPr>
          <w:rFonts w:ascii="宋体" w:eastAsia="宋体" w:hAnsi="宋体" w:cs="宋体"/>
          <w:b/>
          <w:color w:val="000000"/>
          <w:sz w:val="21"/>
        </w:rPr>
        <w:t>分，第</w:t>
      </w:r>
      <w:r>
        <w:rPr>
          <w:rFonts w:ascii="Times New Roman" w:eastAsia="Times New Roman" w:hAnsi="Times New Roman" w:cs="Times New Roman"/>
          <w:b/>
          <w:color w:val="000000"/>
          <w:sz w:val="21"/>
        </w:rPr>
        <w:t>25</w:t>
      </w:r>
      <w:r>
        <w:rPr>
          <w:rFonts w:ascii="宋体" w:eastAsia="宋体" w:hAnsi="宋体" w:cs="宋体"/>
          <w:b/>
          <w:color w:val="000000"/>
          <w:sz w:val="21"/>
        </w:rPr>
        <w:t>题</w:t>
      </w:r>
      <w:r>
        <w:rPr>
          <w:rFonts w:ascii="Times New Roman" w:eastAsia="Times New Roman" w:hAnsi="Times New Roman" w:cs="Times New Roman"/>
          <w:b/>
          <w:color w:val="000000"/>
          <w:sz w:val="21"/>
        </w:rPr>
        <w:t>6</w:t>
      </w:r>
      <w:r>
        <w:rPr>
          <w:rFonts w:ascii="宋体" w:eastAsia="宋体" w:hAnsi="宋体" w:cs="宋体"/>
          <w:b/>
          <w:color w:val="000000"/>
          <w:sz w:val="21"/>
        </w:rPr>
        <w:t>分，第</w:t>
      </w:r>
      <w:r>
        <w:rPr>
          <w:rFonts w:ascii="Times New Roman" w:eastAsia="Times New Roman" w:hAnsi="Times New Roman" w:cs="Times New Roman"/>
          <w:b/>
          <w:color w:val="000000"/>
          <w:sz w:val="21"/>
        </w:rPr>
        <w:t>26-28</w:t>
      </w:r>
      <w:r>
        <w:rPr>
          <w:rFonts w:ascii="宋体" w:eastAsia="宋体" w:hAnsi="宋体" w:cs="宋体"/>
          <w:b/>
          <w:color w:val="000000"/>
          <w:sz w:val="21"/>
        </w:rPr>
        <w:t>题，每题</w:t>
      </w:r>
      <w:r>
        <w:rPr>
          <w:rFonts w:ascii="Times New Roman" w:eastAsia="Times New Roman" w:hAnsi="Times New Roman" w:cs="Times New Roman"/>
          <w:b/>
          <w:color w:val="000000"/>
          <w:sz w:val="21"/>
        </w:rPr>
        <w:t>7</w:t>
      </w:r>
      <w:r>
        <w:rPr>
          <w:rFonts w:ascii="宋体" w:eastAsia="宋体" w:hAnsi="宋体" w:cs="宋体"/>
          <w:b/>
          <w:color w:val="000000"/>
          <w:sz w:val="21"/>
        </w:rPr>
        <w:t>分）</w:t>
      </w:r>
    </w:p>
    <w:p>
      <w:pPr>
        <w:pStyle w:val="Heading2"/>
      </w:pPr>
      <w:r>
        <w:t>交大附中</w:t>
      </w:r>
    </w:p>
    <w:p>
      <w:pPr>
        <w:spacing w:line="360" w:lineRule="auto"/>
        <w:jc w:val="left"/>
        <w:textAlignment w:val="center"/>
        <w:rPr>
          <w:color w:val="000000"/>
        </w:rPr>
      </w:pPr>
      <w:r>
        <w:rPr>
          <w:color w:val="000000"/>
        </w:rPr>
        <w:t xml:space="preserve">20. </w:t>
      </w:r>
      <w:r>
        <w:rPr>
          <w:rFonts w:ascii="宋体" w:eastAsia="宋体" w:hAnsi="宋体" w:cs="宋体"/>
          <w:color w:val="000000"/>
        </w:rPr>
        <w:t>一只小球落在数轴上的某点</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0</w:t>
      </w:r>
      <w:r>
        <w:rPr>
          <w:rFonts w:ascii="宋体" w:eastAsia="宋体" w:hAnsi="宋体" w:cs="宋体"/>
          <w:color w:val="000000"/>
        </w:rPr>
        <w:t>，第一次从</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0</w:t>
      </w:r>
      <w:r>
        <w:rPr>
          <w:rFonts w:ascii="宋体" w:eastAsia="宋体" w:hAnsi="宋体" w:cs="宋体"/>
          <w:color w:val="000000"/>
        </w:rPr>
        <w:t>向左跳</w:t>
      </w:r>
      <w:r>
        <w:rPr>
          <w:rFonts w:ascii="Times New Roman" w:eastAsia="Times New Roman" w:hAnsi="Times New Roman" w:cs="Times New Roman"/>
          <w:color w:val="000000"/>
        </w:rPr>
        <w:t>1</w:t>
      </w:r>
      <w:r>
        <w:rPr>
          <w:rFonts w:ascii="宋体" w:eastAsia="宋体" w:hAnsi="宋体" w:cs="宋体"/>
          <w:color w:val="000000"/>
        </w:rPr>
        <w:t>个单位到</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1</w:t>
      </w:r>
      <w:r>
        <w:rPr>
          <w:rFonts w:ascii="宋体" w:eastAsia="宋体" w:hAnsi="宋体" w:cs="宋体"/>
          <w:color w:val="000000"/>
        </w:rPr>
        <w:t>，第二次从</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1</w:t>
      </w:r>
      <w:r>
        <w:rPr>
          <w:rFonts w:ascii="宋体" w:eastAsia="宋体" w:hAnsi="宋体" w:cs="宋体"/>
          <w:color w:val="000000"/>
        </w:rPr>
        <w:t>向右跳</w:t>
      </w:r>
      <w:r>
        <w:rPr>
          <w:rFonts w:ascii="Times New Roman" w:eastAsia="Times New Roman" w:hAnsi="Times New Roman" w:cs="Times New Roman"/>
          <w:color w:val="000000"/>
        </w:rPr>
        <w:t>2</w:t>
      </w:r>
      <w:r>
        <w:rPr>
          <w:rFonts w:ascii="宋体" w:eastAsia="宋体" w:hAnsi="宋体" w:cs="宋体"/>
          <w:color w:val="000000"/>
        </w:rPr>
        <w:t>个单位到</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2</w:t>
      </w:r>
      <w:r>
        <w:rPr>
          <w:rFonts w:ascii="宋体" w:eastAsia="宋体" w:hAnsi="宋体" w:cs="宋体"/>
          <w:color w:val="000000"/>
        </w:rPr>
        <w:t>，第三次从</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2</w:t>
      </w:r>
      <w:r>
        <w:rPr>
          <w:rFonts w:ascii="宋体" w:eastAsia="宋体" w:hAnsi="宋体" w:cs="宋体"/>
          <w:color w:val="000000"/>
        </w:rPr>
        <w:t>向左跳</w:t>
      </w:r>
      <w:r>
        <w:rPr>
          <w:rFonts w:ascii="Times New Roman" w:eastAsia="Times New Roman" w:hAnsi="Times New Roman" w:cs="Times New Roman"/>
          <w:color w:val="000000"/>
        </w:rPr>
        <w:t>3</w:t>
      </w:r>
      <w:r>
        <w:rPr>
          <w:rFonts w:ascii="宋体" w:eastAsia="宋体" w:hAnsi="宋体" w:cs="宋体"/>
          <w:color w:val="000000"/>
        </w:rPr>
        <w:t>个单位到</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3</w:t>
      </w:r>
      <w:r>
        <w:rPr>
          <w:rFonts w:ascii="宋体" w:eastAsia="宋体" w:hAnsi="宋体" w:cs="宋体"/>
          <w:color w:val="000000"/>
        </w:rPr>
        <w:t>．第四次从</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3</w:t>
      </w:r>
      <w:r>
        <w:rPr>
          <w:rFonts w:ascii="宋体" w:eastAsia="宋体" w:hAnsi="宋体" w:cs="宋体"/>
          <w:color w:val="000000"/>
        </w:rPr>
        <w:t>向右跳</w:t>
      </w:r>
      <w:r>
        <w:rPr>
          <w:rFonts w:ascii="Times New Roman" w:eastAsia="Times New Roman" w:hAnsi="Times New Roman" w:cs="Times New Roman"/>
          <w:color w:val="000000"/>
        </w:rPr>
        <w:t>4</w:t>
      </w:r>
      <w:r>
        <w:rPr>
          <w:rFonts w:ascii="宋体" w:eastAsia="宋体" w:hAnsi="宋体" w:cs="宋体"/>
          <w:color w:val="000000"/>
        </w:rPr>
        <w:t>个单位到</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4</w:t>
      </w:r>
      <w:r>
        <w:rPr>
          <w:rFonts w:ascii="宋体" w:eastAsia="宋体" w:hAnsi="宋体" w:cs="宋体"/>
          <w:color w:val="000000"/>
        </w:rPr>
        <w:t>…．若小球从原点出发，按以上规律跳了</w:t>
      </w:r>
      <w:r>
        <w:rPr>
          <w:rFonts w:ascii="Times New Roman" w:eastAsia="Times New Roman" w:hAnsi="Times New Roman" w:cs="Times New Roman"/>
          <w:color w:val="000000"/>
        </w:rPr>
        <w:t>6</w:t>
      </w:r>
      <w:r>
        <w:rPr>
          <w:rFonts w:ascii="宋体" w:eastAsia="宋体" w:hAnsi="宋体" w:cs="宋体"/>
          <w:color w:val="000000"/>
        </w:rPr>
        <w:t>次时，它落在数轴上的点</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6</w:t>
      </w:r>
      <w:r>
        <w:rPr>
          <w:rFonts w:ascii="宋体" w:eastAsia="宋体" w:hAnsi="宋体" w:cs="宋体"/>
          <w:color w:val="000000"/>
        </w:rPr>
        <w:t>所表示的数是</w:t>
      </w:r>
      <w:r>
        <w:rPr>
          <w:rFonts w:ascii="Times New Roman" w:eastAsia="Times New Roman" w:hAnsi="Times New Roman" w:cs="Times New Roman"/>
          <w:color w:val="000000"/>
        </w:rPr>
        <w:t xml:space="preserve"> </w:t>
      </w:r>
      <w:r>
        <w:rPr>
          <w:color w:val="000000"/>
        </w:rPr>
        <w:t>___</w:t>
      </w:r>
      <w:r>
        <w:rPr>
          <w:rFonts w:ascii="宋体" w:eastAsia="宋体" w:hAnsi="宋体" w:cs="宋体"/>
          <w:color w:val="000000"/>
        </w:rPr>
        <w:t>；若小球按以上规律跳了</w:t>
      </w:r>
      <w:r>
        <w:rPr>
          <w:rFonts w:ascii="Times New Roman" w:eastAsia="Times New Roman" w:hAnsi="Times New Roman" w:cs="Times New Roman"/>
          <w:color w:val="000000"/>
        </w:rPr>
        <w:t>2</w:t>
      </w:r>
      <w:r>
        <w:rPr>
          <w:rFonts w:ascii="Times New Roman" w:eastAsia="Times New Roman" w:hAnsi="Times New Roman" w:cs="Times New Roman"/>
          <w:i/>
          <w:color w:val="000000"/>
        </w:rPr>
        <w:t>n</w:t>
      </w:r>
      <w:r>
        <w:rPr>
          <w:rFonts w:ascii="宋体" w:eastAsia="宋体" w:hAnsi="宋体" w:cs="宋体"/>
          <w:color w:val="000000"/>
        </w:rPr>
        <w:t>次时，它落在数轴上的点</w:t>
      </w:r>
      <w:r>
        <w:rPr>
          <w:rFonts w:ascii="Times New Roman" w:eastAsia="Times New Roman" w:hAnsi="Times New Roman" w:cs="Times New Roman"/>
          <w:i/>
          <w:color w:val="000000"/>
        </w:rPr>
        <w:t>P</w:t>
      </w:r>
      <w:r>
        <w:rPr>
          <w:rFonts w:ascii="Times New Roman" w:eastAsia="Times New Roman" w:hAnsi="Times New Roman" w:cs="Times New Roman"/>
          <w:i/>
          <w:color w:val="000000"/>
          <w:vertAlign w:val="subscript"/>
        </w:rPr>
        <w:t>2n</w:t>
      </w:r>
      <w:r>
        <w:rPr>
          <w:rFonts w:ascii="宋体" w:eastAsia="宋体" w:hAnsi="宋体" w:cs="宋体"/>
          <w:color w:val="000000"/>
        </w:rPr>
        <w:t>所表示的数恰好是</w:t>
      </w:r>
      <w:r>
        <w:rPr>
          <w:rFonts w:ascii="Times New Roman" w:eastAsia="Times New Roman" w:hAnsi="Times New Roman" w:cs="Times New Roman"/>
          <w:i/>
          <w:color w:val="000000"/>
        </w:rPr>
        <w:t>n</w:t>
      </w:r>
      <w:r>
        <w:rPr>
          <w:rFonts w:ascii="Times New Roman" w:eastAsia="Times New Roman" w:hAnsi="Times New Roman" w:cs="Times New Roman"/>
          <w:color w:val="000000"/>
        </w:rPr>
        <w:t>+2</w:t>
      </w:r>
      <w:r>
        <w:rPr>
          <w:rFonts w:ascii="宋体" w:eastAsia="宋体" w:hAnsi="宋体" w:cs="宋体"/>
          <w:color w:val="000000"/>
        </w:rPr>
        <w:t>，则这只小球的初始位置点所表示的数</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0</w:t>
      </w:r>
      <w:r>
        <w:rPr>
          <w:rFonts w:ascii="宋体" w:eastAsia="宋体" w:hAnsi="宋体" w:cs="宋体"/>
          <w:color w:val="000000"/>
        </w:rPr>
        <w:t>是</w:t>
      </w:r>
      <w:r>
        <w:rPr>
          <w:rFonts w:ascii="Times New Roman" w:eastAsia="Times New Roman" w:hAnsi="Times New Roman" w:cs="Times New Roman"/>
          <w:color w:val="000000"/>
        </w:rPr>
        <w:t xml:space="preserve"> </w:t>
      </w:r>
      <w:r>
        <w:rPr>
          <w:color w:val="000000"/>
        </w:rPr>
        <w:t>_____</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 xml:space="preserve">    ①. </w:t>
      </w:r>
      <w:r>
        <w:rPr>
          <w:rFonts w:ascii="Times New Roman" w:eastAsia="Times New Roman" w:hAnsi="Times New Roman" w:cs="Times New Roman"/>
          <w:color w:val="000000"/>
        </w:rPr>
        <w:t>3</w:t>
      </w:r>
      <w:r>
        <w:rPr>
          <w:color w:val="000000"/>
        </w:rPr>
        <w:t xml:space="preserve">    ②. </w:t>
      </w:r>
      <w:r>
        <w:rPr>
          <w:rFonts w:ascii="Times New Roman" w:eastAsia="Times New Roman" w:hAnsi="Times New Roman" w:cs="Times New Roman"/>
          <w:color w:val="000000"/>
        </w:rPr>
        <w:t>2</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根据向左减向右加的规律计算得到第</w:t>
      </w:r>
      <w:r>
        <w:rPr>
          <w:rFonts w:ascii="Times New Roman" w:eastAsia="Times New Roman" w:hAnsi="Times New Roman" w:cs="Times New Roman"/>
          <w:color w:val="000000"/>
        </w:rPr>
        <w:t>6</w:t>
      </w:r>
      <w:r>
        <w:rPr>
          <w:rFonts w:ascii="宋体" w:eastAsia="宋体" w:hAnsi="宋体" w:cs="宋体"/>
          <w:color w:val="000000"/>
        </w:rPr>
        <w:t>次跳后落点所表示的数，再计算第</w:t>
      </w:r>
      <w:r>
        <w:rPr>
          <w:rFonts w:ascii="Times New Roman" w:eastAsia="Times New Roman" w:hAnsi="Times New Roman" w:cs="Times New Roman"/>
          <w:color w:val="000000"/>
        </w:rPr>
        <w:t>8</w:t>
      </w:r>
      <w:r>
        <w:rPr>
          <w:rFonts w:ascii="宋体" w:eastAsia="宋体" w:hAnsi="宋体" w:cs="宋体"/>
          <w:color w:val="000000"/>
        </w:rPr>
        <w:t>次，第</w:t>
      </w:r>
      <w:r>
        <w:rPr>
          <w:rFonts w:ascii="Times New Roman" w:eastAsia="Times New Roman" w:hAnsi="Times New Roman" w:cs="Times New Roman"/>
          <w:color w:val="000000"/>
        </w:rPr>
        <w:t>10</w:t>
      </w:r>
      <w:r>
        <w:rPr>
          <w:rFonts w:ascii="宋体" w:eastAsia="宋体" w:hAnsi="宋体" w:cs="宋体"/>
          <w:color w:val="000000"/>
        </w:rPr>
        <w:t>次跳后表示的数，由此得到规律：跳了</w:t>
      </w:r>
      <w:r>
        <w:rPr>
          <w:rFonts w:ascii="Times New Roman" w:eastAsia="Times New Roman" w:hAnsi="Times New Roman" w:cs="Times New Roman"/>
          <w:color w:val="000000"/>
        </w:rPr>
        <w:t>2</w:t>
      </w:r>
      <w:r>
        <w:rPr>
          <w:rFonts w:ascii="Times New Roman" w:eastAsia="Times New Roman" w:hAnsi="Times New Roman" w:cs="Times New Roman"/>
          <w:i/>
          <w:color w:val="000000"/>
        </w:rPr>
        <w:t>n</w:t>
      </w:r>
      <w:r>
        <w:rPr>
          <w:rFonts w:ascii="宋体" w:eastAsia="宋体" w:hAnsi="宋体" w:cs="宋体"/>
          <w:color w:val="000000"/>
        </w:rPr>
        <w:t>次时，它落在数轴上的点</w:t>
      </w:r>
      <w:r>
        <w:rPr>
          <w:rFonts w:ascii="Times New Roman" w:eastAsia="Times New Roman" w:hAnsi="Times New Roman" w:cs="Times New Roman"/>
          <w:i/>
          <w:color w:val="000000"/>
        </w:rPr>
        <w:t>P</w:t>
      </w:r>
      <w:r>
        <w:rPr>
          <w:rFonts w:ascii="Times New Roman" w:eastAsia="Times New Roman" w:hAnsi="Times New Roman" w:cs="Times New Roman"/>
          <w:i/>
          <w:color w:val="000000"/>
          <w:vertAlign w:val="subscript"/>
        </w:rPr>
        <w:t>2n</w:t>
      </w:r>
      <w:r>
        <w:rPr>
          <w:rFonts w:ascii="宋体" w:eastAsia="宋体" w:hAnsi="宋体" w:cs="宋体"/>
          <w:color w:val="000000"/>
        </w:rPr>
        <w:t>所表示的数</w:t>
      </w:r>
      <w:r>
        <w:rPr>
          <w:rFonts w:ascii="Times New Roman" w:eastAsia="Times New Roman" w:hAnsi="Times New Roman" w:cs="Times New Roman"/>
          <w:color w:val="000000"/>
        </w:rPr>
        <w:t>2</w:t>
      </w:r>
      <w:r>
        <w:rPr>
          <w:rFonts w:ascii="Times New Roman" w:eastAsia="Times New Roman" w:hAnsi="Times New Roman" w:cs="Times New Roman"/>
          <w:i/>
          <w:color w:val="000000"/>
        </w:rPr>
        <w:t>n</w:t>
      </w:r>
      <w:r>
        <w:pict>
          <v:shape id="_x0000_i721068" type="#_x0000_t75" alt="学科网(www.zxxk.com)--教育资源门户，提供试卷、教案、课件、论文、素材以及各类教学资源下载，还有大量而丰富的教学相关资讯！" style="width:9.75pt;height:9.75pt" o:oleicon="f" o:ole="">
            <v:imagedata r:id="rId115" o:title="eqId09052719a6d55df23d74d8e3956257ea"/>
          </v:shape>
        </w:pict>
      </w:r>
      <w:r>
        <w:rPr>
          <w:rFonts w:ascii="Times New Roman" w:eastAsia="Times New Roman" w:hAnsi="Times New Roman" w:cs="Times New Roman"/>
          <w:color w:val="000000"/>
        </w:rPr>
        <w:t>2=</w:t>
      </w:r>
      <w:r>
        <w:rPr>
          <w:rFonts w:ascii="Times New Roman" w:eastAsia="Times New Roman" w:hAnsi="Times New Roman" w:cs="Times New Roman"/>
          <w:i/>
          <w:color w:val="000000"/>
        </w:rPr>
        <w:t>n</w:t>
      </w:r>
      <w:r>
        <w:rPr>
          <w:rFonts w:ascii="宋体" w:eastAsia="宋体" w:hAnsi="宋体" w:cs="宋体"/>
          <w:color w:val="000000"/>
        </w:rPr>
        <w:t>，由此再列得</w:t>
      </w:r>
      <w:r>
        <w:rPr>
          <w:rFonts w:ascii="Times New Roman" w:eastAsia="Times New Roman" w:hAnsi="Times New Roman" w:cs="Times New Roman"/>
          <w:i/>
          <w:color w:val="000000"/>
        </w:rPr>
        <w:t>n</w:t>
      </w:r>
      <w:r>
        <w:rPr>
          <w:rFonts w:ascii="Times New Roman" w:eastAsia="Times New Roman" w:hAnsi="Times New Roman" w:cs="Times New Roman"/>
          <w:color w:val="000000"/>
        </w:rPr>
        <w:t>+2-</w:t>
      </w:r>
      <w:r>
        <w:rPr>
          <w:rFonts w:ascii="Times New Roman" w:eastAsia="Times New Roman" w:hAnsi="Times New Roman" w:cs="Times New Roman"/>
          <w:i/>
          <w:color w:val="000000"/>
        </w:rPr>
        <w:t>n</w:t>
      </w:r>
      <w:r>
        <w:rPr>
          <w:rFonts w:ascii="Times New Roman" w:eastAsia="Times New Roman" w:hAnsi="Times New Roman" w:cs="Times New Roman"/>
          <w:color w:val="000000"/>
        </w:rPr>
        <w:t>=2</w:t>
      </w:r>
      <w:r>
        <w:rPr>
          <w:rFonts w:ascii="宋体" w:eastAsia="宋体" w:hAnsi="宋体" w:cs="宋体"/>
          <w:color w:val="000000"/>
        </w:rPr>
        <w:t>，计算即可．</w:t>
      </w:r>
    </w:p>
    <w:p>
      <w:pPr>
        <w:spacing w:line="360" w:lineRule="auto"/>
        <w:jc w:val="left"/>
        <w:textAlignment w:val="center"/>
        <w:rPr>
          <w:color w:val="000000"/>
        </w:rPr>
      </w:pPr>
      <w:r>
        <w:rPr>
          <w:color w:val="000000"/>
        </w:rPr>
        <w:t>【详解】</w:t>
      </w:r>
      <w:r>
        <w:rPr>
          <w:rFonts w:ascii="宋体" w:eastAsia="宋体" w:hAnsi="宋体" w:cs="宋体"/>
          <w:color w:val="000000"/>
        </w:rPr>
        <w:t>解：小球从原点出发，跳了</w:t>
      </w:r>
      <w:r>
        <w:rPr>
          <w:rFonts w:ascii="Times New Roman" w:eastAsia="Times New Roman" w:hAnsi="Times New Roman" w:cs="Times New Roman"/>
          <w:color w:val="000000"/>
        </w:rPr>
        <w:t>6</w:t>
      </w:r>
      <w:r>
        <w:rPr>
          <w:rFonts w:ascii="宋体" w:eastAsia="宋体" w:hAnsi="宋体" w:cs="宋体"/>
          <w:color w:val="000000"/>
        </w:rPr>
        <w:t>次时，它落在数轴上的点</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6</w:t>
      </w:r>
      <w:r>
        <w:rPr>
          <w:rFonts w:ascii="宋体" w:eastAsia="宋体" w:hAnsi="宋体" w:cs="宋体"/>
          <w:color w:val="000000"/>
        </w:rPr>
        <w:t>所表示的数是</w:t>
      </w:r>
      <w:r>
        <w:rPr>
          <w:rFonts w:ascii="Times New Roman" w:eastAsia="Times New Roman" w:hAnsi="Times New Roman" w:cs="Times New Roman"/>
          <w:color w:val="000000"/>
        </w:rPr>
        <w:t>0-1+2-3+4-5+6=3</w:t>
      </w:r>
      <w:r>
        <w:rPr>
          <w:rFonts w:ascii="宋体" w:eastAsia="宋体" w:hAnsi="宋体" w:cs="宋体"/>
          <w:color w:val="000000"/>
        </w:rPr>
        <w:t>，即</w:t>
      </w:r>
      <w:r>
        <w:rPr>
          <w:rFonts w:ascii="Times New Roman" w:eastAsia="Times New Roman" w:hAnsi="Times New Roman" w:cs="Times New Roman"/>
          <w:color w:val="000000"/>
        </w:rPr>
        <w:t>6</w:t>
      </w:r>
      <w:r>
        <w:pict>
          <v:shape id="_x0000_i721069" type="#_x0000_t75" alt="学科网(www.zxxk.com)--教育资源门户，提供试卷、教案、课件、论文、素材以及各类教学资源下载，还有大量而丰富的教学相关资讯！" style="width:9.75pt;height:9.75pt" o:oleicon="f" o:ole="">
            <v:imagedata r:id="rId116" o:title="eqId09052719a6d55df23d74d8e3956257ea"/>
          </v:shape>
        </w:pict>
      </w:r>
      <w:r>
        <w:rPr>
          <w:rFonts w:ascii="Times New Roman" w:eastAsia="Times New Roman" w:hAnsi="Times New Roman" w:cs="Times New Roman"/>
          <w:color w:val="000000"/>
        </w:rPr>
        <w:t>2=3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小球从原点出发，跳了</w:t>
      </w:r>
      <w:r>
        <w:rPr>
          <w:rFonts w:ascii="Times New Roman" w:eastAsia="Times New Roman" w:hAnsi="Times New Roman" w:cs="Times New Roman"/>
          <w:color w:val="000000"/>
        </w:rPr>
        <w:t>8</w:t>
      </w:r>
      <w:r>
        <w:rPr>
          <w:rFonts w:ascii="宋体" w:eastAsia="宋体" w:hAnsi="宋体" w:cs="宋体"/>
          <w:color w:val="000000"/>
        </w:rPr>
        <w:t>次时，它落在数轴上的点</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8</w:t>
      </w:r>
      <w:r>
        <w:rPr>
          <w:rFonts w:ascii="宋体" w:eastAsia="宋体" w:hAnsi="宋体" w:cs="宋体"/>
          <w:color w:val="000000"/>
        </w:rPr>
        <w:t>所表示的数是</w:t>
      </w:r>
      <w:r>
        <w:rPr>
          <w:rFonts w:ascii="Times New Roman" w:eastAsia="Times New Roman" w:hAnsi="Times New Roman" w:cs="Times New Roman"/>
          <w:color w:val="000000"/>
        </w:rPr>
        <w:t>0-1+2-3+4-5+6-7+8=4</w:t>
      </w:r>
      <w:r>
        <w:rPr>
          <w:rFonts w:ascii="宋体" w:eastAsia="宋体" w:hAnsi="宋体" w:cs="宋体"/>
          <w:color w:val="000000"/>
        </w:rPr>
        <w:t>，即</w:t>
      </w:r>
      <w:r>
        <w:rPr>
          <w:rFonts w:ascii="Times New Roman" w:eastAsia="Times New Roman" w:hAnsi="Times New Roman" w:cs="Times New Roman"/>
          <w:color w:val="000000"/>
        </w:rPr>
        <w:t>8</w:t>
      </w:r>
      <w:r>
        <w:pict>
          <v:shape id="_x0000_i721070" type="#_x0000_t75" alt="学科网(www.zxxk.com)--教育资源门户，提供试卷、教案、课件、论文、素材以及各类教学资源下载，还有大量而丰富的教学相关资讯！" style="width:9.75pt;height:9.75pt" o:oleicon="f" o:ole="">
            <v:imagedata r:id="rId117" o:title="eqId09052719a6d55df23d74d8e3956257ea"/>
          </v:shape>
        </w:pict>
      </w:r>
      <w:r>
        <w:rPr>
          <w:rFonts w:ascii="Times New Roman" w:eastAsia="Times New Roman" w:hAnsi="Times New Roman" w:cs="Times New Roman"/>
          <w:color w:val="000000"/>
        </w:rPr>
        <w:t>2=4</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小球从原点出发，跳了</w:t>
      </w:r>
      <w:r>
        <w:rPr>
          <w:rFonts w:ascii="Times New Roman" w:eastAsia="Times New Roman" w:hAnsi="Times New Roman" w:cs="Times New Roman"/>
          <w:color w:val="000000"/>
        </w:rPr>
        <w:t>10</w:t>
      </w:r>
      <w:r>
        <w:rPr>
          <w:rFonts w:ascii="宋体" w:eastAsia="宋体" w:hAnsi="宋体" w:cs="宋体"/>
          <w:color w:val="000000"/>
        </w:rPr>
        <w:t>次时，它落在数轴上的点</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10</w:t>
      </w:r>
      <w:r>
        <w:rPr>
          <w:rFonts w:ascii="宋体" w:eastAsia="宋体" w:hAnsi="宋体" w:cs="宋体"/>
          <w:color w:val="000000"/>
        </w:rPr>
        <w:t>所表示的数是</w:t>
      </w:r>
      <w:r>
        <w:rPr>
          <w:rFonts w:ascii="Times New Roman" w:eastAsia="Times New Roman" w:hAnsi="Times New Roman" w:cs="Times New Roman"/>
          <w:color w:val="000000"/>
        </w:rPr>
        <w:t>0-1+2-3+4-5+6-7+8-9+10=5</w:t>
      </w:r>
      <w:r>
        <w:rPr>
          <w:rFonts w:ascii="宋体" w:eastAsia="宋体" w:hAnsi="宋体" w:cs="宋体"/>
          <w:color w:val="000000"/>
        </w:rPr>
        <w:t>，即</w:t>
      </w:r>
      <w:r>
        <w:rPr>
          <w:rFonts w:ascii="Times New Roman" w:eastAsia="Times New Roman" w:hAnsi="Times New Roman" w:cs="Times New Roman"/>
          <w:color w:val="000000"/>
        </w:rPr>
        <w:t>10</w:t>
      </w:r>
      <w:r>
        <w:pict>
          <v:shape id="_x0000_i721071" type="#_x0000_t75" alt="学科网(www.zxxk.com)--教育资源门户，提供试卷、教案、课件、论文、素材以及各类教学资源下载，还有大量而丰富的教学相关资讯！" style="width:9.75pt;height:9.75pt" o:oleicon="f" o:ole="">
            <v:imagedata r:id="rId118" o:title="eqId09052719a6d55df23d74d8e3956257ea"/>
          </v:shape>
        </w:pict>
      </w:r>
      <w:r>
        <w:rPr>
          <w:rFonts w:ascii="Times New Roman" w:eastAsia="Times New Roman" w:hAnsi="Times New Roman" w:cs="Times New Roman"/>
          <w:color w:val="000000"/>
        </w:rPr>
        <w:t>2=5</w:t>
      </w:r>
      <w:r>
        <w:rPr>
          <w:rFonts w:ascii="宋体" w:eastAsia="宋体" w:hAnsi="宋体" w:cs="宋体"/>
          <w:color w:val="000000"/>
        </w:rPr>
        <w:t>；</w:t>
      </w:r>
    </w:p>
    <w:p>
      <w:pPr>
        <w:spacing w:line="360" w:lineRule="auto"/>
        <w:jc w:val="left"/>
        <w:textAlignment w:val="center"/>
        <w:rPr>
          <w:color w:val="000000"/>
        </w:rPr>
      </w:pPr>
      <w:r>
        <w:pict>
          <v:shape id="_x0000_i721072" type="#_x0000_t75" alt="学科网(www.zxxk.com)--教育资源门户，提供试卷、教案、课件、论文、素材以及各类教学资源下载，还有大量而丰富的教学相关资讯！" style="width:13.95pt;height:8pt" o:oleicon="f" o:ole="">
            <v:imagedata r:id="rId119" o:title="eqIddaa5e9bd516f6282483b92cfe6074623"/>
          </v:shape>
        </w:pict>
      </w: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由此可得：若小球按以上规律跳了</w:t>
      </w:r>
      <w:r>
        <w:rPr>
          <w:rFonts w:ascii="Times New Roman" w:eastAsia="Times New Roman" w:hAnsi="Times New Roman" w:cs="Times New Roman"/>
          <w:color w:val="000000"/>
        </w:rPr>
        <w:t>2</w:t>
      </w:r>
      <w:r>
        <w:rPr>
          <w:rFonts w:ascii="Times New Roman" w:eastAsia="Times New Roman" w:hAnsi="Times New Roman" w:cs="Times New Roman"/>
          <w:i/>
          <w:color w:val="000000"/>
        </w:rPr>
        <w:t>n</w:t>
      </w:r>
      <w:r>
        <w:rPr>
          <w:rFonts w:ascii="宋体" w:eastAsia="宋体" w:hAnsi="宋体" w:cs="宋体"/>
          <w:color w:val="000000"/>
        </w:rPr>
        <w:t>次时，它落在数轴上的点</w:t>
      </w:r>
      <w:r>
        <w:rPr>
          <w:rFonts w:ascii="Times New Roman" w:eastAsia="Times New Roman" w:hAnsi="Times New Roman" w:cs="Times New Roman"/>
          <w:i/>
          <w:color w:val="000000"/>
        </w:rPr>
        <w:t>P</w:t>
      </w:r>
      <w:r>
        <w:rPr>
          <w:rFonts w:ascii="Times New Roman" w:eastAsia="Times New Roman" w:hAnsi="Times New Roman" w:cs="Times New Roman"/>
          <w:i/>
          <w:color w:val="000000"/>
          <w:vertAlign w:val="subscript"/>
        </w:rPr>
        <w:t>2n</w:t>
      </w:r>
      <w:r>
        <w:rPr>
          <w:rFonts w:ascii="宋体" w:eastAsia="宋体" w:hAnsi="宋体" w:cs="宋体"/>
          <w:color w:val="000000"/>
        </w:rPr>
        <w:t>所表示的数</w:t>
      </w:r>
      <w:r>
        <w:rPr>
          <w:rFonts w:ascii="Times New Roman" w:eastAsia="Times New Roman" w:hAnsi="Times New Roman" w:cs="Times New Roman"/>
          <w:color w:val="000000"/>
        </w:rPr>
        <w:t>2</w:t>
      </w:r>
      <w:r>
        <w:rPr>
          <w:rFonts w:ascii="Times New Roman" w:eastAsia="Times New Roman" w:hAnsi="Times New Roman" w:cs="Times New Roman"/>
          <w:i/>
          <w:color w:val="000000"/>
        </w:rPr>
        <w:t>n</w:t>
      </w:r>
      <w:r>
        <w:pict>
          <v:shape id="_x0000_i721073" type="#_x0000_t75" alt="学科网(www.zxxk.com)--教育资源门户，提供试卷、教案、课件、论文、素材以及各类教学资源下载，还有大量而丰富的教学相关资讯！" style="width:9.75pt;height:9.75pt" o:oleicon="f" o:ole="">
            <v:imagedata r:id="rId120" o:title="eqId09052719a6d55df23d74d8e3956257ea"/>
          </v:shape>
        </w:pict>
      </w:r>
      <w:r>
        <w:rPr>
          <w:rFonts w:ascii="Times New Roman" w:eastAsia="Times New Roman" w:hAnsi="Times New Roman" w:cs="Times New Roman"/>
          <w:color w:val="000000"/>
        </w:rPr>
        <w:t>2=</w:t>
      </w:r>
      <w:r>
        <w:rPr>
          <w:rFonts w:ascii="Times New Roman" w:eastAsia="Times New Roman" w:hAnsi="Times New Roman" w:cs="Times New Roman"/>
          <w:i/>
          <w:color w:val="000000"/>
        </w:rPr>
        <w:t>n</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P</w:t>
      </w:r>
      <w:r>
        <w:rPr>
          <w:rFonts w:ascii="Times New Roman" w:eastAsia="Times New Roman" w:hAnsi="Times New Roman" w:cs="Times New Roman"/>
          <w:i/>
          <w:color w:val="000000"/>
          <w:vertAlign w:val="subscript"/>
        </w:rPr>
        <w:t>2n</w:t>
      </w:r>
      <w:r>
        <w:rPr>
          <w:rFonts w:ascii="宋体" w:eastAsia="宋体" w:hAnsi="宋体" w:cs="宋体"/>
          <w:color w:val="000000"/>
        </w:rPr>
        <w:t>所表示的数恰好是</w:t>
      </w:r>
      <w:r>
        <w:rPr>
          <w:rFonts w:ascii="Times New Roman" w:eastAsia="Times New Roman" w:hAnsi="Times New Roman" w:cs="Times New Roman"/>
          <w:i/>
          <w:color w:val="000000"/>
        </w:rPr>
        <w:t>n</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∴这只小球的初始位置点所表示的数</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0</w:t>
      </w:r>
      <w:r>
        <w:rPr>
          <w:rFonts w:ascii="宋体" w:eastAsia="宋体" w:hAnsi="宋体" w:cs="宋体"/>
          <w:color w:val="000000"/>
        </w:rPr>
        <w:t>是</w:t>
      </w:r>
      <w:r>
        <w:rPr>
          <w:rFonts w:ascii="Times New Roman" w:eastAsia="Times New Roman" w:hAnsi="Times New Roman" w:cs="Times New Roman"/>
          <w:i/>
          <w:color w:val="000000"/>
        </w:rPr>
        <w:t>n</w:t>
      </w:r>
      <w:r>
        <w:rPr>
          <w:rFonts w:ascii="Times New Roman" w:eastAsia="Times New Roman" w:hAnsi="Times New Roman" w:cs="Times New Roman"/>
          <w:color w:val="000000"/>
        </w:rPr>
        <w:t>+2-</w:t>
      </w:r>
      <w:r>
        <w:rPr>
          <w:rFonts w:ascii="Times New Roman" w:eastAsia="Times New Roman" w:hAnsi="Times New Roman" w:cs="Times New Roman"/>
          <w:i/>
          <w:color w:val="000000"/>
        </w:rPr>
        <w:t>n</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w:t>
      </w:r>
      <w:r>
        <w:rPr>
          <w:rFonts w:ascii="宋体" w:eastAsia="宋体" w:hAnsi="宋体" w:cs="宋体"/>
          <w:color w:val="000000"/>
          <w:position w:val="0"/>
        </w:rPr>
        <w:drawing>
          <wp:inline>
            <wp:extent cx="158750" cy="190500"/>
            <wp:docPr id="404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8" name=""/>
                    <pic:cNvPicPr>
                      <a:picLocks noChangeAspect="1"/>
                    </pic:cNvPicPr>
                  </pic:nvPicPr>
                  <pic:blipFill>
                    <a:blip r:embed="rId121"/>
                    <a:stretch>
                      <a:fillRect/>
                    </a:stretch>
                  </pic:blipFill>
                  <pic:spPr>
                    <a:xfrm>
                      <a:off x="0" y="0"/>
                      <a:ext cx="158750" cy="190500"/>
                    </a:xfrm>
                    <a:prstGeom prst="rect">
                      <a:avLst/>
                    </a:prstGeom>
                  </pic:spPr>
                </pic:pic>
              </a:graphicData>
            </a:graphic>
          </wp:inline>
        </w:drawing>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此题考查数轴上点的运动规律计算，数字列规律计算，发现规律并应用解决问题是解题的关键．</w:t>
      </w:r>
    </w:p>
    <w:p>
      <w:pPr>
        <w:spacing w:line="360" w:lineRule="auto"/>
        <w:jc w:val="left"/>
        <w:textAlignment w:val="center"/>
        <w:rPr>
          <w:color w:val="000000"/>
        </w:rPr>
      </w:pPr>
      <w:r>
        <w:rPr>
          <w:rFonts w:ascii="宋体" w:eastAsia="宋体" w:hAnsi="宋体" w:cs="宋体"/>
          <w:b/>
          <w:color w:val="000000"/>
          <w:sz w:val="24"/>
        </w:rPr>
        <w:t>三、解答题</w:t>
      </w:r>
    </w:p>
    <w:p>
      <w:pPr>
        <w:spacing w:line="360" w:lineRule="auto"/>
        <w:jc w:val="left"/>
        <w:textAlignment w:val="center"/>
        <w:rPr>
          <w:color w:val="000000"/>
        </w:rPr>
      </w:pPr>
      <w:r>
        <w:rPr>
          <w:color w:val="000000"/>
        </w:rPr>
        <w:t>21</w:t>
      </w:r>
      <w:r>
        <w:rPr>
          <w:color w:val="000000"/>
          <w:position w:val="-22"/>
        </w:rPr>
        <w:drawing>
          <wp:inline>
            <wp:extent cx="31750" cy="88900"/>
            <wp:docPr id="404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0" name=""/>
                    <pic:cNvPicPr>
                      <a:picLocks noChangeAspect="1"/>
                    </pic:cNvPicPr>
                  </pic:nvPicPr>
                  <pic:blipFill>
                    <a:blip r:embed="rId122"/>
                    <a:stretch>
                      <a:fillRect/>
                    </a:stretch>
                  </pic:blipFill>
                  <pic:spPr>
                    <a:xfrm>
                      <a:off x="0" y="0"/>
                      <a:ext cx="31750" cy="88900"/>
                    </a:xfrm>
                    <a:prstGeom prst="rect">
                      <a:avLst/>
                    </a:prstGeom>
                  </pic:spPr>
                </pic:pic>
              </a:graphicData>
            </a:graphic>
          </wp:inline>
        </w:drawing>
      </w:r>
      <w:r>
        <w:rPr>
          <w:color w:val="000000"/>
        </w:rPr>
        <w:t xml:space="preserve"> </w:t>
      </w:r>
      <w:r>
        <w:rPr>
          <w:rFonts w:ascii="宋体" w:eastAsia="宋体" w:hAnsi="宋体" w:cs="宋体"/>
          <w:color w:val="000000"/>
        </w:rPr>
        <w:t>计算题：</w:t>
      </w:r>
    </w:p>
    <w:p>
      <w:pPr>
        <w:spacing w:line="360" w:lineRule="auto"/>
        <w:jc w:val="left"/>
        <w:textAlignment w:val="center"/>
        <w:rPr>
          <w:color w:val="000000"/>
        </w:rPr>
      </w:pPr>
      <w:r>
        <w:rPr>
          <w:color w:val="000000"/>
        </w:rPr>
        <w:t>（1）</w:t>
      </w:r>
      <w:r>
        <w:pict>
          <v:shape id="_x0000_i721074" type="#_x0000_t75" alt="学科网(www.zxxk.com)--教育资源门户，提供试卷、教案、课件、论文、素材以及各类教学资源下载，还有大量而丰富的教学相关资讯！" style="width:102.75pt;height:20.25pt" o:oleicon="f" o:ole="">
            <v:imagedata r:id="rId123" o:title="eqId3d4856eccf1d0310c29f1346dc92ce91"/>
          </v:shape>
        </w:pict>
      </w:r>
      <w:r>
        <w:rPr>
          <w:rFonts w:ascii="宋体" w:eastAsia="宋体" w:hAnsi="宋体" w:cs="宋体"/>
          <w:color w:val="000000"/>
        </w:rPr>
        <w:t>；</w:t>
      </w:r>
    </w:p>
    <w:p>
      <w:pPr>
        <w:spacing w:line="360" w:lineRule="auto"/>
        <w:jc w:val="left"/>
        <w:textAlignment w:val="center"/>
        <w:rPr>
          <w:color w:val="000000"/>
        </w:rPr>
      </w:pPr>
      <w:r>
        <w:rPr>
          <w:color w:val="000000"/>
        </w:rPr>
        <w:t>（2）</w:t>
      </w:r>
      <w:r>
        <w:pict>
          <v:shape id="_x0000_i721075" type="#_x0000_t75" alt="学科网(www.zxxk.com)--教育资源门户，提供试卷、教案、课件、论文、素材以及各类教学资源下载，还有大量而丰富的教学相关资讯！" style="width:81pt;height:36.75pt" o:oleicon="f" o:ole="">
            <v:imagedata r:id="rId124" o:title="eqId0d0a668e4071a2282778f56c2535e73e"/>
          </v:shape>
        </w:pict>
      </w:r>
      <w:r>
        <w:rPr>
          <w:rFonts w:ascii="宋体" w:eastAsia="宋体" w:hAnsi="宋体" w:cs="宋体"/>
          <w:color w:val="000000"/>
        </w:rPr>
        <w:t>．</w:t>
      </w:r>
    </w:p>
    <w:p>
      <w:pPr>
        <w:spacing w:line="360" w:lineRule="auto"/>
        <w:jc w:val="left"/>
        <w:textAlignment w:val="center"/>
        <w:rPr>
          <w:color w:val="000000"/>
        </w:rPr>
      </w:pPr>
      <w:r>
        <w:rPr>
          <w:color w:val="000000"/>
        </w:rPr>
        <w:t>（3）</w:t>
      </w:r>
      <w:r>
        <w:pict>
          <v:shape id="_x0000_i721076" type="#_x0000_t75" alt="学科网(www.zxxk.com)--教育资源门户，提供试卷、教案、课件、论文、素材以及各类教学资源下载，还有大量而丰富的教学相关资讯！" style="width:102pt;height:33.75pt" o:oleicon="f" o:ole="">
            <v:imagedata r:id="rId125" o:title="eqId76eb534a3349aa7bdaff9924b47c830f"/>
          </v:shape>
        </w:pict>
      </w:r>
      <w:r>
        <w:rPr>
          <w:rFonts w:ascii="宋体" w:eastAsia="宋体" w:hAnsi="宋体" w:cs="宋体"/>
          <w:color w:val="000000"/>
        </w:rPr>
        <w:t>．</w:t>
      </w:r>
    </w:p>
    <w:p>
      <w:pPr>
        <w:spacing w:line="360" w:lineRule="auto"/>
        <w:jc w:val="left"/>
        <w:textAlignment w:val="center"/>
        <w:rPr>
          <w:color w:val="000000"/>
        </w:rPr>
      </w:pPr>
      <w:r>
        <w:rPr>
          <w:color w:val="000000"/>
        </w:rPr>
        <w:t>（4）</w:t>
      </w:r>
      <w:r>
        <w:pict>
          <v:shape id="_x0000_i721077" type="#_x0000_t75" alt="学科网(www.zxxk.com)--教育资源门户，提供试卷、教案、课件、论文、素材以及各类教学资源下载，还有大量而丰富的教学相关资讯！" style="width:117pt;height:33.75pt" o:oleicon="f" o:ole="">
            <v:imagedata r:id="rId126" o:title="eqId15ed24788d7111287636dd92c59a57f4"/>
          </v:shape>
        </w:pic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color w:val="000000"/>
        </w:rPr>
        <w:t>11</w:t>
      </w:r>
      <w:r>
        <w:rPr>
          <w:color w:val="000000"/>
        </w:rPr>
        <w:t xml:space="preserve">    </w:t>
      </w:r>
      <w:r>
        <w:rPr>
          <w:color w:val="000000"/>
        </w:rPr>
        <w:t>（2）</w:t>
      </w:r>
      <w:r>
        <w:pict>
          <v:shape id="_x0000_i721078" type="#_x0000_t75" alt="学科网(www.zxxk.com)--教育资源门户，提供试卷、教案、课件、论文、素材以及各类教学资源下载，还有大量而丰富的教学相关资讯！" style="width:14.25pt;height:11.25pt" o:oleicon="f" o:ole="">
            <v:imagedata r:id="rId127" o:title="eqId274a9dc37509f01c2606fb3086a46f4f"/>
          </v:shape>
        </w:pict>
      </w:r>
      <w:r>
        <w:rPr>
          <w:color w:val="000000"/>
        </w:rPr>
        <w:t xml:space="preserve">    </w:t>
      </w:r>
    </w:p>
    <w:p>
      <w:pPr>
        <w:spacing w:line="360" w:lineRule="auto"/>
        <w:textAlignment w:val="center"/>
        <w:rPr>
          <w:color w:val="000000"/>
        </w:rPr>
      </w:pPr>
      <w:r>
        <w:rPr>
          <w:color w:val="000000"/>
        </w:rPr>
        <w:t>（3）</w:t>
      </w:r>
      <w:r>
        <w:pict>
          <v:shape id="_x0000_i721079" type="#_x0000_t75" alt="学科网(www.zxxk.com)--教育资源门户，提供试卷、教案、课件、论文、素材以及各类教学资源下载，还有大量而丰富的教学相关资讯！" style="width:15.75pt;height:12.75pt" o:oleicon="f" o:ole="">
            <v:imagedata r:id="rId128" o:title="eqId3edbd40e04e2a943051fa83d6e511add"/>
          </v:shape>
        </w:pict>
      </w:r>
      <w:r>
        <w:rPr>
          <w:color w:val="000000"/>
        </w:rPr>
        <w:t xml:space="preserve">    </w:t>
      </w:r>
    </w:p>
    <w:p>
      <w:pPr>
        <w:spacing w:line="360" w:lineRule="auto"/>
        <w:textAlignment w:val="center"/>
        <w:rPr>
          <w:color w:val="000000"/>
        </w:rPr>
      </w:pPr>
      <w:r>
        <w:rPr>
          <w:color w:val="000000"/>
        </w:rPr>
        <w:t>（4）</w:t>
      </w:r>
      <w:r>
        <w:rPr>
          <w:rFonts w:ascii="Times New Roman" w:eastAsia="Times New Roman" w:hAnsi="Times New Roman" w:cs="Times New Roman"/>
          <w:color w:val="000000"/>
        </w:rPr>
        <w:t>-4</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根据有理数混合运算的顺序和法则进行计算即可．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pict>
          <v:shape id="_x0000_i721080" type="#_x0000_t75" alt="学科网(www.zxxk.com)--教育资源门户，提供试卷、教案、课件、论文、素材以及各类教学资源下载，还有大量而丰富的教学相关资讯！" style="width:102.75pt;height:20.25pt" o:oleicon="f" o:ole="">
            <v:imagedata r:id="rId129" o:title="eqId3d4856eccf1d0310c29f1346dc92ce91"/>
          </v:shape>
        </w:pict>
      </w:r>
    </w:p>
    <w:p>
      <w:pPr>
        <w:spacing w:line="360" w:lineRule="auto"/>
        <w:jc w:val="left"/>
        <w:textAlignment w:val="center"/>
        <w:rPr>
          <w:color w:val="000000"/>
        </w:rPr>
      </w:pPr>
      <w:r>
        <w:pict>
          <v:shape id="_x0000_i721081" type="#_x0000_t75" alt="学科网(www.zxxk.com)--教育资源门户，提供试卷、教案、课件、论文、素材以及各类教学资源下载，还有大量而丰富的教学相关资讯！" style="width:78.75pt;height:14.25pt" o:oleicon="f" o:ole="">
            <v:imagedata r:id="rId130" o:title="eqId0d77d3202d88ad6c71c85d669b8b3e3a"/>
          </v:shape>
        </w:pict>
      </w:r>
    </w:p>
    <w:p>
      <w:pPr>
        <w:spacing w:line="360" w:lineRule="auto"/>
        <w:jc w:val="left"/>
        <w:textAlignment w:val="center"/>
        <w:rPr>
          <w:color w:val="000000"/>
        </w:rPr>
      </w:pPr>
      <w:r>
        <w:pict>
          <v:shape id="_x0000_i721082" type="#_x0000_t75" alt="学科网(www.zxxk.com)--教育资源门户，提供试卷、教案、课件、论文、素材以及各类教学资源下载，还有大量而丰富的教学相关资讯！" style="width:62.25pt;height:14.25pt" o:oleicon="f" o:ole="">
            <v:imagedata r:id="rId131" o:title="eqIdbb98adfa5a8ca7c08b5d4044234f26de"/>
          </v:shape>
        </w:pict>
      </w:r>
    </w:p>
    <w:p>
      <w:pPr>
        <w:spacing w:line="360" w:lineRule="auto"/>
        <w:jc w:val="left"/>
        <w:textAlignment w:val="center"/>
        <w:rPr>
          <w:color w:val="000000"/>
        </w:rPr>
      </w:pPr>
      <w:r>
        <w:pict>
          <v:shape id="_x0000_i721083" type="#_x0000_t75" alt="学科网(www.zxxk.com)--教育资源门户，提供试卷、教案、课件、论文、素材以及各类教学资源下载，还有大量而丰富的教学相关资讯！" style="width:22.8pt;height:13.2pt" o:oleicon="f" o:ole="">
            <v:imagedata r:id="rId132" o:title="eqId30308de7a18012833cd2595cf6b63e09"/>
          </v:shape>
        </w:pict>
      </w:r>
    </w:p>
    <w:p>
      <w:pPr>
        <w:spacing w:line="360" w:lineRule="auto"/>
        <w:jc w:val="left"/>
        <w:textAlignment w:val="center"/>
        <w:rPr>
          <w:color w:val="000000"/>
        </w:rPr>
      </w:pPr>
      <w:r>
        <w:rPr>
          <w:color w:val="000000"/>
          <w:position w:val="0"/>
        </w:rPr>
        <w:drawing>
          <wp:inline>
            <wp:extent cx="95250" cy="171450"/>
            <wp:docPr id="405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2" name=""/>
                    <pic:cNvPicPr>
                      <a:picLocks noChangeAspect="1"/>
                    </pic:cNvPicPr>
                  </pic:nvPicPr>
                  <pic:blipFill>
                    <a:blip r:embed="rId133"/>
                    <a:stretch>
                      <a:fillRect/>
                    </a:stretch>
                  </pic:blipFill>
                  <pic:spPr>
                    <a:xfrm>
                      <a:off x="0" y="0"/>
                      <a:ext cx="95250" cy="171450"/>
                    </a:xfrm>
                    <a:prstGeom prst="rect">
                      <a:avLst/>
                    </a:prstGeom>
                  </pic:spPr>
                </pic:pic>
              </a:graphicData>
            </a:graphic>
          </wp:inline>
        </w:drawing>
      </w:r>
      <w:r>
        <w:rPr>
          <w:color w:val="000000"/>
        </w:rPr>
        <w:t>小问2详解】</w:t>
      </w:r>
    </w:p>
    <w:p>
      <w:pPr>
        <w:spacing w:line="360" w:lineRule="auto"/>
        <w:jc w:val="left"/>
        <w:textAlignment w:val="center"/>
        <w:rPr>
          <w:color w:val="000000"/>
        </w:rPr>
      </w:pPr>
      <w:r>
        <w:pict>
          <v:shape id="_x0000_i721084" type="#_x0000_t75" alt="学科网(www.zxxk.com)--教育资源门户，提供试卷、教案、课件、论文、素材以及各类教学资源下载，还有大量而丰富的教学相关资讯！" style="width:81pt;height:36.75pt" o:oleicon="f" o:ole="">
            <v:imagedata r:id="rId134" o:title="eqId0d0a668e4071a2282778f56c2535e73e"/>
          </v:shape>
        </w:pict>
      </w:r>
    </w:p>
    <w:p>
      <w:pPr>
        <w:spacing w:line="360" w:lineRule="auto"/>
        <w:jc w:val="left"/>
        <w:textAlignment w:val="center"/>
        <w:rPr>
          <w:color w:val="000000"/>
        </w:rPr>
      </w:pPr>
      <w:r>
        <w:pict>
          <v:shape id="_x0000_i721085" type="#_x0000_t75" alt="学科网(www.zxxk.com)--教育资源门户，提供试卷、教案、课件、论文、素材以及各类教学资源下载，还有大量而丰富的教学相关资讯！" style="width:72.75pt;height:33.75pt" o:oleicon="f" o:ole="">
            <v:imagedata r:id="rId135" o:title="eqIde2ee82317c72a0c571baec1fdea82fd3"/>
          </v:shape>
        </w:pict>
      </w:r>
    </w:p>
    <w:p>
      <w:pPr>
        <w:spacing w:line="360" w:lineRule="auto"/>
        <w:jc w:val="left"/>
        <w:textAlignment w:val="center"/>
        <w:rPr>
          <w:color w:val="000000"/>
        </w:rPr>
      </w:pPr>
      <w:r>
        <w:pict>
          <v:shape id="_x0000_i721086" type="#_x0000_t75" alt="学科网(www.zxxk.com)--教育资源门户，提供试卷、教案、课件、论文、素材以及各类教学资源下载，还有大量而丰富的教学相关资讯！" style="width:45.75pt;height:30.75pt" o:oleicon="f" o:ole="">
            <v:imagedata r:id="rId136" o:title="eqId6e0cded3a198f65a6202797702186187"/>
          </v:shape>
        </w:pict>
      </w:r>
    </w:p>
    <w:p>
      <w:pPr>
        <w:spacing w:line="360" w:lineRule="auto"/>
        <w:jc w:val="left"/>
        <w:textAlignment w:val="center"/>
        <w:rPr>
          <w:color w:val="000000"/>
        </w:rPr>
      </w:pPr>
      <w:r>
        <w:pict>
          <v:shape id="_x0000_i721087" type="#_x0000_t75" alt="学科网(www.zxxk.com)--教育资源门户，提供试卷、教案、课件、论文、素材以及各类教学资源下载，还有大量而丰富的教学相关资讯！" style="width:26.25pt;height:12.75pt" o:oleicon="f" o:ole="">
            <v:imagedata r:id="rId137" o:title="eqId6a2b3b0ca12bc39549b0c3843c1dee61"/>
          </v:shape>
        </w:pic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pict>
          <v:shape id="_x0000_i721088" type="#_x0000_t75" alt="学科网(www.zxxk.com)--教育资源门户，提供试卷、教案、课件、论文、素材以及各类教学资源下载，还有大量而丰富的教学相关资讯！" style="width:102pt;height:33.75pt" o:oleicon="f" o:ole="">
            <v:imagedata r:id="rId138" o:title="eqId76eb534a3349aa7bdaff9924b47c830f"/>
          </v:shape>
        </w:pict>
      </w:r>
    </w:p>
    <w:p>
      <w:pPr>
        <w:spacing w:line="360" w:lineRule="auto"/>
        <w:jc w:val="left"/>
        <w:textAlignment w:val="center"/>
        <w:rPr>
          <w:color w:val="000000"/>
        </w:rPr>
      </w:pPr>
      <w:r>
        <w:pict>
          <v:shape id="_x0000_i721089" type="#_x0000_t75" alt="学科网(www.zxxk.com)--教育资源门户，提供试卷、教案、课件、论文、素材以及各类教学资源下载，还有大量而丰富的教学相关资讯！" style="width:174pt;height:30.75pt" o:oleicon="f" o:ole="">
            <v:imagedata r:id="rId139" o:title="eqId2420f4f6958c86833830d69b791767ba"/>
          </v:shape>
        </w:pict>
      </w:r>
    </w:p>
    <w:p>
      <w:pPr>
        <w:spacing w:line="360" w:lineRule="auto"/>
        <w:jc w:val="left"/>
        <w:textAlignment w:val="center"/>
        <w:rPr>
          <w:color w:val="000000"/>
        </w:rPr>
      </w:pPr>
      <w:r>
        <w:pict>
          <v:shape id="_x0000_i721090" type="#_x0000_t75" alt="学科网(www.zxxk.com)--教育资源门户，提供试卷、教案、课件、论文、素材以及各类教学资源下载，还有大量而丰富的教学相关资讯！" style="width:57.75pt;height:14.25pt" o:oleicon="f" o:ole="">
            <v:imagedata r:id="rId140" o:title="eqIda03be39d1e1d3ced7870cb112e7fed58"/>
          </v:shape>
        </w:pict>
      </w:r>
    </w:p>
    <w:p>
      <w:pPr>
        <w:spacing w:line="360" w:lineRule="auto"/>
        <w:jc w:val="left"/>
        <w:textAlignment w:val="center"/>
        <w:rPr>
          <w:color w:val="000000"/>
        </w:rPr>
      </w:pPr>
      <w:r>
        <w:pict>
          <v:shape id="_x0000_i721091" type="#_x0000_t75" alt="学科网(www.zxxk.com)--教育资源门户，提供试卷、教案、课件、论文、素材以及各类教学资源下载，还有大量而丰富的教学相关资讯！" style="width:26pt;height:13pt" o:oleicon="f" o:ole="">
            <v:imagedata r:id="rId141" o:title="eqId858fa718249c14dcb8767b6c14d2d87b"/>
          </v:shape>
        </w:pic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pict>
          <v:shape id="_x0000_i721092" type="#_x0000_t75" alt="学科网(www.zxxk.com)--教育资源门户，提供试卷、教案、课件、论文、素材以及各类教学资源下载，还有大量而丰富的教学相关资讯！" style="width:117pt;height:33.75pt" o:oleicon="f" o:ole="">
            <v:imagedata r:id="rId142" o:title="eqId15ed24788d7111287636dd92c59a57f4"/>
          </v:shape>
        </w:pict>
      </w:r>
    </w:p>
    <w:p>
      <w:pPr>
        <w:spacing w:line="360" w:lineRule="auto"/>
        <w:jc w:val="left"/>
        <w:textAlignment w:val="center"/>
        <w:rPr>
          <w:color w:val="000000"/>
        </w:rPr>
      </w:pPr>
      <w:r>
        <w:pict>
          <v:shape id="_x0000_i721093" type="#_x0000_t75" alt="学科网(www.zxxk.com)--教育资源门户，提供试卷、教案、课件、论文、素材以及各类教学资源下载，还有大量而丰富的教学相关资讯！" style="width:103.9pt;height:19.9pt" o:oleicon="f" o:ole="">
            <v:imagedata r:id="rId143" o:title="eqId634947bc6ec9c7f6a9e9a16f2a07af94"/>
          </v:shape>
        </w:pict>
      </w:r>
    </w:p>
    <w:p>
      <w:pPr>
        <w:spacing w:line="360" w:lineRule="auto"/>
        <w:jc w:val="left"/>
        <w:textAlignment w:val="center"/>
        <w:rPr>
          <w:color w:val="000000"/>
        </w:rPr>
      </w:pPr>
      <w:r>
        <w:pict>
          <v:shape id="_x0000_i721094" type="#_x0000_t75" alt="学科网(www.zxxk.com)--教育资源门户，提供试卷、教案、课件、论文、素材以及各类教学资源下载，还有大量而丰富的教学相关资讯！" style="width:57pt;height:14.25pt" o:oleicon="f" o:ole="">
            <v:imagedata r:id="rId144" o:title="eqId647f965f5d73611193511e518e066f75"/>
          </v:shape>
        </w:pict>
      </w:r>
    </w:p>
    <w:p>
      <w:pPr>
        <w:spacing w:line="360" w:lineRule="auto"/>
        <w:jc w:val="left"/>
        <w:textAlignment w:val="center"/>
        <w:rPr>
          <w:color w:val="000000"/>
        </w:rPr>
      </w:pPr>
      <w:r>
        <w:pict>
          <v:shape id="_x0000_i721095" type="#_x0000_t75" alt="学科网(www.zxxk.com)--教育资源门户，提供试卷、教案、课件、论文、素材以及各类教学资源下载，还有大量而丰富的教学相关资讯！" style="width:26.25pt;height:12.75pt" o:oleicon="f" o:ole="">
            <v:imagedata r:id="rId145" o:title="eqId963ce07e1aaac3474a4e6f4a8f244729"/>
          </v:shape>
        </w:pict>
      </w:r>
    </w:p>
    <w:p>
      <w:pPr>
        <w:spacing w:line="360" w:lineRule="auto"/>
        <w:jc w:val="left"/>
        <w:textAlignment w:val="center"/>
        <w:rPr>
          <w:color w:val="000000"/>
        </w:rPr>
      </w:pPr>
      <w:r>
        <w:rPr>
          <w:color w:val="000000"/>
        </w:rPr>
        <w:t>【点睛】</w:t>
      </w:r>
      <w:r>
        <w:rPr>
          <w:rFonts w:ascii="宋体" w:eastAsia="宋体" w:hAnsi="宋体" w:cs="宋体"/>
          <w:color w:val="000000"/>
        </w:rPr>
        <w:t>本题考查了有理数的混合运算，先算乘方，再算乘除，最后算加减，有括号要先算括号里面的．</w:t>
      </w:r>
    </w:p>
    <w:p>
      <w:pPr>
        <w:pStyle w:val="Heading2"/>
      </w:pPr>
      <w:r>
        <w:t>北京师范大学亚太实验学校</w:t>
      </w:r>
    </w:p>
    <w:p>
      <w:pPr>
        <w:spacing w:line="360" w:lineRule="auto"/>
        <w:jc w:val="left"/>
        <w:textAlignment w:val="center"/>
        <w:rPr>
          <w:rFonts w:ascii="宋体" w:eastAsia="宋体" w:hAnsi="宋体" w:cs="宋体"/>
          <w:color w:val="000000"/>
        </w:rPr>
      </w:pPr>
      <w:r>
        <w:rPr>
          <w:color w:val="000000"/>
        </w:rPr>
        <w:t xml:space="preserve">16. </w:t>
      </w:r>
      <w:r>
        <w:rPr>
          <w:rFonts w:ascii="宋体" w:eastAsia="宋体" w:hAnsi="宋体" w:cs="宋体"/>
          <w:color w:val="000000"/>
        </w:rPr>
        <w:t>对于正整数</w:t>
      </w:r>
      <w:r>
        <w:pict>
          <v:shape id="_x0000_i721096" type="#_x0000_t75" alt="学科网(www.zxxk.com)--教育资源门户，提供试卷、教案、课件、论文、素材以及各类教学资源下载，还有大量而丰富的教学相关资讯！" style="width:9.75pt;height:11.25pt" o:oleicon="f" o:ole="">
            <v:imagedata r:id="rId146" o:title="eqIdb6a24198bd04c29321ae5dc5a28fe421"/>
          </v:shape>
        </w:pict>
      </w:r>
      <w:r>
        <w:rPr>
          <w:rFonts w:ascii="宋体" w:eastAsia="宋体" w:hAnsi="宋体" w:cs="宋体"/>
          <w:color w:val="000000"/>
        </w:rPr>
        <w:t>，定义</w:t>
      </w:r>
      <w:r>
        <w:pict>
          <v:shape id="_x0000_i721097" type="#_x0000_t75" alt="学科网(www.zxxk.com)--教育资源门户，提供试卷、教案、课件、论文、素材以及各类教学资源下载，还有大量而丰富的教学相关资讯！" style="width:107.25pt;height:39.75pt" o:oleicon="f" o:ole="">
            <v:imagedata r:id="rId147" o:title="eqIdf7cd67468ed8528895f04e3ddfee8d87"/>
          </v:shape>
        </w:pict>
      </w:r>
      <w:r>
        <w:rPr>
          <w:rFonts w:ascii="宋体" w:eastAsia="宋体" w:hAnsi="宋体" w:cs="宋体"/>
          <w:color w:val="000000"/>
        </w:rPr>
        <w:t>，其中</w:t>
      </w:r>
      <w:r>
        <w:pict>
          <v:shape id="_x0000_i721098" type="#_x0000_t75" alt="学科网(www.zxxk.com)--教育资源门户，提供试卷、教案、课件、论文、素材以及各类教学资源下载，还有大量而丰富的教学相关资讯！" style="width:29.25pt;height:20.25pt" o:oleicon="f" o:ole="">
            <v:imagedata r:id="rId148" o:title="eqId38fcec7af3520884b173b29bda6c657a"/>
          </v:shape>
        </w:pict>
      </w:r>
      <w:r>
        <w:rPr>
          <w:rFonts w:ascii="宋体" w:eastAsia="宋体" w:hAnsi="宋体" w:cs="宋体"/>
          <w:color w:val="000000"/>
        </w:rPr>
        <w:t>表示</w:t>
      </w:r>
      <w:r>
        <w:pict>
          <v:shape id="_x0000_i721099" type="#_x0000_t75" alt="学科网(www.zxxk.com)--教育资源门户，提供试卷、教案、课件、论文、素材以及各类教学资源下载，还有大量而丰富的教学相关资讯！" style="width:9.75pt;height:11.25pt" o:oleicon="f" o:ole="">
            <v:imagedata r:id="rId146" o:title="eqIdb6a24198bd04c29321ae5dc5a28fe421"/>
          </v:shape>
        </w:pict>
      </w:r>
      <w:r>
        <w:rPr>
          <w:rFonts w:ascii="宋体" w:eastAsia="宋体" w:hAnsi="宋体" w:cs="宋体"/>
          <w:color w:val="000000"/>
        </w:rPr>
        <w:t>的首位数字、末位数字的平方和．例如：</w:t>
      </w:r>
      <w:r>
        <w:pict>
          <v:shape id="_x0000_i721100" type="#_x0000_t75" alt="学科网(www.zxxk.com)--教育资源门户，提供试卷、教案、课件、论文、素材以及各类教学资源下载，还有大量而丰富的教学相关资讯！" style="width:76.5pt;height:20.25pt" o:oleicon="f" o:ole="">
            <v:imagedata r:id="rId149" o:title="eqId0af6d789a04019fbd1e0e533d1dba421"/>
          </v:shape>
        </w:pict>
      </w:r>
      <w:r>
        <w:rPr>
          <w:rFonts w:ascii="宋体" w:eastAsia="宋体" w:hAnsi="宋体" w:cs="宋体"/>
          <w:color w:val="000000"/>
        </w:rPr>
        <w:t>，</w:t>
      </w:r>
      <w:r>
        <w:pict>
          <v:shape id="_x0000_i721101" type="#_x0000_t75" alt="学科网(www.zxxk.com)--教育资源门户，提供试卷、教案、课件、论文、素材以及各类教学资源下载，还有大量而丰富的教学相关资讯！" style="width:103.5pt;height:20.25pt" o:oleicon="f" o:ole="">
            <v:imagedata r:id="rId150" o:title="eqIdd9baabc2cae913e3498591215b51b0ab"/>
          </v:shape>
        </w:pict>
      </w:r>
      <w:r>
        <w:rPr>
          <w:rFonts w:ascii="宋体" w:eastAsia="宋体" w:hAnsi="宋体" w:cs="宋体"/>
          <w:color w:val="000000"/>
        </w:rPr>
        <w:t>．规定</w:t>
      </w:r>
      <w:r>
        <w:pict>
          <v:shape id="_x0000_i721102" type="#_x0000_t75" alt="学科网(www.zxxk.com)--教育资源门户，提供试卷、教案、课件、论文、素材以及各类教学资源下载，还有大量而丰富的教学相关资讯！" style="width:68.25pt;height:20.25pt" o:oleicon="f" o:ole="">
            <v:imagedata r:id="rId151" o:title="eqIde6a4be484f18dd45d588d56d256cc63d"/>
          </v:shape>
        </w:pict>
      </w:r>
      <w:r>
        <w:rPr>
          <w:rFonts w:ascii="宋体" w:eastAsia="宋体" w:hAnsi="宋体" w:cs="宋体"/>
          <w:color w:val="000000"/>
        </w:rPr>
        <w:t>，</w:t>
      </w:r>
      <w:r>
        <w:pict>
          <v:shape id="_x0000_i721103" type="#_x0000_t75" alt="学科网(www.zxxk.com)--教育资源门户，提供试卷、教案、课件、论文、素材以及各类教学资源下载，还有大量而丰富的教学相关资讯！" style="width:97.5pt;height:20.25pt" o:oleicon="f" o:ole="">
            <v:imagedata r:id="rId152" o:title="eqIdf948927353d77bfcd37345fba51ce7de"/>
          </v:shape>
        </w:pict>
      </w:r>
      <w:r>
        <w:rPr>
          <w:rFonts w:ascii="宋体" w:eastAsia="宋体" w:hAnsi="宋体" w:cs="宋体"/>
          <w:color w:val="000000"/>
        </w:rPr>
        <w:t>（</w:t>
      </w:r>
      <w:r>
        <w:pict>
          <v:shape id="_x0000_i721104" type="#_x0000_t75" alt="学科网(www.zxxk.com)--教育资源门户，提供试卷、教案、课件、论文、素材以及各类教学资源下载，还有大量而丰富的教学相关资讯！" style="width:10pt;height:14.4pt" o:oleicon="f" o:ole="">
            <v:imagedata r:id="rId153" o:title="eqIdf0a532e15e232cb4b99a8d4d07c89575"/>
          </v:shape>
        </w:pict>
      </w:r>
      <w:r>
        <w:rPr>
          <w:rFonts w:ascii="宋体" w:eastAsia="宋体" w:hAnsi="宋体" w:cs="宋体"/>
          <w:color w:val="000000"/>
        </w:rPr>
        <w:t>为正整数），例如，</w:t>
      </w:r>
      <w:r>
        <w:pict>
          <v:shape id="_x0000_i721105" type="#_x0000_t75" alt="学科网(www.zxxk.com)--教育资源门户，提供试卷、教案、课件、论文、素材以及各类教学资源下载，还有大量而丰富的教学相关资讯！" style="width:112.5pt;height:20.25pt" o:oleicon="f" o:ole="">
            <v:imagedata r:id="rId154" o:title="eqIdf6e2b52caa18c5a3a232f77367a013cd"/>
          </v:shape>
        </w:pict>
      </w:r>
      <w:r>
        <w:rPr>
          <w:rFonts w:ascii="宋体" w:eastAsia="宋体" w:hAnsi="宋体" w:cs="宋体"/>
          <w:color w:val="000000"/>
        </w:rPr>
        <w:t>，</w:t>
      </w:r>
      <w:r>
        <w:pict>
          <v:shape id="_x0000_i721106" type="#_x0000_t75" alt="学科网(www.zxxk.com)--教育资源门户，提供试卷、教案、课件、论文、素材以及各类教学资源下载，还有大量而丰富的教学相关资讯！" style="width:169.5pt;height:20.25pt" o:oleicon="f" o:ole="">
            <v:imagedata r:id="rId155" o:title="eqId5bdd7f8c9d6250b5dbf9a89994ad4fa8"/>
          </v:shape>
        </w:pict>
      </w:r>
      <w:r>
        <w:rPr>
          <w:rFonts w:ascii="宋体" w:eastAsia="宋体" w:hAnsi="宋体" w:cs="宋体"/>
          <w:color w:val="000000"/>
        </w:rPr>
        <w:t>．按此定义，则由</w:t>
      </w:r>
      <w:r>
        <w:pict>
          <v:shape id="_x0000_i721107" type="#_x0000_t75" alt="学科网(www.zxxk.com)--教育资源门户，提供试卷、教案、课件、论文、素材以及各类教学资源下载，还有大量而丰富的教学相关资讯！" style="width:40.5pt;height:20.25pt" o:oleicon="f" o:ole="">
            <v:imagedata r:id="rId156" o:title="eqIdf286499f7f23ea847137e935d827e352"/>
          </v:shape>
        </w:pict>
      </w:r>
      <w:r>
        <w:rPr>
          <w:rFonts w:ascii="宋体" w:eastAsia="宋体" w:hAnsi="宋体" w:cs="宋体"/>
          <w:color w:val="000000"/>
        </w:rPr>
        <w:t>__________</w:t>
      </w:r>
      <w:r>
        <w:rPr>
          <w:rFonts w:ascii="宋体" w:eastAsia="宋体" w:hAnsi="宋体" w:cs="宋体"/>
          <w:color w:val="000000"/>
        </w:rPr>
        <w:t>，</w:t>
      </w:r>
      <w:r>
        <w:pict>
          <v:shape id="_x0000_i721108" type="#_x0000_t75" alt="学科网(www.zxxk.com)--教育资源门户，提供试卷、教案、课件、论文、素材以及各类教学资源下载，还有大量而丰富的教学相关资讯！" style="width:51.75pt;height:20.25pt" o:oleicon="f" o:ole="">
            <v:imagedata r:id="rId157" o:title="eqId40dd24c418f55390a5bb10daeb6ab019"/>
          </v:shape>
        </w:pict>
      </w:r>
      <w:r>
        <w:rPr>
          <w:rFonts w:ascii="宋体" w:eastAsia="宋体" w:hAnsi="宋体" w:cs="宋体"/>
          <w:color w:val="000000"/>
        </w:rPr>
        <w:t>___________</w:t>
      </w:r>
      <w:r>
        <w:rPr>
          <w:rFonts w:ascii="宋体" w:eastAsia="宋体" w:hAnsi="宋体" w:cs="宋体"/>
          <w:color w:val="000000"/>
        </w:rPr>
        <w:t>．</w:t>
      </w:r>
    </w:p>
    <w:p>
      <w:pPr>
        <w:spacing w:line="360" w:lineRule="auto"/>
        <w:textAlignment w:val="center"/>
        <w:rPr>
          <w:color w:val="2E75B6"/>
        </w:rPr>
      </w:pPr>
      <w:r>
        <w:rPr>
          <w:color w:val="2E75B6"/>
        </w:rPr>
        <w:t>【16题答案】</w:t>
      </w:r>
    </w:p>
    <w:p>
      <w:pPr>
        <w:spacing w:line="360" w:lineRule="auto"/>
        <w:textAlignment w:val="center"/>
        <w:rPr>
          <w:rFonts w:ascii="Times New Roman" w:eastAsia="Times New Roman" w:hAnsi="Times New Roman" w:cs="Times New Roman"/>
          <w:color w:val="000000"/>
        </w:rPr>
      </w:pPr>
      <w:r>
        <w:rPr>
          <w:color w:val="2E75B6"/>
        </w:rPr>
        <w:t>【答案】</w:t>
      </w:r>
      <w:r>
        <w:rPr>
          <w:color w:val="000000"/>
        </w:rPr>
        <w:t xml:space="preserve">    ①. </w:t>
      </w:r>
      <w:r>
        <w:rPr>
          <w:rFonts w:ascii="Times New Roman" w:eastAsia="Times New Roman" w:hAnsi="Times New Roman" w:cs="Times New Roman"/>
          <w:color w:val="000000"/>
        </w:rPr>
        <w:t>16</w:t>
      </w:r>
      <w:r>
        <w:rPr>
          <w:color w:val="000000"/>
        </w:rPr>
        <w:t xml:space="preserve">    ②. </w:t>
      </w:r>
      <w:r>
        <w:rPr>
          <w:rFonts w:ascii="Times New Roman" w:eastAsia="Times New Roman" w:hAnsi="Times New Roman" w:cs="Times New Roman"/>
          <w:color w:val="000000"/>
        </w:rPr>
        <w:t>58</w:t>
      </w:r>
    </w:p>
    <w:p>
      <w:pPr>
        <w:spacing w:line="360" w:lineRule="auto"/>
        <w:textAlignment w:val="center"/>
        <w:rPr>
          <w:color w:val="000000"/>
        </w:rPr>
      </w:pPr>
      <w:r>
        <w:rPr>
          <w:color w:val="2E75B6"/>
        </w:rPr>
        <w:t>【解析】</w:t>
      </w:r>
    </w:p>
    <w:p>
      <w:pPr>
        <w:spacing w:line="360" w:lineRule="auto"/>
        <w:textAlignment w:val="center"/>
        <w:rPr>
          <w:rFonts w:ascii="宋体" w:eastAsia="宋体" w:hAnsi="宋体" w:cs="宋体"/>
          <w:color w:val="000000"/>
        </w:rPr>
      </w:pPr>
      <w:r>
        <w:rPr>
          <w:color w:val="000000"/>
        </w:rPr>
        <w:t>【分析】</w:t>
      </w:r>
      <w:r>
        <w:rPr>
          <w:rFonts w:ascii="宋体" w:eastAsia="宋体" w:hAnsi="宋体" w:cs="宋体"/>
          <w:color w:val="000000"/>
        </w:rPr>
        <w:t>根据题意分别求出</w:t>
      </w:r>
      <w:r>
        <w:rPr>
          <w:rFonts w:ascii="Times New Roman" w:eastAsia="Times New Roman" w:hAnsi="Times New Roman" w:cs="Times New Roman"/>
          <w:color w:val="000000"/>
        </w:rPr>
        <w:t>F</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）到</w:t>
      </w:r>
      <w:r>
        <w:rPr>
          <w:rFonts w:ascii="Times New Roman" w:eastAsia="Times New Roman" w:hAnsi="Times New Roman" w:cs="Times New Roman"/>
          <w:color w:val="000000"/>
        </w:rPr>
        <w:t>F</w:t>
      </w:r>
      <w:r>
        <w:rPr>
          <w:rFonts w:ascii="Times New Roman" w:eastAsia="Times New Roman" w:hAnsi="Times New Roman" w:cs="Times New Roman"/>
          <w:color w:val="000000"/>
          <w:vertAlign w:val="subscript"/>
        </w:rPr>
        <w:t>8</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），通过计算发现，</w:t>
      </w:r>
      <w:r>
        <w:rPr>
          <w:rFonts w:ascii="Times New Roman" w:eastAsia="Times New Roman" w:hAnsi="Times New Roman" w:cs="Times New Roman"/>
          <w:color w:val="000000"/>
        </w:rPr>
        <w:t>F</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F</w:t>
      </w:r>
      <w:r>
        <w:rPr>
          <w:rFonts w:ascii="Times New Roman" w:eastAsia="Times New Roman" w:hAnsi="Times New Roman" w:cs="Times New Roman"/>
          <w:color w:val="000000"/>
          <w:vertAlign w:val="subscript"/>
        </w:rPr>
        <w:t>8</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），只需确定</w:t>
      </w:r>
      <w:r>
        <w:pict>
          <v:shape id="_x0000_i721109" type="#_x0000_t75" alt="学科网(www.zxxk.com)--教育资源门户，提供试卷、教案、课件、论文、素材以及各类教学资源下载，还有大量而丰富的教学相关资讯！" style="width:81.8pt;height:20.1pt" o:oleicon="f" o:ole="">
            <v:imagedata r:id="rId158" o:title="eqIdb647b7829f6bddad3cd4b939e2f217ad"/>
          </v:shape>
        </w:pict>
      </w:r>
      <w:r>
        <w:rPr>
          <w:rFonts w:ascii="宋体" w:eastAsia="宋体" w:hAnsi="宋体" w:cs="宋体"/>
          <w:color w:val="000000"/>
        </w:rPr>
        <w:t>即可求解．</w:t>
      </w:r>
    </w:p>
    <w:p>
      <w:pPr>
        <w:spacing w:line="360" w:lineRule="auto"/>
        <w:textAlignment w:val="center"/>
        <w:rPr>
          <w:rFonts w:ascii="宋体" w:eastAsia="宋体" w:hAnsi="宋体" w:cs="宋体"/>
          <w:color w:val="000000"/>
        </w:rPr>
      </w:pPr>
      <w:r>
        <w:rPr>
          <w:color w:val="000000"/>
        </w:rPr>
        <w:t>【详解】</w:t>
      </w:r>
      <w:r>
        <w:rPr>
          <w:rFonts w:ascii="Times New Roman" w:eastAsia="Times New Roman" w:hAnsi="Times New Roman" w:cs="Times New Roman"/>
          <w:color w:val="000000"/>
        </w:rPr>
        <w:t>F</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16</w:t>
      </w:r>
      <w:r>
        <w:rPr>
          <w:rFonts w:ascii="宋体" w:eastAsia="宋体" w:hAnsi="宋体" w:cs="宋体"/>
          <w:color w:val="000000"/>
        </w:rPr>
        <w:t>，</w:t>
      </w:r>
      <w:r>
        <w:rPr>
          <w:rFonts w:ascii="Times New Roman" w:eastAsia="Times New Roman" w:hAnsi="Times New Roman" w:cs="Times New Roman"/>
          <w:color w:val="000000"/>
        </w:rPr>
        <w:t>F</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F</w:t>
      </w:r>
      <w:r>
        <w:rPr>
          <w:rFonts w:ascii="宋体" w:eastAsia="宋体" w:hAnsi="宋体" w:cs="宋体"/>
          <w:color w:val="000000"/>
        </w:rPr>
        <w:t>（</w:t>
      </w:r>
      <w:r>
        <w:rPr>
          <w:rFonts w:ascii="Times New Roman" w:eastAsia="Times New Roman" w:hAnsi="Times New Roman" w:cs="Times New Roman"/>
          <w:color w:val="000000"/>
        </w:rPr>
        <w:t>16</w:t>
      </w:r>
      <w:r>
        <w:rPr>
          <w:rFonts w:ascii="宋体" w:eastAsia="宋体" w:hAnsi="宋体" w:cs="宋体"/>
          <w:color w:val="000000"/>
        </w:rPr>
        <w:t>）＝</w:t>
      </w:r>
      <w:r>
        <w:rPr>
          <w:rFonts w:ascii="Times New Roman" w:eastAsia="Times New Roman" w:hAnsi="Times New Roman" w:cs="Times New Roman"/>
          <w:color w:val="000000"/>
        </w:rPr>
        <w:t>1</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+6</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=37</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F</w:t>
      </w:r>
      <w:r>
        <w:rPr>
          <w:rFonts w:ascii="Times New Roman" w:eastAsia="Times New Roman" w:hAnsi="Times New Roman" w:cs="Times New Roman"/>
          <w:color w:val="000000"/>
          <w:vertAlign w:val="subscript"/>
        </w:rPr>
        <w:t>3</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F</w:t>
      </w:r>
      <w:r>
        <w:rPr>
          <w:rFonts w:ascii="宋体" w:eastAsia="宋体" w:hAnsi="宋体" w:cs="宋体"/>
          <w:color w:val="000000"/>
        </w:rPr>
        <w:t>（</w:t>
      </w:r>
      <w:r>
        <w:rPr>
          <w:rFonts w:ascii="Times New Roman" w:eastAsia="Times New Roman" w:hAnsi="Times New Roman" w:cs="Times New Roman"/>
          <w:color w:val="000000"/>
        </w:rPr>
        <w:t>37</w:t>
      </w:r>
      <w:r>
        <w:rPr>
          <w:rFonts w:ascii="宋体" w:eastAsia="宋体" w:hAnsi="宋体" w:cs="宋体"/>
          <w:color w:val="000000"/>
        </w:rPr>
        <w:t>）＝</w:t>
      </w:r>
      <w:r>
        <w:rPr>
          <w:rFonts w:ascii="Times New Roman" w:eastAsia="Times New Roman" w:hAnsi="Times New Roman" w:cs="Times New Roman"/>
          <w:color w:val="000000"/>
        </w:rPr>
        <w:t>3</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+7</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=58</w:t>
      </w:r>
      <w:r>
        <w:rPr>
          <w:rFonts w:ascii="宋体" w:eastAsia="宋体" w:hAnsi="宋体" w:cs="宋体"/>
          <w:color w:val="000000"/>
        </w:rPr>
        <w:t>，</w:t>
      </w:r>
      <w:r>
        <w:rPr>
          <w:rFonts w:ascii="Times New Roman" w:eastAsia="Times New Roman" w:hAnsi="Times New Roman" w:cs="Times New Roman"/>
          <w:color w:val="000000"/>
        </w:rPr>
        <w:t>F</w:t>
      </w:r>
      <w:r>
        <w:rPr>
          <w:rFonts w:ascii="Times New Roman" w:eastAsia="Times New Roman" w:hAnsi="Times New Roman" w:cs="Times New Roman"/>
          <w:color w:val="000000"/>
          <w:vertAlign w:val="subscript"/>
        </w:rPr>
        <w:t>4</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F</w:t>
      </w:r>
      <w:r>
        <w:rPr>
          <w:rFonts w:ascii="宋体" w:eastAsia="宋体" w:hAnsi="宋体" w:cs="宋体"/>
          <w:color w:val="000000"/>
        </w:rPr>
        <w:t>（</w:t>
      </w:r>
      <w:r>
        <w:rPr>
          <w:rFonts w:ascii="Times New Roman" w:eastAsia="Times New Roman" w:hAnsi="Times New Roman" w:cs="Times New Roman"/>
          <w:color w:val="000000"/>
        </w:rPr>
        <w:t>58</w:t>
      </w:r>
      <w:r>
        <w:rPr>
          <w:rFonts w:ascii="宋体" w:eastAsia="宋体" w:hAnsi="宋体" w:cs="宋体"/>
          <w:color w:val="000000"/>
        </w:rPr>
        <w:t>）＝</w:t>
      </w:r>
      <w:r>
        <w:rPr>
          <w:rFonts w:ascii="Times New Roman" w:eastAsia="Times New Roman" w:hAnsi="Times New Roman" w:cs="Times New Roman"/>
          <w:color w:val="000000"/>
        </w:rPr>
        <w:t>5</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+8</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=89</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F</w:t>
      </w:r>
      <w:r>
        <w:rPr>
          <w:rFonts w:ascii="Times New Roman" w:eastAsia="Times New Roman" w:hAnsi="Times New Roman" w:cs="Times New Roman"/>
          <w:color w:val="000000"/>
          <w:vertAlign w:val="subscript"/>
        </w:rPr>
        <w:t>5</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F</w:t>
      </w:r>
      <w:r>
        <w:rPr>
          <w:rFonts w:ascii="宋体" w:eastAsia="宋体" w:hAnsi="宋体" w:cs="宋体"/>
          <w:color w:val="000000"/>
        </w:rPr>
        <w:t>（</w:t>
      </w:r>
      <w:r>
        <w:rPr>
          <w:rFonts w:ascii="Times New Roman" w:eastAsia="Times New Roman" w:hAnsi="Times New Roman" w:cs="Times New Roman"/>
          <w:color w:val="000000"/>
        </w:rPr>
        <w:t>89</w:t>
      </w:r>
      <w:r>
        <w:rPr>
          <w:rFonts w:ascii="宋体" w:eastAsia="宋体" w:hAnsi="宋体" w:cs="宋体"/>
          <w:color w:val="000000"/>
        </w:rPr>
        <w:t>）＝</w:t>
      </w:r>
      <w:r>
        <w:rPr>
          <w:rFonts w:ascii="Times New Roman" w:eastAsia="Times New Roman" w:hAnsi="Times New Roman" w:cs="Times New Roman"/>
          <w:color w:val="000000"/>
        </w:rPr>
        <w:t>8</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+9</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=145</w:t>
      </w:r>
      <w:r>
        <w:rPr>
          <w:rFonts w:ascii="宋体" w:eastAsia="宋体" w:hAnsi="宋体" w:cs="宋体"/>
          <w:color w:val="000000"/>
        </w:rPr>
        <w:t>，</w:t>
      </w:r>
      <w:r>
        <w:rPr>
          <w:rFonts w:ascii="Times New Roman" w:eastAsia="Times New Roman" w:hAnsi="Times New Roman" w:cs="Times New Roman"/>
          <w:color w:val="000000"/>
        </w:rPr>
        <w:t>F</w:t>
      </w:r>
      <w:r>
        <w:rPr>
          <w:rFonts w:ascii="Times New Roman" w:eastAsia="Times New Roman" w:hAnsi="Times New Roman" w:cs="Times New Roman"/>
          <w:color w:val="000000"/>
          <w:vertAlign w:val="subscript"/>
        </w:rPr>
        <w:t>6</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F</w:t>
      </w:r>
      <w:r>
        <w:rPr>
          <w:rFonts w:ascii="宋体" w:eastAsia="宋体" w:hAnsi="宋体" w:cs="宋体"/>
          <w:color w:val="000000"/>
        </w:rPr>
        <w:t>（</w:t>
      </w:r>
      <w:r>
        <w:rPr>
          <w:rFonts w:ascii="Times New Roman" w:eastAsia="Times New Roman" w:hAnsi="Times New Roman" w:cs="Times New Roman"/>
          <w:color w:val="000000"/>
        </w:rPr>
        <w:t>145</w:t>
      </w:r>
      <w:r>
        <w:rPr>
          <w:rFonts w:ascii="宋体" w:eastAsia="宋体" w:hAnsi="宋体" w:cs="宋体"/>
          <w:color w:val="000000"/>
        </w:rPr>
        <w:t>）＝</w:t>
      </w:r>
      <w:r>
        <w:rPr>
          <w:rFonts w:ascii="Times New Roman" w:eastAsia="Times New Roman" w:hAnsi="Times New Roman" w:cs="Times New Roman"/>
          <w:color w:val="000000"/>
        </w:rPr>
        <w:t>1</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+5</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=26</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F</w:t>
      </w:r>
      <w:r>
        <w:rPr>
          <w:rFonts w:ascii="Times New Roman" w:eastAsia="Times New Roman" w:hAnsi="Times New Roman" w:cs="Times New Roman"/>
          <w:color w:val="000000"/>
          <w:vertAlign w:val="subscript"/>
        </w:rPr>
        <w:t>7</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F</w:t>
      </w:r>
      <w:r>
        <w:rPr>
          <w:rFonts w:ascii="宋体" w:eastAsia="宋体" w:hAnsi="宋体" w:cs="宋体"/>
          <w:color w:val="000000"/>
        </w:rPr>
        <w:t>（</w:t>
      </w:r>
      <w:r>
        <w:rPr>
          <w:rFonts w:ascii="Times New Roman" w:eastAsia="Times New Roman" w:hAnsi="Times New Roman" w:cs="Times New Roman"/>
          <w:color w:val="000000"/>
        </w:rPr>
        <w:t>26</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+6</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=40</w:t>
      </w:r>
      <w:r>
        <w:rPr>
          <w:rFonts w:ascii="宋体" w:eastAsia="宋体" w:hAnsi="宋体" w:cs="宋体"/>
          <w:color w:val="000000"/>
        </w:rPr>
        <w:t>，</w:t>
      </w:r>
      <w:r>
        <w:rPr>
          <w:rFonts w:ascii="Times New Roman" w:eastAsia="Times New Roman" w:hAnsi="Times New Roman" w:cs="Times New Roman"/>
          <w:color w:val="000000"/>
        </w:rPr>
        <w:t>F</w:t>
      </w:r>
      <w:r>
        <w:rPr>
          <w:rFonts w:ascii="Times New Roman" w:eastAsia="Times New Roman" w:hAnsi="Times New Roman" w:cs="Times New Roman"/>
          <w:color w:val="000000"/>
          <w:vertAlign w:val="subscript"/>
        </w:rPr>
        <w:t>8</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F</w:t>
      </w:r>
      <w:r>
        <w:rPr>
          <w:rFonts w:ascii="宋体" w:eastAsia="宋体" w:hAnsi="宋体" w:cs="宋体"/>
          <w:color w:val="000000"/>
        </w:rPr>
        <w:t>（</w:t>
      </w:r>
      <w:r>
        <w:rPr>
          <w:rFonts w:ascii="Times New Roman" w:eastAsia="Times New Roman" w:hAnsi="Times New Roman" w:cs="Times New Roman"/>
          <w:color w:val="000000"/>
        </w:rPr>
        <w:t>40</w:t>
      </w:r>
      <w:r>
        <w:rPr>
          <w:rFonts w:ascii="宋体" w:eastAsia="宋体" w:hAnsi="宋体" w:cs="宋体"/>
          <w:color w:val="000000"/>
        </w:rPr>
        <w:t>）＝</w:t>
      </w:r>
      <w:r>
        <w:rPr>
          <w:rFonts w:ascii="Times New Roman" w:eastAsia="Times New Roman" w:hAnsi="Times New Roman" w:cs="Times New Roman"/>
          <w:color w:val="000000"/>
        </w:rPr>
        <w:t>4</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+0=16</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通过计算发现，</w:t>
      </w:r>
      <w:r>
        <w:rPr>
          <w:rFonts w:ascii="Times New Roman" w:eastAsia="Times New Roman" w:hAnsi="Times New Roman" w:cs="Times New Roman"/>
          <w:color w:val="000000"/>
        </w:rPr>
        <w:t>F</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F</w:t>
      </w:r>
      <w:r>
        <w:rPr>
          <w:rFonts w:ascii="Times New Roman" w:eastAsia="Times New Roman" w:hAnsi="Times New Roman" w:cs="Times New Roman"/>
          <w:color w:val="000000"/>
          <w:vertAlign w:val="subscript"/>
        </w:rPr>
        <w:t>8</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2019</w:t>
      </w: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w:t>
      </w:r>
      <w:r>
        <w:rPr>
          <w:rFonts w:ascii="Times New Roman" w:eastAsia="Times New Roman" w:hAnsi="Times New Roman" w:cs="Times New Roman"/>
          <w:color w:val="000000"/>
        </w:rPr>
        <w:t>288</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F</w:t>
      </w:r>
      <w:r>
        <w:rPr>
          <w:rFonts w:ascii="Times New Roman" w:eastAsia="Times New Roman" w:hAnsi="Times New Roman" w:cs="Times New Roman"/>
          <w:color w:val="000000"/>
          <w:vertAlign w:val="subscript"/>
        </w:rPr>
        <w:t>2019</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F</w:t>
      </w:r>
      <w:r>
        <w:rPr>
          <w:rFonts w:ascii="Times New Roman" w:eastAsia="Times New Roman" w:hAnsi="Times New Roman" w:cs="Times New Roman"/>
          <w:color w:val="000000"/>
          <w:vertAlign w:val="subscript"/>
        </w:rPr>
        <w:t>3</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58</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故答案为</w:t>
      </w:r>
      <w:r>
        <w:rPr>
          <w:rFonts w:ascii="Times New Roman" w:eastAsia="Times New Roman" w:hAnsi="Times New Roman" w:cs="Times New Roman"/>
          <w:color w:val="000000"/>
        </w:rPr>
        <w:t>16</w:t>
      </w:r>
      <w:r>
        <w:rPr>
          <w:rFonts w:ascii="宋体" w:eastAsia="宋体" w:hAnsi="宋体" w:cs="宋体"/>
          <w:color w:val="000000"/>
        </w:rPr>
        <w:t>，</w:t>
      </w:r>
      <w:r>
        <w:rPr>
          <w:rFonts w:ascii="Times New Roman" w:eastAsia="Times New Roman" w:hAnsi="Times New Roman" w:cs="Times New Roman"/>
          <w:color w:val="000000"/>
        </w:rPr>
        <w:t>58</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color w:val="000000"/>
        </w:rPr>
        <w:t>【点睛】</w:t>
      </w:r>
      <w:r>
        <w:rPr>
          <w:rFonts w:ascii="宋体" w:eastAsia="宋体" w:hAnsi="宋体" w:cs="宋体"/>
          <w:color w:val="000000"/>
        </w:rPr>
        <w:t>本题考查有理数的乘方；能准确理解定义，多计算一些数字，进而确定循环规律是解题关键．</w:t>
      </w:r>
    </w:p>
    <w:p>
      <w:pPr>
        <w:spacing w:line="360" w:lineRule="auto"/>
        <w:jc w:val="left"/>
        <w:textAlignment w:val="center"/>
        <w:rPr>
          <w:rFonts w:ascii="Times New Roman" w:eastAsia="Times New Roman" w:hAnsi="Times New Roman" w:cs="Times New Roman"/>
          <w:b/>
          <w:color w:val="000000"/>
          <w:sz w:val="24"/>
        </w:rPr>
      </w:pPr>
      <w:r>
        <w:rPr>
          <w:rFonts w:ascii="宋体" w:eastAsia="宋体" w:hAnsi="宋体" w:cs="宋体"/>
          <w:b/>
          <w:color w:val="000000"/>
          <w:sz w:val="24"/>
        </w:rPr>
        <w:t>三、计算题</w:t>
      </w:r>
      <w:r>
        <w:rPr>
          <w:rFonts w:ascii="Times New Roman" w:eastAsia="Times New Roman" w:hAnsi="Times New Roman" w:cs="Times New Roman"/>
          <w:b/>
          <w:color w:val="000000"/>
          <w:sz w:val="24"/>
        </w:rPr>
        <w:t>(</w:t>
      </w:r>
      <w:r>
        <w:rPr>
          <w:rFonts w:ascii="宋体" w:eastAsia="宋体" w:hAnsi="宋体" w:cs="宋体"/>
          <w:b/>
          <w:color w:val="000000"/>
          <w:sz w:val="24"/>
        </w:rPr>
        <w:t>本题共</w:t>
      </w:r>
      <w:r>
        <w:rPr>
          <w:rFonts w:ascii="Times New Roman" w:eastAsia="Times New Roman" w:hAnsi="Times New Roman" w:cs="Times New Roman"/>
          <w:b/>
          <w:color w:val="000000"/>
          <w:sz w:val="24"/>
        </w:rPr>
        <w:t>16</w:t>
      </w:r>
      <w:r>
        <w:rPr>
          <w:rFonts w:ascii="宋体" w:eastAsia="宋体" w:hAnsi="宋体" w:cs="宋体"/>
          <w:b/>
          <w:color w:val="000000"/>
          <w:sz w:val="24"/>
        </w:rPr>
        <w:t>分，每小题</w:t>
      </w:r>
      <w:r>
        <w:rPr>
          <w:rFonts w:ascii="Times New Roman" w:eastAsia="Times New Roman" w:hAnsi="Times New Roman" w:cs="Times New Roman"/>
          <w:b/>
          <w:color w:val="000000"/>
          <w:sz w:val="24"/>
        </w:rPr>
        <w:t>8</w:t>
      </w:r>
      <w:r>
        <w:rPr>
          <w:rFonts w:ascii="宋体" w:eastAsia="宋体" w:hAnsi="宋体" w:cs="宋体"/>
          <w:b/>
          <w:color w:val="000000"/>
          <w:sz w:val="24"/>
        </w:rPr>
        <w:t>分</w:t>
      </w:r>
      <w:r>
        <w:rPr>
          <w:rFonts w:ascii="Times New Roman" w:eastAsia="Times New Roman" w:hAnsi="Times New Roman" w:cs="Times New Roman"/>
          <w:b/>
          <w:color w:val="000000"/>
          <w:sz w:val="24"/>
        </w:rPr>
        <w:t>)</w:t>
      </w:r>
    </w:p>
    <w:p>
      <w:pPr>
        <w:pStyle w:val="Heading2"/>
      </w:pPr>
      <w:r>
        <w:t>北京教育学院附属中学</w:t>
      </w:r>
    </w:p>
    <w:p>
      <w:pPr>
        <w:pStyle w:val="Normal"/>
        <w:spacing w:lineRule="auto" w:line="360"/>
        <w:jc w:val="start"/>
        <w:textAlignment w:val="center"/>
        <w:rPr>
          <w:color w:val="000000"/>
        </w:rPr>
      </w:pPr>
      <w:r>
        <w:rPr>
          <w:color w:val="000000"/>
        </w:rPr>
        <w:t xml:space="preserve">25. </w:t>
      </w:r>
      <w:r>
        <w:rPr/>
        <w:pict>
          <v:shape id="_x0000_i721110" type="_x0000_tole_rId385" style="width:152.3pt;height:28.5pt" filled="f" o:ole="">
            <v:imagedata r:id="rId159" o:title=""/>
          </v:shape>
        </w:pict>
      </w:r>
    </w:p>
    <w:p>
      <w:pPr>
        <w:pStyle w:val="Normal"/>
        <w:spacing w:lineRule="auto" w:line="360"/>
        <w:textAlignment w:val="center"/>
        <w:rPr/>
      </w:pPr>
      <w:r>
        <w:rPr>
          <w:color w:val="2E75B6"/>
        </w:rPr>
        <w:t>【答案】</w:t>
      </w:r>
      <w:r>
        <w:rPr>
          <w:rFonts w:ascii="Time New Romans" w:hAnsi="Time New Romans" w:cs="Time New Romans" w:eastAsia="Time New Romans"/>
          <w:color w:val="000000"/>
        </w:rPr>
        <w:t>－</w:t>
      </w:r>
      <w:r>
        <w:rPr>
          <w:rFonts w:eastAsia="Time New Romans" w:cs="Time New Romans" w:ascii="Time New Romans" w:hAnsi="Time New Romans"/>
          <w:color w:val="000000"/>
        </w:rPr>
        <w:t>10</w:t>
      </w:r>
    </w:p>
    <w:p>
      <w:pPr>
        <w:pStyle w:val="Normal"/>
        <w:spacing w:lineRule="auto" w:line="360"/>
        <w:textAlignment w:val="center"/>
        <w:rPr>
          <w:color w:val="000000"/>
        </w:rPr>
      </w:pPr>
      <w:r>
        <w:rPr>
          <w:color w:val="2E75B6"/>
        </w:rPr>
        <w:t>【解析】</w:t>
      </w:r>
    </w:p>
    <w:p>
      <w:pPr>
        <w:pStyle w:val="Normal"/>
        <w:spacing w:lineRule="auto" w:line="360"/>
        <w:textAlignment w:val="center"/>
        <w:rPr/>
      </w:pPr>
      <w:r>
        <w:rPr>
          <w:color w:val="000000"/>
        </w:rPr>
        <w:t>【详解】</w:t>
      </w:r>
      <w:r>
        <w:rPr>
          <w:rFonts w:ascii="宋体;SimSun" w:hAnsi="宋体;SimSun" w:cs="宋体;SimSun"/>
          <w:color w:val="000000"/>
        </w:rPr>
        <w:t>试题分析：根据有理数加减乘除混合运算法则计算即可</w:t>
      </w:r>
      <w:r>
        <w:rPr>
          <w:rFonts w:ascii="Times New Roman" w:hAnsi="Times New Roman" w:cs="Times New Roman" w:eastAsia="Times New Roman"/>
          <w:color w:val="000000"/>
        </w:rPr>
        <w:t>．</w:t>
      </w:r>
    </w:p>
    <w:p>
      <w:pPr>
        <w:pStyle w:val="Normal"/>
        <w:spacing w:lineRule="auto" w:line="360"/>
        <w:jc w:val="start"/>
        <w:textAlignment w:val="center"/>
        <w:rPr/>
      </w:pPr>
      <w:r>
        <w:rPr>
          <w:rFonts w:ascii="宋体;SimSun" w:hAnsi="宋体;SimSun" w:cs="宋体;SimSun"/>
          <w:color w:val="000000"/>
        </w:rPr>
        <w:t>试题解析：解：原式</w:t>
      </w:r>
      <w:r>
        <w:rPr>
          <w:rFonts w:eastAsia="Times New Roman" w:cs="Times New Roman"/>
          <w:color w:val="000000"/>
        </w:rPr>
        <w:t>=</w:t>
      </w:r>
      <w:r>
        <w:rPr/>
        <w:pict>
          <v:shape id="_x0000_i721111" type="_x0000_tole_rId387" style="width:121.5pt;height:30pt" filled="f" o:ole="">
            <v:imagedata r:id="rId160" o:title=""/>
          </v:shape>
        </w:pict>
      </w:r>
      <w:r>
        <w:rPr>
          <w:rFonts w:eastAsia="Times New Roman" w:cs="Times New Roman"/>
          <w:color w:val="000000"/>
        </w:rPr>
        <w:t>=</w:t>
      </w:r>
      <w:r>
        <w:rPr/>
        <w:pict>
          <v:shape id="_x0000_i721112" type="_x0000_tole_rId389" style="width:89.25pt;height:30.75pt" filled="f" o:ole="">
            <v:imagedata r:id="rId161" o:title=""/>
          </v:shape>
        </w:pict>
      </w:r>
      <w:r>
        <w:rPr>
          <w:rFonts w:eastAsia="Times New Roman" w:cs="Times New Roman"/>
          <w:color w:val="000000"/>
        </w:rPr>
        <w:t>=</w:t>
      </w:r>
      <w:r>
        <w:rPr/>
        <w:pict>
          <v:shape id="_x0000_i721113" type="_x0000_tole_rId391" style="width:60.75pt;height:14.25pt" filled="f" o:ole="">
            <v:imagedata r:id="rId162" o:title=""/>
          </v:shape>
        </w:pict>
      </w:r>
      <w:r>
        <w:rPr>
          <w:rFonts w:eastAsia="Times New Roman" w:cs="Times New Roman"/>
          <w:color w:val="000000"/>
        </w:rPr>
        <w:t>=</w:t>
      </w:r>
      <w:r>
        <w:rPr>
          <w:rFonts w:ascii="Times New Roman" w:hAnsi="Times New Roman" w:cs="Times New Roman" w:eastAsia="Times New Roman"/>
          <w:color w:val="000000"/>
        </w:rPr>
        <w:t>－</w:t>
      </w:r>
      <w:r>
        <w:rPr>
          <w:rFonts w:eastAsia="Times New Roman" w:cs="Times New Roman"/>
          <w:color w:val="000000"/>
        </w:rPr>
        <w:t>10</w:t>
      </w:r>
      <w:r>
        <w:rPr>
          <w:rFonts w:ascii="Times New Roman" w:hAnsi="Times New Roman" w:cs="Times New Roman" w:eastAsia="Times New Roman"/>
          <w:color w:val="000000"/>
        </w:rPr>
        <w:t>．</w:t>
      </w:r>
    </w:p>
    <w:p>
      <w:pPr>
        <w:pStyle w:val="Heading2"/>
      </w:pPr>
      <w:r>
        <w:t>北京景山学校</w:t>
      </w:r>
    </w:p>
    <w:p>
      <w:pPr>
        <w:spacing w:line="360" w:lineRule="auto"/>
        <w:jc w:val="left"/>
        <w:textAlignment w:val="center"/>
        <w:rPr>
          <w:color w:val="000000"/>
        </w:rPr>
      </w:pPr>
      <w:r>
        <w:rPr>
          <w:color w:val="000000"/>
        </w:rPr>
        <w:t xml:space="preserve">16. </w:t>
      </w:r>
      <w:r>
        <w:rPr>
          <w:rFonts w:ascii="宋体" w:eastAsia="宋体" w:hAnsi="宋体" w:cs="宋体"/>
          <w:color w:val="000000"/>
        </w:rPr>
        <w:t>电子青蛙落在数轴上的某一点</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0</w:t>
      </w:r>
      <w:r>
        <w:rPr>
          <w:rFonts w:ascii="宋体" w:eastAsia="宋体" w:hAnsi="宋体" w:cs="宋体"/>
          <w:color w:val="000000"/>
        </w:rPr>
        <w:t>，第一步从</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0</w:t>
      </w:r>
      <w:r>
        <w:rPr>
          <w:rFonts w:ascii="宋体" w:eastAsia="宋体" w:hAnsi="宋体" w:cs="宋体"/>
          <w:color w:val="000000"/>
        </w:rPr>
        <w:t>向左跳</w:t>
      </w:r>
      <w:r>
        <w:rPr>
          <w:rFonts w:ascii="Times New Roman" w:eastAsia="Times New Roman" w:hAnsi="Times New Roman" w:cs="Times New Roman"/>
          <w:color w:val="000000"/>
        </w:rPr>
        <w:t>1</w:t>
      </w:r>
      <w:r>
        <w:rPr>
          <w:rFonts w:ascii="宋体" w:eastAsia="宋体" w:hAnsi="宋体" w:cs="宋体"/>
          <w:color w:val="000000"/>
        </w:rPr>
        <w:t>个单位到</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1</w:t>
      </w:r>
      <w:r>
        <w:rPr>
          <w:rFonts w:ascii="宋体" w:eastAsia="宋体" w:hAnsi="宋体" w:cs="宋体"/>
          <w:color w:val="000000"/>
        </w:rPr>
        <w:t>，第二步由</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1</w:t>
      </w:r>
      <w:r>
        <w:rPr>
          <w:rFonts w:ascii="宋体" w:eastAsia="宋体" w:hAnsi="宋体" w:cs="宋体"/>
          <w:color w:val="000000"/>
        </w:rPr>
        <w:t>向右跳</w:t>
      </w:r>
      <w:r>
        <w:rPr>
          <w:rFonts w:ascii="Times New Roman" w:eastAsia="Times New Roman" w:hAnsi="Times New Roman" w:cs="Times New Roman"/>
          <w:color w:val="000000"/>
        </w:rPr>
        <w:t>2</w:t>
      </w:r>
      <w:r>
        <w:rPr>
          <w:rFonts w:ascii="宋体" w:eastAsia="宋体" w:hAnsi="宋体" w:cs="宋体"/>
          <w:color w:val="000000"/>
        </w:rPr>
        <w:t>个单位到</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2</w:t>
      </w:r>
      <w:r>
        <w:rPr>
          <w:rFonts w:ascii="宋体" w:eastAsia="宋体" w:hAnsi="宋体" w:cs="宋体"/>
          <w:color w:val="000000"/>
        </w:rPr>
        <w:t>，第三步由</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2</w:t>
      </w:r>
      <w:r>
        <w:rPr>
          <w:rFonts w:ascii="宋体" w:eastAsia="宋体" w:hAnsi="宋体" w:cs="宋体"/>
          <w:color w:val="000000"/>
        </w:rPr>
        <w:t>向左跳</w:t>
      </w:r>
      <w:r>
        <w:rPr>
          <w:rFonts w:ascii="Times New Roman" w:eastAsia="Times New Roman" w:hAnsi="Times New Roman" w:cs="Times New Roman"/>
          <w:color w:val="000000"/>
        </w:rPr>
        <w:t>3</w:t>
      </w:r>
      <w:r>
        <w:rPr>
          <w:rFonts w:ascii="宋体" w:eastAsia="宋体" w:hAnsi="宋体" w:cs="宋体"/>
          <w:color w:val="000000"/>
        </w:rPr>
        <w:t>个单位到</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3</w:t>
      </w:r>
      <w:r>
        <w:rPr>
          <w:rFonts w:ascii="宋体" w:eastAsia="宋体" w:hAnsi="宋体" w:cs="宋体"/>
          <w:color w:val="000000"/>
        </w:rPr>
        <w:t>，第四步由</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3</w:t>
      </w:r>
      <w:r>
        <w:rPr>
          <w:rFonts w:ascii="宋体" w:eastAsia="宋体" w:hAnsi="宋体" w:cs="宋体"/>
          <w:color w:val="000000"/>
        </w:rPr>
        <w:t>向右跳</w:t>
      </w:r>
      <w:r>
        <w:rPr>
          <w:rFonts w:ascii="Times New Roman" w:eastAsia="Times New Roman" w:hAnsi="Times New Roman" w:cs="Times New Roman"/>
          <w:color w:val="000000"/>
        </w:rPr>
        <w:t>4</w:t>
      </w:r>
      <w:r>
        <w:rPr>
          <w:rFonts w:ascii="宋体" w:eastAsia="宋体" w:hAnsi="宋体" w:cs="宋体"/>
          <w:color w:val="000000"/>
        </w:rPr>
        <w:t>个单位到</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4</w:t>
      </w:r>
      <w:r>
        <w:rPr>
          <w:rFonts w:ascii="宋体" w:eastAsia="宋体" w:hAnsi="宋体" w:cs="宋体"/>
          <w:color w:val="000000"/>
        </w:rPr>
        <w:t>，……，按以上规律，如果点</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0</w:t>
      </w:r>
      <w:r>
        <w:rPr>
          <w:rFonts w:ascii="宋体" w:eastAsia="宋体" w:hAnsi="宋体" w:cs="宋体"/>
          <w:color w:val="000000"/>
        </w:rPr>
        <w:t>对应原点，则点</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6</w:t>
      </w:r>
      <w:r>
        <w:rPr>
          <w:rFonts w:ascii="宋体" w:eastAsia="宋体" w:hAnsi="宋体" w:cs="宋体"/>
          <w:color w:val="000000"/>
        </w:rPr>
        <w:t>所表示的数是</w:t>
      </w:r>
      <w:r>
        <w:rPr>
          <w:color w:val="000000"/>
        </w:rPr>
        <w:t>_______</w:t>
      </w:r>
      <w:r>
        <w:rPr>
          <w:rFonts w:ascii="宋体" w:eastAsia="宋体" w:hAnsi="宋体" w:cs="宋体"/>
          <w:color w:val="000000"/>
        </w:rPr>
        <w:t>；如果跳完第</w:t>
      </w:r>
      <w:r>
        <w:rPr>
          <w:rFonts w:ascii="Times New Roman" w:eastAsia="Times New Roman" w:hAnsi="Times New Roman" w:cs="Times New Roman"/>
          <w:color w:val="000000"/>
        </w:rPr>
        <w:t>2021</w:t>
      </w:r>
      <w:r>
        <w:rPr>
          <w:rFonts w:ascii="宋体" w:eastAsia="宋体" w:hAnsi="宋体" w:cs="宋体"/>
          <w:color w:val="000000"/>
        </w:rPr>
        <w:t>步，电子青蛙落在原点，则它的初始位置</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0</w:t>
      </w:r>
      <w:r>
        <w:rPr>
          <w:rFonts w:ascii="宋体" w:eastAsia="宋体" w:hAnsi="宋体" w:cs="宋体"/>
          <w:color w:val="000000"/>
        </w:rPr>
        <w:t>点所表示的数是</w:t>
      </w:r>
      <w:r>
        <w:rPr>
          <w:color w:val="000000"/>
        </w:rPr>
        <w:t>______</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 xml:space="preserve">    ①. </w:t>
      </w:r>
      <w:r>
        <w:rPr>
          <w:rFonts w:ascii="Times New Roman" w:eastAsia="Times New Roman" w:hAnsi="Times New Roman" w:cs="Times New Roman"/>
          <w:color w:val="000000"/>
        </w:rPr>
        <w:t>3</w:t>
      </w:r>
      <w:r>
        <w:rPr>
          <w:color w:val="000000"/>
        </w:rPr>
        <w:t xml:space="preserve">    ②. </w:t>
      </w:r>
      <w:r>
        <w:rPr>
          <w:rFonts w:ascii="Times New Roman" w:eastAsia="Times New Roman" w:hAnsi="Times New Roman" w:cs="Times New Roman"/>
          <w:color w:val="000000"/>
        </w:rPr>
        <w:t>1011</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根据数轴的性质向左为负，向右为正，列出算式计算即可，然后找出其中的规律，依据规律进行计算即可．</w:t>
      </w:r>
    </w:p>
    <w:p>
      <w:pPr>
        <w:spacing w:line="360" w:lineRule="auto"/>
        <w:jc w:val="left"/>
        <w:textAlignment w:val="center"/>
        <w:rPr>
          <w:color w:val="000000"/>
        </w:rPr>
      </w:pPr>
      <w:r>
        <w:rPr>
          <w:color w:val="000000"/>
        </w:rPr>
        <w:t>【详解】</w:t>
      </w:r>
      <w:r>
        <w:rPr>
          <w:rFonts w:ascii="宋体" w:eastAsia="宋体" w:hAnsi="宋体" w:cs="宋体"/>
          <w:color w:val="000000"/>
        </w:rPr>
        <w:t>解：根据题意：∵点</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0</w:t>
      </w:r>
      <w:r>
        <w:rPr>
          <w:rFonts w:ascii="宋体" w:eastAsia="宋体" w:hAnsi="宋体" w:cs="宋体"/>
          <w:color w:val="000000"/>
        </w:rPr>
        <w:t>对应原点，</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6</w:t>
      </w:r>
      <w:r>
        <w:rPr>
          <w:rFonts w:ascii="宋体" w:eastAsia="宋体" w:hAnsi="宋体" w:cs="宋体"/>
          <w:color w:val="000000"/>
        </w:rPr>
        <w:t>所表示的数是：﹣1+2－3+4－5+6＝3；</w:t>
      </w:r>
    </w:p>
    <w:p>
      <w:pPr>
        <w:spacing w:line="360" w:lineRule="auto"/>
        <w:jc w:val="left"/>
        <w:textAlignment w:val="center"/>
        <w:rPr>
          <w:color w:val="000000"/>
        </w:rPr>
      </w:pPr>
      <w:r>
        <w:rPr>
          <w:rFonts w:ascii="宋体" w:eastAsia="宋体" w:hAnsi="宋体" w:cs="宋体"/>
          <w:color w:val="000000"/>
        </w:rPr>
        <w:t>设</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0</w:t>
      </w:r>
      <w:r>
        <w:rPr>
          <w:rFonts w:ascii="宋体" w:eastAsia="宋体" w:hAnsi="宋体" w:cs="宋体"/>
          <w:color w:val="000000"/>
        </w:rPr>
        <w:t>点所表示的数为</w:t>
      </w:r>
      <w:r>
        <w:rPr>
          <w:rFonts w:ascii="Times New Roman" w:eastAsia="Times New Roman" w:hAnsi="Times New Roman" w:cs="Times New Roman"/>
          <w:i/>
          <w:color w:val="000000"/>
        </w:rPr>
        <w:t>a</w:t>
      </w:r>
      <w:r>
        <w:rPr>
          <w:rFonts w:ascii="宋体" w:eastAsia="宋体" w:hAnsi="宋体" w:cs="宋体"/>
          <w:color w:val="000000"/>
        </w:rPr>
        <w:t>，则</w:t>
      </w:r>
    </w:p>
    <w:p>
      <w:pPr>
        <w:spacing w:line="360" w:lineRule="auto"/>
        <w:jc w:val="left"/>
        <w:textAlignment w:val="center"/>
        <w:rPr>
          <w:color w:val="000000"/>
        </w:rPr>
      </w:pPr>
      <w:r>
        <w:rPr>
          <w:rFonts w:ascii="Times New Roman" w:eastAsia="Times New Roman" w:hAnsi="Times New Roman" w:cs="Times New Roman"/>
          <w:i/>
          <w:color w:val="000000"/>
        </w:rPr>
        <w:t>a</w:t>
      </w:r>
      <w:r>
        <w:rPr>
          <w:rFonts w:ascii="宋体" w:eastAsia="宋体" w:hAnsi="宋体" w:cs="宋体"/>
          <w:color w:val="000000"/>
        </w:rPr>
        <w:t>﹣1+2－3+4－5+6…－2019+2020－2021＝0</w:t>
      </w:r>
    </w:p>
    <w:p>
      <w:pPr>
        <w:spacing w:line="360" w:lineRule="auto"/>
        <w:jc w:val="left"/>
        <w:textAlignment w:val="center"/>
        <w:rPr>
          <w:color w:val="000000"/>
        </w:rPr>
      </w:pPr>
      <w:r>
        <w:rPr>
          <w:rFonts w:ascii="Times New Roman" w:eastAsia="Times New Roman" w:hAnsi="Times New Roman" w:cs="Times New Roman"/>
          <w:i/>
          <w:color w:val="000000"/>
        </w:rPr>
        <w:t>a</w:t>
      </w:r>
      <w:r>
        <w:rPr>
          <w:rFonts w:ascii="Times New Roman" w:eastAsia="Times New Roman" w:hAnsi="Times New Roman" w:cs="Times New Roman"/>
          <w:color w:val="000000"/>
        </w:rPr>
        <w:t>+</w:t>
      </w:r>
      <w:r>
        <w:rPr>
          <w:rFonts w:ascii="宋体" w:eastAsia="宋体" w:hAnsi="宋体" w:cs="宋体"/>
          <w:color w:val="000000"/>
        </w:rPr>
        <w:t>（﹣1+2）+（－3+4）+（－5+6）…+（－2019+2020）－2021＝0，</w:t>
      </w:r>
    </w:p>
    <w:p>
      <w:pPr>
        <w:spacing w:line="360" w:lineRule="auto"/>
        <w:jc w:val="left"/>
        <w:textAlignment w:val="center"/>
        <w:rPr>
          <w:color w:val="000000"/>
        </w:rPr>
      </w:pPr>
      <w:r>
        <w:rPr>
          <w:rFonts w:ascii="Times New Roman" w:eastAsia="Times New Roman" w:hAnsi="Times New Roman" w:cs="Times New Roman"/>
          <w:i/>
          <w:color w:val="000000"/>
        </w:rPr>
        <w:t>a</w:t>
      </w:r>
      <w:r>
        <w:rPr>
          <w:rFonts w:ascii="Times New Roman" w:eastAsia="Times New Roman" w:hAnsi="Times New Roman" w:cs="Times New Roman"/>
          <w:color w:val="000000"/>
        </w:rPr>
        <w:t>+1010</w:t>
      </w:r>
      <w:r>
        <w:rPr>
          <w:rFonts w:ascii="宋体" w:eastAsia="宋体" w:hAnsi="宋体" w:cs="宋体"/>
          <w:color w:val="000000"/>
        </w:rPr>
        <w:t>－2021＝0，</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1011</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1011</w:t>
      </w:r>
    </w:p>
    <w:p>
      <w:pPr>
        <w:spacing w:line="360" w:lineRule="auto"/>
        <w:jc w:val="left"/>
        <w:textAlignment w:val="center"/>
        <w:rPr>
          <w:color w:val="000000"/>
        </w:rPr>
      </w:pPr>
      <w:r>
        <w:rPr>
          <w:color w:val="000000"/>
        </w:rPr>
        <w:t>【点睛】</w:t>
      </w:r>
      <w:r>
        <w:rPr>
          <w:rFonts w:ascii="宋体" w:eastAsia="宋体" w:hAnsi="宋体" w:cs="宋体"/>
          <w:color w:val="000000"/>
        </w:rPr>
        <w:t>此题考查数字的变化规律，数轴的认识、有理数的加减，根据题意列出算式，找出简便计算方法是解题的关键．</w:t>
      </w:r>
    </w:p>
    <w:p>
      <w:pPr>
        <w:spacing w:line="360" w:lineRule="auto"/>
        <w:jc w:val="left"/>
        <w:textAlignment w:val="center"/>
        <w:rPr>
          <w:color w:val="000000"/>
        </w:rPr>
      </w:pPr>
      <w:r>
        <w:rPr>
          <w:rFonts w:ascii="宋体" w:eastAsia="宋体" w:hAnsi="宋体" w:cs="宋体"/>
          <w:b/>
          <w:color w:val="000000"/>
          <w:sz w:val="24"/>
        </w:rPr>
        <w:t>三、解答题（</w:t>
      </w:r>
      <w:r>
        <w:rPr>
          <w:rFonts w:ascii="Times New Roman" w:eastAsia="Times New Roman" w:hAnsi="Times New Roman" w:cs="Times New Roman"/>
          <w:b/>
          <w:color w:val="000000"/>
          <w:sz w:val="24"/>
        </w:rPr>
        <w:t>17</w:t>
      </w:r>
      <w:r>
        <w:rPr>
          <w:rFonts w:ascii="宋体" w:eastAsia="宋体" w:hAnsi="宋体" w:cs="宋体"/>
          <w:b/>
          <w:color w:val="000000"/>
          <w:sz w:val="24"/>
        </w:rPr>
        <w:t>题每小题</w:t>
      </w:r>
      <w:r>
        <w:rPr>
          <w:rFonts w:ascii="Times New Roman" w:eastAsia="Times New Roman" w:hAnsi="Times New Roman" w:cs="Times New Roman"/>
          <w:b/>
          <w:color w:val="000000"/>
          <w:sz w:val="24"/>
        </w:rPr>
        <w:t>1</w:t>
      </w:r>
      <w:r>
        <w:rPr>
          <w:rFonts w:ascii="宋体" w:eastAsia="宋体" w:hAnsi="宋体" w:cs="宋体"/>
          <w:b/>
          <w:color w:val="000000"/>
          <w:sz w:val="24"/>
        </w:rPr>
        <w:t>分，</w:t>
      </w:r>
      <w:r>
        <w:rPr>
          <w:rFonts w:ascii="Times New Roman" w:eastAsia="Times New Roman" w:hAnsi="Times New Roman" w:cs="Times New Roman"/>
          <w:b/>
          <w:color w:val="000000"/>
          <w:sz w:val="24"/>
        </w:rPr>
        <w:t>18</w:t>
      </w:r>
      <w:r>
        <w:rPr>
          <w:rFonts w:ascii="宋体" w:eastAsia="宋体" w:hAnsi="宋体" w:cs="宋体"/>
          <w:b/>
          <w:color w:val="000000"/>
          <w:sz w:val="24"/>
        </w:rPr>
        <w:t>－</w:t>
      </w:r>
      <w:r>
        <w:rPr>
          <w:rFonts w:ascii="Times New Roman" w:eastAsia="Times New Roman" w:hAnsi="Times New Roman" w:cs="Times New Roman"/>
          <w:b/>
          <w:color w:val="000000"/>
          <w:sz w:val="24"/>
        </w:rPr>
        <w:t>20</w:t>
      </w:r>
      <w:r>
        <w:rPr>
          <w:rFonts w:ascii="宋体" w:eastAsia="宋体" w:hAnsi="宋体" w:cs="宋体"/>
          <w:b/>
          <w:color w:val="000000"/>
          <w:sz w:val="24"/>
        </w:rPr>
        <w:t>题每小题</w:t>
      </w:r>
      <w:r>
        <w:rPr>
          <w:rFonts w:ascii="Times New Roman" w:eastAsia="Times New Roman" w:hAnsi="Times New Roman" w:cs="Times New Roman"/>
          <w:b/>
          <w:color w:val="000000"/>
          <w:sz w:val="24"/>
        </w:rPr>
        <w:t>4</w:t>
      </w:r>
      <w:r>
        <w:rPr>
          <w:rFonts w:ascii="宋体" w:eastAsia="宋体" w:hAnsi="宋体" w:cs="宋体"/>
          <w:b/>
          <w:color w:val="000000"/>
          <w:sz w:val="24"/>
        </w:rPr>
        <w:t>分，</w:t>
      </w:r>
      <w:r>
        <w:rPr>
          <w:rFonts w:ascii="Times New Roman" w:eastAsia="Times New Roman" w:hAnsi="Times New Roman" w:cs="Times New Roman"/>
          <w:b/>
          <w:color w:val="000000"/>
          <w:sz w:val="24"/>
        </w:rPr>
        <w:t>21</w:t>
      </w:r>
      <w:r>
        <w:rPr>
          <w:rFonts w:ascii="宋体" w:eastAsia="宋体" w:hAnsi="宋体" w:cs="宋体"/>
          <w:b/>
          <w:color w:val="000000"/>
          <w:sz w:val="24"/>
        </w:rPr>
        <w:t>、</w:t>
      </w:r>
      <w:r>
        <w:rPr>
          <w:rFonts w:ascii="Times New Roman" w:eastAsia="Times New Roman" w:hAnsi="Times New Roman" w:cs="Times New Roman"/>
          <w:b/>
          <w:color w:val="000000"/>
          <w:sz w:val="24"/>
        </w:rPr>
        <w:t>22</w:t>
      </w:r>
      <w:r>
        <w:rPr>
          <w:rFonts w:ascii="宋体" w:eastAsia="宋体" w:hAnsi="宋体" w:cs="宋体"/>
          <w:b/>
          <w:color w:val="000000"/>
          <w:sz w:val="24"/>
        </w:rPr>
        <w:t>题每题</w:t>
      </w:r>
      <w:r>
        <w:rPr>
          <w:rFonts w:ascii="Times New Roman" w:eastAsia="Times New Roman" w:hAnsi="Times New Roman" w:cs="Times New Roman"/>
          <w:b/>
          <w:color w:val="000000"/>
          <w:sz w:val="24"/>
        </w:rPr>
        <w:t>4</w:t>
      </w:r>
      <w:r>
        <w:rPr>
          <w:rFonts w:ascii="宋体" w:eastAsia="宋体" w:hAnsi="宋体" w:cs="宋体"/>
          <w:b/>
          <w:color w:val="000000"/>
          <w:sz w:val="24"/>
        </w:rPr>
        <w:t>分，</w:t>
      </w:r>
      <w:r>
        <w:rPr>
          <w:rFonts w:ascii="Times New Roman" w:eastAsia="Times New Roman" w:hAnsi="Times New Roman" w:cs="Times New Roman"/>
          <w:b/>
          <w:color w:val="000000"/>
          <w:sz w:val="24"/>
        </w:rPr>
        <w:t>23</w:t>
      </w:r>
      <w:r>
        <w:rPr>
          <w:rFonts w:ascii="宋体" w:eastAsia="宋体" w:hAnsi="宋体" w:cs="宋体"/>
          <w:b/>
          <w:color w:val="000000"/>
          <w:sz w:val="24"/>
        </w:rPr>
        <w:t>－</w:t>
      </w:r>
      <w:r>
        <w:rPr>
          <w:rFonts w:ascii="Times New Roman" w:eastAsia="Times New Roman" w:hAnsi="Times New Roman" w:cs="Times New Roman"/>
          <w:b/>
          <w:color w:val="000000"/>
          <w:sz w:val="24"/>
        </w:rPr>
        <w:t>27</w:t>
      </w:r>
      <w:r>
        <w:rPr>
          <w:rFonts w:ascii="宋体" w:eastAsia="宋体" w:hAnsi="宋体" w:cs="宋体"/>
          <w:b/>
          <w:color w:val="000000"/>
          <w:sz w:val="24"/>
        </w:rPr>
        <w:t>题每题</w:t>
      </w:r>
      <w:r>
        <w:rPr>
          <w:rFonts w:ascii="Times New Roman" w:eastAsia="Times New Roman" w:hAnsi="Times New Roman" w:cs="Times New Roman"/>
          <w:b/>
          <w:color w:val="000000"/>
          <w:sz w:val="24"/>
        </w:rPr>
        <w:t>5</w:t>
      </w:r>
      <w:r>
        <w:rPr>
          <w:rFonts w:ascii="宋体" w:eastAsia="宋体" w:hAnsi="宋体" w:cs="宋体"/>
          <w:b/>
          <w:color w:val="000000"/>
          <w:sz w:val="24"/>
        </w:rPr>
        <w:t>分，</w:t>
      </w:r>
      <w:r>
        <w:rPr>
          <w:rFonts w:ascii="Times New Roman" w:eastAsia="Times New Roman" w:hAnsi="Times New Roman" w:cs="Times New Roman"/>
          <w:b/>
          <w:color w:val="000000"/>
          <w:sz w:val="24"/>
        </w:rPr>
        <w:t>28</w:t>
      </w:r>
      <w:r>
        <w:rPr>
          <w:rFonts w:ascii="宋体" w:eastAsia="宋体" w:hAnsi="宋体" w:cs="宋体"/>
          <w:b/>
          <w:color w:val="000000"/>
          <w:sz w:val="24"/>
        </w:rPr>
        <w:t>题</w:t>
      </w:r>
      <w:r>
        <w:rPr>
          <w:rFonts w:ascii="Times New Roman" w:eastAsia="Times New Roman" w:hAnsi="Times New Roman" w:cs="Times New Roman"/>
          <w:b/>
          <w:color w:val="000000"/>
          <w:sz w:val="24"/>
        </w:rPr>
        <w:t>7</w:t>
      </w:r>
      <w:r>
        <w:rPr>
          <w:rFonts w:ascii="宋体" w:eastAsia="宋体" w:hAnsi="宋体" w:cs="宋体"/>
          <w:b/>
          <w:color w:val="000000"/>
          <w:sz w:val="24"/>
        </w:rPr>
        <w:t>分）</w:t>
      </w:r>
    </w:p>
    <w:p>
      <w:pPr>
        <w:pStyle w:val="Heading2"/>
      </w:pPr>
      <w:r>
        <w:t>北京汇文中学</w:t>
      </w:r>
    </w:p>
    <w:p>
      <w:pPr>
        <w:spacing w:line="360" w:lineRule="auto"/>
        <w:jc w:val="left"/>
        <w:textAlignment w:val="center"/>
        <w:rPr>
          <w:rFonts w:ascii="宋体" w:eastAsia="宋体" w:hAnsi="宋体" w:cs="宋体"/>
          <w:color w:val="000000"/>
        </w:rPr>
      </w:pPr>
      <w:r>
        <w:rPr>
          <w:color w:val="000000"/>
        </w:rPr>
        <w:t xml:space="preserve">20. </w:t>
      </w:r>
      <w:r>
        <w:rPr>
          <w:rFonts w:ascii="宋体" w:eastAsia="宋体" w:hAnsi="宋体" w:cs="宋体"/>
          <w:color w:val="000000"/>
        </w:rPr>
        <w:t>图</w:t>
      </w:r>
      <w:r>
        <w:rPr>
          <w:rFonts w:ascii="Times New Roman" w:eastAsia="Times New Roman" w:hAnsi="Times New Roman" w:cs="Times New Roman"/>
          <w:color w:val="000000"/>
        </w:rPr>
        <w:t>1</w:t>
      </w:r>
      <w:r>
        <w:rPr>
          <w:rFonts w:ascii="宋体" w:eastAsia="宋体" w:hAnsi="宋体" w:cs="宋体"/>
          <w:color w:val="000000"/>
        </w:rPr>
        <w:t>是一个</w:t>
      </w:r>
      <w:r>
        <w:pict>
          <v:shape id="_x0000_i721114" type="#_x0000_t75" alt="学科网(www.zxxk.com)--教育资源门户，提供试卷、教案、课件、论文、素材以及各类教学资源下载，还有大量而丰富的教学相关资讯！" style="width:23.25pt;height:12pt" o:oleicon="f" o:ole="">
            <v:imagedata r:id="rId163" o:title="eqId7b72fcdc709e77910cd36a26369648b3"/>
          </v:shape>
        </w:pict>
      </w:r>
      <w:r>
        <w:rPr>
          <w:rFonts w:ascii="宋体" w:eastAsia="宋体" w:hAnsi="宋体" w:cs="宋体"/>
          <w:color w:val="000000"/>
        </w:rPr>
        <w:t>正方形网格，两条网格线的交点叫做格点．甲、乙两人在网格中进行游戏，规则如下：</w:t>
      </w:r>
    </w:p>
    <w:p>
      <w:pPr>
        <w:spacing w:line="360" w:lineRule="auto"/>
        <w:jc w:val="left"/>
        <w:textAlignment w:val="center"/>
        <w:rPr>
          <w:color w:val="000000"/>
        </w:rPr>
      </w:pPr>
      <w:r>
        <w:rPr>
          <w:rFonts w:ascii="宋体" w:eastAsia="宋体" w:hAnsi="宋体" w:cs="宋体"/>
          <w:color w:val="000000"/>
        </w:rPr>
        <w:drawing>
          <wp:inline>
            <wp:extent cx="1647825" cy="1914525"/>
            <wp:docPr id="405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4" name=""/>
                    <pic:cNvPicPr>
                      <a:picLocks noChangeAspect="1"/>
                    </pic:cNvPicPr>
                  </pic:nvPicPr>
                  <pic:blipFill>
                    <a:blip r:embed="rId164"/>
                    <a:stretch>
                      <a:fillRect/>
                    </a:stretch>
                  </pic:blipFill>
                  <pic:spPr>
                    <a:xfrm>
                      <a:off x="0" y="0"/>
                      <a:ext cx="1647825" cy="1914525"/>
                    </a:xfrm>
                    <a:prstGeom prst="rect">
                      <a:avLst/>
                    </a:prstGeom>
                  </pic:spPr>
                </pic:pic>
              </a:graphicData>
            </a:graphic>
          </wp:inline>
        </w:drawing>
      </w:r>
      <w:r>
        <w:rPr>
          <w:rFonts w:ascii="宋体" w:eastAsia="宋体" w:hAnsi="宋体" w:cs="宋体"/>
          <w:color w:val="000000"/>
        </w:rPr>
        <w:br/>
      </w: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7948"/>
      </w:tblGrid>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游戏规则</w:t>
            </w:r>
          </w:p>
          <w:p>
            <w:pPr>
              <w:spacing w:line="360" w:lineRule="auto"/>
              <w:jc w:val="left"/>
              <w:textAlignment w:val="center"/>
              <w:rPr>
                <w:rFonts w:ascii="宋体" w:eastAsia="宋体" w:hAnsi="宋体" w:cs="宋体"/>
                <w:color w:val="000000"/>
              </w:rPr>
            </w:pPr>
            <w:r>
              <w:rPr>
                <w:rFonts w:ascii="Calibri" w:eastAsia="Calibri" w:hAnsi="Calibri" w:cs="Calibri"/>
                <w:i/>
                <w:color w:val="000000"/>
              </w:rPr>
              <w:t>a</w:t>
            </w:r>
            <w:r>
              <w:rPr>
                <w:rFonts w:ascii="宋体" w:eastAsia="宋体" w:hAnsi="宋体" w:cs="宋体"/>
                <w:color w:val="000000"/>
              </w:rPr>
              <w:t>．两人依次在网格中画线段，线段的起点和终点均为格点；</w:t>
            </w:r>
          </w:p>
          <w:p>
            <w:pPr>
              <w:spacing w:line="360" w:lineRule="auto"/>
              <w:jc w:val="left"/>
              <w:textAlignment w:val="center"/>
              <w:rPr>
                <w:rFonts w:ascii="宋体" w:eastAsia="宋体" w:hAnsi="宋体" w:cs="宋体"/>
                <w:color w:val="000000"/>
              </w:rPr>
            </w:pPr>
            <w:r>
              <w:rPr>
                <w:rFonts w:ascii="Calibri" w:eastAsia="Calibri" w:hAnsi="Calibri" w:cs="Calibri"/>
                <w:i/>
                <w:color w:val="000000"/>
              </w:rPr>
              <w:t>b</w:t>
            </w:r>
            <w:r>
              <w:rPr>
                <w:rFonts w:ascii="宋体" w:eastAsia="宋体" w:hAnsi="宋体" w:cs="宋体"/>
                <w:color w:val="000000"/>
              </w:rPr>
              <w:t>．新画线段的起点为前一条线段的终点，且与任意已画出线段不能有其它公共点；</w:t>
            </w:r>
          </w:p>
          <w:p>
            <w:pPr>
              <w:spacing w:line="360" w:lineRule="auto"/>
              <w:jc w:val="left"/>
              <w:textAlignment w:val="center"/>
              <w:rPr>
                <w:rFonts w:ascii="宋体" w:eastAsia="宋体" w:hAnsi="宋体" w:cs="宋体"/>
                <w:color w:val="000000"/>
              </w:rPr>
            </w:pPr>
            <w:r>
              <w:rPr>
                <w:rFonts w:ascii="Calibri" w:eastAsia="Calibri" w:hAnsi="Calibri" w:cs="Calibri"/>
                <w:i/>
                <w:color w:val="000000"/>
              </w:rPr>
              <w:t>c</w:t>
            </w:r>
            <w:r>
              <w:rPr>
                <w:rFonts w:ascii="宋体" w:eastAsia="宋体" w:hAnsi="宋体" w:cs="宋体"/>
                <w:color w:val="000000"/>
              </w:rPr>
              <w:t>．已画出线段的所有端点中，任意三个端点不能在同一条直线上；</w:t>
            </w:r>
          </w:p>
          <w:p>
            <w:pPr>
              <w:spacing w:line="360" w:lineRule="auto"/>
              <w:jc w:val="left"/>
              <w:textAlignment w:val="center"/>
              <w:rPr>
                <w:rFonts w:ascii="宋体" w:eastAsia="宋体" w:hAnsi="宋体" w:cs="宋体"/>
                <w:color w:val="000000"/>
              </w:rPr>
            </w:pPr>
            <w:r>
              <w:rPr>
                <w:rFonts w:ascii="Calibri" w:eastAsia="Calibri" w:hAnsi="Calibri" w:cs="Calibri"/>
                <w:i/>
                <w:color w:val="000000"/>
              </w:rPr>
              <w:t>d</w:t>
            </w:r>
            <w:r>
              <w:rPr>
                <w:rFonts w:ascii="宋体" w:eastAsia="宋体" w:hAnsi="宋体" w:cs="宋体"/>
                <w:color w:val="000000"/>
              </w:rPr>
              <w:t>．当某人无法画出新的线段时，则另一人获胜．</w:t>
            </w:r>
          </w:p>
        </w:tc>
      </w:tr>
    </w:tbl>
    <w:p>
      <w:pPr>
        <w:spacing w:line="360" w:lineRule="auto"/>
        <w:jc w:val="left"/>
        <w:textAlignment w:val="center"/>
        <w:rPr>
          <w:rFonts w:ascii="宋体" w:eastAsia="宋体" w:hAnsi="宋体" w:cs="宋体"/>
          <w:color w:val="000000"/>
        </w:rPr>
      </w:pPr>
      <w:r>
        <w:rPr>
          <w:rFonts w:ascii="宋体" w:eastAsia="宋体" w:hAnsi="宋体" w:cs="宋体"/>
          <w:color w:val="000000"/>
        </w:rPr>
        <w:t>如图</w:t>
      </w:r>
      <w:r>
        <w:rPr>
          <w:rFonts w:ascii="Times New Roman" w:eastAsia="Times New Roman" w:hAnsi="Times New Roman" w:cs="Times New Roman"/>
          <w:color w:val="000000"/>
        </w:rPr>
        <w:t>2</w:t>
      </w:r>
      <w:r>
        <w:rPr>
          <w:rFonts w:ascii="宋体" w:eastAsia="宋体" w:hAnsi="宋体" w:cs="宋体"/>
          <w:color w:val="000000"/>
        </w:rPr>
        <w:t>，甲先画出线段</w:t>
      </w:r>
      <w:r>
        <w:pict>
          <v:shape id="_x0000_i721115" type="#_x0000_t75" alt="学科网(www.zxxk.com)--教育资源门户，提供试卷、教案、课件、论文、素材以及各类教学资源下载，还有大量而丰富的教学相关资讯！" style="width:20.05pt;height:12.6pt" o:oleicon="f" o:ole="">
            <v:imagedata r:id="rId165" o:title="eqIdf52a58fbaf4fea03567e88a9f0f6e37e"/>
          </v:shape>
        </w:pict>
      </w:r>
      <w:r>
        <w:rPr>
          <w:rFonts w:ascii="宋体" w:eastAsia="宋体" w:hAnsi="宋体" w:cs="宋体"/>
          <w:color w:val="000000"/>
        </w:rPr>
        <w:t>，乙随后画出线段</w:t>
      </w:r>
      <w:r>
        <w:pict>
          <v:shape id="_x0000_i721116" type="#_x0000_t75" alt="学科网(www.zxxk.com)--教育资源门户，提供试卷、教案、课件、论文、素材以及各类教学资源下载，还有大量而丰富的教学相关资讯！" style="width:20.2pt;height:14pt" o:oleicon="f" o:ole="">
            <v:imagedata r:id="rId166" o:title="eqId0dc5c9827dfd0be5a9c85962d6ccbfb1"/>
          </v:shape>
        </w:pict>
      </w:r>
      <w:r>
        <w:rPr>
          <w:rFonts w:ascii="宋体" w:eastAsia="宋体" w:hAnsi="宋体" w:cs="宋体"/>
          <w:color w:val="000000"/>
        </w:rPr>
        <w:t>．若这局游戏继续进行下去，最终的获胜者是</w:t>
      </w:r>
      <w:r>
        <w:rPr>
          <w:rFonts w:ascii="宋体" w:eastAsia="宋体" w:hAnsi="宋体" w:cs="宋体"/>
          <w:color w:val="000000"/>
        </w:rPr>
        <w:t>________</w:t>
      </w:r>
      <w:r>
        <w:rPr>
          <w:rFonts w:ascii="宋体" w:eastAsia="宋体" w:hAnsi="宋体" w:cs="宋体"/>
          <w:color w:val="000000"/>
        </w:rPr>
        <w:t>．（填“甲”，“乙”或“不确定”）．</w:t>
      </w:r>
    </w:p>
    <w:p>
      <w:pPr>
        <w:spacing w:line="360" w:lineRule="auto"/>
        <w:jc w:val="left"/>
        <w:textAlignment w:val="center"/>
        <w:rPr>
          <w:color w:val="000000"/>
        </w:rPr>
      </w:pPr>
      <w:r>
        <w:rPr>
          <w:rFonts w:ascii="宋体" w:eastAsia="宋体" w:hAnsi="宋体" w:cs="宋体"/>
          <w:color w:val="000000"/>
        </w:rPr>
        <w:drawing>
          <wp:inline>
            <wp:extent cx="1543050" cy="2066925"/>
            <wp:docPr id="405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6" name=""/>
                    <pic:cNvPicPr>
                      <a:picLocks noChangeAspect="1"/>
                    </pic:cNvPicPr>
                  </pic:nvPicPr>
                  <pic:blipFill>
                    <a:blip r:embed="rId167"/>
                    <a:stretch>
                      <a:fillRect/>
                    </a:stretch>
                  </pic:blipFill>
                  <pic:spPr>
                    <a:xfrm>
                      <a:off x="0" y="0"/>
                      <a:ext cx="1543050" cy="2066925"/>
                    </a:xfrm>
                    <a:prstGeom prst="rect">
                      <a:avLst/>
                    </a:prstGeom>
                  </pic:spPr>
                </pic:pic>
              </a:graphicData>
            </a:graphic>
          </wp:inline>
        </w:drawing>
      </w:r>
      <w:r>
        <w:rPr>
          <w:rFonts w:ascii="宋体" w:eastAsia="宋体" w:hAnsi="宋体" w:cs="宋体"/>
          <w:color w:val="000000"/>
        </w:rPr>
        <w:br/>
      </w:r>
    </w:p>
    <w:p>
      <w:pPr>
        <w:spacing w:line="360" w:lineRule="auto"/>
        <w:textAlignment w:val="center"/>
        <w:rPr>
          <w:rFonts w:ascii="宋体" w:eastAsia="宋体" w:hAnsi="宋体" w:cs="宋体"/>
          <w:color w:val="000000"/>
        </w:rPr>
      </w:pPr>
      <w:r>
        <w:rPr>
          <w:color w:val="2E75B6"/>
        </w:rPr>
        <w:t>【答案】</w:t>
      </w:r>
      <w:r>
        <w:rPr>
          <w:rFonts w:ascii="宋体" w:eastAsia="宋体" w:hAnsi="宋体" w:cs="宋体"/>
          <w:color w:val="000000"/>
        </w:rPr>
        <w:t>乙</w:t>
      </w:r>
      <w:r>
        <w:rPr>
          <w:color w:val="000000"/>
        </w:rPr>
        <w:br/>
      </w:r>
    </w:p>
    <w:p>
      <w:pPr>
        <w:spacing w:line="360" w:lineRule="auto"/>
        <w:textAlignment w:val="center"/>
        <w:rPr>
          <w:color w:val="000000"/>
        </w:rPr>
      </w:pPr>
      <w:r>
        <w:rPr>
          <w:color w:val="2E75B6"/>
        </w:rPr>
        <w:t>【解析】</w:t>
      </w:r>
    </w:p>
    <w:p>
      <w:pPr>
        <w:spacing w:line="360" w:lineRule="auto"/>
        <w:jc w:val="left"/>
        <w:textAlignment w:val="center"/>
        <w:rPr>
          <w:rFonts w:ascii="宋体" w:eastAsia="宋体" w:hAnsi="宋体" w:cs="宋体"/>
          <w:color w:val="000000"/>
        </w:rPr>
      </w:pPr>
      <w:r>
        <w:rPr>
          <w:color w:val="000000"/>
        </w:rPr>
        <w:t>【分析】</w:t>
      </w:r>
      <w:r>
        <w:rPr>
          <w:rFonts w:ascii="宋体" w:eastAsia="宋体" w:hAnsi="宋体" w:cs="宋体"/>
          <w:color w:val="000000"/>
        </w:rPr>
        <w:t>甲先画出线段</w:t>
      </w:r>
      <w:r>
        <w:pict>
          <v:shape id="_x0000_i721117" type="#_x0000_t75" alt="学科网(www.zxxk.com)--教育资源门户，提供试卷、教案、课件、论文、素材以及各类教学资源下载，还有大量而丰富的教学相关资讯！" style="width:20.05pt;height:12.6pt" o:oleicon="f" o:ole="">
            <v:imagedata r:id="rId168" o:title="eqIdf52a58fbaf4fea03567e88a9f0f6e37e"/>
          </v:shape>
        </w:pict>
      </w:r>
      <w:r>
        <w:rPr>
          <w:rFonts w:ascii="宋体" w:eastAsia="宋体" w:hAnsi="宋体" w:cs="宋体"/>
          <w:color w:val="000000"/>
        </w:rPr>
        <w:t>，乙随后画出线段</w:t>
      </w:r>
      <w:r>
        <w:pict>
          <v:shape id="_x0000_i721118" type="#_x0000_t75" alt="学科网(www.zxxk.com)--教育资源门户，提供试卷、教案、课件、论文、素材以及各类教学资源下载，还有大量而丰富的教学相关资讯！" style="width:20.2pt;height:14pt" o:oleicon="f" o:ole="">
            <v:imagedata r:id="rId169" o:title="eqId0dc5c9827dfd0be5a9c85962d6ccbfb1"/>
          </v:shape>
        </w:pict>
      </w:r>
      <w:r>
        <w:rPr>
          <w:rFonts w:ascii="宋体" w:eastAsia="宋体" w:hAnsi="宋体" w:cs="宋体"/>
          <w:color w:val="000000"/>
        </w:rPr>
        <w:t>．第三步应由甲走，只有一个方向，甲只有向下走到</w:t>
      </w:r>
      <w:r>
        <w:rPr>
          <w:rFonts w:ascii="Times New Roman" w:eastAsia="Times New Roman" w:hAnsi="Times New Roman" w:cs="Times New Roman"/>
          <w:i/>
          <w:color w:val="000000"/>
        </w:rPr>
        <w:t>D</w:t>
      </w:r>
      <w:r>
        <w:rPr>
          <w:rFonts w:ascii="宋体" w:eastAsia="宋体" w:hAnsi="宋体" w:cs="宋体"/>
          <w:color w:val="000000"/>
        </w:rPr>
        <w:t>，第四步应由乙走，乙从</w:t>
      </w:r>
      <w:r>
        <w:rPr>
          <w:rFonts w:ascii="Times New Roman" w:eastAsia="Times New Roman" w:hAnsi="Times New Roman" w:cs="Times New Roman"/>
          <w:i/>
          <w:color w:val="000000"/>
        </w:rPr>
        <w:t>D</w:t>
      </w:r>
      <w:r>
        <w:rPr>
          <w:rFonts w:ascii="宋体" w:eastAsia="宋体" w:hAnsi="宋体" w:cs="宋体"/>
          <w:color w:val="000000"/>
        </w:rPr>
        <w:t>起也只有一个方向沿斜下方走到</w:t>
      </w:r>
      <w:r>
        <w:rPr>
          <w:rFonts w:ascii="Times New Roman" w:eastAsia="Times New Roman" w:hAnsi="Times New Roman" w:cs="Times New Roman"/>
          <w:i/>
          <w:color w:val="000000"/>
        </w:rPr>
        <w:t>E</w:t>
      </w:r>
      <w:r>
        <w:rPr>
          <w:rFonts w:ascii="宋体" w:eastAsia="宋体" w:hAnsi="宋体" w:cs="宋体"/>
          <w:color w:val="000000"/>
        </w:rPr>
        <w:t>，第五步应由甲走，甲从</w:t>
      </w:r>
      <w:r>
        <w:rPr>
          <w:rFonts w:ascii="Times New Roman" w:eastAsia="Times New Roman" w:hAnsi="Times New Roman" w:cs="Times New Roman"/>
          <w:color w:val="000000"/>
        </w:rPr>
        <w:t>E</w:t>
      </w:r>
      <w:r>
        <w:rPr>
          <w:rFonts w:ascii="宋体" w:eastAsia="宋体" w:hAnsi="宋体" w:cs="宋体"/>
          <w:color w:val="000000"/>
        </w:rPr>
        <w:t>起可斜向上走到</w:t>
      </w:r>
      <w:r>
        <w:rPr>
          <w:rFonts w:ascii="Times New Roman" w:eastAsia="Times New Roman" w:hAnsi="Times New Roman" w:cs="Times New Roman"/>
          <w:i/>
          <w:color w:val="000000"/>
        </w:rPr>
        <w:t>M</w:t>
      </w:r>
      <w:r>
        <w:rPr>
          <w:rFonts w:ascii="宋体" w:eastAsia="宋体" w:hAnsi="宋体" w:cs="宋体"/>
          <w:color w:val="000000"/>
        </w:rPr>
        <w:t>，乙没有下一步可走即可．</w:t>
      </w:r>
    </w:p>
    <w:p>
      <w:pPr>
        <w:spacing w:line="360" w:lineRule="auto"/>
        <w:jc w:val="left"/>
        <w:textAlignment w:val="center"/>
        <w:rPr>
          <w:rFonts w:ascii="宋体" w:eastAsia="宋体" w:hAnsi="宋体" w:cs="宋体"/>
          <w:color w:val="000000"/>
        </w:rPr>
      </w:pPr>
      <w:r>
        <w:rPr>
          <w:color w:val="000000"/>
        </w:rPr>
        <w:t>【详解】</w:t>
      </w:r>
      <w:r>
        <w:rPr>
          <w:rFonts w:ascii="宋体" w:eastAsia="宋体" w:hAnsi="宋体" w:cs="宋体"/>
          <w:color w:val="000000"/>
        </w:rPr>
        <w:t>解：甲先画出线段</w:t>
      </w:r>
      <w:r>
        <w:pict>
          <v:shape id="_x0000_i721119" type="#_x0000_t75" alt="学科网(www.zxxk.com)--教育资源门户，提供试卷、教案、课件、论文、素材以及各类教学资源下载，还有大量而丰富的教学相关资讯！" style="width:20.05pt;height:12.6pt" o:oleicon="f" o:ole="">
            <v:imagedata r:id="rId170" o:title="eqIdf52a58fbaf4fea03567e88a9f0f6e37e"/>
          </v:shape>
        </w:pict>
      </w:r>
      <w:r>
        <w:rPr>
          <w:rFonts w:ascii="宋体" w:eastAsia="宋体" w:hAnsi="宋体" w:cs="宋体"/>
          <w:color w:val="000000"/>
        </w:rPr>
        <w:t>，乙随后画出线段</w:t>
      </w:r>
      <w:r>
        <w:pict>
          <v:shape id="_x0000_i721120" type="#_x0000_t75" alt="学科网(www.zxxk.com)--教育资源门户，提供试卷、教案、课件、论文、素材以及各类教学资源下载，还有大量而丰富的教学相关资讯！" style="width:20.2pt;height:14pt" o:oleicon="f" o:ole="">
            <v:imagedata r:id="rId171" o:title="eqId0dc5c9827dfd0be5a9c85962d6ccbfb1"/>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第三步应由甲走，甲从</w:t>
      </w:r>
      <w:r>
        <w:rPr>
          <w:rFonts w:ascii="Times New Roman" w:eastAsia="Times New Roman" w:hAnsi="Times New Roman" w:cs="Times New Roman"/>
          <w:i/>
          <w:color w:val="000000"/>
        </w:rPr>
        <w:t>C</w:t>
      </w:r>
      <w:r>
        <w:rPr>
          <w:rFonts w:ascii="宋体" w:eastAsia="宋体" w:hAnsi="宋体" w:cs="宋体"/>
          <w:color w:val="000000"/>
        </w:rPr>
        <w:t>向右走横线到</w:t>
      </w:r>
      <w:r>
        <w:rPr>
          <w:rFonts w:ascii="Times New Roman" w:eastAsia="Times New Roman" w:hAnsi="Times New Roman" w:cs="Times New Roman"/>
          <w:color w:val="000000"/>
        </w:rPr>
        <w:t>F</w:t>
      </w:r>
      <w:r>
        <w:rPr>
          <w:rFonts w:ascii="宋体" w:eastAsia="宋体" w:hAnsi="宋体" w:cs="宋体"/>
          <w:color w:val="000000"/>
        </w:rPr>
        <w:t>，此时</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F</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三点在一线，不符合游戏规则，</w:t>
      </w:r>
    </w:p>
    <w:p>
      <w:pPr>
        <w:spacing w:line="360" w:lineRule="auto"/>
        <w:jc w:val="left"/>
        <w:textAlignment w:val="center"/>
        <w:rPr>
          <w:rFonts w:ascii="宋体" w:eastAsia="宋体" w:hAnsi="宋体" w:cs="宋体"/>
          <w:color w:val="000000"/>
        </w:rPr>
      </w:pPr>
      <w:r>
        <w:rPr>
          <w:rFonts w:ascii="宋体" w:eastAsia="宋体" w:hAnsi="宋体" w:cs="宋体"/>
          <w:color w:val="000000"/>
        </w:rPr>
        <w:t>甲只有向下走到</w:t>
      </w:r>
      <w:r>
        <w:rPr>
          <w:rFonts w:ascii="Times New Roman" w:eastAsia="Times New Roman" w:hAnsi="Times New Roman" w:cs="Times New Roman"/>
          <w:i/>
          <w:color w:val="000000"/>
        </w:rPr>
        <w:t>D</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第四步应由乙走，乙从</w:t>
      </w:r>
      <w:r>
        <w:rPr>
          <w:rFonts w:ascii="Times New Roman" w:eastAsia="Times New Roman" w:hAnsi="Times New Roman" w:cs="Times New Roman"/>
          <w:i/>
          <w:color w:val="000000"/>
        </w:rPr>
        <w:t>D</w:t>
      </w:r>
      <w:r>
        <w:rPr>
          <w:rFonts w:ascii="宋体" w:eastAsia="宋体" w:hAnsi="宋体" w:cs="宋体"/>
          <w:color w:val="000000"/>
        </w:rPr>
        <w:t>向右走横线到</w:t>
      </w:r>
      <w:r>
        <w:rPr>
          <w:rFonts w:ascii="Times New Roman" w:eastAsia="Times New Roman" w:hAnsi="Times New Roman" w:cs="Times New Roman"/>
          <w:i/>
          <w:color w:val="000000"/>
        </w:rPr>
        <w:t>B</w:t>
      </w:r>
      <w:r>
        <w:rPr>
          <w:rFonts w:ascii="宋体" w:eastAsia="宋体" w:hAnsi="宋体" w:cs="宋体"/>
          <w:color w:val="000000"/>
        </w:rPr>
        <w:t>，与任意已画出线段不能有其他公共点，此方向不能走，如果向下走到</w:t>
      </w:r>
      <w:r>
        <w:rPr>
          <w:rFonts w:ascii="Times New Roman" w:eastAsia="Times New Roman" w:hAnsi="Times New Roman" w:cs="Times New Roman"/>
          <w:i/>
          <w:color w:val="000000"/>
        </w:rPr>
        <w:t>H</w:t>
      </w:r>
      <w:r>
        <w:rPr>
          <w:rFonts w:ascii="宋体" w:eastAsia="宋体" w:hAnsi="宋体" w:cs="宋体"/>
          <w:color w:val="000000"/>
        </w:rPr>
        <w:t>，此时</w:t>
      </w:r>
      <w:r>
        <w:rPr>
          <w:rFonts w:ascii="Times New Roman" w:eastAsia="Times New Roman" w:hAnsi="Times New Roman" w:cs="Times New Roman"/>
          <w:i/>
          <w:color w:val="000000"/>
        </w:rPr>
        <w:t>H</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三点共线此路也不能走，只有沿斜下方走到</w:t>
      </w:r>
      <w:r>
        <w:rPr>
          <w:rFonts w:ascii="Times New Roman" w:eastAsia="Times New Roman" w:hAnsi="Times New Roman" w:cs="Times New Roman"/>
          <w:i/>
          <w:color w:val="000000"/>
        </w:rPr>
        <w:t>E</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第五步应由甲走，甲从</w:t>
      </w:r>
      <w:r>
        <w:rPr>
          <w:rFonts w:ascii="宋体" w:eastAsia="宋体" w:hAnsi="宋体" w:cs="宋体"/>
          <w:i/>
          <w:color w:val="000000"/>
        </w:rPr>
        <w:t>E</w:t>
      </w:r>
      <w:r>
        <w:rPr>
          <w:rFonts w:ascii="宋体" w:eastAsia="宋体" w:hAnsi="宋体" w:cs="宋体"/>
          <w:color w:val="000000"/>
        </w:rPr>
        <w:t>起向右横向走到</w:t>
      </w:r>
      <w:r>
        <w:rPr>
          <w:rFonts w:ascii="Times New Roman" w:eastAsia="Times New Roman" w:hAnsi="Times New Roman" w:cs="Times New Roman"/>
          <w:i/>
          <w:color w:val="000000"/>
        </w:rPr>
        <w:t>G</w:t>
      </w:r>
      <w:r>
        <w:rPr>
          <w:rFonts w:ascii="宋体" w:eastAsia="宋体" w:hAnsi="宋体" w:cs="宋体"/>
          <w:color w:val="000000"/>
        </w:rPr>
        <w:t>，此时</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G</w:t>
      </w:r>
      <w:r>
        <w:rPr>
          <w:rFonts w:ascii="宋体" w:eastAsia="宋体" w:hAnsi="宋体" w:cs="宋体"/>
          <w:color w:val="000000"/>
        </w:rPr>
        <w:t>三点共线此路不能走，向上走到</w:t>
      </w:r>
      <w:r>
        <w:rPr>
          <w:rFonts w:ascii="宋体" w:eastAsia="宋体" w:hAnsi="宋体" w:cs="宋体"/>
          <w:i/>
          <w:color w:val="000000"/>
        </w:rPr>
        <w:t>B</w:t>
      </w:r>
      <w:r>
        <w:rPr>
          <w:rFonts w:ascii="宋体" w:eastAsia="宋体" w:hAnsi="宋体" w:cs="宋体"/>
          <w:color w:val="000000"/>
        </w:rPr>
        <w:t>，与已知线段有公共点，此路不能走，斜向上走到</w:t>
      </w:r>
      <w:r>
        <w:rPr>
          <w:rFonts w:ascii="Times New Roman" w:eastAsia="Times New Roman" w:hAnsi="Times New Roman" w:cs="Times New Roman"/>
          <w:i/>
          <w:color w:val="000000"/>
        </w:rPr>
        <w:t>M</w:t>
      </w:r>
      <w:r>
        <w:rPr>
          <w:rFonts w:ascii="宋体" w:eastAsia="宋体" w:hAnsi="宋体" w:cs="宋体"/>
          <w:color w:val="000000"/>
        </w:rPr>
        <w:t>，此时，D、B、M三点共线，不能符合规则，则甲没地方可走.最终的获胜者是</w:t>
      </w:r>
      <w:r>
        <w:rPr>
          <w:rFonts w:ascii="Times New Roman" w:eastAsia="Times New Roman" w:hAnsi="Times New Roman" w:cs="Times New Roman"/>
          <w:color w:val="000000"/>
        </w:rPr>
        <w:t xml:space="preserve"> “</w:t>
      </w:r>
      <w:r>
        <w:rPr>
          <w:rFonts w:ascii="宋体" w:eastAsia="宋体" w:hAnsi="宋体" w:cs="宋体"/>
          <w:color w:val="000000"/>
        </w:rPr>
        <w:t>乙</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故答案为：乙．</w:t>
      </w:r>
    </w:p>
    <w:p>
      <w:pPr>
        <w:spacing w:line="360" w:lineRule="auto"/>
        <w:jc w:val="left"/>
        <w:textAlignment w:val="center"/>
        <w:rPr>
          <w:rFonts w:ascii="宋体" w:eastAsia="宋体" w:hAnsi="宋体" w:cs="宋体"/>
          <w:color w:val="000000"/>
        </w:rPr>
      </w:pPr>
      <w:r>
        <w:rPr>
          <w:color w:val="000000"/>
        </w:rPr>
        <w:drawing>
          <wp:inline>
            <wp:extent cx="2495550" cy="2609850"/>
            <wp:docPr id="405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8" name=""/>
                    <pic:cNvPicPr>
                      <a:picLocks noChangeAspect="1"/>
                    </pic:cNvPicPr>
                  </pic:nvPicPr>
                  <pic:blipFill>
                    <a:blip r:embed="rId172"/>
                    <a:stretch>
                      <a:fillRect/>
                    </a:stretch>
                  </pic:blipFill>
                  <pic:spPr>
                    <a:xfrm>
                      <a:off x="0" y="0"/>
                      <a:ext cx="2495550" cy="2609850"/>
                    </a:xfrm>
                    <a:prstGeom prst="rect">
                      <a:avLst/>
                    </a:prstGeom>
                  </pic:spPr>
                </pic:pic>
              </a:graphicData>
            </a:graphic>
          </wp:inline>
        </w:drawing>
      </w:r>
      <w:r>
        <w:rPr>
          <w:color w:val="000000"/>
        </w:rPr>
        <w:br/>
      </w:r>
      <w:r>
        <w:rPr>
          <w:color w:val="000000"/>
        </w:rPr>
        <w:t>【点睛】</w:t>
      </w:r>
      <w:r>
        <w:rPr>
          <w:rFonts w:ascii="宋体" w:eastAsia="宋体" w:hAnsi="宋体" w:cs="宋体"/>
          <w:color w:val="000000"/>
        </w:rPr>
        <w:t>本题考查网格游戏，利用网格线段构造多边形，要满足条件，培养分析问题与解决问题的能力，培养学习数学兴趣．</w:t>
      </w:r>
    </w:p>
    <w:p>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t>三、解答题</w:t>
      </w:r>
    </w:p>
    <w:p>
      <w:pPr>
        <w:spacing w:line="360" w:lineRule="auto"/>
        <w:jc w:val="left"/>
        <w:textAlignment w:val="center"/>
        <w:rPr>
          <w:rFonts w:ascii="宋体" w:eastAsia="宋体" w:hAnsi="宋体" w:cs="宋体"/>
          <w:color w:val="000000"/>
        </w:rPr>
      </w:pPr>
      <w:r>
        <w:rPr>
          <w:color w:val="000000"/>
        </w:rPr>
        <w:t>21</w:t>
      </w:r>
      <w:r>
        <w:rPr>
          <w:color w:val="000000"/>
          <w:position w:val="-22"/>
        </w:rPr>
        <w:drawing>
          <wp:inline>
            <wp:extent cx="31750" cy="88900"/>
            <wp:docPr id="405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0" name=""/>
                    <pic:cNvPicPr>
                      <a:picLocks noChangeAspect="1"/>
                    </pic:cNvPicPr>
                  </pic:nvPicPr>
                  <pic:blipFill>
                    <a:blip r:embed="rId173"/>
                    <a:stretch>
                      <a:fillRect/>
                    </a:stretch>
                  </pic:blipFill>
                  <pic:spPr>
                    <a:xfrm>
                      <a:off x="0" y="0"/>
                      <a:ext cx="31750" cy="88900"/>
                    </a:xfrm>
                    <a:prstGeom prst="rect">
                      <a:avLst/>
                    </a:prstGeom>
                  </pic:spPr>
                </pic:pic>
              </a:graphicData>
            </a:graphic>
          </wp:inline>
        </w:drawing>
      </w:r>
      <w:r>
        <w:rPr>
          <w:color w:val="000000"/>
        </w:rPr>
        <w:t xml:space="preserve"> </w:t>
      </w:r>
      <w:r>
        <w:rPr>
          <w:rFonts w:ascii="宋体" w:eastAsia="宋体" w:hAnsi="宋体" w:cs="宋体"/>
          <w:color w:val="000000"/>
        </w:rPr>
        <w:t>计算：</w:t>
      </w:r>
      <w:r>
        <w:pict>
          <v:shape id="_x0000_i721121" type="#_x0000_t75" alt="学科网(www.zxxk.com)--教育资源门户，提供试卷、教案、课件、论文、素材以及各类教学资源下载，还有大量而丰富的教学相关资讯！" style="width:91pt;height:16pt" o:oleicon="f" o:ole="">
            <v:imagedata r:id="rId174" o:title="eqIdec5e2e06ec45b6c6d6b6ab6c2c5f8898"/>
          </v:shape>
        </w:pict>
      </w:r>
    </w:p>
    <w:p>
      <w:pPr>
        <w:spacing w:line="360" w:lineRule="auto"/>
        <w:textAlignment w:val="center"/>
        <w:rPr>
          <w:rFonts w:ascii="宋体" w:eastAsia="宋体" w:hAnsi="宋体" w:cs="宋体"/>
          <w:color w:val="000000"/>
        </w:rPr>
      </w:pPr>
      <w:r>
        <w:rPr>
          <w:color w:val="2E75B6"/>
        </w:rPr>
        <w:t>【答案】</w:t>
      </w:r>
      <w:r>
        <w:pict>
          <v:shape id="_x0000_i721122" type="#_x0000_t75" alt="学科网(www.zxxk.com)--教育资源门户，提供试卷、教案、课件、论文、素材以及各类教学资源下载，还有大量而丰富的教学相关资讯！" style="width:22pt;height:13.95pt" o:oleicon="f" o:ole="">
            <v:imagedata r:id="rId175" o:title="eqId0b761f4b0872ea784beb6e0f18efe5c4"/>
          </v:shape>
        </w:pict>
      </w:r>
      <w:r>
        <w:rPr>
          <w:rFonts w:ascii="宋体" w:eastAsia="宋体" w:hAnsi="宋体" w:cs="宋体"/>
          <w:color w:val="000000"/>
        </w:rPr>
        <w:t>．</w:t>
      </w:r>
    </w:p>
    <w:p>
      <w:pPr>
        <w:spacing w:line="360" w:lineRule="auto"/>
        <w:textAlignment w:val="center"/>
        <w:rPr>
          <w:color w:val="000000"/>
        </w:rPr>
      </w:pPr>
      <w:r>
        <w:rPr>
          <w:color w:val="2E75B6"/>
        </w:rPr>
        <w:t>【解析】</w:t>
      </w:r>
    </w:p>
    <w:p>
      <w:pPr>
        <w:spacing w:line="360" w:lineRule="auto"/>
        <w:jc w:val="left"/>
        <w:textAlignment w:val="center"/>
        <w:rPr>
          <w:rFonts w:ascii="宋体" w:eastAsia="宋体" w:hAnsi="宋体" w:cs="宋体"/>
          <w:color w:val="000000"/>
        </w:rPr>
      </w:pPr>
      <w:r>
        <w:rPr>
          <w:color w:val="000000"/>
        </w:rPr>
        <w:t>【分析】</w:t>
      </w:r>
      <w:r>
        <w:rPr>
          <w:rFonts w:ascii="宋体" w:eastAsia="宋体" w:hAnsi="宋体" w:cs="宋体"/>
          <w:color w:val="000000"/>
        </w:rPr>
        <w:t>先省略括号，再计算有理数的加减即可得．</w:t>
      </w:r>
    </w:p>
    <w:p>
      <w:pPr>
        <w:spacing w:line="360" w:lineRule="auto"/>
        <w:jc w:val="left"/>
        <w:textAlignment w:val="center"/>
        <w:rPr>
          <w:rFonts w:ascii="宋体" w:eastAsia="宋体" w:hAnsi="宋体" w:cs="宋体"/>
          <w:color w:val="000000"/>
        </w:rPr>
      </w:pPr>
      <w:r>
        <w:rPr>
          <w:color w:val="000000"/>
        </w:rPr>
        <w:t>【详解】</w:t>
      </w:r>
      <w:r>
        <w:rPr>
          <w:rFonts w:ascii="宋体" w:eastAsia="宋体" w:hAnsi="宋体" w:cs="宋体"/>
          <w:color w:val="000000"/>
        </w:rPr>
        <w:t>解：原式</w:t>
      </w:r>
      <w:r>
        <w:pict>
          <v:shape id="_x0000_i721123" type="#_x0000_t75" alt="学科网(www.zxxk.com)--教育资源门户，提供试卷、教案、课件、论文、素材以及各类教学资源下载，还有大量而丰富的教学相关资讯！" style="width:69.75pt;height:14.25pt" o:oleicon="f" o:ole="">
            <v:imagedata r:id="rId176" o:title="eqId0c5b6ced6c44d950389769c2ebbb77d9"/>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pict>
          <v:shape id="_x0000_i721124" type="#_x0000_t75" alt="学科网(www.zxxk.com)--教育资源门户，提供试卷、教案、课件、论文、素材以及各类教学资源下载，还有大量而丰富的教学相关资讯！" style="width:48pt;height:14.25pt" o:oleicon="f" o:ole="">
            <v:imagedata r:id="rId177" o:title="eqId767c575cf6cd13cd15d36744f834872c"/>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pict>
          <v:shape id="_x0000_i721125" type="#_x0000_t75" alt="学科网(www.zxxk.com)--教育资源门户，提供试卷、教案、课件、论文、素材以及各类教学资源下载，还有大量而丰富的教学相关资讯！" style="width:31.7pt;height:13.8pt" o:oleicon="f" o:ole="">
            <v:imagedata r:id="rId178" o:title="eqId6f2bdc2bc669b045ba0bdbca5b29c897"/>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color w:val="000000"/>
        </w:rPr>
        <w:t>【点睛】</w:t>
      </w:r>
      <w:r>
        <w:rPr>
          <w:rFonts w:ascii="宋体" w:eastAsia="宋体" w:hAnsi="宋体" w:cs="宋体"/>
          <w:color w:val="000000"/>
        </w:rPr>
        <w:t>本题考查了有理数的加减运算，熟练掌握运算法则是解题关键．</w:t>
      </w:r>
    </w:p>
    <w:p>
      <w:pPr>
        <w:pStyle w:val="Heading2"/>
      </w:pPr>
      <w:r>
        <w:t>十二中钱学森中学</w:t>
      </w:r>
    </w:p>
    <w:p>
      <w:pPr>
        <w:spacing w:line="360" w:lineRule="auto"/>
        <w:jc w:val="left"/>
        <w:textAlignment w:val="center"/>
        <w:rPr>
          <w:rFonts w:ascii="宋体" w:eastAsia="宋体" w:hAnsi="宋体" w:cs="宋体"/>
          <w:color w:val="000000"/>
        </w:rPr>
      </w:pPr>
      <w:r>
        <w:rPr>
          <w:color w:val="000000"/>
        </w:rPr>
        <w:t xml:space="preserve">18. </w:t>
      </w:r>
      <w:r>
        <w:rPr>
          <w:rFonts w:ascii="宋体" w:eastAsia="宋体" w:hAnsi="宋体" w:cs="宋体"/>
          <w:color w:val="000000"/>
        </w:rPr>
        <w:t>已知有理数</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，我们把</w:t>
      </w:r>
      <w:r>
        <w:pict>
          <v:shape id="_x0000_i721126" type="#_x0000_t75" alt="学科网(www.zxxk.com)--教育资源门户，提供试卷、教案、课件、论文、素材以及各类教学资源下载，还有大量而丰富的教学相关资讯！" style="width:27pt;height:31.2pt" o:oleicon="f" o:ole="">
            <v:imagedata r:id="rId179" o:title="eqId99ebf5e8c5ac0fc22e01967fd0c79bb7"/>
          </v:shape>
        </w:pict>
      </w:r>
      <w:r>
        <w:rPr>
          <w:rFonts w:ascii="宋体" w:eastAsia="宋体" w:hAnsi="宋体" w:cs="宋体"/>
          <w:color w:val="000000"/>
        </w:rPr>
        <w:t>称为</w:t>
      </w:r>
      <w:r>
        <w:rPr>
          <w:rFonts w:ascii="Times New Roman" w:eastAsia="Times New Roman" w:hAnsi="Times New Roman" w:cs="Times New Roman"/>
          <w:i/>
          <w:color w:val="000000"/>
        </w:rPr>
        <w:t>a</w:t>
      </w:r>
      <w:r>
        <w:rPr>
          <w:rFonts w:ascii="宋体" w:eastAsia="宋体" w:hAnsi="宋体" w:cs="宋体"/>
          <w:color w:val="000000"/>
        </w:rPr>
        <w:t>的差倒数，如：</w:t>
      </w:r>
      <w:r>
        <w:rPr>
          <w:rFonts w:ascii="Times New Roman" w:eastAsia="Times New Roman" w:hAnsi="Times New Roman" w:cs="Times New Roman"/>
          <w:color w:val="000000"/>
        </w:rPr>
        <w:t>2</w:t>
      </w:r>
      <w:r>
        <w:rPr>
          <w:rFonts w:ascii="宋体" w:eastAsia="宋体" w:hAnsi="宋体" w:cs="宋体"/>
          <w:color w:val="000000"/>
        </w:rPr>
        <w:t>的差倒数是</w:t>
      </w:r>
      <w:r>
        <w:pict>
          <v:shape id="_x0000_i721127" type="#_x0000_t75" alt="学科网(www.zxxk.com)--教育资源门户，提供试卷、教案、课件、论文、素材以及各类教学资源下载，还有大量而丰富的教学相关资讯！" style="width:26.25pt;height:30.75pt" o:oleicon="f" o:ole="">
            <v:imagedata r:id="rId180" o:title="eqId780e11a6bc5fe3a2a7fa34c2021355c3"/>
          </v:shape>
        </w:pic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的差倒数是</w:t>
      </w:r>
      <w:r>
        <w:pict>
          <v:shape id="_x0000_i721128" type="#_x0000_t75" alt="学科网(www.zxxk.com)--教育资源门户，提供试卷、教案、课件、论文、素材以及各类教学资源下载，还有大量而丰富的教学相关资讯！" style="width:40pt;height:33pt" o:oleicon="f" o:ole="">
            <v:imagedata r:id="rId181" o:title="eqId7a4cf18141c636ad03e8812c1ce6d089"/>
          </v:shape>
        </w:pict>
      </w:r>
      <w:r>
        <w:rPr>
          <w:rFonts w:ascii="宋体" w:eastAsia="宋体" w:hAnsi="宋体" w:cs="宋体"/>
          <w:color w:val="000000"/>
        </w:rPr>
        <w:t>＝</w:t>
      </w:r>
      <w:r>
        <w:pict>
          <v:shape id="_x0000_i721129" type="#_x0000_t75" alt="学科网(www.zxxk.com)--教育资源门户，提供试卷、教案、课件、论文、素材以及各类教学资源下载，还有大量而丰富的教学相关资讯！" style="width:14.25pt;height:28.5pt" o:oleicon="f" o:ole="">
            <v:imagedata r:id="rId182" o:title="eqIdf89eef3148f2d4d09379767b4af69132"/>
          </v:shape>
        </w:pict>
      </w:r>
      <w:r>
        <w:rPr>
          <w:rFonts w:ascii="宋体" w:eastAsia="宋体" w:hAnsi="宋体" w:cs="宋体"/>
          <w:color w:val="000000"/>
        </w:rPr>
        <w:t>，如果</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w:t>
      </w:r>
      <w:r>
        <w:rPr>
          <w:rFonts w:ascii="宋体" w:eastAsia="宋体" w:hAnsi="宋体" w:cs="宋体"/>
          <w:color w:val="000000"/>
        </w:rPr>
        <w:t>是</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的差倒数，</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3</w:t>
      </w:r>
      <w:r>
        <w:rPr>
          <w:rFonts w:ascii="宋体" w:eastAsia="宋体" w:hAnsi="宋体" w:cs="宋体"/>
          <w:color w:val="000000"/>
        </w:rPr>
        <w:t>是</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w:t>
      </w:r>
      <w:r>
        <w:rPr>
          <w:rFonts w:ascii="宋体" w:eastAsia="宋体" w:hAnsi="宋体" w:cs="宋体"/>
          <w:color w:val="000000"/>
        </w:rPr>
        <w:t>的差倒数，</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4</w:t>
      </w:r>
      <w:r>
        <w:rPr>
          <w:rFonts w:ascii="宋体" w:eastAsia="宋体" w:hAnsi="宋体" w:cs="宋体"/>
          <w:color w:val="000000"/>
        </w:rPr>
        <w:t>是</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3</w:t>
      </w:r>
      <w:r>
        <w:rPr>
          <w:rFonts w:ascii="宋体" w:eastAsia="宋体" w:hAnsi="宋体" w:cs="宋体"/>
          <w:color w:val="000000"/>
        </w:rPr>
        <w:t>的差倒数…依此类推，那么</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3</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4</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5</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6</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34</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35</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36</w:t>
      </w:r>
      <w:r>
        <w:rPr>
          <w:rFonts w:ascii="宋体" w:eastAsia="宋体" w:hAnsi="宋体" w:cs="宋体"/>
          <w:color w:val="000000"/>
        </w:rPr>
        <w:t>的值是</w:t>
      </w:r>
      <w:r>
        <w:rPr>
          <w:rFonts w:ascii="宋体" w:eastAsia="宋体" w:hAnsi="宋体" w:cs="宋体"/>
          <w:color w:val="000000"/>
        </w:rPr>
        <w:t>___</w:t>
      </w:r>
      <w:r>
        <w:rPr>
          <w:rFonts w:ascii="宋体" w:eastAsia="宋体" w:hAnsi="宋体" w:cs="宋体"/>
          <w:color w:val="000000"/>
        </w:rPr>
        <w:t>．</w:t>
      </w:r>
    </w:p>
    <w:p>
      <w:pPr>
        <w:spacing w:line="360" w:lineRule="auto"/>
        <w:textAlignment w:val="center"/>
        <w:rPr>
          <w:rFonts w:ascii="Times New Roman" w:eastAsia="Times New Roman" w:hAnsi="Times New Roman" w:cs="Times New Roman"/>
          <w:color w:val="000000"/>
        </w:rPr>
      </w:pPr>
      <w:r>
        <w:rPr>
          <w:color w:val="2E75B6"/>
        </w:rPr>
        <w:t>【答案】</w:t>
      </w:r>
      <w:r>
        <w:rPr>
          <w:rFonts w:ascii="Times New Roman" w:eastAsia="Times New Roman" w:hAnsi="Times New Roman" w:cs="Times New Roman"/>
          <w:color w:val="000000"/>
        </w:rPr>
        <w:t>-10</w:t>
      </w:r>
    </w:p>
    <w:p>
      <w:pPr>
        <w:spacing w:line="360" w:lineRule="auto"/>
        <w:textAlignment w:val="center"/>
        <w:rPr>
          <w:color w:val="000000"/>
        </w:rPr>
      </w:pPr>
      <w:r>
        <w:rPr>
          <w:color w:val="2E75B6"/>
        </w:rPr>
        <w:t>【解析】</w:t>
      </w:r>
    </w:p>
    <w:p>
      <w:pPr>
        <w:spacing w:line="360" w:lineRule="auto"/>
        <w:jc w:val="left"/>
        <w:textAlignment w:val="center"/>
        <w:rPr>
          <w:rFonts w:ascii="宋体" w:eastAsia="宋体" w:hAnsi="宋体" w:cs="宋体"/>
          <w:color w:val="000000"/>
        </w:rPr>
      </w:pPr>
      <w:r>
        <w:rPr>
          <w:color w:val="000000"/>
        </w:rPr>
        <w:t>【分析】</w:t>
      </w:r>
      <w:r>
        <w:rPr>
          <w:rFonts w:ascii="宋体" w:eastAsia="宋体" w:hAnsi="宋体" w:cs="宋体"/>
          <w:color w:val="000000"/>
        </w:rPr>
        <w:t>根据差倒数定义分别求出前几个数字，即可发现规律进而得结果．</w:t>
      </w:r>
    </w:p>
    <w:p>
      <w:pPr>
        <w:spacing w:line="360" w:lineRule="auto"/>
        <w:jc w:val="left"/>
        <w:textAlignment w:val="center"/>
        <w:rPr>
          <w:rFonts w:ascii="新宋体" w:eastAsia="新宋体" w:hAnsi="新宋体" w:cs="新宋体"/>
          <w:color w:val="000000"/>
        </w:rPr>
      </w:pPr>
      <w:r>
        <w:rPr>
          <w:color w:val="000000"/>
        </w:rPr>
        <w:t>【详解】</w:t>
      </w:r>
      <w:r>
        <w:rPr>
          <w:rFonts w:ascii="新宋体" w:eastAsia="新宋体" w:hAnsi="新宋体" w:cs="新宋体"/>
          <w:color w:val="000000"/>
        </w:rPr>
        <w:t>解：</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新宋体" w:eastAsia="新宋体" w:hAnsi="新宋体" w:cs="新宋体"/>
          <w:color w:val="000000"/>
        </w:rPr>
        <w:t>＝﹣</w:t>
      </w:r>
      <w:r>
        <w:rPr>
          <w:rFonts w:ascii="Times New Roman" w:eastAsia="Times New Roman" w:hAnsi="Times New Roman" w:cs="Times New Roman"/>
          <w:color w:val="000000"/>
        </w:rPr>
        <w:t>2</w:t>
      </w:r>
      <w:r>
        <w:rPr>
          <w:rFonts w:ascii="新宋体" w:eastAsia="新宋体" w:hAnsi="新宋体" w:cs="新宋体"/>
          <w:color w:val="000000"/>
        </w:rPr>
        <w:t>，</w:t>
      </w:r>
    </w:p>
    <w:p>
      <w:pPr>
        <w:spacing w:line="360" w:lineRule="auto"/>
        <w:jc w:val="left"/>
        <w:textAlignment w:val="center"/>
        <w:rPr>
          <w:rFonts w:ascii="新宋体" w:eastAsia="新宋体" w:hAnsi="新宋体" w:cs="新宋体"/>
          <w:color w:val="000000"/>
        </w:rPr>
      </w:pP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w:t>
      </w:r>
      <w:r>
        <w:rPr>
          <w:rFonts w:ascii="新宋体" w:eastAsia="新宋体" w:hAnsi="新宋体" w:cs="新宋体"/>
          <w:color w:val="000000"/>
        </w:rPr>
        <w:t>＝</w:t>
      </w:r>
      <w:r>
        <w:pict>
          <v:shape id="_x0000_i721130" type="#_x0000_t75" alt="学科网(www.zxxk.com)--教育资源门户，提供试卷、教案、课件、论文、素材以及各类教学资源下载，还有大量而丰富的教学相关资讯！" style="width:57.75pt;height:33pt" o:oleicon="f" o:ole="">
            <v:imagedata r:id="rId183" o:title="eqId04433a70bb89ab2daf12b907baf97e74"/>
          </v:shape>
        </w:pict>
      </w:r>
      <w:r>
        <w:rPr>
          <w:rFonts w:ascii="新宋体" w:eastAsia="新宋体" w:hAnsi="新宋体" w:cs="新宋体"/>
          <w:color w:val="000000"/>
        </w:rPr>
        <w:t>，</w:t>
      </w:r>
    </w:p>
    <w:p>
      <w:pPr>
        <w:spacing w:line="360" w:lineRule="auto"/>
        <w:jc w:val="left"/>
        <w:textAlignment w:val="center"/>
        <w:rPr>
          <w:rFonts w:ascii="新宋体" w:eastAsia="新宋体" w:hAnsi="新宋体" w:cs="新宋体"/>
          <w:color w:val="000000"/>
        </w:rPr>
      </w:pP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3</w:t>
      </w:r>
      <w:r>
        <w:rPr>
          <w:rFonts w:ascii="新宋体" w:eastAsia="新宋体" w:hAnsi="新宋体" w:cs="新宋体"/>
          <w:color w:val="000000"/>
        </w:rPr>
        <w:t>＝</w:t>
      </w:r>
      <w:r>
        <w:pict>
          <v:shape id="_x0000_i721131" type="#_x0000_t75" alt="学科网(www.zxxk.com)--教育资源门户，提供试卷、教案、课件、论文、素材以及各类教学资源下载，还有大量而丰富的教学相关资讯！" style="width:45pt;height:45.75pt" o:oleicon="f" o:ole="">
            <v:imagedata r:id="rId184" o:title="eqId305f2788e8887e25431d497697703a1e"/>
          </v:shape>
        </w:pict>
      </w:r>
      <w:r>
        <w:rPr>
          <w:rFonts w:ascii="新宋体" w:eastAsia="新宋体" w:hAnsi="新宋体" w:cs="新宋体"/>
          <w:color w:val="000000"/>
        </w:rPr>
        <w:t>，</w:t>
      </w:r>
    </w:p>
    <w:p>
      <w:pPr>
        <w:spacing w:line="360" w:lineRule="auto"/>
        <w:jc w:val="left"/>
        <w:textAlignment w:val="center"/>
        <w:rPr>
          <w:rFonts w:ascii="新宋体" w:eastAsia="新宋体" w:hAnsi="新宋体" w:cs="新宋体"/>
          <w:color w:val="000000"/>
        </w:rPr>
      </w:pP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4</w:t>
      </w:r>
      <w:r>
        <w:rPr>
          <w:rFonts w:ascii="新宋体" w:eastAsia="新宋体" w:hAnsi="新宋体" w:cs="新宋体"/>
          <w:color w:val="000000"/>
        </w:rPr>
        <w:t>＝</w:t>
      </w:r>
      <w:r>
        <w:pict>
          <v:shape id="_x0000_i721132" type="#_x0000_t75" alt="学科网(www.zxxk.com)--教育资源门户，提供试卷、教案、课件、论文、素材以及各类教学资源下载，还有大量而丰富的教学相关资讯！" style="width:27.75pt;height:45.75pt" o:oleicon="f" o:ole="">
            <v:imagedata r:id="rId185" o:title="eqIdec322d5b586b7b012ca54b2b230150ee"/>
          </v:shape>
        </w:pict>
      </w:r>
      <w:r>
        <w:rPr>
          <w:rFonts w:ascii="新宋体" w:eastAsia="新宋体" w:hAnsi="新宋体" w:cs="新宋体"/>
          <w:color w:val="000000"/>
        </w:rPr>
        <w:t>＝﹣</w:t>
      </w:r>
      <w:r>
        <w:rPr>
          <w:rFonts w:ascii="Times New Roman" w:eastAsia="Times New Roman" w:hAnsi="Times New Roman" w:cs="Times New Roman"/>
          <w:color w:val="000000"/>
        </w:rPr>
        <w:t>2</w:t>
      </w:r>
      <w:r>
        <w:rPr>
          <w:rFonts w:ascii="新宋体" w:eastAsia="新宋体" w:hAnsi="新宋体" w:cs="新宋体"/>
          <w:color w:val="000000"/>
        </w:rPr>
        <w:t>，</w:t>
      </w:r>
    </w:p>
    <w:p>
      <w:pPr>
        <w:spacing w:line="360" w:lineRule="auto"/>
        <w:ind w:left="270"/>
        <w:jc w:val="left"/>
        <w:textAlignment w:val="center"/>
        <w:rPr>
          <w:rFonts w:ascii="新宋体" w:eastAsia="新宋体" w:hAnsi="新宋体" w:cs="新宋体"/>
          <w:color w:val="000000"/>
        </w:rPr>
      </w:pPr>
      <w:r>
        <w:rPr>
          <w:rFonts w:ascii="Times New Roman" w:eastAsia="Times New Roman" w:hAnsi="Times New Roman" w:cs="Times New Roman"/>
          <w:color w:val="000000"/>
        </w:rPr>
        <w:t>…</w:t>
      </w:r>
      <w:r>
        <w:rPr>
          <w:rFonts w:ascii="新宋体" w:eastAsia="新宋体" w:hAnsi="新宋体" w:cs="新宋体"/>
          <w:color w:val="000000"/>
        </w:rPr>
        <w:t>，</w:t>
      </w:r>
    </w:p>
    <w:p>
      <w:pPr>
        <w:spacing w:line="360" w:lineRule="auto"/>
        <w:jc w:val="left"/>
        <w:textAlignment w:val="center"/>
        <w:rPr>
          <w:rFonts w:ascii="新宋体" w:eastAsia="新宋体" w:hAnsi="新宋体" w:cs="新宋体"/>
          <w:color w:val="000000"/>
        </w:rPr>
      </w:pPr>
      <w:r>
        <w:rPr>
          <w:rFonts w:ascii="宋体" w:eastAsia="宋体" w:hAnsi="宋体" w:cs="宋体"/>
          <w:color w:val="000000"/>
        </w:rPr>
        <w:t>∴</w:t>
      </w:r>
      <w:r>
        <w:rPr>
          <w:rFonts w:ascii="新宋体" w:eastAsia="新宋体" w:hAnsi="新宋体" w:cs="新宋体"/>
          <w:color w:val="000000"/>
        </w:rPr>
        <w:t>这个数列以﹣</w:t>
      </w:r>
      <w:r>
        <w:rPr>
          <w:rFonts w:ascii="Times New Roman" w:eastAsia="Times New Roman" w:hAnsi="Times New Roman" w:cs="Times New Roman"/>
          <w:color w:val="000000"/>
        </w:rPr>
        <w:t>2</w:t>
      </w:r>
      <w:r>
        <w:rPr>
          <w:rFonts w:ascii="新宋体" w:eastAsia="新宋体" w:hAnsi="新宋体" w:cs="新宋体"/>
          <w:color w:val="000000"/>
        </w:rPr>
        <w:t>，</w:t>
      </w:r>
      <w:r>
        <w:pict>
          <v:shape id="_x0000_i721133" type="#_x0000_t75" alt="学科网(www.zxxk.com)--教育资源门户，提供试卷、教案、课件、论文、素材以及各类教学资源下载，还有大量而丰富的教学相关资讯！" style="width:11.25pt;height:30.75pt" o:oleicon="f" o:ole="">
            <v:imagedata r:id="rId186" o:title="eqId4dac452fbb5ef6dd653e7fbbef639484"/>
          </v:shape>
        </w:pict>
      </w:r>
      <w:r>
        <w:rPr>
          <w:rFonts w:ascii="新宋体" w:eastAsia="新宋体" w:hAnsi="新宋体" w:cs="新宋体"/>
          <w:color w:val="000000"/>
        </w:rPr>
        <w:t>，</w:t>
      </w:r>
      <w:r>
        <w:pict>
          <v:shape id="_x0000_i721134" type="#_x0000_t75" alt="学科网(www.zxxk.com)--教育资源门户，提供试卷、教案、课件、论文、素材以及各类教学资源下载，还有大量而丰富的教学相关资讯！" style="width:12pt;height:31pt" o:oleicon="f" o:ole="">
            <v:imagedata r:id="rId187" o:title="eqIda4b8503f4706b8321e4e79a87eadea84"/>
          </v:shape>
        </w:pict>
      </w:r>
      <w:r>
        <w:rPr>
          <w:rFonts w:ascii="新宋体" w:eastAsia="新宋体" w:hAnsi="新宋体" w:cs="新宋体"/>
          <w:color w:val="000000"/>
        </w:rPr>
        <w:t>依次循环，</w:t>
      </w:r>
    </w:p>
    <w:p>
      <w:pPr>
        <w:spacing w:line="360" w:lineRule="auto"/>
        <w:jc w:val="left"/>
        <w:textAlignment w:val="center"/>
        <w:rPr>
          <w:rFonts w:ascii="新宋体" w:eastAsia="新宋体" w:hAnsi="新宋体" w:cs="新宋体"/>
          <w:color w:val="000000"/>
        </w:rPr>
      </w:pPr>
      <w:r>
        <w:rPr>
          <w:rFonts w:ascii="宋体" w:eastAsia="宋体" w:hAnsi="宋体" w:cs="宋体"/>
          <w:color w:val="000000"/>
        </w:rPr>
        <w:t>∵</w:t>
      </w:r>
      <w:r>
        <w:rPr>
          <w:rFonts w:ascii="Times New Roman" w:eastAsia="Times New Roman" w:hAnsi="Times New Roman" w:cs="Times New Roman"/>
          <w:color w:val="000000"/>
        </w:rPr>
        <w:t>36÷3</w:t>
      </w:r>
      <w:r>
        <w:rPr>
          <w:rFonts w:ascii="新宋体" w:eastAsia="新宋体" w:hAnsi="新宋体" w:cs="新宋体"/>
          <w:color w:val="000000"/>
        </w:rPr>
        <w:t>＝</w:t>
      </w:r>
      <w:r>
        <w:rPr>
          <w:rFonts w:ascii="Times New Roman" w:eastAsia="Times New Roman" w:hAnsi="Times New Roman" w:cs="Times New Roman"/>
          <w:color w:val="000000"/>
        </w:rPr>
        <w:t>12</w:t>
      </w:r>
      <w:r>
        <w:rPr>
          <w:rFonts w:ascii="新宋体" w:eastAsia="新宋体" w:hAnsi="新宋体" w:cs="新宋体"/>
          <w:color w:val="000000"/>
        </w:rPr>
        <w:t>，</w:t>
      </w:r>
    </w:p>
    <w:p>
      <w:pPr>
        <w:spacing w:line="360" w:lineRule="auto"/>
        <w:jc w:val="left"/>
        <w:textAlignment w:val="center"/>
        <w:rPr>
          <w:rFonts w:ascii="新宋体" w:eastAsia="新宋体" w:hAnsi="新宋体" w:cs="新宋体"/>
          <w:color w:val="000000"/>
        </w:rPr>
      </w:pP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35</w:t>
      </w:r>
      <w:r>
        <w:rPr>
          <w:rFonts w:ascii="新宋体" w:eastAsia="新宋体" w:hAnsi="新宋体" w:cs="新宋体"/>
          <w:color w:val="000000"/>
        </w:rPr>
        <w:t>的值是</w:t>
      </w:r>
      <w:r>
        <w:pict>
          <v:shape id="_x0000_i721135" type="#_x0000_t75" alt="学科网(www.zxxk.com)--教育资源门户，提供试卷、教案、课件、论文、素材以及各类教学资源下载，还有大量而丰富的教学相关资讯！" style="width:11.25pt;height:30.75pt" o:oleicon="f" o:ole="">
            <v:imagedata r:id="rId188" o:title="eqId4dac452fbb5ef6dd653e7fbbef639484"/>
          </v:shape>
        </w:pict>
      </w:r>
      <w:r>
        <w:rPr>
          <w:rFonts w:ascii="新宋体" w:eastAsia="新宋体" w:hAnsi="新宋体" w:cs="新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36</w:t>
      </w:r>
      <w:r>
        <w:rPr>
          <w:rFonts w:ascii="新宋体" w:eastAsia="新宋体" w:hAnsi="新宋体" w:cs="新宋体"/>
          <w:color w:val="000000"/>
        </w:rPr>
        <w:t>的值是</w:t>
      </w:r>
      <w:r>
        <w:pict>
          <v:shape id="_x0000_i721136" type="#_x0000_t75" alt="学科网(www.zxxk.com)--教育资源门户，提供试卷、教案、课件、论文、素材以及各类教学资源下载，还有大量而丰富的教学相关资讯！" style="width:12pt;height:31pt" o:oleicon="f" o:ole="">
            <v:imagedata r:id="rId189" o:title="eqIda4b8503f4706b8321e4e79a87eadea84"/>
          </v:shape>
        </w:pict>
      </w:r>
      <w:r>
        <w:rPr>
          <w:rFonts w:ascii="新宋体" w:eastAsia="新宋体" w:hAnsi="新宋体" w:cs="新宋体"/>
          <w:color w:val="000000"/>
        </w:rPr>
        <w:t>，</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新宋体" w:eastAsia="新宋体" w:hAnsi="新宋体" w:cs="新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4</w:t>
      </w:r>
      <w:r>
        <w:rPr>
          <w:rFonts w:ascii="新宋体" w:eastAsia="新宋体" w:hAnsi="新宋体" w:cs="新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5</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6+</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34</w:t>
      </w:r>
      <w:r>
        <w:rPr>
          <w:rFonts w:ascii="新宋体" w:eastAsia="新宋体" w:hAnsi="新宋体" w:cs="新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35</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36</w:t>
      </w:r>
    </w:p>
    <w:p>
      <w:pPr>
        <w:spacing w:line="360" w:lineRule="auto"/>
        <w:jc w:val="left"/>
        <w:textAlignment w:val="center"/>
        <w:rPr>
          <w:rFonts w:ascii="新宋体" w:eastAsia="新宋体" w:hAnsi="新宋体" w:cs="新宋体"/>
          <w:color w:val="000000"/>
        </w:rPr>
      </w:pPr>
      <w:r>
        <w:rPr>
          <w:rFonts w:ascii="新宋体" w:eastAsia="新宋体" w:hAnsi="新宋体" w:cs="新宋体"/>
          <w:color w:val="000000"/>
        </w:rPr>
        <w:t>＝﹣</w:t>
      </w:r>
      <w:r>
        <w:rPr>
          <w:rFonts w:ascii="Times New Roman" w:eastAsia="Times New Roman" w:hAnsi="Times New Roman" w:cs="Times New Roman"/>
          <w:color w:val="000000"/>
        </w:rPr>
        <w:t>2</w:t>
      </w:r>
      <w:r>
        <w:rPr>
          <w:rFonts w:ascii="新宋体" w:eastAsia="新宋体" w:hAnsi="新宋体" w:cs="新宋体"/>
          <w:color w:val="000000"/>
        </w:rPr>
        <w:t>﹣</w:t>
      </w:r>
      <w:r>
        <w:pict>
          <v:shape id="_x0000_i721137" type="#_x0000_t75" alt="学科网(www.zxxk.com)--教育资源门户，提供试卷、教案、课件、论文、素材以及各类教学资源下载，还有大量而丰富的教学相关资讯！" style="width:11.25pt;height:30.75pt" o:oleicon="f" o:ole="">
            <v:imagedata r:id="rId190" o:title="eqId4dac452fbb5ef6dd653e7fbbef639484"/>
          </v:shape>
        </w:pict>
      </w:r>
      <w:r>
        <w:rPr>
          <w:rFonts w:ascii="Times New Roman" w:eastAsia="Times New Roman" w:hAnsi="Times New Roman" w:cs="Times New Roman"/>
          <w:color w:val="000000"/>
        </w:rPr>
        <w:t>+</w:t>
      </w:r>
      <w:r>
        <w:pict>
          <v:shape id="_x0000_i721138" type="#_x0000_t75" alt="学科网(www.zxxk.com)--教育资源门户，提供试卷、教案、课件、论文、素材以及各类教学资源下载，还有大量而丰富的教学相关资讯！" style="width:12pt;height:31pt" o:oleicon="f" o:ole="">
            <v:imagedata r:id="rId191" o:title="eqIda4b8503f4706b8321e4e79a87eadea84"/>
          </v:shape>
        </w:pict>
      </w:r>
      <w:r>
        <w:rPr>
          <w:rFonts w:ascii="Times New Roman" w:eastAsia="Times New Roman" w:hAnsi="Times New Roman" w:cs="Times New Roman"/>
          <w:color w:val="000000"/>
        </w:rPr>
        <w:t>+</w:t>
      </w:r>
      <w:r>
        <w:rPr>
          <w:rFonts w:ascii="新宋体" w:eastAsia="新宋体" w:hAnsi="新宋体" w:cs="新宋体"/>
          <w:color w:val="000000"/>
        </w:rPr>
        <w:t>（﹣</w:t>
      </w:r>
      <w:r>
        <w:rPr>
          <w:rFonts w:ascii="Times New Roman" w:eastAsia="Times New Roman" w:hAnsi="Times New Roman" w:cs="Times New Roman"/>
          <w:color w:val="000000"/>
        </w:rPr>
        <w:t>2</w:t>
      </w:r>
      <w:r>
        <w:rPr>
          <w:rFonts w:ascii="新宋体" w:eastAsia="新宋体" w:hAnsi="新宋体" w:cs="新宋体"/>
          <w:color w:val="000000"/>
        </w:rPr>
        <w:t>﹣</w:t>
      </w:r>
      <w:r>
        <w:pict>
          <v:shape id="_x0000_i721139" type="#_x0000_t75" alt="学科网(www.zxxk.com)--教育资源门户，提供试卷、教案、课件、论文、素材以及各类教学资源下载，还有大量而丰富的教学相关资讯！" style="width:11.25pt;height:30.75pt" o:oleicon="f" o:ole="">
            <v:imagedata r:id="rId190" o:title="eqId4dac452fbb5ef6dd653e7fbbef639484"/>
          </v:shape>
        </w:pict>
      </w:r>
      <w:r>
        <w:rPr>
          <w:rFonts w:ascii="Times New Roman" w:eastAsia="Times New Roman" w:hAnsi="Times New Roman" w:cs="Times New Roman"/>
          <w:color w:val="000000"/>
        </w:rPr>
        <w:t>+</w:t>
      </w:r>
      <w:r>
        <w:pict>
          <v:shape id="_x0000_i721140" type="#_x0000_t75" alt="学科网(www.zxxk.com)--教育资源门户，提供试卷、教案、课件、论文、素材以及各类教学资源下载，还有大量而丰富的教学相关资讯！" style="width:12pt;height:31pt" o:oleicon="f" o:ole="">
            <v:imagedata r:id="rId191" o:title="eqIda4b8503f4706b8321e4e79a87eadea84"/>
          </v:shape>
        </w:pict>
      </w:r>
      <w:r>
        <w:rPr>
          <w:rFonts w:ascii="新宋体" w:eastAsia="新宋体" w:hAnsi="新宋体" w:cs="新宋体"/>
          <w:color w:val="000000"/>
        </w:rPr>
        <w:t>）</w:t>
      </w:r>
      <w:r>
        <w:rPr>
          <w:rFonts w:ascii="Times New Roman" w:eastAsia="Times New Roman" w:hAnsi="Times New Roman" w:cs="Times New Roman"/>
          <w:color w:val="000000"/>
        </w:rPr>
        <w:t>+…+</w:t>
      </w:r>
      <w:r>
        <w:rPr>
          <w:rFonts w:ascii="新宋体" w:eastAsia="新宋体" w:hAnsi="新宋体" w:cs="新宋体"/>
          <w:color w:val="000000"/>
        </w:rPr>
        <w:t>（﹣</w:t>
      </w:r>
      <w:r>
        <w:rPr>
          <w:rFonts w:ascii="Times New Roman" w:eastAsia="Times New Roman" w:hAnsi="Times New Roman" w:cs="Times New Roman"/>
          <w:color w:val="000000"/>
        </w:rPr>
        <w:t>2</w:t>
      </w:r>
      <w:r>
        <w:rPr>
          <w:rFonts w:ascii="新宋体" w:eastAsia="新宋体" w:hAnsi="新宋体" w:cs="新宋体"/>
          <w:color w:val="000000"/>
        </w:rPr>
        <w:t>﹣</w:t>
      </w:r>
      <w:r>
        <w:pict>
          <v:shape id="_x0000_i721141" type="#_x0000_t75" alt="学科网(www.zxxk.com)--教育资源门户，提供试卷、教案、课件、论文、素材以及各类教学资源下载，还有大量而丰富的教学相关资讯！" style="width:11.25pt;height:30.75pt" o:oleicon="f" o:ole="">
            <v:imagedata r:id="rId190" o:title="eqId4dac452fbb5ef6dd653e7fbbef639484"/>
          </v:shape>
        </w:pict>
      </w:r>
      <w:r>
        <w:rPr>
          <w:rFonts w:ascii="Times New Roman" w:eastAsia="Times New Roman" w:hAnsi="Times New Roman" w:cs="Times New Roman"/>
          <w:color w:val="000000"/>
        </w:rPr>
        <w:t>+</w:t>
      </w:r>
      <w:r>
        <w:pict>
          <v:shape id="_x0000_i721142" type="#_x0000_t75" alt="学科网(www.zxxk.com)--教育资源门户，提供试卷、教案、课件、论文、素材以及各类教学资源下载，还有大量而丰富的教学相关资讯！" style="width:12pt;height:31pt" o:oleicon="f" o:ole="">
            <v:imagedata r:id="rId191" o:title="eqIda4b8503f4706b8321e4e79a87eadea84"/>
          </v:shape>
        </w:pict>
      </w:r>
      <w:r>
        <w:rPr>
          <w:rFonts w:ascii="新宋体" w:eastAsia="新宋体" w:hAnsi="新宋体" w:cs="新宋体"/>
          <w:color w:val="000000"/>
        </w:rPr>
        <w:t>）</w:t>
      </w:r>
    </w:p>
    <w:p>
      <w:pPr>
        <w:spacing w:line="360" w:lineRule="auto"/>
        <w:jc w:val="left"/>
        <w:textAlignment w:val="center"/>
        <w:rPr>
          <w:rFonts w:ascii="Times New Roman" w:eastAsia="Times New Roman" w:hAnsi="Times New Roman" w:cs="Times New Roman"/>
          <w:color w:val="000000"/>
        </w:rPr>
      </w:pPr>
      <w:r>
        <w:rPr>
          <w:rFonts w:ascii="新宋体" w:eastAsia="新宋体" w:hAnsi="新宋体" w:cs="新宋体"/>
          <w:color w:val="000000"/>
        </w:rPr>
        <w:t>＝</w:t>
      </w:r>
      <w:r>
        <w:pict>
          <v:shape id="_x0000_i721143" type="#_x0000_t75" alt="学科网(www.zxxk.com)--教育资源门户，提供试卷、教案、课件、论文、素材以及各类教学资源下载，还有大量而丰富的教学相关资讯！" style="width:20.25pt;height:30.75pt" o:oleicon="f" o:ole="">
            <v:imagedata r:id="rId192" o:title="eqIdef836708ff4f7ed21b7370fd028988b5"/>
          </v:shape>
        </w:pict>
      </w:r>
      <w:r>
        <w:rPr>
          <w:rFonts w:ascii="Times New Roman" w:eastAsia="Times New Roman" w:hAnsi="Times New Roman" w:cs="Times New Roman"/>
          <w:color w:val="000000"/>
        </w:rPr>
        <w:t>×12</w:t>
      </w:r>
    </w:p>
    <w:p>
      <w:pPr>
        <w:spacing w:line="360" w:lineRule="auto"/>
        <w:jc w:val="left"/>
        <w:textAlignment w:val="center"/>
        <w:rPr>
          <w:rFonts w:ascii="新宋体" w:eastAsia="新宋体" w:hAnsi="新宋体" w:cs="新宋体"/>
          <w:color w:val="000000"/>
        </w:rPr>
      </w:pPr>
      <w:r>
        <w:rPr>
          <w:rFonts w:ascii="新宋体" w:eastAsia="新宋体" w:hAnsi="新宋体" w:cs="新宋体"/>
          <w:color w:val="000000"/>
        </w:rPr>
        <w:t>＝﹣</w:t>
      </w:r>
      <w:r>
        <w:rPr>
          <w:rFonts w:ascii="Times New Roman" w:eastAsia="Times New Roman" w:hAnsi="Times New Roman" w:cs="Times New Roman"/>
          <w:color w:val="000000"/>
        </w:rPr>
        <w:t>10</w:t>
      </w:r>
      <w:r>
        <w:rPr>
          <w:rFonts w:ascii="新宋体" w:eastAsia="新宋体" w:hAnsi="新宋体" w:cs="新宋体"/>
          <w:color w:val="000000"/>
        </w:rPr>
        <w:t>．</w:t>
      </w:r>
    </w:p>
    <w:p>
      <w:pPr>
        <w:spacing w:line="360" w:lineRule="auto"/>
        <w:jc w:val="left"/>
        <w:textAlignment w:val="center"/>
        <w:rPr>
          <w:rFonts w:ascii="新宋体" w:eastAsia="新宋体" w:hAnsi="新宋体" w:cs="新宋体"/>
          <w:color w:val="000000"/>
        </w:rPr>
      </w:pPr>
      <w:r>
        <w:rPr>
          <w:rFonts w:ascii="新宋体" w:eastAsia="新宋体" w:hAnsi="新宋体" w:cs="新宋体"/>
          <w:color w:val="000000"/>
        </w:rPr>
        <w:t>故答案为：﹣</w:t>
      </w:r>
      <w:r>
        <w:rPr>
          <w:rFonts w:ascii="Times New Roman" w:eastAsia="Times New Roman" w:hAnsi="Times New Roman" w:cs="Times New Roman"/>
          <w:color w:val="000000"/>
        </w:rPr>
        <w:t>10</w:t>
      </w:r>
      <w:r>
        <w:rPr>
          <w:rFonts w:ascii="新宋体" w:eastAsia="新宋体" w:hAnsi="新宋体" w:cs="新宋体"/>
          <w:color w:val="000000"/>
        </w:rPr>
        <w:t>．</w:t>
      </w:r>
    </w:p>
    <w:p>
      <w:pPr>
        <w:spacing w:line="360" w:lineRule="auto"/>
        <w:jc w:val="left"/>
        <w:textAlignment w:val="center"/>
        <w:rPr>
          <w:rFonts w:ascii="宋体" w:eastAsia="宋体" w:hAnsi="宋体" w:cs="宋体"/>
          <w:color w:val="000000"/>
        </w:rPr>
      </w:pPr>
      <w:r>
        <w:rPr>
          <w:color w:val="000000"/>
        </w:rPr>
        <w:t>【点睛】</w:t>
      </w:r>
      <w:r>
        <w:rPr>
          <w:rFonts w:ascii="宋体" w:eastAsia="宋体" w:hAnsi="宋体" w:cs="宋体"/>
          <w:color w:val="000000"/>
        </w:rPr>
        <w:t>本题考查了规律型：数字的变化类：通过从一些特殊的数字变化中发现不变的因素或按规律变化的因素，然后推广到一般情况．</w:t>
      </w:r>
    </w:p>
    <w:p>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t>三、解答题（有</w:t>
      </w:r>
      <w:r>
        <w:rPr>
          <w:rFonts w:ascii="Times New Roman" w:eastAsia="Times New Roman" w:hAnsi="Times New Roman" w:cs="Times New Roman"/>
          <w:b/>
          <w:color w:val="000000"/>
          <w:sz w:val="24"/>
        </w:rPr>
        <w:t>6</w:t>
      </w:r>
      <w:r>
        <w:rPr>
          <w:rFonts w:ascii="宋体" w:eastAsia="宋体" w:hAnsi="宋体" w:cs="宋体"/>
          <w:b/>
          <w:color w:val="000000"/>
          <w:sz w:val="24"/>
        </w:rPr>
        <w:t>小题，共</w:t>
      </w:r>
      <w:r>
        <w:rPr>
          <w:rFonts w:ascii="Times New Roman" w:eastAsia="Times New Roman" w:hAnsi="Times New Roman" w:cs="Times New Roman"/>
          <w:b/>
          <w:color w:val="000000"/>
          <w:sz w:val="24"/>
        </w:rPr>
        <w:t>52</w:t>
      </w:r>
      <w:r>
        <w:rPr>
          <w:rFonts w:ascii="宋体" w:eastAsia="宋体" w:hAnsi="宋体" w:cs="宋体"/>
          <w:b/>
          <w:color w:val="000000"/>
          <w:sz w:val="24"/>
        </w:rPr>
        <w:t>分）</w:t>
      </w:r>
    </w:p>
    <w:p>
      <w:pPr>
        <w:pStyle w:val="Heading2"/>
      </w:pPr>
      <w:r>
        <w:t>师范大学附属中学</w:t>
      </w:r>
    </w:p>
    <w:p>
      <w:pPr>
        <w:spacing w:line="360" w:lineRule="auto"/>
        <w:jc w:val="left"/>
        <w:textAlignment w:val="center"/>
        <w:rPr>
          <w:rFonts w:ascii="宋体" w:eastAsia="宋体" w:hAnsi="宋体" w:cs="宋体"/>
          <w:color w:val="000000"/>
        </w:rPr>
      </w:pPr>
      <w:r>
        <w:rPr>
          <w:color w:val="000000"/>
        </w:rPr>
        <w:t xml:space="preserve">18. </w:t>
      </w:r>
      <w:r>
        <w:rPr>
          <w:rFonts w:ascii="宋体" w:eastAsia="宋体" w:hAnsi="宋体" w:cs="宋体"/>
          <w:color w:val="000000"/>
        </w:rPr>
        <w:t>我们知道，</w:t>
      </w:r>
      <w:r>
        <w:pict>
          <v:shape id="_x0000_i721144" type="#_x0000_t75" alt="学科网(www.zxxk.com)--教育资源门户，提供试卷、教案、课件、论文、素材以及各类教学资源下载，还有大量而丰富的教学相关资讯！" style="width:59.25pt;height:30.75pt" o:oleicon="f" o:ole="">
            <v:imagedata r:id="rId193" o:title="eqIdd842b2e150d723c948234ee36f4b6b0c"/>
          </v:shape>
        </w:pict>
      </w:r>
      <w:r>
        <w:rPr>
          <w:rFonts w:ascii="宋体" w:eastAsia="宋体" w:hAnsi="宋体" w:cs="宋体"/>
          <w:color w:val="000000"/>
        </w:rPr>
        <w:t>，</w:t>
      </w:r>
      <w:r>
        <w:pict>
          <v:shape id="_x0000_i721145" type="#_x0000_t75" alt="学科网(www.zxxk.com)--教育资源门户，提供试卷、教案、课件、论文、素材以及各类教学资源下载，还有大量而丰富的教学相关资讯！" style="width:63.75pt;height:30.75pt" o:oleicon="f" o:ole="">
            <v:imagedata r:id="rId194" o:title="eqIdb61dfa259a7cfab28fe63ff7d6211b1a"/>
          </v:shape>
        </w:pict>
      </w:r>
      <w:r>
        <w:rPr>
          <w:rFonts w:ascii="宋体" w:eastAsia="宋体" w:hAnsi="宋体" w:cs="宋体"/>
          <w:color w:val="000000"/>
        </w:rPr>
        <w:t>，</w:t>
      </w:r>
      <w:r>
        <w:pict>
          <v:shape id="_x0000_i721146" type="#_x0000_t75" alt="学科网(www.zxxk.com)--教育资源门户，提供试卷、教案、课件、论文、素材以及各类教学资源下载，还有大量而丰富的教学相关资讯！" style="width:63.75pt;height:30.75pt" o:oleicon="f" o:ole="">
            <v:imagedata r:id="rId195" o:title="eqIda7f4890678dc22224b4d23a8c38fbf11"/>
          </v:shape>
        </w:pic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因此关于</w:t>
      </w:r>
      <w:r>
        <w:pict>
          <v:shape id="_x0000_i721147" type="#_x0000_t75" alt="学科网(www.zxxk.com)--教育资源门户，提供试卷、教案、课件、论文、素材以及各类教学资源下载，还有大量而丰富的教学相关资讯！" style="width:9pt;height:9.75pt" o:oleicon="f" o:ole="">
            <v:imagedata r:id="rId196" o:title="eqId81dea63b8ce3e51adf66cf7b9982a248"/>
          </v:shape>
        </w:pict>
      </w:r>
      <w:r>
        <w:rPr>
          <w:rFonts w:ascii="宋体" w:eastAsia="宋体" w:hAnsi="宋体" w:cs="宋体"/>
          <w:color w:val="000000"/>
        </w:rPr>
        <w:t>的方程</w:t>
      </w:r>
      <w:r>
        <w:pict>
          <v:shape id="_x0000_i721148" type="#_x0000_t75" alt="学科网(www.zxxk.com)--教育资源门户，提供试卷、教案、课件、论文、素材以及各类教学资源下载，还有大量而丰富的教学相关资讯！" style="width:120pt;height:31.2pt" o:oleicon="f" o:ole="">
            <v:imagedata r:id="rId197" o:title="eqId26512c42c3c5d0cf2d0e99c700e415d8"/>
          </v:shape>
        </w:pict>
      </w:r>
      <w:r>
        <w:rPr>
          <w:rFonts w:ascii="宋体" w:eastAsia="宋体" w:hAnsi="宋体" w:cs="宋体"/>
          <w:color w:val="000000"/>
        </w:rPr>
        <w:t>的解是</w:t>
      </w:r>
      <w:r>
        <w:rPr>
          <w:rFonts w:ascii="宋体" w:eastAsia="宋体" w:hAnsi="宋体" w:cs="宋体"/>
          <w:color w:val="000000"/>
        </w:rPr>
        <w:t>_________</w:t>
      </w:r>
      <w:r>
        <w:rPr>
          <w:rFonts w:ascii="宋体" w:eastAsia="宋体" w:hAnsi="宋体" w:cs="宋体"/>
          <w:color w:val="000000"/>
        </w:rPr>
        <w:t>；关于</w:t>
      </w:r>
      <w:r>
        <w:pict>
          <v:shape id="_x0000_i721149" type="#_x0000_t75" alt="学科网(www.zxxk.com)--教育资源门户，提供试卷、教案、课件、论文、素材以及各类教学资源下载，还有大量而丰富的教学相关资讯！" style="width:9pt;height:9.75pt" o:oleicon="f" o:ole="">
            <v:imagedata r:id="rId196" o:title="eqId81dea63b8ce3e51adf66cf7b9982a248"/>
          </v:shape>
        </w:pict>
      </w:r>
      <w:r>
        <w:rPr>
          <w:rFonts w:ascii="宋体" w:eastAsia="宋体" w:hAnsi="宋体" w:cs="宋体"/>
          <w:color w:val="000000"/>
        </w:rPr>
        <w:t>的方程</w:t>
      </w:r>
      <w:r>
        <w:pict>
          <v:shape id="_x0000_i721150" type="#_x0000_t75" alt="学科网(www.zxxk.com)--教育资源门户，提供试卷、教案、课件、论文、素材以及各类教学资源下载，还有大量而丰富的教学相关资讯！" style="width:175.2pt;height:34.8pt" o:oleicon="f" o:ole="">
            <v:imagedata r:id="rId198" o:title="eqId891177e8fb2878c0b5f7556df1815a43"/>
          </v:shape>
        </w:pict>
      </w:r>
      <w:r>
        <w:rPr>
          <w:rFonts w:ascii="宋体" w:eastAsia="宋体" w:hAnsi="宋体" w:cs="宋体"/>
          <w:color w:val="000000"/>
        </w:rPr>
        <w:t>的解是</w:t>
      </w:r>
      <w:r>
        <w:rPr>
          <w:rFonts w:ascii="宋体" w:eastAsia="宋体" w:hAnsi="宋体" w:cs="宋体"/>
          <w:color w:val="000000"/>
        </w:rPr>
        <w:t>_________</w:t>
      </w:r>
      <w:r>
        <w:rPr>
          <w:rFonts w:ascii="宋体" w:eastAsia="宋体" w:hAnsi="宋体" w:cs="宋体"/>
          <w:color w:val="000000"/>
        </w:rPr>
        <w:t>（用含</w:t>
      </w:r>
      <w:r>
        <w:pict>
          <v:shape id="_x0000_i721151" type="#_x0000_t75" alt="学科网(www.zxxk.com)--教育资源门户，提供试卷、教案、课件、论文、素材以及各类教学资源下载，还有大量而丰富的教学相关资讯！" style="width:9.75pt;height:11.25pt" o:oleicon="f" o:ole="">
            <v:imagedata r:id="rId199" o:title="eqIdb6a24198bd04c29321ae5dc5a28fe421"/>
          </v:shape>
        </w:pict>
      </w:r>
      <w:r>
        <w:rPr>
          <w:rFonts w:ascii="宋体" w:eastAsia="宋体" w:hAnsi="宋体" w:cs="宋体"/>
          <w:color w:val="000000"/>
        </w:rPr>
        <w:t>的式子表示）．</w:t>
      </w:r>
    </w:p>
    <w:p>
      <w:pPr>
        <w:spacing w:line="360" w:lineRule="auto"/>
        <w:textAlignment w:val="center"/>
        <w:rPr>
          <w:rFonts w:ascii="宋体" w:eastAsia="宋体" w:hAnsi="宋体" w:cs="宋体"/>
          <w:color w:val="000000"/>
        </w:rPr>
      </w:pPr>
      <w:r>
        <w:rPr>
          <w:color w:val="2E75B6"/>
        </w:rPr>
        <w:t>【答案】</w:t>
      </w:r>
      <w:r>
        <w:rPr>
          <w:color w:val="000000"/>
        </w:rPr>
        <w:t xml:space="preserve">    ①. </w:t>
      </w:r>
      <w:r>
        <w:pict>
          <v:shape id="_x0000_i721152" type="#_x0000_t75" alt="学科网(www.zxxk.com)--教育资源门户，提供试卷、教案、课件、论文、素材以及各类教学资源下载，还有大量而丰富的教学相关资讯！" style="width:39pt;height:14.25pt" o:oleicon="f" o:ole="">
            <v:imagedata r:id="rId200" o:title="eqId3a8b230b4c1741ff8fe1f2a14ec732c0"/>
          </v:shape>
        </w:pict>
      </w:r>
      <w:r>
        <w:rPr>
          <w:color w:val="000000"/>
        </w:rPr>
        <w:t xml:space="preserve">    ②. </w:t>
      </w:r>
      <w:r>
        <w:pict>
          <v:shape id="_x0000_i721153" type="#_x0000_t75" alt="学科网(www.zxxk.com)--教育资源门户，提供试卷、教案、课件、论文、素材以及各类教学资源下载，还有大量而丰富的教学相关资讯！" style="width:76.25pt;height:31.25pt" o:oleicon="f" o:ole="">
            <v:imagedata r:id="rId201" o:title="eqId901f47d1769c83389d94f964459379cd"/>
          </v:shape>
        </w:pict>
      </w:r>
      <w:r>
        <w:rPr>
          <w:rFonts w:ascii="宋体" w:eastAsia="宋体" w:hAnsi="宋体" w:cs="宋体"/>
          <w:color w:val="000000"/>
        </w:rPr>
        <w:t>（或</w:t>
      </w:r>
      <w:r>
        <w:pict>
          <v:shape id="_x0000_i721154" type="#_x0000_t75" alt="学科网(www.zxxk.com)--教育资源门户，提供试卷、教案、课件、论文、素材以及各类教学资源下载，还有大量而丰富的教学相关资讯！" style="width:81pt;height:31.25pt" o:oleicon="f" o:ole="">
            <v:imagedata r:id="rId202" o:title="eqIdbc50799083bca13be1ca8fc3bf8a1a16"/>
          </v:shape>
        </w:pict>
      </w:r>
      <w:r>
        <w:rPr>
          <w:rFonts w:ascii="宋体" w:eastAsia="宋体" w:hAnsi="宋体" w:cs="宋体"/>
          <w:color w:val="000000"/>
        </w:rPr>
        <w:t>）</w:t>
      </w:r>
    </w:p>
    <w:p>
      <w:pPr>
        <w:spacing w:line="360" w:lineRule="auto"/>
        <w:textAlignment w:val="center"/>
        <w:rPr>
          <w:color w:val="000000"/>
        </w:rPr>
      </w:pPr>
      <w:r>
        <w:rPr>
          <w:color w:val="2E75B6"/>
        </w:rPr>
        <w:t>【解析】</w:t>
      </w:r>
    </w:p>
    <w:p>
      <w:pPr>
        <w:spacing w:line="360" w:lineRule="auto"/>
        <w:jc w:val="left"/>
        <w:textAlignment w:val="center"/>
        <w:rPr>
          <w:rFonts w:ascii="宋体" w:eastAsia="宋体" w:hAnsi="宋体" w:cs="宋体"/>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）根据题意将方程的左边变形，进而即可求解；</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）同（</w:t>
      </w:r>
      <w:r>
        <w:rPr>
          <w:rFonts w:ascii="Times New Roman" w:eastAsia="Times New Roman" w:hAnsi="Times New Roman" w:cs="Times New Roman"/>
          <w:color w:val="000000"/>
        </w:rPr>
        <w:t>1</w:t>
      </w:r>
      <w:r>
        <w:rPr>
          <w:rFonts w:ascii="宋体" w:eastAsia="宋体" w:hAnsi="宋体" w:cs="宋体"/>
          <w:color w:val="000000"/>
        </w:rPr>
        <w:t>）的方法解一元一次方程即可</w:t>
      </w:r>
    </w:p>
    <w:p>
      <w:pPr>
        <w:spacing w:line="360" w:lineRule="auto"/>
        <w:jc w:val="left"/>
        <w:textAlignment w:val="center"/>
        <w:rPr>
          <w:rFonts w:ascii="宋体" w:eastAsia="宋体" w:hAnsi="宋体" w:cs="宋体"/>
          <w:color w:val="000000"/>
        </w:rPr>
      </w:pPr>
      <w:r>
        <w:rPr>
          <w:color w:val="000000"/>
        </w:rPr>
        <w:t>【详解】</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pict>
          <v:shape id="_x0000_i721155" type="#_x0000_t75" alt="学科网(www.zxxk.com)--教育资源门户，提供试卷、教案、课件、论文、素材以及各类教学资源下载，还有大量而丰富的教学相关资讯！" style="width:120pt;height:31.2pt" o:oleicon="f" o:ole="">
            <v:imagedata r:id="rId203" o:title="eqId26512c42c3c5d0cf2d0e99c700e415d8"/>
          </v:shape>
        </w:pict>
      </w:r>
    </w:p>
    <w:p>
      <w:pPr>
        <w:spacing w:line="360" w:lineRule="auto"/>
        <w:jc w:val="left"/>
        <w:textAlignment w:val="center"/>
        <w:rPr>
          <w:rFonts w:ascii="宋体" w:eastAsia="宋体" w:hAnsi="宋体" w:cs="宋体"/>
          <w:color w:val="000000"/>
        </w:rPr>
      </w:pPr>
      <w:r>
        <w:rPr>
          <w:rFonts w:ascii="宋体" w:eastAsia="宋体" w:hAnsi="宋体" w:cs="宋体"/>
          <w:color w:val="000000"/>
        </w:rPr>
        <w:t>可化为：</w:t>
      </w:r>
      <w:r>
        <w:pict>
          <v:shape id="_x0000_i721156" type="#_x0000_t75" alt="学科网(www.zxxk.com)--教育资源门户，提供试卷、教案、课件、论文、素材以及各类教学资源下载，还有大量而丰富的教学相关资讯！" style="width:141.9pt;height:31.25pt" o:oleicon="f" o:ole="">
            <v:imagedata r:id="rId204" o:title="eqId648bb902ca612a82a6a5483d010dbc69"/>
          </v:shape>
        </w:pict>
      </w:r>
    </w:p>
    <w:p>
      <w:pPr>
        <w:spacing w:line="360" w:lineRule="auto"/>
        <w:jc w:val="left"/>
        <w:textAlignment w:val="center"/>
        <w:rPr>
          <w:rFonts w:ascii="宋体" w:eastAsia="宋体" w:hAnsi="宋体" w:cs="宋体"/>
          <w:color w:val="000000"/>
        </w:rPr>
      </w:pPr>
      <w:r>
        <w:rPr>
          <w:rFonts w:ascii="宋体" w:eastAsia="宋体" w:hAnsi="宋体" w:cs="宋体"/>
          <w:color w:val="000000"/>
        </w:rPr>
        <w:t>即</w:t>
      </w:r>
      <w:r>
        <w:pict>
          <v:shape id="_x0000_i721157" type="#_x0000_t75" alt="学科网(www.zxxk.com)--教育资源门户，提供试卷、教案、课件、论文、素材以及各类教学资源下载，还有大量而丰富的教学相关资讯！" style="width:48.2pt;height:31.25pt" o:oleicon="f" o:ole="">
            <v:imagedata r:id="rId205" o:title="eqId07d29ed0aa4d4a42861ce44315f225ae"/>
          </v:shape>
        </w:pict>
      </w:r>
    </w:p>
    <w:p>
      <w:pPr>
        <w:spacing w:line="360" w:lineRule="auto"/>
        <w:jc w:val="left"/>
        <w:textAlignment w:val="center"/>
        <w:rPr>
          <w:rFonts w:ascii="宋体" w:eastAsia="宋体" w:hAnsi="宋体" w:cs="宋体"/>
          <w:color w:val="000000"/>
        </w:rPr>
      </w:pPr>
      <w:r>
        <w:rPr>
          <w:rFonts w:ascii="宋体" w:eastAsia="宋体" w:hAnsi="宋体" w:cs="宋体"/>
          <w:color w:val="000000"/>
        </w:rPr>
        <w:t>解得</w:t>
      </w:r>
      <w:r>
        <w:pict>
          <v:shape id="_x0000_i721158" type="#_x0000_t75" alt="学科网(www.zxxk.com)--教育资源门户，提供试卷、教案、课件、论文、素材以及各类教学资源下载，还有大量而丰富的教学相关资讯！" style="width:39pt;height:14.25pt" o:oleicon="f" o:ole="">
            <v:imagedata r:id="rId206" o:title="eqId3a8b230b4c1741ff8fe1f2a14ec732c0"/>
          </v:shape>
        </w:pic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pict>
          <v:shape id="_x0000_i721159" type="#_x0000_t75" alt="学科网(www.zxxk.com)--教育资源门户，提供试卷、教案、课件、论文、素材以及各类教学资源下载，还有大量而丰富的教学相关资讯！" style="width:175.2pt;height:34.8pt" o:oleicon="f" o:ole="">
            <v:imagedata r:id="rId207" o:title="eqId891177e8fb2878c0b5f7556df1815a43"/>
          </v:shape>
        </w:pict>
      </w:r>
    </w:p>
    <w:p>
      <w:pPr>
        <w:spacing w:line="360" w:lineRule="auto"/>
        <w:jc w:val="left"/>
        <w:textAlignment w:val="center"/>
        <w:rPr>
          <w:color w:val="000000"/>
        </w:rPr>
      </w:pPr>
      <w:r>
        <w:pict>
          <v:shape id="_x0000_i721160" type="#_x0000_t75" alt="学科网(www.zxxk.com)--教育资源门户，提供试卷、教案、课件、论文、素材以及各类教学资源下载，还有大量而丰富的教学相关资讯！" style="width:148.25pt;height:31.25pt" o:oleicon="f" o:ole="">
            <v:imagedata r:id="rId208" o:title="eqId7e0b8b2ef73ee4731b11f2d0d898fb56"/>
          </v:shape>
        </w:pict>
      </w:r>
    </w:p>
    <w:p>
      <w:pPr>
        <w:spacing w:line="360" w:lineRule="auto"/>
        <w:jc w:val="left"/>
        <w:textAlignment w:val="center"/>
        <w:rPr>
          <w:rFonts w:ascii="宋体" w:eastAsia="宋体" w:hAnsi="宋体" w:cs="宋体"/>
          <w:color w:val="000000"/>
        </w:rPr>
      </w:pPr>
      <w:r>
        <w:rPr>
          <w:rFonts w:ascii="宋体" w:eastAsia="宋体" w:hAnsi="宋体" w:cs="宋体"/>
          <w:color w:val="000000"/>
        </w:rPr>
        <w:t>即</w:t>
      </w:r>
      <w:r>
        <w:pict>
          <v:shape id="_x0000_i721161" type="#_x0000_t75" alt="学科网(www.zxxk.com)--教育资源门户，提供试卷、教案、课件、论文、素材以及各类教学资源下载，还有大量而丰富的教学相关资讯！" style="width:68.8pt;height:31.25pt" o:oleicon="f" o:ole="">
            <v:imagedata r:id="rId209" o:title="eqIdb82705a868c118492f11e7eef1adb8f7"/>
          </v:shape>
        </w:pict>
      </w:r>
    </w:p>
    <w:p>
      <w:pPr>
        <w:spacing w:line="360" w:lineRule="auto"/>
        <w:jc w:val="left"/>
        <w:textAlignment w:val="center"/>
        <w:rPr>
          <w:rFonts w:ascii="宋体" w:eastAsia="宋体" w:hAnsi="宋体" w:cs="宋体"/>
          <w:color w:val="000000"/>
        </w:rPr>
      </w:pPr>
      <w:r>
        <w:rPr>
          <w:rFonts w:ascii="宋体" w:eastAsia="宋体" w:hAnsi="宋体" w:cs="宋体"/>
          <w:color w:val="000000"/>
        </w:rPr>
        <w:t>解得</w:t>
      </w:r>
      <w:r>
        <w:pict>
          <v:shape id="_x0000_i721162" type="#_x0000_t75" alt="学科网(www.zxxk.com)--教育资源门户，提供试卷、教案、课件、论文、素材以及各类教学资源下载，还有大量而丰富的教学相关资讯！" style="width:76.25pt;height:31.25pt" o:oleicon="f" o:ole="">
            <v:imagedata r:id="rId210" o:title="eqId901f47d1769c83389d94f964459379cd"/>
          </v:shape>
        </w:pict>
      </w:r>
      <w:r>
        <w:rPr>
          <w:rFonts w:ascii="宋体" w:eastAsia="宋体" w:hAnsi="宋体" w:cs="宋体"/>
          <w:color w:val="000000"/>
        </w:rPr>
        <w:t>（或</w:t>
      </w:r>
      <w:r>
        <w:pict>
          <v:shape id="_x0000_i721163" type="#_x0000_t75" alt="学科网(www.zxxk.com)--教育资源门户，提供试卷、教案、课件、论文、素材以及各类教学资源下载，还有大量而丰富的教学相关资讯！" style="width:81pt;height:31.25pt" o:oleicon="f" o:ole="">
            <v:imagedata r:id="rId211" o:title="eqIdbc50799083bca13be1ca8fc3bf8a1a16"/>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color w:val="000000"/>
        </w:rPr>
        <w:t>【点睛】</w:t>
      </w:r>
      <w:r>
        <w:rPr>
          <w:rFonts w:ascii="宋体" w:eastAsia="宋体" w:hAnsi="宋体" w:cs="宋体"/>
          <w:color w:val="000000"/>
        </w:rPr>
        <w:t>本题考查了解一元一次方程，仿照例题解决问题是解题的关键．</w:t>
      </w:r>
    </w:p>
    <w:p>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t>三、计算题（每小题</w:t>
      </w:r>
      <w:r>
        <w:rPr>
          <w:rFonts w:ascii="Times New Roman" w:eastAsia="Times New Roman" w:hAnsi="Times New Roman" w:cs="Times New Roman"/>
          <w:b/>
          <w:color w:val="000000"/>
          <w:sz w:val="24"/>
        </w:rPr>
        <w:t>4</w:t>
      </w:r>
      <w:r>
        <w:rPr>
          <w:rFonts w:ascii="宋体" w:eastAsia="宋体" w:hAnsi="宋体" w:cs="宋体"/>
          <w:b/>
          <w:color w:val="000000"/>
          <w:sz w:val="24"/>
        </w:rPr>
        <w:t>分，共</w:t>
      </w:r>
      <w:r>
        <w:rPr>
          <w:rFonts w:ascii="Times New Roman" w:eastAsia="Times New Roman" w:hAnsi="Times New Roman" w:cs="Times New Roman"/>
          <w:b/>
          <w:color w:val="000000"/>
          <w:sz w:val="24"/>
        </w:rPr>
        <w:t>16</w:t>
      </w:r>
      <w:r>
        <w:rPr>
          <w:rFonts w:ascii="宋体" w:eastAsia="宋体" w:hAnsi="宋体" w:cs="宋体"/>
          <w:b/>
          <w:color w:val="000000"/>
          <w:sz w:val="24"/>
        </w:rPr>
        <w:t>分）</w:t>
      </w:r>
    </w:p>
    <w:p>
      <w:pPr>
        <w:pStyle w:val="Heading2"/>
      </w:pPr>
      <w:r>
        <w:t>平谷区峪口中学</w:t>
      </w:r>
    </w:p>
    <w:p>
      <w:pPr>
        <w:pStyle w:val="Normal"/>
        <w:spacing w:lineRule="auto" w:line="360"/>
        <w:jc w:val="start"/>
        <w:textAlignment w:val="center"/>
        <w:rPr/>
      </w:pPr>
      <w:r>
        <w:rPr>
          <w:color w:val="000000"/>
        </w:rPr>
        <w:t xml:space="preserve">32. </w:t>
      </w:r>
      <w:r>
        <w:rPr>
          <w:rFonts w:eastAsia="Times New Roman" w:cs="Times New Roman"/>
          <w:color w:val="000000"/>
        </w:rPr>
        <w:t>34</w:t>
      </w:r>
      <w:r>
        <w:rPr>
          <w:rFonts w:eastAsia="宋体;SimSun" w:cs="宋体;SimSun" w:ascii="宋体;SimSun" w:hAnsi="宋体;SimSun"/>
          <w:color w:val="000000"/>
        </w:rPr>
        <w:t>÷</w:t>
      </w:r>
      <w:r>
        <w:rPr>
          <w:rFonts w:ascii="宋体;SimSun" w:hAnsi="宋体;SimSun" w:cs="宋体;SimSun"/>
          <w:color w:val="000000"/>
        </w:rPr>
        <w:t>（－</w:t>
      </w:r>
      <w:r>
        <w:rPr>
          <w:rFonts w:eastAsia="Times New Roman" w:cs="Times New Roman"/>
          <w:color w:val="000000"/>
        </w:rPr>
        <w:t>27</w:t>
      </w:r>
      <w:r>
        <w:rPr>
          <w:rFonts w:ascii="宋体;SimSun" w:hAnsi="宋体;SimSun" w:cs="宋体;SimSun"/>
          <w:color w:val="000000"/>
        </w:rPr>
        <w:t>）－〔（－</w:t>
      </w:r>
      <w:r>
        <w:rPr>
          <w:rFonts w:eastAsia="Times New Roman" w:cs="Times New Roman"/>
          <w:color w:val="000000"/>
        </w:rPr>
        <w:t>2</w:t>
      </w:r>
      <w:r>
        <w:rPr>
          <w:rFonts w:ascii="宋体;SimSun" w:hAnsi="宋体;SimSun" w:cs="宋体;SimSun"/>
          <w:color w:val="000000"/>
        </w:rPr>
        <w:t>）</w:t>
      </w:r>
      <w:r>
        <w:rPr>
          <w:rFonts w:eastAsia="宋体;SimSun" w:cs="宋体;SimSun" w:ascii="宋体;SimSun" w:hAnsi="宋体;SimSun"/>
          <w:color w:val="000000"/>
        </w:rPr>
        <w:t>×</w:t>
      </w:r>
      <w:r>
        <w:rPr>
          <w:rFonts w:ascii="宋体;SimSun" w:hAnsi="宋体;SimSun" w:cs="宋体;SimSun"/>
          <w:color w:val="000000"/>
        </w:rPr>
        <w:t>（－</w:t>
      </w:r>
      <w:r>
        <w:rPr/>
        <w:pict>
          <v:shape id="_x0000_i721164" type="_x0000_tole_rId201" style="width:12pt;height:31.2pt" filled="f" o:ole="">
            <v:imagedata r:id="rId212" o:title=""/>
          </v:shape>
        </w:pict>
      </w:r>
      <w:r>
        <w:rPr>
          <w:rFonts w:ascii="宋体;SimSun" w:hAnsi="宋体;SimSun" w:cs="宋体;SimSun"/>
          <w:color w:val="000000"/>
        </w:rPr>
        <w:t>）＋</w:t>
      </w:r>
      <w:r>
        <w:rPr>
          <w:rFonts w:eastAsia="Times New Roman" w:cs="Times New Roman"/>
          <w:color w:val="000000"/>
        </w:rPr>
        <w:t>23</w:t>
      </w:r>
      <w:r>
        <w:rPr>
          <w:rFonts w:ascii="宋体;SimSun" w:hAnsi="宋体;SimSun" w:cs="宋体;SimSun"/>
          <w:color w:val="000000"/>
        </w:rPr>
        <w:t>〕</w:t>
      </w:r>
    </w:p>
    <w:p>
      <w:pPr>
        <w:pStyle w:val="Normal"/>
        <w:spacing w:lineRule="auto" w:line="360"/>
        <w:textAlignment w:val="center"/>
        <w:rPr>
          <w:color w:val="000000"/>
        </w:rPr>
      </w:pPr>
      <w:r>
        <w:rPr>
          <w:color w:val="2E75B6"/>
        </w:rPr>
        <w:t>【答案】</w:t>
      </w:r>
      <w:r>
        <w:rPr/>
        <w:pict>
          <v:shape id="_x0000_i721165" type="_x0000_tole_rId203" style="width:33.8pt;height:27.55pt" filled="f" o:ole="">
            <v:imagedata r:id="rId213" o:title=""/>
          </v:shape>
        </w:pict>
      </w:r>
    </w:p>
    <w:p>
      <w:pPr>
        <w:pStyle w:val="Normal"/>
        <w:spacing w:lineRule="auto" w:line="360"/>
        <w:textAlignment w:val="center"/>
        <w:rPr>
          <w:color w:val="000000"/>
        </w:rPr>
      </w:pPr>
      <w:r>
        <w:rPr>
          <w:color w:val="2E75B6"/>
        </w:rPr>
        <w:t>【解析】</w:t>
      </w:r>
    </w:p>
    <w:p>
      <w:pPr>
        <w:pStyle w:val="Normal"/>
        <w:spacing w:lineRule="auto" w:line="360"/>
        <w:textAlignment w:val="center"/>
        <w:rPr/>
      </w:pPr>
      <w:r>
        <w:rPr>
          <w:color w:val="000000"/>
        </w:rPr>
        <w:t>【分析】</w:t>
      </w:r>
      <w:r>
        <w:rPr>
          <w:rFonts w:ascii="宋体;SimSun" w:hAnsi="宋体;SimSun" w:cs="宋体;SimSun"/>
          <w:color w:val="000000"/>
        </w:rPr>
        <w:t>先算括号内的，再算乘除，最后算加减即可求出值．</w:t>
      </w:r>
    </w:p>
    <w:p>
      <w:pPr>
        <w:pStyle w:val="Normal"/>
        <w:spacing w:lineRule="auto" w:line="360"/>
        <w:textAlignment w:val="center"/>
        <w:rPr>
          <w:rFonts w:ascii="Times New Roman" w:hAnsi="Times New Roman" w:eastAsia="Times New Roman" w:cs="Times New Roman"/>
          <w:color w:val="000000"/>
        </w:rPr>
      </w:pPr>
      <w:r>
        <w:rPr>
          <w:color w:val="000000"/>
        </w:rPr>
        <w:t>【详解】</w:t>
      </w:r>
      <w:r>
        <w:rPr>
          <w:rFonts w:ascii="宋体;SimSun" w:hAnsi="宋体;SimSun" w:cs="宋体;SimSun"/>
          <w:color w:val="000000"/>
        </w:rPr>
        <w:t>解：原式</w:t>
      </w:r>
      <w:r>
        <w:rPr>
          <w:rFonts w:eastAsia="Times New Roman" w:cs="Times New Roman"/>
          <w:color w:val="000000"/>
        </w:rPr>
        <w:t>=</w:t>
      </w:r>
      <w:r>
        <w:rPr/>
        <w:pict>
          <v:shape id="_x0000_i721166" type="_x0000_tole_rId205" style="width:65.75pt;height:27.55pt" filled="f" o:ole="">
            <v:imagedata r:id="rId214" o:title=""/>
          </v:shape>
        </w:pict>
      </w:r>
    </w:p>
    <w:p>
      <w:pPr>
        <w:pStyle w:val="Normal"/>
        <w:spacing w:lineRule="auto" w:line="360"/>
        <w:jc w:val="start"/>
        <w:textAlignment w:val="center"/>
        <w:rPr>
          <w:rFonts w:ascii="Times New Roman" w:hAnsi="Times New Roman" w:eastAsia="Times New Roman" w:cs="Times New Roman"/>
          <w:color w:val="000000"/>
        </w:rPr>
      </w:pPr>
      <w:r>
        <w:rPr>
          <w:rFonts w:eastAsia="Times New Roman" w:cs="Times New Roman"/>
          <w:color w:val="000000"/>
        </w:rPr>
        <w:t>=</w:t>
      </w:r>
      <w:r>
        <w:rPr/>
        <w:pict>
          <v:shape id="_x0000_i721167" type="_x0000_tole_rId207" style="width:44.45pt;height:27.55pt" filled="f" o:ole="">
            <v:imagedata r:id="rId215" o:title=""/>
          </v:shape>
        </w:pict>
      </w:r>
    </w:p>
    <w:p>
      <w:pPr>
        <w:pStyle w:val="Normal"/>
        <w:spacing w:lineRule="auto" w:line="360"/>
        <w:jc w:val="start"/>
        <w:textAlignment w:val="center"/>
        <w:rPr>
          <w:rFonts w:ascii="Times New Roman" w:hAnsi="Times New Roman" w:eastAsia="Times New Roman" w:cs="Times New Roman"/>
          <w:color w:val="000000"/>
        </w:rPr>
      </w:pPr>
      <w:r>
        <w:rPr>
          <w:rFonts w:eastAsia="Times New Roman" w:cs="Times New Roman"/>
          <w:color w:val="000000"/>
        </w:rPr>
        <w:t>=</w:t>
      </w:r>
      <w:r>
        <w:rPr/>
        <w:pict>
          <v:shape id="_x0000_i721168" type="_x0000_tole_rId209" style="width:33.8pt;height:27.55pt" filled="f" o:ole="">
            <v:imagedata r:id="rId216" o:title=""/>
          </v:shape>
        </w:pict>
      </w:r>
    </w:p>
    <w:p>
      <w:pPr>
        <w:pStyle w:val="Normal"/>
        <w:spacing w:lineRule="auto" w:line="360"/>
        <w:jc w:val="start"/>
        <w:textAlignment w:val="center"/>
        <w:rPr/>
      </w:pPr>
      <w:r>
        <w:rPr>
          <w:color w:val="000000"/>
        </w:rPr>
        <w:t>【点睛】</w:t>
      </w:r>
      <w:r>
        <w:rPr>
          <w:rFonts w:ascii="宋体;SimSun" w:hAnsi="宋体;SimSun" w:cs="宋体;SimSun"/>
          <w:color w:val="000000"/>
        </w:rPr>
        <w:t>此题考查了有理数的混合运算，熟练掌握运算法则及运算律是解本题的关键．</w:t>
      </w:r>
    </w:p>
    <w:p>
      <w:pPr>
        <w:pStyle w:val="Normal"/>
        <w:spacing w:lineRule="auto" w:line="360"/>
        <w:jc w:val="start"/>
        <w:textAlignment w:val="center"/>
        <w:rPr/>
      </w:pPr>
      <w:r>
        <w:rPr>
          <w:rFonts w:ascii="宋体;SimSun" w:hAnsi="宋体;SimSun" w:cs="宋体;SimSun"/>
          <w:b/>
          <w:color w:val="000000"/>
          <w:sz w:val="24"/>
        </w:rPr>
        <w:t>五、解答题：（</w:t>
      </w:r>
      <w:r>
        <w:rPr>
          <w:rFonts w:eastAsia="Times New Roman" w:cs="Times New Roman"/>
          <w:b/>
          <w:color w:val="000000"/>
          <w:sz w:val="24"/>
        </w:rPr>
        <w:t>5</w:t>
      </w:r>
      <w:r>
        <w:rPr>
          <w:rFonts w:ascii="宋体;SimSun" w:hAnsi="宋体;SimSun" w:cs="宋体;SimSun"/>
          <w:b/>
          <w:color w:val="000000"/>
          <w:sz w:val="24"/>
        </w:rPr>
        <w:t>分）</w:t>
      </w:r>
    </w:p>
    <w:p>
      <w:pPr>
        <w:pStyle w:val="Heading2"/>
      </w:pPr>
      <w:r>
        <w:t>徐悲鸿中学</w:t>
      </w:r>
    </w:p>
    <w:p>
      <w:pPr>
        <w:spacing w:before="105" w:line="360" w:lineRule="auto"/>
        <w:jc w:val="left"/>
        <w:textAlignment w:val="center"/>
        <w:rPr>
          <w:color w:val="000000"/>
        </w:rPr>
      </w:pPr>
      <w:r>
        <w:rPr>
          <w:color w:val="000000"/>
        </w:rPr>
        <w:t xml:space="preserve">20. </w:t>
      </w:r>
      <w:r>
        <w:rPr>
          <w:rFonts w:ascii="宋体" w:eastAsia="宋体" w:hAnsi="宋体" w:cs="宋体"/>
          <w:color w:val="000000"/>
        </w:rPr>
        <w:t>如图是一组有规律的图案，第</w:t>
      </w:r>
      <w:r>
        <w:rPr>
          <w:rFonts w:ascii="Times New Roman" w:eastAsia="Times New Roman" w:hAnsi="Times New Roman" w:cs="Times New Roman"/>
          <w:color w:val="000000"/>
        </w:rPr>
        <w:t>1</w:t>
      </w:r>
      <w:r>
        <w:rPr>
          <w:rFonts w:ascii="宋体" w:eastAsia="宋体" w:hAnsi="宋体" w:cs="宋体"/>
          <w:color w:val="000000"/>
        </w:rPr>
        <w:t>个图形（如图</w:t>
      </w:r>
      <w:r>
        <w:rPr>
          <w:rFonts w:ascii="Times New Roman" w:eastAsia="Times New Roman" w:hAnsi="Times New Roman" w:cs="Times New Roman"/>
          <w:color w:val="000000"/>
        </w:rPr>
        <w:t>1</w:t>
      </w:r>
      <w:r>
        <w:rPr>
          <w:rFonts w:ascii="宋体" w:eastAsia="宋体" w:hAnsi="宋体" w:cs="宋体"/>
          <w:color w:val="000000"/>
        </w:rPr>
        <w:t>）由</w:t>
      </w:r>
      <w:r>
        <w:rPr>
          <w:rFonts w:ascii="Times New Roman" w:eastAsia="Times New Roman" w:hAnsi="Times New Roman" w:cs="Times New Roman"/>
          <w:color w:val="000000"/>
        </w:rPr>
        <w:t>4</w:t>
      </w:r>
      <w:r>
        <w:rPr>
          <w:rFonts w:ascii="宋体" w:eastAsia="宋体" w:hAnsi="宋体" w:cs="宋体"/>
          <w:color w:val="000000"/>
        </w:rPr>
        <w:t>个</w:t>
      </w:r>
      <w:r>
        <w:rPr>
          <w:rFonts w:ascii="Times New Roman" w:eastAsia="Times New Roman" w:hAnsi="Times New Roman" w:cs="Times New Roman"/>
          <w:color w:val="000000"/>
        </w:rPr>
        <w:t>▲</w:t>
      </w:r>
      <w:r>
        <w:rPr>
          <w:rFonts w:ascii="宋体" w:eastAsia="宋体" w:hAnsi="宋体" w:cs="宋体"/>
          <w:color w:val="000000"/>
        </w:rPr>
        <w:t>组成，第</w:t>
      </w:r>
      <w:r>
        <w:rPr>
          <w:rFonts w:ascii="Times New Roman" w:eastAsia="Times New Roman" w:hAnsi="Times New Roman" w:cs="Times New Roman"/>
          <w:color w:val="000000"/>
        </w:rPr>
        <w:t>2</w:t>
      </w:r>
      <w:r>
        <w:rPr>
          <w:rFonts w:ascii="宋体" w:eastAsia="宋体" w:hAnsi="宋体" w:cs="宋体"/>
          <w:color w:val="000000"/>
        </w:rPr>
        <w:t>个图形（如图</w:t>
      </w:r>
      <w:r>
        <w:rPr>
          <w:rFonts w:ascii="Times New Roman" w:eastAsia="Times New Roman" w:hAnsi="Times New Roman" w:cs="Times New Roman"/>
          <w:color w:val="000000"/>
        </w:rPr>
        <w:t>2</w:t>
      </w:r>
      <w:r>
        <w:rPr>
          <w:rFonts w:ascii="宋体" w:eastAsia="宋体" w:hAnsi="宋体" w:cs="宋体"/>
          <w:color w:val="000000"/>
        </w:rPr>
        <w:t>）由</w:t>
      </w:r>
      <w:r>
        <w:rPr>
          <w:rFonts w:ascii="Times New Roman" w:eastAsia="Times New Roman" w:hAnsi="Times New Roman" w:cs="Times New Roman"/>
          <w:color w:val="000000"/>
        </w:rPr>
        <w:t>7</w:t>
      </w:r>
      <w:r>
        <w:rPr>
          <w:rFonts w:ascii="宋体" w:eastAsia="宋体" w:hAnsi="宋体" w:cs="宋体"/>
          <w:color w:val="000000"/>
        </w:rPr>
        <w:t>个</w:t>
      </w:r>
      <w:r>
        <w:rPr>
          <w:rFonts w:ascii="Times New Roman" w:eastAsia="Times New Roman" w:hAnsi="Times New Roman" w:cs="Times New Roman"/>
          <w:color w:val="000000"/>
        </w:rPr>
        <w:t>▲</w:t>
      </w:r>
      <w:r>
        <w:rPr>
          <w:rFonts w:ascii="宋体" w:eastAsia="宋体" w:hAnsi="宋体" w:cs="宋体"/>
          <w:color w:val="000000"/>
        </w:rPr>
        <w:t>组成，第</w:t>
      </w:r>
      <w:r>
        <w:rPr>
          <w:rFonts w:ascii="Times New Roman" w:eastAsia="Times New Roman" w:hAnsi="Times New Roman" w:cs="Times New Roman"/>
          <w:color w:val="000000"/>
        </w:rPr>
        <w:t>3</w:t>
      </w:r>
      <w:r>
        <w:rPr>
          <w:rFonts w:ascii="宋体" w:eastAsia="宋体" w:hAnsi="宋体" w:cs="宋体"/>
          <w:color w:val="000000"/>
        </w:rPr>
        <w:t>个图形（如图</w:t>
      </w:r>
      <w:r>
        <w:rPr>
          <w:rFonts w:ascii="Times New Roman" w:eastAsia="Times New Roman" w:hAnsi="Times New Roman" w:cs="Times New Roman"/>
          <w:color w:val="000000"/>
        </w:rPr>
        <w:t>3</w:t>
      </w:r>
      <w:r>
        <w:rPr>
          <w:rFonts w:ascii="宋体" w:eastAsia="宋体" w:hAnsi="宋体" w:cs="宋体"/>
          <w:color w:val="000000"/>
        </w:rPr>
        <w:t>）由</w:t>
      </w:r>
      <w:r>
        <w:rPr>
          <w:rFonts w:ascii="Times New Roman" w:eastAsia="Times New Roman" w:hAnsi="Times New Roman" w:cs="Times New Roman"/>
          <w:color w:val="000000"/>
        </w:rPr>
        <w:t>10</w:t>
      </w:r>
      <w:r>
        <w:rPr>
          <w:rFonts w:ascii="宋体" w:eastAsia="宋体" w:hAnsi="宋体" w:cs="宋体"/>
          <w:color w:val="000000"/>
        </w:rPr>
        <w:t>个</w:t>
      </w:r>
      <w:r>
        <w:rPr>
          <w:rFonts w:ascii="Times New Roman" w:eastAsia="Times New Roman" w:hAnsi="Times New Roman" w:cs="Times New Roman"/>
          <w:color w:val="000000"/>
        </w:rPr>
        <w:t>▲</w:t>
      </w:r>
      <w:r>
        <w:rPr>
          <w:rFonts w:ascii="宋体" w:eastAsia="宋体" w:hAnsi="宋体" w:cs="宋体"/>
          <w:color w:val="000000"/>
        </w:rPr>
        <w:t>组成，第</w:t>
      </w:r>
      <w:r>
        <w:rPr>
          <w:rFonts w:ascii="Times New Roman" w:eastAsia="Times New Roman" w:hAnsi="Times New Roman" w:cs="Times New Roman"/>
          <w:color w:val="000000"/>
        </w:rPr>
        <w:t>4</w:t>
      </w:r>
      <w:r>
        <w:rPr>
          <w:rFonts w:ascii="宋体" w:eastAsia="宋体" w:hAnsi="宋体" w:cs="宋体"/>
          <w:color w:val="000000"/>
        </w:rPr>
        <w:t>个图形（如图</w:t>
      </w:r>
      <w:r>
        <w:rPr>
          <w:rFonts w:ascii="Times New Roman" w:eastAsia="Times New Roman" w:hAnsi="Times New Roman" w:cs="Times New Roman"/>
          <w:color w:val="000000"/>
        </w:rPr>
        <w:t>4</w:t>
      </w:r>
      <w:r>
        <w:rPr>
          <w:rFonts w:ascii="宋体" w:eastAsia="宋体" w:hAnsi="宋体" w:cs="宋体"/>
          <w:color w:val="000000"/>
        </w:rPr>
        <w:t>）由</w:t>
      </w:r>
      <w:r>
        <w:rPr>
          <w:rFonts w:ascii="Times New Roman" w:eastAsia="Times New Roman" w:hAnsi="Times New Roman" w:cs="Times New Roman"/>
          <w:color w:val="000000"/>
        </w:rPr>
        <w:t>13</w:t>
      </w:r>
      <w:r>
        <w:rPr>
          <w:rFonts w:ascii="宋体" w:eastAsia="宋体" w:hAnsi="宋体" w:cs="宋体"/>
          <w:color w:val="000000"/>
        </w:rPr>
        <w:t>个</w:t>
      </w:r>
      <w:r>
        <w:rPr>
          <w:rFonts w:ascii="Times New Roman" w:eastAsia="Times New Roman" w:hAnsi="Times New Roman" w:cs="Times New Roman"/>
          <w:color w:val="000000"/>
        </w:rPr>
        <w:t>▲</w:t>
      </w:r>
      <w:r>
        <w:rPr>
          <w:rFonts w:ascii="宋体" w:eastAsia="宋体" w:hAnsi="宋体" w:cs="宋体"/>
          <w:color w:val="000000"/>
        </w:rPr>
        <w:t>组成，</w:t>
      </w:r>
      <w:r>
        <w:rPr>
          <w:rFonts w:ascii="Times New Roman" w:eastAsia="Times New Roman" w:hAnsi="Times New Roman" w:cs="Times New Roman"/>
          <w:color w:val="000000"/>
        </w:rPr>
        <w:t>……</w:t>
      </w:r>
      <w:r>
        <w:rPr>
          <w:rFonts w:ascii="宋体" w:eastAsia="宋体" w:hAnsi="宋体" w:cs="宋体"/>
          <w:color w:val="000000"/>
        </w:rPr>
        <w:t>，则第</w:t>
      </w:r>
      <w:r>
        <w:rPr>
          <w:rFonts w:ascii="Times New Roman" w:eastAsia="Times New Roman" w:hAnsi="Times New Roman" w:cs="Times New Roman"/>
          <w:color w:val="000000"/>
        </w:rPr>
        <w:t>6</w:t>
      </w:r>
      <w:r>
        <w:rPr>
          <w:rFonts w:ascii="宋体" w:eastAsia="宋体" w:hAnsi="宋体" w:cs="宋体"/>
          <w:color w:val="000000"/>
        </w:rPr>
        <w:t>个图形由</w:t>
      </w:r>
      <w:r>
        <w:rPr>
          <w:color w:val="000000"/>
        </w:rPr>
        <w:t>_____</w:t>
      </w:r>
      <w:r>
        <w:rPr>
          <w:rFonts w:ascii="宋体" w:eastAsia="宋体" w:hAnsi="宋体" w:cs="宋体"/>
          <w:color w:val="000000"/>
        </w:rPr>
        <w:t>个</w:t>
      </w:r>
      <w:r>
        <w:rPr>
          <w:rFonts w:ascii="Times New Roman" w:eastAsia="Times New Roman" w:hAnsi="Times New Roman" w:cs="Times New Roman"/>
          <w:color w:val="000000"/>
        </w:rPr>
        <w:t>▲</w:t>
      </w:r>
      <w:r>
        <w:rPr>
          <w:rFonts w:ascii="宋体" w:eastAsia="宋体" w:hAnsi="宋体" w:cs="宋体"/>
          <w:color w:val="000000"/>
        </w:rPr>
        <w:t>组成，第</w:t>
      </w:r>
      <w:r>
        <w:rPr>
          <w:rFonts w:ascii="Times New Roman" w:eastAsia="Times New Roman" w:hAnsi="Times New Roman" w:cs="Times New Roman"/>
          <w:i/>
          <w:color w:val="000000"/>
        </w:rPr>
        <w:t>n</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为正整数）个图形由</w:t>
      </w:r>
      <w:r>
        <w:rPr>
          <w:color w:val="000000"/>
        </w:rPr>
        <w:t>______</w:t>
      </w:r>
      <w:r>
        <w:rPr>
          <w:rFonts w:ascii="宋体" w:eastAsia="宋体" w:hAnsi="宋体" w:cs="宋体"/>
          <w:color w:val="000000"/>
        </w:rPr>
        <w:t>个</w:t>
      </w:r>
      <w:r>
        <w:rPr>
          <w:rFonts w:ascii="Times New Roman" w:eastAsia="Times New Roman" w:hAnsi="Times New Roman" w:cs="Times New Roman"/>
          <w:color w:val="000000"/>
        </w:rPr>
        <w:t>▲</w:t>
      </w:r>
      <w:r>
        <w:rPr>
          <w:rFonts w:ascii="宋体" w:eastAsia="宋体" w:hAnsi="宋体" w:cs="宋体"/>
          <w:color w:val="000000"/>
        </w:rPr>
        <w:t>组成．</w:t>
      </w:r>
    </w:p>
    <w:p>
      <w:pPr>
        <w:spacing w:before="105" w:line="360" w:lineRule="auto"/>
        <w:jc w:val="left"/>
        <w:textAlignment w:val="center"/>
        <w:rPr>
          <w:color w:val="000000"/>
        </w:rPr>
      </w:pPr>
      <w:r>
        <w:rPr>
          <w:color w:val="000000"/>
        </w:rPr>
        <w:drawing>
          <wp:inline>
            <wp:extent cx="3686175" cy="1038225"/>
            <wp:docPr id="406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2" name=""/>
                    <pic:cNvPicPr>
                      <a:picLocks noChangeAspect="1"/>
                    </pic:cNvPicPr>
                  </pic:nvPicPr>
                  <pic:blipFill>
                    <a:blip r:embed="rId217"/>
                    <a:stretch>
                      <a:fillRect/>
                    </a:stretch>
                  </pic:blipFill>
                  <pic:spPr>
                    <a:xfrm>
                      <a:off x="0" y="0"/>
                      <a:ext cx="3686175" cy="1038225"/>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 xml:space="preserve">    ①. </w:t>
      </w:r>
      <w:r>
        <w:rPr>
          <w:rFonts w:ascii="Times New Roman" w:eastAsia="Times New Roman" w:hAnsi="Times New Roman" w:cs="Times New Roman"/>
          <w:color w:val="000000"/>
        </w:rPr>
        <w:t>19</w:t>
      </w:r>
      <w:r>
        <w:rPr>
          <w:color w:val="000000"/>
        </w:rPr>
        <w:t xml:space="preserve">    ②. </w:t>
      </w:r>
      <w:r>
        <w:rPr>
          <w:rFonts w:ascii="宋体" w:eastAsia="宋体" w:hAnsi="宋体" w:cs="宋体"/>
          <w:color w:val="000000"/>
        </w:rPr>
        <w:t>（</w:t>
      </w:r>
      <w:r>
        <w:rPr>
          <w:rFonts w:ascii="Times New Roman" w:eastAsia="Times New Roman" w:hAnsi="Times New Roman" w:cs="Times New Roman"/>
          <w:color w:val="000000"/>
        </w:rPr>
        <w:t>3</w:t>
      </w:r>
      <w:r>
        <w:rPr>
          <w:rFonts w:ascii="Times New Roman" w:eastAsia="Times New Roman" w:hAnsi="Times New Roman" w:cs="Times New Roman"/>
          <w:i/>
          <w:color w:val="000000"/>
        </w:rPr>
        <w:t>n</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1+3</w:t>
      </w:r>
      <w:r>
        <w:rPr>
          <w:rFonts w:ascii="Times New Roman" w:eastAsia="Times New Roman" w:hAnsi="Times New Roman" w:cs="Times New Roman"/>
          <w:i/>
          <w:color w:val="000000"/>
        </w:rPr>
        <w:t>n</w:t>
      </w:r>
      <w:r>
        <w:rPr>
          <w:rFonts w:ascii="宋体" w:eastAsia="宋体" w:hAnsi="宋体" w:cs="宋体"/>
          <w:color w:val="000000"/>
        </w:rPr>
        <w:t>）</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仔细观察图形可知：第一个图形有</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2-3+1=4</w:t>
      </w:r>
      <w:r>
        <w:rPr>
          <w:rFonts w:ascii="宋体" w:eastAsia="宋体" w:hAnsi="宋体" w:cs="宋体"/>
          <w:color w:val="000000"/>
        </w:rPr>
        <w:t>个三角形；第二个图形有</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3-3+1=7</w:t>
      </w:r>
      <w:r>
        <w:rPr>
          <w:rFonts w:ascii="宋体" w:eastAsia="宋体" w:hAnsi="宋体" w:cs="宋体"/>
          <w:color w:val="000000"/>
        </w:rPr>
        <w:t>个三角形；第三个图形有</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4-3+1=10</w:t>
      </w:r>
      <w:r>
        <w:rPr>
          <w:rFonts w:ascii="宋体" w:eastAsia="宋体" w:hAnsi="宋体" w:cs="宋体"/>
          <w:color w:val="000000"/>
        </w:rPr>
        <w:t>个三角形，据此进一步代入求得答案即可．</w:t>
      </w:r>
    </w:p>
    <w:p>
      <w:pPr>
        <w:spacing w:line="360" w:lineRule="auto"/>
        <w:jc w:val="left"/>
        <w:textAlignment w:val="center"/>
        <w:rPr>
          <w:color w:val="000000"/>
        </w:rPr>
      </w:pPr>
      <w:r>
        <w:rPr>
          <w:color w:val="000000"/>
        </w:rPr>
        <w:t>【详解】</w:t>
      </w:r>
      <w:r>
        <w:rPr>
          <w:rFonts w:ascii="宋体" w:eastAsia="宋体" w:hAnsi="宋体" w:cs="宋体"/>
          <w:color w:val="000000"/>
        </w:rPr>
        <w:t>解：观察发现：</w:t>
      </w:r>
    </w:p>
    <w:p>
      <w:pPr>
        <w:spacing w:line="360" w:lineRule="auto"/>
        <w:jc w:val="left"/>
        <w:textAlignment w:val="center"/>
        <w:rPr>
          <w:color w:val="000000"/>
        </w:rPr>
      </w:pPr>
      <w:r>
        <w:rPr>
          <w:rFonts w:ascii="宋体" w:eastAsia="宋体" w:hAnsi="宋体" w:cs="宋体"/>
          <w:color w:val="000000"/>
        </w:rPr>
        <w:t>第一个图形有</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2-3+1=4</w:t>
      </w:r>
      <w:r>
        <w:rPr>
          <w:rFonts w:ascii="宋体" w:eastAsia="宋体" w:hAnsi="宋体" w:cs="宋体"/>
          <w:color w:val="000000"/>
        </w:rPr>
        <w:t>个三角形；</w:t>
      </w:r>
    </w:p>
    <w:p>
      <w:pPr>
        <w:spacing w:line="360" w:lineRule="auto"/>
        <w:jc w:val="left"/>
        <w:textAlignment w:val="center"/>
        <w:rPr>
          <w:color w:val="000000"/>
        </w:rPr>
      </w:pPr>
      <w:r>
        <w:rPr>
          <w:rFonts w:ascii="宋体" w:eastAsia="宋体" w:hAnsi="宋体" w:cs="宋体"/>
          <w:color w:val="000000"/>
        </w:rPr>
        <w:t>第二个图形有</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3-3+1=7</w:t>
      </w:r>
      <w:r>
        <w:rPr>
          <w:rFonts w:ascii="宋体" w:eastAsia="宋体" w:hAnsi="宋体" w:cs="宋体"/>
          <w:color w:val="000000"/>
        </w:rPr>
        <w:t>个三角形；</w:t>
      </w:r>
    </w:p>
    <w:p>
      <w:pPr>
        <w:spacing w:line="360" w:lineRule="auto"/>
        <w:jc w:val="left"/>
        <w:textAlignment w:val="center"/>
        <w:rPr>
          <w:color w:val="000000"/>
        </w:rPr>
      </w:pPr>
      <w:r>
        <w:rPr>
          <w:rFonts w:ascii="宋体" w:eastAsia="宋体" w:hAnsi="宋体" w:cs="宋体"/>
          <w:color w:val="000000"/>
        </w:rPr>
        <w:t>第三个图形有</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4-3+1=10</w:t>
      </w:r>
      <w:r>
        <w:rPr>
          <w:rFonts w:ascii="宋体" w:eastAsia="宋体" w:hAnsi="宋体" w:cs="宋体"/>
          <w:color w:val="000000"/>
        </w:rPr>
        <w:t>个三角形；</w:t>
      </w:r>
    </w:p>
    <w:p>
      <w:pPr>
        <w:spacing w:line="360" w:lineRule="auto"/>
        <w:jc w:val="left"/>
        <w:textAlignment w:val="center"/>
        <w:rPr>
          <w:color w:val="000000"/>
        </w:rPr>
      </w:pP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第</w:t>
      </w:r>
      <w:r>
        <w:rPr>
          <w:rFonts w:ascii="Times New Roman" w:eastAsia="Times New Roman" w:hAnsi="Times New Roman" w:cs="Times New Roman"/>
          <w:i/>
          <w:color w:val="000000"/>
        </w:rPr>
        <w:t>n</w:t>
      </w:r>
      <w:r>
        <w:rPr>
          <w:rFonts w:ascii="宋体" w:eastAsia="宋体" w:hAnsi="宋体" w:cs="宋体"/>
          <w:color w:val="000000"/>
        </w:rPr>
        <w:t>个图形有</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i/>
          <w:color w:val="000000"/>
        </w:rPr>
        <w:t>n</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-3+1=3</w:t>
      </w:r>
      <w:r>
        <w:rPr>
          <w:rFonts w:ascii="Times New Roman" w:eastAsia="Times New Roman" w:hAnsi="Times New Roman" w:cs="Times New Roman"/>
          <w:i/>
          <w:color w:val="000000"/>
        </w:rPr>
        <w:t>n</w:t>
      </w:r>
      <w:r>
        <w:rPr>
          <w:rFonts w:ascii="Times New Roman" w:eastAsia="Times New Roman" w:hAnsi="Times New Roman" w:cs="Times New Roman"/>
          <w:color w:val="000000"/>
        </w:rPr>
        <w:t>+1</w:t>
      </w:r>
      <w:r>
        <w:rPr>
          <w:rFonts w:ascii="宋体" w:eastAsia="宋体" w:hAnsi="宋体" w:cs="宋体"/>
          <w:color w:val="000000"/>
        </w:rPr>
        <w:t>个三角形；</w:t>
      </w:r>
    </w:p>
    <w:p>
      <w:pPr>
        <w:spacing w:line="360" w:lineRule="auto"/>
        <w:jc w:val="left"/>
        <w:textAlignment w:val="center"/>
        <w:rPr>
          <w:color w:val="000000"/>
        </w:rPr>
      </w:pPr>
      <w:r>
        <w:rPr>
          <w:rFonts w:ascii="宋体" w:eastAsia="宋体" w:hAnsi="宋体" w:cs="宋体"/>
          <w:color w:val="000000"/>
        </w:rPr>
        <w:t>当</w:t>
      </w:r>
      <w:r>
        <w:rPr>
          <w:rFonts w:ascii="Times New Roman" w:eastAsia="Times New Roman" w:hAnsi="Times New Roman" w:cs="Times New Roman"/>
          <w:i/>
          <w:color w:val="000000"/>
        </w:rPr>
        <w:t>n</w:t>
      </w:r>
      <w:r>
        <w:rPr>
          <w:rFonts w:ascii="Times New Roman" w:eastAsia="Times New Roman" w:hAnsi="Times New Roman" w:cs="Times New Roman"/>
          <w:color w:val="000000"/>
        </w:rPr>
        <w:t>=6</w:t>
      </w:r>
      <w:r>
        <w:rPr>
          <w:rFonts w:ascii="宋体" w:eastAsia="宋体" w:hAnsi="宋体" w:cs="宋体"/>
          <w:color w:val="000000"/>
        </w:rPr>
        <w:t>时，</w:t>
      </w:r>
      <w:r>
        <w:rPr>
          <w:rFonts w:ascii="Times New Roman" w:eastAsia="Times New Roman" w:hAnsi="Times New Roman" w:cs="Times New Roman"/>
          <w:color w:val="000000"/>
        </w:rPr>
        <w:t>3</w:t>
      </w:r>
      <w:r>
        <w:rPr>
          <w:rFonts w:ascii="Times New Roman" w:eastAsia="Times New Roman" w:hAnsi="Times New Roman" w:cs="Times New Roman"/>
          <w:i/>
          <w:color w:val="000000"/>
        </w:rPr>
        <w:t>n</w:t>
      </w:r>
      <w:r>
        <w:rPr>
          <w:rFonts w:ascii="Times New Roman" w:eastAsia="Times New Roman" w:hAnsi="Times New Roman" w:cs="Times New Roman"/>
          <w:color w:val="000000"/>
        </w:rPr>
        <w:t>+1=3</w:t>
      </w:r>
      <w:r>
        <w:rPr>
          <w:rFonts w:ascii="宋体" w:eastAsia="宋体" w:hAnsi="宋体" w:cs="宋体"/>
          <w:color w:val="000000"/>
        </w:rPr>
        <w:t>×</w:t>
      </w:r>
      <w:r>
        <w:rPr>
          <w:rFonts w:ascii="Times New Roman" w:eastAsia="Times New Roman" w:hAnsi="Times New Roman" w:cs="Times New Roman"/>
          <w:color w:val="000000"/>
        </w:rPr>
        <w:t>6+1=19</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19</w:t>
      </w:r>
      <w:r>
        <w:rPr>
          <w:rFonts w:ascii="宋体" w:eastAsia="宋体" w:hAnsi="宋体" w:cs="宋体"/>
          <w:color w:val="000000"/>
        </w:rPr>
        <w:t>；（</w:t>
      </w:r>
      <w:r>
        <w:rPr>
          <w:rFonts w:ascii="Times New Roman" w:eastAsia="Times New Roman" w:hAnsi="Times New Roman" w:cs="Times New Roman"/>
          <w:color w:val="000000"/>
        </w:rPr>
        <w:t>3</w:t>
      </w:r>
      <w:r>
        <w:rPr>
          <w:rFonts w:ascii="Times New Roman" w:eastAsia="Times New Roman" w:hAnsi="Times New Roman" w:cs="Times New Roman"/>
          <w:i/>
          <w:color w:val="000000"/>
        </w:rPr>
        <w:t>n</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此题考查了规律型：图形的变化类，对于找规律的题目首先应找出哪些部分发生了变化，是按照什么规律变化的．</w:t>
      </w:r>
    </w:p>
    <w:p>
      <w:pPr>
        <w:spacing w:before="105" w:line="360" w:lineRule="auto"/>
        <w:jc w:val="left"/>
        <w:textAlignment w:val="center"/>
        <w:rPr>
          <w:color w:val="000000"/>
        </w:rPr>
      </w:pPr>
      <w:r>
        <w:rPr>
          <w:rFonts w:ascii="宋体" w:eastAsia="宋体" w:hAnsi="宋体" w:cs="宋体"/>
          <w:b/>
          <w:color w:val="000000"/>
          <w:sz w:val="24"/>
        </w:rPr>
        <w:t>三、计算题（本题共</w:t>
      </w:r>
      <w:r>
        <w:rPr>
          <w:rFonts w:ascii="Times New Roman" w:eastAsia="Times New Roman" w:hAnsi="Times New Roman" w:cs="Times New Roman"/>
          <w:b/>
          <w:color w:val="000000"/>
          <w:sz w:val="24"/>
        </w:rPr>
        <w:t>16</w:t>
      </w:r>
      <w:r>
        <w:rPr>
          <w:rFonts w:ascii="宋体" w:eastAsia="宋体" w:hAnsi="宋体" w:cs="宋体"/>
          <w:b/>
          <w:color w:val="000000"/>
          <w:sz w:val="24"/>
        </w:rPr>
        <w:t>分，每小题</w:t>
      </w:r>
      <w:r>
        <w:rPr>
          <w:rFonts w:ascii="Times New Roman" w:eastAsia="Times New Roman" w:hAnsi="Times New Roman" w:cs="Times New Roman"/>
          <w:b/>
          <w:color w:val="000000"/>
          <w:sz w:val="24"/>
        </w:rPr>
        <w:t>4</w:t>
      </w:r>
      <w:r>
        <w:rPr>
          <w:rFonts w:ascii="宋体" w:eastAsia="宋体" w:hAnsi="宋体" w:cs="宋体"/>
          <w:b/>
          <w:color w:val="000000"/>
          <w:sz w:val="24"/>
        </w:rPr>
        <w:t>分）</w:t>
      </w:r>
    </w:p>
    <w:p>
      <w:pPr>
        <w:pStyle w:val="Heading2"/>
      </w:pPr>
      <w:r>
        <w:t>房山区</w:t>
      </w:r>
    </w:p>
    <w:p>
      <w:pPr>
        <w:spacing w:line="360" w:lineRule="auto"/>
        <w:jc w:val="left"/>
        <w:textAlignment w:val="center"/>
        <w:rPr>
          <w:color w:val="000000"/>
        </w:rPr>
      </w:pPr>
      <w:r>
        <w:rPr>
          <w:color w:val="000000"/>
        </w:rPr>
        <w:t xml:space="preserve">18. </w:t>
      </w:r>
      <w:r>
        <w:rPr>
          <w:rFonts w:ascii="宋体" w:eastAsia="宋体" w:hAnsi="宋体" w:cs="宋体"/>
          <w:color w:val="000000"/>
        </w:rPr>
        <w:t>按如图方式摆放餐桌和椅子：</w:t>
      </w:r>
      <w:r>
        <w:rPr>
          <w:rFonts w:ascii="Times New Roman" w:eastAsia="Times New Roman" w:hAnsi="Times New Roman" w:cs="Times New Roman"/>
          <w:color w:val="000000"/>
        </w:rPr>
        <w:t xml:space="preserve"> 1</w:t>
      </w:r>
      <w:r>
        <w:rPr>
          <w:rFonts w:ascii="宋体" w:eastAsia="宋体" w:hAnsi="宋体" w:cs="宋体"/>
          <w:color w:val="000000"/>
        </w:rPr>
        <w:t>张餐桌坐</w:t>
      </w:r>
      <w:r>
        <w:rPr>
          <w:rFonts w:ascii="Times New Roman" w:eastAsia="Times New Roman" w:hAnsi="Times New Roman" w:cs="Times New Roman"/>
          <w:color w:val="000000"/>
        </w:rPr>
        <w:t>6</w:t>
      </w:r>
      <w:r>
        <w:rPr>
          <w:rFonts w:ascii="宋体" w:eastAsia="宋体" w:hAnsi="宋体" w:cs="宋体"/>
          <w:color w:val="000000"/>
        </w:rPr>
        <w:t>人，</w:t>
      </w:r>
      <w:r>
        <w:rPr>
          <w:rFonts w:ascii="Times New Roman" w:eastAsia="Times New Roman" w:hAnsi="Times New Roman" w:cs="Times New Roman"/>
          <w:color w:val="000000"/>
        </w:rPr>
        <w:t>2</w:t>
      </w:r>
      <w:r>
        <w:rPr>
          <w:rFonts w:ascii="宋体" w:eastAsia="宋体" w:hAnsi="宋体" w:cs="宋体"/>
          <w:color w:val="000000"/>
        </w:rPr>
        <w:t>张餐桌坐</w:t>
      </w:r>
      <w:r>
        <w:rPr>
          <w:rFonts w:ascii="Times New Roman" w:eastAsia="Times New Roman" w:hAnsi="Times New Roman" w:cs="Times New Roman"/>
          <w:color w:val="000000"/>
        </w:rPr>
        <w:t>8</w:t>
      </w:r>
      <w:r>
        <w:rPr>
          <w:rFonts w:ascii="宋体" w:eastAsia="宋体" w:hAnsi="宋体" w:cs="宋体"/>
          <w:color w:val="000000"/>
        </w:rPr>
        <w:t>人，</w:t>
      </w:r>
      <w:r>
        <w:rPr>
          <w:rFonts w:ascii="Times New Roman" w:eastAsia="Times New Roman" w:hAnsi="Times New Roman" w:cs="Times New Roman"/>
          <w:color w:val="000000"/>
        </w:rPr>
        <w:t>…</w:t>
      </w:r>
      <w:r>
        <w:rPr>
          <w:rFonts w:ascii="宋体" w:eastAsia="宋体" w:hAnsi="宋体" w:cs="宋体"/>
          <w:color w:val="000000"/>
        </w:rPr>
        <w:t>，依此类推，</w:t>
      </w:r>
      <w:r>
        <w:rPr>
          <w:rFonts w:ascii="Times New Roman" w:eastAsia="Times New Roman" w:hAnsi="Times New Roman" w:cs="Times New Roman"/>
          <w:color w:val="000000"/>
        </w:rPr>
        <w:t>4</w:t>
      </w:r>
      <w:r>
        <w:rPr>
          <w:rFonts w:ascii="宋体" w:eastAsia="宋体" w:hAnsi="宋体" w:cs="宋体"/>
          <w:color w:val="000000"/>
        </w:rPr>
        <w:t>张餐桌坐</w:t>
      </w:r>
      <w:r>
        <w:rPr>
          <w:rFonts w:ascii="Times New Roman" w:eastAsia="Times New Roman" w:hAnsi="Times New Roman" w:cs="Times New Roman"/>
          <w:color w:val="000000"/>
        </w:rPr>
        <w:t xml:space="preserve"> </w:t>
      </w:r>
      <w:r>
        <w:rPr>
          <w:color w:val="000000"/>
        </w:rPr>
        <w:t>___</w:t>
      </w:r>
      <w:r>
        <w:rPr>
          <w:rFonts w:ascii="宋体" w:eastAsia="宋体" w:hAnsi="宋体" w:cs="宋体"/>
          <w:color w:val="000000"/>
        </w:rPr>
        <w:t>人，</w:t>
      </w:r>
      <w:r>
        <w:rPr>
          <w:rFonts w:ascii="Times New Roman" w:eastAsia="Times New Roman" w:hAnsi="Times New Roman" w:cs="Times New Roman"/>
          <w:i/>
          <w:color w:val="000000"/>
        </w:rPr>
        <w:t>n</w:t>
      </w:r>
      <w:r>
        <w:rPr>
          <w:rFonts w:ascii="宋体" w:eastAsia="宋体" w:hAnsi="宋体" w:cs="宋体"/>
          <w:color w:val="000000"/>
        </w:rPr>
        <w:t>张餐桌坐</w:t>
      </w:r>
      <w:r>
        <w:rPr>
          <w:rFonts w:ascii="Times New Roman" w:eastAsia="Times New Roman" w:hAnsi="Times New Roman" w:cs="Times New Roman"/>
          <w:color w:val="000000"/>
        </w:rPr>
        <w:t xml:space="preserve"> </w:t>
      </w:r>
      <w:r>
        <w:rPr>
          <w:color w:val="000000"/>
        </w:rPr>
        <w:t>___</w:t>
      </w:r>
      <w:r>
        <w:rPr>
          <w:rFonts w:ascii="宋体" w:eastAsia="宋体" w:hAnsi="宋体" w:cs="宋体"/>
          <w:color w:val="000000"/>
        </w:rPr>
        <w:t>人．</w:t>
      </w:r>
    </w:p>
    <w:p>
      <w:pPr>
        <w:spacing w:line="360" w:lineRule="auto"/>
        <w:jc w:val="left"/>
        <w:textAlignment w:val="center"/>
        <w:rPr>
          <w:color w:val="000000"/>
        </w:rPr>
      </w:pPr>
      <w:r>
        <w:rPr>
          <w:color w:val="000000"/>
        </w:rPr>
        <w:drawing>
          <wp:inline>
            <wp:extent cx="2762250" cy="904875"/>
            <wp:docPr id="406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4" name=""/>
                    <pic:cNvPicPr>
                      <a:picLocks noChangeAspect="1"/>
                    </pic:cNvPicPr>
                  </pic:nvPicPr>
                  <pic:blipFill>
                    <a:blip r:embed="rId218"/>
                    <a:stretch>
                      <a:fillRect/>
                    </a:stretch>
                  </pic:blipFill>
                  <pic:spPr>
                    <a:xfrm>
                      <a:off x="0" y="0"/>
                      <a:ext cx="2762250" cy="904875"/>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 xml:space="preserve">    ①. </w:t>
      </w:r>
      <w:r>
        <w:rPr>
          <w:rFonts w:ascii="Times New Roman" w:eastAsia="Times New Roman" w:hAnsi="Times New Roman" w:cs="Times New Roman"/>
          <w:color w:val="000000"/>
        </w:rPr>
        <w:t>12</w:t>
      </w:r>
      <w:r>
        <w:rPr>
          <w:color w:val="000000"/>
        </w:rPr>
        <w:t xml:space="preserve">    ②. </w:t>
      </w:r>
      <w:r>
        <w:pict>
          <v:shape id="_x0000_i721169" type="#_x0000_t75" alt="学科网(www.zxxk.com)--教育资源门户，提供试卷、教案、课件、论文、素材以及各类教学资源下载，还有大量而丰富的教学相关资讯！" style="width:33pt;height:13.95pt" o:oleicon="f" o:ole="">
            <v:imagedata r:id="rId219" o:title="eqId7634d42324e4d4890b0ad6483556011b"/>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设</w:t>
      </w:r>
      <w:r>
        <w:pict>
          <v:shape id="_x0000_i721170" type="#_x0000_t75" alt="学科网(www.zxxk.com)--教育资源门户，提供试卷、教案、课件、论文、素材以及各类教学资源下载，还有大量而丰富的教学相关资讯！" style="width:9.75pt;height:11.25pt" o:oleicon="f" o:ole="">
            <v:imagedata r:id="rId220" o:title="eqIdb6a24198bd04c29321ae5dc5a28fe421"/>
          </v:shape>
        </w:pict>
      </w:r>
      <w:r>
        <w:rPr>
          <w:rFonts w:ascii="宋体" w:eastAsia="宋体" w:hAnsi="宋体" w:cs="宋体"/>
          <w:color w:val="000000"/>
        </w:rPr>
        <w:t>张餐桌可坐</w:t>
      </w:r>
      <w:r>
        <w:pict>
          <v:shape id="_x0000_i721171" type="#_x0000_t75" alt="学科网(www.zxxk.com)--教育资源门户，提供试卷、教案、课件、论文、素材以及各类教学资源下载，还有大量而丰富的教学相关资讯！" style="width:24.75pt;height:18pt" o:oleicon="f" o:ole="">
            <v:imagedata r:id="rId221" o:title="eqIdd56b06ddfef95fef4c5f44b9f7d9f234"/>
          </v:shape>
        </w:pict>
      </w:r>
      <w:r>
        <w:rPr>
          <w:rFonts w:ascii="宋体" w:eastAsia="宋体" w:hAnsi="宋体" w:cs="宋体"/>
          <w:color w:val="000000"/>
        </w:rPr>
        <w:t>为正整数）人，根据各图形中可坐人数的变化，可找出变化规律“</w:t>
      </w:r>
      <w:r>
        <w:pict>
          <v:shape id="_x0000_i721172" type="#_x0000_t75" alt="学科网(www.zxxk.com)--教育资源门户，提供试卷、教案、课件、论文、素材以及各类教学资源下载，还有大量而丰富的教学相关资讯！" style="width:56.3pt;height:17.8pt" o:oleicon="f" o:ole="">
            <v:imagedata r:id="rId222" o:title="eqId789520448ffbf6c8e82e24c7c2d0cb7c"/>
          </v:shape>
        </w:pict>
      </w:r>
      <w:r>
        <w:rPr>
          <w:rFonts w:ascii="宋体" w:eastAsia="宋体" w:hAnsi="宋体" w:cs="宋体"/>
          <w:color w:val="000000"/>
        </w:rPr>
        <w:t>”，此题得解．</w:t>
      </w:r>
    </w:p>
    <w:p>
      <w:pPr>
        <w:spacing w:line="360" w:lineRule="auto"/>
        <w:jc w:val="left"/>
        <w:textAlignment w:val="center"/>
        <w:rPr>
          <w:color w:val="000000"/>
        </w:rPr>
      </w:pPr>
      <w:r>
        <w:rPr>
          <w:color w:val="000000"/>
        </w:rPr>
        <w:t>【详解】</w:t>
      </w:r>
      <w:r>
        <w:rPr>
          <w:rFonts w:ascii="宋体" w:eastAsia="宋体" w:hAnsi="宋体" w:cs="宋体"/>
          <w:color w:val="000000"/>
        </w:rPr>
        <w:t>解：设</w:t>
      </w:r>
      <w:r>
        <w:pict>
          <v:shape id="_x0000_i721173" type="#_x0000_t75" alt="学科网(www.zxxk.com)--教育资源门户，提供试卷、教案、课件、论文、素材以及各类教学资源下载，还有大量而丰富的教学相关资讯！" style="width:9.75pt;height:11.25pt" o:oleicon="f" o:ole="">
            <v:imagedata r:id="rId223" o:title="eqIdb6a24198bd04c29321ae5dc5a28fe421"/>
          </v:shape>
        </w:pict>
      </w:r>
      <w:r>
        <w:rPr>
          <w:rFonts w:ascii="宋体" w:eastAsia="宋体" w:hAnsi="宋体" w:cs="宋体"/>
          <w:color w:val="000000"/>
        </w:rPr>
        <w:t>张餐桌可坐</w:t>
      </w:r>
      <w:r>
        <w:pict>
          <v:shape id="_x0000_i721174" type="#_x0000_t75" alt="学科网(www.zxxk.com)--教育资源门户，提供试卷、教案、课件、论文、素材以及各类教学资源下载，还有大量而丰富的教学相关资讯！" style="width:24.75pt;height:18pt" o:oleicon="f" o:ole="">
            <v:imagedata r:id="rId224" o:title="eqIdd56b06ddfef95fef4c5f44b9f7d9f234"/>
          </v:shape>
        </w:pict>
      </w:r>
      <w:r>
        <w:rPr>
          <w:rFonts w:ascii="宋体" w:eastAsia="宋体" w:hAnsi="宋体" w:cs="宋体"/>
          <w:color w:val="000000"/>
        </w:rPr>
        <w:t>为正整数）人，</w:t>
      </w:r>
    </w:p>
    <w:p>
      <w:pPr>
        <w:spacing w:line="360" w:lineRule="auto"/>
        <w:jc w:val="left"/>
        <w:textAlignment w:val="center"/>
        <w:rPr>
          <w:color w:val="000000"/>
        </w:rPr>
      </w:pPr>
      <w:r>
        <w:rPr>
          <w:rFonts w:ascii="宋体" w:eastAsia="宋体" w:hAnsi="宋体" w:cs="宋体"/>
          <w:color w:val="000000"/>
        </w:rPr>
        <w:t>观察图形，可知：</w:t>
      </w:r>
      <w:r>
        <w:pict>
          <v:shape id="_x0000_i721175" type="#_x0000_t75" alt="学科网(www.zxxk.com)--教育资源门户，提供试卷、教案、课件、论文、素材以及各类教学资源下载，还有大量而丰富的教学相关资讯！" style="width:71.5pt;height:16pt" o:oleicon="f" o:ole="">
            <v:imagedata r:id="rId225" o:title="eqIdbf178346213abf613dc9e31b862ff6f2"/>
          </v:shape>
        </w:pict>
      </w:r>
      <w:r>
        <w:rPr>
          <w:rFonts w:ascii="宋体" w:eastAsia="宋体" w:hAnsi="宋体" w:cs="宋体"/>
          <w:color w:val="000000"/>
        </w:rPr>
        <w:t>，</w:t>
      </w:r>
      <w:r>
        <w:pict>
          <v:shape id="_x0000_i721176" type="#_x0000_t75" alt="学科网(www.zxxk.com)--教育资源门户，提供试卷、教案、课件、论文、素材以及各类教学资源下载，还有大量而丰富的教学相关资讯！" style="width:74.5pt;height:16pt" o:oleicon="f" o:ole="">
            <v:imagedata r:id="rId226" o:title="eqIdf28d3217c18b7067e1d0e5085646b039"/>
          </v:shape>
        </w:pict>
      </w:r>
      <w:r>
        <w:rPr>
          <w:rFonts w:ascii="宋体" w:eastAsia="宋体" w:hAnsi="宋体" w:cs="宋体"/>
          <w:color w:val="000000"/>
        </w:rPr>
        <w:t>，</w:t>
      </w:r>
      <w:r>
        <w:pict>
          <v:shape id="_x0000_i721177" type="#_x0000_t75" alt="学科网(www.zxxk.com)--教育资源门户，提供试卷、教案、课件、论文、素材以及各类教学资源下载，还有大量而丰富的教学相关资讯！" style="width:77.5pt;height:16pt" o:oleicon="f" o:ole="">
            <v:imagedata r:id="rId227" o:title="eqId93bdf15c3370456daa02f938dfb15b30"/>
          </v:shape>
        </w:pict>
      </w:r>
      <w:r>
        <w:rPr>
          <w:rFonts w:ascii="宋体" w:eastAsia="宋体" w:hAnsi="宋体" w:cs="宋体"/>
          <w:color w:val="000000"/>
        </w:rPr>
        <w:t>，</w:t>
      </w:r>
      <w:r>
        <w:pict>
          <v:shape id="_x0000_i721178" type="#_x0000_t75" alt="学科网(www.zxxk.com)--教育资源门户，提供试卷、教案、课件、论文、素材以及各类教学资源下载，还有大量而丰富的教学相关资讯！" style="width:78pt;height:16pt" o:oleicon="f" o:ole="">
            <v:imagedata r:id="rId228" o:title="eqId0a78fd770694e01fc5854e651da80fc9"/>
          </v:shape>
        </w:pict>
      </w:r>
      <w:r>
        <w:rPr>
          <w:rFonts w:ascii="宋体" w:eastAsia="宋体" w:hAnsi="宋体" w:cs="宋体"/>
          <w:color w:val="000000"/>
        </w:rPr>
        <w:t>，</w:t>
      </w:r>
      <w:r>
        <w:pict>
          <v:shape id="_x0000_i721179" type="#_x0000_t75" alt="学科网(www.zxxk.com)--教育资源门户，提供试卷、教案、课件、论文、素材以及各类教学资源下载，还有大量而丰富的教学相关资讯！" style="width:12.75pt;height:6pt" o:oleicon="f" o:ole="">
            <v:imagedata r:id="rId229" o:title="eqId07096af3b99fd1cb11c31f19a2c6408e"/>
          </v:shape>
        </w:pict>
      </w:r>
      <w:r>
        <w:rPr>
          <w:rFonts w:ascii="宋体" w:eastAsia="宋体" w:hAnsi="宋体" w:cs="宋体"/>
          <w:color w:val="000000"/>
        </w:rPr>
        <w:t>，</w:t>
      </w:r>
    </w:p>
    <w:p>
      <w:pPr>
        <w:spacing w:line="360" w:lineRule="auto"/>
        <w:jc w:val="left"/>
        <w:textAlignment w:val="center"/>
        <w:rPr>
          <w:color w:val="000000"/>
        </w:rPr>
      </w:pPr>
      <w:r>
        <w:pict>
          <v:shape id="_x0000_i721180" type="#_x0000_t75" alt="学科网(www.zxxk.com)--教育资源门户，提供试卷、教案、课件、论文、素材以及各类教学资源下载，还有大量而丰富的教学相关资讯！" style="width:65.35pt;height:18.1pt" o:oleicon="f" o:ole="">
            <v:imagedata r:id="rId230" o:title="eqIdedaf3629c52d01e35fbac1495b4fa449"/>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pict>
          <v:shape id="_x0000_i721181" type="#_x0000_t75" alt="学科网(www.zxxk.com)--教育资源门户，提供试卷、教案、课件、论文、素材以及各类教学资源下载，还有大量而丰富的教学相关资讯！" style="width:27.6pt;height:14.4pt" o:oleicon="f" o:ole="">
            <v:imagedata r:id="rId231" o:title="eqIdfac3649308b528fd56545ba102dc42d5"/>
          </v:shape>
        </w:pict>
      </w:r>
      <w:r>
        <w:rPr>
          <w:rFonts w:ascii="宋体" w:eastAsia="宋体" w:hAnsi="宋体" w:cs="宋体"/>
          <w:color w:val="000000"/>
        </w:rPr>
        <w:t>时，</w:t>
      </w:r>
      <w:r>
        <w:pict>
          <v:shape id="_x0000_i721182" type="#_x0000_t75" alt="学科网(www.zxxk.com)--教育资源门户，提供试卷、教案、课件、论文、素材以及各类教学资源下载，还有大量而丰富的教学相关资讯！" style="width:87pt;height:18pt" o:oleicon="f" o:ole="">
            <v:imagedata r:id="rId232" o:title="eqId3a55f4ad05b12c169563e1a063bc63a5"/>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故答案是：</w:t>
      </w:r>
      <w:r>
        <w:rPr>
          <w:rFonts w:ascii="Times New Roman" w:eastAsia="Times New Roman" w:hAnsi="Times New Roman" w:cs="Times New Roman"/>
          <w:color w:val="000000"/>
        </w:rPr>
        <w:t>12</w:t>
      </w:r>
      <w:r>
        <w:rPr>
          <w:rFonts w:ascii="宋体" w:eastAsia="宋体" w:hAnsi="宋体" w:cs="宋体"/>
          <w:color w:val="000000"/>
        </w:rPr>
        <w:t>，</w:t>
      </w:r>
      <w:r>
        <w:pict>
          <v:shape id="_x0000_i721183" type="#_x0000_t75" alt="学科网(www.zxxk.com)--教育资源门户，提供试卷、教案、课件、论文、素材以及各类教学资源下载，还有大量而丰富的教学相关资讯！" style="width:33pt;height:13.95pt" o:oleicon="f" o:ole="">
            <v:imagedata r:id="rId233" o:title="eqId7634d42324e4d4890b0ad6483556011b"/>
          </v:shape>
        </w:pi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本题考查了列代数式以及规律型，图形的变化类，解题的关键是根据各图形中可坐人数的变化，找出变化规律“</w:t>
      </w:r>
      <w:r>
        <w:pict>
          <v:shape id="_x0000_i721184" type="#_x0000_t75" alt="学科网(www.zxxk.com)--教育资源门户，提供试卷、教案、课件、论文、素材以及各类教学资源下载，还有大量而丰富的教学相关资讯！" style="width:59.5pt;height:16pt" o:oleicon="f" o:ole="">
            <v:imagedata r:id="rId234" o:title="eqIdde324b0cb68e37689d65609b2f35ea8b"/>
          </v:shape>
        </w:pict>
      </w:r>
      <w:r>
        <w:rPr>
          <w:rFonts w:ascii="宋体" w:eastAsia="宋体" w:hAnsi="宋体" w:cs="宋体"/>
          <w:color w:val="000000"/>
        </w:rPr>
        <w:t>为正整数）”，再利用规律进行求解．</w:t>
      </w:r>
    </w:p>
    <w:p>
      <w:pPr>
        <w:spacing w:line="360" w:lineRule="auto"/>
        <w:jc w:val="left"/>
        <w:textAlignment w:val="center"/>
        <w:rPr>
          <w:color w:val="000000"/>
        </w:rPr>
      </w:pPr>
      <w:r>
        <w:rPr>
          <w:rFonts w:ascii="宋体" w:eastAsia="宋体" w:hAnsi="宋体" w:cs="宋体"/>
          <w:b/>
          <w:color w:val="000000"/>
          <w:sz w:val="24"/>
        </w:rPr>
        <w:t>三、解答题（本题共</w:t>
      </w:r>
      <w:r>
        <w:rPr>
          <w:rFonts w:ascii="Times New Roman" w:eastAsia="Times New Roman" w:hAnsi="Times New Roman" w:cs="Times New Roman"/>
          <w:b/>
          <w:color w:val="000000"/>
          <w:sz w:val="24"/>
        </w:rPr>
        <w:t>54</w:t>
      </w:r>
      <w:r>
        <w:rPr>
          <w:rFonts w:ascii="宋体" w:eastAsia="宋体" w:hAnsi="宋体" w:cs="宋体"/>
          <w:b/>
          <w:color w:val="000000"/>
          <w:sz w:val="24"/>
        </w:rPr>
        <w:t>分，第</w:t>
      </w:r>
      <w:r>
        <w:rPr>
          <w:rFonts w:ascii="Times New Roman" w:eastAsia="Times New Roman" w:hAnsi="Times New Roman" w:cs="Times New Roman"/>
          <w:b/>
          <w:color w:val="000000"/>
          <w:sz w:val="24"/>
        </w:rPr>
        <w:t>19</w:t>
      </w:r>
      <w:r>
        <w:rPr>
          <w:rFonts w:ascii="宋体" w:eastAsia="宋体" w:hAnsi="宋体" w:cs="宋体"/>
          <w:b/>
          <w:color w:val="000000"/>
          <w:sz w:val="24"/>
        </w:rPr>
        <w:t>题</w:t>
      </w:r>
      <w:r>
        <w:rPr>
          <w:rFonts w:ascii="Times New Roman" w:eastAsia="Times New Roman" w:hAnsi="Times New Roman" w:cs="Times New Roman"/>
          <w:b/>
          <w:color w:val="000000"/>
          <w:sz w:val="24"/>
        </w:rPr>
        <w:t>6</w:t>
      </w:r>
      <w:r>
        <w:rPr>
          <w:rFonts w:ascii="宋体" w:eastAsia="宋体" w:hAnsi="宋体" w:cs="宋体"/>
          <w:b/>
          <w:color w:val="000000"/>
          <w:sz w:val="24"/>
        </w:rPr>
        <w:t>分，第</w:t>
      </w:r>
      <w:r>
        <w:rPr>
          <w:rFonts w:ascii="Times New Roman" w:eastAsia="Times New Roman" w:hAnsi="Times New Roman" w:cs="Times New Roman"/>
          <w:b/>
          <w:color w:val="000000"/>
          <w:sz w:val="24"/>
        </w:rPr>
        <w:t>20</w:t>
      </w:r>
      <w:r>
        <w:rPr>
          <w:rFonts w:ascii="宋体" w:eastAsia="宋体" w:hAnsi="宋体" w:cs="宋体"/>
          <w:b/>
          <w:color w:val="000000"/>
          <w:sz w:val="24"/>
        </w:rPr>
        <w:t>题</w:t>
      </w:r>
      <w:r>
        <w:rPr>
          <w:rFonts w:ascii="Times New Roman" w:eastAsia="Times New Roman" w:hAnsi="Times New Roman" w:cs="Times New Roman"/>
          <w:b/>
          <w:color w:val="000000"/>
          <w:sz w:val="24"/>
        </w:rPr>
        <w:t>20</w:t>
      </w:r>
      <w:r>
        <w:rPr>
          <w:rFonts w:ascii="宋体" w:eastAsia="宋体" w:hAnsi="宋体" w:cs="宋体"/>
          <w:b/>
          <w:color w:val="000000"/>
          <w:sz w:val="24"/>
        </w:rPr>
        <w:t>分，第</w:t>
      </w:r>
      <w:r>
        <w:rPr>
          <w:rFonts w:ascii="Times New Roman" w:eastAsia="Times New Roman" w:hAnsi="Times New Roman" w:cs="Times New Roman"/>
          <w:b/>
          <w:color w:val="000000"/>
          <w:sz w:val="24"/>
        </w:rPr>
        <w:t>21-22</w:t>
      </w:r>
      <w:r>
        <w:rPr>
          <w:rFonts w:ascii="宋体" w:eastAsia="宋体" w:hAnsi="宋体" w:cs="宋体"/>
          <w:b/>
          <w:color w:val="000000"/>
          <w:sz w:val="24"/>
        </w:rPr>
        <w:t>题，每小题</w:t>
      </w:r>
      <w:r>
        <w:rPr>
          <w:rFonts w:ascii="Times New Roman" w:eastAsia="Times New Roman" w:hAnsi="Times New Roman" w:cs="Times New Roman"/>
          <w:b/>
          <w:color w:val="000000"/>
          <w:sz w:val="24"/>
        </w:rPr>
        <w:t>6</w:t>
      </w:r>
      <w:r>
        <w:rPr>
          <w:rFonts w:ascii="宋体" w:eastAsia="宋体" w:hAnsi="宋体" w:cs="宋体"/>
          <w:b/>
          <w:color w:val="000000"/>
          <w:sz w:val="24"/>
        </w:rPr>
        <w:t>分，第</w:t>
      </w:r>
      <w:r>
        <w:rPr>
          <w:rFonts w:ascii="Times New Roman" w:eastAsia="Times New Roman" w:hAnsi="Times New Roman" w:cs="Times New Roman"/>
          <w:b/>
          <w:color w:val="000000"/>
          <w:sz w:val="24"/>
        </w:rPr>
        <w:t>23-25</w:t>
      </w:r>
      <w:r>
        <w:rPr>
          <w:rFonts w:ascii="宋体" w:eastAsia="宋体" w:hAnsi="宋体" w:cs="宋体"/>
          <w:b/>
          <w:color w:val="000000"/>
          <w:sz w:val="24"/>
        </w:rPr>
        <w:t>题，每小题</w:t>
      </w:r>
      <w:r>
        <w:rPr>
          <w:rFonts w:ascii="Times New Roman" w:eastAsia="Times New Roman" w:hAnsi="Times New Roman" w:cs="Times New Roman"/>
          <w:b/>
          <w:color w:val="000000"/>
          <w:sz w:val="24"/>
        </w:rPr>
        <w:t>6</w:t>
      </w:r>
      <w:r>
        <w:rPr>
          <w:rFonts w:ascii="宋体" w:eastAsia="宋体" w:hAnsi="宋体" w:cs="宋体"/>
          <w:b/>
          <w:color w:val="000000"/>
          <w:sz w:val="24"/>
        </w:rPr>
        <w:t>分）解答应写出文字说明、演算步骤或证明过程</w:t>
      </w:r>
      <w:r>
        <w:rPr>
          <w:rFonts w:ascii="Times New Roman" w:eastAsia="Times New Roman" w:hAnsi="Times New Roman" w:cs="Times New Roman"/>
          <w:b/>
          <w:color w:val="000000"/>
          <w:sz w:val="24"/>
        </w:rPr>
        <w:t>.</w:t>
      </w:r>
    </w:p>
    <w:p>
      <w:pPr>
        <w:pStyle w:val="Heading2"/>
      </w:pPr>
      <w:r>
        <w:t>昌平区新学道临川学校</w:t>
      </w:r>
    </w:p>
    <w:p>
      <w:pPr>
        <w:spacing w:line="360" w:lineRule="auto"/>
        <w:jc w:val="left"/>
        <w:textAlignment w:val="center"/>
        <w:rPr>
          <w:rFonts w:ascii="宋体" w:eastAsia="宋体" w:hAnsi="宋体" w:cs="宋体"/>
          <w:color w:val="000000"/>
        </w:rPr>
      </w:pPr>
      <w:r>
        <w:rPr>
          <w:color w:val="000000"/>
        </w:rPr>
        <w:t>15</w:t>
      </w:r>
      <w:r>
        <w:rPr>
          <w:color w:val="000000"/>
          <w:position w:val="-22"/>
        </w:rPr>
        <w:drawing>
          <wp:inline>
            <wp:extent cx="31750" cy="88900"/>
            <wp:docPr id="406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6" name=""/>
                    <pic:cNvPicPr>
                      <a:picLocks noChangeAspect="1"/>
                    </pic:cNvPicPr>
                  </pic:nvPicPr>
                  <pic:blipFill>
                    <a:blip r:embed="rId235"/>
                    <a:stretch>
                      <a:fillRect/>
                    </a:stretch>
                  </pic:blipFill>
                  <pic:spPr>
                    <a:xfrm>
                      <a:off x="0" y="0"/>
                      <a:ext cx="31750" cy="88900"/>
                    </a:xfrm>
                    <a:prstGeom prst="rect">
                      <a:avLst/>
                    </a:prstGeom>
                  </pic:spPr>
                </pic:pic>
              </a:graphicData>
            </a:graphic>
          </wp:inline>
        </w:drawing>
      </w:r>
      <w:r>
        <w:rPr>
          <w:color w:val="000000"/>
        </w:rPr>
        <w:t xml:space="preserve"> </w:t>
      </w:r>
      <w:r>
        <w:rPr>
          <w:rFonts w:ascii="宋体" w:eastAsia="宋体" w:hAnsi="宋体" w:cs="宋体"/>
          <w:color w:val="000000"/>
        </w:rPr>
        <w:t>把</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）都统一转化成加法运算，即</w:t>
      </w:r>
      <w:r>
        <w:rPr>
          <w:rFonts w:ascii="宋体" w:eastAsia="宋体" w:hAnsi="宋体" w:cs="宋体"/>
          <w:color w:val="000000"/>
        </w:rPr>
        <w:t>_____</w:t>
      </w:r>
    </w:p>
    <w:p>
      <w:pPr>
        <w:spacing w:line="360" w:lineRule="auto"/>
        <w:textAlignment w:val="center"/>
        <w:rPr>
          <w:color w:val="000000"/>
        </w:rPr>
      </w:pPr>
      <w:r>
        <w:rPr>
          <w:color w:val="2E75B6"/>
        </w:rPr>
        <w:t>【答案】</w:t>
      </w:r>
      <w:r>
        <w:pict>
          <v:shape id="_x0000_i721185" type="#_x0000_t75" alt="学科网(www.zxxk.com)--教育资源门户，提供试卷、教案、课件、论文、素材以及各类教学资源下载，还有大量而丰富的教学相关资讯！" style="width:89.25pt;height:15.75pt" o:oleicon="f" o:ole="">
            <v:imagedata r:id="rId236" o:title="eqIdbdaf28e2688394c33f18148ba04ea83c"/>
          </v:shape>
        </w:pict>
      </w:r>
    </w:p>
    <w:p>
      <w:pPr>
        <w:spacing w:line="360" w:lineRule="auto"/>
        <w:textAlignment w:val="center"/>
        <w:rPr>
          <w:color w:val="000000"/>
        </w:rPr>
      </w:pPr>
      <w:r>
        <w:rPr>
          <w:color w:val="2E75B6"/>
        </w:rPr>
        <w:t>【解析】</w:t>
      </w:r>
    </w:p>
    <w:p>
      <w:pPr>
        <w:spacing w:line="360" w:lineRule="auto"/>
        <w:jc w:val="left"/>
        <w:textAlignment w:val="center"/>
        <w:rPr>
          <w:rFonts w:ascii="宋体" w:eastAsia="宋体" w:hAnsi="宋体" w:cs="宋体"/>
          <w:color w:val="000000"/>
        </w:rPr>
      </w:pPr>
      <w:r>
        <w:rPr>
          <w:color w:val="000000"/>
        </w:rPr>
        <w:t>【分析】</w:t>
      </w:r>
      <w:r>
        <w:rPr>
          <w:rFonts w:ascii="宋体" w:eastAsia="宋体" w:hAnsi="宋体" w:cs="宋体"/>
          <w:color w:val="000000"/>
        </w:rPr>
        <w:t>利用“减去一个负数等于加上这个数的相反数”即可求解．</w:t>
      </w:r>
    </w:p>
    <w:p>
      <w:pPr>
        <w:spacing w:line="360" w:lineRule="auto"/>
        <w:jc w:val="left"/>
        <w:textAlignment w:val="center"/>
        <w:rPr>
          <w:rFonts w:ascii="宋体" w:eastAsia="宋体" w:hAnsi="宋体" w:cs="宋体"/>
          <w:color w:val="000000"/>
        </w:rPr>
      </w:pPr>
      <w:r>
        <w:rPr>
          <w:color w:val="000000"/>
        </w:rPr>
        <w:t>【详解】</w:t>
      </w:r>
      <w:r>
        <w:rPr>
          <w:rFonts w:ascii="宋体" w:eastAsia="宋体" w:hAnsi="宋体" w:cs="宋体"/>
          <w:color w:val="000000"/>
        </w:rPr>
        <w:t>解：原式</w:t>
      </w:r>
      <w:r>
        <w:pict>
          <v:shape id="_x0000_i721186" type="#_x0000_t75" alt="学科网(www.zxxk.com)--教育资源门户，提供试卷、教案、课件、论文、素材以及各类教学资源下载，还有大量而丰富的教学相关资讯！" style="width:99pt;height:15.75pt" o:oleicon="f" o:ole="">
            <v:imagedata r:id="rId237" o:title="eqId73791e7454232c6a28895e6a2c3fde65"/>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故答案为：</w:t>
      </w:r>
      <w:r>
        <w:pict>
          <v:shape id="_x0000_i721187" type="#_x0000_t75" alt="学科网(www.zxxk.com)--教育资源门户，提供试卷、教案、课件、论文、素材以及各类教学资源下载，还有大量而丰富的教学相关资讯！" style="width:89.25pt;height:15.75pt" o:oleicon="f" o:ole="">
            <v:imagedata r:id="rId238" o:title="eqIdbdaf28e2688394c33f18148ba04ea83c"/>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color w:val="000000"/>
        </w:rPr>
        <w:t>【点睛】</w:t>
      </w:r>
      <w:r>
        <w:rPr>
          <w:rFonts w:ascii="宋体" w:eastAsia="宋体" w:hAnsi="宋体" w:cs="宋体"/>
          <w:color w:val="000000"/>
        </w:rPr>
        <w:t>本题考查多重符号化简、相反数等知识点，理解并掌握“减去一个负数等于加上这个数的相反数”是解题的关键．</w:t>
      </w:r>
    </w:p>
    <w:p>
      <w:pPr>
        <w:spacing w:line="360" w:lineRule="auto"/>
        <w:jc w:val="left"/>
        <w:textAlignment w:val="center"/>
        <w:rPr>
          <w:b/>
          <w:color w:val="000000"/>
          <w:sz w:val="24"/>
        </w:rPr>
      </w:pPr>
      <w:r>
        <w:rPr>
          <w:rFonts w:ascii="宋体" w:eastAsia="宋体" w:hAnsi="宋体" w:cs="宋体"/>
          <w:b/>
          <w:color w:val="000000"/>
          <w:sz w:val="24"/>
        </w:rPr>
        <w:t>三、解答题：细心是成功的关键（</w:t>
      </w:r>
      <w:r>
        <w:rPr>
          <w:rFonts w:ascii="Times New Roman" w:eastAsia="Times New Roman" w:hAnsi="Times New Roman" w:cs="Times New Roman"/>
          <w:b/>
          <w:color w:val="000000"/>
          <w:sz w:val="24"/>
        </w:rPr>
        <w:t>16</w:t>
      </w:r>
      <w:r>
        <w:rPr>
          <w:rFonts w:ascii="宋体" w:eastAsia="宋体" w:hAnsi="宋体" w:cs="宋体"/>
          <w:b/>
          <w:color w:val="000000"/>
          <w:sz w:val="24"/>
        </w:rPr>
        <w:t>题</w:t>
      </w:r>
      <w:r>
        <w:rPr>
          <w:rFonts w:ascii="Times New Roman" w:eastAsia="Times New Roman" w:hAnsi="Times New Roman" w:cs="Times New Roman"/>
          <w:b/>
          <w:color w:val="000000"/>
          <w:sz w:val="24"/>
        </w:rPr>
        <w:t>4</w:t>
      </w:r>
      <w:r>
        <w:rPr>
          <w:rFonts w:ascii="宋体" w:eastAsia="宋体" w:hAnsi="宋体" w:cs="宋体"/>
          <w:b/>
          <w:color w:val="000000"/>
          <w:sz w:val="24"/>
        </w:rPr>
        <w:t>分，</w:t>
      </w:r>
      <w:r>
        <w:rPr>
          <w:rFonts w:ascii="Times New Roman" w:eastAsia="Times New Roman" w:hAnsi="Times New Roman" w:cs="Times New Roman"/>
          <w:b/>
          <w:color w:val="000000"/>
          <w:sz w:val="24"/>
        </w:rPr>
        <w:t>17</w:t>
      </w:r>
      <w:r>
        <w:rPr>
          <w:rFonts w:ascii="宋体" w:eastAsia="宋体" w:hAnsi="宋体" w:cs="宋体"/>
          <w:b/>
          <w:color w:val="000000"/>
          <w:sz w:val="24"/>
        </w:rPr>
        <w:t>题每题</w:t>
      </w:r>
      <w:r>
        <w:rPr>
          <w:rFonts w:ascii="Times New Roman" w:eastAsia="Times New Roman" w:hAnsi="Times New Roman" w:cs="Times New Roman"/>
          <w:b/>
          <w:color w:val="000000"/>
          <w:sz w:val="24"/>
        </w:rPr>
        <w:t>5</w:t>
      </w:r>
      <w:r>
        <w:rPr>
          <w:rFonts w:ascii="宋体" w:eastAsia="宋体" w:hAnsi="宋体" w:cs="宋体"/>
          <w:b/>
          <w:color w:val="000000"/>
          <w:sz w:val="24"/>
        </w:rPr>
        <w:t>分）</w:t>
      </w:r>
      <w:r>
        <w:rPr>
          <w:b/>
          <w:color w:val="000000"/>
          <w:sz w:val="24"/>
        </w:rPr>
        <w:t xml:space="preserve">    </w:t>
      </w:r>
    </w:p>
    <w:p>
      <w:pPr>
        <w:pStyle w:val="Heading2"/>
      </w:pPr>
      <w:r>
        <w:t>月坛中学</w:t>
      </w:r>
    </w:p>
    <w:p>
      <w:pPr>
        <w:spacing w:before="105" w:line="360" w:lineRule="auto"/>
        <w:jc w:val="left"/>
        <w:textAlignment w:val="center"/>
        <w:rPr>
          <w:rFonts w:ascii="宋体" w:eastAsia="宋体" w:hAnsi="宋体" w:cs="宋体"/>
          <w:color w:val="000000"/>
        </w:rPr>
      </w:pPr>
      <w:r>
        <w:rPr>
          <w:color w:val="000000"/>
        </w:rPr>
        <w:t xml:space="preserve">18. </w:t>
      </w:r>
      <w:r>
        <w:rPr>
          <w:rFonts w:ascii="宋体" w:eastAsia="宋体" w:hAnsi="宋体" w:cs="宋体"/>
          <w:color w:val="000000"/>
        </w:rPr>
        <w:t>用“☆”定义新运算：对于任意有理数</w:t>
      </w:r>
      <w:r>
        <w:pict>
          <v:shape id="_x0000_i721188" type="#_x0000_t75" alt="学科网(www.zxxk.com)--教育资源门户，提供试卷、教案、课件、论文、素材以及各类教学资源下载，还有大量而丰富的教学相关资讯！" style="width:9pt;height:9.75pt" o:oleicon="f" o:ole="">
            <v:imagedata r:id="rId239" o:title="eqId0a6936d370d6a238a608ca56f87198de"/>
          </v:shape>
        </w:pict>
      </w:r>
      <w:r>
        <w:rPr>
          <w:rFonts w:ascii="宋体" w:eastAsia="宋体" w:hAnsi="宋体" w:cs="宋体"/>
          <w:color w:val="000000"/>
        </w:rPr>
        <w:t>、</w:t>
      </w:r>
      <w:r>
        <w:pict>
          <v:shape id="_x0000_i721189" type="#_x0000_t75" alt="学科网(www.zxxk.com)--教育资源门户，提供试卷、教案、课件、论文、素材以及各类教学资源下载，还有大量而丰富的教学相关资讯！" style="width:9.9pt;height:14.35pt" o:oleicon="f" o:ole="">
            <v:imagedata r:id="rId240" o:title="eqId2c94bb12cee76221e13f9ef955b0aab1"/>
          </v:shape>
        </w:pict>
      </w:r>
      <w:r>
        <w:rPr>
          <w:rFonts w:ascii="宋体" w:eastAsia="宋体" w:hAnsi="宋体" w:cs="宋体"/>
          <w:color w:val="000000"/>
        </w:rPr>
        <w:t>，都有</w:t>
      </w:r>
      <w:r>
        <w:pict>
          <v:shape id="_x0000_i721190" type="#_x0000_t75" alt="学科网(www.zxxk.com)--教育资源门户，提供试卷、教案、课件、论文、素材以及各类教学资源下载，还有大量而丰富的教学相关资讯！" style="width:1in;height:18pt" o:oleicon="f" o:ole="">
            <v:imagedata r:id="rId241" o:title="eqIdd393f7d6c262b50820020719970030be"/>
          </v:shape>
        </w:pict>
      </w:r>
      <w:r>
        <w:rPr>
          <w:rFonts w:ascii="宋体" w:eastAsia="宋体" w:hAnsi="宋体" w:cs="宋体"/>
          <w:color w:val="000000"/>
        </w:rPr>
        <w:t>，例</w:t>
      </w:r>
      <w:r>
        <w:pict>
          <v:shape id="_x0000_i721191" type="#_x0000_t75" alt="学科网(www.zxxk.com)--教育资源门户，提供试卷、教案、课件、论文、素材以及各类教学资源下载，还有大量而丰富的教学相关资讯！" style="width:90pt;height:18pt" o:oleicon="f" o:ole="">
            <v:imagedata r:id="rId242" o:title="eqIdcb8b3c6eee829abcb77e194486381e1f"/>
          </v:shape>
        </w:pict>
      </w:r>
      <w:r>
        <w:rPr>
          <w:rFonts w:ascii="Times New Roman" w:eastAsia="Times New Roman" w:hAnsi="Times New Roman" w:cs="Times New Roman"/>
          <w:color w:val="000000"/>
        </w:rPr>
        <w:t xml:space="preserve"> </w:t>
      </w:r>
      <w:r>
        <w:rPr>
          <w:rFonts w:ascii="宋体" w:eastAsia="宋体" w:hAnsi="宋体" w:cs="宋体"/>
          <w:color w:val="000000"/>
        </w:rPr>
        <w:t>那么</w:t>
      </w:r>
      <w:r>
        <w:pict>
          <v:shape id="_x0000_i721192" type="#_x0000_t75" alt="学科网(www.zxxk.com)--教育资源门户，提供试卷、教案、课件、论文、素材以及各类教学资源下载，还有大量而丰富的教学相关资讯！" style="width:60pt;height:18pt" o:oleicon="f" o:ole="">
            <v:imagedata r:id="rId243" o:title="eqId42073130fa6d7c9d6be697657d4ca3b2"/>
          </v:shape>
        </w:pict>
      </w:r>
      <w:r>
        <w:rPr>
          <w:rFonts w:ascii="宋体" w:eastAsia="宋体" w:hAnsi="宋体" w:cs="宋体"/>
          <w:color w:val="000000"/>
        </w:rPr>
        <w:t>______</w:t>
      </w:r>
      <w:r>
        <w:rPr>
          <w:rFonts w:ascii="宋体" w:eastAsia="宋体" w:hAnsi="宋体" w:cs="宋体"/>
          <w:color w:val="000000"/>
        </w:rPr>
        <w:t>．</w:t>
      </w:r>
    </w:p>
    <w:p>
      <w:pPr>
        <w:spacing w:line="360" w:lineRule="auto"/>
        <w:textAlignment w:val="center"/>
        <w:rPr>
          <w:rFonts w:ascii="Times New Roman" w:eastAsia="Times New Roman" w:hAnsi="Times New Roman" w:cs="Times New Roman"/>
          <w:color w:val="000000"/>
        </w:rPr>
      </w:pPr>
      <w:r>
        <w:rPr>
          <w:color w:val="2E75B6"/>
        </w:rPr>
        <w:t>【答案】</w:t>
      </w:r>
      <w:r>
        <w:rPr>
          <w:rFonts w:ascii="Times New Roman" w:eastAsia="Times New Roman" w:hAnsi="Times New Roman" w:cs="Times New Roman"/>
          <w:color w:val="000000"/>
        </w:rPr>
        <w:t>19</w:t>
      </w:r>
    </w:p>
    <w:p>
      <w:pPr>
        <w:spacing w:line="360" w:lineRule="auto"/>
        <w:textAlignment w:val="center"/>
        <w:rPr>
          <w:color w:val="000000"/>
        </w:rPr>
      </w:pPr>
      <w:r>
        <w:rPr>
          <w:color w:val="2E75B6"/>
        </w:rPr>
        <w:t>【解析】</w:t>
      </w:r>
    </w:p>
    <w:p>
      <w:pPr>
        <w:spacing w:line="360" w:lineRule="auto"/>
        <w:jc w:val="left"/>
        <w:textAlignment w:val="center"/>
        <w:rPr>
          <w:rFonts w:ascii="宋体" w:eastAsia="宋体" w:hAnsi="宋体" w:cs="宋体"/>
          <w:color w:val="000000"/>
        </w:rPr>
      </w:pPr>
      <w:r>
        <w:rPr>
          <w:color w:val="000000"/>
        </w:rPr>
        <w:t>【分析】</w:t>
      </w:r>
      <w:r>
        <w:rPr>
          <w:rFonts w:ascii="宋体" w:eastAsia="宋体" w:hAnsi="宋体" w:cs="宋体"/>
          <w:color w:val="000000"/>
        </w:rPr>
        <w:t>根据新定义运算法则列式计算．</w:t>
      </w:r>
    </w:p>
    <w:p>
      <w:pPr>
        <w:spacing w:line="360" w:lineRule="auto"/>
        <w:jc w:val="left"/>
        <w:textAlignment w:val="center"/>
        <w:rPr>
          <w:rFonts w:ascii="Times New Roman" w:eastAsia="Times New Roman" w:hAnsi="Times New Roman" w:cs="Times New Roman"/>
          <w:color w:val="000000"/>
        </w:rPr>
      </w:pPr>
      <w:r>
        <w:rPr>
          <w:color w:val="000000"/>
        </w:rPr>
        <w:t>【详解】</w:t>
      </w:r>
      <w:r>
        <w:rPr>
          <w:rFonts w:ascii="宋体" w:eastAsia="宋体" w:hAnsi="宋体" w:cs="宋体"/>
          <w:color w:val="000000"/>
        </w:rPr>
        <w:t>解：原式</w:t>
      </w:r>
      <w:r>
        <w:rPr>
          <w:rFonts w:ascii="Times New Roman" w:eastAsia="Times New Roman" w:hAnsi="Times New Roman" w:cs="Times New Roman"/>
          <w:color w:val="000000"/>
        </w:rPr>
        <w:t>=</w:t>
      </w:r>
      <w:r>
        <w:pict>
          <v:shape id="_x0000_i721193" type="#_x0000_t75" alt="学科网(www.zxxk.com)--教育资源门户，提供试卷、教案、课件、论文、素材以及各类教学资源下载，还有大量而丰富的教学相关资讯！" style="width:70pt;height:19pt" o:oleicon="f" o:ole="">
            <v:imagedata r:id="rId244" o:title="eqIdf8c3952584f9e27990124455ac466644"/>
          </v:shape>
        </w:pict>
      </w:r>
    </w:p>
    <w:p>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=9+10</w:t>
      </w:r>
    </w:p>
    <w:p>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=19</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故答案为：</w:t>
      </w:r>
      <w:r>
        <w:rPr>
          <w:rFonts w:ascii="Times New Roman" w:eastAsia="Times New Roman" w:hAnsi="Times New Roman" w:cs="Times New Roman"/>
          <w:color w:val="000000"/>
        </w:rPr>
        <w:t>19</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color w:val="000000"/>
        </w:rPr>
        <w:t>【点睛】</w:t>
      </w:r>
      <w:r>
        <w:rPr>
          <w:rFonts w:ascii="宋体" w:eastAsia="宋体" w:hAnsi="宋体" w:cs="宋体"/>
          <w:color w:val="000000"/>
        </w:rPr>
        <w:t>本题考查有理数的混合运算，理解新定义运算规则，掌握有理数混合运算的运算顺序和计算法则是解题关键．</w:t>
      </w:r>
    </w:p>
    <w:p>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t>三、解答题：（本题共计</w:t>
      </w:r>
      <w:r>
        <w:rPr>
          <w:rFonts w:ascii="Times New Roman" w:eastAsia="Times New Roman" w:hAnsi="Times New Roman" w:cs="Times New Roman"/>
          <w:b/>
          <w:color w:val="000000"/>
          <w:sz w:val="24"/>
        </w:rPr>
        <w:t>56</w:t>
      </w:r>
      <w:r>
        <w:rPr>
          <w:rFonts w:ascii="宋体" w:eastAsia="宋体" w:hAnsi="宋体" w:cs="宋体"/>
          <w:b/>
          <w:color w:val="000000"/>
          <w:sz w:val="24"/>
        </w:rPr>
        <w:t>分）</w:t>
      </w:r>
    </w:p>
    <w:p>
      <w:pPr>
        <w:pStyle w:val="Heading2"/>
      </w:pPr>
      <w:r>
        <w:t>清华大学附属中学朝阳学校</w:t>
      </w:r>
    </w:p>
    <w:p>
      <w:pPr>
        <w:spacing w:line="360" w:lineRule="auto"/>
        <w:jc w:val="left"/>
        <w:textAlignment w:val="center"/>
        <w:rPr>
          <w:rFonts w:ascii="Times New Roman" w:eastAsia="Times New Roman" w:hAnsi="Times New Roman" w:cs="Times New Roman"/>
          <w:color w:val="000000"/>
        </w:rPr>
      </w:pPr>
      <w:r>
        <w:rPr>
          <w:color w:val="000000"/>
        </w:rPr>
        <w:t xml:space="preserve">18. </w:t>
      </w:r>
      <w:r>
        <w:rPr>
          <w:rFonts w:ascii="宋体" w:eastAsia="宋体" w:hAnsi="宋体" w:cs="宋体"/>
          <w:color w:val="000000"/>
        </w:rPr>
        <w:t>下列图案是我国古代窗格的一部分，其中</w:t>
      </w:r>
      <w:r>
        <w:rPr>
          <w:rFonts w:ascii="Times New Roman" w:eastAsia="Times New Roman" w:hAnsi="Times New Roman" w:cs="Times New Roman"/>
          <w:color w:val="000000"/>
        </w:rPr>
        <w:t>“○”</w:t>
      </w:r>
      <w:r>
        <w:rPr>
          <w:rFonts w:ascii="宋体" w:eastAsia="宋体" w:hAnsi="宋体" w:cs="宋体"/>
          <w:color w:val="000000"/>
        </w:rPr>
        <w:t>代表窗纸上所贴的剪纸，则第</w:t>
      </w:r>
      <w:r>
        <w:rPr>
          <w:rFonts w:ascii="Times New Roman" w:eastAsia="Times New Roman" w:hAnsi="Times New Roman" w:cs="Times New Roman"/>
          <w:color w:val="000000"/>
        </w:rPr>
        <w:t>5</w:t>
      </w:r>
      <w:r>
        <w:rPr>
          <w:rFonts w:ascii="宋体" w:eastAsia="宋体" w:hAnsi="宋体" w:cs="宋体"/>
          <w:color w:val="000000"/>
        </w:rPr>
        <w:t>个图中所贴剪纸</w:t>
      </w:r>
      <w:r>
        <w:rPr>
          <w:rFonts w:ascii="Times New Roman" w:eastAsia="Times New Roman" w:hAnsi="Times New Roman" w:cs="Times New Roman"/>
          <w:color w:val="000000"/>
        </w:rPr>
        <w:t>“○”</w:t>
      </w:r>
      <w:r>
        <w:rPr>
          <w:rFonts w:ascii="宋体" w:eastAsia="宋体" w:hAnsi="宋体" w:cs="宋体"/>
          <w:color w:val="000000"/>
        </w:rPr>
        <w:t>的个数为</w:t>
      </w:r>
      <w:r>
        <w:rPr>
          <w:rFonts w:ascii="宋体" w:eastAsia="宋体" w:hAnsi="宋体" w:cs="宋体"/>
          <w:color w:val="000000"/>
        </w:rPr>
        <w:t>__________</w:t>
      </w:r>
      <w:r>
        <w:rPr>
          <w:rFonts w:ascii="Times New Roman" w:eastAsia="Times New Roman" w:hAnsi="Times New Roman" w:cs="Times New Roman"/>
          <w:color w:val="000000"/>
        </w:rPr>
        <w:t xml:space="preserve"> ，</w:t>
      </w:r>
      <w:r>
        <w:rPr>
          <w:rFonts w:ascii="宋体" w:eastAsia="宋体" w:hAnsi="宋体" w:cs="宋体"/>
          <w:color w:val="000000"/>
        </w:rPr>
        <w:t>第</w:t>
      </w:r>
      <w:r>
        <w:pict>
          <v:shape id="_x0000_i721194" type="#_x0000_t75" alt="学科网(www.zxxk.com)--教育资源门户，提供试卷、教案、课件、论文、素材以及各类教学资源下载，还有大量而丰富的教学相关资讯！" style="width:9.75pt;height:11.25pt" o:oleicon="f" o:ole="">
            <v:imagedata r:id="rId245" o:title="eqIdb6a24198bd04c29321ae5dc5a28fe421"/>
          </v:shape>
        </w:pict>
      </w:r>
      <w:r>
        <w:rPr>
          <w:rFonts w:ascii="宋体" w:eastAsia="宋体" w:hAnsi="宋体" w:cs="宋体"/>
          <w:color w:val="000000"/>
        </w:rPr>
        <w:t>个图中所贴剪纸</w:t>
      </w:r>
      <w:r>
        <w:rPr>
          <w:rFonts w:ascii="Times New Roman" w:eastAsia="Times New Roman" w:hAnsi="Times New Roman" w:cs="Times New Roman"/>
          <w:color w:val="000000"/>
        </w:rPr>
        <w:t>“○”</w:t>
      </w:r>
      <w:r>
        <w:rPr>
          <w:rFonts w:ascii="宋体" w:eastAsia="宋体" w:hAnsi="宋体" w:cs="宋体"/>
          <w:color w:val="000000"/>
        </w:rPr>
        <w:t>的个数为</w:t>
      </w:r>
      <w:r>
        <w:rPr>
          <w:rFonts w:ascii="宋体" w:eastAsia="宋体" w:hAnsi="宋体" w:cs="宋体"/>
          <w:color w:val="000000"/>
        </w:rPr>
        <w:t>__________</w:t>
      </w: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drawing>
          <wp:inline>
            <wp:extent cx="4124325" cy="1104900"/>
            <wp:docPr id="406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8" name=""/>
                    <pic:cNvPicPr>
                      <a:picLocks noChangeAspect="1"/>
                    </pic:cNvPicPr>
                  </pic:nvPicPr>
                  <pic:blipFill>
                    <a:blip r:embed="rId246"/>
                    <a:stretch>
                      <a:fillRect/>
                    </a:stretch>
                  </pic:blipFill>
                  <pic:spPr>
                    <a:xfrm>
                      <a:off x="0" y="0"/>
                      <a:ext cx="4124325" cy="1104900"/>
                    </a:xfrm>
                    <a:prstGeom prst="rect">
                      <a:avLst/>
                    </a:prstGeom>
                  </pic:spPr>
                </pic:pic>
              </a:graphicData>
            </a:graphic>
          </wp:inline>
        </w:drawing>
      </w:r>
    </w:p>
    <w:p>
      <w:pPr>
        <w:spacing w:line="360" w:lineRule="auto"/>
        <w:textAlignment w:val="center"/>
        <w:rPr>
          <w:color w:val="2E75B6"/>
        </w:rPr>
      </w:pPr>
      <w:r>
        <w:rPr>
          <w:color w:val="2E75B6"/>
        </w:rPr>
        <w:t>【18题答案】</w:t>
      </w:r>
    </w:p>
    <w:p>
      <w:pPr>
        <w:spacing w:line="360" w:lineRule="auto"/>
        <w:textAlignment w:val="center"/>
        <w:rPr>
          <w:rFonts w:ascii="宋体" w:eastAsia="宋体" w:hAnsi="宋体" w:cs="宋体"/>
          <w:color w:val="000000"/>
        </w:rPr>
      </w:pPr>
      <w:r>
        <w:rPr>
          <w:color w:val="2E75B6"/>
        </w:rPr>
        <w:t>【答案】</w:t>
      </w:r>
      <w:r>
        <w:rPr>
          <w:color w:val="000000"/>
        </w:rPr>
        <w:t xml:space="preserve">    ①. </w:t>
      </w:r>
      <w:r>
        <w:rPr>
          <w:rFonts w:ascii="宋体" w:eastAsia="宋体" w:hAnsi="宋体" w:cs="宋体"/>
          <w:color w:val="000000"/>
        </w:rPr>
        <w:t>17，</w:t>
      </w:r>
      <w:r>
        <w:rPr>
          <w:color w:val="000000"/>
        </w:rPr>
        <w:t xml:space="preserve">    ②. </w:t>
      </w:r>
      <w:r>
        <w:rPr>
          <w:rFonts w:ascii="宋体" w:eastAsia="宋体" w:hAnsi="宋体" w:cs="宋体"/>
          <w:color w:val="000000"/>
        </w:rPr>
        <w:t>3n+2</w:t>
      </w:r>
    </w:p>
    <w:p>
      <w:pPr>
        <w:spacing w:line="360" w:lineRule="auto"/>
        <w:textAlignment w:val="center"/>
        <w:rPr>
          <w:color w:val="000000"/>
        </w:rPr>
      </w:pPr>
      <w:r>
        <w:rPr>
          <w:color w:val="2E75B6"/>
        </w:rPr>
        <w:t>【解析】</w:t>
      </w:r>
    </w:p>
    <w:p>
      <w:pPr>
        <w:spacing w:line="360" w:lineRule="auto"/>
        <w:textAlignment w:val="center"/>
        <w:rPr>
          <w:rFonts w:ascii="宋体" w:eastAsia="宋体" w:hAnsi="宋体" w:cs="宋体"/>
          <w:color w:val="000000"/>
        </w:rPr>
      </w:pPr>
      <w:r>
        <w:rPr>
          <w:color w:val="000000"/>
        </w:rPr>
        <w:t>【详解】</w:t>
      </w:r>
      <w:r>
        <w:rPr>
          <w:rFonts w:ascii="宋体" w:eastAsia="宋体" w:hAnsi="宋体" w:cs="宋体"/>
          <w:color w:val="000000"/>
        </w:rPr>
        <w:t>解：第一个图案为</w:t>
      </w:r>
      <w:r>
        <w:rPr>
          <w:rFonts w:ascii="Times New Roman" w:eastAsia="Times New Roman" w:hAnsi="Times New Roman" w:cs="Times New Roman"/>
          <w:color w:val="000000"/>
        </w:rPr>
        <w:t>3+2=5</w:t>
      </w:r>
      <w:r>
        <w:rPr>
          <w:rFonts w:ascii="宋体" w:eastAsia="宋体" w:hAnsi="宋体" w:cs="宋体"/>
          <w:color w:val="000000"/>
        </w:rPr>
        <w:t>个窗花；</w:t>
      </w:r>
    </w:p>
    <w:p>
      <w:pPr>
        <w:spacing w:line="360" w:lineRule="auto"/>
        <w:jc w:val="left"/>
        <w:textAlignment w:val="center"/>
        <w:rPr>
          <w:rFonts w:ascii="宋体" w:eastAsia="宋体" w:hAnsi="宋体" w:cs="宋体"/>
          <w:color w:val="000000"/>
        </w:rPr>
      </w:pPr>
      <w:r>
        <w:rPr>
          <w:rFonts w:ascii="宋体" w:eastAsia="宋体" w:hAnsi="宋体" w:cs="宋体"/>
          <w:color w:val="000000"/>
        </w:rPr>
        <w:t>第二个图案为</w:t>
      </w:r>
      <w:r>
        <w:rPr>
          <w:rFonts w:ascii="Times New Roman" w:eastAsia="Times New Roman" w:hAnsi="Times New Roman" w:cs="Times New Roman"/>
          <w:color w:val="000000"/>
        </w:rPr>
        <w:t>2×3+2=8</w:t>
      </w:r>
      <w:r>
        <w:rPr>
          <w:rFonts w:ascii="宋体" w:eastAsia="宋体" w:hAnsi="宋体" w:cs="宋体"/>
          <w:color w:val="000000"/>
        </w:rPr>
        <w:t>个窗花；</w:t>
      </w:r>
    </w:p>
    <w:p>
      <w:pPr>
        <w:spacing w:line="360" w:lineRule="auto"/>
        <w:jc w:val="left"/>
        <w:textAlignment w:val="center"/>
        <w:rPr>
          <w:rFonts w:ascii="宋体" w:eastAsia="宋体" w:hAnsi="宋体" w:cs="宋体"/>
          <w:color w:val="000000"/>
        </w:rPr>
      </w:pPr>
      <w:r>
        <w:rPr>
          <w:rFonts w:ascii="宋体" w:eastAsia="宋体" w:hAnsi="宋体" w:cs="宋体"/>
          <w:color w:val="000000"/>
        </w:rPr>
        <w:t>第三个图案为</w:t>
      </w:r>
      <w:r>
        <w:rPr>
          <w:rFonts w:ascii="Times New Roman" w:eastAsia="Times New Roman" w:hAnsi="Times New Roman" w:cs="Times New Roman"/>
          <w:color w:val="000000"/>
        </w:rPr>
        <w:t>3×3+2=11</w:t>
      </w:r>
      <w:r>
        <w:rPr>
          <w:rFonts w:ascii="宋体" w:eastAsia="宋体" w:hAnsi="宋体" w:cs="宋体"/>
          <w:color w:val="000000"/>
        </w:rPr>
        <w:t>个窗花；</w:t>
      </w:r>
    </w:p>
    <w:p>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w:t>
      </w:r>
      <w:r>
        <w:rPr>
          <w:rFonts w:ascii="宋体" w:eastAsia="宋体" w:hAnsi="宋体" w:cs="宋体"/>
          <w:color w:val="000000"/>
        </w:rPr>
        <w:t>从而可以探究：</w:t>
      </w:r>
    </w:p>
    <w:p>
      <w:pPr>
        <w:spacing w:line="360" w:lineRule="auto"/>
        <w:jc w:val="left"/>
        <w:textAlignment w:val="center"/>
        <w:rPr>
          <w:rFonts w:ascii="宋体" w:eastAsia="宋体" w:hAnsi="宋体" w:cs="宋体"/>
          <w:color w:val="000000"/>
        </w:rPr>
      </w:pPr>
      <w:r>
        <w:rPr>
          <w:rFonts w:ascii="宋体" w:eastAsia="宋体" w:hAnsi="宋体" w:cs="宋体"/>
          <w:color w:val="000000"/>
        </w:rPr>
        <w:t>第</w:t>
      </w:r>
      <w:r>
        <w:rPr>
          <w:rFonts w:ascii="Times New Roman" w:eastAsia="Times New Roman" w:hAnsi="Times New Roman" w:cs="Times New Roman"/>
          <w:i/>
          <w:color w:val="000000"/>
        </w:rPr>
        <w:t>n</w:t>
      </w:r>
      <w:r>
        <w:rPr>
          <w:rFonts w:ascii="宋体" w:eastAsia="宋体" w:hAnsi="宋体" w:cs="宋体"/>
          <w:color w:val="000000"/>
        </w:rPr>
        <w:t>个图案所贴窗花数为（</w:t>
      </w:r>
      <w:r>
        <w:rPr>
          <w:rFonts w:ascii="Times New Roman" w:eastAsia="Times New Roman" w:hAnsi="Times New Roman" w:cs="Times New Roman"/>
          <w:color w:val="000000"/>
        </w:rPr>
        <w:t>3</w:t>
      </w:r>
      <w:r>
        <w:rPr>
          <w:rFonts w:ascii="Times New Roman" w:eastAsia="Times New Roman" w:hAnsi="Times New Roman" w:cs="Times New Roman"/>
          <w:i/>
          <w:color w:val="000000"/>
        </w:rPr>
        <w:t>n</w:t>
      </w:r>
      <w:r>
        <w:rPr>
          <w:rFonts w:ascii="Times New Roman" w:eastAsia="Times New Roman" w:hAnsi="Times New Roman" w:cs="Times New Roman"/>
          <w:color w:val="000000"/>
        </w:rPr>
        <w:t>+2）</w:t>
      </w:r>
      <w:r>
        <w:rPr>
          <w:rFonts w:ascii="宋体" w:eastAsia="宋体" w:hAnsi="宋体" w:cs="宋体"/>
          <w:color w:val="000000"/>
        </w:rPr>
        <w:t>个，当</w:t>
      </w:r>
      <w:r>
        <w:rPr>
          <w:rFonts w:ascii="Times New Roman" w:eastAsia="Times New Roman" w:hAnsi="Times New Roman" w:cs="Times New Roman"/>
          <w:i/>
          <w:color w:val="000000"/>
        </w:rPr>
        <w:t>n</w:t>
      </w:r>
      <w:r>
        <w:rPr>
          <w:rFonts w:ascii="Times New Roman" w:eastAsia="Times New Roman" w:hAnsi="Times New Roman" w:cs="Times New Roman"/>
          <w:color w:val="000000"/>
        </w:rPr>
        <w:t>=5</w:t>
      </w:r>
      <w:r>
        <w:rPr>
          <w:rFonts w:ascii="宋体" w:eastAsia="宋体" w:hAnsi="宋体" w:cs="宋体"/>
          <w:color w:val="000000"/>
        </w:rPr>
        <w:t>时，</w:t>
      </w:r>
      <w:r>
        <w:rPr>
          <w:rFonts w:ascii="Times New Roman" w:eastAsia="Times New Roman" w:hAnsi="Times New Roman" w:cs="Times New Roman"/>
          <w:color w:val="000000"/>
        </w:rPr>
        <w:t>3</w:t>
      </w:r>
      <w:r>
        <w:rPr>
          <w:rFonts w:ascii="Times New Roman" w:eastAsia="Times New Roman" w:hAnsi="Times New Roman" w:cs="Times New Roman"/>
          <w:i/>
          <w:color w:val="000000"/>
        </w:rPr>
        <w:t>n</w:t>
      </w:r>
      <w:r>
        <w:rPr>
          <w:rFonts w:ascii="Times New Roman" w:eastAsia="Times New Roman" w:hAnsi="Times New Roman" w:cs="Times New Roman"/>
          <w:color w:val="000000"/>
        </w:rPr>
        <w:t>+2=3×5+2=17</w:t>
      </w:r>
      <w:r>
        <w:rPr>
          <w:rFonts w:ascii="宋体" w:eastAsia="宋体" w:hAnsi="宋体" w:cs="宋体"/>
          <w:color w:val="000000"/>
        </w:rPr>
        <w:t>个．</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故答案为</w:t>
      </w:r>
      <w:r>
        <w:rPr>
          <w:rFonts w:ascii="Times New Roman" w:eastAsia="Times New Roman" w:hAnsi="Times New Roman" w:cs="Times New Roman"/>
          <w:color w:val="000000"/>
        </w:rPr>
        <w:t>17，3</w:t>
      </w:r>
      <w:r>
        <w:rPr>
          <w:rFonts w:ascii="Times New Roman" w:eastAsia="Times New Roman" w:hAnsi="Times New Roman" w:cs="Times New Roman"/>
          <w:i/>
          <w:color w:val="000000"/>
        </w:rPr>
        <w:t>n</w:t>
      </w:r>
      <w:r>
        <w:rPr>
          <w:rFonts w:ascii="Times New Roman" w:eastAsia="Times New Roman" w:hAnsi="Times New Roman" w:cs="Times New Roman"/>
          <w:color w:val="000000"/>
        </w:rPr>
        <w:t>+2．</w:t>
      </w:r>
    </w:p>
    <w:p>
      <w:pPr>
        <w:spacing w:line="360" w:lineRule="auto"/>
        <w:jc w:val="left"/>
        <w:textAlignment w:val="center"/>
        <w:rPr>
          <w:rFonts w:ascii="宋体" w:eastAsia="宋体" w:hAnsi="宋体" w:cs="宋体"/>
          <w:color w:val="000000"/>
        </w:rPr>
      </w:pPr>
      <w:r>
        <w:rPr>
          <w:rFonts w:ascii="宋体" w:eastAsia="宋体" w:hAnsi="宋体" w:cs="宋体"/>
          <w:color w:val="000000"/>
        </w:rPr>
        <w:t>点睛：考查了规律型：图形的变化，本题是一道找规律的题目，这类题型在中考中经常出现．对于找规律的题目首先应找出哪些部分发生了变化，是按照什么规律变化的．</w:t>
      </w:r>
    </w:p>
    <w:p>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t>三、解答题：本大题共</w:t>
      </w:r>
      <w:r>
        <w:rPr>
          <w:rFonts w:ascii="Times New Roman" w:eastAsia="Times New Roman" w:hAnsi="Times New Roman" w:cs="Times New Roman"/>
          <w:b/>
          <w:color w:val="000000"/>
          <w:sz w:val="24"/>
        </w:rPr>
        <w:t>9</w:t>
      </w:r>
      <w:r>
        <w:rPr>
          <w:rFonts w:ascii="宋体" w:eastAsia="宋体" w:hAnsi="宋体" w:cs="宋体"/>
          <w:b/>
          <w:color w:val="000000"/>
          <w:sz w:val="24"/>
        </w:rPr>
        <w:t>题，共</w:t>
      </w:r>
      <w:r>
        <w:rPr>
          <w:rFonts w:ascii="Times New Roman" w:eastAsia="Times New Roman" w:hAnsi="Times New Roman" w:cs="Times New Roman"/>
          <w:b/>
          <w:color w:val="000000"/>
          <w:sz w:val="24"/>
        </w:rPr>
        <w:t>64</w:t>
      </w:r>
      <w:r>
        <w:rPr>
          <w:rFonts w:ascii="宋体" w:eastAsia="宋体" w:hAnsi="宋体" w:cs="宋体"/>
          <w:b/>
          <w:color w:val="000000"/>
          <w:sz w:val="24"/>
        </w:rPr>
        <w:t>分．</w:t>
      </w:r>
    </w:p>
    <w:p>
      <w:pPr>
        <w:pStyle w:val="Heading2"/>
      </w:pPr>
      <w:r>
        <w:t>燕山地区</w:t>
      </w:r>
    </w:p>
    <w:p>
      <w:pPr>
        <w:spacing w:line="360" w:lineRule="auto"/>
        <w:jc w:val="left"/>
        <w:textAlignment w:val="center"/>
        <w:rPr>
          <w:rFonts w:ascii="宋体" w:eastAsia="宋体" w:hAnsi="宋体" w:cs="宋体"/>
          <w:color w:val="000000"/>
        </w:rPr>
      </w:pPr>
      <w:r>
        <w:rPr>
          <w:color w:val="000000"/>
        </w:rPr>
        <w:t xml:space="preserve">20. </w:t>
      </w:r>
      <w:r>
        <w:rPr>
          <w:rFonts w:ascii="宋体" w:eastAsia="宋体" w:hAnsi="宋体" w:cs="宋体"/>
          <w:color w:val="000000"/>
        </w:rPr>
        <w:t>一只小球落在数轴上的某点</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0</w:t>
      </w:r>
      <w:r>
        <w:rPr>
          <w:rFonts w:ascii="宋体" w:eastAsia="宋体" w:hAnsi="宋体" w:cs="宋体"/>
          <w:color w:val="000000"/>
        </w:rPr>
        <w:t>，第一次从</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0</w:t>
      </w:r>
      <w:r>
        <w:rPr>
          <w:rFonts w:ascii="宋体" w:eastAsia="宋体" w:hAnsi="宋体" w:cs="宋体"/>
          <w:color w:val="000000"/>
        </w:rPr>
        <w:t>向左跳</w:t>
      </w:r>
      <w:r>
        <w:rPr>
          <w:rFonts w:ascii="Times New Roman" w:eastAsia="Times New Roman" w:hAnsi="Times New Roman" w:cs="Times New Roman"/>
          <w:color w:val="000000"/>
        </w:rPr>
        <w:t>1</w:t>
      </w:r>
      <w:r>
        <w:rPr>
          <w:rFonts w:ascii="宋体" w:eastAsia="宋体" w:hAnsi="宋体" w:cs="宋体"/>
          <w:color w:val="000000"/>
        </w:rPr>
        <w:t>个单位到</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1</w:t>
      </w:r>
      <w:r>
        <w:rPr>
          <w:rFonts w:ascii="宋体" w:eastAsia="宋体" w:hAnsi="宋体" w:cs="宋体"/>
          <w:color w:val="000000"/>
        </w:rPr>
        <w:t>，第二次从</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1</w:t>
      </w:r>
      <w:r>
        <w:rPr>
          <w:rFonts w:ascii="宋体" w:eastAsia="宋体" w:hAnsi="宋体" w:cs="宋体"/>
          <w:color w:val="000000"/>
        </w:rPr>
        <w:t>向右跳</w:t>
      </w:r>
      <w:r>
        <w:rPr>
          <w:rFonts w:ascii="Times New Roman" w:eastAsia="Times New Roman" w:hAnsi="Times New Roman" w:cs="Times New Roman"/>
          <w:color w:val="000000"/>
        </w:rPr>
        <w:t>2</w:t>
      </w:r>
      <w:r>
        <w:rPr>
          <w:rFonts w:ascii="宋体" w:eastAsia="宋体" w:hAnsi="宋体" w:cs="宋体"/>
          <w:color w:val="000000"/>
        </w:rPr>
        <w:t>个单位到</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2</w:t>
      </w:r>
      <w:r>
        <w:rPr>
          <w:rFonts w:ascii="宋体" w:eastAsia="宋体" w:hAnsi="宋体" w:cs="宋体"/>
          <w:color w:val="000000"/>
        </w:rPr>
        <w:t>，第三次从</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2</w:t>
      </w:r>
      <w:r>
        <w:rPr>
          <w:rFonts w:ascii="宋体" w:eastAsia="宋体" w:hAnsi="宋体" w:cs="宋体"/>
          <w:color w:val="000000"/>
        </w:rPr>
        <w:t>向左跳</w:t>
      </w:r>
      <w:r>
        <w:rPr>
          <w:rFonts w:ascii="Times New Roman" w:eastAsia="Times New Roman" w:hAnsi="Times New Roman" w:cs="Times New Roman"/>
          <w:color w:val="000000"/>
        </w:rPr>
        <w:t>3</w:t>
      </w:r>
      <w:r>
        <w:rPr>
          <w:rFonts w:ascii="宋体" w:eastAsia="宋体" w:hAnsi="宋体" w:cs="宋体"/>
          <w:color w:val="000000"/>
        </w:rPr>
        <w:t>个单位到</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3</w:t>
      </w:r>
      <w:r>
        <w:rPr>
          <w:rFonts w:ascii="宋体" w:eastAsia="宋体" w:hAnsi="宋体" w:cs="宋体"/>
          <w:color w:val="000000"/>
        </w:rPr>
        <w:t>．第四次从</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3</w:t>
      </w:r>
      <w:r>
        <w:rPr>
          <w:rFonts w:ascii="宋体" w:eastAsia="宋体" w:hAnsi="宋体" w:cs="宋体"/>
          <w:color w:val="000000"/>
        </w:rPr>
        <w:t>向右跳</w:t>
      </w:r>
      <w:r>
        <w:rPr>
          <w:rFonts w:ascii="Times New Roman" w:eastAsia="Times New Roman" w:hAnsi="Times New Roman" w:cs="Times New Roman"/>
          <w:color w:val="000000"/>
        </w:rPr>
        <w:t>4</w:t>
      </w:r>
      <w:r>
        <w:rPr>
          <w:rFonts w:ascii="宋体" w:eastAsia="宋体" w:hAnsi="宋体" w:cs="宋体"/>
          <w:color w:val="000000"/>
        </w:rPr>
        <w:t>个单位到</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4</w:t>
      </w:r>
      <w:r>
        <w:rPr>
          <w:rFonts w:ascii="宋体" w:eastAsia="宋体" w:hAnsi="宋体" w:cs="宋体"/>
          <w:color w:val="000000"/>
        </w:rPr>
        <w:t>…．若小球从原点出发，按以上规律跳了</w:t>
      </w:r>
      <w:r>
        <w:rPr>
          <w:rFonts w:ascii="Times New Roman" w:eastAsia="Times New Roman" w:hAnsi="Times New Roman" w:cs="Times New Roman"/>
          <w:color w:val="000000"/>
        </w:rPr>
        <w:t>6</w:t>
      </w:r>
      <w:r>
        <w:rPr>
          <w:rFonts w:ascii="宋体" w:eastAsia="宋体" w:hAnsi="宋体" w:cs="宋体"/>
          <w:color w:val="000000"/>
        </w:rPr>
        <w:t>次时，它落在数轴上的点</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6</w:t>
      </w:r>
      <w:r>
        <w:rPr>
          <w:rFonts w:ascii="宋体" w:eastAsia="宋体" w:hAnsi="宋体" w:cs="宋体"/>
          <w:color w:val="000000"/>
        </w:rPr>
        <w:t>所表示的数是</w:t>
      </w:r>
      <w:r>
        <w:rPr>
          <w:rFonts w:ascii="Times New Roman" w:eastAsia="Times New Roman" w:hAnsi="Times New Roman" w:cs="Times New Roman"/>
          <w:color w:val="000000"/>
        </w:rPr>
        <w:t xml:space="preserve"> </w:t>
      </w:r>
      <w:r>
        <w:rPr>
          <w:rFonts w:ascii="宋体" w:eastAsia="宋体" w:hAnsi="宋体" w:cs="宋体"/>
          <w:color w:val="000000"/>
        </w:rPr>
        <w:t>___</w:t>
      </w:r>
      <w:r>
        <w:rPr>
          <w:rFonts w:ascii="宋体" w:eastAsia="宋体" w:hAnsi="宋体" w:cs="宋体"/>
          <w:color w:val="000000"/>
        </w:rPr>
        <w:t>；若小球按以上规律跳了</w:t>
      </w:r>
      <w:r>
        <w:rPr>
          <w:rFonts w:ascii="Times New Roman" w:eastAsia="Times New Roman" w:hAnsi="Times New Roman" w:cs="Times New Roman"/>
          <w:color w:val="000000"/>
        </w:rPr>
        <w:t>2</w:t>
      </w:r>
      <w:r>
        <w:rPr>
          <w:rFonts w:ascii="Times New Roman" w:eastAsia="Times New Roman" w:hAnsi="Times New Roman" w:cs="Times New Roman"/>
          <w:i/>
          <w:color w:val="000000"/>
        </w:rPr>
        <w:t>n</w:t>
      </w:r>
      <w:r>
        <w:rPr>
          <w:rFonts w:ascii="宋体" w:eastAsia="宋体" w:hAnsi="宋体" w:cs="宋体"/>
          <w:color w:val="000000"/>
        </w:rPr>
        <w:t>次时，它落在数轴上的点</w:t>
      </w:r>
      <w:r>
        <w:rPr>
          <w:rFonts w:ascii="Times New Roman" w:eastAsia="Times New Roman" w:hAnsi="Times New Roman" w:cs="Times New Roman"/>
          <w:i/>
          <w:color w:val="000000"/>
        </w:rPr>
        <w:t>P</w:t>
      </w:r>
      <w:r>
        <w:rPr>
          <w:rFonts w:ascii="Times New Roman" w:eastAsia="Times New Roman" w:hAnsi="Times New Roman" w:cs="Times New Roman"/>
          <w:i/>
          <w:color w:val="000000"/>
          <w:vertAlign w:val="subscript"/>
        </w:rPr>
        <w:t>2n</w:t>
      </w:r>
      <w:r>
        <w:rPr>
          <w:rFonts w:ascii="宋体" w:eastAsia="宋体" w:hAnsi="宋体" w:cs="宋体"/>
          <w:color w:val="000000"/>
        </w:rPr>
        <w:t>所表示的数恰好是</w:t>
      </w:r>
      <w:r>
        <w:rPr>
          <w:rFonts w:ascii="Times New Roman" w:eastAsia="Times New Roman" w:hAnsi="Times New Roman" w:cs="Times New Roman"/>
          <w:i/>
          <w:color w:val="000000"/>
        </w:rPr>
        <w:t>n</w:t>
      </w:r>
      <w:r>
        <w:rPr>
          <w:rFonts w:ascii="Times New Roman" w:eastAsia="Times New Roman" w:hAnsi="Times New Roman" w:cs="Times New Roman"/>
          <w:color w:val="000000"/>
        </w:rPr>
        <w:t>+2</w:t>
      </w:r>
      <w:r>
        <w:rPr>
          <w:rFonts w:ascii="宋体" w:eastAsia="宋体" w:hAnsi="宋体" w:cs="宋体"/>
          <w:color w:val="000000"/>
        </w:rPr>
        <w:t>，则这只小球的初始位置点所表示的数</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0</w:t>
      </w:r>
      <w:r>
        <w:rPr>
          <w:rFonts w:ascii="宋体" w:eastAsia="宋体" w:hAnsi="宋体" w:cs="宋体"/>
          <w:color w:val="000000"/>
        </w:rPr>
        <w:t>是</w:t>
      </w:r>
      <w:r>
        <w:rPr>
          <w:rFonts w:ascii="Times New Roman" w:eastAsia="Times New Roman" w:hAnsi="Times New Roman" w:cs="Times New Roman"/>
          <w:color w:val="000000"/>
        </w:rPr>
        <w:t xml:space="preserve"> </w:t>
      </w:r>
      <w:r>
        <w:rPr>
          <w:rFonts w:ascii="宋体" w:eastAsia="宋体" w:hAnsi="宋体" w:cs="宋体"/>
          <w:color w:val="000000"/>
        </w:rPr>
        <w:t>_____</w:t>
      </w:r>
      <w:r>
        <w:rPr>
          <w:rFonts w:ascii="宋体" w:eastAsia="宋体" w:hAnsi="宋体" w:cs="宋体"/>
          <w:color w:val="000000"/>
        </w:rPr>
        <w:t>．</w:t>
      </w:r>
    </w:p>
    <w:p>
      <w:pPr>
        <w:spacing w:line="360" w:lineRule="auto"/>
        <w:textAlignment w:val="center"/>
        <w:rPr>
          <w:rFonts w:ascii="Times New Roman" w:eastAsia="Times New Roman" w:hAnsi="Times New Roman" w:cs="Times New Roman"/>
          <w:color w:val="000000"/>
        </w:rPr>
      </w:pPr>
      <w:r>
        <w:rPr>
          <w:color w:val="2E75B6"/>
        </w:rPr>
        <w:t>【答案】</w:t>
      </w:r>
      <w:r>
        <w:rPr>
          <w:color w:val="000000"/>
        </w:rPr>
        <w:t xml:space="preserve">    ①. </w:t>
      </w:r>
      <w:r>
        <w:rPr>
          <w:rFonts w:ascii="Times New Roman" w:eastAsia="Times New Roman" w:hAnsi="Times New Roman" w:cs="Times New Roman"/>
          <w:color w:val="000000"/>
        </w:rPr>
        <w:t>3</w:t>
      </w:r>
      <w:r>
        <w:rPr>
          <w:color w:val="000000"/>
        </w:rPr>
        <w:t xml:space="preserve">    ②. </w:t>
      </w:r>
      <w:r>
        <w:rPr>
          <w:rFonts w:ascii="Times New Roman" w:eastAsia="Times New Roman" w:hAnsi="Times New Roman" w:cs="Times New Roman"/>
          <w:color w:val="000000"/>
        </w:rPr>
        <w:t>2</w:t>
      </w:r>
    </w:p>
    <w:p>
      <w:pPr>
        <w:spacing w:line="360" w:lineRule="auto"/>
        <w:textAlignment w:val="center"/>
        <w:rPr>
          <w:color w:val="000000"/>
        </w:rPr>
      </w:pPr>
      <w:r>
        <w:rPr>
          <w:color w:val="2E75B6"/>
        </w:rPr>
        <w:t>【解析】</w:t>
      </w:r>
    </w:p>
    <w:p>
      <w:pPr>
        <w:spacing w:line="360" w:lineRule="auto"/>
        <w:jc w:val="left"/>
        <w:textAlignment w:val="center"/>
        <w:rPr>
          <w:rFonts w:ascii="宋体" w:eastAsia="宋体" w:hAnsi="宋体" w:cs="宋体"/>
          <w:color w:val="000000"/>
        </w:rPr>
      </w:pPr>
      <w:r>
        <w:rPr>
          <w:color w:val="000000"/>
        </w:rPr>
        <w:t>【分析】</w:t>
      </w:r>
      <w:r>
        <w:rPr>
          <w:rFonts w:ascii="宋体" w:eastAsia="宋体" w:hAnsi="宋体" w:cs="宋体"/>
          <w:color w:val="000000"/>
        </w:rPr>
        <w:t>根据向左减向右加的规律计算得到第</w:t>
      </w:r>
      <w:r>
        <w:rPr>
          <w:rFonts w:ascii="Times New Roman" w:eastAsia="Times New Roman" w:hAnsi="Times New Roman" w:cs="Times New Roman"/>
          <w:color w:val="000000"/>
        </w:rPr>
        <w:t>6</w:t>
      </w:r>
      <w:r>
        <w:rPr>
          <w:rFonts w:ascii="宋体" w:eastAsia="宋体" w:hAnsi="宋体" w:cs="宋体"/>
          <w:color w:val="000000"/>
        </w:rPr>
        <w:t>次跳后落点所表示的数，再计算第</w:t>
      </w:r>
      <w:r>
        <w:rPr>
          <w:rFonts w:ascii="Times New Roman" w:eastAsia="Times New Roman" w:hAnsi="Times New Roman" w:cs="Times New Roman"/>
          <w:color w:val="000000"/>
        </w:rPr>
        <w:t>8</w:t>
      </w:r>
      <w:r>
        <w:rPr>
          <w:rFonts w:ascii="宋体" w:eastAsia="宋体" w:hAnsi="宋体" w:cs="宋体"/>
          <w:color w:val="000000"/>
        </w:rPr>
        <w:t>次，第</w:t>
      </w:r>
      <w:r>
        <w:rPr>
          <w:rFonts w:ascii="Times New Roman" w:eastAsia="Times New Roman" w:hAnsi="Times New Roman" w:cs="Times New Roman"/>
          <w:color w:val="000000"/>
        </w:rPr>
        <w:t>10</w:t>
      </w:r>
      <w:r>
        <w:rPr>
          <w:rFonts w:ascii="宋体" w:eastAsia="宋体" w:hAnsi="宋体" w:cs="宋体"/>
          <w:color w:val="000000"/>
        </w:rPr>
        <w:t>次跳后表示的数，由此得到规律：跳了</w:t>
      </w:r>
      <w:r>
        <w:rPr>
          <w:rFonts w:ascii="Times New Roman" w:eastAsia="Times New Roman" w:hAnsi="Times New Roman" w:cs="Times New Roman"/>
          <w:color w:val="000000"/>
        </w:rPr>
        <w:t>2</w:t>
      </w:r>
      <w:r>
        <w:rPr>
          <w:rFonts w:ascii="Times New Roman" w:eastAsia="Times New Roman" w:hAnsi="Times New Roman" w:cs="Times New Roman"/>
          <w:i/>
          <w:color w:val="000000"/>
        </w:rPr>
        <w:t>n</w:t>
      </w:r>
      <w:r>
        <w:rPr>
          <w:rFonts w:ascii="宋体" w:eastAsia="宋体" w:hAnsi="宋体" w:cs="宋体"/>
          <w:color w:val="000000"/>
        </w:rPr>
        <w:t>次时，它落在数轴上的点</w:t>
      </w:r>
      <w:r>
        <w:rPr>
          <w:rFonts w:ascii="Times New Roman" w:eastAsia="Times New Roman" w:hAnsi="Times New Roman" w:cs="Times New Roman"/>
          <w:i/>
          <w:color w:val="000000"/>
        </w:rPr>
        <w:t>P</w:t>
      </w:r>
      <w:r>
        <w:rPr>
          <w:rFonts w:ascii="Times New Roman" w:eastAsia="Times New Roman" w:hAnsi="Times New Roman" w:cs="Times New Roman"/>
          <w:i/>
          <w:color w:val="000000"/>
          <w:vertAlign w:val="subscript"/>
        </w:rPr>
        <w:t>2n</w:t>
      </w:r>
      <w:r>
        <w:rPr>
          <w:rFonts w:ascii="宋体" w:eastAsia="宋体" w:hAnsi="宋体" w:cs="宋体"/>
          <w:color w:val="000000"/>
        </w:rPr>
        <w:t>所表示的数</w:t>
      </w:r>
      <w:r>
        <w:rPr>
          <w:rFonts w:ascii="Times New Roman" w:eastAsia="Times New Roman" w:hAnsi="Times New Roman" w:cs="Times New Roman"/>
          <w:color w:val="000000"/>
        </w:rPr>
        <w:t>2</w:t>
      </w:r>
      <w:r>
        <w:rPr>
          <w:rFonts w:ascii="Times New Roman" w:eastAsia="Times New Roman" w:hAnsi="Times New Roman" w:cs="Times New Roman"/>
          <w:i/>
          <w:color w:val="000000"/>
        </w:rPr>
        <w:t>n</w:t>
      </w:r>
      <w:r>
        <w:pict>
          <v:shape id="_x0000_i721195" type="#_x0000_t75" alt="学科网(www.zxxk.com)--教育资源门户，提供试卷、教案、课件、论文、素材以及各类教学资源下载，还有大量而丰富的教学相关资讯！" style="width:9.75pt;height:9.75pt" o:oleicon="f" o:ole="">
            <v:imagedata r:id="rId247" o:title="eqId09052719a6d55df23d74d8e3956257ea"/>
          </v:shape>
        </w:pict>
      </w:r>
      <w:r>
        <w:rPr>
          <w:rFonts w:ascii="Times New Roman" w:eastAsia="Times New Roman" w:hAnsi="Times New Roman" w:cs="Times New Roman"/>
          <w:color w:val="000000"/>
        </w:rPr>
        <w:t>2=</w:t>
      </w:r>
      <w:r>
        <w:rPr>
          <w:rFonts w:ascii="Times New Roman" w:eastAsia="Times New Roman" w:hAnsi="Times New Roman" w:cs="Times New Roman"/>
          <w:i/>
          <w:color w:val="000000"/>
        </w:rPr>
        <w:t>n</w:t>
      </w:r>
      <w:r>
        <w:rPr>
          <w:rFonts w:ascii="宋体" w:eastAsia="宋体" w:hAnsi="宋体" w:cs="宋体"/>
          <w:color w:val="000000"/>
        </w:rPr>
        <w:t>，由此再列得</w:t>
      </w:r>
      <w:r>
        <w:rPr>
          <w:rFonts w:ascii="Times New Roman" w:eastAsia="Times New Roman" w:hAnsi="Times New Roman" w:cs="Times New Roman"/>
          <w:i/>
          <w:color w:val="000000"/>
        </w:rPr>
        <w:t>n</w:t>
      </w:r>
      <w:r>
        <w:rPr>
          <w:rFonts w:ascii="Times New Roman" w:eastAsia="Times New Roman" w:hAnsi="Times New Roman" w:cs="Times New Roman"/>
          <w:color w:val="000000"/>
        </w:rPr>
        <w:t>+2-</w:t>
      </w:r>
      <w:r>
        <w:rPr>
          <w:rFonts w:ascii="Times New Roman" w:eastAsia="Times New Roman" w:hAnsi="Times New Roman" w:cs="Times New Roman"/>
          <w:i/>
          <w:color w:val="000000"/>
        </w:rPr>
        <w:t>n</w:t>
      </w:r>
      <w:r>
        <w:rPr>
          <w:rFonts w:ascii="Times New Roman" w:eastAsia="Times New Roman" w:hAnsi="Times New Roman" w:cs="Times New Roman"/>
          <w:color w:val="000000"/>
        </w:rPr>
        <w:t>=2</w:t>
      </w:r>
      <w:r>
        <w:rPr>
          <w:rFonts w:ascii="宋体" w:eastAsia="宋体" w:hAnsi="宋体" w:cs="宋体"/>
          <w:color w:val="000000"/>
        </w:rPr>
        <w:t>，计算即可．</w:t>
      </w:r>
    </w:p>
    <w:p>
      <w:pPr>
        <w:spacing w:line="360" w:lineRule="auto"/>
        <w:jc w:val="left"/>
        <w:textAlignment w:val="center"/>
        <w:rPr>
          <w:rFonts w:ascii="宋体" w:eastAsia="宋体" w:hAnsi="宋体" w:cs="宋体"/>
          <w:color w:val="000000"/>
        </w:rPr>
      </w:pPr>
      <w:r>
        <w:rPr>
          <w:color w:val="000000"/>
        </w:rPr>
        <w:t>【详解】</w:t>
      </w:r>
      <w:r>
        <w:rPr>
          <w:rFonts w:ascii="宋体" w:eastAsia="宋体" w:hAnsi="宋体" w:cs="宋体"/>
          <w:color w:val="000000"/>
        </w:rPr>
        <w:t>解：小球从原点出发，跳了</w:t>
      </w:r>
      <w:r>
        <w:rPr>
          <w:rFonts w:ascii="Times New Roman" w:eastAsia="Times New Roman" w:hAnsi="Times New Roman" w:cs="Times New Roman"/>
          <w:color w:val="000000"/>
        </w:rPr>
        <w:t>6</w:t>
      </w:r>
      <w:r>
        <w:rPr>
          <w:rFonts w:ascii="宋体" w:eastAsia="宋体" w:hAnsi="宋体" w:cs="宋体"/>
          <w:color w:val="000000"/>
        </w:rPr>
        <w:t>次时，它落在数轴上的点</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6</w:t>
      </w:r>
      <w:r>
        <w:rPr>
          <w:rFonts w:ascii="宋体" w:eastAsia="宋体" w:hAnsi="宋体" w:cs="宋体"/>
          <w:color w:val="000000"/>
        </w:rPr>
        <w:t>所表示的数是</w:t>
      </w:r>
      <w:r>
        <w:rPr>
          <w:rFonts w:ascii="Times New Roman" w:eastAsia="Times New Roman" w:hAnsi="Times New Roman" w:cs="Times New Roman"/>
          <w:color w:val="000000"/>
        </w:rPr>
        <w:t>0-1+2-3+4-5+6=3</w:t>
      </w:r>
      <w:r>
        <w:rPr>
          <w:rFonts w:ascii="宋体" w:eastAsia="宋体" w:hAnsi="宋体" w:cs="宋体"/>
          <w:color w:val="000000"/>
        </w:rPr>
        <w:t>，即</w:t>
      </w:r>
      <w:r>
        <w:rPr>
          <w:rFonts w:ascii="Times New Roman" w:eastAsia="Times New Roman" w:hAnsi="Times New Roman" w:cs="Times New Roman"/>
          <w:color w:val="000000"/>
        </w:rPr>
        <w:t>6</w:t>
      </w:r>
      <w:r>
        <w:pict>
          <v:shape id="_x0000_i721196" type="#_x0000_t75" alt="学科网(www.zxxk.com)--教育资源门户，提供试卷、教案、课件、论文、素材以及各类教学资源下载，还有大量而丰富的教学相关资讯！" style="width:9.75pt;height:9.75pt" o:oleicon="f" o:ole="">
            <v:imagedata r:id="rId248" o:title="eqId09052719a6d55df23d74d8e3956257ea"/>
          </v:shape>
        </w:pict>
      </w:r>
      <w:r>
        <w:rPr>
          <w:rFonts w:ascii="Times New Roman" w:eastAsia="Times New Roman" w:hAnsi="Times New Roman" w:cs="Times New Roman"/>
          <w:color w:val="000000"/>
        </w:rPr>
        <w:t>2=3</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小球从原点出发，跳了</w:t>
      </w:r>
      <w:r>
        <w:rPr>
          <w:rFonts w:ascii="Times New Roman" w:eastAsia="Times New Roman" w:hAnsi="Times New Roman" w:cs="Times New Roman"/>
          <w:color w:val="000000"/>
        </w:rPr>
        <w:t>8</w:t>
      </w:r>
      <w:r>
        <w:rPr>
          <w:rFonts w:ascii="宋体" w:eastAsia="宋体" w:hAnsi="宋体" w:cs="宋体"/>
          <w:color w:val="000000"/>
        </w:rPr>
        <w:t>次时，它落在数轴上的点</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8</w:t>
      </w:r>
      <w:r>
        <w:rPr>
          <w:rFonts w:ascii="宋体" w:eastAsia="宋体" w:hAnsi="宋体" w:cs="宋体"/>
          <w:color w:val="000000"/>
        </w:rPr>
        <w:t>所表示的数是</w:t>
      </w:r>
      <w:r>
        <w:rPr>
          <w:rFonts w:ascii="Times New Roman" w:eastAsia="Times New Roman" w:hAnsi="Times New Roman" w:cs="Times New Roman"/>
          <w:color w:val="000000"/>
        </w:rPr>
        <w:t>0-1+2-3+4-5+6-7+8=4</w:t>
      </w:r>
      <w:r>
        <w:rPr>
          <w:rFonts w:ascii="宋体" w:eastAsia="宋体" w:hAnsi="宋体" w:cs="宋体"/>
          <w:color w:val="000000"/>
        </w:rPr>
        <w:t>，即</w:t>
      </w:r>
      <w:r>
        <w:rPr>
          <w:rFonts w:ascii="Times New Roman" w:eastAsia="Times New Roman" w:hAnsi="Times New Roman" w:cs="Times New Roman"/>
          <w:color w:val="000000"/>
        </w:rPr>
        <w:t>8</w:t>
      </w:r>
      <w:r>
        <w:pict>
          <v:shape id="_x0000_i721197" type="#_x0000_t75" alt="学科网(www.zxxk.com)--教育资源门户，提供试卷、教案、课件、论文、素材以及各类教学资源下载，还有大量而丰富的教学相关资讯！" style="width:9.75pt;height:9.75pt" o:oleicon="f" o:ole="">
            <v:imagedata r:id="rId249" o:title="eqId09052719a6d55df23d74d8e3956257ea"/>
          </v:shape>
        </w:pict>
      </w:r>
      <w:r>
        <w:rPr>
          <w:rFonts w:ascii="Times New Roman" w:eastAsia="Times New Roman" w:hAnsi="Times New Roman" w:cs="Times New Roman"/>
          <w:color w:val="000000"/>
        </w:rPr>
        <w:t>2=4</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小球从原点出发，跳了</w:t>
      </w:r>
      <w:r>
        <w:rPr>
          <w:rFonts w:ascii="Times New Roman" w:eastAsia="Times New Roman" w:hAnsi="Times New Roman" w:cs="Times New Roman"/>
          <w:color w:val="000000"/>
        </w:rPr>
        <w:t>10</w:t>
      </w:r>
      <w:r>
        <w:rPr>
          <w:rFonts w:ascii="宋体" w:eastAsia="宋体" w:hAnsi="宋体" w:cs="宋体"/>
          <w:color w:val="000000"/>
        </w:rPr>
        <w:t>次时，它落在数轴上的点</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10</w:t>
      </w:r>
      <w:r>
        <w:rPr>
          <w:rFonts w:ascii="宋体" w:eastAsia="宋体" w:hAnsi="宋体" w:cs="宋体"/>
          <w:color w:val="000000"/>
        </w:rPr>
        <w:t>所表示的数是</w:t>
      </w:r>
      <w:r>
        <w:rPr>
          <w:rFonts w:ascii="Times New Roman" w:eastAsia="Times New Roman" w:hAnsi="Times New Roman" w:cs="Times New Roman"/>
          <w:color w:val="000000"/>
        </w:rPr>
        <w:t>0-1+2-3+4-5+6-7+8-9+10=5</w:t>
      </w:r>
      <w:r>
        <w:rPr>
          <w:rFonts w:ascii="宋体" w:eastAsia="宋体" w:hAnsi="宋体" w:cs="宋体"/>
          <w:color w:val="000000"/>
        </w:rPr>
        <w:t>，即</w:t>
      </w:r>
      <w:r>
        <w:rPr>
          <w:rFonts w:ascii="Times New Roman" w:eastAsia="Times New Roman" w:hAnsi="Times New Roman" w:cs="Times New Roman"/>
          <w:color w:val="000000"/>
        </w:rPr>
        <w:t>10</w:t>
      </w:r>
      <w:r>
        <w:pict>
          <v:shape id="_x0000_i721198" type="#_x0000_t75" alt="学科网(www.zxxk.com)--教育资源门户，提供试卷、教案、课件、论文、素材以及各类教学资源下载，还有大量而丰富的教学相关资讯！" style="width:9.75pt;height:9.75pt" o:oleicon="f" o:ole="">
            <v:imagedata r:id="rId250" o:title="eqId09052719a6d55df23d74d8e3956257ea"/>
          </v:shape>
        </w:pict>
      </w:r>
      <w:r>
        <w:rPr>
          <w:rFonts w:ascii="Times New Roman" w:eastAsia="Times New Roman" w:hAnsi="Times New Roman" w:cs="Times New Roman"/>
          <w:color w:val="000000"/>
        </w:rPr>
        <w:t>2=5</w:t>
      </w:r>
      <w:r>
        <w:rPr>
          <w:rFonts w:ascii="宋体" w:eastAsia="宋体" w:hAnsi="宋体" w:cs="宋体"/>
          <w:color w:val="000000"/>
        </w:rPr>
        <w:t>；</w:t>
      </w:r>
    </w:p>
    <w:p>
      <w:pPr>
        <w:spacing w:line="360" w:lineRule="auto"/>
        <w:jc w:val="left"/>
        <w:textAlignment w:val="center"/>
        <w:rPr>
          <w:rFonts w:ascii="Times New Roman" w:eastAsia="Times New Roman" w:hAnsi="Times New Roman" w:cs="Times New Roman"/>
          <w:color w:val="000000"/>
        </w:rPr>
      </w:pPr>
      <w:r>
        <w:pict>
          <v:shape id="_x0000_i721199" type="#_x0000_t75" alt="学科网(www.zxxk.com)--教育资源门户，提供试卷、教案、课件、论文、素材以及各类教学资源下载，还有大量而丰富的教学相关资讯！" style="width:13.95pt;height:8pt" o:oleicon="f" o:ole="">
            <v:imagedata r:id="rId251" o:title="eqIddaa5e9bd516f6282483b92cfe6074623"/>
          </v:shape>
        </w:pict>
      </w:r>
      <w:r>
        <w:rPr>
          <w:rFonts w:ascii="Times New Roman" w:eastAsia="Times New Roman" w:hAnsi="Times New Roman" w:cs="Times New Roman"/>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由此可得：若小球按以上规律跳了</w:t>
      </w:r>
      <w:r>
        <w:rPr>
          <w:rFonts w:ascii="Times New Roman" w:eastAsia="Times New Roman" w:hAnsi="Times New Roman" w:cs="Times New Roman"/>
          <w:color w:val="000000"/>
        </w:rPr>
        <w:t>2</w:t>
      </w:r>
      <w:r>
        <w:rPr>
          <w:rFonts w:ascii="Times New Roman" w:eastAsia="Times New Roman" w:hAnsi="Times New Roman" w:cs="Times New Roman"/>
          <w:i/>
          <w:color w:val="000000"/>
        </w:rPr>
        <w:t>n</w:t>
      </w:r>
      <w:r>
        <w:rPr>
          <w:rFonts w:ascii="宋体" w:eastAsia="宋体" w:hAnsi="宋体" w:cs="宋体"/>
          <w:color w:val="000000"/>
        </w:rPr>
        <w:t>次时，它落在数轴上的点</w:t>
      </w:r>
      <w:r>
        <w:rPr>
          <w:rFonts w:ascii="Times New Roman" w:eastAsia="Times New Roman" w:hAnsi="Times New Roman" w:cs="Times New Roman"/>
          <w:i/>
          <w:color w:val="000000"/>
        </w:rPr>
        <w:t>P</w:t>
      </w:r>
      <w:r>
        <w:rPr>
          <w:rFonts w:ascii="Times New Roman" w:eastAsia="Times New Roman" w:hAnsi="Times New Roman" w:cs="Times New Roman"/>
          <w:i/>
          <w:color w:val="000000"/>
          <w:vertAlign w:val="subscript"/>
        </w:rPr>
        <w:t>2n</w:t>
      </w:r>
      <w:r>
        <w:rPr>
          <w:rFonts w:ascii="宋体" w:eastAsia="宋体" w:hAnsi="宋体" w:cs="宋体"/>
          <w:color w:val="000000"/>
        </w:rPr>
        <w:t>所表示的数</w:t>
      </w:r>
      <w:r>
        <w:rPr>
          <w:rFonts w:ascii="Times New Roman" w:eastAsia="Times New Roman" w:hAnsi="Times New Roman" w:cs="Times New Roman"/>
          <w:color w:val="000000"/>
        </w:rPr>
        <w:t>2</w:t>
      </w:r>
      <w:r>
        <w:rPr>
          <w:rFonts w:ascii="Times New Roman" w:eastAsia="Times New Roman" w:hAnsi="Times New Roman" w:cs="Times New Roman"/>
          <w:i/>
          <w:color w:val="000000"/>
        </w:rPr>
        <w:t>n</w:t>
      </w:r>
      <w:r>
        <w:pict>
          <v:shape id="_x0000_i721200" type="#_x0000_t75" alt="学科网(www.zxxk.com)--教育资源门户，提供试卷、教案、课件、论文、素材以及各类教学资源下载，还有大量而丰富的教学相关资讯！" style="width:9.75pt;height:9.75pt" o:oleicon="f" o:ole="">
            <v:imagedata r:id="rId252" o:title="eqId09052719a6d55df23d74d8e3956257ea"/>
          </v:shape>
        </w:pict>
      </w:r>
      <w:r>
        <w:rPr>
          <w:rFonts w:ascii="Times New Roman" w:eastAsia="Times New Roman" w:hAnsi="Times New Roman" w:cs="Times New Roman"/>
          <w:color w:val="000000"/>
        </w:rPr>
        <w:t>2=</w:t>
      </w:r>
      <w:r>
        <w:rPr>
          <w:rFonts w:ascii="Times New Roman" w:eastAsia="Times New Roman" w:hAnsi="Times New Roman" w:cs="Times New Roman"/>
          <w:i/>
          <w:color w:val="000000"/>
        </w:rPr>
        <w:t>n</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∵点</w:t>
      </w:r>
      <w:r>
        <w:rPr>
          <w:rFonts w:ascii="Times New Roman" w:eastAsia="Times New Roman" w:hAnsi="Times New Roman" w:cs="Times New Roman"/>
          <w:i/>
          <w:color w:val="000000"/>
        </w:rPr>
        <w:t>P</w:t>
      </w:r>
      <w:r>
        <w:rPr>
          <w:rFonts w:ascii="Times New Roman" w:eastAsia="Times New Roman" w:hAnsi="Times New Roman" w:cs="Times New Roman"/>
          <w:i/>
          <w:color w:val="000000"/>
          <w:vertAlign w:val="subscript"/>
        </w:rPr>
        <w:t>2n</w:t>
      </w:r>
      <w:r>
        <w:rPr>
          <w:rFonts w:ascii="宋体" w:eastAsia="宋体" w:hAnsi="宋体" w:cs="宋体"/>
          <w:color w:val="000000"/>
        </w:rPr>
        <w:t>所表示的数恰好是</w:t>
      </w:r>
      <w:r>
        <w:rPr>
          <w:rFonts w:ascii="Times New Roman" w:eastAsia="Times New Roman" w:hAnsi="Times New Roman" w:cs="Times New Roman"/>
          <w:i/>
          <w:color w:val="000000"/>
        </w:rPr>
        <w:t>n</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∴这只小球的初始位置点所表示的数</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0</w:t>
      </w:r>
      <w:r>
        <w:rPr>
          <w:rFonts w:ascii="宋体" w:eastAsia="宋体" w:hAnsi="宋体" w:cs="宋体"/>
          <w:color w:val="000000"/>
        </w:rPr>
        <w:t>是</w:t>
      </w:r>
      <w:r>
        <w:rPr>
          <w:rFonts w:ascii="Times New Roman" w:eastAsia="Times New Roman" w:hAnsi="Times New Roman" w:cs="Times New Roman"/>
          <w:i/>
          <w:color w:val="000000"/>
        </w:rPr>
        <w:t>n</w:t>
      </w:r>
      <w:r>
        <w:rPr>
          <w:rFonts w:ascii="Times New Roman" w:eastAsia="Times New Roman" w:hAnsi="Times New Roman" w:cs="Times New Roman"/>
          <w:color w:val="000000"/>
        </w:rPr>
        <w:t>+2-</w:t>
      </w:r>
      <w:r>
        <w:rPr>
          <w:rFonts w:ascii="Times New Roman" w:eastAsia="Times New Roman" w:hAnsi="Times New Roman" w:cs="Times New Roman"/>
          <w:i/>
          <w:color w:val="000000"/>
        </w:rPr>
        <w:t>n</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故答案为：</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color w:val="000000"/>
        </w:rPr>
        <w:t>【点睛】</w:t>
      </w:r>
      <w:r>
        <w:rPr>
          <w:rFonts w:ascii="宋体" w:eastAsia="宋体" w:hAnsi="宋体" w:cs="宋体"/>
          <w:color w:val="000000"/>
        </w:rPr>
        <w:t>此题考查数轴上点的运动规律计算，数字列规律计算，发现规律并应用解决问题是解题的关键．</w:t>
      </w:r>
    </w:p>
    <w:p>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t>三、解答题（本题共</w:t>
      </w:r>
      <w:r>
        <w:rPr>
          <w:rFonts w:ascii="Times New Roman" w:eastAsia="Times New Roman" w:hAnsi="Times New Roman" w:cs="Times New Roman"/>
          <w:b/>
          <w:color w:val="000000"/>
          <w:sz w:val="24"/>
        </w:rPr>
        <w:t>60</w:t>
      </w:r>
      <w:r>
        <w:rPr>
          <w:rFonts w:ascii="宋体" w:eastAsia="宋体" w:hAnsi="宋体" w:cs="宋体"/>
          <w:b/>
          <w:color w:val="000000"/>
          <w:sz w:val="24"/>
        </w:rPr>
        <w:t>分）</w:t>
      </w:r>
    </w:p>
    <w:p>
      <w:pPr>
        <w:pStyle w:val="Heading2"/>
      </w:pPr>
      <w:r>
        <w:t>石景山区实验中学</w:t>
      </w:r>
    </w:p>
    <w:p>
      <w:pPr>
        <w:spacing w:before="30" w:line="360" w:lineRule="auto"/>
        <w:jc w:val="left"/>
        <w:textAlignment w:val="center"/>
        <w:rPr>
          <w:color w:val="000000"/>
        </w:rPr>
      </w:pPr>
      <w:r>
        <w:rPr>
          <w:color w:val="000000"/>
        </w:rPr>
        <w:t xml:space="preserve">25. </w:t>
      </w:r>
      <w:r>
        <w:pict>
          <v:shape id="_x0000_i721201" type="#_x0000_t75" alt="学科网(www.zxxk.com)--教育资源门户，提供试卷、教案、课件、论文、素材以及各类教学资源下载，还有大量而丰富的教学相关资讯！" style="width:81pt;height:27.75pt" o:oleicon="f" o:ole="">
            <v:imagedata r:id="rId253" o:title="eqId865bf8a6b12f6a4165cec733baa4d55c"/>
          </v:shape>
        </w:pict>
      </w:r>
      <w:r>
        <w:rPr>
          <w:rFonts w:ascii="宋体" w:eastAsia="宋体" w:hAnsi="宋体" w:cs="宋体"/>
          <w:color w:val="000000"/>
        </w:rPr>
        <w:t xml:space="preserve"> ．</w:t>
      </w:r>
    </w:p>
    <w:p>
      <w:pPr>
        <w:spacing w:line="360" w:lineRule="auto"/>
        <w:textAlignment w:val="center"/>
        <w:rPr>
          <w:color w:val="000000"/>
        </w:rPr>
      </w:pPr>
      <w:r>
        <w:rPr>
          <w:color w:val="2E75B6"/>
        </w:rPr>
        <w:t>【答案】</w:t>
      </w:r>
      <w:r>
        <w:rPr>
          <w:rFonts w:ascii="宋体" w:eastAsia="宋体" w:hAnsi="宋体" w:cs="宋体"/>
          <w:color w:val="000000"/>
        </w:rPr>
        <w:t>y=﹣1</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【分析】</w:t>
      </w:r>
      <w:r>
        <w:rPr>
          <w:rFonts w:ascii="宋体" w:eastAsia="宋体" w:hAnsi="宋体" w:cs="宋体"/>
          <w:color w:val="000000"/>
        </w:rPr>
        <w:t>直接去分母，进而移项合并同类项解方程即可．</w:t>
      </w:r>
    </w:p>
    <w:p>
      <w:pPr>
        <w:spacing w:line="360" w:lineRule="auto"/>
        <w:textAlignment w:val="center"/>
        <w:rPr>
          <w:color w:val="000000"/>
        </w:rPr>
      </w:pPr>
      <w:r>
        <w:rPr>
          <w:color w:val="000000"/>
        </w:rPr>
        <w:t>【详解】</w:t>
      </w:r>
      <w:r>
        <w:rPr>
          <w:rFonts w:ascii="Times New Roman" w:eastAsia="Times New Roman" w:hAnsi="Times New Roman" w:cs="Times New Roman"/>
          <w:color w:val="000000"/>
        </w:rPr>
        <w:t>2（7﹣5y）=12﹣3（3y﹣1） 14﹣10y=12﹣9y+3</w:t>
      </w:r>
    </w:p>
    <w:p>
      <w:pPr>
        <w:spacing w:line="360" w:lineRule="auto"/>
        <w:jc w:val="left"/>
        <w:textAlignment w:val="center"/>
        <w:rPr>
          <w:color w:val="000000"/>
        </w:rPr>
      </w:pPr>
      <w:r>
        <w:rPr>
          <w:rFonts w:ascii="Times New Roman" w:eastAsia="Times New Roman" w:hAnsi="Times New Roman" w:cs="Times New Roman"/>
          <w:color w:val="000000"/>
        </w:rPr>
        <w:t>﹣10y+9y=12+3﹣14，</w:t>
      </w:r>
    </w:p>
    <w:p>
      <w:pPr>
        <w:spacing w:line="360" w:lineRule="auto"/>
        <w:jc w:val="left"/>
        <w:textAlignment w:val="center"/>
        <w:rPr>
          <w:color w:val="000000"/>
        </w:rPr>
      </w:pPr>
      <w:r>
        <w:rPr>
          <w:rFonts w:ascii="Times New Roman" w:eastAsia="Times New Roman" w:hAnsi="Times New Roman" w:cs="Times New Roman"/>
          <w:color w:val="000000"/>
        </w:rPr>
        <w:t>﹣y=1，</w:t>
      </w:r>
    </w:p>
    <w:p>
      <w:pPr>
        <w:spacing w:line="360" w:lineRule="auto"/>
        <w:jc w:val="left"/>
        <w:textAlignment w:val="center"/>
        <w:rPr>
          <w:color w:val="000000"/>
        </w:rPr>
      </w:pPr>
      <w:r>
        <w:rPr>
          <w:rFonts w:ascii="Times New Roman" w:eastAsia="Times New Roman" w:hAnsi="Times New Roman" w:cs="Times New Roman"/>
          <w:color w:val="000000"/>
        </w:rPr>
        <w:t>y=﹣1．</w:t>
      </w:r>
    </w:p>
    <w:p>
      <w:pPr>
        <w:spacing w:line="360" w:lineRule="auto"/>
        <w:jc w:val="left"/>
        <w:textAlignment w:val="center"/>
        <w:rPr>
          <w:color w:val="000000"/>
        </w:rPr>
      </w:pPr>
      <w:r>
        <w:rPr>
          <w:color w:val="000000"/>
        </w:rPr>
        <w:t>【点睛】</w:t>
      </w:r>
      <w:r>
        <w:rPr>
          <w:rFonts w:ascii="宋体" w:eastAsia="宋体" w:hAnsi="宋体" w:cs="宋体"/>
          <w:color w:val="000000"/>
        </w:rPr>
        <w:t>此题主要考查了解一元一次方程，正确去分母是解题关键．</w:t>
      </w:r>
    </w:p>
    <w:p>
      <w:pPr>
        <w:spacing w:line="360" w:lineRule="auto"/>
        <w:jc w:val="both"/>
        <w:textAlignment w:val="center"/>
        <w:rPr>
          <w:color w:val="000000"/>
        </w:rPr>
      </w:pPr>
      <w:r>
        <w:rPr>
          <w:rFonts w:ascii="宋体" w:eastAsia="宋体" w:hAnsi="宋体" w:cs="宋体"/>
          <w:b/>
          <w:color w:val="000000"/>
          <w:sz w:val="24"/>
        </w:rPr>
        <w:t>五、解答题（</w:t>
      </w:r>
      <w:r>
        <w:rPr>
          <w:rFonts w:ascii="Times New Roman" w:eastAsia="Times New Roman" w:hAnsi="Times New Roman" w:cs="Times New Roman"/>
          <w:b/>
          <w:color w:val="000000"/>
          <w:sz w:val="24"/>
        </w:rPr>
        <w:t>26</w:t>
      </w:r>
      <w:r>
        <w:rPr>
          <w:rFonts w:ascii="宋体" w:eastAsia="宋体" w:hAnsi="宋体" w:cs="宋体"/>
          <w:b/>
          <w:color w:val="000000"/>
          <w:sz w:val="24"/>
        </w:rPr>
        <w:t>题</w:t>
      </w:r>
      <w:r>
        <w:rPr>
          <w:rFonts w:ascii="Times New Roman" w:eastAsia="Times New Roman" w:hAnsi="Times New Roman" w:cs="Times New Roman"/>
          <w:b/>
          <w:color w:val="000000"/>
          <w:sz w:val="24"/>
        </w:rPr>
        <w:t>4</w:t>
      </w:r>
      <w:r>
        <w:rPr>
          <w:rFonts w:ascii="宋体" w:eastAsia="宋体" w:hAnsi="宋体" w:cs="宋体"/>
          <w:b/>
          <w:color w:val="000000"/>
          <w:sz w:val="24"/>
        </w:rPr>
        <w:t>分，</w:t>
      </w:r>
      <w:r>
        <w:rPr>
          <w:rFonts w:ascii="Times New Roman" w:eastAsia="Times New Roman" w:hAnsi="Times New Roman" w:cs="Times New Roman"/>
          <w:b/>
          <w:color w:val="000000"/>
          <w:sz w:val="24"/>
        </w:rPr>
        <w:t>27</w:t>
      </w:r>
      <w:r>
        <w:rPr>
          <w:rFonts w:ascii="宋体" w:eastAsia="宋体" w:hAnsi="宋体" w:cs="宋体"/>
          <w:b/>
          <w:color w:val="000000"/>
          <w:sz w:val="24"/>
        </w:rPr>
        <w:t>题</w:t>
      </w:r>
      <w:r>
        <w:rPr>
          <w:rFonts w:ascii="Times New Roman" w:eastAsia="Times New Roman" w:hAnsi="Times New Roman" w:cs="Times New Roman"/>
          <w:b/>
          <w:color w:val="000000"/>
          <w:sz w:val="24"/>
        </w:rPr>
        <w:t>6</w:t>
      </w:r>
      <w:r>
        <w:rPr>
          <w:rFonts w:ascii="宋体" w:eastAsia="宋体" w:hAnsi="宋体" w:cs="宋体"/>
          <w:b/>
          <w:color w:val="000000"/>
          <w:sz w:val="24"/>
        </w:rPr>
        <w:t>分，共</w:t>
      </w:r>
      <w:r>
        <w:rPr>
          <w:rFonts w:ascii="Times New Roman" w:eastAsia="Times New Roman" w:hAnsi="Times New Roman" w:cs="Times New Roman"/>
          <w:b/>
          <w:color w:val="000000"/>
          <w:sz w:val="24"/>
        </w:rPr>
        <w:t>10</w:t>
      </w:r>
      <w:r>
        <w:rPr>
          <w:rFonts w:ascii="宋体" w:eastAsia="宋体" w:hAnsi="宋体" w:cs="宋体"/>
          <w:b/>
          <w:color w:val="000000"/>
          <w:sz w:val="24"/>
        </w:rPr>
        <w:t>分）</w:t>
      </w:r>
    </w:p>
    <w:p>
      <w:pPr>
        <w:pStyle w:val="Heading2"/>
      </w:pPr>
      <w:r>
        <w:t>第一五九中学</w:t>
      </w:r>
    </w:p>
    <w:p>
      <w:pPr>
        <w:pStyle w:val="Normal"/>
        <w:spacing w:lineRule="auto" w:line="360"/>
        <w:jc w:val="start"/>
        <w:textAlignment w:val="center"/>
        <w:rPr/>
      </w:pPr>
      <w:r>
        <w:rPr>
          <w:color w:val="000000"/>
        </w:rPr>
        <w:t xml:space="preserve">19. </w:t>
      </w:r>
      <w:r>
        <w:rPr>
          <w:rFonts w:ascii="宋体;SimSun" w:hAnsi="宋体;SimSun" w:cs="宋体;SimSun"/>
          <w:color w:val="000000"/>
        </w:rPr>
        <w:t>将图</w:t>
      </w:r>
      <w:r>
        <w:rPr>
          <w:rFonts w:eastAsia="Times New Roman" w:cs="Times New Roman"/>
          <w:color w:val="000000"/>
        </w:rPr>
        <w:t>1</w:t>
      </w:r>
      <w:r>
        <w:rPr>
          <w:rFonts w:ascii="宋体;SimSun" w:hAnsi="宋体;SimSun" w:cs="宋体;SimSun"/>
          <w:color w:val="000000"/>
        </w:rPr>
        <w:t>中的正方形剪开得到图</w:t>
      </w:r>
      <w:r>
        <w:rPr>
          <w:rFonts w:eastAsia="Times New Roman" w:cs="Times New Roman"/>
          <w:color w:val="000000"/>
        </w:rPr>
        <w:t>2</w:t>
      </w:r>
      <w:r>
        <w:rPr>
          <w:rFonts w:ascii="宋体;SimSun" w:hAnsi="宋体;SimSun" w:cs="宋体;SimSun"/>
          <w:color w:val="000000"/>
        </w:rPr>
        <w:t>，图</w:t>
      </w:r>
      <w:r>
        <w:rPr>
          <w:rFonts w:eastAsia="Times New Roman" w:cs="Times New Roman"/>
          <w:color w:val="000000"/>
        </w:rPr>
        <w:t>2</w:t>
      </w:r>
      <w:r>
        <w:rPr>
          <w:rFonts w:ascii="宋体;SimSun" w:hAnsi="宋体;SimSun" w:cs="宋体;SimSun"/>
          <w:color w:val="000000"/>
        </w:rPr>
        <w:t>中共有</w:t>
      </w:r>
      <w:r>
        <w:rPr>
          <w:rFonts w:eastAsia="Times New Roman" w:cs="Times New Roman"/>
          <w:color w:val="000000"/>
        </w:rPr>
        <w:t>4</w:t>
      </w:r>
      <w:r>
        <w:rPr>
          <w:rFonts w:ascii="宋体;SimSun" w:hAnsi="宋体;SimSun" w:cs="宋体;SimSun"/>
          <w:color w:val="000000"/>
        </w:rPr>
        <w:t>个正方形；将图</w:t>
      </w:r>
      <w:r>
        <w:rPr>
          <w:rFonts w:eastAsia="Times New Roman" w:cs="Times New Roman"/>
          <w:color w:val="000000"/>
        </w:rPr>
        <w:t>2</w:t>
      </w:r>
      <w:r>
        <w:rPr>
          <w:rFonts w:ascii="宋体;SimSun" w:hAnsi="宋体;SimSun" w:cs="宋体;SimSun"/>
          <w:color w:val="000000"/>
        </w:rPr>
        <w:t>中一个正方形剪开得到图</w:t>
      </w:r>
      <w:r>
        <w:rPr>
          <w:rFonts w:eastAsia="Times New Roman" w:cs="Times New Roman"/>
          <w:color w:val="000000"/>
        </w:rPr>
        <w:t>3</w:t>
      </w:r>
      <w:r>
        <w:rPr>
          <w:rFonts w:ascii="宋体;SimSun" w:hAnsi="宋体;SimSun" w:cs="宋体;SimSun"/>
          <w:color w:val="000000"/>
        </w:rPr>
        <w:t>，图</w:t>
      </w:r>
      <w:r>
        <w:rPr>
          <w:rFonts w:eastAsia="Times New Roman" w:cs="Times New Roman"/>
          <w:color w:val="000000"/>
        </w:rPr>
        <w:t>3</w:t>
      </w:r>
      <w:r>
        <w:rPr>
          <w:rFonts w:ascii="宋体;SimSun" w:hAnsi="宋体;SimSun" w:cs="宋体;SimSun"/>
          <w:color w:val="000000"/>
        </w:rPr>
        <w:t>中共有</w:t>
      </w:r>
      <w:r>
        <w:rPr>
          <w:rFonts w:eastAsia="Times New Roman" w:cs="Times New Roman"/>
          <w:color w:val="000000"/>
        </w:rPr>
        <w:t>7</w:t>
      </w:r>
      <w:r>
        <w:rPr>
          <w:rFonts w:ascii="宋体;SimSun" w:hAnsi="宋体;SimSun" w:cs="宋体;SimSun"/>
          <w:color w:val="000000"/>
        </w:rPr>
        <w:t>个正方形；将图</w:t>
      </w:r>
      <w:r>
        <w:rPr>
          <w:rFonts w:eastAsia="Times New Roman" w:cs="Times New Roman"/>
          <w:color w:val="000000"/>
        </w:rPr>
        <w:t>3</w:t>
      </w:r>
      <w:r>
        <w:rPr>
          <w:rFonts w:ascii="宋体;SimSun" w:hAnsi="宋体;SimSun" w:cs="宋体;SimSun"/>
          <w:color w:val="000000"/>
        </w:rPr>
        <w:t>中一个正方形剪开得到图</w:t>
      </w:r>
      <w:r>
        <w:rPr>
          <w:rFonts w:eastAsia="Times New Roman" w:cs="Times New Roman"/>
          <w:color w:val="000000"/>
        </w:rPr>
        <w:t>4</w:t>
      </w:r>
      <w:r>
        <w:rPr>
          <w:rFonts w:ascii="宋体;SimSun" w:hAnsi="宋体;SimSun" w:cs="宋体;SimSun"/>
          <w:color w:val="000000"/>
        </w:rPr>
        <w:t>，图</w:t>
      </w:r>
      <w:r>
        <w:rPr>
          <w:rFonts w:eastAsia="Times New Roman" w:cs="Times New Roman"/>
          <w:color w:val="000000"/>
        </w:rPr>
        <w:t>4</w:t>
      </w:r>
      <w:r>
        <w:rPr>
          <w:rFonts w:ascii="宋体;SimSun" w:hAnsi="宋体;SimSun" w:cs="宋体;SimSun"/>
          <w:color w:val="000000"/>
        </w:rPr>
        <w:t>中共有</w:t>
      </w:r>
      <w:r>
        <w:rPr>
          <w:rFonts w:eastAsia="Times New Roman" w:cs="Times New Roman"/>
          <w:color w:val="000000"/>
        </w:rPr>
        <w:t>10</w:t>
      </w:r>
      <w:r>
        <w:rPr>
          <w:rFonts w:ascii="宋体;SimSun" w:hAnsi="宋体;SimSun" w:cs="宋体;SimSun"/>
          <w:color w:val="000000"/>
        </w:rPr>
        <w:t>个正方形……如此下去，则第</w:t>
      </w:r>
      <w:r>
        <w:rPr>
          <w:rFonts w:eastAsia="Times New Roman" w:cs="Times New Roman"/>
          <w:color w:val="000000"/>
        </w:rPr>
        <w:t>8</w:t>
      </w:r>
      <w:r>
        <w:rPr>
          <w:rFonts w:ascii="宋体;SimSun" w:hAnsi="宋体;SimSun" w:cs="宋体;SimSun"/>
          <w:color w:val="000000"/>
        </w:rPr>
        <w:t>个图中共有正方形的个数为</w:t>
      </w:r>
      <w:r>
        <w:rPr>
          <w:rFonts w:eastAsia="宋体;SimSun" w:cs="宋体;SimSun" w:ascii="宋体;SimSun" w:hAnsi="宋体;SimSun"/>
          <w:color w:val="000000"/>
        </w:rPr>
        <w:t>______________</w:t>
      </w:r>
      <w:r>
        <w:rPr>
          <w:rFonts w:ascii="宋体;SimSun" w:hAnsi="宋体;SimSun" w:cs="宋体;SimSun"/>
          <w:color w:val="000000"/>
        </w:rPr>
        <w:t>，第</w:t>
      </w:r>
      <w:r>
        <w:rPr>
          <w:rFonts w:eastAsia="Times New Roman" w:cs="Times New Roman"/>
          <w:i/>
          <w:color w:val="000000"/>
        </w:rPr>
        <w:t>n</w:t>
      </w:r>
      <w:r>
        <w:rPr>
          <w:rFonts w:ascii="宋体;SimSun" w:hAnsi="宋体;SimSun" w:cs="宋体;SimSun"/>
          <w:color w:val="000000"/>
        </w:rPr>
        <w:t>个图中共有正方形的个数为</w:t>
      </w:r>
      <w:r>
        <w:rPr>
          <w:rFonts w:eastAsia="宋体;SimSun" w:cs="宋体;SimSun" w:ascii="宋体;SimSun" w:hAnsi="宋体;SimSun"/>
          <w:color w:val="000000"/>
        </w:rPr>
        <w:t>______________</w:t>
      </w:r>
      <w:r>
        <w:rPr>
          <w:rFonts w:ascii="宋体;SimSun" w:hAnsi="宋体;SimSun" w:cs="宋体;SimSun"/>
          <w:color w:val="000000"/>
        </w:rPr>
        <w:t>．</w:t>
      </w:r>
    </w:p>
    <w:p>
      <w:pPr>
        <w:pStyle w:val="Normal"/>
        <w:spacing w:lineRule="auto" w:line="360"/>
        <w:jc w:val="start"/>
        <w:textAlignment w:val="center"/>
        <w:rPr>
          <w:color w:val="000000"/>
        </w:rPr>
      </w:pPr>
      <w:r>
        <w:rPr>
          <w:rFonts w:eastAsia="宋体;SimSun" w:cs="宋体;SimSun" w:ascii="宋体;SimSun" w:hAnsi="宋体;SimSun"/>
          <w:color w:val="000000"/>
        </w:rPr>
        <w:drawing>
          <wp:inline distT="0" distB="0" distL="0" distR="0">
            <wp:extent cx="3609975" cy="1123950"/>
            <wp:effectExtent l="0" t="0" r="0" b="0"/>
            <wp:docPr id="4069"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0" name="Image8"/>
                    <pic:cNvPicPr>
                      <a:picLocks noChangeAspect="1" noChangeArrowheads="1"/>
                    </pic:cNvPicPr>
                  </pic:nvPicPr>
                  <pic:blipFill>
                    <a:blip r:embed="rId254"/>
                    <a:srcRect l="-7" t="-21" r="-7" b="-21"/>
                    <a:stretch>
                      <a:fillRect/>
                    </a:stretch>
                  </pic:blipFill>
                  <pic:spPr bwMode="auto">
                    <a:xfrm>
                      <a:off x="0" y="0"/>
                      <a:ext cx="3609975" cy="1123950"/>
                    </a:xfrm>
                    <a:prstGeom prst="rect">
                      <a:avLst/>
                    </a:prstGeom>
                    <a:noFill/>
                  </pic:spPr>
                </pic:pic>
              </a:graphicData>
            </a:graphic>
          </wp:inline>
        </w:drawing>
      </w:r>
    </w:p>
    <w:p>
      <w:pPr>
        <w:pStyle w:val="Normal"/>
        <w:spacing w:lineRule="auto" w:line="360"/>
        <w:textAlignment w:val="center"/>
        <w:rPr/>
      </w:pPr>
      <w:r>
        <w:rPr>
          <w:color w:val="2E75B6"/>
        </w:rPr>
        <w:t>【答案】</w:t>
      </w:r>
      <w:r>
        <w:rPr>
          <w:color w:val="000000"/>
        </w:rPr>
        <w:t xml:space="preserve">    ①</w:t>
      </w:r>
      <w:r>
        <w:rPr>
          <w:color w:val="000000"/>
        </w:rPr>
        <w:t xml:space="preserve">. </w:t>
      </w:r>
      <w:r>
        <w:rPr>
          <w:rFonts w:eastAsia="Times New Roman" w:cs="Times New Roman"/>
          <w:color w:val="000000"/>
        </w:rPr>
        <w:t>22</w:t>
      </w:r>
      <w:r>
        <w:rPr>
          <w:color w:val="000000"/>
        </w:rPr>
        <w:t xml:space="preserve">    ②. </w:t>
      </w:r>
      <w:r>
        <w:rPr>
          <w:rFonts w:eastAsia="Times New Roman" w:cs="Times New Roman"/>
          <w:color w:val="000000"/>
        </w:rPr>
        <w:t>3</w:t>
      </w:r>
      <w:r>
        <w:rPr>
          <w:rFonts w:eastAsia="Times New Roman" w:cs="Times New Roman"/>
          <w:i/>
          <w:color w:val="000000"/>
        </w:rPr>
        <w:t>n</w:t>
      </w:r>
      <w:r>
        <w:rPr>
          <w:rFonts w:ascii="宋体;SimSun" w:hAnsi="宋体;SimSun" w:cs="宋体;SimSun"/>
          <w:color w:val="000000"/>
        </w:rPr>
        <w:t>－</w:t>
      </w:r>
      <w:r>
        <w:rPr>
          <w:rFonts w:eastAsia="Times New Roman" w:cs="Times New Roman"/>
          <w:color w:val="000000"/>
        </w:rPr>
        <w:t>2</w:t>
      </w:r>
    </w:p>
    <w:p>
      <w:pPr>
        <w:pStyle w:val="Normal"/>
        <w:spacing w:lineRule="auto" w:line="360"/>
        <w:textAlignment w:val="center"/>
        <w:rPr>
          <w:color w:val="000000"/>
        </w:rPr>
      </w:pPr>
      <w:r>
        <w:rPr>
          <w:color w:val="2E75B6"/>
        </w:rPr>
        <w:t>【解析】</w:t>
      </w:r>
    </w:p>
    <w:p>
      <w:pPr>
        <w:pStyle w:val="Normal"/>
        <w:spacing w:lineRule="auto" w:line="360"/>
        <w:textAlignment w:val="center"/>
        <w:rPr/>
      </w:pPr>
      <w:r>
        <w:rPr>
          <w:color w:val="000000"/>
        </w:rPr>
        <w:t>【分析】</w:t>
      </w:r>
      <w:r>
        <w:rPr>
          <w:rFonts w:ascii="宋体;SimSun" w:hAnsi="宋体;SimSun" w:cs="宋体;SimSun"/>
          <w:color w:val="000000"/>
        </w:rPr>
        <w:t>根据已知图形可以发现：每次分割，都会增加</w:t>
      </w:r>
      <w:r>
        <w:rPr>
          <w:rFonts w:eastAsia="Times New Roman" w:cs="Times New Roman"/>
          <w:color w:val="000000"/>
        </w:rPr>
        <w:t>3</w:t>
      </w:r>
      <w:r>
        <w:rPr>
          <w:rFonts w:ascii="宋体;SimSun" w:hAnsi="宋体;SimSun" w:cs="宋体;SimSun"/>
          <w:color w:val="000000"/>
        </w:rPr>
        <w:t>个正方形，可以得到此题的规律为：第</w:t>
      </w:r>
      <w:r>
        <w:rPr>
          <w:rFonts w:eastAsia="Times New Roman" w:cs="Times New Roman"/>
          <w:i/>
          <w:color w:val="000000"/>
        </w:rPr>
        <w:t>n</w:t>
      </w:r>
      <w:r>
        <w:rPr>
          <w:rFonts w:ascii="宋体;SimSun" w:hAnsi="宋体;SimSun" w:cs="宋体;SimSun"/>
          <w:color w:val="000000"/>
        </w:rPr>
        <w:t>个图形中的正方形个数为：</w:t>
      </w:r>
      <w:r>
        <w:rPr>
          <w:rFonts w:eastAsia="Times New Roman" w:cs="Times New Roman"/>
          <w:color w:val="000000"/>
        </w:rPr>
        <w:t>3</w:t>
      </w:r>
      <w:r>
        <w:rPr>
          <w:rFonts w:eastAsia="Times New Roman" w:cs="Times New Roman"/>
          <w:i/>
          <w:color w:val="000000"/>
        </w:rPr>
        <w:t>n</w:t>
      </w:r>
      <w:r>
        <w:rPr>
          <w:rFonts w:eastAsia="宋体;SimSun" w:cs="宋体;SimSun" w:ascii="宋体;SimSun" w:hAnsi="宋体;SimSun"/>
          <w:color w:val="000000"/>
        </w:rPr>
        <w:t>﹣</w:t>
      </w:r>
      <w:r>
        <w:rPr>
          <w:rFonts w:eastAsia="Times New Roman" w:cs="Times New Roman"/>
          <w:color w:val="000000"/>
        </w:rPr>
        <w:t>2</w:t>
      </w:r>
      <w:r>
        <w:rPr>
          <w:rFonts w:ascii="宋体;SimSun" w:hAnsi="宋体;SimSun" w:cs="宋体;SimSun"/>
          <w:color w:val="000000"/>
        </w:rPr>
        <w:t>．依此可求出图</w:t>
      </w:r>
      <w:r>
        <w:rPr>
          <w:rFonts w:eastAsia="Times New Roman" w:cs="Times New Roman"/>
          <w:color w:val="000000"/>
        </w:rPr>
        <w:t>8</w:t>
      </w:r>
      <w:r>
        <w:rPr>
          <w:rFonts w:ascii="宋体;SimSun" w:hAnsi="宋体;SimSun" w:cs="宋体;SimSun"/>
          <w:color w:val="000000"/>
        </w:rPr>
        <w:t>中正方形的个数．</w:t>
      </w:r>
    </w:p>
    <w:p>
      <w:pPr>
        <w:pStyle w:val="Normal"/>
        <w:spacing w:lineRule="auto" w:line="360"/>
        <w:textAlignment w:val="center"/>
        <w:rPr/>
      </w:pPr>
      <w:r>
        <w:rPr>
          <w:color w:val="000000"/>
        </w:rPr>
        <w:t>【详解】</w:t>
      </w:r>
      <w:r>
        <w:rPr>
          <w:rFonts w:ascii="宋体;SimSun" w:hAnsi="宋体;SimSun" w:cs="宋体;SimSun"/>
          <w:color w:val="000000"/>
        </w:rPr>
        <w:t>根据题意：每次分割，都会增加</w:t>
      </w:r>
      <w:r>
        <w:rPr>
          <w:rFonts w:eastAsia="Times New Roman" w:cs="Times New Roman"/>
          <w:color w:val="000000"/>
        </w:rPr>
        <w:t>3</w:t>
      </w:r>
      <w:r>
        <w:rPr>
          <w:rFonts w:ascii="宋体;SimSun" w:hAnsi="宋体;SimSun" w:cs="宋体;SimSun"/>
          <w:color w:val="000000"/>
        </w:rPr>
        <w:t>个正方形，</w:t>
      </w:r>
    </w:p>
    <w:p>
      <w:pPr>
        <w:pStyle w:val="Normal"/>
        <w:spacing w:lineRule="auto" w:line="360"/>
        <w:jc w:val="start"/>
        <w:textAlignment w:val="center"/>
        <w:rPr/>
      </w:pPr>
      <w:r>
        <w:rPr>
          <w:rFonts w:eastAsia="宋体;SimSun" w:cs="宋体;SimSun" w:ascii="宋体;SimSun" w:hAnsi="宋体;SimSun"/>
          <w:color w:val="000000"/>
        </w:rPr>
        <w:t>∴</w:t>
      </w:r>
      <w:r>
        <w:rPr>
          <w:rFonts w:ascii="宋体;SimSun" w:hAnsi="宋体;SimSun" w:cs="宋体;SimSun"/>
          <w:color w:val="000000"/>
        </w:rPr>
        <w:t>第</w:t>
      </w:r>
      <w:r>
        <w:rPr>
          <w:rFonts w:eastAsia="Times New Roman" w:cs="Times New Roman"/>
          <w:i/>
          <w:color w:val="000000"/>
        </w:rPr>
        <w:t>n</w:t>
      </w:r>
      <w:r>
        <w:rPr>
          <w:rFonts w:ascii="宋体;SimSun" w:hAnsi="宋体;SimSun" w:cs="宋体;SimSun"/>
          <w:color w:val="000000"/>
        </w:rPr>
        <w:t>个图形中的正方形个数为：</w:t>
      </w:r>
      <w:r>
        <w:rPr>
          <w:rFonts w:eastAsia="Times New Roman" w:cs="Times New Roman"/>
          <w:color w:val="000000"/>
        </w:rPr>
        <w:t>3</w:t>
      </w:r>
      <w:r>
        <w:rPr>
          <w:rFonts w:eastAsia="Times New Roman" w:cs="Times New Roman"/>
          <w:i/>
          <w:color w:val="000000"/>
        </w:rPr>
        <w:t>n</w:t>
      </w:r>
      <w:r>
        <w:rPr>
          <w:rFonts w:eastAsia="宋体;SimSun" w:cs="宋体;SimSun" w:ascii="宋体;SimSun" w:hAnsi="宋体;SimSun"/>
          <w:color w:val="000000"/>
        </w:rPr>
        <w:t>﹣</w:t>
      </w:r>
      <w:r>
        <w:rPr>
          <w:rFonts w:eastAsia="Times New Roman" w:cs="Times New Roman"/>
          <w:color w:val="000000"/>
        </w:rPr>
        <w:t>2</w:t>
      </w:r>
      <w:r>
        <w:rPr>
          <w:rFonts w:ascii="宋体;SimSun" w:hAnsi="宋体;SimSun" w:cs="宋体;SimSun"/>
          <w:color w:val="000000"/>
        </w:rPr>
        <w:t>，</w:t>
      </w:r>
    </w:p>
    <w:p>
      <w:pPr>
        <w:pStyle w:val="Normal"/>
        <w:spacing w:lineRule="auto" w:line="360"/>
        <w:jc w:val="start"/>
        <w:textAlignment w:val="center"/>
        <w:rPr/>
      </w:pPr>
      <w:r>
        <w:rPr>
          <w:rFonts w:eastAsia="宋体;SimSun" w:cs="宋体;SimSun" w:ascii="宋体;SimSun" w:hAnsi="宋体;SimSun"/>
          <w:color w:val="000000"/>
        </w:rPr>
        <w:t>∴</w:t>
      </w:r>
      <w:r>
        <w:rPr>
          <w:rFonts w:ascii="宋体;SimSun" w:hAnsi="宋体;SimSun" w:cs="宋体;SimSun"/>
          <w:color w:val="000000"/>
        </w:rPr>
        <w:t>当</w:t>
      </w:r>
      <w:r>
        <w:rPr>
          <w:rFonts w:eastAsia="Times New Roman" w:cs="Times New Roman"/>
          <w:i/>
          <w:color w:val="000000"/>
        </w:rPr>
        <w:t>n</w:t>
      </w:r>
      <w:r>
        <w:rPr>
          <w:rFonts w:eastAsia="Times New Roman" w:cs="Times New Roman"/>
          <w:color w:val="000000"/>
        </w:rPr>
        <w:t>=8</w:t>
      </w:r>
      <w:r>
        <w:rPr>
          <w:rFonts w:ascii="宋体;SimSun" w:hAnsi="宋体;SimSun" w:cs="宋体;SimSun"/>
          <w:color w:val="000000"/>
        </w:rPr>
        <w:t>时，有</w:t>
      </w:r>
      <w:r>
        <w:rPr>
          <w:rFonts w:eastAsia="Times New Roman" w:cs="Times New Roman"/>
          <w:color w:val="000000"/>
        </w:rPr>
        <w:t>3</w:t>
      </w:r>
      <w:r>
        <w:rPr>
          <w:rFonts w:eastAsia="宋体;SimSun" w:cs="宋体;SimSun" w:ascii="宋体;SimSun" w:hAnsi="宋体;SimSun"/>
          <w:color w:val="000000"/>
        </w:rPr>
        <w:t>×</w:t>
      </w:r>
      <w:r>
        <w:rPr>
          <w:rFonts w:eastAsia="Times New Roman" w:cs="Times New Roman"/>
          <w:color w:val="000000"/>
        </w:rPr>
        <w:t>8</w:t>
      </w:r>
      <w:r>
        <w:rPr>
          <w:rFonts w:eastAsia="宋体;SimSun" w:cs="宋体;SimSun" w:ascii="宋体;SimSun" w:hAnsi="宋体;SimSun"/>
          <w:color w:val="000000"/>
        </w:rPr>
        <w:t>﹣</w:t>
      </w:r>
      <w:r>
        <w:rPr>
          <w:rFonts w:eastAsia="Times New Roman" w:cs="Times New Roman"/>
          <w:color w:val="000000"/>
        </w:rPr>
        <w:t>2=22</w:t>
      </w:r>
      <w:r>
        <w:rPr>
          <w:rFonts w:ascii="宋体;SimSun" w:hAnsi="宋体;SimSun" w:cs="宋体;SimSun"/>
          <w:color w:val="000000"/>
        </w:rPr>
        <w:t>（个）．</w:t>
      </w:r>
    </w:p>
    <w:p>
      <w:pPr>
        <w:pStyle w:val="Normal"/>
        <w:spacing w:lineRule="auto" w:line="360"/>
        <w:jc w:val="start"/>
        <w:textAlignment w:val="center"/>
        <w:rPr/>
      </w:pPr>
      <w:r>
        <w:rPr>
          <w:rFonts w:ascii="宋体;SimSun" w:hAnsi="宋体;SimSun" w:cs="宋体;SimSun"/>
          <w:color w:val="000000"/>
        </w:rPr>
        <w:t>故答案为：</w:t>
      </w:r>
      <w:r>
        <w:rPr>
          <w:rFonts w:eastAsia="Times New Roman" w:cs="Times New Roman"/>
          <w:color w:val="000000"/>
        </w:rPr>
        <w:t>22</w:t>
      </w:r>
      <w:r>
        <w:rPr>
          <w:rFonts w:ascii="宋体;SimSun" w:hAnsi="宋体;SimSun" w:cs="宋体;SimSun"/>
          <w:color w:val="000000"/>
        </w:rPr>
        <w:t>，</w:t>
      </w:r>
      <w:r>
        <w:rPr>
          <w:rFonts w:eastAsia="Times New Roman" w:cs="Times New Roman"/>
          <w:color w:val="000000"/>
        </w:rPr>
        <w:t>3</w:t>
      </w:r>
      <w:r>
        <w:rPr>
          <w:rFonts w:eastAsia="Times New Roman" w:cs="Times New Roman"/>
          <w:i/>
          <w:color w:val="000000"/>
        </w:rPr>
        <w:t>n</w:t>
      </w:r>
      <w:r>
        <w:rPr>
          <w:rFonts w:eastAsia="宋体;SimSun" w:cs="宋体;SimSun" w:ascii="宋体;SimSun" w:hAnsi="宋体;SimSun"/>
          <w:color w:val="000000"/>
        </w:rPr>
        <w:t>﹣</w:t>
      </w:r>
      <w:r>
        <w:rPr>
          <w:rFonts w:eastAsia="Times New Roman" w:cs="Times New Roman"/>
          <w:color w:val="000000"/>
        </w:rPr>
        <w:t>2</w:t>
      </w:r>
      <w:r>
        <w:rPr>
          <w:rFonts w:ascii="宋体;SimSun" w:hAnsi="宋体;SimSun" w:cs="宋体;SimSun"/>
          <w:color w:val="000000"/>
        </w:rPr>
        <w:t>．</w:t>
      </w:r>
    </w:p>
    <w:p>
      <w:pPr>
        <w:pStyle w:val="Normal"/>
        <w:spacing w:lineRule="auto" w:line="360"/>
        <w:jc w:val="start"/>
        <w:textAlignment w:val="center"/>
        <w:rPr/>
      </w:pPr>
      <w:r>
        <w:rPr>
          <w:color w:val="000000"/>
        </w:rPr>
        <w:t>【点睛】</w:t>
      </w:r>
      <w:r>
        <w:rPr>
          <w:rFonts w:ascii="宋体;SimSun" w:hAnsi="宋体;SimSun" w:cs="宋体;SimSun"/>
          <w:color w:val="000000"/>
        </w:rPr>
        <w:t>本题考查了规律型</w:t>
      </w:r>
      <w:r>
        <w:rPr>
          <w:rFonts w:eastAsia="宋体;SimSun" w:cs="宋体;SimSun" w:ascii="宋体;SimSun" w:hAnsi="宋体;SimSun"/>
          <w:color w:val="000000"/>
        </w:rPr>
        <w:t>-</w:t>
      </w:r>
      <w:r>
        <w:rPr>
          <w:rFonts w:ascii="宋体;SimSun" w:hAnsi="宋体;SimSun" w:cs="宋体;SimSun"/>
          <w:color w:val="000000"/>
        </w:rPr>
        <w:t>图形的变化，解题的关键是要求学生通过观察、归纳、抽象出数列的规律．</w:t>
      </w:r>
    </w:p>
    <w:p>
      <w:pPr>
        <w:pStyle w:val="Normal"/>
        <w:spacing w:lineRule="auto" w:line="360"/>
        <w:jc w:val="start"/>
        <w:textAlignment w:val="center"/>
        <w:rPr/>
      </w:pPr>
      <w:r>
        <w:rPr>
          <w:rFonts w:ascii="宋体;SimSun" w:hAnsi="宋体;SimSun" w:cs="宋体;SimSun"/>
          <w:b/>
          <w:color w:val="000000"/>
          <w:sz w:val="24"/>
        </w:rPr>
        <w:t>三、解答题（共</w:t>
      </w:r>
      <w:r>
        <w:rPr>
          <w:rFonts w:eastAsia="Times New Roman" w:cs="Times New Roman"/>
          <w:b/>
          <w:color w:val="000000"/>
          <w:sz w:val="24"/>
        </w:rPr>
        <w:t>46</w:t>
      </w:r>
      <w:r>
        <w:rPr>
          <w:rFonts w:ascii="宋体;SimSun" w:hAnsi="宋体;SimSun" w:cs="宋体;SimSun"/>
          <w:b/>
          <w:color w:val="000000"/>
          <w:sz w:val="24"/>
        </w:rPr>
        <w:t>分）</w:t>
      </w:r>
    </w:p>
    <w:p>
      <w:pPr>
        <w:pStyle w:val="Heading2"/>
      </w:pPr>
      <w:r>
        <w:t>第一六一中学</w:t>
      </w:r>
    </w:p>
    <w:p>
      <w:pPr>
        <w:spacing w:line="360" w:lineRule="auto"/>
        <w:jc w:val="left"/>
        <w:textAlignment w:val="center"/>
        <w:rPr>
          <w:rFonts w:ascii="宋体" w:eastAsia="宋体" w:hAnsi="宋体" w:cs="宋体"/>
          <w:color w:val="000000"/>
        </w:rPr>
      </w:pPr>
      <w:r>
        <w:rPr>
          <w:color w:val="000000"/>
        </w:rPr>
        <w:t xml:space="preserve">18. </w:t>
      </w:r>
      <w:r>
        <w:rPr>
          <w:rFonts w:ascii="宋体" w:eastAsia="宋体" w:hAnsi="宋体" w:cs="宋体"/>
          <w:color w:val="000000"/>
        </w:rPr>
        <w:t>观察下列图形及图形所对应的算式，根据你发现的规律计算：</w:t>
      </w:r>
    </w:p>
    <w:p>
      <w:pPr>
        <w:spacing w:line="360" w:lineRule="auto"/>
        <w:jc w:val="left"/>
        <w:textAlignment w:val="center"/>
        <w:rPr>
          <w:rFonts w:ascii="宋体" w:eastAsia="宋体" w:hAnsi="宋体" w:cs="宋体"/>
          <w:color w:val="000000"/>
        </w:rPr>
      </w:pPr>
      <w:r>
        <w:rPr>
          <w:rFonts w:ascii="宋体" w:eastAsia="宋体" w:hAnsi="宋体" w:cs="宋体"/>
          <w:color w:val="000000"/>
        </w:rPr>
        <w:t>①</w:t>
      </w:r>
      <w:r>
        <w:rPr>
          <w:rFonts w:ascii="Times New Roman" w:eastAsia="Times New Roman" w:hAnsi="Times New Roman" w:cs="Times New Roman"/>
          <w:color w:val="000000"/>
        </w:rPr>
        <w:t>1+8+16+24</w:t>
      </w:r>
      <w:r>
        <w:rPr>
          <w:rFonts w:ascii="宋体" w:eastAsia="宋体" w:hAnsi="宋体" w:cs="宋体"/>
          <w:color w:val="000000"/>
        </w:rPr>
        <w:t>的结果为</w:t>
      </w:r>
      <w:r>
        <w:rPr>
          <w:rFonts w:ascii="宋体" w:eastAsia="宋体" w:hAnsi="宋体" w:cs="宋体"/>
          <w:color w:val="000000"/>
        </w:rPr>
        <w:t>___</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②</w:t>
      </w:r>
      <w:r>
        <w:rPr>
          <w:rFonts w:ascii="Times New Roman" w:eastAsia="Times New Roman" w:hAnsi="Times New Roman" w:cs="Times New Roman"/>
          <w:color w:val="000000"/>
        </w:rPr>
        <w:t>1+8+16+24+</w:t>
      </w:r>
      <w:r>
        <w:rPr>
          <w:rFonts w:ascii="宋体" w:eastAsia="宋体" w:hAnsi="宋体" w:cs="宋体"/>
          <w:color w:val="000000"/>
        </w:rPr>
        <w:t>…</w:t>
      </w:r>
      <w:r>
        <w:rPr>
          <w:rFonts w:ascii="Times New Roman" w:eastAsia="Times New Roman" w:hAnsi="Times New Roman" w:cs="Times New Roman"/>
          <w:color w:val="000000"/>
        </w:rPr>
        <w:t>+8</w:t>
      </w:r>
      <w:r>
        <w:rPr>
          <w:rFonts w:ascii="Times New Roman" w:eastAsia="Times New Roman" w:hAnsi="Times New Roman" w:cs="Times New Roman"/>
          <w:i/>
          <w:color w:val="000000"/>
        </w:rPr>
        <w:t>n</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是正整数）的结果为</w:t>
      </w:r>
      <w:r>
        <w:rPr>
          <w:rFonts w:ascii="宋体" w:eastAsia="宋体" w:hAnsi="宋体" w:cs="宋体"/>
          <w:color w:val="000000"/>
        </w:rPr>
        <w:t>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drawing>
          <wp:inline>
            <wp:extent cx="4362450" cy="1638300"/>
            <wp:docPr id="407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2" name=""/>
                    <pic:cNvPicPr>
                      <a:picLocks noChangeAspect="1"/>
                    </pic:cNvPicPr>
                  </pic:nvPicPr>
                  <pic:blipFill>
                    <a:blip r:embed="rId255"/>
                    <a:stretch>
                      <a:fillRect/>
                    </a:stretch>
                  </pic:blipFill>
                  <pic:spPr>
                    <a:xfrm>
                      <a:off x="0" y="0"/>
                      <a:ext cx="4362450" cy="1638300"/>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 xml:space="preserve">    ①. </w:t>
      </w:r>
      <w:r>
        <w:pict>
          <v:shape id="_x0000_i721202" type="#_x0000_t75" alt="学科网(www.zxxk.com)--教育资源门户，提供试卷、教案、课件、论文、素材以及各类教学资源下载，还有大量而丰富的教学相关资讯！" style="width:15.75pt;height:14.25pt" o:oleicon="f" o:ole="">
            <v:imagedata r:id="rId256" o:title="eqIdc1b7732b7b7bd7f5a37195813f505c43"/>
          </v:shape>
        </w:pict>
      </w:r>
      <w:r>
        <w:rPr>
          <w:color w:val="000000"/>
        </w:rPr>
        <w:br/>
      </w:r>
      <w:r>
        <w:rPr>
          <w:color w:val="000000"/>
        </w:rPr>
        <w:t xml:space="preserve">    ②. </w:t>
      </w:r>
      <w:r>
        <w:pict>
          <v:shape id="_x0000_i721203" type="#_x0000_t75" alt="学科网(www.zxxk.com)--教育资源门户，提供试卷、教案、课件、论文、素材以及各类教学资源下载，还有大量而丰富的教学相关资讯！" style="width:44.25pt;height:21.75pt" o:oleicon="f" o:ole="">
            <v:imagedata r:id="rId257" o:title="eqIdd54b13dab5668dde6606321178572c16"/>
          </v:shape>
        </w:pict>
      </w:r>
    </w:p>
    <w:p>
      <w:pPr>
        <w:spacing w:line="360" w:lineRule="auto"/>
        <w:textAlignment w:val="center"/>
        <w:rPr>
          <w:color w:val="000000"/>
        </w:rPr>
      </w:pPr>
      <w:r>
        <w:rPr>
          <w:color w:val="2E75B6"/>
        </w:rPr>
        <w:t>【解析】</w:t>
      </w:r>
    </w:p>
    <w:p>
      <w:pPr>
        <w:spacing w:line="360" w:lineRule="auto"/>
        <w:jc w:val="left"/>
        <w:textAlignment w:val="center"/>
        <w:rPr>
          <w:rFonts w:ascii="宋体" w:eastAsia="宋体" w:hAnsi="宋体" w:cs="宋体"/>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）直接计算即可得到答案；</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）由第一个图可得</w:t>
      </w:r>
      <w:r>
        <w:pict>
          <v:shape id="_x0000_i721204" type="#_x0000_t75" alt="学科网(www.zxxk.com)--教育资源门户，提供试卷、教案、课件、论文、素材以及各类教学资源下载，还有大量而丰富的教学相关资讯！" style="width:89.45pt;height:17.45pt" o:oleicon="f" o:ole="">
            <v:imagedata r:id="rId258" o:title="eqId92b02223ac7d0aa83250123937561a3a"/>
          </v:shape>
        </w:pict>
      </w:r>
      <w:r>
        <w:rPr>
          <w:rFonts w:ascii="宋体" w:eastAsia="宋体" w:hAnsi="宋体" w:cs="宋体"/>
          <w:color w:val="000000"/>
        </w:rPr>
        <w:t>；由第二个图可得</w:t>
      </w:r>
      <w:r>
        <w:pict>
          <v:shape id="_x0000_i721205" type="#_x0000_t75" alt="学科网(www.zxxk.com)--教育资源门户，提供试卷、教案、课件、论文、素材以及各类教学资源下载，还有大量而丰富的教学相关资讯！" style="width:125pt;height:18pt" o:oleicon="f" o:ole="">
            <v:imagedata r:id="rId259" o:title="eqIdfb98f9e22df451bf47cec2b822f376c4"/>
          </v:shape>
        </w:pict>
      </w:r>
      <w:r>
        <w:rPr>
          <w:rFonts w:ascii="宋体" w:eastAsia="宋体" w:hAnsi="宋体" w:cs="宋体"/>
          <w:color w:val="000000"/>
        </w:rPr>
        <w:t>；由第三个图可得</w:t>
      </w:r>
      <w:r>
        <w:pict>
          <v:shape id="_x0000_i721206" type="#_x0000_t75" alt="学科网(www.zxxk.com)--教育资源门户，提供试卷、教案、课件、论文、素材以及各类教学资源下载，还有大量而丰富的教学相关资讯！" style="width:2in;height:18pt" o:oleicon="f" o:ole="">
            <v:imagedata r:id="rId260" o:title="eqId0be8d202d75c8d932e730b607a2b8a21"/>
          </v:shape>
        </w:pict>
      </w:r>
      <w:r>
        <w:rPr>
          <w:rFonts w:ascii="宋体" w:eastAsia="宋体" w:hAnsi="宋体" w:cs="宋体"/>
          <w:color w:val="000000"/>
        </w:rPr>
        <w:t>，总结得到相关的规律即可知道答案．</w:t>
      </w:r>
    </w:p>
    <w:p>
      <w:pPr>
        <w:spacing w:line="360" w:lineRule="auto"/>
        <w:jc w:val="left"/>
        <w:textAlignment w:val="center"/>
        <w:rPr>
          <w:rFonts w:ascii="宋体" w:eastAsia="宋体" w:hAnsi="宋体" w:cs="宋体"/>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w:t>
      </w:r>
      <w:r>
        <w:pict>
          <v:shape id="_x0000_i721207" type="#_x0000_t75" alt="学科网(www.zxxk.com)--教育资源门户，提供试卷、教案、课件、论文、素材以及各类教学资源下载，还有大量而丰富的教学相关资讯！" style="width:80pt;height:14pt" o:oleicon="f" o:ole="">
            <v:imagedata r:id="rId261" o:title="eqId5525175fc4c29b27dd72f46a2689e9cb"/>
          </v:shape>
        </w:pict>
      </w:r>
    </w:p>
    <w:p>
      <w:pPr>
        <w:spacing w:line="360" w:lineRule="auto"/>
        <w:jc w:val="left"/>
        <w:textAlignment w:val="center"/>
        <w:rPr>
          <w:rFonts w:ascii="宋体" w:eastAsia="宋体" w:hAnsi="宋体" w:cs="宋体"/>
          <w:color w:val="000000"/>
        </w:rPr>
      </w:pPr>
      <w:r>
        <w:rPr>
          <w:rFonts w:ascii="宋体" w:eastAsia="宋体" w:hAnsi="宋体" w:cs="宋体"/>
          <w:color w:val="000000"/>
        </w:rPr>
        <w:t>故答案为：</w:t>
      </w:r>
      <w:r>
        <w:pict>
          <v:shape id="_x0000_i721208" type="#_x0000_t75" alt="学科网(www.zxxk.com)--教育资源门户，提供试卷、教案、课件、论文、素材以及各类教学资源下载，还有大量而丰富的教学相关资讯！" style="width:15.75pt;height:14.25pt" o:oleicon="f" o:ole="">
            <v:imagedata r:id="rId262" o:title="eqIdc1b7732b7b7bd7f5a37195813f505c43"/>
          </v:shape>
        </w:pic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）由第一个图可得</w:t>
      </w:r>
      <w:r>
        <w:pict>
          <v:shape id="_x0000_i721209" type="#_x0000_t75" alt="学科网(www.zxxk.com)--教育资源门户，提供试卷、教案、课件、论文、素材以及各类教学资源下载，还有大量而丰富的教学相关资讯！" style="width:89.45pt;height:17.45pt" o:oleicon="f" o:ole="">
            <v:imagedata r:id="rId263" o:title="eqId92b02223ac7d0aa83250123937561a3a"/>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由第二个图可得</w:t>
      </w:r>
      <w:r>
        <w:pict>
          <v:shape id="_x0000_i721210" type="#_x0000_t75" alt="学科网(www.zxxk.com)--教育资源门户，提供试卷、教案、课件、论文、素材以及各类教学资源下载，还有大量而丰富的教学相关资讯！" style="width:125pt;height:18pt" o:oleicon="f" o:ole="">
            <v:imagedata r:id="rId264" o:title="eqIdfb98f9e22df451bf47cec2b822f376c4"/>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由第三个图可得</w:t>
      </w:r>
      <w:r>
        <w:pict>
          <v:shape id="_x0000_i721211" type="#_x0000_t75" alt="学科网(www.zxxk.com)--教育资源门户，提供试卷、教案、课件、论文、素材以及各类教学资源下载，还有大量而丰富的教学相关资讯！" style="width:2in;height:18pt" o:oleicon="f" o:ole="">
            <v:imagedata r:id="rId265" o:title="eqId0be8d202d75c8d932e730b607a2b8a21"/>
          </v:shape>
        </w:pic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pict>
          <v:shape id="_x0000_i721212" type="#_x0000_t75" alt="学科网(www.zxxk.com)--教育资源门户，提供试卷、教案、课件、论文、素材以及各类教学资源下载，还有大量而丰富的教学相关资讯！" style="width:151pt;height:18pt" o:oleicon="f" o:ole="">
            <v:imagedata r:id="rId266" o:title="eqIda1781fed982336474e74d0192eea6c07"/>
          </v:shape>
        </w:pict>
      </w:r>
    </w:p>
    <w:p>
      <w:pPr>
        <w:spacing w:line="360" w:lineRule="auto"/>
        <w:jc w:val="left"/>
        <w:textAlignment w:val="center"/>
        <w:rPr>
          <w:rFonts w:ascii="宋体" w:eastAsia="宋体" w:hAnsi="宋体" w:cs="宋体"/>
          <w:color w:val="000000"/>
        </w:rPr>
      </w:pPr>
      <w:r>
        <w:rPr>
          <w:rFonts w:ascii="宋体" w:eastAsia="宋体" w:hAnsi="宋体" w:cs="宋体"/>
          <w:color w:val="000000"/>
        </w:rPr>
        <w:t>故答案为：</w:t>
      </w:r>
      <w:r>
        <w:pict>
          <v:shape id="_x0000_i721213" type="#_x0000_t75" alt="学科网(www.zxxk.com)--教育资源门户，提供试卷、教案、课件、论文、素材以及各类教学资源下载，还有大量而丰富的教学相关资讯！" style="width:44.25pt;height:21.75pt" o:oleicon="f" o:ole="">
            <v:imagedata r:id="rId267" o:title="eqIdd54b13dab5668dde6606321178572c16"/>
          </v:shape>
        </w:pict>
      </w:r>
    </w:p>
    <w:p>
      <w:pPr>
        <w:spacing w:line="360" w:lineRule="auto"/>
        <w:jc w:val="left"/>
        <w:textAlignment w:val="center"/>
        <w:rPr>
          <w:rFonts w:ascii="宋体" w:eastAsia="宋体" w:hAnsi="宋体" w:cs="宋体"/>
          <w:color w:val="000000"/>
        </w:rPr>
      </w:pPr>
      <w:r>
        <w:rPr>
          <w:color w:val="000000"/>
        </w:rPr>
        <w:t>【点睛】</w:t>
      </w:r>
      <w:r>
        <w:rPr>
          <w:rFonts w:ascii="宋体" w:eastAsia="宋体" w:hAnsi="宋体" w:cs="宋体"/>
          <w:color w:val="000000"/>
        </w:rPr>
        <w:t>本题考查探索与表达规律的相关知识点，灵活应用规律的探索方法是解题关键．</w:t>
      </w:r>
    </w:p>
    <w:p>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t>三、解答题</w:t>
      </w:r>
    </w:p>
    <w:p>
      <w:pPr>
        <w:pStyle w:val="Heading2"/>
      </w:pPr>
      <w:r>
        <w:t>第一六一中学分校</w:t>
      </w:r>
    </w:p>
    <w:p>
      <w:pPr>
        <w:spacing w:line="360" w:lineRule="auto"/>
        <w:jc w:val="left"/>
        <w:textAlignment w:val="center"/>
        <w:rPr>
          <w:color w:val="000000"/>
        </w:rPr>
      </w:pPr>
      <w:r>
        <w:rPr>
          <w:color w:val="000000"/>
        </w:rPr>
        <w:t xml:space="preserve">18. </w:t>
      </w:r>
      <w:r>
        <w:rPr>
          <w:rFonts w:ascii="宋体" w:eastAsia="宋体" w:hAnsi="宋体" w:cs="宋体"/>
          <w:color w:val="000000"/>
        </w:rPr>
        <w:t>多项式</w:t>
      </w:r>
      <w:r>
        <w:pict>
          <v:shape id="_x0000_i721214" type="#_x0000_t75" alt="学科网(www.zxxk.com)--教育资源门户，提供试卷、教案、课件、论文、素材以及各类教学资源下载，还有大量而丰富的教学相关资讯！" style="width:93.6pt;height:19.2pt" o:oleicon="f" o:ole="">
            <v:imagedata r:id="rId268" o:title="eqIde0cc3d0404c4825e70c81d0290f3e022"/>
          </v:shape>
        </w:pict>
      </w:r>
      <w:r>
        <w:rPr>
          <w:rFonts w:ascii="宋体" w:eastAsia="宋体" w:hAnsi="宋体" w:cs="宋体"/>
          <w:color w:val="000000"/>
        </w:rPr>
        <w:t>是关于</w:t>
      </w:r>
      <w:r>
        <w:pict>
          <v:shape id="_x0000_i721215" type="#_x0000_t75" alt="学科网(www.zxxk.com)--教育资源门户，提供试卷、教案、课件、论文、素材以及各类教学资源下载，还有大量而丰富的教学相关资讯！" style="width:9pt;height:9.75pt" o:oleicon="f" o:ole="">
            <v:imagedata r:id="rId269" o:title="eqId81dea63b8ce3e51adf66cf7b9982a248"/>
          </v:shape>
        </w:pict>
      </w:r>
      <w:r>
        <w:rPr>
          <w:rFonts w:ascii="宋体" w:eastAsia="宋体" w:hAnsi="宋体" w:cs="宋体"/>
          <w:color w:val="000000"/>
        </w:rPr>
        <w:t>的二次三项式，则</w:t>
      </w:r>
      <w:r>
        <w:rPr>
          <w:rFonts w:ascii="Times New Roman" w:eastAsia="Times New Roman" w:hAnsi="Times New Roman" w:cs="Times New Roman"/>
          <w:i/>
          <w:color w:val="000000"/>
        </w:rPr>
        <w:t>m</w:t>
      </w:r>
      <w:r>
        <w:rPr>
          <w:rFonts w:ascii="宋体" w:eastAsia="宋体" w:hAnsi="宋体" w:cs="宋体"/>
          <w:color w:val="000000"/>
        </w:rPr>
        <w:t>的值为</w:t>
      </w:r>
      <w:r>
        <w:rPr>
          <w:color w:val="000000"/>
        </w:rPr>
        <w:t>________</w:t>
      </w:r>
      <w:r>
        <w:rPr>
          <w:rFonts w:ascii="宋体" w:eastAsia="宋体" w:hAnsi="宋体" w:cs="宋体"/>
          <w:color w:val="000000"/>
        </w:rPr>
        <w:t>．</w:t>
      </w:r>
    </w:p>
    <w:p>
      <w:pPr>
        <w:spacing w:line="360" w:lineRule="auto"/>
        <w:textAlignment w:val="center"/>
        <w:rPr>
          <w:color w:val="000000"/>
        </w:rPr>
      </w:pPr>
      <w:r>
        <w:rPr>
          <w:color w:val="2E75B6"/>
        </w:rPr>
        <w:t>【答案】</w:t>
      </w:r>
      <w:r>
        <w:pict>
          <v:shape id="_x0000_i721216" type="#_x0000_t75" alt="学科网(www.zxxk.com)--教育资源门户，提供试卷、教案、课件、论文、素材以及各类教学资源下载，还有大量而丰富的教学相关资讯！" style="width:14.25pt;height:11.25pt" o:oleicon="f" o:ole="">
            <v:imagedata r:id="rId270" o:title="eqId274a9dc37509f01c2606fb3086a46f4f"/>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根据多项式</w:t>
      </w:r>
      <w:r>
        <w:rPr>
          <w:rFonts w:ascii="宋体" w:eastAsia="宋体" w:hAnsi="宋体" w:cs="宋体"/>
          <w:color w:val="000000"/>
          <w:position w:val="0"/>
        </w:rPr>
        <w:drawing>
          <wp:inline>
            <wp:extent cx="133350" cy="177800"/>
            <wp:docPr id="407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4" name=""/>
                    <pic:cNvPicPr>
                      <a:picLocks noChangeAspect="1"/>
                    </pic:cNvPicPr>
                  </pic:nvPicPr>
                  <pic:blipFill>
                    <a:blip r:embed="rId271"/>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定义以及性质即可求出</w:t>
      </w:r>
      <w:r>
        <w:pict>
          <v:shape id="_x0000_i721217" type="#_x0000_t75" alt="学科网(www.zxxk.com)--教育资源门户，提供试卷、教案、课件、论文、素材以及各类教学资源下载，还有大量而丰富的教学相关资讯！" style="width:12.75pt;height:11.25pt" o:oleicon="f" o:ole="">
            <v:imagedata r:id="rId272" o:title="eqId294f5ba74cdf695fc9a8a8e52f421328"/>
          </v:shape>
        </w:pict>
      </w:r>
      <w:r>
        <w:rPr>
          <w:rFonts w:ascii="宋体" w:eastAsia="宋体" w:hAnsi="宋体" w:cs="宋体"/>
          <w:color w:val="000000"/>
        </w:rPr>
        <w:t>的值．</w:t>
      </w:r>
    </w:p>
    <w:p>
      <w:pPr>
        <w:spacing w:line="360" w:lineRule="auto"/>
        <w:jc w:val="left"/>
        <w:textAlignment w:val="center"/>
        <w:rPr>
          <w:color w:val="000000"/>
        </w:rPr>
      </w:pPr>
      <w:r>
        <w:rPr>
          <w:color w:val="000000"/>
        </w:rPr>
        <w:t>【详解】</w:t>
      </w:r>
      <w:r>
        <w:rPr>
          <w:rFonts w:ascii="宋体" w:eastAsia="宋体" w:hAnsi="宋体" w:cs="宋体"/>
          <w:color w:val="000000"/>
        </w:rPr>
        <w:t>多项式</w:t>
      </w:r>
      <w:r>
        <w:pict>
          <v:shape id="_x0000_i721218" type="#_x0000_t75" alt="学科网(www.zxxk.com)--教育资源门户，提供试卷、教案、课件、论文、素材以及各类教学资源下载，还有大量而丰富的教学相关资讯！" style="width:92.4pt;height:18.6pt" o:oleicon="f" o:ole="">
            <v:imagedata r:id="rId273" o:title="eqId0baef860cca8fc7128ba38360457a551"/>
          </v:shape>
        </w:pict>
      </w:r>
      <w:r>
        <w:rPr>
          <w:rFonts w:ascii="宋体" w:eastAsia="宋体" w:hAnsi="宋体" w:cs="宋体"/>
          <w:color w:val="000000"/>
        </w:rPr>
        <w:t>是关于</w:t>
      </w:r>
      <w:r>
        <w:pict>
          <v:shape id="_x0000_i721219" type="#_x0000_t75" alt="学科网(www.zxxk.com)--教育资源门户，提供试卷、教案、课件、论文、素材以及各类教学资源下载，还有大量而丰富的教学相关资讯！" style="width:9pt;height:9.75pt" o:oleicon="f" o:ole="">
            <v:imagedata r:id="rId274" o:title="eqId81dea63b8ce3e51adf66cf7b9982a248"/>
          </v:shape>
        </w:pict>
      </w:r>
      <w:r>
        <w:rPr>
          <w:rFonts w:ascii="宋体" w:eastAsia="宋体" w:hAnsi="宋体" w:cs="宋体"/>
          <w:color w:val="000000"/>
        </w:rPr>
        <w:t>的二次三项式，</w:t>
      </w:r>
    </w:p>
    <w:p>
      <w:pPr>
        <w:spacing w:line="360" w:lineRule="auto"/>
        <w:jc w:val="left"/>
        <w:textAlignment w:val="center"/>
        <w:rPr>
          <w:color w:val="000000"/>
        </w:rPr>
      </w:pPr>
      <w:r>
        <w:rPr>
          <w:rFonts w:ascii="宋体" w:eastAsia="宋体" w:hAnsi="宋体" w:cs="宋体"/>
          <w:color w:val="000000"/>
        </w:rPr>
        <w:t>∴</w:t>
      </w:r>
      <w:r>
        <w:pict>
          <v:shape id="_x0000_i721220" type="#_x0000_t75" alt="学科网(www.zxxk.com)--教育资源门户，提供试卷、教案、课件、论文、素材以及各类教学资源下载，还有大量而丰富的教学相关资讯！" style="width:52.8pt;height:37.8pt" o:oleicon="f" o:ole="">
            <v:imagedata r:id="rId275" o:title="eqIda9529f847722489f8ca160383d289648"/>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pict>
          <v:shape id="_x0000_i721221" type="#_x0000_t75" alt="学科网(www.zxxk.com)--教育资源门户，提供试卷、教案、课件、论文、素材以及各类教学资源下载，还有大量而丰富的教学相关资讯！" style="width:37pt;height:13.95pt" o:oleicon="f" o:ole="">
            <v:imagedata r:id="rId276" o:title="eqIdd0db2c49919467a2e14540f2aabd05cb"/>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pict>
          <v:shape id="_x0000_i721222" type="#_x0000_t75" alt="学科网(www.zxxk.com)--教育资源门户，提供试卷、教案、课件、论文、素材以及各类教学资源下载，还有大量而丰富的教学相关资讯！" style="width:14.25pt;height:11.25pt" o:oleicon="f" o:ole="">
            <v:imagedata r:id="rId277" o:title="eqId274a9dc37509f01c2606fb3086a46f4f"/>
          </v:shape>
        </w:pi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本题考查了多项式的问题，掌握多项式的定义以及性质是解题的关键．</w:t>
      </w:r>
    </w:p>
    <w:p>
      <w:pPr>
        <w:spacing w:line="360" w:lineRule="auto"/>
        <w:jc w:val="left"/>
        <w:textAlignment w:val="center"/>
        <w:rPr>
          <w:color w:val="000000"/>
        </w:rPr>
      </w:pPr>
      <w:r>
        <w:rPr>
          <w:rFonts w:ascii="宋体" w:eastAsia="宋体" w:hAnsi="宋体" w:cs="宋体"/>
          <w:b/>
          <w:color w:val="000000"/>
          <w:sz w:val="24"/>
        </w:rPr>
        <w:t>三、计算题（本大题共</w:t>
      </w:r>
      <w:r>
        <w:rPr>
          <w:rFonts w:ascii="Times New Roman" w:eastAsia="Times New Roman" w:hAnsi="Times New Roman" w:cs="Times New Roman"/>
          <w:b/>
          <w:color w:val="000000"/>
          <w:sz w:val="24"/>
        </w:rPr>
        <w:t>7</w:t>
      </w:r>
      <w:r>
        <w:rPr>
          <w:rFonts w:ascii="宋体" w:eastAsia="宋体" w:hAnsi="宋体" w:cs="宋体"/>
          <w:b/>
          <w:color w:val="000000"/>
          <w:sz w:val="24"/>
        </w:rPr>
        <w:t>小题，每小题</w:t>
      </w:r>
      <w:r>
        <w:rPr>
          <w:rFonts w:ascii="Times New Roman" w:eastAsia="Times New Roman" w:hAnsi="Times New Roman" w:cs="Times New Roman"/>
          <w:b/>
          <w:color w:val="000000"/>
          <w:sz w:val="24"/>
        </w:rPr>
        <w:t>4</w:t>
      </w:r>
      <w:r>
        <w:rPr>
          <w:rFonts w:ascii="宋体" w:eastAsia="宋体" w:hAnsi="宋体" w:cs="宋体"/>
          <w:b/>
          <w:color w:val="000000"/>
          <w:sz w:val="24"/>
        </w:rPr>
        <w:t>分，共</w:t>
      </w:r>
      <w:r>
        <w:rPr>
          <w:rFonts w:ascii="Times New Roman" w:eastAsia="Times New Roman" w:hAnsi="Times New Roman" w:cs="Times New Roman"/>
          <w:b/>
          <w:color w:val="000000"/>
          <w:sz w:val="24"/>
        </w:rPr>
        <w:t>28</w:t>
      </w:r>
      <w:r>
        <w:rPr>
          <w:rFonts w:ascii="宋体" w:eastAsia="宋体" w:hAnsi="宋体" w:cs="宋体"/>
          <w:b/>
          <w:color w:val="000000"/>
          <w:sz w:val="24"/>
        </w:rPr>
        <w:t>分）</w:t>
      </w:r>
    </w:p>
    <w:p>
      <w:pPr>
        <w:pStyle w:val="Heading2"/>
      </w:pPr>
      <w:r>
        <w:t>第七中学</w:t>
      </w:r>
    </w:p>
    <w:p>
      <w:pPr>
        <w:spacing w:line="360" w:lineRule="auto"/>
        <w:jc w:val="left"/>
        <w:textAlignment w:val="center"/>
        <w:rPr>
          <w:color w:val="000000"/>
        </w:rPr>
      </w:pPr>
      <w:r>
        <w:rPr>
          <w:color w:val="000000"/>
        </w:rPr>
        <w:t xml:space="preserve">20. </w:t>
      </w:r>
      <w:r>
        <w:rPr>
          <w:rFonts w:ascii="宋体" w:eastAsia="宋体" w:hAnsi="宋体" w:cs="宋体"/>
          <w:color w:val="000000"/>
        </w:rPr>
        <w:t>已知数轴上</w:t>
      </w:r>
      <w:r>
        <w:pict>
          <v:shape id="_x0000_i721223" type="#_x0000_t75" alt="学科网(www.zxxk.com)--教育资源门户，提供试卷、教案、课件、论文、素材以及各类教学资源下载，还有大量而丰富的教学相关资讯！" style="width:12pt;height:12pt" o:oleicon="f" o:ole="">
            <v:imagedata r:id="rId278" o:title="eqId5963abe8f421bd99a2aaa94831a951e9"/>
          </v:shape>
        </w:pict>
      </w:r>
      <w:r>
        <w:rPr>
          <w:rFonts w:ascii="宋体" w:eastAsia="宋体" w:hAnsi="宋体" w:cs="宋体"/>
          <w:color w:val="000000"/>
        </w:rPr>
        <w:t>、</w:t>
      </w:r>
      <w:r>
        <w:pict>
          <v:shape id="_x0000_i721224" type="#_x0000_t75" alt="学科网(www.zxxk.com)--教育资源门户，提供试卷、教案、课件、论文、素材以及各类教学资源下载，还有大量而丰富的教学相关资讯！" style="width:9.75pt;height:10.5pt" o:oleicon="f" o:ole="">
            <v:imagedata r:id="rId279" o:title="eqId7f9e8449aad35c5d840a3395ea86df6d"/>
          </v:shape>
        </w:pict>
      </w:r>
      <w:r>
        <w:rPr>
          <w:rFonts w:ascii="宋体" w:eastAsia="宋体" w:hAnsi="宋体" w:cs="宋体"/>
          <w:color w:val="000000"/>
        </w:rPr>
        <w:t>两点所对应的数分别是</w:t>
      </w:r>
      <w:r>
        <w:pict>
          <v:shape id="_x0000_i721225" type="#_x0000_t75" alt="学科网(www.zxxk.com)--教育资源门户，提供试卷、教案、课件、论文、素材以及各类教学资源下载，还有大量而丰富的教学相关资讯！" style="width:6.95pt;height:13pt" o:oleicon="f" o:ole="">
            <v:imagedata r:id="rId280" o:title="eqIdbdaa19de263700a15fcf213d64a8cd57"/>
          </v:shape>
        </w:pict>
      </w:r>
      <w:r>
        <w:rPr>
          <w:rFonts w:ascii="宋体" w:eastAsia="宋体" w:hAnsi="宋体" w:cs="宋体"/>
          <w:color w:val="000000"/>
        </w:rPr>
        <w:t>和</w:t>
      </w:r>
      <w:r>
        <w:pict>
          <v:shape id="_x0000_i721226" type="#_x0000_t75" alt="学科网(www.zxxk.com)--教育资源门户，提供试卷、教案、课件、论文、素材以及各类教学资源下载，还有大量而丰富的教学相关资讯！" style="width:9.35pt;height:14.05pt" o:oleicon="f" o:ole="">
            <v:imagedata r:id="rId281" o:title="eqId5ca7d1107389675d32b56ec097464c14"/>
          </v:shape>
        </w:pict>
      </w:r>
      <w:r>
        <w:rPr>
          <w:rFonts w:ascii="宋体" w:eastAsia="宋体" w:hAnsi="宋体" w:cs="宋体"/>
          <w:color w:val="000000"/>
        </w:rPr>
        <w:t>，</w:t>
      </w:r>
      <w:r>
        <w:pict>
          <v:shape id="_x0000_i721227" type="#_x0000_t75" alt="学科网(www.zxxk.com)--教育资源门户，提供试卷、教案、课件、论文、素材以及各类教学资源下载，还有大量而丰富的教学相关资讯！" style="width:11.25pt;height:12pt" o:oleicon="f" o:ole="">
            <v:imagedata r:id="rId282" o:title="eqIddad2a36927223bd70f426ba06aea4b45"/>
          </v:shape>
        </w:pict>
      </w:r>
      <w:r>
        <w:rPr>
          <w:rFonts w:ascii="宋体" w:eastAsia="宋体" w:hAnsi="宋体" w:cs="宋体"/>
          <w:color w:val="000000"/>
        </w:rPr>
        <w:t>为数轴上任意一点，对应的数为</w:t>
      </w:r>
      <w:r>
        <w:pict>
          <v:shape id="_x0000_i721228" type="#_x0000_t75" alt="学科网(www.zxxk.com)--教育资源门户，提供试卷、教案、课件、论文、素材以及各类教学资源下载，还有大量而丰富的教学相关资讯！" style="width:9pt;height:9.75pt" o:oleicon="f" o:ole="">
            <v:imagedata r:id="rId283" o:title="eqId81dea63b8ce3e51adf66cf7b9982a248"/>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）则</w:t>
      </w:r>
      <w:r>
        <w:pict>
          <v:shape id="_x0000_i721229" type="#_x0000_t75" alt="学科网(www.zxxk.com)--教育资源门户，提供试卷、教案、课件、论文、素材以及各类教学资源下载，还有大量而丰富的教学相关资讯！" style="width:12pt;height:12pt" o:oleicon="f" o:ole="">
            <v:imagedata r:id="rId284" o:title="eqId5963abe8f421bd99a2aaa94831a951e9"/>
          </v:shape>
        </w:pict>
      </w:r>
      <w:r>
        <w:rPr>
          <w:rFonts w:ascii="宋体" w:eastAsia="宋体" w:hAnsi="宋体" w:cs="宋体"/>
          <w:color w:val="000000"/>
        </w:rPr>
        <w:t>、</w:t>
      </w:r>
      <w:r>
        <w:pict>
          <v:shape id="_x0000_i721230" type="#_x0000_t75" alt="学科网(www.zxxk.com)--教育资源门户，提供试卷、教案、课件、论文、素材以及各类教学资源下载，还有大量而丰富的教学相关资讯！" style="width:9.75pt;height:10.5pt" o:oleicon="f" o:ole="">
            <v:imagedata r:id="rId285" o:title="eqId7f9e8449aad35c5d840a3395ea86df6d"/>
          </v:shape>
        </w:pict>
      </w:r>
      <w:r>
        <w:rPr>
          <w:rFonts w:ascii="宋体" w:eastAsia="宋体" w:hAnsi="宋体" w:cs="宋体"/>
          <w:color w:val="000000"/>
        </w:rPr>
        <w:t>两点之间的距离为</w:t>
      </w:r>
      <w:r>
        <w:rPr>
          <w:color w:val="000000"/>
        </w:rPr>
        <w:t>________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）式子</w:t>
      </w:r>
      <w:r>
        <w:pict>
          <v:shape id="_x0000_i721231" type="#_x0000_t75" alt="学科网(www.zxxk.com)--教育资源门户，提供试卷、教案、课件、论文、素材以及各类教学资源下载，还有大量而丰富的教学相关资讯！" style="width:227pt;height:16pt" o:oleicon="f" o:ole="">
            <v:imagedata r:id="rId286" o:title="eqIdf8e95a99bceeb1b68f5a5dcd15598ff0"/>
          </v:shape>
        </w:pict>
      </w:r>
      <w:r>
        <w:rPr>
          <w:rFonts w:ascii="宋体" w:eastAsia="宋体" w:hAnsi="宋体" w:cs="宋体"/>
          <w:color w:val="000000"/>
        </w:rPr>
        <w:t>的最小值为</w:t>
      </w:r>
      <w:r>
        <w:rPr>
          <w:color w:val="000000"/>
        </w:rPr>
        <w:t>________</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 xml:space="preserve">    ①. </w:t>
      </w:r>
      <w:r>
        <w:rPr>
          <w:rFonts w:ascii="Times New Roman" w:eastAsia="Times New Roman" w:hAnsi="Times New Roman" w:cs="Times New Roman"/>
          <w:color w:val="000000"/>
        </w:rPr>
        <w:t>2</w:t>
      </w:r>
      <w:r>
        <w:rPr>
          <w:rFonts w:ascii="宋体" w:eastAsia="宋体" w:hAnsi="宋体" w:cs="宋体"/>
          <w:color w:val="000000"/>
        </w:rPr>
        <w:t>；</w:t>
      </w:r>
      <w:r>
        <w:rPr>
          <w:color w:val="000000"/>
        </w:rPr>
        <w:t xml:space="preserve">    ②. </w:t>
      </w:r>
      <w:r>
        <w:pict>
          <v:shape id="_x0000_i721232" type="#_x0000_t75" alt="学科网(www.zxxk.com)--教育资源门户，提供试卷、教案、课件、论文、素材以及各类教学资源下载，还有大量而丰富的教学相关资讯！" style="width:39pt;height:13.8pt" o:oleicon="f" o:ole="">
            <v:imagedata r:id="rId287" o:title="eqIdfd40b2a9d0bd50f820efe3cb4256c34d"/>
          </v:shape>
        </w:pict>
      </w:r>
      <w:r>
        <w:rPr>
          <w:rFonts w:ascii="宋体" w:eastAsia="宋体" w:hAnsi="宋体" w:cs="宋体"/>
          <w:color w:val="000000"/>
        </w:rPr>
        <w:t>．</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）根据两点间的距离公式解题即可；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）由绝对值的几何意义，</w:t>
      </w:r>
      <w:r>
        <w:pict>
          <v:shape id="_x0000_i721233" type="#_x0000_t75" alt="学科网(www.zxxk.com)--教育资源门户，提供试卷、教案、课件、论文、素材以及各类教学资源下载，还有大量而丰富的教学相关资讯！" style="width:32.25pt;height:15pt" o:oleicon="f" o:ole="">
            <v:imagedata r:id="rId288" o:title="eqId84db9ae994ccc022135cf13596d20147"/>
          </v:shape>
        </w:pict>
      </w:r>
      <w:r>
        <w:rPr>
          <w:rFonts w:ascii="宋体" w:eastAsia="宋体" w:hAnsi="宋体" w:cs="宋体"/>
          <w:color w:val="000000"/>
        </w:rPr>
        <w:t>表示数</w:t>
      </w:r>
      <w:r>
        <w:rPr>
          <w:rFonts w:ascii="Times New Roman" w:eastAsia="Times New Roman" w:hAnsi="Times New Roman" w:cs="Times New Roman"/>
          <w:color w:val="000000"/>
        </w:rPr>
        <w:t>x</w:t>
      </w:r>
      <w:r>
        <w:rPr>
          <w:rFonts w:ascii="宋体" w:eastAsia="宋体" w:hAnsi="宋体" w:cs="宋体"/>
          <w:color w:val="000000"/>
        </w:rPr>
        <w:t>到数</w:t>
      </w:r>
      <w:r>
        <w:pict>
          <v:shape id="_x0000_i721234" type="#_x0000_t75" alt="学科网(www.zxxk.com)--教育资源门户，提供试卷、教案、课件、论文、素材以及各类教学资源下载，还有大量而丰富的教学相关资讯！" style="width:9pt;height:9.75pt" o:oleicon="f" o:ole="">
            <v:imagedata r:id="rId289" o:title="eqId0a6936d370d6a238a608ca56f87198de"/>
          </v:shape>
        </w:pict>
      </w:r>
      <w:r>
        <w:rPr>
          <w:rFonts w:ascii="宋体" w:eastAsia="宋体" w:hAnsi="宋体" w:cs="宋体"/>
          <w:color w:val="000000"/>
        </w:rPr>
        <w:t>的距离，要使式子取得最小值，则应找到与最小数和最大数距离相等的</w:t>
      </w:r>
      <w:r>
        <w:rPr>
          <w:rFonts w:ascii="Times New Roman" w:eastAsia="Times New Roman" w:hAnsi="Times New Roman" w:cs="Times New Roman"/>
          <w:color w:val="000000"/>
        </w:rPr>
        <w:t>x</w:t>
      </w:r>
      <w:r>
        <w:rPr>
          <w:rFonts w:ascii="宋体" w:eastAsia="宋体" w:hAnsi="宋体" w:cs="宋体"/>
          <w:color w:val="000000"/>
        </w:rPr>
        <w:t>的值，即可解题．</w:t>
      </w:r>
    </w:p>
    <w:p>
      <w:pPr>
        <w:spacing w:line="360" w:lineRule="auto"/>
        <w:jc w:val="left"/>
        <w:textAlignment w:val="center"/>
        <w:rPr>
          <w:color w:val="000000"/>
        </w:rPr>
      </w:pPr>
      <w:r>
        <w:rPr>
          <w:color w:val="000000"/>
        </w:rPr>
        <w:t>【详解】</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pict>
          <v:shape id="_x0000_i721235" type="#_x0000_t75" alt="学科网(www.zxxk.com)--教育资源门户，提供试卷、教案、课件、论文、素材以及各类教学资源下载，还有大量而丰富的教学相关资讯！" style="width:12pt;height:12pt" o:oleicon="f" o:ole="">
            <v:imagedata r:id="rId290" o:title="eqId5963abe8f421bd99a2aaa94831a951e9"/>
          </v:shape>
        </w:pict>
      </w:r>
      <w:r>
        <w:rPr>
          <w:rFonts w:ascii="宋体" w:eastAsia="宋体" w:hAnsi="宋体" w:cs="宋体"/>
          <w:color w:val="000000"/>
        </w:rPr>
        <w:t>、</w:t>
      </w:r>
      <w:r>
        <w:pict>
          <v:shape id="_x0000_i721236" type="#_x0000_t75" alt="学科网(www.zxxk.com)--教育资源门户，提供试卷、教案、课件、论文、素材以及各类教学资源下载，还有大量而丰富的教学相关资讯！" style="width:9.75pt;height:10.5pt" o:oleicon="f" o:ole="">
            <v:imagedata r:id="rId291" o:title="eqId7f9e8449aad35c5d840a3395ea86df6d"/>
          </v:shape>
        </w:pict>
      </w:r>
      <w:r>
        <w:rPr>
          <w:rFonts w:ascii="宋体" w:eastAsia="宋体" w:hAnsi="宋体" w:cs="宋体"/>
          <w:color w:val="000000"/>
        </w:rPr>
        <w:t>两点之间的距离为</w:t>
      </w:r>
      <w:r>
        <w:rPr>
          <w:rFonts w:ascii="Times New Roman" w:eastAsia="Times New Roman" w:hAnsi="Times New Roman" w:cs="Times New Roman"/>
          <w:color w:val="000000"/>
        </w:rPr>
        <w:t>3-1=2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）由已知条件可知，</w:t>
      </w:r>
      <w:r>
        <w:pict>
          <v:shape id="_x0000_i721237" type="#_x0000_t75" alt="学科网(www.zxxk.com)--教育资源门户，提供试卷、教案、课件、论文、素材以及各类教学资源下载，还有大量而丰富的教学相关资讯！" style="width:32.25pt;height:15pt" o:oleicon="f" o:ole="">
            <v:imagedata r:id="rId292" o:title="eqId84db9ae994ccc022135cf13596d20147"/>
          </v:shape>
        </w:pict>
      </w:r>
      <w:r>
        <w:rPr>
          <w:rFonts w:ascii="宋体" w:eastAsia="宋体" w:hAnsi="宋体" w:cs="宋体"/>
          <w:color w:val="000000"/>
        </w:rPr>
        <w:t>表示数</w:t>
      </w:r>
      <w:r>
        <w:rPr>
          <w:rFonts w:ascii="Times New Roman" w:eastAsia="Times New Roman" w:hAnsi="Times New Roman" w:cs="Times New Roman"/>
          <w:color w:val="000000"/>
        </w:rPr>
        <w:t>x</w:t>
      </w:r>
      <w:r>
        <w:rPr>
          <w:rFonts w:ascii="宋体" w:eastAsia="宋体" w:hAnsi="宋体" w:cs="宋体"/>
          <w:color w:val="000000"/>
        </w:rPr>
        <w:t>到数</w:t>
      </w:r>
      <w:r>
        <w:pict>
          <v:shape id="_x0000_i721238" type="#_x0000_t75" alt="学科网(www.zxxk.com)--教育资源门户，提供试卷、教案、课件、论文、素材以及各类教学资源下载，还有大量而丰富的教学相关资讯！" style="width:9pt;height:9.75pt" o:oleicon="f" o:ole="">
            <v:imagedata r:id="rId293" o:title="eqId0a6936d370d6a238a608ca56f87198de"/>
          </v:shape>
        </w:pict>
      </w:r>
      <w:r>
        <w:rPr>
          <w:rFonts w:ascii="宋体" w:eastAsia="宋体" w:hAnsi="宋体" w:cs="宋体"/>
          <w:color w:val="000000"/>
        </w:rPr>
        <w:t>的距离，</w:t>
      </w:r>
    </w:p>
    <w:p>
      <w:pPr>
        <w:spacing w:line="360" w:lineRule="auto"/>
        <w:jc w:val="left"/>
        <w:textAlignment w:val="center"/>
        <w:rPr>
          <w:color w:val="000000"/>
        </w:rPr>
      </w:pPr>
      <w:r>
        <w:rPr>
          <w:rFonts w:ascii="宋体" w:eastAsia="宋体" w:hAnsi="宋体" w:cs="宋体"/>
          <w:color w:val="000000"/>
        </w:rPr>
        <w:t>只有当</w:t>
      </w:r>
      <w:r>
        <w:rPr>
          <w:rFonts w:ascii="Times New Roman" w:eastAsia="Times New Roman" w:hAnsi="Times New Roman" w:cs="Times New Roman"/>
          <w:color w:val="000000"/>
        </w:rPr>
        <w:t>x</w:t>
      </w:r>
      <w:r>
        <w:rPr>
          <w:rFonts w:ascii="宋体" w:eastAsia="宋体" w:hAnsi="宋体" w:cs="宋体"/>
          <w:color w:val="000000"/>
        </w:rPr>
        <w:t>到</w:t>
      </w:r>
      <w:r>
        <w:rPr>
          <w:rFonts w:ascii="Times New Roman" w:eastAsia="Times New Roman" w:hAnsi="Times New Roman" w:cs="Times New Roman"/>
          <w:color w:val="000000"/>
        </w:rPr>
        <w:t>1</w:t>
      </w:r>
      <w:r>
        <w:rPr>
          <w:rFonts w:ascii="宋体" w:eastAsia="宋体" w:hAnsi="宋体" w:cs="宋体"/>
          <w:color w:val="000000"/>
        </w:rPr>
        <w:t>的距离等于</w:t>
      </w:r>
      <w:r>
        <w:rPr>
          <w:rFonts w:ascii="Times New Roman" w:eastAsia="Times New Roman" w:hAnsi="Times New Roman" w:cs="Times New Roman"/>
          <w:color w:val="000000"/>
        </w:rPr>
        <w:t>x</w:t>
      </w:r>
      <w:r>
        <w:rPr>
          <w:rFonts w:ascii="宋体" w:eastAsia="宋体" w:hAnsi="宋体" w:cs="宋体"/>
          <w:color w:val="000000"/>
        </w:rPr>
        <w:t>到</w:t>
      </w:r>
      <w:r>
        <w:rPr>
          <w:rFonts w:ascii="Times New Roman" w:eastAsia="Times New Roman" w:hAnsi="Times New Roman" w:cs="Times New Roman"/>
          <w:color w:val="000000"/>
        </w:rPr>
        <w:t>2019</w:t>
      </w:r>
      <w:r>
        <w:rPr>
          <w:rFonts w:ascii="宋体" w:eastAsia="宋体" w:hAnsi="宋体" w:cs="宋体"/>
          <w:color w:val="000000"/>
        </w:rPr>
        <w:t>的距离时，式子即可取最小值，</w:t>
      </w:r>
    </w:p>
    <w:p>
      <w:pPr>
        <w:spacing w:line="360" w:lineRule="auto"/>
        <w:jc w:val="left"/>
        <w:textAlignment w:val="center"/>
        <w:rPr>
          <w:color w:val="000000"/>
        </w:rPr>
      </w:pPr>
      <w:r>
        <w:pict>
          <v:shape id="_x0000_i721239" type="#_x0000_t75" alt="学科网(www.zxxk.com)--教育资源门户，提供试卷、教案、课件、论文、素材以及各类教学资源下载，还有大量而丰富的教学相关资讯！" style="width:9.75pt;height:9pt" o:oleicon="f" o:ole="">
            <v:imagedata r:id="rId294" o:title="eqId2de0d10ef8b748d4531250c37c5d3f9e"/>
          </v:shape>
        </w:pict>
      </w:r>
      <w:r>
        <w:rPr>
          <w:rFonts w:ascii="宋体" w:eastAsia="宋体" w:hAnsi="宋体" w:cs="宋体"/>
          <w:color w:val="000000"/>
        </w:rPr>
        <w:t>当</w:t>
      </w:r>
      <w:r>
        <w:pict>
          <v:shape id="_x0000_i721240" type="#_x0000_t75" alt="学科网(www.zxxk.com)--教育资源门户，提供试卷、教案、课件、论文、素材以及各类教学资源下载，还有大量而丰富的教学相关资讯！" style="width:96.75pt;height:30.75pt" o:oleicon="f" o:ole="">
            <v:imagedata r:id="rId295" o:title="eqId3019e713a7e11896cc9ba90bb7868bf4"/>
          </v:shape>
        </w:pict>
      </w:r>
      <w:r>
        <w:rPr>
          <w:rFonts w:ascii="宋体" w:eastAsia="宋体" w:hAnsi="宋体" w:cs="宋体"/>
          <w:color w:val="000000"/>
        </w:rPr>
        <w:t>时，</w:t>
      </w:r>
      <w:r>
        <w:pict>
          <v:shape id="_x0000_i721241" type="#_x0000_t75" alt="学科网(www.zxxk.com)--教育资源门户，提供试卷、教案、课件、论文、素材以及各类教学资源下载，还有大量而丰富的教学相关资讯！" style="width:227pt;height:16pt" o:oleicon="f" o:ole="">
            <v:imagedata r:id="rId296" o:title="eqIdf8e95a99bceeb1b68f5a5dcd15598ff0"/>
          </v:shape>
        </w:pict>
      </w:r>
      <w:r>
        <w:rPr>
          <w:rFonts w:ascii="宋体" w:eastAsia="宋体" w:hAnsi="宋体" w:cs="宋体"/>
          <w:color w:val="000000"/>
        </w:rPr>
        <w:t>取最小值，</w:t>
      </w:r>
    </w:p>
    <w:p>
      <w:pPr>
        <w:spacing w:line="360" w:lineRule="auto"/>
        <w:jc w:val="left"/>
        <w:textAlignment w:val="center"/>
        <w:rPr>
          <w:color w:val="000000"/>
        </w:rPr>
      </w:pPr>
      <w:r>
        <w:rPr>
          <w:rFonts w:ascii="宋体" w:eastAsia="宋体" w:hAnsi="宋体" w:cs="宋体"/>
          <w:color w:val="000000"/>
        </w:rPr>
        <w:t>最小值为：</w:t>
      </w:r>
      <w:r>
        <w:pict>
          <v:shape id="_x0000_i721242" type="#_x0000_t75" alt="学科网(www.zxxk.com)--教育资源门户，提供试卷、教案、课件、论文、素材以及各类教学资源下载，还有大量而丰富的教学相关资讯！" style="width:292.8pt;height:16.2pt" o:oleicon="f" o:ole="">
            <v:imagedata r:id="rId297" o:title="eqId39bb847f9490cbcae1cfc6a32cbbc247"/>
          </v:shape>
        </w:pict>
      </w:r>
    </w:p>
    <w:p>
      <w:pPr>
        <w:spacing w:line="360" w:lineRule="auto"/>
        <w:jc w:val="left"/>
        <w:textAlignment w:val="center"/>
        <w:rPr>
          <w:color w:val="000000"/>
        </w:rPr>
      </w:pPr>
      <w:r>
        <w:pict>
          <v:shape id="_x0000_i721243" type="#_x0000_t75" alt="学科网(www.zxxk.com)--教育资源门户，提供试卷、教案、课件、论文、素材以及各类教学资源下载，还有大量而丰富的教学相关资讯！" style="width:246pt;height:13.8pt" o:oleicon="f" o:ole="">
            <v:imagedata r:id="rId298" o:title="eqId2ef1740b463b730be6799edf5dac82f5"/>
          </v:shape>
        </w:pict>
      </w:r>
    </w:p>
    <w:p>
      <w:pPr>
        <w:spacing w:line="360" w:lineRule="auto"/>
        <w:jc w:val="left"/>
        <w:textAlignment w:val="center"/>
        <w:rPr>
          <w:color w:val="000000"/>
        </w:rPr>
      </w:pPr>
      <w:r>
        <w:pict>
          <v:shape id="_x0000_i721244" type="#_x0000_t75" alt="学科网(www.zxxk.com)--教育资源门户，提供试卷、教案、课件、论文、素材以及各类教学资源下载，还有大量而丰富的教学相关资讯！" style="width:2in;height:16.2pt" o:oleicon="f" o:ole="">
            <v:imagedata r:id="rId299" o:title="eqId6e3d02bfe9286d2374460d7c95051901"/>
          </v:shape>
        </w:pict>
      </w:r>
    </w:p>
    <w:p>
      <w:pPr>
        <w:spacing w:line="360" w:lineRule="auto"/>
        <w:jc w:val="left"/>
        <w:textAlignment w:val="center"/>
        <w:rPr>
          <w:color w:val="000000"/>
        </w:rPr>
      </w:pPr>
      <w:r>
        <w:pict>
          <v:shape id="_x0000_i721245" type="#_x0000_t75" alt="学科网(www.zxxk.com)--教育资源门户，提供试卷、教案、课件、论文、素材以及各类教学资源下载，还有大量而丰富的教学相关资讯！" style="width:100.2pt;height:31.2pt" o:oleicon="f" o:ole="">
            <v:imagedata r:id="rId300" o:title="eqId55dea6d8158344a9f362f86fd839a534"/>
          </v:shape>
        </w:pict>
      </w:r>
    </w:p>
    <w:p>
      <w:pPr>
        <w:spacing w:line="360" w:lineRule="auto"/>
        <w:jc w:val="left"/>
        <w:textAlignment w:val="center"/>
        <w:rPr>
          <w:color w:val="000000"/>
        </w:rPr>
      </w:pPr>
      <w:r>
        <w:pict>
          <v:shape id="_x0000_i721246" type="#_x0000_t75" alt="学科网(www.zxxk.com)--教育资源门户，提供试卷、教案、课件、论文、素材以及各类教学资源下载，还有大量而丰富的教学相关资讯！" style="width:49.2pt;height:13.8pt" o:oleicon="f" o:ole="">
            <v:imagedata r:id="rId301" o:title="eqId0639aaaeb05c5a9fc1fd6c2ec105a34f"/>
          </v:shape>
        </w:pict>
      </w:r>
    </w:p>
    <w:p>
      <w:pPr>
        <w:spacing w:line="360" w:lineRule="auto"/>
        <w:jc w:val="left"/>
        <w:textAlignment w:val="center"/>
        <w:rPr>
          <w:color w:val="000000"/>
        </w:rPr>
      </w:pPr>
      <w:r>
        <w:rPr>
          <w:color w:val="000000"/>
        </w:rPr>
        <w:t>【点睛】</w:t>
      </w:r>
      <w:r>
        <w:rPr>
          <w:rFonts w:ascii="宋体" w:eastAsia="宋体" w:hAnsi="宋体" w:cs="宋体"/>
          <w:color w:val="000000"/>
        </w:rPr>
        <w:t>本题考查数轴、绝对值、两点间的距离等知识，是重要考点，难度一般，掌握相关知识是解题关键．</w:t>
      </w:r>
    </w:p>
    <w:p>
      <w:pPr>
        <w:spacing w:line="360" w:lineRule="auto"/>
        <w:jc w:val="left"/>
        <w:textAlignment w:val="center"/>
        <w:rPr>
          <w:color w:val="000000"/>
        </w:rPr>
      </w:pPr>
      <w:r>
        <w:rPr>
          <w:rFonts w:ascii="宋体" w:eastAsia="宋体" w:hAnsi="宋体" w:cs="宋体"/>
          <w:b/>
          <w:color w:val="000000"/>
          <w:sz w:val="24"/>
        </w:rPr>
        <w:t>三、解答题（共</w:t>
      </w:r>
      <w:r>
        <w:rPr>
          <w:rFonts w:ascii="Times New Roman" w:eastAsia="Times New Roman" w:hAnsi="Times New Roman" w:cs="Times New Roman"/>
          <w:b/>
          <w:color w:val="000000"/>
          <w:sz w:val="24"/>
        </w:rPr>
        <w:t>50</w:t>
      </w:r>
      <w:r>
        <w:rPr>
          <w:rFonts w:ascii="宋体" w:eastAsia="宋体" w:hAnsi="宋体" w:cs="宋体"/>
          <w:b/>
          <w:color w:val="000000"/>
          <w:sz w:val="24"/>
        </w:rPr>
        <w:t>分）</w:t>
      </w:r>
    </w:p>
    <w:p>
      <w:pPr>
        <w:pStyle w:val="Heading2"/>
      </w:pPr>
      <w:r>
        <w:t>第三十一中学</w:t>
      </w:r>
    </w:p>
    <w:p>
      <w:pPr>
        <w:spacing w:line="360" w:lineRule="auto"/>
        <w:jc w:val="left"/>
        <w:textAlignment w:val="center"/>
        <w:rPr>
          <w:rFonts w:ascii="宋体" w:eastAsia="宋体" w:hAnsi="宋体" w:cs="宋体"/>
          <w:color w:val="000000"/>
        </w:rPr>
      </w:pPr>
      <w:r>
        <w:rPr>
          <w:color w:val="000000"/>
        </w:rPr>
        <w:t xml:space="preserve">18. </w:t>
      </w:r>
      <w:r>
        <w:rPr>
          <w:rFonts w:ascii="宋体" w:eastAsia="宋体" w:hAnsi="宋体" w:cs="宋体"/>
          <w:color w:val="000000"/>
        </w:rPr>
        <w:t>有一张厚度为</w:t>
      </w:r>
      <w:r>
        <w:rPr>
          <w:rFonts w:ascii="Times New Roman" w:eastAsia="Times New Roman" w:hAnsi="Times New Roman" w:cs="Times New Roman"/>
          <w:color w:val="000000"/>
        </w:rPr>
        <w:t>0.1</w:t>
      </w:r>
      <w:r>
        <w:rPr>
          <w:rFonts w:ascii="宋体" w:eastAsia="宋体" w:hAnsi="宋体" w:cs="宋体"/>
          <w:color w:val="000000"/>
        </w:rPr>
        <w:t>毫米的纸片，对折</w:t>
      </w:r>
      <w:r>
        <w:rPr>
          <w:rFonts w:ascii="Times New Roman" w:eastAsia="Times New Roman" w:hAnsi="Times New Roman" w:cs="Times New Roman"/>
          <w:color w:val="000000"/>
        </w:rPr>
        <w:t>1</w:t>
      </w:r>
      <w:r>
        <w:rPr>
          <w:rFonts w:ascii="宋体" w:eastAsia="宋体" w:hAnsi="宋体" w:cs="宋体"/>
          <w:color w:val="000000"/>
        </w:rPr>
        <w:t>次后的厚度是</w:t>
      </w:r>
      <w:r>
        <w:rPr>
          <w:rFonts w:ascii="Times New Roman" w:eastAsia="Times New Roman" w:hAnsi="Times New Roman" w:cs="Times New Roman"/>
          <w:color w:val="000000"/>
        </w:rPr>
        <w:t>2×0.1</w:t>
      </w:r>
      <w:r>
        <w:rPr>
          <w:rFonts w:ascii="宋体" w:eastAsia="宋体" w:hAnsi="宋体" w:cs="宋体"/>
          <w:color w:val="000000"/>
        </w:rPr>
        <w:t>毫米，继续对折，</w:t>
      </w:r>
      <w:r>
        <w:rPr>
          <w:rFonts w:ascii="Times New Roman" w:eastAsia="Times New Roman" w:hAnsi="Times New Roman" w:cs="Times New Roman"/>
          <w:color w:val="000000"/>
        </w:rPr>
        <w:t>2</w:t>
      </w:r>
      <w:r>
        <w:rPr>
          <w:rFonts w:ascii="宋体" w:eastAsia="宋体" w:hAnsi="宋体" w:cs="宋体"/>
          <w:color w:val="000000"/>
        </w:rPr>
        <w:t>次，</w:t>
      </w:r>
      <w:r>
        <w:rPr>
          <w:rFonts w:ascii="Times New Roman" w:eastAsia="Times New Roman" w:hAnsi="Times New Roman" w:cs="Times New Roman"/>
          <w:color w:val="000000"/>
        </w:rPr>
        <w:t>3</w:t>
      </w:r>
      <w:r>
        <w:rPr>
          <w:rFonts w:ascii="宋体" w:eastAsia="宋体" w:hAnsi="宋体" w:cs="宋体"/>
          <w:color w:val="000000"/>
        </w:rPr>
        <w:t>次，</w:t>
      </w:r>
      <w:r>
        <w:rPr>
          <w:rFonts w:ascii="Times New Roman" w:eastAsia="Times New Roman" w:hAnsi="Times New Roman" w:cs="Times New Roman"/>
          <w:color w:val="000000"/>
        </w:rPr>
        <w:t>4</w:t>
      </w:r>
      <w:r>
        <w:rPr>
          <w:rFonts w:ascii="宋体" w:eastAsia="宋体" w:hAnsi="宋体" w:cs="宋体"/>
          <w:color w:val="000000"/>
        </w:rPr>
        <w:t>次……假设这张纸对折了</w:t>
      </w:r>
      <w:r>
        <w:rPr>
          <w:rFonts w:ascii="Times New Roman" w:eastAsia="Times New Roman" w:hAnsi="Times New Roman" w:cs="Times New Roman"/>
          <w:color w:val="000000"/>
        </w:rPr>
        <w:t>20</w:t>
      </w:r>
      <w:r>
        <w:rPr>
          <w:rFonts w:ascii="宋体" w:eastAsia="宋体" w:hAnsi="宋体" w:cs="宋体"/>
          <w:color w:val="000000"/>
        </w:rPr>
        <w:t>次，那么此时的厚度相当于每层高</w:t>
      </w:r>
      <w:r>
        <w:rPr>
          <w:rFonts w:ascii="Times New Roman" w:eastAsia="Times New Roman" w:hAnsi="Times New Roman" w:cs="Times New Roman"/>
          <w:color w:val="000000"/>
        </w:rPr>
        <w:t>3</w:t>
      </w:r>
      <w:r>
        <w:rPr>
          <w:rFonts w:ascii="宋体" w:eastAsia="宋体" w:hAnsi="宋体" w:cs="宋体"/>
          <w:color w:val="000000"/>
        </w:rPr>
        <w:t>米的楼房层数约是</w:t>
      </w:r>
      <w:r>
        <w:rPr>
          <w:rFonts w:ascii="宋体" w:eastAsia="宋体" w:hAnsi="宋体" w:cs="宋体"/>
          <w:color w:val="000000"/>
        </w:rPr>
        <w:t>__________</w:t>
      </w:r>
      <w:r>
        <w:rPr>
          <w:rFonts w:ascii="宋体" w:eastAsia="宋体" w:hAnsi="宋体" w:cs="宋体"/>
          <w:color w:val="000000"/>
        </w:rPr>
        <w:t>．（参考数据：</w:t>
      </w:r>
      <w:r>
        <w:pict>
          <v:shape id="_x0000_i721247" type="#_x0000_t75" alt="学科网(www.zxxk.com)--教育资源门户，提供试卷、教案、课件、论文、素材以及各类教学资源下载，还有大量而丰富的教学相关资讯！" style="width:51.75pt;height:15.75pt" o:oleicon="f" o:ole="">
            <v:imagedata r:id="rId302" o:title="eqIdb6753d357e2eeb4d710ee87f7bfab2fa"/>
          </v:shape>
        </w:pict>
      </w:r>
      <w:r>
        <w:rPr>
          <w:rFonts w:ascii="宋体" w:eastAsia="宋体" w:hAnsi="宋体" w:cs="宋体"/>
          <w:color w:val="000000"/>
        </w:rPr>
        <w:t>，</w:t>
      </w:r>
      <w:r>
        <w:pict>
          <v:shape id="_x0000_i721248" type="#_x0000_t75" alt="学科网(www.zxxk.com)--教育资源门户，提供试卷、教案、课件、论文、素材以及各类教学资源下载，还有大量而丰富的教学相关资讯！" style="width:1in;height:16.5pt" o:oleicon="f" o:ole="">
            <v:imagedata r:id="rId303" o:title="eqId869553e7be24f1370eeb1d9bb2ce93e1"/>
          </v:shape>
        </w:pict>
      </w:r>
      <w:r>
        <w:rPr>
          <w:rFonts w:ascii="宋体" w:eastAsia="宋体" w:hAnsi="宋体" w:cs="宋体"/>
          <w:color w:val="000000"/>
        </w:rPr>
        <w:t>）</w:t>
      </w:r>
    </w:p>
    <w:p>
      <w:pPr>
        <w:spacing w:line="360" w:lineRule="auto"/>
        <w:textAlignment w:val="center"/>
        <w:rPr>
          <w:color w:val="2E75B6"/>
        </w:rPr>
      </w:pPr>
      <w:r>
        <w:rPr>
          <w:color w:val="2E75B6"/>
        </w:rPr>
        <w:t>【18题答案】</w:t>
      </w:r>
    </w:p>
    <w:p>
      <w:pPr>
        <w:spacing w:line="360" w:lineRule="auto"/>
        <w:textAlignment w:val="center"/>
        <w:rPr>
          <w:rFonts w:ascii="Times New Roman" w:eastAsia="Times New Roman" w:hAnsi="Times New Roman" w:cs="Times New Roman"/>
          <w:color w:val="000000"/>
        </w:rPr>
      </w:pPr>
      <w:r>
        <w:rPr>
          <w:color w:val="2E75B6"/>
        </w:rPr>
        <w:t>【答案】</w:t>
      </w:r>
      <w:r>
        <w:rPr>
          <w:rFonts w:ascii="Times New Roman" w:eastAsia="Times New Roman" w:hAnsi="Times New Roman" w:cs="Times New Roman"/>
          <w:color w:val="000000"/>
        </w:rPr>
        <w:t>35</w:t>
      </w:r>
    </w:p>
    <w:p>
      <w:pPr>
        <w:spacing w:line="360" w:lineRule="auto"/>
        <w:textAlignment w:val="center"/>
        <w:rPr>
          <w:color w:val="000000"/>
        </w:rPr>
      </w:pPr>
      <w:r>
        <w:rPr>
          <w:color w:val="2E75B6"/>
        </w:rPr>
        <w:t>【解析】</w:t>
      </w:r>
    </w:p>
    <w:p>
      <w:pPr>
        <w:spacing w:line="360" w:lineRule="auto"/>
        <w:textAlignment w:val="center"/>
        <w:rPr>
          <w:rFonts w:ascii="宋体" w:eastAsia="宋体" w:hAnsi="宋体" w:cs="宋体"/>
          <w:color w:val="000000"/>
        </w:rPr>
      </w:pPr>
      <w:r>
        <w:rPr>
          <w:color w:val="000000"/>
        </w:rPr>
        <w:t>【分析】</w:t>
      </w:r>
      <w:r>
        <w:rPr>
          <w:rFonts w:ascii="宋体" w:eastAsia="宋体" w:hAnsi="宋体" w:cs="宋体"/>
          <w:color w:val="000000"/>
        </w:rPr>
        <w:t>根据对折规律确定出对折</w:t>
      </w:r>
      <w:r>
        <w:rPr>
          <w:rFonts w:ascii="Times New Roman" w:eastAsia="Times New Roman" w:hAnsi="Times New Roman" w:cs="Times New Roman"/>
          <w:color w:val="000000"/>
        </w:rPr>
        <w:t>2</w:t>
      </w:r>
      <w:r>
        <w:rPr>
          <w:rFonts w:ascii="宋体" w:eastAsia="宋体" w:hAnsi="宋体" w:cs="宋体"/>
          <w:color w:val="000000"/>
        </w:rPr>
        <w:t>次的厚度，再利用对折规律确定出楼层即可．</w:t>
      </w:r>
    </w:p>
    <w:p>
      <w:pPr>
        <w:spacing w:line="360" w:lineRule="auto"/>
        <w:textAlignment w:val="center"/>
        <w:rPr>
          <w:rFonts w:ascii="宋体" w:eastAsia="宋体" w:hAnsi="宋体" w:cs="宋体"/>
          <w:color w:val="000000"/>
        </w:rPr>
      </w:pPr>
      <w:r>
        <w:rPr>
          <w:color w:val="000000"/>
        </w:rPr>
        <w:t>【详解】</w:t>
      </w:r>
      <w:r>
        <w:rPr>
          <w:rFonts w:ascii="宋体" w:eastAsia="宋体" w:hAnsi="宋体" w:cs="宋体"/>
          <w:color w:val="000000"/>
        </w:rPr>
        <w:t>解：根据题意得，对折两次的厚度为：</w:t>
      </w:r>
      <w:r>
        <w:rPr>
          <w:rFonts w:ascii="Times New Roman" w:eastAsia="Times New Roman" w:hAnsi="Times New Roman" w:cs="Times New Roman"/>
          <w:color w:val="000000"/>
        </w:rPr>
        <w:t>2×2×0.1=0.4</w:t>
      </w:r>
      <w:r>
        <w:rPr>
          <w:rFonts w:ascii="宋体" w:eastAsia="宋体" w:hAnsi="宋体" w:cs="宋体"/>
          <w:color w:val="000000"/>
        </w:rPr>
        <w:t>（毫米），</w:t>
      </w:r>
    </w:p>
    <w:p>
      <w:pPr>
        <w:spacing w:line="360" w:lineRule="auto"/>
        <w:jc w:val="left"/>
        <w:textAlignment w:val="center"/>
        <w:rPr>
          <w:rFonts w:ascii="宋体" w:eastAsia="宋体" w:hAnsi="宋体" w:cs="宋体"/>
          <w:color w:val="000000"/>
        </w:rPr>
      </w:pPr>
      <w:r>
        <w:rPr>
          <w:rFonts w:ascii="宋体" w:eastAsia="宋体" w:hAnsi="宋体" w:cs="宋体"/>
          <w:color w:val="000000"/>
        </w:rPr>
        <w:t>故对折</w:t>
      </w:r>
      <w:r>
        <w:rPr>
          <w:rFonts w:ascii="Times New Roman" w:eastAsia="Times New Roman" w:hAnsi="Times New Roman" w:cs="Times New Roman"/>
          <w:color w:val="000000"/>
        </w:rPr>
        <w:t>20</w:t>
      </w:r>
      <w:r>
        <w:rPr>
          <w:rFonts w:ascii="宋体" w:eastAsia="宋体" w:hAnsi="宋体" w:cs="宋体"/>
          <w:color w:val="000000"/>
        </w:rPr>
        <w:t>次的厚度为</w:t>
      </w:r>
      <w:r>
        <w:rPr>
          <w:rFonts w:ascii="Times New Roman" w:eastAsia="Times New Roman" w:hAnsi="Times New Roman" w:cs="Times New Roman"/>
          <w:color w:val="000000"/>
        </w:rPr>
        <w:t>2</w:t>
      </w:r>
      <w:r>
        <w:rPr>
          <w:rFonts w:ascii="Times New Roman" w:eastAsia="Times New Roman" w:hAnsi="Times New Roman" w:cs="Times New Roman"/>
          <w:color w:val="000000"/>
          <w:vertAlign w:val="superscript"/>
        </w:rPr>
        <w:t>20</w:t>
      </w:r>
      <w:r>
        <w:rPr>
          <w:rFonts w:ascii="Times New Roman" w:eastAsia="Times New Roman" w:hAnsi="Times New Roman" w:cs="Times New Roman"/>
          <w:color w:val="000000"/>
        </w:rPr>
        <w:t>×0.1=104857.6</w:t>
      </w:r>
      <w:r>
        <w:rPr>
          <w:rFonts w:ascii="宋体" w:eastAsia="宋体" w:hAnsi="宋体" w:cs="宋体"/>
          <w:color w:val="000000"/>
        </w:rPr>
        <w:t>毫米</w:t>
      </w:r>
      <w:r>
        <w:rPr>
          <w:rFonts w:ascii="Times New Roman" w:eastAsia="Times New Roman" w:hAnsi="Times New Roman" w:cs="Times New Roman"/>
          <w:color w:val="000000"/>
        </w:rPr>
        <w:t>≈104.9m</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104</w:t>
      </w:r>
      <w:r>
        <w:rPr>
          <w:rFonts w:ascii="Times New Roman" w:eastAsia="Times New Roman" w:hAnsi="Times New Roman" w:cs="Times New Roman"/>
          <w:color w:val="000000"/>
          <w:position w:val="-22"/>
        </w:rPr>
        <w:drawing>
          <wp:inline>
            <wp:extent cx="31750" cy="88900"/>
            <wp:docPr id="407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6" name=""/>
                    <pic:cNvPicPr>
                      <a:picLocks noChangeAspect="1"/>
                    </pic:cNvPicPr>
                  </pic:nvPicPr>
                  <pic:blipFill>
                    <a:blip r:embed="rId304"/>
                    <a:stretch>
                      <a:fillRect/>
                    </a:stretch>
                  </pic:blipFill>
                  <pic:spPr>
                    <a:xfrm>
                      <a:off x="0" y="0"/>
                      <a:ext cx="31750" cy="88900"/>
                    </a:xfrm>
                    <a:prstGeom prst="rect">
                      <a:avLst/>
                    </a:prstGeom>
                  </pic:spPr>
                </pic:pic>
              </a:graphicData>
            </a:graphic>
          </wp:inline>
        </w:drawing>
      </w:r>
      <w:r>
        <w:rPr>
          <w:rFonts w:ascii="Times New Roman" w:eastAsia="Times New Roman" w:hAnsi="Times New Roman" w:cs="Times New Roman"/>
          <w:color w:val="000000"/>
        </w:rPr>
        <w:t>9÷3≈35</w:t>
      </w:r>
      <w:r>
        <w:rPr>
          <w:rFonts w:ascii="宋体" w:eastAsia="宋体" w:hAnsi="宋体" w:cs="宋体"/>
          <w:color w:val="000000"/>
        </w:rPr>
        <w:t>层，</w:t>
      </w:r>
    </w:p>
    <w:p>
      <w:pPr>
        <w:spacing w:line="360" w:lineRule="auto"/>
        <w:jc w:val="left"/>
        <w:textAlignment w:val="center"/>
        <w:rPr>
          <w:rFonts w:ascii="宋体" w:eastAsia="宋体" w:hAnsi="宋体" w:cs="宋体"/>
          <w:color w:val="000000"/>
        </w:rPr>
      </w:pPr>
      <w:r>
        <w:rPr>
          <w:rFonts w:ascii="宋体" w:eastAsia="宋体" w:hAnsi="宋体" w:cs="宋体"/>
          <w:color w:val="000000"/>
        </w:rPr>
        <w:t>则对折</w:t>
      </w:r>
      <w:r>
        <w:rPr>
          <w:rFonts w:ascii="Times New Roman" w:eastAsia="Times New Roman" w:hAnsi="Times New Roman" w:cs="Times New Roman"/>
          <w:color w:val="000000"/>
        </w:rPr>
        <w:t>20</w:t>
      </w:r>
      <w:r>
        <w:rPr>
          <w:rFonts w:ascii="宋体" w:eastAsia="宋体" w:hAnsi="宋体" w:cs="宋体"/>
          <w:color w:val="000000"/>
        </w:rPr>
        <w:t>次后相当于每层高度为</w:t>
      </w:r>
      <w:r>
        <w:rPr>
          <w:rFonts w:ascii="Times New Roman" w:eastAsia="Times New Roman" w:hAnsi="Times New Roman" w:cs="Times New Roman"/>
          <w:color w:val="000000"/>
        </w:rPr>
        <w:t>3</w:t>
      </w:r>
      <w:r>
        <w:rPr>
          <w:rFonts w:ascii="宋体" w:eastAsia="宋体" w:hAnsi="宋体" w:cs="宋体"/>
          <w:color w:val="000000"/>
        </w:rPr>
        <w:t>米的楼房</w:t>
      </w:r>
      <w:r>
        <w:rPr>
          <w:rFonts w:ascii="Times New Roman" w:eastAsia="Times New Roman" w:hAnsi="Times New Roman" w:cs="Times New Roman"/>
          <w:color w:val="000000"/>
        </w:rPr>
        <w:t>35</w:t>
      </w:r>
      <w:r>
        <w:rPr>
          <w:rFonts w:ascii="宋体" w:eastAsia="宋体" w:hAnsi="宋体" w:cs="宋体"/>
          <w:color w:val="000000"/>
        </w:rPr>
        <w:t>层．</w:t>
      </w:r>
    </w:p>
    <w:p>
      <w:pPr>
        <w:spacing w:line="360" w:lineRule="auto"/>
        <w:jc w:val="left"/>
        <w:textAlignment w:val="center"/>
        <w:rPr>
          <w:rFonts w:ascii="宋体" w:eastAsia="宋体" w:hAnsi="宋体" w:cs="宋体"/>
          <w:color w:val="000000"/>
        </w:rPr>
      </w:pPr>
      <w:r>
        <w:rPr>
          <w:rFonts w:ascii="宋体" w:eastAsia="宋体" w:hAnsi="宋体" w:cs="宋体"/>
          <w:color w:val="000000"/>
        </w:rPr>
        <w:t>故答案为：</w:t>
      </w:r>
      <w:r>
        <w:rPr>
          <w:rFonts w:ascii="Times New Roman" w:eastAsia="Times New Roman" w:hAnsi="Times New Roman" w:cs="Times New Roman"/>
          <w:color w:val="000000"/>
        </w:rPr>
        <w:t>35</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color w:val="000000"/>
        </w:rPr>
        <w:t>【点睛】</w:t>
      </w:r>
      <w:r>
        <w:rPr>
          <w:rFonts w:ascii="宋体" w:eastAsia="宋体" w:hAnsi="宋体" w:cs="宋体"/>
          <w:color w:val="000000"/>
        </w:rPr>
        <w:t>此题考查有理数的乘方，熟练掌握乘方的意义是解本题的关键．</w:t>
      </w:r>
    </w:p>
    <w:p>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t>三、计算题</w:t>
      </w:r>
      <w:r>
        <w:rPr>
          <w:rFonts w:ascii="Times New Roman" w:eastAsia="Times New Roman" w:hAnsi="Times New Roman" w:cs="Times New Roman"/>
          <w:b/>
          <w:color w:val="000000"/>
          <w:sz w:val="24"/>
        </w:rPr>
        <w:t xml:space="preserve"> </w:t>
      </w:r>
      <w:r>
        <w:rPr>
          <w:rFonts w:ascii="宋体" w:eastAsia="宋体" w:hAnsi="宋体" w:cs="宋体"/>
          <w:b/>
          <w:color w:val="000000"/>
          <w:sz w:val="24"/>
        </w:rPr>
        <w:t>（共</w:t>
      </w:r>
      <w:r>
        <w:rPr>
          <w:rFonts w:ascii="Times New Roman" w:eastAsia="Times New Roman" w:hAnsi="Times New Roman" w:cs="Times New Roman"/>
          <w:b/>
          <w:color w:val="000000"/>
          <w:sz w:val="24"/>
        </w:rPr>
        <w:t>18</w:t>
      </w:r>
      <w:r>
        <w:rPr>
          <w:rFonts w:ascii="宋体" w:eastAsia="宋体" w:hAnsi="宋体" w:cs="宋体"/>
          <w:b/>
          <w:color w:val="000000"/>
          <w:sz w:val="24"/>
        </w:rPr>
        <w:t>分，第</w:t>
      </w:r>
      <w:r>
        <w:rPr>
          <w:rFonts w:ascii="Times New Roman" w:eastAsia="Times New Roman" w:hAnsi="Times New Roman" w:cs="Times New Roman"/>
          <w:b/>
          <w:color w:val="000000"/>
          <w:sz w:val="24"/>
        </w:rPr>
        <w:t>19</w:t>
      </w:r>
      <w:r>
        <w:rPr>
          <w:rFonts w:ascii="宋体" w:eastAsia="宋体" w:hAnsi="宋体" w:cs="宋体"/>
          <w:b/>
          <w:color w:val="000000"/>
          <w:sz w:val="24"/>
        </w:rPr>
        <w:t>题</w:t>
      </w:r>
      <w:r>
        <w:rPr>
          <w:rFonts w:ascii="Times New Roman" w:eastAsia="Times New Roman" w:hAnsi="Times New Roman" w:cs="Times New Roman"/>
          <w:b/>
          <w:color w:val="000000"/>
          <w:sz w:val="24"/>
        </w:rPr>
        <w:t>8</w:t>
      </w:r>
      <w:r>
        <w:rPr>
          <w:rFonts w:ascii="宋体" w:eastAsia="宋体" w:hAnsi="宋体" w:cs="宋体"/>
          <w:b/>
          <w:color w:val="000000"/>
          <w:sz w:val="24"/>
        </w:rPr>
        <w:t>分，第</w:t>
      </w:r>
      <w:r>
        <w:rPr>
          <w:rFonts w:ascii="Times New Roman" w:eastAsia="Times New Roman" w:hAnsi="Times New Roman" w:cs="Times New Roman"/>
          <w:b/>
          <w:color w:val="000000"/>
          <w:sz w:val="24"/>
        </w:rPr>
        <w:t>20</w:t>
      </w:r>
      <w:r>
        <w:rPr>
          <w:rFonts w:ascii="宋体" w:eastAsia="宋体" w:hAnsi="宋体" w:cs="宋体"/>
          <w:b/>
          <w:color w:val="000000"/>
          <w:sz w:val="24"/>
        </w:rPr>
        <w:t>题</w:t>
      </w:r>
      <w:r>
        <w:rPr>
          <w:rFonts w:ascii="Times New Roman" w:eastAsia="Times New Roman" w:hAnsi="Times New Roman" w:cs="Times New Roman"/>
          <w:b/>
          <w:color w:val="000000"/>
          <w:sz w:val="24"/>
        </w:rPr>
        <w:t>10</w:t>
      </w:r>
      <w:r>
        <w:rPr>
          <w:rFonts w:ascii="宋体" w:eastAsia="宋体" w:hAnsi="宋体" w:cs="宋体"/>
          <w:b/>
          <w:color w:val="000000"/>
          <w:sz w:val="24"/>
        </w:rPr>
        <w:t>分）</w:t>
      </w:r>
    </w:p>
    <w:p>
      <w:pPr>
        <w:pStyle w:val="Heading2"/>
      </w:pPr>
      <w:r>
        <w:t>第三十九中学</w:t>
      </w:r>
    </w:p>
    <w:p>
      <w:pPr>
        <w:spacing w:line="360" w:lineRule="auto"/>
        <w:jc w:val="left"/>
        <w:textAlignment w:val="center"/>
        <w:rPr>
          <w:color w:val="000000"/>
        </w:rPr>
      </w:pPr>
      <w:r>
        <w:rPr>
          <w:color w:val="000000"/>
        </w:rPr>
        <w:t xml:space="preserve">20. </w:t>
      </w:r>
      <w:r>
        <w:rPr>
          <w:rFonts w:ascii="宋体" w:eastAsia="宋体" w:hAnsi="宋体" w:cs="宋体"/>
          <w:color w:val="000000"/>
        </w:rPr>
        <w:t>下列图案均是用长度相同的小木棒按一定的规律拼搭而成：拼搭第</w:t>
      </w:r>
      <w:r>
        <w:rPr>
          <w:rFonts w:ascii="Times New Roman" w:eastAsia="Times New Roman" w:hAnsi="Times New Roman" w:cs="Times New Roman"/>
          <w:color w:val="000000"/>
        </w:rPr>
        <w:t>1</w:t>
      </w:r>
      <w:r>
        <w:rPr>
          <w:rFonts w:ascii="宋体" w:eastAsia="宋体" w:hAnsi="宋体" w:cs="宋体"/>
          <w:color w:val="000000"/>
        </w:rPr>
        <w:t>个图案需</w:t>
      </w:r>
      <w:r>
        <w:rPr>
          <w:rFonts w:ascii="Times New Roman" w:eastAsia="Times New Roman" w:hAnsi="Times New Roman" w:cs="Times New Roman"/>
          <w:color w:val="000000"/>
        </w:rPr>
        <w:t>4</w:t>
      </w:r>
      <w:r>
        <w:rPr>
          <w:rFonts w:ascii="宋体" w:eastAsia="宋体" w:hAnsi="宋体" w:cs="宋体"/>
          <w:color w:val="000000"/>
        </w:rPr>
        <w:t>根小木棒，拼搭第</w:t>
      </w:r>
      <w:r>
        <w:rPr>
          <w:rFonts w:ascii="Times New Roman" w:eastAsia="Times New Roman" w:hAnsi="Times New Roman" w:cs="Times New Roman"/>
          <w:color w:val="000000"/>
        </w:rPr>
        <w:t>2</w:t>
      </w:r>
      <w:r>
        <w:rPr>
          <w:rFonts w:ascii="宋体" w:eastAsia="宋体" w:hAnsi="宋体" w:cs="宋体"/>
          <w:color w:val="000000"/>
        </w:rPr>
        <w:t>个图案需</w:t>
      </w:r>
      <w:r>
        <w:rPr>
          <w:rFonts w:ascii="Times New Roman" w:eastAsia="Times New Roman" w:hAnsi="Times New Roman" w:cs="Times New Roman"/>
          <w:color w:val="000000"/>
        </w:rPr>
        <w:t>10</w:t>
      </w:r>
      <w:r>
        <w:rPr>
          <w:rFonts w:ascii="宋体" w:eastAsia="宋体" w:hAnsi="宋体" w:cs="宋体"/>
          <w:color w:val="000000"/>
        </w:rPr>
        <w:t>根小木棒，……，依此规律，拼搭第</w:t>
      </w:r>
      <w:r>
        <w:rPr>
          <w:rFonts w:ascii="Times New Roman" w:eastAsia="Times New Roman" w:hAnsi="Times New Roman" w:cs="Times New Roman"/>
          <w:color w:val="000000"/>
        </w:rPr>
        <w:t>8</w:t>
      </w:r>
      <w:r>
        <w:rPr>
          <w:rFonts w:ascii="宋体" w:eastAsia="宋体" w:hAnsi="宋体" w:cs="宋体"/>
          <w:color w:val="000000"/>
        </w:rPr>
        <w:t>个图案需</w:t>
      </w:r>
      <w:r>
        <w:rPr>
          <w:color w:val="000000"/>
        </w:rPr>
        <w:t>___</w:t>
      </w:r>
      <w:r>
        <w:rPr>
          <w:rFonts w:ascii="宋体" w:eastAsia="宋体" w:hAnsi="宋体" w:cs="宋体"/>
          <w:color w:val="000000"/>
        </w:rPr>
        <w:t>根小木棒．</w:t>
      </w:r>
    </w:p>
    <w:p>
      <w:pPr>
        <w:spacing w:line="360" w:lineRule="auto"/>
        <w:jc w:val="left"/>
        <w:textAlignment w:val="center"/>
        <w:rPr>
          <w:color w:val="000000"/>
        </w:rPr>
      </w:pPr>
      <w:r>
        <w:rPr>
          <w:color w:val="000000"/>
        </w:rPr>
        <w:drawing>
          <wp:inline>
            <wp:extent cx="4419600" cy="942975"/>
            <wp:docPr id="407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8" name=""/>
                    <pic:cNvPicPr>
                      <a:picLocks noChangeAspect="1"/>
                    </pic:cNvPicPr>
                  </pic:nvPicPr>
                  <pic:blipFill>
                    <a:blip r:embed="rId305"/>
                    <a:stretch>
                      <a:fillRect/>
                    </a:stretch>
                  </pic:blipFill>
                  <pic:spPr>
                    <a:xfrm>
                      <a:off x="0" y="0"/>
                      <a:ext cx="4419600" cy="942975"/>
                    </a:xfrm>
                    <a:prstGeom prst="rect">
                      <a:avLst/>
                    </a:prstGeom>
                  </pic:spPr>
                </pic:pic>
              </a:graphicData>
            </a:graphic>
          </wp:inline>
        </w:drawing>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88</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根据前几个图形找出规律，第二个图比第一个图多</w:t>
      </w:r>
      <w:r>
        <w:rPr>
          <w:rFonts w:ascii="Times New Roman" w:eastAsia="Times New Roman" w:hAnsi="Times New Roman" w:cs="Times New Roman"/>
          <w:color w:val="000000"/>
        </w:rPr>
        <w:t>2×3</w:t>
      </w:r>
      <w:r>
        <w:rPr>
          <w:rFonts w:ascii="宋体" w:eastAsia="宋体" w:hAnsi="宋体" w:cs="宋体"/>
          <w:color w:val="000000"/>
        </w:rPr>
        <w:t>小木棍，然后整理，第三个图比第二个图多</w:t>
      </w:r>
      <w:r>
        <w:rPr>
          <w:rFonts w:ascii="Times New Roman" w:eastAsia="Times New Roman" w:hAnsi="Times New Roman" w:cs="Times New Roman"/>
          <w:color w:val="000000"/>
        </w:rPr>
        <w:t>3×3-1</w:t>
      </w:r>
      <w:r>
        <w:rPr>
          <w:rFonts w:ascii="宋体" w:eastAsia="宋体" w:hAnsi="宋体" w:cs="宋体"/>
          <w:color w:val="000000"/>
        </w:rPr>
        <w:t>根，整理，第四个图比第三个图多</w:t>
      </w:r>
      <w:r>
        <w:rPr>
          <w:rFonts w:ascii="Times New Roman" w:eastAsia="Times New Roman" w:hAnsi="Times New Roman" w:cs="Times New Roman"/>
          <w:color w:val="000000"/>
        </w:rPr>
        <w:t>4×3-2,</w:t>
      </w:r>
      <w:r>
        <w:rPr>
          <w:rFonts w:ascii="宋体" w:eastAsia="宋体" w:hAnsi="宋体" w:cs="宋体"/>
          <w:color w:val="000000"/>
        </w:rPr>
        <w:t>小木棍，第五个图比第四个图多</w:t>
      </w:r>
      <w:r>
        <w:rPr>
          <w:rFonts w:ascii="Times New Roman" w:eastAsia="Times New Roman" w:hAnsi="Times New Roman" w:cs="Times New Roman"/>
          <w:color w:val="000000"/>
        </w:rPr>
        <w:t>5×3-3</w:t>
      </w:r>
      <w:r>
        <w:rPr>
          <w:rFonts w:ascii="宋体" w:eastAsia="宋体" w:hAnsi="宋体" w:cs="宋体"/>
          <w:color w:val="000000"/>
        </w:rPr>
        <w:t>整理</w:t>
      </w:r>
      <w:r>
        <w:rPr>
          <w:rFonts w:ascii="Times New Roman" w:eastAsia="Times New Roman" w:hAnsi="Times New Roman" w:cs="Times New Roman"/>
          <w:color w:val="000000"/>
        </w:rPr>
        <w:t>...</w:t>
      </w:r>
      <w:r>
        <w:rPr>
          <w:rFonts w:ascii="宋体" w:eastAsia="宋体" w:hAnsi="宋体" w:cs="宋体"/>
          <w:color w:val="000000"/>
        </w:rPr>
        <w:t>得出规律，拼搭第</w:t>
      </w:r>
      <w:r>
        <w:rPr>
          <w:rFonts w:ascii="Times New Roman" w:eastAsia="Times New Roman" w:hAnsi="Times New Roman" w:cs="Times New Roman"/>
          <w:i/>
          <w:color w:val="000000"/>
        </w:rPr>
        <w:t>n</w:t>
      </w:r>
      <w:r>
        <w:rPr>
          <w:rFonts w:ascii="宋体" w:eastAsia="宋体" w:hAnsi="宋体" w:cs="宋体"/>
          <w:color w:val="000000"/>
        </w:rPr>
        <w:t>个图案需小木棒</w:t>
      </w:r>
      <w:r>
        <w:rPr>
          <w:rFonts w:ascii="Times New Roman" w:eastAsia="Times New Roman" w:hAnsi="Times New Roman" w:cs="Times New Roman"/>
          <w:i/>
          <w:color w:val="000000"/>
        </w:rPr>
        <w:t>n</w:t>
      </w:r>
      <w:r>
        <w:rPr>
          <w:rFonts w:ascii="宋体" w:eastAsia="宋体" w:hAnsi="宋体" w:cs="宋体"/>
          <w:color w:val="000000"/>
        </w:rPr>
        <w:t>（</w:t>
      </w:r>
      <w:r>
        <w:rPr>
          <w:rFonts w:ascii="Times New Roman" w:eastAsia="Times New Roman" w:hAnsi="Times New Roman" w:cs="Times New Roman"/>
          <w:i/>
          <w:color w:val="000000"/>
        </w:rPr>
        <w:t>n</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n</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+3</w:t>
      </w:r>
      <w:r>
        <w:rPr>
          <w:rFonts w:ascii="Times New Roman" w:eastAsia="Times New Roman" w:hAnsi="Times New Roman" w:cs="Times New Roman"/>
          <w:i/>
          <w:color w:val="000000"/>
        </w:rPr>
        <w:t>n</w:t>
      </w:r>
      <w:r>
        <w:rPr>
          <w:rFonts w:ascii="宋体" w:eastAsia="宋体" w:hAnsi="宋体" w:cs="宋体"/>
          <w:color w:val="000000"/>
        </w:rPr>
        <w:t>根，当</w:t>
      </w:r>
      <w:r>
        <w:rPr>
          <w:rFonts w:ascii="Times New Roman" w:eastAsia="Times New Roman" w:hAnsi="Times New Roman" w:cs="Times New Roman"/>
          <w:i/>
          <w:color w:val="000000"/>
        </w:rPr>
        <w:t>n</w:t>
      </w:r>
      <w:r>
        <w:rPr>
          <w:rFonts w:ascii="Times New Roman" w:eastAsia="Times New Roman" w:hAnsi="Times New Roman" w:cs="Times New Roman"/>
          <w:color w:val="000000"/>
        </w:rPr>
        <w:t>=8</w:t>
      </w:r>
      <w:r>
        <w:rPr>
          <w:rFonts w:ascii="宋体" w:eastAsia="宋体" w:hAnsi="宋体" w:cs="宋体"/>
          <w:color w:val="000000"/>
        </w:rPr>
        <w:t>是求代数式值即可．</w:t>
      </w:r>
    </w:p>
    <w:p>
      <w:pPr>
        <w:spacing w:line="360" w:lineRule="auto"/>
        <w:jc w:val="left"/>
        <w:textAlignment w:val="center"/>
        <w:rPr>
          <w:color w:val="000000"/>
        </w:rPr>
      </w:pPr>
      <w:r>
        <w:rPr>
          <w:color w:val="000000"/>
        </w:rPr>
        <w:t>【详解】</w:t>
      </w:r>
      <w:r>
        <w:rPr>
          <w:rFonts w:ascii="宋体" w:eastAsia="宋体" w:hAnsi="宋体" w:cs="宋体"/>
          <w:color w:val="000000"/>
        </w:rPr>
        <w:t>解：拼搭第</w:t>
      </w:r>
      <w:r>
        <w:rPr>
          <w:rFonts w:ascii="Times New Roman" w:eastAsia="Times New Roman" w:hAnsi="Times New Roman" w:cs="Times New Roman"/>
          <w:color w:val="000000"/>
        </w:rPr>
        <w:t>1</w:t>
      </w:r>
      <w:r>
        <w:rPr>
          <w:rFonts w:ascii="宋体" w:eastAsia="宋体" w:hAnsi="宋体" w:cs="宋体"/>
          <w:color w:val="000000"/>
        </w:rPr>
        <w:t>个图案需</w:t>
      </w:r>
      <w:r>
        <w:rPr>
          <w:rFonts w:ascii="Times New Roman" w:eastAsia="Times New Roman" w:hAnsi="Times New Roman" w:cs="Times New Roman"/>
          <w:color w:val="000000"/>
        </w:rPr>
        <w:t>4=1+3=1×</w:t>
      </w:r>
      <w:r>
        <w:rPr>
          <w:rFonts w:ascii="宋体" w:eastAsia="宋体" w:hAnsi="宋体" w:cs="宋体"/>
          <w:color w:val="000000"/>
        </w:rPr>
        <w:t>（</w:t>
      </w:r>
      <w:r>
        <w:rPr>
          <w:rFonts w:ascii="Times New Roman" w:eastAsia="Times New Roman" w:hAnsi="Times New Roman" w:cs="Times New Roman"/>
          <w:color w:val="000000"/>
        </w:rPr>
        <w:t>1+3</w:t>
      </w:r>
      <w:r>
        <w:rPr>
          <w:rFonts w:ascii="宋体" w:eastAsia="宋体" w:hAnsi="宋体" w:cs="宋体"/>
          <w:color w:val="000000"/>
        </w:rPr>
        <w:t>）根小木棒，</w:t>
      </w:r>
    </w:p>
    <w:p>
      <w:pPr>
        <w:spacing w:line="360" w:lineRule="auto"/>
        <w:jc w:val="left"/>
        <w:textAlignment w:val="center"/>
        <w:rPr>
          <w:color w:val="000000"/>
        </w:rPr>
      </w:pPr>
      <w:r>
        <w:rPr>
          <w:rFonts w:ascii="宋体" w:eastAsia="宋体" w:hAnsi="宋体" w:cs="宋体"/>
          <w:color w:val="000000"/>
        </w:rPr>
        <w:t>拼搭第</w:t>
      </w:r>
      <w:r>
        <w:rPr>
          <w:rFonts w:ascii="Times New Roman" w:eastAsia="Times New Roman" w:hAnsi="Times New Roman" w:cs="Times New Roman"/>
          <w:color w:val="000000"/>
        </w:rPr>
        <w:t>2</w:t>
      </w:r>
      <w:r>
        <w:rPr>
          <w:rFonts w:ascii="宋体" w:eastAsia="宋体" w:hAnsi="宋体" w:cs="宋体"/>
          <w:color w:val="000000"/>
        </w:rPr>
        <w:t>个图案需</w:t>
      </w:r>
      <w:r>
        <w:rPr>
          <w:rFonts w:ascii="Times New Roman" w:eastAsia="Times New Roman" w:hAnsi="Times New Roman" w:cs="Times New Roman"/>
          <w:color w:val="000000"/>
        </w:rPr>
        <w:t>10=1×</w:t>
      </w:r>
      <w:r>
        <w:rPr>
          <w:rFonts w:ascii="宋体" w:eastAsia="宋体" w:hAnsi="宋体" w:cs="宋体"/>
          <w:color w:val="000000"/>
        </w:rPr>
        <w:t>（</w:t>
      </w:r>
      <w:r>
        <w:rPr>
          <w:rFonts w:ascii="Times New Roman" w:eastAsia="Times New Roman" w:hAnsi="Times New Roman" w:cs="Times New Roman"/>
          <w:color w:val="000000"/>
        </w:rPr>
        <w:t>1+3</w:t>
      </w:r>
      <w:r>
        <w:rPr>
          <w:rFonts w:ascii="宋体" w:eastAsia="宋体" w:hAnsi="宋体" w:cs="宋体"/>
          <w:color w:val="000000"/>
        </w:rPr>
        <w:t>）</w:t>
      </w:r>
      <w:r>
        <w:rPr>
          <w:rFonts w:ascii="Times New Roman" w:eastAsia="Times New Roman" w:hAnsi="Times New Roman" w:cs="Times New Roman"/>
          <w:color w:val="000000"/>
        </w:rPr>
        <w:t>+2×3=2×</w:t>
      </w:r>
      <w:r>
        <w:rPr>
          <w:rFonts w:ascii="宋体" w:eastAsia="宋体" w:hAnsi="宋体" w:cs="宋体"/>
          <w:color w:val="000000"/>
        </w:rPr>
        <w:t>（</w:t>
      </w:r>
      <w:r>
        <w:rPr>
          <w:rFonts w:ascii="Times New Roman" w:eastAsia="Times New Roman" w:hAnsi="Times New Roman" w:cs="Times New Roman"/>
          <w:color w:val="000000"/>
        </w:rPr>
        <w:t>2+3</w:t>
      </w:r>
      <w:r>
        <w:rPr>
          <w:rFonts w:ascii="宋体" w:eastAsia="宋体" w:hAnsi="宋体" w:cs="宋体"/>
          <w:color w:val="000000"/>
        </w:rPr>
        <w:t>）根小木棒，</w:t>
      </w:r>
    </w:p>
    <w:p>
      <w:pPr>
        <w:spacing w:line="360" w:lineRule="auto"/>
        <w:jc w:val="left"/>
        <w:textAlignment w:val="center"/>
        <w:rPr>
          <w:color w:val="000000"/>
        </w:rPr>
      </w:pPr>
      <w:r>
        <w:rPr>
          <w:rFonts w:ascii="宋体" w:eastAsia="宋体" w:hAnsi="宋体" w:cs="宋体"/>
          <w:color w:val="000000"/>
        </w:rPr>
        <w:t>拼搭第</w:t>
      </w:r>
      <w:r>
        <w:rPr>
          <w:rFonts w:ascii="Times New Roman" w:eastAsia="Times New Roman" w:hAnsi="Times New Roman" w:cs="Times New Roman"/>
          <w:color w:val="000000"/>
        </w:rPr>
        <w:t>3</w:t>
      </w:r>
      <w:r>
        <w:rPr>
          <w:rFonts w:ascii="宋体" w:eastAsia="宋体" w:hAnsi="宋体" w:cs="宋体"/>
          <w:color w:val="000000"/>
        </w:rPr>
        <w:t>个图案需</w:t>
      </w:r>
      <w:r>
        <w:rPr>
          <w:rFonts w:ascii="Times New Roman" w:eastAsia="Times New Roman" w:hAnsi="Times New Roman" w:cs="Times New Roman"/>
          <w:color w:val="000000"/>
        </w:rPr>
        <w:t>18=2×</w:t>
      </w:r>
      <w:r>
        <w:rPr>
          <w:rFonts w:ascii="宋体" w:eastAsia="宋体" w:hAnsi="宋体" w:cs="宋体"/>
          <w:color w:val="000000"/>
        </w:rPr>
        <w:t>（</w:t>
      </w:r>
      <w:r>
        <w:rPr>
          <w:rFonts w:ascii="Times New Roman" w:eastAsia="Times New Roman" w:hAnsi="Times New Roman" w:cs="Times New Roman"/>
          <w:color w:val="000000"/>
        </w:rPr>
        <w:t>2+3</w:t>
      </w:r>
      <w:r>
        <w:rPr>
          <w:rFonts w:ascii="宋体" w:eastAsia="宋体" w:hAnsi="宋体" w:cs="宋体"/>
          <w:color w:val="000000"/>
        </w:rPr>
        <w:t>）</w:t>
      </w:r>
      <w:r>
        <w:rPr>
          <w:rFonts w:ascii="Times New Roman" w:eastAsia="Times New Roman" w:hAnsi="Times New Roman" w:cs="Times New Roman"/>
          <w:color w:val="000000"/>
        </w:rPr>
        <w:t>+3×3-1=3×</w:t>
      </w:r>
      <w:r>
        <w:rPr>
          <w:rFonts w:ascii="宋体" w:eastAsia="宋体" w:hAnsi="宋体" w:cs="宋体"/>
          <w:color w:val="000000"/>
        </w:rPr>
        <w:t>（</w:t>
      </w:r>
      <w:r>
        <w:rPr>
          <w:rFonts w:ascii="Times New Roman" w:eastAsia="Times New Roman" w:hAnsi="Times New Roman" w:cs="Times New Roman"/>
          <w:color w:val="000000"/>
        </w:rPr>
        <w:t>3+3</w:t>
      </w:r>
      <w:r>
        <w:rPr>
          <w:rFonts w:ascii="宋体" w:eastAsia="宋体" w:hAnsi="宋体" w:cs="宋体"/>
          <w:color w:val="000000"/>
        </w:rPr>
        <w:t>）根小木棒，</w:t>
      </w:r>
    </w:p>
    <w:p>
      <w:pPr>
        <w:spacing w:line="360" w:lineRule="auto"/>
        <w:jc w:val="left"/>
        <w:textAlignment w:val="center"/>
        <w:rPr>
          <w:color w:val="000000"/>
        </w:rPr>
      </w:pPr>
      <w:r>
        <w:rPr>
          <w:rFonts w:ascii="宋体" w:eastAsia="宋体" w:hAnsi="宋体" w:cs="宋体"/>
          <w:color w:val="000000"/>
        </w:rPr>
        <w:t>拼搭第</w:t>
      </w:r>
      <w:r>
        <w:rPr>
          <w:rFonts w:ascii="Times New Roman" w:eastAsia="Times New Roman" w:hAnsi="Times New Roman" w:cs="Times New Roman"/>
          <w:color w:val="000000"/>
        </w:rPr>
        <w:t>4</w:t>
      </w:r>
      <w:r>
        <w:rPr>
          <w:rFonts w:ascii="宋体" w:eastAsia="宋体" w:hAnsi="宋体" w:cs="宋体"/>
          <w:color w:val="000000"/>
        </w:rPr>
        <w:t>个图案需</w:t>
      </w:r>
      <w:r>
        <w:rPr>
          <w:rFonts w:ascii="Times New Roman" w:eastAsia="Times New Roman" w:hAnsi="Times New Roman" w:cs="Times New Roman"/>
          <w:color w:val="000000"/>
        </w:rPr>
        <w:t>28=3×</w:t>
      </w:r>
      <w:r>
        <w:rPr>
          <w:rFonts w:ascii="宋体" w:eastAsia="宋体" w:hAnsi="宋体" w:cs="宋体"/>
          <w:color w:val="000000"/>
        </w:rPr>
        <w:t>（</w:t>
      </w:r>
      <w:r>
        <w:rPr>
          <w:rFonts w:ascii="Times New Roman" w:eastAsia="Times New Roman" w:hAnsi="Times New Roman" w:cs="Times New Roman"/>
          <w:color w:val="000000"/>
        </w:rPr>
        <w:t>3+3</w:t>
      </w:r>
      <w:r>
        <w:rPr>
          <w:rFonts w:ascii="宋体" w:eastAsia="宋体" w:hAnsi="宋体" w:cs="宋体"/>
          <w:color w:val="000000"/>
        </w:rPr>
        <w:t>）</w:t>
      </w:r>
      <w:r>
        <w:rPr>
          <w:rFonts w:ascii="Times New Roman" w:eastAsia="Times New Roman" w:hAnsi="Times New Roman" w:cs="Times New Roman"/>
          <w:color w:val="000000"/>
        </w:rPr>
        <w:t>+4×3-2=4×</w:t>
      </w:r>
      <w:r>
        <w:rPr>
          <w:rFonts w:ascii="宋体" w:eastAsia="宋体" w:hAnsi="宋体" w:cs="宋体"/>
          <w:color w:val="000000"/>
        </w:rPr>
        <w:t>（</w:t>
      </w:r>
      <w:r>
        <w:rPr>
          <w:rFonts w:ascii="Times New Roman" w:eastAsia="Times New Roman" w:hAnsi="Times New Roman" w:cs="Times New Roman"/>
          <w:color w:val="000000"/>
        </w:rPr>
        <w:t>4+3</w:t>
      </w:r>
      <w:r>
        <w:rPr>
          <w:rFonts w:ascii="宋体" w:eastAsia="宋体" w:hAnsi="宋体" w:cs="宋体"/>
          <w:color w:val="000000"/>
        </w:rPr>
        <w:t>）根小木棒，</w:t>
      </w:r>
    </w:p>
    <w:p>
      <w:pPr>
        <w:spacing w:line="360" w:lineRule="auto"/>
        <w:jc w:val="left"/>
        <w:textAlignment w:val="center"/>
        <w:rPr>
          <w:color w:val="000000"/>
        </w:rPr>
      </w:pPr>
      <w:r>
        <w:rPr>
          <w:rFonts w:ascii="宋体" w:eastAsia="宋体" w:hAnsi="宋体" w:cs="宋体"/>
          <w:color w:val="000000"/>
        </w:rPr>
        <w:t>拼搭第</w:t>
      </w:r>
      <w:r>
        <w:rPr>
          <w:rFonts w:ascii="Times New Roman" w:eastAsia="Times New Roman" w:hAnsi="Times New Roman" w:cs="Times New Roman"/>
          <w:color w:val="000000"/>
        </w:rPr>
        <w:t>5</w:t>
      </w:r>
      <w:r>
        <w:rPr>
          <w:rFonts w:ascii="宋体" w:eastAsia="宋体" w:hAnsi="宋体" w:cs="宋体"/>
          <w:color w:val="000000"/>
        </w:rPr>
        <w:t>个图案需</w:t>
      </w:r>
      <w:r>
        <w:rPr>
          <w:rFonts w:ascii="Times New Roman" w:eastAsia="Times New Roman" w:hAnsi="Times New Roman" w:cs="Times New Roman"/>
          <w:color w:val="000000"/>
        </w:rPr>
        <w:t>40=4×</w:t>
      </w:r>
      <w:r>
        <w:rPr>
          <w:rFonts w:ascii="宋体" w:eastAsia="宋体" w:hAnsi="宋体" w:cs="宋体"/>
          <w:color w:val="000000"/>
        </w:rPr>
        <w:t>（</w:t>
      </w:r>
      <w:r>
        <w:rPr>
          <w:rFonts w:ascii="Times New Roman" w:eastAsia="Times New Roman" w:hAnsi="Times New Roman" w:cs="Times New Roman"/>
          <w:color w:val="000000"/>
        </w:rPr>
        <w:t>4+3</w:t>
      </w:r>
      <w:r>
        <w:rPr>
          <w:rFonts w:ascii="宋体" w:eastAsia="宋体" w:hAnsi="宋体" w:cs="宋体"/>
          <w:color w:val="000000"/>
        </w:rPr>
        <w:t>）</w:t>
      </w:r>
      <w:r>
        <w:rPr>
          <w:rFonts w:ascii="Times New Roman" w:eastAsia="Times New Roman" w:hAnsi="Times New Roman" w:cs="Times New Roman"/>
          <w:color w:val="000000"/>
        </w:rPr>
        <w:t>+5×3-3=5×</w:t>
      </w:r>
      <w:r>
        <w:rPr>
          <w:rFonts w:ascii="宋体" w:eastAsia="宋体" w:hAnsi="宋体" w:cs="宋体"/>
          <w:color w:val="000000"/>
        </w:rPr>
        <w:t>（</w:t>
      </w:r>
      <w:r>
        <w:rPr>
          <w:rFonts w:ascii="Times New Roman" w:eastAsia="Times New Roman" w:hAnsi="Times New Roman" w:cs="Times New Roman"/>
          <w:color w:val="000000"/>
        </w:rPr>
        <w:t>5+4</w:t>
      </w:r>
      <w:r>
        <w:rPr>
          <w:rFonts w:ascii="宋体" w:eastAsia="宋体" w:hAnsi="宋体" w:cs="宋体"/>
          <w:color w:val="000000"/>
        </w:rPr>
        <w:t>）根小木棍，</w:t>
      </w:r>
    </w:p>
    <w:p>
      <w:pPr>
        <w:spacing w:line="360" w:lineRule="auto"/>
        <w:jc w:val="left"/>
        <w:textAlignment w:val="center"/>
        <w:rPr>
          <w:color w:val="000000"/>
        </w:rPr>
      </w:pP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拼搭第</w:t>
      </w:r>
      <w:r>
        <w:rPr>
          <w:rFonts w:ascii="Times New Roman" w:eastAsia="Times New Roman" w:hAnsi="Times New Roman" w:cs="Times New Roman"/>
          <w:i/>
          <w:color w:val="000000"/>
        </w:rPr>
        <w:t>n</w:t>
      </w:r>
      <w:r>
        <w:rPr>
          <w:rFonts w:ascii="宋体" w:eastAsia="宋体" w:hAnsi="宋体" w:cs="宋体"/>
          <w:color w:val="000000"/>
        </w:rPr>
        <w:t>个图案需小木棒</w:t>
      </w:r>
      <w:r>
        <w:rPr>
          <w:rFonts w:ascii="Times New Roman" w:eastAsia="Times New Roman" w:hAnsi="Times New Roman" w:cs="Times New Roman"/>
          <w:i/>
          <w:color w:val="000000"/>
        </w:rPr>
        <w:t>n</w:t>
      </w:r>
      <w:r>
        <w:rPr>
          <w:rFonts w:ascii="宋体" w:eastAsia="宋体" w:hAnsi="宋体" w:cs="宋体"/>
          <w:color w:val="000000"/>
        </w:rPr>
        <w:t>（</w:t>
      </w:r>
      <w:r>
        <w:rPr>
          <w:rFonts w:ascii="Times New Roman" w:eastAsia="Times New Roman" w:hAnsi="Times New Roman" w:cs="Times New Roman"/>
          <w:i/>
          <w:color w:val="000000"/>
        </w:rPr>
        <w:t>n</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n</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+3</w:t>
      </w:r>
      <w:r>
        <w:rPr>
          <w:rFonts w:ascii="Times New Roman" w:eastAsia="Times New Roman" w:hAnsi="Times New Roman" w:cs="Times New Roman"/>
          <w:i/>
          <w:color w:val="000000"/>
        </w:rPr>
        <w:t>n</w:t>
      </w:r>
      <w:r>
        <w:rPr>
          <w:rFonts w:ascii="宋体" w:eastAsia="宋体" w:hAnsi="宋体" w:cs="宋体"/>
          <w:color w:val="000000"/>
        </w:rPr>
        <w:t>根，</w:t>
      </w:r>
    </w:p>
    <w:p>
      <w:pPr>
        <w:spacing w:line="360" w:lineRule="auto"/>
        <w:jc w:val="left"/>
        <w:textAlignment w:val="center"/>
        <w:rPr>
          <w:color w:val="000000"/>
        </w:rPr>
      </w:pPr>
      <w:r>
        <w:rPr>
          <w:rFonts w:ascii="宋体" w:eastAsia="宋体" w:hAnsi="宋体" w:cs="宋体"/>
          <w:color w:val="000000"/>
        </w:rPr>
        <w:t>当</w:t>
      </w:r>
      <w:r>
        <w:rPr>
          <w:rFonts w:ascii="Times New Roman" w:eastAsia="Times New Roman" w:hAnsi="Times New Roman" w:cs="Times New Roman"/>
          <w:i/>
          <w:color w:val="000000"/>
        </w:rPr>
        <w:t>n</w:t>
      </w:r>
      <w:r>
        <w:rPr>
          <w:rFonts w:ascii="Times New Roman" w:eastAsia="Times New Roman" w:hAnsi="Times New Roman" w:cs="Times New Roman"/>
          <w:color w:val="000000"/>
        </w:rPr>
        <w:t>=8</w:t>
      </w:r>
      <w:r>
        <w:rPr>
          <w:rFonts w:ascii="宋体" w:eastAsia="宋体" w:hAnsi="宋体" w:cs="宋体"/>
          <w:color w:val="000000"/>
        </w:rPr>
        <w:t>时</w:t>
      </w:r>
      <w:r>
        <w:rPr>
          <w:rFonts w:ascii="Times New Roman" w:eastAsia="Times New Roman" w:hAnsi="Times New Roman" w:cs="Times New Roman"/>
          <w:color w:val="000000"/>
        </w:rPr>
        <w:t>8</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+3×8=64+24=88</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88</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本题考查图形规律探究，列代数式，代数式求值，仔细观察图形，分析前后图形的联系，找出规律是解题关键．</w:t>
      </w:r>
    </w:p>
    <w:p>
      <w:pPr>
        <w:spacing w:line="360" w:lineRule="auto"/>
        <w:jc w:val="left"/>
        <w:textAlignment w:val="center"/>
        <w:rPr>
          <w:color w:val="000000"/>
        </w:rPr>
      </w:pPr>
      <w:r>
        <w:rPr>
          <w:rFonts w:ascii="宋体" w:eastAsia="宋体" w:hAnsi="宋体" w:cs="宋体"/>
          <w:b/>
          <w:color w:val="000000"/>
          <w:sz w:val="24"/>
        </w:rPr>
        <w:t>三、计算题</w:t>
      </w:r>
    </w:p>
    <w:p>
      <w:pPr>
        <w:pStyle w:val="Heading2"/>
      </w:pPr>
      <w:r>
        <w:t>第三十五中学</w:t>
      </w:r>
    </w:p>
    <w:p>
      <w:pPr>
        <w:spacing w:line="360" w:lineRule="auto"/>
        <w:jc w:val="left"/>
        <w:textAlignment w:val="center"/>
        <w:rPr>
          <w:rFonts w:ascii="宋体" w:eastAsia="宋体" w:hAnsi="宋体" w:cs="宋体"/>
          <w:color w:val="000000"/>
        </w:rPr>
      </w:pPr>
      <w:r>
        <w:rPr>
          <w:color w:val="000000"/>
        </w:rPr>
        <w:t xml:space="preserve">19. </w:t>
      </w:r>
      <w:r>
        <w:rPr>
          <w:rFonts w:ascii="宋体" w:eastAsia="宋体" w:hAnsi="宋体" w:cs="宋体"/>
          <w:color w:val="000000"/>
        </w:rPr>
        <w:t>我国古代《易经》一书中记载，远古时期，人们通过在绳子上打结来记录数量，即</w:t>
      </w:r>
      <w:r>
        <w:rPr>
          <w:rFonts w:ascii="Times New Roman" w:eastAsia="Times New Roman" w:hAnsi="Times New Roman" w:cs="Times New Roman"/>
          <w:color w:val="000000"/>
        </w:rPr>
        <w:t>“</w:t>
      </w:r>
      <w:r>
        <w:rPr>
          <w:rFonts w:ascii="宋体" w:eastAsia="宋体" w:hAnsi="宋体" w:cs="宋体"/>
          <w:color w:val="000000"/>
        </w:rPr>
        <w:t>结绳计数</w:t>
      </w:r>
      <w:r>
        <w:rPr>
          <w:rFonts w:ascii="Times New Roman" w:eastAsia="Times New Roman" w:hAnsi="Times New Roman" w:cs="Times New Roman"/>
          <w:color w:val="000000"/>
        </w:rPr>
        <w:t>”</w:t>
      </w:r>
      <w:r>
        <w:rPr>
          <w:rFonts w:ascii="宋体" w:eastAsia="宋体" w:hAnsi="宋体" w:cs="宋体"/>
          <w:color w:val="000000"/>
        </w:rPr>
        <w:t>．如图，一位母亲在从右到左依次排列的绳子上打结，满七进一，用来记录孩子自出生后的天数，由图可知，孩子自出生后的天数是</w:t>
      </w:r>
      <w:r>
        <w:rPr>
          <w:rFonts w:ascii="宋体" w:eastAsia="宋体" w:hAnsi="宋体" w:cs="宋体"/>
          <w:color w:val="000000"/>
        </w:rPr>
        <w:t>_____</w:t>
      </w:r>
      <w:r>
        <w:rPr>
          <w:rFonts w:ascii="宋体" w:eastAsia="宋体" w:hAnsi="宋体" w:cs="宋体"/>
          <w:color w:val="000000"/>
        </w:rPr>
        <w:t>天．</w:t>
      </w:r>
    </w:p>
    <w:p>
      <w:pPr>
        <w:spacing w:line="360" w:lineRule="auto"/>
        <w:jc w:val="left"/>
        <w:textAlignment w:val="center"/>
        <w:rPr>
          <w:color w:val="000000"/>
        </w:rPr>
      </w:pPr>
      <w:r>
        <w:rPr>
          <w:rFonts w:ascii="宋体" w:eastAsia="宋体" w:hAnsi="宋体" w:cs="宋体"/>
          <w:color w:val="000000"/>
        </w:rPr>
        <w:drawing>
          <wp:inline>
            <wp:extent cx="1438275" cy="1562100"/>
            <wp:docPr id="407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0" name=""/>
                    <pic:cNvPicPr>
                      <a:picLocks noChangeAspect="1"/>
                    </pic:cNvPicPr>
                  </pic:nvPicPr>
                  <pic:blipFill>
                    <a:blip r:embed="rId306"/>
                    <a:stretch>
                      <a:fillRect/>
                    </a:stretch>
                  </pic:blipFill>
                  <pic:spPr>
                    <a:xfrm>
                      <a:off x="0" y="0"/>
                      <a:ext cx="1438275" cy="1562100"/>
                    </a:xfrm>
                    <a:prstGeom prst="rect">
                      <a:avLst/>
                    </a:prstGeom>
                  </pic:spPr>
                </pic:pic>
              </a:graphicData>
            </a:graphic>
          </wp:inline>
        </w:drawing>
      </w:r>
    </w:p>
    <w:p>
      <w:pPr>
        <w:spacing w:line="360" w:lineRule="auto"/>
        <w:textAlignment w:val="center"/>
        <w:rPr>
          <w:rFonts w:ascii="Times New Roman" w:eastAsia="Times New Roman" w:hAnsi="Times New Roman" w:cs="Times New Roman"/>
          <w:color w:val="000000"/>
        </w:rPr>
      </w:pPr>
      <w:r>
        <w:rPr>
          <w:color w:val="2E75B6"/>
        </w:rPr>
        <w:t>【答案】</w:t>
      </w:r>
      <w:r>
        <w:rPr>
          <w:rFonts w:ascii="Times New Roman" w:eastAsia="Times New Roman" w:hAnsi="Times New Roman" w:cs="Times New Roman"/>
          <w:color w:val="000000"/>
        </w:rPr>
        <w:t>559</w:t>
      </w:r>
    </w:p>
    <w:p>
      <w:pPr>
        <w:spacing w:line="360" w:lineRule="auto"/>
        <w:textAlignment w:val="center"/>
        <w:rPr>
          <w:color w:val="000000"/>
        </w:rPr>
      </w:pPr>
      <w:r>
        <w:rPr>
          <w:color w:val="2E75B6"/>
        </w:rPr>
        <w:t>【解析】</w:t>
      </w:r>
    </w:p>
    <w:p>
      <w:pPr>
        <w:spacing w:line="360" w:lineRule="auto"/>
        <w:jc w:val="left"/>
        <w:textAlignment w:val="center"/>
        <w:rPr>
          <w:rFonts w:ascii="宋体" w:eastAsia="宋体" w:hAnsi="宋体" w:cs="宋体"/>
          <w:color w:val="000000"/>
        </w:rPr>
      </w:pPr>
      <w:r>
        <w:rPr>
          <w:color w:val="000000"/>
        </w:rPr>
        <w:t>【分析】</w:t>
      </w:r>
      <w:r>
        <w:rPr>
          <w:rFonts w:ascii="宋体" w:eastAsia="宋体" w:hAnsi="宋体" w:cs="宋体"/>
          <w:color w:val="000000"/>
        </w:rPr>
        <w:t>类比于现在我们的十进制“满十进一”，可以表示满七进一的数为：千位上的数</w:t>
      </w:r>
      <w:r>
        <w:pict>
          <v:shape id="_x0000_i721249" type="#_x0000_t75" alt="学科网(www.zxxk.com)--教育资源门户，提供试卷、教案、课件、论文、素材以及各类教学资源下载，还有大量而丰富的教学相关资讯！" style="width:30pt;height:15.75pt" o:oleicon="f" o:ole="">
            <v:imagedata r:id="rId307" o:title="eqId43b9e8a02bb2ea1e3c5a24caf98f0e97"/>
          </v:shape>
        </w:pict>
      </w:r>
      <w:r>
        <w:rPr>
          <w:rFonts w:ascii="宋体" w:eastAsia="宋体" w:hAnsi="宋体" w:cs="宋体"/>
          <w:color w:val="000000"/>
        </w:rPr>
        <w:t>百位上的数</w:t>
      </w:r>
      <w:r>
        <w:pict>
          <v:shape id="_x0000_i721250" type="#_x0000_t75" alt="学科网(www.zxxk.com)--教育资源门户，提供试卷、教案、课件、论文、素材以及各类教学资源下载，还有大量而丰富的教学相关资讯！" style="width:30pt;height:15.75pt" o:oleicon="f" o:ole="">
            <v:imagedata r:id="rId308" o:title="eqId5e6cf253773714e20f18b25c1e74c7de"/>
          </v:shape>
        </w:pict>
      </w:r>
      <w:r>
        <w:rPr>
          <w:rFonts w:ascii="宋体" w:eastAsia="宋体" w:hAnsi="宋体" w:cs="宋体"/>
          <w:color w:val="000000"/>
        </w:rPr>
        <w:t>十位上的数</w:t>
      </w:r>
      <w:r>
        <w:pict>
          <v:shape id="_x0000_i721251" type="#_x0000_t75" alt="学科网(www.zxxk.com)--教育资源门户，提供试卷、教案、课件、论文、素材以及各类教学资源下载，还有大量而丰富的教学相关资讯！" style="width:24.75pt;height:13.5pt" o:oleicon="f" o:ole="">
            <v:imagedata r:id="rId309" o:title="eqIdf98ca4029452faa881f2c1f8fa6ae779"/>
          </v:shape>
        </w:pict>
      </w:r>
      <w:r>
        <w:rPr>
          <w:rFonts w:ascii="宋体" w:eastAsia="宋体" w:hAnsi="宋体" w:cs="宋体"/>
          <w:color w:val="000000"/>
        </w:rPr>
        <w:t>个位上的数．</w:t>
      </w:r>
    </w:p>
    <w:p>
      <w:pPr>
        <w:spacing w:line="360" w:lineRule="auto"/>
        <w:jc w:val="left"/>
        <w:textAlignment w:val="center"/>
        <w:rPr>
          <w:rFonts w:ascii="宋体" w:eastAsia="宋体" w:hAnsi="宋体" w:cs="宋体"/>
          <w:color w:val="000000"/>
        </w:rPr>
      </w:pPr>
      <w:r>
        <w:rPr>
          <w:color w:val="000000"/>
        </w:rPr>
        <w:t>【详解】</w:t>
      </w:r>
      <w:r>
        <w:rPr>
          <w:rFonts w:ascii="宋体" w:eastAsia="宋体" w:hAnsi="宋体" w:cs="宋体"/>
          <w:color w:val="000000"/>
        </w:rPr>
        <w:t>解：</w:t>
      </w:r>
      <w:r>
        <w:pict>
          <v:shape id="_x0000_i721252" type="#_x0000_t75" alt="学科网(www.zxxk.com)--教育资源门户，提供试卷、教案、课件、论文、素材以及各类教学资源下载，还有大量而丰富的教学相关资讯！" style="width:130pt;height:15pt" o:oleicon="f" o:ole="">
            <v:imagedata r:id="rId310" o:title="eqId3f803edb076627690c9a5af8e1f9f334"/>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故答案为：</w:t>
      </w:r>
      <w:r>
        <w:rPr>
          <w:rFonts w:ascii="Times New Roman" w:eastAsia="Times New Roman" w:hAnsi="Times New Roman" w:cs="Times New Roman"/>
          <w:color w:val="000000"/>
        </w:rPr>
        <w:t>559</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color w:val="000000"/>
        </w:rPr>
        <w:t>【点睛】</w:t>
      </w:r>
      <w:r>
        <w:rPr>
          <w:rFonts w:ascii="宋体" w:eastAsia="宋体" w:hAnsi="宋体" w:cs="宋体"/>
          <w:color w:val="000000"/>
        </w:rPr>
        <w:t>本题是以古代“结绳计数”为背景，按满七进一计算自孩子出生后的天数，运用了类比的方法，解题的关键是根据图中的点列式计算；本题题型新颖，一方面让学生了解了古代的数学知识，另一方面也考查了学生的思维能力．</w:t>
      </w:r>
    </w:p>
    <w:p>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t>三、计算题（每题</w:t>
      </w:r>
      <w:r>
        <w:rPr>
          <w:rFonts w:ascii="Times New Roman" w:eastAsia="Times New Roman" w:hAnsi="Times New Roman" w:cs="Times New Roman"/>
          <w:b/>
          <w:color w:val="000000"/>
          <w:sz w:val="24"/>
        </w:rPr>
        <w:t>4</w:t>
      </w:r>
      <w:r>
        <w:rPr>
          <w:rFonts w:ascii="宋体" w:eastAsia="宋体" w:hAnsi="宋体" w:cs="宋体"/>
          <w:b/>
          <w:color w:val="000000"/>
          <w:sz w:val="24"/>
        </w:rPr>
        <w:t>分，共</w:t>
      </w:r>
      <w:r>
        <w:rPr>
          <w:rFonts w:ascii="Times New Roman" w:eastAsia="Times New Roman" w:hAnsi="Times New Roman" w:cs="Times New Roman"/>
          <w:b/>
          <w:color w:val="000000"/>
          <w:sz w:val="24"/>
        </w:rPr>
        <w:t>16</w:t>
      </w:r>
      <w:r>
        <w:rPr>
          <w:rFonts w:ascii="宋体" w:eastAsia="宋体" w:hAnsi="宋体" w:cs="宋体"/>
          <w:b/>
          <w:color w:val="000000"/>
          <w:sz w:val="24"/>
        </w:rPr>
        <w:t>分）</w:t>
      </w:r>
    </w:p>
    <w:p>
      <w:pPr>
        <w:pStyle w:val="Heading2"/>
      </w:pPr>
      <w:r>
        <w:t>第八十中学管庄分校</w:t>
      </w:r>
    </w:p>
    <w:p>
      <w:pPr>
        <w:spacing w:line="360" w:lineRule="auto"/>
        <w:jc w:val="left"/>
        <w:textAlignment w:val="center"/>
        <w:rPr>
          <w:color w:val="000000"/>
        </w:rPr>
      </w:pPr>
      <w:r>
        <w:rPr>
          <w:color w:val="000000"/>
        </w:rPr>
        <w:t xml:space="preserve">16. </w:t>
      </w:r>
      <w:r>
        <w:rPr>
          <w:rFonts w:ascii="宋体" w:eastAsia="宋体" w:hAnsi="宋体" w:cs="宋体"/>
          <w:color w:val="000000"/>
        </w:rPr>
        <w:t>某企业有</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两条加工相同原材料的生产线．在一天内，</w:t>
      </w:r>
      <w:r>
        <w:rPr>
          <w:rFonts w:ascii="Times New Roman" w:eastAsia="Times New Roman" w:hAnsi="Times New Roman" w:cs="Times New Roman"/>
          <w:i/>
          <w:color w:val="000000"/>
        </w:rPr>
        <w:t>A</w:t>
      </w:r>
      <w:r>
        <w:rPr>
          <w:rFonts w:ascii="宋体" w:eastAsia="宋体" w:hAnsi="宋体" w:cs="宋体"/>
          <w:color w:val="000000"/>
        </w:rPr>
        <w:t>生产线共加工</w:t>
      </w:r>
      <w:r>
        <w:rPr>
          <w:rFonts w:ascii="Times New Roman" w:eastAsia="Times New Roman" w:hAnsi="Times New Roman" w:cs="Times New Roman"/>
          <w:i/>
          <w:color w:val="000000"/>
        </w:rPr>
        <w:t>a</w:t>
      </w:r>
      <w:r>
        <w:rPr>
          <w:rFonts w:ascii="宋体" w:eastAsia="宋体" w:hAnsi="宋体" w:cs="宋体"/>
          <w:color w:val="000000"/>
        </w:rPr>
        <w:t>吨原材料，加工时间为（</w:t>
      </w:r>
      <w:r>
        <w:rPr>
          <w:rFonts w:ascii="Times New Roman" w:eastAsia="Times New Roman" w:hAnsi="Times New Roman" w:cs="Times New Roman"/>
          <w:color w:val="000000"/>
        </w:rPr>
        <w:t>4</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）小时；在一天内，</w:t>
      </w:r>
      <w:r>
        <w:rPr>
          <w:rFonts w:ascii="Times New Roman" w:eastAsia="Times New Roman" w:hAnsi="Times New Roman" w:cs="Times New Roman"/>
          <w:i/>
          <w:color w:val="000000"/>
        </w:rPr>
        <w:t>B</w:t>
      </w:r>
      <w:r>
        <w:rPr>
          <w:rFonts w:ascii="宋体" w:eastAsia="宋体" w:hAnsi="宋体" w:cs="宋体"/>
          <w:color w:val="000000"/>
        </w:rPr>
        <w:t>生产线共加工</w:t>
      </w:r>
      <w:r>
        <w:rPr>
          <w:rFonts w:ascii="Times New Roman" w:eastAsia="Times New Roman" w:hAnsi="Times New Roman" w:cs="Times New Roman"/>
          <w:i/>
          <w:color w:val="000000"/>
        </w:rPr>
        <w:t>b</w:t>
      </w:r>
      <w:r>
        <w:rPr>
          <w:rFonts w:ascii="宋体" w:eastAsia="宋体" w:hAnsi="宋体" w:cs="宋体"/>
          <w:color w:val="000000"/>
        </w:rPr>
        <w:t>吨原材料，加工时间为（</w:t>
      </w:r>
      <w:r>
        <w:rPr>
          <w:rFonts w:ascii="Times New Roman" w:eastAsia="Times New Roman" w:hAnsi="Times New Roman" w:cs="Times New Roman"/>
          <w:color w:val="000000"/>
        </w:rPr>
        <w:t>2</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）小时．该企业计划将</w:t>
      </w:r>
      <w:r>
        <w:rPr>
          <w:rFonts w:ascii="Times New Roman" w:eastAsia="Times New Roman" w:hAnsi="Times New Roman" w:cs="Times New Roman"/>
          <w:color w:val="000000"/>
        </w:rPr>
        <w:t>5</w:t>
      </w:r>
      <w:r>
        <w:rPr>
          <w:rFonts w:ascii="宋体" w:eastAsia="宋体" w:hAnsi="宋体" w:cs="宋体"/>
          <w:color w:val="000000"/>
        </w:rPr>
        <w:t>吨原材料分配到</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两条生产线，两条生产线都在一天内完成了加工．若分配到</w:t>
      </w:r>
      <w:r>
        <w:rPr>
          <w:rFonts w:ascii="Times New Roman" w:eastAsia="Times New Roman" w:hAnsi="Times New Roman" w:cs="Times New Roman"/>
          <w:i/>
          <w:color w:val="000000"/>
        </w:rPr>
        <w:t>A</w:t>
      </w:r>
      <w:r>
        <w:rPr>
          <w:rFonts w:ascii="宋体" w:eastAsia="宋体" w:hAnsi="宋体" w:cs="宋体"/>
          <w:color w:val="000000"/>
        </w:rPr>
        <w:t>生产线</w:t>
      </w:r>
      <w:r>
        <w:rPr>
          <w:rFonts w:ascii="Times New Roman" w:eastAsia="Times New Roman" w:hAnsi="Times New Roman" w:cs="Times New Roman"/>
          <w:color w:val="000000"/>
        </w:rPr>
        <w:t>1.8</w:t>
      </w:r>
      <w:r>
        <w:rPr>
          <w:rFonts w:ascii="宋体" w:eastAsia="宋体" w:hAnsi="宋体" w:cs="宋体"/>
          <w:color w:val="000000"/>
        </w:rPr>
        <w:t>吨，分配到</w:t>
      </w:r>
      <w:r>
        <w:rPr>
          <w:rFonts w:ascii="Times New Roman" w:eastAsia="Times New Roman" w:hAnsi="Times New Roman" w:cs="Times New Roman"/>
          <w:i/>
          <w:color w:val="000000"/>
        </w:rPr>
        <w:t>B</w:t>
      </w:r>
      <w:r>
        <w:rPr>
          <w:rFonts w:ascii="宋体" w:eastAsia="宋体" w:hAnsi="宋体" w:cs="宋体"/>
          <w:color w:val="000000"/>
        </w:rPr>
        <w:t>生产线</w:t>
      </w:r>
      <w:r>
        <w:rPr>
          <w:rFonts w:ascii="Times New Roman" w:eastAsia="Times New Roman" w:hAnsi="Times New Roman" w:cs="Times New Roman"/>
          <w:color w:val="000000"/>
        </w:rPr>
        <w:t>3.2</w:t>
      </w:r>
      <w:r>
        <w:rPr>
          <w:rFonts w:ascii="宋体" w:eastAsia="宋体" w:hAnsi="宋体" w:cs="宋体"/>
          <w:color w:val="000000"/>
        </w:rPr>
        <w:t>吨，两条生产线同时开工，则该企业的加工时间为</w:t>
      </w:r>
      <w:r>
        <w:rPr>
          <w:color w:val="000000"/>
        </w:rPr>
        <w:t>___</w:t>
      </w:r>
      <w:r>
        <w:rPr>
          <w:rFonts w:ascii="宋体" w:eastAsia="宋体" w:hAnsi="宋体" w:cs="宋体"/>
          <w:color w:val="000000"/>
        </w:rPr>
        <w:t>小时；若要使该企业加工这</w:t>
      </w:r>
      <w:r>
        <w:rPr>
          <w:rFonts w:ascii="Times New Roman" w:eastAsia="Times New Roman" w:hAnsi="Times New Roman" w:cs="Times New Roman"/>
          <w:color w:val="000000"/>
        </w:rPr>
        <w:t>5</w:t>
      </w:r>
      <w:r>
        <w:rPr>
          <w:rFonts w:ascii="宋体" w:eastAsia="宋体" w:hAnsi="宋体" w:cs="宋体"/>
          <w:color w:val="000000"/>
        </w:rPr>
        <w:t>吨原材料的时间最短，则分配到</w:t>
      </w:r>
      <w:r>
        <w:rPr>
          <w:rFonts w:ascii="Times New Roman" w:eastAsia="Times New Roman" w:hAnsi="Times New Roman" w:cs="Times New Roman"/>
          <w:i/>
          <w:color w:val="000000"/>
        </w:rPr>
        <w:t>A</w:t>
      </w:r>
      <w:r>
        <w:rPr>
          <w:rFonts w:ascii="宋体" w:eastAsia="宋体" w:hAnsi="宋体" w:cs="宋体"/>
          <w:color w:val="000000"/>
        </w:rPr>
        <w:t>生产线</w:t>
      </w:r>
      <w:r>
        <w:rPr>
          <w:color w:val="000000"/>
        </w:rPr>
        <w:t>___</w:t>
      </w:r>
      <w:r>
        <w:rPr>
          <w:rFonts w:ascii="宋体" w:eastAsia="宋体" w:hAnsi="宋体" w:cs="宋体"/>
          <w:color w:val="000000"/>
        </w:rPr>
        <w:t>吨．说明：该企业的加工时间为从由生产线开始加工到两条生产线都停止加工的时间．</w:t>
      </w:r>
    </w:p>
    <w:p>
      <w:pPr>
        <w:spacing w:line="360" w:lineRule="auto"/>
        <w:textAlignment w:val="center"/>
        <w:rPr>
          <w:color w:val="000000"/>
        </w:rPr>
      </w:pPr>
      <w:r>
        <w:rPr>
          <w:color w:val="2E75B6"/>
        </w:rPr>
        <w:t>【答案】</w:t>
      </w:r>
      <w:r>
        <w:rPr>
          <w:color w:val="000000"/>
        </w:rPr>
        <w:t xml:space="preserve">    ①. </w:t>
      </w:r>
      <w:r>
        <w:rPr>
          <w:rFonts w:ascii="Times New Roman" w:eastAsia="Times New Roman" w:hAnsi="Times New Roman" w:cs="Times New Roman"/>
          <w:color w:val="000000"/>
        </w:rPr>
        <w:t>9.4</w:t>
      </w:r>
      <w:r>
        <w:rPr>
          <w:color w:val="000000"/>
        </w:rPr>
        <w:t xml:space="preserve">    ②. </w:t>
      </w:r>
      <w:r>
        <w:rPr>
          <w:rFonts w:ascii="Times New Roman" w:eastAsia="Times New Roman" w:hAnsi="Times New Roman" w:cs="Times New Roman"/>
          <w:color w:val="000000"/>
        </w:rPr>
        <w:t>2</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）把</w:t>
      </w:r>
      <w:r>
        <w:rPr>
          <w:rFonts w:ascii="Times New Roman" w:eastAsia="Times New Roman" w:hAnsi="Times New Roman" w:cs="Times New Roman"/>
          <w:i/>
          <w:color w:val="000000"/>
        </w:rPr>
        <w:t>a</w:t>
      </w:r>
      <w:r>
        <w:rPr>
          <w:rFonts w:ascii="Times New Roman" w:eastAsia="Times New Roman" w:hAnsi="Times New Roman" w:cs="Times New Roman"/>
          <w:color w:val="000000"/>
        </w:rPr>
        <w:t>=1.8</w:t>
      </w:r>
      <w:r>
        <w:rPr>
          <w:rFonts w:ascii="宋体" w:eastAsia="宋体" w:hAnsi="宋体" w:cs="宋体"/>
          <w:color w:val="000000"/>
        </w:rPr>
        <w:t>，</w:t>
      </w:r>
      <w:r>
        <w:rPr>
          <w:rFonts w:ascii="Times New Roman" w:eastAsia="Times New Roman" w:hAnsi="Times New Roman" w:cs="Times New Roman"/>
          <w:i/>
          <w:color w:val="000000"/>
        </w:rPr>
        <w:t>b</w:t>
      </w:r>
      <w:r>
        <w:rPr>
          <w:rFonts w:ascii="Times New Roman" w:eastAsia="Times New Roman" w:hAnsi="Times New Roman" w:cs="Times New Roman"/>
          <w:color w:val="000000"/>
        </w:rPr>
        <w:t>=3.2</w:t>
      </w:r>
      <w:r>
        <w:rPr>
          <w:rFonts w:ascii="宋体" w:eastAsia="宋体" w:hAnsi="宋体" w:cs="宋体"/>
          <w:color w:val="000000"/>
        </w:rPr>
        <w:t>分别代入</w:t>
      </w:r>
      <w:r>
        <w:rPr>
          <w:rFonts w:ascii="Times New Roman" w:eastAsia="Times New Roman" w:hAnsi="Times New Roman" w:cs="Times New Roman"/>
          <w:color w:val="000000"/>
        </w:rPr>
        <w:t>4</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和</w:t>
      </w:r>
      <w:r>
        <w:rPr>
          <w:rFonts w:ascii="Times New Roman" w:eastAsia="Times New Roman" w:hAnsi="Times New Roman" w:cs="Times New Roman"/>
          <w:color w:val="000000"/>
        </w:rPr>
        <w:t>2</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，比较即可得答案；</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）设分配到</w:t>
      </w:r>
      <w:r>
        <w:rPr>
          <w:rFonts w:ascii="Times New Roman" w:eastAsia="Times New Roman" w:hAnsi="Times New Roman" w:cs="Times New Roman"/>
          <w:i/>
          <w:color w:val="000000"/>
        </w:rPr>
        <w:t>A</w:t>
      </w:r>
      <w:r>
        <w:rPr>
          <w:rFonts w:ascii="宋体" w:eastAsia="宋体" w:hAnsi="宋体" w:cs="宋体"/>
          <w:color w:val="000000"/>
        </w:rPr>
        <w:t>生产线</w:t>
      </w:r>
      <w:r>
        <w:rPr>
          <w:rFonts w:ascii="Times New Roman" w:eastAsia="Times New Roman" w:hAnsi="Times New Roman" w:cs="Times New Roman"/>
          <w:i/>
          <w:color w:val="000000"/>
        </w:rPr>
        <w:t>x</w:t>
      </w:r>
      <w:r>
        <w:rPr>
          <w:rFonts w:ascii="宋体" w:eastAsia="宋体" w:hAnsi="宋体" w:cs="宋体"/>
          <w:color w:val="000000"/>
        </w:rPr>
        <w:t>吨，则分配到</w:t>
      </w:r>
      <w:r>
        <w:rPr>
          <w:rFonts w:ascii="Times New Roman" w:eastAsia="Times New Roman" w:hAnsi="Times New Roman" w:cs="Times New Roman"/>
          <w:i/>
          <w:color w:val="000000"/>
        </w:rPr>
        <w:t>B</w:t>
      </w:r>
      <w:r>
        <w:rPr>
          <w:rFonts w:ascii="宋体" w:eastAsia="宋体" w:hAnsi="宋体" w:cs="宋体"/>
          <w:color w:val="000000"/>
        </w:rPr>
        <w:t>生产线（</w:t>
      </w:r>
      <w:r>
        <w:rPr>
          <w:rFonts w:ascii="Times New Roman" w:eastAsia="Times New Roman" w:hAnsi="Times New Roman" w:cs="Times New Roman"/>
          <w:color w:val="000000"/>
        </w:rPr>
        <w:t>5-</w:t>
      </w:r>
      <w:r>
        <w:rPr>
          <w:rFonts w:ascii="Times New Roman" w:eastAsia="Times New Roman" w:hAnsi="Times New Roman" w:cs="Times New Roman"/>
          <w:i/>
          <w:color w:val="000000"/>
        </w:rPr>
        <w:t>x</w:t>
      </w:r>
      <w:r>
        <w:rPr>
          <w:rFonts w:ascii="宋体" w:eastAsia="宋体" w:hAnsi="宋体" w:cs="宋体"/>
          <w:color w:val="000000"/>
        </w:rPr>
        <w:t>）吨，要使加工这</w:t>
      </w:r>
      <w:r>
        <w:rPr>
          <w:rFonts w:ascii="Times New Roman" w:eastAsia="Times New Roman" w:hAnsi="Times New Roman" w:cs="Times New Roman"/>
          <w:color w:val="000000"/>
        </w:rPr>
        <w:t>5</w:t>
      </w:r>
      <w:r>
        <w:rPr>
          <w:rFonts w:ascii="宋体" w:eastAsia="宋体" w:hAnsi="宋体" w:cs="宋体"/>
          <w:color w:val="000000"/>
        </w:rPr>
        <w:t>吨原材料的时间最短，则两个生产线要同时停止加工，据此列方程求出</w:t>
      </w:r>
      <w:r>
        <w:rPr>
          <w:rFonts w:ascii="Times New Roman" w:eastAsia="Times New Roman" w:hAnsi="Times New Roman" w:cs="Times New Roman"/>
          <w:color w:val="000000"/>
        </w:rPr>
        <w:t>x</w:t>
      </w:r>
      <w:r>
        <w:rPr>
          <w:rFonts w:ascii="宋体" w:eastAsia="宋体" w:hAnsi="宋体" w:cs="宋体"/>
          <w:color w:val="000000"/>
        </w:rPr>
        <w:t>的值即可得答案．</w:t>
      </w:r>
    </w:p>
    <w:p>
      <w:pPr>
        <w:spacing w:line="360" w:lineRule="auto"/>
        <w:jc w:val="left"/>
        <w:textAlignment w:val="center"/>
        <w:rPr>
          <w:color w:val="000000"/>
        </w:rPr>
      </w:pPr>
      <w:r>
        <w:rPr>
          <w:color w:val="000000"/>
        </w:rPr>
        <w:t>【详解】</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）∵分配到</w:t>
      </w:r>
      <w:r>
        <w:rPr>
          <w:rFonts w:ascii="Times New Roman" w:eastAsia="Times New Roman" w:hAnsi="Times New Roman" w:cs="Times New Roman"/>
          <w:i/>
          <w:color w:val="000000"/>
        </w:rPr>
        <w:t>A</w:t>
      </w:r>
      <w:r>
        <w:rPr>
          <w:rFonts w:ascii="宋体" w:eastAsia="宋体" w:hAnsi="宋体" w:cs="宋体"/>
          <w:color w:val="000000"/>
        </w:rPr>
        <w:t>生产线</w:t>
      </w:r>
      <w:r>
        <w:rPr>
          <w:rFonts w:ascii="Times New Roman" w:eastAsia="Times New Roman" w:hAnsi="Times New Roman" w:cs="Times New Roman"/>
          <w:color w:val="000000"/>
        </w:rPr>
        <w:t>1.8</w:t>
      </w:r>
      <w:r>
        <w:rPr>
          <w:rFonts w:ascii="宋体" w:eastAsia="宋体" w:hAnsi="宋体" w:cs="宋体"/>
          <w:color w:val="000000"/>
        </w:rPr>
        <w:t>吨，分配到</w:t>
      </w:r>
      <w:r>
        <w:rPr>
          <w:rFonts w:ascii="Times New Roman" w:eastAsia="Times New Roman" w:hAnsi="Times New Roman" w:cs="Times New Roman"/>
          <w:i/>
          <w:color w:val="000000"/>
        </w:rPr>
        <w:t>B</w:t>
      </w:r>
      <w:r>
        <w:rPr>
          <w:rFonts w:ascii="宋体" w:eastAsia="宋体" w:hAnsi="宋体" w:cs="宋体"/>
          <w:color w:val="000000"/>
        </w:rPr>
        <w:t>生产线</w:t>
      </w:r>
      <w:r>
        <w:rPr>
          <w:rFonts w:ascii="Times New Roman" w:eastAsia="Times New Roman" w:hAnsi="Times New Roman" w:cs="Times New Roman"/>
          <w:color w:val="000000"/>
        </w:rPr>
        <w:t>3.2</w:t>
      </w:r>
      <w:r>
        <w:rPr>
          <w:rFonts w:ascii="宋体" w:eastAsia="宋体" w:hAnsi="宋体" w:cs="宋体"/>
          <w:color w:val="000000"/>
        </w:rPr>
        <w:t>吨，</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生产线加工时间为</w:t>
      </w:r>
      <w:r>
        <w:rPr>
          <w:rFonts w:ascii="Times New Roman" w:eastAsia="Times New Roman" w:hAnsi="Times New Roman" w:cs="Times New Roman"/>
          <w:color w:val="000000"/>
        </w:rPr>
        <w:t>4×1.8+1=8.2</w:t>
      </w:r>
      <w:r>
        <w:rPr>
          <w:rFonts w:ascii="宋体" w:eastAsia="宋体" w:hAnsi="宋体" w:cs="宋体"/>
          <w:color w:val="000000"/>
        </w:rPr>
        <w:t>（小时），</w:t>
      </w:r>
      <w:r>
        <w:rPr>
          <w:rFonts w:ascii="Times New Roman" w:eastAsia="Times New Roman" w:hAnsi="Times New Roman" w:cs="Times New Roman"/>
          <w:i/>
          <w:color w:val="000000"/>
        </w:rPr>
        <w:t>B</w:t>
      </w:r>
      <w:r>
        <w:rPr>
          <w:rFonts w:ascii="宋体" w:eastAsia="宋体" w:hAnsi="宋体" w:cs="宋体"/>
          <w:color w:val="000000"/>
        </w:rPr>
        <w:t>生产线加工时间为</w:t>
      </w:r>
      <w:r>
        <w:rPr>
          <w:rFonts w:ascii="Times New Roman" w:eastAsia="Times New Roman" w:hAnsi="Times New Roman" w:cs="Times New Roman"/>
          <w:color w:val="000000"/>
        </w:rPr>
        <w:t>2×3.2+3=9.4</w:t>
      </w:r>
      <w:r>
        <w:rPr>
          <w:rFonts w:ascii="宋体" w:eastAsia="宋体" w:hAnsi="宋体" w:cs="宋体"/>
          <w:color w:val="000000"/>
        </w:rPr>
        <w:t>（小时），</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8.2&lt;9.4</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∴该企业的加工时间为</w:t>
      </w:r>
      <w:r>
        <w:rPr>
          <w:rFonts w:ascii="Times New Roman" w:eastAsia="Times New Roman" w:hAnsi="Times New Roman" w:cs="Times New Roman"/>
          <w:color w:val="000000"/>
        </w:rPr>
        <w:t>9.4</w:t>
      </w:r>
      <w:r>
        <w:rPr>
          <w:rFonts w:ascii="宋体" w:eastAsia="宋体" w:hAnsi="宋体" w:cs="宋体"/>
          <w:color w:val="000000"/>
        </w:rPr>
        <w:t>小时，</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9.4</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）设分配到</w:t>
      </w:r>
      <w:r>
        <w:rPr>
          <w:rFonts w:ascii="Times New Roman" w:eastAsia="Times New Roman" w:hAnsi="Times New Roman" w:cs="Times New Roman"/>
          <w:i/>
          <w:color w:val="000000"/>
        </w:rPr>
        <w:t>A</w:t>
      </w:r>
      <w:r>
        <w:rPr>
          <w:rFonts w:ascii="宋体" w:eastAsia="宋体" w:hAnsi="宋体" w:cs="宋体"/>
          <w:color w:val="000000"/>
        </w:rPr>
        <w:t>生产线</w:t>
      </w:r>
      <w:r>
        <w:rPr>
          <w:rFonts w:ascii="Times New Roman" w:eastAsia="Times New Roman" w:hAnsi="Times New Roman" w:cs="Times New Roman"/>
          <w:i/>
          <w:color w:val="000000"/>
        </w:rPr>
        <w:t>x</w:t>
      </w:r>
      <w:r>
        <w:rPr>
          <w:rFonts w:ascii="宋体" w:eastAsia="宋体" w:hAnsi="宋体" w:cs="宋体"/>
          <w:color w:val="000000"/>
        </w:rPr>
        <w:t>吨，则分配到</w:t>
      </w:r>
      <w:r>
        <w:rPr>
          <w:rFonts w:ascii="Times New Roman" w:eastAsia="Times New Roman" w:hAnsi="Times New Roman" w:cs="Times New Roman"/>
          <w:i/>
          <w:color w:val="000000"/>
        </w:rPr>
        <w:t>B</w:t>
      </w:r>
      <w:r>
        <w:rPr>
          <w:rFonts w:ascii="宋体" w:eastAsia="宋体" w:hAnsi="宋体" w:cs="宋体"/>
          <w:color w:val="000000"/>
        </w:rPr>
        <w:t>生产线（</w:t>
      </w:r>
      <w:r>
        <w:rPr>
          <w:rFonts w:ascii="Times New Roman" w:eastAsia="Times New Roman" w:hAnsi="Times New Roman" w:cs="Times New Roman"/>
          <w:color w:val="000000"/>
        </w:rPr>
        <w:t>5-</w:t>
      </w:r>
      <w:r>
        <w:rPr>
          <w:rFonts w:ascii="Times New Roman" w:eastAsia="Times New Roman" w:hAnsi="Times New Roman" w:cs="Times New Roman"/>
          <w:i/>
          <w:color w:val="000000"/>
        </w:rPr>
        <w:t>x</w:t>
      </w:r>
      <w:r>
        <w:rPr>
          <w:rFonts w:ascii="宋体" w:eastAsia="宋体" w:hAnsi="宋体" w:cs="宋体"/>
          <w:color w:val="000000"/>
        </w:rPr>
        <w:t>）吨，</w:t>
      </w:r>
    </w:p>
    <w:p>
      <w:pPr>
        <w:spacing w:line="360" w:lineRule="auto"/>
        <w:jc w:val="left"/>
        <w:textAlignment w:val="center"/>
        <w:rPr>
          <w:color w:val="000000"/>
        </w:rPr>
      </w:pPr>
      <w:r>
        <w:rPr>
          <w:rFonts w:ascii="宋体" w:eastAsia="宋体" w:hAnsi="宋体" w:cs="宋体"/>
          <w:color w:val="000000"/>
        </w:rPr>
        <w:t>∵加工这</w:t>
      </w:r>
      <w:r>
        <w:rPr>
          <w:rFonts w:ascii="Times New Roman" w:eastAsia="Times New Roman" w:hAnsi="Times New Roman" w:cs="Times New Roman"/>
          <w:color w:val="000000"/>
        </w:rPr>
        <w:t>5</w:t>
      </w:r>
      <w:r>
        <w:rPr>
          <w:rFonts w:ascii="宋体" w:eastAsia="宋体" w:hAnsi="宋体" w:cs="宋体"/>
          <w:color w:val="000000"/>
        </w:rPr>
        <w:t>吨原材料的时间最短，</w:t>
      </w:r>
    </w:p>
    <w:p>
      <w:pPr>
        <w:spacing w:line="360" w:lineRule="auto"/>
        <w:jc w:val="left"/>
        <w:textAlignment w:val="center"/>
        <w:rPr>
          <w:color w:val="000000"/>
        </w:rPr>
      </w:pPr>
      <w:r>
        <w:rPr>
          <w:rFonts w:ascii="宋体" w:eastAsia="宋体" w:hAnsi="宋体" w:cs="宋体"/>
          <w:color w:val="000000"/>
        </w:rPr>
        <w:t>∴两个生产线要同时停止加工，</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Times New Roman" w:eastAsia="Times New Roman" w:hAnsi="Times New Roman" w:cs="Times New Roman"/>
          <w:i/>
          <w:color w:val="000000"/>
        </w:rPr>
        <w:t>x</w:t>
      </w:r>
      <w:r>
        <w:rPr>
          <w:rFonts w:ascii="Times New Roman" w:eastAsia="Times New Roman" w:hAnsi="Times New Roman" w:cs="Times New Roman"/>
          <w:color w:val="000000"/>
        </w:rPr>
        <w:t>+1=2(5-</w:t>
      </w:r>
      <w:r>
        <w:rPr>
          <w:rFonts w:ascii="Times New Roman" w:eastAsia="Times New Roman" w:hAnsi="Times New Roman" w:cs="Times New Roman"/>
          <w:i/>
          <w:color w:val="000000"/>
        </w:rPr>
        <w:t>x</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去括号得：</w:t>
      </w:r>
      <w:r>
        <w:rPr>
          <w:rFonts w:ascii="Times New Roman" w:eastAsia="Times New Roman" w:hAnsi="Times New Roman" w:cs="Times New Roman"/>
          <w:color w:val="000000"/>
        </w:rPr>
        <w:t>4</w:t>
      </w:r>
      <w:r>
        <w:rPr>
          <w:rFonts w:ascii="Times New Roman" w:eastAsia="Times New Roman" w:hAnsi="Times New Roman" w:cs="Times New Roman"/>
          <w:i/>
          <w:color w:val="000000"/>
        </w:rPr>
        <w:t>x</w:t>
      </w:r>
      <w:r>
        <w:rPr>
          <w:rFonts w:ascii="Times New Roman" w:eastAsia="Times New Roman" w:hAnsi="Times New Roman" w:cs="Times New Roman"/>
          <w:color w:val="000000"/>
        </w:rPr>
        <w:t>+1=10-2</w:t>
      </w:r>
      <w:r>
        <w:rPr>
          <w:rFonts w:ascii="Times New Roman" w:eastAsia="Times New Roman" w:hAnsi="Times New Roman" w:cs="Times New Roman"/>
          <w:i/>
          <w:color w:val="000000"/>
        </w:rPr>
        <w:t>x</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移项、合并得：</w:t>
      </w:r>
      <w:r>
        <w:rPr>
          <w:rFonts w:ascii="Times New Roman" w:eastAsia="Times New Roman" w:hAnsi="Times New Roman" w:cs="Times New Roman"/>
          <w:color w:val="000000"/>
        </w:rPr>
        <w:t>6</w:t>
      </w:r>
      <w:r>
        <w:rPr>
          <w:rFonts w:ascii="Times New Roman" w:eastAsia="Times New Roman" w:hAnsi="Times New Roman" w:cs="Times New Roman"/>
          <w:i/>
          <w:color w:val="000000"/>
        </w:rPr>
        <w:t>x</w:t>
      </w:r>
      <w:r>
        <w:rPr>
          <w:rFonts w:ascii="Times New Roman" w:eastAsia="Times New Roman" w:hAnsi="Times New Roman" w:cs="Times New Roman"/>
          <w:color w:val="000000"/>
        </w:rPr>
        <w:t>=12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i/>
          <w:color w:val="000000"/>
        </w:rPr>
        <w:t>x</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∴分配到</w:t>
      </w:r>
      <w:r>
        <w:rPr>
          <w:rFonts w:ascii="Times New Roman" w:eastAsia="Times New Roman" w:hAnsi="Times New Roman" w:cs="Times New Roman"/>
          <w:i/>
          <w:color w:val="000000"/>
        </w:rPr>
        <w:t>A</w:t>
      </w:r>
      <w:r>
        <w:rPr>
          <w:rFonts w:ascii="宋体" w:eastAsia="宋体" w:hAnsi="宋体" w:cs="宋体"/>
          <w:color w:val="000000"/>
        </w:rPr>
        <w:t>生产线</w:t>
      </w:r>
      <w:r>
        <w:rPr>
          <w:rFonts w:ascii="Times New Roman" w:eastAsia="Times New Roman" w:hAnsi="Times New Roman" w:cs="Times New Roman"/>
          <w:color w:val="000000"/>
        </w:rPr>
        <w:t>2</w:t>
      </w:r>
      <w:r>
        <w:rPr>
          <w:rFonts w:ascii="宋体" w:eastAsia="宋体" w:hAnsi="宋体" w:cs="宋体"/>
          <w:color w:val="000000"/>
        </w:rPr>
        <w:t>吨，</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2</w:t>
      </w:r>
    </w:p>
    <w:p>
      <w:pPr>
        <w:spacing w:line="360" w:lineRule="auto"/>
        <w:jc w:val="left"/>
        <w:textAlignment w:val="center"/>
        <w:rPr>
          <w:color w:val="000000"/>
        </w:rPr>
      </w:pPr>
      <w:r>
        <w:rPr>
          <w:color w:val="000000"/>
        </w:rPr>
        <w:t>【点睛】</w:t>
      </w:r>
      <w:r>
        <w:rPr>
          <w:rFonts w:ascii="宋体" w:eastAsia="宋体" w:hAnsi="宋体" w:cs="宋体"/>
          <w:color w:val="000000"/>
        </w:rPr>
        <w:t>本题考查代数式求值及一元一次方程的应用，正确理解题意，找出等量关系列方程是解题关键．</w:t>
      </w:r>
    </w:p>
    <w:p>
      <w:pPr>
        <w:spacing w:line="360" w:lineRule="auto"/>
        <w:jc w:val="left"/>
        <w:textAlignment w:val="center"/>
        <w:rPr>
          <w:color w:val="000000"/>
        </w:rPr>
      </w:pPr>
      <w:r>
        <w:rPr>
          <w:rFonts w:ascii="宋体" w:eastAsia="宋体" w:hAnsi="宋体" w:cs="宋体"/>
          <w:b/>
          <w:color w:val="000000"/>
          <w:sz w:val="24"/>
        </w:rPr>
        <w:t>三、解答题（本题共</w:t>
      </w:r>
      <w:r>
        <w:rPr>
          <w:rFonts w:ascii="Times New Roman" w:eastAsia="Times New Roman" w:hAnsi="Times New Roman" w:cs="Times New Roman"/>
          <w:b/>
          <w:color w:val="000000"/>
          <w:sz w:val="24"/>
        </w:rPr>
        <w:t>68</w:t>
      </w:r>
      <w:r>
        <w:rPr>
          <w:rFonts w:ascii="宋体" w:eastAsia="宋体" w:hAnsi="宋体" w:cs="宋体"/>
          <w:b/>
          <w:color w:val="000000"/>
          <w:sz w:val="24"/>
        </w:rPr>
        <w:t>分，</w:t>
      </w:r>
      <w:r>
        <w:rPr>
          <w:rFonts w:ascii="Times New Roman" w:eastAsia="Times New Roman" w:hAnsi="Times New Roman" w:cs="Times New Roman"/>
          <w:b/>
          <w:color w:val="000000"/>
          <w:sz w:val="24"/>
        </w:rPr>
        <w:t>17</w:t>
      </w:r>
      <w:r>
        <w:rPr>
          <w:rFonts w:ascii="宋体" w:eastAsia="宋体" w:hAnsi="宋体" w:cs="宋体"/>
          <w:b/>
          <w:color w:val="000000"/>
          <w:sz w:val="24"/>
        </w:rPr>
        <w:t>－</w:t>
      </w:r>
      <w:r>
        <w:rPr>
          <w:rFonts w:ascii="Times New Roman" w:eastAsia="Times New Roman" w:hAnsi="Times New Roman" w:cs="Times New Roman"/>
          <w:b/>
          <w:color w:val="000000"/>
          <w:sz w:val="24"/>
        </w:rPr>
        <w:t>21</w:t>
      </w:r>
      <w:r>
        <w:rPr>
          <w:rFonts w:ascii="宋体" w:eastAsia="宋体" w:hAnsi="宋体" w:cs="宋体"/>
          <w:b/>
          <w:color w:val="000000"/>
          <w:sz w:val="24"/>
        </w:rPr>
        <w:t>题每小题</w:t>
      </w:r>
      <w:r>
        <w:rPr>
          <w:rFonts w:ascii="Times New Roman" w:eastAsia="Times New Roman" w:hAnsi="Times New Roman" w:cs="Times New Roman"/>
          <w:b/>
          <w:color w:val="000000"/>
          <w:sz w:val="24"/>
        </w:rPr>
        <w:t>5</w:t>
      </w:r>
      <w:r>
        <w:rPr>
          <w:rFonts w:ascii="宋体" w:eastAsia="宋体" w:hAnsi="宋体" w:cs="宋体"/>
          <w:b/>
          <w:color w:val="000000"/>
          <w:sz w:val="24"/>
        </w:rPr>
        <w:t>分，</w:t>
      </w:r>
      <w:r>
        <w:rPr>
          <w:rFonts w:ascii="Times New Roman" w:eastAsia="Times New Roman" w:hAnsi="Times New Roman" w:cs="Times New Roman"/>
          <w:b/>
          <w:color w:val="000000"/>
          <w:sz w:val="24"/>
        </w:rPr>
        <w:t>22</w:t>
      </w:r>
      <w:r>
        <w:rPr>
          <w:rFonts w:ascii="宋体" w:eastAsia="宋体" w:hAnsi="宋体" w:cs="宋体"/>
          <w:b/>
          <w:color w:val="000000"/>
          <w:sz w:val="24"/>
        </w:rPr>
        <w:t>－</w:t>
      </w:r>
      <w:r>
        <w:rPr>
          <w:rFonts w:ascii="Times New Roman" w:eastAsia="Times New Roman" w:hAnsi="Times New Roman" w:cs="Times New Roman"/>
          <w:b/>
          <w:color w:val="000000"/>
          <w:sz w:val="24"/>
        </w:rPr>
        <w:t>27</w:t>
      </w:r>
      <w:r>
        <w:rPr>
          <w:rFonts w:ascii="宋体" w:eastAsia="宋体" w:hAnsi="宋体" w:cs="宋体"/>
          <w:b/>
          <w:color w:val="000000"/>
          <w:sz w:val="24"/>
        </w:rPr>
        <w:t>题每小题</w:t>
      </w:r>
      <w:r>
        <w:rPr>
          <w:rFonts w:ascii="Times New Roman" w:eastAsia="Times New Roman" w:hAnsi="Times New Roman" w:cs="Times New Roman"/>
          <w:b/>
          <w:color w:val="000000"/>
          <w:sz w:val="24"/>
        </w:rPr>
        <w:t>5</w:t>
      </w:r>
      <w:r>
        <w:rPr>
          <w:rFonts w:ascii="宋体" w:eastAsia="宋体" w:hAnsi="宋体" w:cs="宋体"/>
          <w:b/>
          <w:color w:val="000000"/>
          <w:sz w:val="24"/>
        </w:rPr>
        <w:t>分，</w:t>
      </w:r>
      <w:r>
        <w:rPr>
          <w:rFonts w:ascii="Times New Roman" w:eastAsia="Times New Roman" w:hAnsi="Times New Roman" w:cs="Times New Roman"/>
          <w:b/>
          <w:color w:val="000000"/>
          <w:sz w:val="24"/>
        </w:rPr>
        <w:t>28</w:t>
      </w:r>
      <w:r>
        <w:rPr>
          <w:rFonts w:ascii="宋体" w:eastAsia="宋体" w:hAnsi="宋体" w:cs="宋体"/>
          <w:b/>
          <w:color w:val="000000"/>
          <w:sz w:val="24"/>
        </w:rPr>
        <w:t>题</w:t>
      </w:r>
      <w:r>
        <w:rPr>
          <w:rFonts w:ascii="Times New Roman" w:eastAsia="Times New Roman" w:hAnsi="Times New Roman" w:cs="Times New Roman"/>
          <w:b/>
          <w:color w:val="000000"/>
          <w:sz w:val="24"/>
        </w:rPr>
        <w:t>7</w:t>
      </w:r>
      <w:r>
        <w:rPr>
          <w:rFonts w:ascii="宋体" w:eastAsia="宋体" w:hAnsi="宋体" w:cs="宋体"/>
          <w:b/>
          <w:color w:val="000000"/>
          <w:sz w:val="24"/>
        </w:rPr>
        <w:t>分）</w:t>
      </w:r>
    </w:p>
    <w:p>
      <w:pPr>
        <w:pStyle w:val="Heading2"/>
      </w:pPr>
      <w:r>
        <w:t>第六十六中学</w:t>
      </w:r>
    </w:p>
    <w:p>
      <w:pPr>
        <w:spacing w:line="360" w:lineRule="auto"/>
        <w:jc w:val="left"/>
        <w:textAlignment w:val="center"/>
        <w:rPr>
          <w:rFonts w:ascii="宋体" w:eastAsia="宋体" w:hAnsi="宋体" w:cs="宋体"/>
          <w:color w:val="000000"/>
        </w:rPr>
      </w:pPr>
      <w:r>
        <w:rPr>
          <w:color w:val="000000"/>
        </w:rPr>
        <w:t xml:space="preserve">20. </w:t>
      </w:r>
      <w:r>
        <w:rPr>
          <w:rFonts w:ascii="宋体" w:eastAsia="宋体" w:hAnsi="宋体" w:cs="宋体"/>
          <w:color w:val="000000"/>
        </w:rPr>
        <w:t>一组按规律排列的式子：</w:t>
      </w:r>
      <w:r>
        <w:pict>
          <v:shape id="_x0000_i721253" type="#_x0000_t75" alt="学科网(www.zxxk.com)--教育资源门户，提供试卷、教案、课件、论文、素材以及各类教学资源下载，还有大量而丰富的教学相关资讯！" style="width:14.25pt;height:11.25pt" o:oleicon="f" o:ole="">
            <v:imagedata r:id="rId311" o:title="eqId274a9dc37509f01c2606fb3086a46f4f"/>
          </v:shape>
        </w:pict>
      </w:r>
      <w:r>
        <w:rPr>
          <w:rFonts w:ascii="宋体" w:eastAsia="宋体" w:hAnsi="宋体" w:cs="宋体"/>
          <w:color w:val="000000"/>
        </w:rPr>
        <w:t>，</w:t>
      </w:r>
      <w:r>
        <w:pict>
          <v:shape id="_x0000_i721254" type="#_x0000_t75" alt="学科网(www.zxxk.com)--教育资源门户，提供试卷、教案、课件、论文、素材以及各类教学资源下载，还有大量而丰富的教学相关资讯！" style="width:12pt;height:31.2pt" o:oleicon="f" o:ole="">
            <v:imagedata r:id="rId312" o:title="eqIdd599cb4a589f90b0205f24c2e1fa021e"/>
          </v:shape>
        </w:pict>
      </w:r>
      <w:r>
        <w:rPr>
          <w:rFonts w:ascii="宋体" w:eastAsia="宋体" w:hAnsi="宋体" w:cs="宋体"/>
          <w:color w:val="000000"/>
        </w:rPr>
        <w:t>，</w:t>
      </w:r>
      <w:r>
        <w:pict>
          <v:shape id="_x0000_i721255" type="#_x0000_t75" alt="学科网(www.zxxk.com)--教育资源门户，提供试卷、教案、课件、论文、素材以及各类教学资源下载，还有大量而丰富的教学相关资讯！" style="width:18.75pt;height:30.75pt" o:oleicon="f" o:ole="">
            <v:imagedata r:id="rId313" o:title="eqIddd9903b063c08d9d3ada396cf598cc21"/>
          </v:shape>
        </w:pict>
      </w:r>
      <w:r>
        <w:rPr>
          <w:rFonts w:ascii="宋体" w:eastAsia="宋体" w:hAnsi="宋体" w:cs="宋体"/>
          <w:color w:val="000000"/>
        </w:rPr>
        <w:t>，</w:t>
      </w:r>
      <w:r>
        <w:pict>
          <v:shape id="_x0000_i721256" type="#_x0000_t75" alt="学科网(www.zxxk.com)--教育资源门户，提供试卷、教案、课件、论文、素材以及各类教学资源下载，还有大量而丰富的教学相关资讯！" style="width:15.75pt;height:30.75pt;mso-position-horizontal-relative:page;mso-position-vertical-relative:page;mso-wrap-style:square" o:oleicon="f" o:ole="">
            <v:imagedata r:id="rId314" o:title="eqIda88f0ef272b8053409c29fb0c3734060"/>
          </v:shape>
        </w:pict>
      </w:r>
      <w:r>
        <w:rPr>
          <w:rFonts w:ascii="宋体" w:eastAsia="宋体" w:hAnsi="宋体" w:cs="宋体"/>
          <w:color w:val="000000"/>
        </w:rPr>
        <w:t>，…，按照上述规律，它的第</w:t>
      </w:r>
      <w:r>
        <w:rPr>
          <w:rFonts w:ascii="Times New Roman" w:eastAsia="Times New Roman" w:hAnsi="Times New Roman" w:cs="Times New Roman"/>
          <w:i/>
          <w:color w:val="000000"/>
        </w:rPr>
        <w:t>n</w:t>
      </w:r>
      <w:r>
        <w:rPr>
          <w:rFonts w:ascii="宋体" w:eastAsia="宋体" w:hAnsi="宋体" w:cs="宋体"/>
          <w:color w:val="000000"/>
        </w:rPr>
        <w:t>个式子（</w:t>
      </w:r>
      <w:r>
        <w:rPr>
          <w:rFonts w:ascii="Times New Roman" w:eastAsia="Times New Roman" w:hAnsi="Times New Roman" w:cs="Times New Roman"/>
          <w:i/>
          <w:color w:val="000000"/>
        </w:rPr>
        <w:t>n</w:t>
      </w:r>
      <w:r>
        <w:rPr>
          <w:rFonts w:ascii="宋体" w:eastAsia="宋体" w:hAnsi="宋体" w:cs="宋体"/>
          <w:color w:val="000000"/>
        </w:rPr>
        <w:t>为正整数）是</w:t>
      </w:r>
      <w:r>
        <w:rPr>
          <w:rFonts w:ascii="宋体" w:eastAsia="宋体" w:hAnsi="宋体" w:cs="宋体"/>
          <w:color w:val="000000"/>
        </w:rPr>
        <w:t>_____</w:t>
      </w:r>
      <w:r>
        <w:rPr>
          <w:rFonts w:ascii="宋体" w:eastAsia="宋体" w:hAnsi="宋体" w:cs="宋体"/>
          <w:color w:val="000000"/>
        </w:rPr>
        <w:t>．</w:t>
      </w:r>
    </w:p>
    <w:p>
      <w:pPr>
        <w:spacing w:line="360" w:lineRule="auto"/>
        <w:textAlignment w:val="center"/>
        <w:rPr>
          <w:color w:val="000000"/>
        </w:rPr>
      </w:pPr>
      <w:r>
        <w:rPr>
          <w:color w:val="2E75B6"/>
        </w:rPr>
        <w:t>【答案】</w:t>
      </w:r>
      <w:r>
        <w:pict>
          <v:shape id="_x0000_i721257" type="#_x0000_t75" alt="学科网(www.zxxk.com)--教育资源门户，提供试卷、教案、课件、论文、素材以及各类教学资源下载，还有大量而丰富的教学相关资讯！" style="width:32.25pt;height:33pt" o:oleicon="f" o:ole="">
            <v:imagedata r:id="rId315" o:title="eqId7fcb79bd7f14a54d06dc985e78ded127"/>
          </v:shape>
        </w:pict>
      </w:r>
    </w:p>
    <w:p>
      <w:pPr>
        <w:spacing w:line="360" w:lineRule="auto"/>
        <w:textAlignment w:val="center"/>
        <w:rPr>
          <w:color w:val="000000"/>
        </w:rPr>
      </w:pPr>
      <w:r>
        <w:rPr>
          <w:color w:val="2E75B6"/>
        </w:rPr>
        <w:t>【解析】</w:t>
      </w:r>
    </w:p>
    <w:p>
      <w:pPr>
        <w:spacing w:line="360" w:lineRule="auto"/>
        <w:jc w:val="left"/>
        <w:textAlignment w:val="center"/>
        <w:rPr>
          <w:rFonts w:ascii="宋体" w:eastAsia="宋体" w:hAnsi="宋体" w:cs="宋体"/>
          <w:color w:val="000000"/>
        </w:rPr>
      </w:pPr>
      <w:r>
        <w:rPr>
          <w:color w:val="000000"/>
        </w:rPr>
        <w:t>【分析】</w:t>
      </w:r>
      <w:r>
        <w:rPr>
          <w:rFonts w:ascii="宋体" w:eastAsia="宋体" w:hAnsi="宋体" w:cs="宋体"/>
          <w:color w:val="000000"/>
        </w:rPr>
        <w:t>根据题目中的式子，可以发现分母的数字是一些连续的整数，从</w:t>
      </w:r>
      <w:r>
        <w:rPr>
          <w:rFonts w:ascii="Times New Roman" w:eastAsia="Times New Roman" w:hAnsi="Times New Roman" w:cs="Times New Roman"/>
          <w:color w:val="000000"/>
        </w:rPr>
        <w:t>1</w:t>
      </w:r>
      <w:r>
        <w:rPr>
          <w:rFonts w:ascii="宋体" w:eastAsia="宋体" w:hAnsi="宋体" w:cs="宋体"/>
          <w:color w:val="000000"/>
        </w:rPr>
        <w:t>开始，分子</w:t>
      </w:r>
      <w:r>
        <w:rPr>
          <w:rFonts w:ascii="Times New Roman" w:eastAsia="Times New Roman" w:hAnsi="Times New Roman" w:cs="Times New Roman"/>
          <w:i/>
          <w:color w:val="000000"/>
        </w:rPr>
        <w:t>a</w:t>
      </w:r>
      <w:r>
        <w:rPr>
          <w:rFonts w:ascii="宋体" w:eastAsia="宋体" w:hAnsi="宋体" w:cs="宋体"/>
          <w:color w:val="000000"/>
        </w:rPr>
        <w:t>的指数是一些连续的整数，奇数个单项式的符号为负，偶数个单项式的符号为正，从而可以写出第</w:t>
      </w:r>
      <w:r>
        <w:rPr>
          <w:rFonts w:ascii="Times New Roman" w:eastAsia="Times New Roman" w:hAnsi="Times New Roman" w:cs="Times New Roman"/>
          <w:i/>
          <w:color w:val="000000"/>
        </w:rPr>
        <w:t>n</w:t>
      </w:r>
      <w:r>
        <w:rPr>
          <w:rFonts w:ascii="宋体" w:eastAsia="宋体" w:hAnsi="宋体" w:cs="宋体"/>
          <w:color w:val="000000"/>
        </w:rPr>
        <w:t>个单项式．</w:t>
      </w:r>
    </w:p>
    <w:p>
      <w:pPr>
        <w:spacing w:line="360" w:lineRule="auto"/>
        <w:jc w:val="left"/>
        <w:textAlignment w:val="center"/>
        <w:rPr>
          <w:rFonts w:ascii="宋体" w:eastAsia="宋体" w:hAnsi="宋体" w:cs="宋体"/>
          <w:color w:val="000000"/>
        </w:rPr>
      </w:pPr>
      <w:r>
        <w:rPr>
          <w:color w:val="000000"/>
        </w:rPr>
        <w:t>【详解】</w:t>
      </w:r>
      <w:r>
        <w:rPr>
          <w:rFonts w:ascii="宋体" w:eastAsia="宋体" w:hAnsi="宋体" w:cs="宋体"/>
          <w:color w:val="000000"/>
        </w:rPr>
        <w:t>解：∵一列式子为：</w:t>
      </w:r>
      <w:r>
        <w:pict>
          <v:shape id="_x0000_i721258" type="#_x0000_t75" alt="学科网(www.zxxk.com)--教育资源门户，提供试卷、教案、课件、论文、素材以及各类教学资源下载，还有大量而丰富的教学相关资讯！" style="width:14.25pt;height:11.25pt" o:oleicon="f" o:ole="">
            <v:imagedata r:id="rId316" o:title="eqId274a9dc37509f01c2606fb3086a46f4f"/>
          </v:shape>
        </w:pict>
      </w:r>
      <w:r>
        <w:rPr>
          <w:rFonts w:ascii="宋体" w:eastAsia="宋体" w:hAnsi="宋体" w:cs="宋体"/>
          <w:color w:val="000000"/>
        </w:rPr>
        <w:t>，</w:t>
      </w:r>
      <w:r>
        <w:pict>
          <v:shape id="_x0000_i721259" type="#_x0000_t75" alt="学科网(www.zxxk.com)--教育资源门户，提供试卷、教案、课件、论文、素材以及各类教学资源下载，还有大量而丰富的教学相关资讯！" style="width:12pt;height:31.2pt" o:oleicon="f" o:ole="">
            <v:imagedata r:id="rId317" o:title="eqIdd599cb4a589f90b0205f24c2e1fa021e"/>
          </v:shape>
        </w:pict>
      </w:r>
      <w:r>
        <w:rPr>
          <w:rFonts w:ascii="宋体" w:eastAsia="宋体" w:hAnsi="宋体" w:cs="宋体"/>
          <w:color w:val="000000"/>
        </w:rPr>
        <w:t>，</w:t>
      </w:r>
      <w:r>
        <w:pict>
          <v:shape id="_x0000_i721260" type="#_x0000_t75" alt="学科网(www.zxxk.com)--教育资源门户，提供试卷、教案、课件、论文、素材以及各类教学资源下载，还有大量而丰富的教学相关资讯！" style="width:18.75pt;height:30.75pt" o:oleicon="f" o:ole="">
            <v:imagedata r:id="rId318" o:title="eqIddd9903b063c08d9d3ada396cf598cc21"/>
          </v:shape>
        </w:pict>
      </w:r>
      <w:r>
        <w:rPr>
          <w:rFonts w:ascii="宋体" w:eastAsia="宋体" w:hAnsi="宋体" w:cs="宋体"/>
          <w:color w:val="000000"/>
        </w:rPr>
        <w:t>，</w:t>
      </w:r>
      <w:r>
        <w:pict>
          <v:shape id="_x0000_i721261" type="#_x0000_t75" alt="学科网(www.zxxk.com)--教育资源门户，提供试卷、教案、课件、论文、素材以及各类教学资源下载，还有大量而丰富的教学相关资讯！" style="width:15.75pt;height:30.75pt;mso-position-horizontal-relative:page;mso-position-vertical-relative:page;mso-wrap-style:square" o:oleicon="f" o:ole="">
            <v:imagedata r:id="rId319" o:title="eqIda88f0ef272b8053409c29fb0c3734060"/>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∴第</w:t>
      </w:r>
      <w:r>
        <w:rPr>
          <w:rFonts w:ascii="Times New Roman" w:eastAsia="Times New Roman" w:hAnsi="Times New Roman" w:cs="Times New Roman"/>
          <w:i/>
          <w:color w:val="000000"/>
        </w:rPr>
        <w:t>n</w:t>
      </w:r>
      <w:r>
        <w:rPr>
          <w:rFonts w:ascii="宋体" w:eastAsia="宋体" w:hAnsi="宋体" w:cs="宋体"/>
          <w:color w:val="000000"/>
        </w:rPr>
        <w:t>个式子</w:t>
      </w:r>
      <w:r>
        <w:rPr>
          <w:rFonts w:ascii="宋体" w:eastAsia="宋体" w:hAnsi="宋体" w:cs="宋体"/>
          <w:color w:val="000000"/>
          <w:position w:val="0"/>
        </w:rPr>
        <w:drawing>
          <wp:inline>
            <wp:extent cx="158750" cy="190500"/>
            <wp:docPr id="408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2" name=""/>
                    <pic:cNvPicPr>
                      <a:picLocks noChangeAspect="1"/>
                    </pic:cNvPicPr>
                  </pic:nvPicPr>
                  <pic:blipFill>
                    <a:blip r:embed="rId320"/>
                    <a:stretch>
                      <a:fillRect/>
                    </a:stretch>
                  </pic:blipFill>
                  <pic:spPr>
                    <a:xfrm>
                      <a:off x="0" y="0"/>
                      <a:ext cx="158750" cy="190500"/>
                    </a:xfrm>
                    <a:prstGeom prst="rect">
                      <a:avLst/>
                    </a:prstGeom>
                  </pic:spPr>
                </pic:pic>
              </a:graphicData>
            </a:graphic>
          </wp:inline>
        </w:drawing>
      </w:r>
      <w:r>
        <w:rPr>
          <w:rFonts w:ascii="宋体" w:eastAsia="宋体" w:hAnsi="宋体" w:cs="宋体"/>
          <w:color w:val="000000"/>
        </w:rPr>
        <w:t>：</w:t>
      </w:r>
      <w:r>
        <w:pict>
          <v:shape id="_x0000_i721262" type="#_x0000_t75" alt="学科网(www.zxxk.com)--教育资源门户，提供试卷、教案、课件、论文、素材以及各类教学资源下载，还有大量而丰富的教学相关资讯！" style="width:32.25pt;height:33pt" o:oleicon="f" o:ole="">
            <v:imagedata r:id="rId321" o:title="eqId7fcb79bd7f14a54d06dc985e78ded127"/>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故答案为：</w:t>
      </w:r>
      <w:r>
        <w:pict>
          <v:shape id="_x0000_i721263" type="#_x0000_t75" alt="学科网(www.zxxk.com)--教育资源门户，提供试卷、教案、课件、论文、素材以及各类教学资源下载，还有大量而丰富的教学相关资讯！" style="width:32.25pt;height:33pt" o:oleicon="f" o:ole="">
            <v:imagedata r:id="rId322" o:title="eqId7fcb79bd7f14a54d06dc985e78ded127"/>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color w:val="000000"/>
        </w:rPr>
        <w:t>【点睛】</w:t>
      </w:r>
      <w:r>
        <w:rPr>
          <w:rFonts w:ascii="宋体" w:eastAsia="宋体" w:hAnsi="宋体" w:cs="宋体"/>
          <w:color w:val="000000"/>
        </w:rPr>
        <w:t>本题考查了数字的变化类、单项式，解答本题的关键是明确题意，发现单项式的变化特点，写出第</w:t>
      </w:r>
      <w:r>
        <w:rPr>
          <w:rFonts w:ascii="Times New Roman" w:eastAsia="Times New Roman" w:hAnsi="Times New Roman" w:cs="Times New Roman"/>
          <w:i/>
          <w:color w:val="000000"/>
        </w:rPr>
        <w:t>n</w:t>
      </w:r>
      <w:r>
        <w:rPr>
          <w:rFonts w:ascii="宋体" w:eastAsia="宋体" w:hAnsi="宋体" w:cs="宋体"/>
          <w:color w:val="000000"/>
        </w:rPr>
        <w:t>个单项式．</w:t>
      </w:r>
    </w:p>
    <w:p>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t>三、解答题 （本题共</w:t>
      </w:r>
      <w:r>
        <w:rPr>
          <w:rFonts w:ascii="Times New Roman" w:eastAsia="Times New Roman" w:hAnsi="Times New Roman" w:cs="Times New Roman"/>
          <w:b/>
          <w:color w:val="000000"/>
          <w:sz w:val="24"/>
        </w:rPr>
        <w:t>60</w:t>
      </w:r>
      <w:r>
        <w:rPr>
          <w:rFonts w:ascii="宋体" w:eastAsia="宋体" w:hAnsi="宋体" w:cs="宋体"/>
          <w:b/>
          <w:color w:val="000000"/>
          <w:sz w:val="24"/>
        </w:rPr>
        <w:t>分，其中第</w:t>
      </w:r>
      <w:r>
        <w:rPr>
          <w:rFonts w:ascii="Times New Roman" w:eastAsia="Times New Roman" w:hAnsi="Times New Roman" w:cs="Times New Roman"/>
          <w:b/>
          <w:color w:val="000000"/>
          <w:sz w:val="24"/>
        </w:rPr>
        <w:t>21</w:t>
      </w:r>
      <w:r>
        <w:rPr>
          <w:rFonts w:ascii="宋体" w:eastAsia="宋体" w:hAnsi="宋体" w:cs="宋体"/>
          <w:b/>
          <w:color w:val="000000"/>
          <w:sz w:val="24"/>
        </w:rPr>
        <w:t>题</w:t>
      </w:r>
      <w:r>
        <w:rPr>
          <w:rFonts w:ascii="Times New Roman" w:eastAsia="Times New Roman" w:hAnsi="Times New Roman" w:cs="Times New Roman"/>
          <w:b/>
          <w:color w:val="000000"/>
          <w:sz w:val="24"/>
        </w:rPr>
        <w:t>16</w:t>
      </w:r>
      <w:r>
        <w:rPr>
          <w:rFonts w:ascii="宋体" w:eastAsia="宋体" w:hAnsi="宋体" w:cs="宋体"/>
          <w:b/>
          <w:color w:val="000000"/>
          <w:sz w:val="24"/>
        </w:rPr>
        <w:t>分，第</w:t>
      </w:r>
      <w:r>
        <w:rPr>
          <w:rFonts w:ascii="Times New Roman" w:eastAsia="Times New Roman" w:hAnsi="Times New Roman" w:cs="Times New Roman"/>
          <w:b/>
          <w:color w:val="000000"/>
          <w:sz w:val="24"/>
        </w:rPr>
        <w:t>22</w:t>
      </w:r>
      <w:r>
        <w:rPr>
          <w:rFonts w:ascii="宋体" w:eastAsia="宋体" w:hAnsi="宋体" w:cs="宋体"/>
          <w:b/>
          <w:color w:val="000000"/>
          <w:sz w:val="24"/>
        </w:rPr>
        <w:t>题</w:t>
      </w:r>
      <w:r>
        <w:rPr>
          <w:rFonts w:ascii="Times New Roman" w:eastAsia="Times New Roman" w:hAnsi="Times New Roman" w:cs="Times New Roman"/>
          <w:b/>
          <w:color w:val="000000"/>
          <w:sz w:val="24"/>
        </w:rPr>
        <w:t>10</w:t>
      </w:r>
      <w:r>
        <w:rPr>
          <w:rFonts w:ascii="宋体" w:eastAsia="宋体" w:hAnsi="宋体" w:cs="宋体"/>
          <w:b/>
          <w:color w:val="000000"/>
          <w:sz w:val="24"/>
        </w:rPr>
        <w:t>分，第</w:t>
      </w:r>
      <w:r>
        <w:rPr>
          <w:rFonts w:ascii="Times New Roman" w:eastAsia="Times New Roman" w:hAnsi="Times New Roman" w:cs="Times New Roman"/>
          <w:b/>
          <w:color w:val="000000"/>
          <w:sz w:val="24"/>
        </w:rPr>
        <w:t>23</w:t>
      </w:r>
      <w:r>
        <w:rPr>
          <w:rFonts w:ascii="宋体" w:eastAsia="宋体" w:hAnsi="宋体" w:cs="宋体"/>
          <w:b/>
          <w:color w:val="000000"/>
          <w:sz w:val="24"/>
        </w:rPr>
        <w:t>题</w:t>
      </w:r>
      <w:r>
        <w:rPr>
          <w:rFonts w:ascii="Times New Roman" w:eastAsia="Times New Roman" w:hAnsi="Times New Roman" w:cs="Times New Roman"/>
          <w:b/>
          <w:color w:val="000000"/>
          <w:sz w:val="24"/>
        </w:rPr>
        <w:t>6</w:t>
      </w:r>
      <w:r>
        <w:rPr>
          <w:rFonts w:ascii="宋体" w:eastAsia="宋体" w:hAnsi="宋体" w:cs="宋体"/>
          <w:b/>
          <w:color w:val="000000"/>
          <w:sz w:val="24"/>
        </w:rPr>
        <w:t>分，第</w:t>
      </w:r>
      <w:r>
        <w:rPr>
          <w:rFonts w:ascii="Times New Roman" w:eastAsia="Times New Roman" w:hAnsi="Times New Roman" w:cs="Times New Roman"/>
          <w:b/>
          <w:color w:val="000000"/>
          <w:sz w:val="24"/>
        </w:rPr>
        <w:t>24</w:t>
      </w:r>
      <w:r>
        <w:rPr>
          <w:rFonts w:ascii="宋体" w:eastAsia="宋体" w:hAnsi="宋体" w:cs="宋体"/>
          <w:b/>
          <w:color w:val="000000"/>
          <w:sz w:val="24"/>
        </w:rPr>
        <w:t>题</w:t>
      </w:r>
      <w:r>
        <w:rPr>
          <w:rFonts w:ascii="Times New Roman" w:eastAsia="Times New Roman" w:hAnsi="Times New Roman" w:cs="Times New Roman"/>
          <w:b/>
          <w:color w:val="000000"/>
          <w:sz w:val="24"/>
        </w:rPr>
        <w:t>10</w:t>
      </w:r>
      <w:r>
        <w:rPr>
          <w:rFonts w:ascii="宋体" w:eastAsia="宋体" w:hAnsi="宋体" w:cs="宋体"/>
          <w:b/>
          <w:color w:val="000000"/>
          <w:sz w:val="24"/>
        </w:rPr>
        <w:t>分，第</w:t>
      </w:r>
      <w:r>
        <w:rPr>
          <w:rFonts w:ascii="Times New Roman" w:eastAsia="Times New Roman" w:hAnsi="Times New Roman" w:cs="Times New Roman"/>
          <w:b/>
          <w:color w:val="000000"/>
          <w:sz w:val="24"/>
        </w:rPr>
        <w:t>25</w:t>
      </w:r>
      <w:r>
        <w:rPr>
          <w:rFonts w:ascii="宋体" w:eastAsia="宋体" w:hAnsi="宋体" w:cs="宋体"/>
          <w:b/>
          <w:color w:val="000000"/>
          <w:sz w:val="24"/>
        </w:rPr>
        <w:t>题</w:t>
      </w:r>
      <w:r>
        <w:rPr>
          <w:rFonts w:ascii="Times New Roman" w:eastAsia="Times New Roman" w:hAnsi="Times New Roman" w:cs="Times New Roman"/>
          <w:b/>
          <w:color w:val="000000"/>
          <w:sz w:val="24"/>
        </w:rPr>
        <w:t>8</w:t>
      </w:r>
      <w:r>
        <w:rPr>
          <w:rFonts w:ascii="宋体" w:eastAsia="宋体" w:hAnsi="宋体" w:cs="宋体"/>
          <w:b/>
          <w:color w:val="000000"/>
          <w:sz w:val="24"/>
        </w:rPr>
        <w:t>分，第</w:t>
      </w:r>
      <w:r>
        <w:rPr>
          <w:rFonts w:ascii="Times New Roman" w:eastAsia="Times New Roman" w:hAnsi="Times New Roman" w:cs="Times New Roman"/>
          <w:b/>
          <w:color w:val="000000"/>
          <w:sz w:val="24"/>
        </w:rPr>
        <w:t>26</w:t>
      </w:r>
      <w:r>
        <w:rPr>
          <w:rFonts w:ascii="宋体" w:eastAsia="宋体" w:hAnsi="宋体" w:cs="宋体"/>
          <w:b/>
          <w:color w:val="000000"/>
          <w:sz w:val="24"/>
        </w:rPr>
        <w:t>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27</w:t>
      </w:r>
      <w:r>
        <w:rPr>
          <w:rFonts w:ascii="宋体" w:eastAsia="宋体" w:hAnsi="宋体" w:cs="宋体"/>
          <w:b/>
          <w:color w:val="000000"/>
          <w:sz w:val="24"/>
        </w:rPr>
        <w:t>题</w:t>
      </w:r>
      <w:r>
        <w:rPr>
          <w:rFonts w:ascii="Times New Roman" w:eastAsia="Times New Roman" w:hAnsi="Times New Roman" w:cs="Times New Roman"/>
          <w:b/>
          <w:color w:val="000000"/>
          <w:sz w:val="24"/>
        </w:rPr>
        <w:t>5</w:t>
      </w:r>
      <w:r>
        <w:rPr>
          <w:rFonts w:ascii="宋体" w:eastAsia="宋体" w:hAnsi="宋体" w:cs="宋体"/>
          <w:b/>
          <w:color w:val="000000"/>
          <w:sz w:val="24"/>
        </w:rPr>
        <w:t>分）</w:t>
      </w:r>
    </w:p>
    <w:p>
      <w:pPr>
        <w:pStyle w:val="Heading2"/>
      </w:pPr>
      <w:r>
        <w:t>第十三中学</w:t>
      </w:r>
    </w:p>
    <w:p>
      <w:pPr>
        <w:pStyle w:val="Normal"/>
        <w:spacing w:lineRule="auto" w:line="360"/>
        <w:jc w:val="start"/>
        <w:textAlignment w:val="center"/>
        <w:rPr/>
      </w:pPr>
      <w:r>
        <w:rPr>
          <w:color w:val="000000"/>
        </w:rPr>
        <w:t xml:space="preserve">18. </w:t>
      </w:r>
      <w:r>
        <w:rPr>
          <w:rFonts w:ascii="宋体;SimSun" w:hAnsi="宋体;SimSun" w:cs="宋体;SimSun" w:eastAsia="宋体;SimSun"/>
          <w:color w:val="000000"/>
        </w:rPr>
        <w:t>如图所示是一组有规律的图案，它们是由边长相同的小正方形组成，其中部分小正方形涂有阴影，按照这样的规律，第</w:t>
      </w:r>
      <w:r>
        <w:rPr/>
        <w:pict>
          <v:shape id="_x0000_i721264" type="_x0000_tole_rId208" style="width:9.6pt;height:13.2pt" filled="f" o:ole="">
            <v:imagedata r:id="rId323" o:title=""/>
          </v:shape>
        </w:pict>
      </w:r>
      <w:r>
        <w:rPr>
          <w:rFonts w:ascii="宋体;SimSun" w:hAnsi="宋体;SimSun" w:cs="宋体;SimSun" w:eastAsia="宋体;SimSun"/>
          <w:color w:val="000000"/>
        </w:rPr>
        <w:t>个图案中有</w:t>
      </w:r>
      <w:r>
        <w:rPr>
          <w:rFonts w:eastAsia="宋体;SimSun" w:cs="宋体;SimSun" w:ascii="宋体;SimSun" w:hAnsi="宋体;SimSun"/>
          <w:color w:val="000000"/>
        </w:rPr>
        <w:t>______</w:t>
      </w:r>
      <w:r>
        <w:rPr>
          <w:rFonts w:ascii="宋体;SimSun" w:hAnsi="宋体;SimSun" w:cs="宋体;SimSun" w:eastAsia="宋体;SimSun"/>
          <w:color w:val="000000"/>
        </w:rPr>
        <w:t>个涂有阴影的小正方形，第</w:t>
      </w:r>
      <w:r>
        <w:rPr/>
        <w:pict>
          <v:shape id="_x0000_i721265" type="_x0000_tole_rId210" style="width:9.75pt;height:11.25pt" filled="f" o:ole="">
            <v:imagedata r:id="rId324" o:title=""/>
          </v:shape>
        </w:pict>
      </w:r>
      <w:r>
        <w:rPr>
          <w:rFonts w:ascii="宋体;SimSun" w:hAnsi="宋体;SimSun" w:cs="宋体;SimSun" w:eastAsia="宋体;SimSun"/>
          <w:color w:val="000000"/>
        </w:rPr>
        <w:t>个图案中有</w:t>
      </w:r>
      <w:r>
        <w:rPr>
          <w:rFonts w:eastAsia="宋体;SimSun" w:cs="宋体;SimSun" w:ascii="宋体;SimSun" w:hAnsi="宋体;SimSun"/>
          <w:color w:val="000000"/>
        </w:rPr>
        <w:t>_______</w:t>
      </w:r>
      <w:r>
        <w:rPr>
          <w:rFonts w:ascii="宋体;SimSun" w:hAnsi="宋体;SimSun" w:cs="宋体;SimSun" w:eastAsia="宋体;SimSun"/>
          <w:color w:val="000000"/>
        </w:rPr>
        <w:t>个涂有阴影的小正方形（用含有</w:t>
      </w:r>
      <w:r>
        <w:rPr/>
        <w:pict>
          <v:shape id="_x0000_i721266" type="_x0000_tole_rId212" style="width:9.75pt;height:11.25pt" filled="f" o:ole="">
            <v:imagedata r:id="rId325" o:title=""/>
          </v:shape>
        </w:pict>
      </w:r>
      <w:r>
        <w:rPr>
          <w:rFonts w:ascii="宋体;SimSun" w:hAnsi="宋体;SimSun" w:cs="宋体;SimSun" w:eastAsia="宋体;SimSun"/>
          <w:color w:val="000000"/>
        </w:rPr>
        <w:t>的代数式表示）．</w:t>
      </w:r>
    </w:p>
    <w:p>
      <w:pPr>
        <w:pStyle w:val="Normal"/>
        <w:spacing w:lineRule="auto" w:line="360"/>
        <w:jc w:val="start"/>
        <w:textAlignment w:val="center"/>
        <w:rPr>
          <w:color w:val="000000"/>
        </w:rPr>
      </w:pPr>
      <w:r>
        <w:rPr>
          <w:rFonts w:eastAsia="宋体;SimSun" w:cs="宋体;SimSun" w:ascii="宋体;SimSun" w:hAnsi="宋体;SimSun"/>
          <w:color w:val="000000"/>
        </w:rPr>
        <w:drawing>
          <wp:inline distT="0" distB="0" distL="0" distR="0">
            <wp:extent cx="4648200" cy="1095375"/>
            <wp:effectExtent l="0" t="0" r="0" b="0"/>
            <wp:docPr id="4083"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4" name="Image9"/>
                    <pic:cNvPicPr>
                      <a:picLocks noChangeAspect="1" noChangeArrowheads="1"/>
                    </pic:cNvPicPr>
                  </pic:nvPicPr>
                  <pic:blipFill>
                    <a:blip r:embed="rId326"/>
                    <a:srcRect l="-5" t="-21" r="-5" b="-21"/>
                    <a:stretch>
                      <a:fillRect/>
                    </a:stretch>
                  </pic:blipFill>
                  <pic:spPr bwMode="auto">
                    <a:xfrm>
                      <a:off x="0" y="0"/>
                      <a:ext cx="4648200" cy="1095375"/>
                    </a:xfrm>
                    <a:prstGeom prst="rect">
                      <a:avLst/>
                    </a:prstGeom>
                    <a:noFill/>
                  </pic:spPr>
                </pic:pic>
              </a:graphicData>
            </a:graphic>
          </wp:inline>
        </w:drawing>
      </w:r>
    </w:p>
    <w:p>
      <w:pPr>
        <w:pStyle w:val="Normal"/>
        <w:spacing w:lineRule="auto" w:line="360"/>
        <w:textAlignment w:val="center"/>
        <w:rPr/>
      </w:pPr>
      <w:r>
        <w:rPr>
          <w:color w:val="2E75B6"/>
        </w:rPr>
        <w:t>【答案】</w:t>
      </w:r>
      <w:r>
        <w:rPr>
          <w:color w:val="000000"/>
        </w:rPr>
        <w:t xml:space="preserve">    ①</w:t>
      </w:r>
      <w:r>
        <w:rPr>
          <w:color w:val="000000"/>
        </w:rPr>
        <w:t xml:space="preserve">. </w:t>
      </w:r>
      <w:r>
        <w:rPr>
          <w:rFonts w:eastAsia="Times New Roman" w:cs="Times New Roman"/>
          <w:color w:val="000000"/>
        </w:rPr>
        <w:t>17</w:t>
      </w:r>
      <w:r>
        <w:rPr>
          <w:color w:val="000000"/>
        </w:rPr>
        <w:t xml:space="preserve">    ②. </w:t>
      </w:r>
      <w:r>
        <w:rPr>
          <w:rFonts w:eastAsia="Times New Roman" w:cs="Times New Roman"/>
          <w:color w:val="000000"/>
        </w:rPr>
        <w:t>4n+1</w:t>
      </w:r>
    </w:p>
    <w:p>
      <w:pPr>
        <w:pStyle w:val="Normal"/>
        <w:spacing w:lineRule="auto" w:line="360"/>
        <w:textAlignment w:val="center"/>
        <w:rPr>
          <w:color w:val="000000"/>
        </w:rPr>
      </w:pPr>
      <w:r>
        <w:rPr>
          <w:color w:val="2E75B6"/>
        </w:rPr>
        <w:t>【解析】</w:t>
      </w:r>
    </w:p>
    <w:p>
      <w:pPr>
        <w:pStyle w:val="Normal"/>
        <w:spacing w:lineRule="auto" w:line="360"/>
        <w:textAlignment w:val="center"/>
        <w:rPr/>
      </w:pPr>
      <w:r>
        <w:rPr>
          <w:color w:val="000000"/>
        </w:rPr>
        <w:t>【分析】</w:t>
      </w:r>
      <w:r>
        <w:rPr>
          <w:rFonts w:ascii="宋体;SimSun" w:hAnsi="宋体;SimSun" w:cs="宋体;SimSun" w:eastAsia="宋体;SimSun"/>
          <w:color w:val="000000"/>
        </w:rPr>
        <w:t>观察发现，后一个图案比前一个图案多涂</w:t>
      </w:r>
      <w:r>
        <w:rPr>
          <w:rFonts w:eastAsia="Times New Roman" w:cs="Times New Roman"/>
          <w:color w:val="000000"/>
        </w:rPr>
        <w:t>4</w:t>
      </w:r>
      <w:r>
        <w:rPr>
          <w:rFonts w:ascii="宋体;SimSun" w:hAnsi="宋体;SimSun" w:cs="宋体;SimSun" w:eastAsia="宋体;SimSun"/>
          <w:color w:val="000000"/>
        </w:rPr>
        <w:t>个有阴影的小正方形，根据规律写出第</w:t>
      </w:r>
      <w:r>
        <w:rPr>
          <w:rFonts w:eastAsia="Times New Roman" w:cs="Times New Roman"/>
          <w:color w:val="000000"/>
        </w:rPr>
        <w:t>n</w:t>
      </w:r>
      <w:r>
        <w:rPr>
          <w:rFonts w:ascii="宋体;SimSun" w:hAnsi="宋体;SimSun" w:cs="宋体;SimSun" w:eastAsia="宋体;SimSun"/>
          <w:color w:val="000000"/>
        </w:rPr>
        <w:t>个图案的涂阴影的小正方形的个数即可．</w:t>
      </w:r>
    </w:p>
    <w:p>
      <w:pPr>
        <w:pStyle w:val="Normal"/>
        <w:spacing w:lineRule="auto" w:line="360"/>
        <w:textAlignment w:val="center"/>
        <w:rPr/>
      </w:pPr>
      <w:r>
        <w:rPr>
          <w:color w:val="000000"/>
        </w:rPr>
        <w:t>【详解】</w:t>
      </w:r>
      <w:r>
        <w:rPr>
          <w:rFonts w:ascii="宋体;SimSun" w:hAnsi="宋体;SimSun" w:cs="宋体;SimSun" w:eastAsia="宋体;SimSun"/>
          <w:color w:val="000000"/>
        </w:rPr>
        <w:t>由图可得，第</w:t>
      </w:r>
      <w:r>
        <w:rPr>
          <w:rFonts w:eastAsia="Times New Roman" w:cs="Times New Roman"/>
          <w:color w:val="000000"/>
        </w:rPr>
        <w:t>1</w:t>
      </w:r>
      <w:r>
        <w:rPr>
          <w:rFonts w:ascii="宋体;SimSun" w:hAnsi="宋体;SimSun" w:cs="宋体;SimSun" w:eastAsia="宋体;SimSun"/>
          <w:color w:val="000000"/>
        </w:rPr>
        <w:t>个图案涂有阴影的小正方形的个数为</w:t>
      </w:r>
      <w:r>
        <w:rPr>
          <w:rFonts w:eastAsia="Times New Roman" w:cs="Times New Roman"/>
          <w:color w:val="000000"/>
        </w:rPr>
        <w:t>5</w:t>
      </w:r>
      <w:r>
        <w:rPr>
          <w:rFonts w:ascii="宋体;SimSun" w:hAnsi="宋体;SimSun" w:cs="宋体;SimSun" w:eastAsia="宋体;SimSun"/>
          <w:color w:val="000000"/>
        </w:rPr>
        <w:t>个，</w:t>
      </w:r>
    </w:p>
    <w:p>
      <w:pPr>
        <w:pStyle w:val="Normal"/>
        <w:spacing w:lineRule="auto" w:line="360"/>
        <w:jc w:val="start"/>
        <w:textAlignment w:val="center"/>
        <w:rPr/>
      </w:pPr>
      <w:r>
        <w:rPr>
          <w:rFonts w:ascii="宋体;SimSun" w:hAnsi="宋体;SimSun" w:cs="宋体;SimSun" w:eastAsia="宋体;SimSun"/>
          <w:color w:val="000000"/>
        </w:rPr>
        <w:t>第</w:t>
      </w:r>
      <w:r>
        <w:rPr>
          <w:rFonts w:eastAsia="Times New Roman" w:cs="Times New Roman"/>
          <w:color w:val="000000"/>
        </w:rPr>
        <w:t>2</w:t>
      </w:r>
      <w:r>
        <w:rPr>
          <w:rFonts w:ascii="宋体;SimSun" w:hAnsi="宋体;SimSun" w:cs="宋体;SimSun" w:eastAsia="宋体;SimSun"/>
          <w:color w:val="000000"/>
        </w:rPr>
        <w:t>个图案涂有阴影的小正方形的个数为</w:t>
      </w:r>
      <w:r>
        <w:rPr>
          <w:rFonts w:eastAsia="Times New Roman" w:cs="Times New Roman"/>
          <w:color w:val="000000"/>
        </w:rPr>
        <w:t>5+4=9</w:t>
      </w:r>
      <w:r>
        <w:rPr>
          <w:rFonts w:ascii="宋体;SimSun" w:hAnsi="宋体;SimSun" w:cs="宋体;SimSun" w:eastAsia="宋体;SimSun"/>
          <w:color w:val="000000"/>
        </w:rPr>
        <w:t>个，</w:t>
      </w:r>
    </w:p>
    <w:p>
      <w:pPr>
        <w:pStyle w:val="Normal"/>
        <w:spacing w:lineRule="auto" w:line="360"/>
        <w:jc w:val="start"/>
        <w:textAlignment w:val="center"/>
        <w:rPr/>
      </w:pPr>
      <w:r>
        <w:rPr>
          <w:rFonts w:ascii="宋体;SimSun" w:hAnsi="宋体;SimSun" w:cs="宋体;SimSun" w:eastAsia="宋体;SimSun"/>
          <w:color w:val="000000"/>
        </w:rPr>
        <w:t>第</w:t>
      </w:r>
      <w:r>
        <w:rPr>
          <w:rFonts w:eastAsia="Times New Roman" w:cs="Times New Roman"/>
          <w:color w:val="000000"/>
        </w:rPr>
        <w:t>3</w:t>
      </w:r>
      <w:r>
        <w:rPr>
          <w:rFonts w:ascii="宋体;SimSun" w:hAnsi="宋体;SimSun" w:cs="宋体;SimSun" w:eastAsia="宋体;SimSun"/>
          <w:color w:val="000000"/>
        </w:rPr>
        <w:t>个图案涂有阴影的小正方形的个数为</w:t>
      </w:r>
      <w:r>
        <w:rPr>
          <w:rFonts w:eastAsia="Times New Roman" w:cs="Times New Roman"/>
          <w:color w:val="000000"/>
        </w:rPr>
        <w:t>5+4+4=13</w:t>
      </w:r>
      <w:r>
        <w:rPr>
          <w:rFonts w:ascii="宋体;SimSun" w:hAnsi="宋体;SimSun" w:cs="宋体;SimSun" w:eastAsia="宋体;SimSun"/>
          <w:color w:val="000000"/>
        </w:rPr>
        <w:t>个，</w:t>
      </w:r>
    </w:p>
    <w:p>
      <w:pPr>
        <w:pStyle w:val="Normal"/>
        <w:spacing w:lineRule="auto" w:line="360"/>
        <w:jc w:val="start"/>
        <w:textAlignment w:val="center"/>
        <w:rPr/>
      </w:pPr>
      <w:r>
        <w:rPr>
          <w:rFonts w:ascii="宋体;SimSun" w:hAnsi="宋体;SimSun" w:cs="宋体;SimSun" w:eastAsia="宋体;SimSun"/>
          <w:color w:val="000000"/>
        </w:rPr>
        <w:t>第</w:t>
      </w:r>
      <w:r>
        <w:rPr>
          <w:rFonts w:eastAsia="Times New Roman" w:cs="Times New Roman"/>
          <w:color w:val="000000"/>
        </w:rPr>
        <w:t>4</w:t>
      </w:r>
      <w:r>
        <w:rPr>
          <w:rFonts w:ascii="宋体;SimSun" w:hAnsi="宋体;SimSun" w:cs="宋体;SimSun" w:eastAsia="宋体;SimSun"/>
          <w:color w:val="000000"/>
        </w:rPr>
        <w:t>个图案涂有阴影的小正方形的个数为</w:t>
      </w:r>
      <w:r>
        <w:rPr>
          <w:rFonts w:eastAsia="Times New Roman" w:cs="Times New Roman"/>
          <w:color w:val="000000"/>
        </w:rPr>
        <w:t>5+4+4+4=17</w:t>
      </w:r>
      <w:r>
        <w:rPr>
          <w:rFonts w:ascii="宋体;SimSun" w:hAnsi="宋体;SimSun" w:cs="宋体;SimSun" w:eastAsia="宋体;SimSun"/>
          <w:color w:val="000000"/>
        </w:rPr>
        <w:t>个，</w:t>
      </w:r>
    </w:p>
    <w:p>
      <w:pPr>
        <w:pStyle w:val="Normal"/>
        <w:spacing w:lineRule="auto" w:line="360"/>
        <w:jc w:val="start"/>
        <w:textAlignment w:val="center"/>
        <w:rPr/>
      </w:pPr>
      <w:r>
        <w:rPr/>
        <w:pict>
          <v:shape id="_x0000_i721267" type="_x0000_tole_rId215" style="width:13.95pt;height:8pt" filled="f" o:ole="">
            <v:imagedata r:id="rId327" o:title=""/>
          </v:shape>
        </w:pict>
      </w:r>
      <w:r>
        <w:rPr>
          <w:rFonts w:ascii="宋体;SimSun" w:hAnsi="宋体;SimSun" w:cs="宋体;SimSun" w:eastAsia="宋体;SimSun"/>
          <w:color w:val="000000"/>
        </w:rPr>
        <w:t>，</w:t>
      </w:r>
    </w:p>
    <w:p>
      <w:pPr>
        <w:pStyle w:val="Normal"/>
        <w:spacing w:lineRule="auto" w:line="360"/>
        <w:jc w:val="start"/>
        <w:textAlignment w:val="center"/>
        <w:rPr/>
      </w:pPr>
      <w:r>
        <w:rPr>
          <w:rFonts w:ascii="宋体;SimSun" w:hAnsi="宋体;SimSun" w:cs="宋体;SimSun" w:eastAsia="宋体;SimSun"/>
          <w:color w:val="000000"/>
        </w:rPr>
        <w:t>第</w:t>
      </w:r>
      <w:r>
        <w:rPr>
          <w:rFonts w:eastAsia="Times New Roman" w:cs="Times New Roman"/>
          <w:color w:val="000000"/>
        </w:rPr>
        <w:t>n</w:t>
      </w:r>
      <w:r>
        <w:rPr>
          <w:rFonts w:ascii="宋体;SimSun" w:hAnsi="宋体;SimSun" w:cs="宋体;SimSun" w:eastAsia="宋体;SimSun"/>
          <w:color w:val="000000"/>
        </w:rPr>
        <w:t>个图案涂有阴影的小正方形的个数为</w:t>
      </w:r>
      <w:r>
        <w:rPr>
          <w:rFonts w:eastAsia="Times New Roman" w:cs="Times New Roman"/>
          <w:color w:val="000000"/>
        </w:rPr>
        <w:t>5+4</w:t>
      </w:r>
      <w:r>
        <w:rPr>
          <w:rFonts w:ascii="宋体;SimSun" w:hAnsi="宋体;SimSun" w:cs="宋体;SimSun" w:eastAsia="宋体;SimSun"/>
          <w:color w:val="000000"/>
        </w:rPr>
        <w:t>（</w:t>
      </w:r>
      <w:r>
        <w:rPr>
          <w:rFonts w:eastAsia="Times New Roman" w:cs="Times New Roman"/>
          <w:color w:val="000000"/>
        </w:rPr>
        <w:t>n-1</w:t>
      </w:r>
      <w:r>
        <w:rPr>
          <w:rFonts w:ascii="宋体;SimSun" w:hAnsi="宋体;SimSun" w:cs="宋体;SimSun" w:eastAsia="宋体;SimSun"/>
          <w:color w:val="000000"/>
        </w:rPr>
        <w:t>）</w:t>
      </w:r>
      <w:r>
        <w:rPr>
          <w:rFonts w:eastAsia="Times New Roman" w:cs="Times New Roman"/>
          <w:color w:val="000000"/>
        </w:rPr>
        <w:t>=4n+1</w:t>
      </w:r>
      <w:r>
        <w:rPr>
          <w:rFonts w:ascii="宋体;SimSun" w:hAnsi="宋体;SimSun" w:cs="宋体;SimSun" w:eastAsia="宋体;SimSun"/>
          <w:color w:val="000000"/>
        </w:rPr>
        <w:t>（个），</w:t>
      </w:r>
    </w:p>
    <w:p>
      <w:pPr>
        <w:pStyle w:val="Normal"/>
        <w:spacing w:lineRule="auto" w:line="360"/>
        <w:jc w:val="start"/>
        <w:textAlignment w:val="center"/>
        <w:rPr/>
      </w:pPr>
      <w:r>
        <w:rPr>
          <w:rFonts w:ascii="宋体;SimSun" w:hAnsi="宋体;SimSun" w:cs="宋体;SimSun" w:eastAsia="宋体;SimSun"/>
          <w:color w:val="000000"/>
        </w:rPr>
        <w:t>故答案为：</w:t>
      </w:r>
      <w:r>
        <w:rPr>
          <w:rFonts w:eastAsia="Times New Roman" w:cs="Times New Roman"/>
          <w:color w:val="000000"/>
        </w:rPr>
        <w:t>17</w:t>
      </w:r>
      <w:r>
        <w:rPr>
          <w:rFonts w:ascii="宋体;SimSun" w:hAnsi="宋体;SimSun" w:cs="宋体;SimSun" w:eastAsia="宋体;SimSun"/>
          <w:color w:val="000000"/>
        </w:rPr>
        <w:t>，</w:t>
      </w:r>
      <w:r>
        <w:rPr>
          <w:rFonts w:eastAsia="Times New Roman" w:cs="Times New Roman"/>
          <w:color w:val="000000"/>
        </w:rPr>
        <w:t>4n+1</w:t>
      </w:r>
      <w:r>
        <w:rPr>
          <w:rFonts w:ascii="宋体;SimSun" w:hAnsi="宋体;SimSun" w:cs="宋体;SimSun" w:eastAsia="宋体;SimSun"/>
          <w:color w:val="000000"/>
        </w:rPr>
        <w:t>．</w:t>
      </w:r>
    </w:p>
    <w:p>
      <w:pPr>
        <w:pStyle w:val="Normal"/>
        <w:spacing w:lineRule="auto" w:line="360"/>
        <w:jc w:val="start"/>
        <w:textAlignment w:val="center"/>
        <w:rPr/>
      </w:pPr>
      <w:r>
        <w:rPr>
          <w:color w:val="000000"/>
        </w:rPr>
        <w:t>【点睛】</w:t>
      </w:r>
      <w:r>
        <w:rPr>
          <w:rFonts w:ascii="宋体;SimSun" w:hAnsi="宋体;SimSun" w:cs="宋体;SimSun" w:eastAsia="宋体;SimSun"/>
          <w:color w:val="000000"/>
        </w:rPr>
        <w:t>此题考查图形类规律的探究，列代数式，有理数的加法计算法则，观察图形得到图形的变化规律，总结规律并解决问题是解题的关键．</w:t>
      </w:r>
    </w:p>
    <w:p>
      <w:pPr>
        <w:pStyle w:val="Normal"/>
        <w:spacing w:lineRule="auto" w:line="283"/>
        <w:jc w:val="start"/>
        <w:textAlignment w:val="center"/>
        <w:rPr/>
      </w:pPr>
      <w:r>
        <w:rPr>
          <w:rFonts w:ascii="宋体;SimSun" w:hAnsi="宋体;SimSun" w:cs="宋体;SimSun" w:eastAsia="宋体;SimSun"/>
          <w:b/>
          <w:color w:val="000000"/>
          <w:sz w:val="24"/>
        </w:rPr>
        <w:t>三、解答题（本题共</w:t>
      </w:r>
      <w:r>
        <w:rPr>
          <w:rFonts w:eastAsia="Times New Roman" w:cs="Times New Roman"/>
          <w:b/>
          <w:color w:val="000000"/>
          <w:sz w:val="24"/>
        </w:rPr>
        <w:t>36</w:t>
      </w:r>
      <w:r>
        <w:rPr>
          <w:rFonts w:ascii="宋体;SimSun" w:hAnsi="宋体;SimSun" w:cs="宋体;SimSun" w:eastAsia="宋体;SimSun"/>
          <w:b/>
          <w:color w:val="000000"/>
          <w:sz w:val="24"/>
        </w:rPr>
        <w:t>分，</w:t>
      </w:r>
      <w:r>
        <w:rPr>
          <w:rFonts w:eastAsia="Times New Roman" w:cs="Times New Roman"/>
          <w:b/>
          <w:color w:val="000000"/>
          <w:sz w:val="24"/>
        </w:rPr>
        <w:t>19</w:t>
      </w:r>
      <w:r>
        <w:rPr>
          <w:rFonts w:ascii="宋体;SimSun" w:hAnsi="宋体;SimSun" w:cs="宋体;SimSun" w:eastAsia="宋体;SimSun"/>
          <w:b/>
          <w:color w:val="000000"/>
          <w:sz w:val="24"/>
        </w:rPr>
        <w:t>题</w:t>
      </w:r>
      <w:r>
        <w:rPr>
          <w:rFonts w:eastAsia="Times New Roman" w:cs="Times New Roman"/>
          <w:b/>
          <w:color w:val="000000"/>
          <w:sz w:val="24"/>
        </w:rPr>
        <w:t>16</w:t>
      </w:r>
      <w:r>
        <w:rPr>
          <w:rFonts w:ascii="宋体;SimSun" w:hAnsi="宋体;SimSun" w:cs="宋体;SimSun" w:eastAsia="宋体;SimSun"/>
          <w:b/>
          <w:color w:val="000000"/>
          <w:sz w:val="24"/>
        </w:rPr>
        <w:t>分、</w:t>
      </w:r>
      <w:r>
        <w:rPr>
          <w:rFonts w:eastAsia="Times New Roman" w:cs="Times New Roman"/>
          <w:b/>
          <w:color w:val="000000"/>
          <w:sz w:val="24"/>
        </w:rPr>
        <w:t>20</w:t>
      </w:r>
      <w:r>
        <w:rPr>
          <w:rFonts w:ascii="宋体;SimSun" w:hAnsi="宋体;SimSun" w:cs="宋体;SimSun" w:eastAsia="宋体;SimSun"/>
          <w:b/>
          <w:color w:val="000000"/>
          <w:sz w:val="24"/>
        </w:rPr>
        <w:t>题</w:t>
      </w:r>
      <w:r>
        <w:rPr>
          <w:rFonts w:eastAsia="Times New Roman" w:cs="Times New Roman"/>
          <w:b/>
          <w:color w:val="000000"/>
          <w:sz w:val="24"/>
        </w:rPr>
        <w:t>6</w:t>
      </w:r>
      <w:r>
        <w:rPr>
          <w:rFonts w:ascii="宋体;SimSun" w:hAnsi="宋体;SimSun" w:cs="宋体;SimSun" w:eastAsia="宋体;SimSun"/>
          <w:b/>
          <w:color w:val="000000"/>
          <w:sz w:val="24"/>
        </w:rPr>
        <w:t>分、</w:t>
      </w:r>
      <w:r>
        <w:rPr>
          <w:rFonts w:eastAsia="Times New Roman" w:cs="Times New Roman"/>
          <w:b/>
          <w:color w:val="000000"/>
          <w:sz w:val="24"/>
        </w:rPr>
        <w:t>21</w:t>
      </w:r>
      <w:r>
        <w:rPr>
          <w:rFonts w:ascii="宋体;SimSun" w:hAnsi="宋体;SimSun" w:cs="宋体;SimSun" w:eastAsia="宋体;SimSun"/>
          <w:b/>
          <w:color w:val="000000"/>
          <w:sz w:val="24"/>
        </w:rPr>
        <w:t>题</w:t>
      </w:r>
      <w:r>
        <w:rPr>
          <w:rFonts w:eastAsia="Times New Roman" w:cs="Times New Roman"/>
          <w:b/>
          <w:color w:val="000000"/>
          <w:sz w:val="24"/>
        </w:rPr>
        <w:t>14</w:t>
      </w:r>
      <w:r>
        <w:rPr>
          <w:rFonts w:ascii="宋体;SimSun" w:hAnsi="宋体;SimSun" w:cs="宋体;SimSun" w:eastAsia="宋体;SimSun"/>
          <w:b/>
          <w:color w:val="000000"/>
          <w:sz w:val="24"/>
        </w:rPr>
        <w:t>分，</w:t>
      </w:r>
      <w:r>
        <w:rPr>
          <w:rFonts w:eastAsia="Times New Roman" w:cs="Times New Roman"/>
          <w:b/>
          <w:color w:val="000000"/>
          <w:sz w:val="24"/>
        </w:rPr>
        <w:t>21</w:t>
      </w:r>
      <w:r>
        <w:rPr>
          <w:rFonts w:ascii="宋体;SimSun" w:hAnsi="宋体;SimSun" w:cs="宋体;SimSun" w:eastAsia="宋体;SimSun"/>
          <w:b/>
          <w:color w:val="000000"/>
          <w:sz w:val="24"/>
        </w:rPr>
        <w:t>题（</w:t>
      </w:r>
      <w:r>
        <w:rPr>
          <w:rFonts w:eastAsia="Times New Roman" w:cs="Times New Roman"/>
          <w:b/>
          <w:color w:val="000000"/>
          <w:sz w:val="24"/>
        </w:rPr>
        <w:t>1</w:t>
      </w:r>
      <w:r>
        <w:rPr>
          <w:rFonts w:ascii="宋体;SimSun" w:hAnsi="宋体;SimSun" w:cs="宋体;SimSun" w:eastAsia="宋体;SimSun"/>
          <w:b/>
          <w:color w:val="000000"/>
          <w:sz w:val="24"/>
        </w:rPr>
        <w:t>）（</w:t>
      </w:r>
      <w:r>
        <w:rPr>
          <w:rFonts w:eastAsia="Times New Roman" w:cs="Times New Roman"/>
          <w:b/>
          <w:color w:val="000000"/>
          <w:sz w:val="24"/>
        </w:rPr>
        <w:t>2</w:t>
      </w:r>
      <w:r>
        <w:rPr>
          <w:rFonts w:ascii="宋体;SimSun" w:hAnsi="宋体;SimSun" w:cs="宋体;SimSun" w:eastAsia="宋体;SimSun"/>
          <w:b/>
          <w:color w:val="000000"/>
          <w:sz w:val="24"/>
        </w:rPr>
        <w:t>）题每题</w:t>
      </w:r>
      <w:r>
        <w:rPr>
          <w:rFonts w:eastAsia="Times New Roman" w:cs="Times New Roman"/>
          <w:b/>
          <w:color w:val="000000"/>
          <w:sz w:val="24"/>
        </w:rPr>
        <w:t>3</w:t>
      </w:r>
      <w:r>
        <w:rPr>
          <w:rFonts w:ascii="宋体;SimSun" w:hAnsi="宋体;SimSun" w:cs="宋体;SimSun" w:eastAsia="宋体;SimSun"/>
          <w:b/>
          <w:color w:val="000000"/>
          <w:sz w:val="24"/>
        </w:rPr>
        <w:t>分，（</w:t>
      </w:r>
      <w:r>
        <w:rPr>
          <w:rFonts w:eastAsia="Times New Roman" w:cs="Times New Roman"/>
          <w:b/>
          <w:color w:val="000000"/>
          <w:sz w:val="24"/>
        </w:rPr>
        <w:t>3</w:t>
      </w:r>
      <w:r>
        <w:rPr>
          <w:rFonts w:ascii="宋体;SimSun" w:hAnsi="宋体;SimSun" w:cs="宋体;SimSun" w:eastAsia="宋体;SimSun"/>
          <w:b/>
          <w:color w:val="000000"/>
          <w:sz w:val="24"/>
        </w:rPr>
        <w:t>）（</w:t>
      </w:r>
      <w:r>
        <w:rPr>
          <w:rFonts w:eastAsia="Times New Roman" w:cs="Times New Roman"/>
          <w:b/>
          <w:color w:val="000000"/>
          <w:sz w:val="24"/>
        </w:rPr>
        <w:t>4</w:t>
      </w:r>
      <w:r>
        <w:rPr>
          <w:rFonts w:ascii="宋体;SimSun" w:hAnsi="宋体;SimSun" w:cs="宋体;SimSun" w:eastAsia="宋体;SimSun"/>
          <w:b/>
          <w:color w:val="000000"/>
          <w:sz w:val="24"/>
        </w:rPr>
        <w:t>）每题</w:t>
      </w:r>
      <w:r>
        <w:rPr>
          <w:rFonts w:eastAsia="Times New Roman" w:cs="Times New Roman"/>
          <w:b/>
          <w:color w:val="000000"/>
          <w:sz w:val="24"/>
        </w:rPr>
        <w:t>4</w:t>
      </w:r>
      <w:r>
        <w:rPr>
          <w:rFonts w:ascii="宋体;SimSun" w:hAnsi="宋体;SimSun" w:cs="宋体;SimSun" w:eastAsia="宋体;SimSun"/>
          <w:b/>
          <w:color w:val="000000"/>
          <w:sz w:val="24"/>
        </w:rPr>
        <w:t>分）</w:t>
      </w:r>
    </w:p>
    <w:p>
      <w:pPr>
        <w:pStyle w:val="Heading2"/>
      </w:pPr>
      <w:r>
        <w:t>第十二中学</w:t>
      </w:r>
    </w:p>
    <w:p>
      <w:pPr>
        <w:pStyle w:val="Normal"/>
        <w:spacing w:lineRule="auto" w:line="360"/>
        <w:jc w:val="start"/>
        <w:textAlignment w:val="center"/>
        <w:rPr>
          <w:rFonts w:ascii="宋体;SimSun" w:hAnsi="宋体;SimSun" w:cs="宋体;SimSun"/>
          <w:color w:val="000000"/>
        </w:rPr>
      </w:pPr>
      <w:r>
        <w:rPr>
          <w:color w:val="000000"/>
        </w:rPr>
        <w:t xml:space="preserve">26. </w:t>
      </w:r>
      <w:r>
        <w:rPr>
          <w:rFonts w:ascii="宋体;SimSun" w:hAnsi="宋体;SimSun" w:cs="宋体;SimSun"/>
          <w:color w:val="000000"/>
        </w:rPr>
        <w:t>根据图中数字的规律，若第</w:t>
      </w:r>
      <w:r>
        <w:rPr>
          <w:rFonts w:eastAsia="Times New Roman" w:cs="Times New Roman"/>
          <w:i/>
          <w:color w:val="000000"/>
        </w:rPr>
        <w:t>n</w:t>
      </w:r>
      <w:r>
        <w:rPr>
          <w:rFonts w:ascii="宋体;SimSun" w:hAnsi="宋体;SimSun" w:cs="宋体;SimSun"/>
          <w:color w:val="000000"/>
        </w:rPr>
        <w:t>个图中的</w:t>
      </w:r>
      <w:r>
        <w:rPr>
          <w:rFonts w:eastAsia="Times New Roman" w:cs="Times New Roman"/>
          <w:i/>
          <w:color w:val="000000"/>
        </w:rPr>
        <w:t>q</w:t>
      </w:r>
      <w:r>
        <w:rPr>
          <w:rFonts w:ascii="宋体;SimSun" w:hAnsi="宋体;SimSun" w:cs="宋体;SimSun"/>
          <w:color w:val="000000"/>
        </w:rPr>
        <w:t>＝</w:t>
      </w:r>
      <w:r>
        <w:rPr>
          <w:rFonts w:eastAsia="Times New Roman" w:cs="Times New Roman"/>
          <w:color w:val="000000"/>
        </w:rPr>
        <w:t>143</w:t>
      </w:r>
      <w:r>
        <w:rPr>
          <w:rFonts w:ascii="宋体;SimSun" w:hAnsi="宋体;SimSun" w:cs="宋体;SimSun"/>
          <w:color w:val="000000"/>
        </w:rPr>
        <w:t>，则</w:t>
      </w:r>
      <w:r>
        <w:rPr>
          <w:rFonts w:eastAsia="Times New Roman" w:cs="Times New Roman"/>
          <w:i/>
          <w:color w:val="000000"/>
        </w:rPr>
        <w:t>p</w:t>
      </w:r>
      <w:r>
        <w:rPr>
          <w:rFonts w:ascii="宋体;SimSun" w:hAnsi="宋体;SimSun" w:cs="宋体;SimSun"/>
          <w:color w:val="000000"/>
        </w:rPr>
        <w:t>的值为</w:t>
      </w:r>
      <w:r>
        <w:rPr>
          <w:rFonts w:cs="Times New Roman"/>
          <w:color w:val="000000"/>
        </w:rPr>
        <w:t xml:space="preserve"> </w:t>
      </w:r>
      <w:r>
        <w:rPr>
          <w:rFonts w:cs="宋体;SimSun" w:ascii="宋体;SimSun" w:hAnsi="宋体;SimSun"/>
          <w:color w:val="000000"/>
        </w:rPr>
        <w:t>___</w:t>
      </w:r>
      <w:r>
        <w:rPr>
          <w:rFonts w:ascii="宋体;SimSun" w:hAnsi="宋体;SimSun" w:cs="宋体;SimSun"/>
          <w:color w:val="000000"/>
        </w:rPr>
        <w:t>．</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drawing>
          <wp:inline distT="0" distB="0" distL="0" distR="0">
            <wp:extent cx="4544060" cy="847725"/>
            <wp:effectExtent l="0" t="0" r="0" b="0"/>
            <wp:docPr id="4085" name="图片 10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6" name="图片 100006"/>
                    <pic:cNvPicPr>
                      <a:picLocks noChangeAspect="1" noChangeArrowheads="1"/>
                    </pic:cNvPicPr>
                  </pic:nvPicPr>
                  <pic:blipFill>
                    <a:blip r:embed="rId328"/>
                    <a:srcRect l="-8" t="-42" r="-8" b="-42"/>
                    <a:stretch>
                      <a:fillRect/>
                    </a:stretch>
                  </pic:blipFill>
                  <pic:spPr bwMode="auto">
                    <a:xfrm>
                      <a:off x="0" y="0"/>
                      <a:ext cx="4544060" cy="847725"/>
                    </a:xfrm>
                    <a:prstGeom prst="rect">
                      <a:avLst/>
                    </a:prstGeom>
                    <a:noFill/>
                  </pic:spPr>
                </pic:pic>
              </a:graphicData>
            </a:graphic>
          </wp:inline>
        </w:drawing>
      </w:r>
      <w:r>
        <w:rPr>
          <w:rFonts w:cs="宋体;SimSun" w:ascii="宋体;SimSun" w:hAnsi="宋体;SimSun"/>
          <w:color w:val="000000"/>
        </w:rPr>
        <w:br/>
      </w:r>
    </w:p>
    <w:p>
      <w:pPr>
        <w:pStyle w:val="Normal"/>
        <w:spacing w:lineRule="auto" w:line="360"/>
        <w:textAlignment w:val="center"/>
        <w:rPr>
          <w:rFonts w:eastAsia="Times New Roman" w:cs="Times New Roman"/>
          <w:color w:val="000000"/>
        </w:rPr>
      </w:pPr>
      <w:r>
        <w:rPr>
          <w:color w:val="2E75B6"/>
        </w:rPr>
        <w:t>【答案】</w:t>
      </w:r>
      <w:r>
        <w:rPr>
          <w:rFonts w:eastAsia="Times New Roman" w:cs="Times New Roman"/>
          <w:color w:val="000000"/>
        </w:rPr>
        <w:t>121</w:t>
      </w:r>
    </w:p>
    <w:p>
      <w:pPr>
        <w:pStyle w:val="Normal"/>
        <w:spacing w:lineRule="auto" w:line="360"/>
        <w:textAlignment w:val="center"/>
        <w:rPr>
          <w:color w:val="000000"/>
        </w:rPr>
      </w:pPr>
      <w:r>
        <w:rPr>
          <w:color w:val="2E75B6"/>
        </w:rPr>
        <w:t>【解析】</w:t>
      </w:r>
    </w:p>
    <w:p>
      <w:pPr>
        <w:pStyle w:val="Normal"/>
        <w:spacing w:lineRule="auto" w:line="360"/>
        <w:textAlignment w:val="center"/>
        <w:rPr>
          <w:rFonts w:ascii="宋体;SimSun" w:hAnsi="宋体;SimSun" w:cs="宋体;SimSun"/>
          <w:color w:val="000000"/>
        </w:rPr>
      </w:pPr>
      <w:r>
        <w:rPr>
          <w:color w:val="000000"/>
        </w:rPr>
        <w:t>【分析】</w:t>
      </w:r>
      <w:r>
        <w:rPr>
          <w:rFonts w:ascii="宋体;SimSun" w:hAnsi="宋体;SimSun" w:cs="宋体;SimSun"/>
          <w:color w:val="000000"/>
        </w:rPr>
        <w:t>每个图形中，左边三角形上的数字即为图形的序数</w:t>
      </w:r>
      <w:r>
        <w:rPr>
          <w:rFonts w:eastAsia="Times New Roman" w:cs="Times New Roman"/>
          <w:i/>
          <w:color w:val="000000"/>
        </w:rPr>
        <w:t>n</w:t>
      </w:r>
      <w:r>
        <w:rPr>
          <w:rFonts w:ascii="宋体;SimSun" w:hAnsi="宋体;SimSun" w:cs="宋体;SimSun"/>
          <w:color w:val="000000"/>
        </w:rPr>
        <w:t>，右边三角形上的数字为</w:t>
      </w:r>
      <w:r>
        <w:rPr>
          <w:rFonts w:eastAsia="Times New Roman" w:cs="Times New Roman"/>
          <w:i/>
          <w:color w:val="000000"/>
        </w:rPr>
        <w:t>p</w:t>
      </w:r>
      <w:r>
        <w:rPr>
          <w:rFonts w:eastAsia="Times New Roman" w:cs="Times New Roman"/>
          <w:color w:val="000000"/>
        </w:rPr>
        <w:t>=</w:t>
      </w:r>
      <w:r>
        <w:rPr>
          <w:rFonts w:eastAsia="Times New Roman" w:cs="Times New Roman"/>
          <w:i/>
          <w:color w:val="000000"/>
        </w:rPr>
        <w:t>n</w:t>
      </w:r>
      <w:r>
        <w:rPr>
          <w:rFonts w:eastAsia="Times New Roman" w:cs="Times New Roman"/>
          <w:color w:val="000000"/>
          <w:vertAlign w:val="superscript"/>
        </w:rPr>
        <w:t>2</w:t>
      </w:r>
      <w:r>
        <w:rPr>
          <w:rFonts w:ascii="宋体;SimSun" w:hAnsi="宋体;SimSun" w:cs="宋体;SimSun"/>
          <w:color w:val="000000"/>
        </w:rPr>
        <w:t>，下面三角形上的数字</w:t>
      </w:r>
      <w:r>
        <w:rPr>
          <w:rFonts w:eastAsia="Times New Roman" w:cs="Times New Roman"/>
          <w:i/>
          <w:color w:val="000000"/>
        </w:rPr>
        <w:t>q</w:t>
      </w:r>
      <w:r>
        <w:rPr>
          <w:rFonts w:eastAsia="Times New Roman" w:cs="Times New Roman"/>
          <w:color w:val="000000"/>
        </w:rPr>
        <w:t>=</w:t>
      </w:r>
      <w:r>
        <w:rPr>
          <w:rFonts w:ascii="宋体;SimSun" w:hAnsi="宋体;SimSun" w:cs="宋体;SimSun"/>
          <w:color w:val="000000"/>
        </w:rPr>
        <w:t>（</w:t>
      </w:r>
      <w:r>
        <w:rPr>
          <w:rFonts w:eastAsia="Times New Roman" w:cs="Times New Roman"/>
          <w:i/>
          <w:color w:val="000000"/>
        </w:rPr>
        <w:t>n</w:t>
      </w:r>
      <w:r>
        <w:rPr>
          <w:rFonts w:eastAsia="Times New Roman" w:cs="Times New Roman"/>
          <w:color w:val="000000"/>
        </w:rPr>
        <w:t>+1</w:t>
      </w:r>
      <w:r>
        <w:rPr>
          <w:rFonts w:ascii="宋体;SimSun" w:hAnsi="宋体;SimSun" w:cs="宋体;SimSun"/>
          <w:color w:val="000000"/>
        </w:rPr>
        <w:t>）</w:t>
      </w:r>
      <w:r>
        <w:rPr>
          <w:rFonts w:eastAsia="Times New Roman" w:cs="Times New Roman"/>
          <w:color w:val="000000"/>
          <w:vertAlign w:val="superscript"/>
        </w:rPr>
        <w:t>2</w:t>
      </w:r>
      <w:r>
        <w:rPr>
          <w:rFonts w:eastAsia="Times New Roman" w:cs="Times New Roman"/>
          <w:color w:val="000000"/>
        </w:rPr>
        <w:t>-1</w:t>
      </w:r>
      <w:r>
        <w:rPr>
          <w:rFonts w:ascii="宋体;SimSun" w:hAnsi="宋体;SimSun" w:cs="宋体;SimSun"/>
          <w:color w:val="000000"/>
        </w:rPr>
        <w:t>，先把</w:t>
      </w:r>
      <w:r>
        <w:rPr>
          <w:rFonts w:eastAsia="Times New Roman" w:cs="Times New Roman"/>
          <w:i/>
          <w:color w:val="000000"/>
        </w:rPr>
        <w:t>q</w:t>
      </w:r>
      <w:r>
        <w:rPr>
          <w:rFonts w:eastAsia="Times New Roman" w:cs="Times New Roman"/>
          <w:color w:val="000000"/>
        </w:rPr>
        <w:t>=143</w:t>
      </w:r>
      <w:r>
        <w:rPr>
          <w:rFonts w:ascii="宋体;SimSun" w:hAnsi="宋体;SimSun" w:cs="宋体;SimSun"/>
          <w:color w:val="000000"/>
        </w:rPr>
        <w:t>代入求出</w:t>
      </w:r>
      <w:r>
        <w:rPr>
          <w:rFonts w:eastAsia="Times New Roman" w:cs="Times New Roman"/>
          <w:i/>
          <w:color w:val="000000"/>
        </w:rPr>
        <w:t>n</w:t>
      </w:r>
      <w:r>
        <w:rPr>
          <w:rFonts w:ascii="宋体;SimSun" w:hAnsi="宋体;SimSun" w:cs="宋体;SimSun"/>
          <w:color w:val="000000"/>
        </w:rPr>
        <w:t>的值，再进一步求出</w:t>
      </w:r>
      <w:r>
        <w:rPr>
          <w:rFonts w:eastAsia="Times New Roman" w:cs="Times New Roman"/>
          <w:i/>
          <w:color w:val="000000"/>
        </w:rPr>
        <w:t>p</w:t>
      </w:r>
      <w:r>
        <w:rPr>
          <w:rFonts w:ascii="宋体;SimSun" w:hAnsi="宋体;SimSun" w:cs="宋体;SimSun"/>
          <w:color w:val="000000"/>
        </w:rPr>
        <w:t>的值．</w:t>
      </w:r>
    </w:p>
    <w:p>
      <w:pPr>
        <w:pStyle w:val="Normal"/>
        <w:spacing w:lineRule="auto" w:line="360"/>
        <w:textAlignment w:val="center"/>
        <w:rPr>
          <w:rFonts w:ascii="宋体;SimSun" w:hAnsi="宋体;SimSun" w:cs="宋体;SimSun"/>
          <w:color w:val="000000"/>
        </w:rPr>
      </w:pPr>
      <w:r>
        <w:rPr>
          <w:color w:val="000000"/>
        </w:rPr>
        <w:t>【详解】</w:t>
      </w:r>
      <w:r>
        <w:rPr>
          <w:rFonts w:ascii="宋体;SimSun" w:hAnsi="宋体;SimSun" w:cs="宋体;SimSun"/>
          <w:color w:val="000000"/>
        </w:rPr>
        <w:t>解：通过观察可得规律：</w:t>
      </w:r>
      <w:r>
        <w:rPr>
          <w:rFonts w:eastAsia="Times New Roman" w:cs="Times New Roman"/>
          <w:i/>
          <w:color w:val="000000"/>
        </w:rPr>
        <w:t>p</w:t>
      </w:r>
      <w:r>
        <w:rPr>
          <w:rFonts w:eastAsia="Times New Roman" w:cs="Times New Roman"/>
          <w:color w:val="000000"/>
        </w:rPr>
        <w:t>=</w:t>
      </w:r>
      <w:r>
        <w:rPr>
          <w:rFonts w:eastAsia="Times New Roman" w:cs="Times New Roman"/>
          <w:i/>
          <w:color w:val="000000"/>
        </w:rPr>
        <w:t>n</w:t>
      </w:r>
      <w:r>
        <w:rPr>
          <w:rFonts w:eastAsia="Times New Roman" w:cs="Times New Roman"/>
          <w:color w:val="000000"/>
          <w:vertAlign w:val="superscript"/>
        </w:rPr>
        <w:t>2</w:t>
      </w:r>
      <w:r>
        <w:rPr>
          <w:rFonts w:ascii="宋体;SimSun" w:hAnsi="宋体;SimSun" w:cs="宋体;SimSun"/>
          <w:color w:val="000000"/>
        </w:rPr>
        <w:t>，</w:t>
      </w:r>
      <w:r>
        <w:rPr>
          <w:rFonts w:eastAsia="Times New Roman" w:cs="Times New Roman"/>
          <w:i/>
          <w:color w:val="000000"/>
        </w:rPr>
        <w:t>q</w:t>
      </w:r>
      <w:r>
        <w:rPr>
          <w:rFonts w:eastAsia="Times New Roman" w:cs="Times New Roman"/>
          <w:color w:val="000000"/>
        </w:rPr>
        <w:t>=</w:t>
      </w:r>
      <w:r>
        <w:rPr>
          <w:rFonts w:ascii="宋体;SimSun" w:hAnsi="宋体;SimSun" w:cs="宋体;SimSun"/>
          <w:color w:val="000000"/>
        </w:rPr>
        <w:t>（</w:t>
      </w:r>
      <w:r>
        <w:rPr>
          <w:rFonts w:eastAsia="Times New Roman" w:cs="Times New Roman"/>
          <w:i/>
          <w:color w:val="000000"/>
        </w:rPr>
        <w:t>n</w:t>
      </w:r>
      <w:r>
        <w:rPr>
          <w:rFonts w:eastAsia="Times New Roman" w:cs="Times New Roman"/>
          <w:color w:val="000000"/>
        </w:rPr>
        <w:t>+1</w:t>
      </w:r>
      <w:r>
        <w:rPr>
          <w:rFonts w:ascii="宋体;SimSun" w:hAnsi="宋体;SimSun" w:cs="宋体;SimSun"/>
          <w:color w:val="000000"/>
        </w:rPr>
        <w:t>）</w:t>
      </w:r>
      <w:r>
        <w:rPr>
          <w:rFonts w:eastAsia="Times New Roman" w:cs="Times New Roman"/>
          <w:color w:val="000000"/>
          <w:vertAlign w:val="superscript"/>
        </w:rPr>
        <w:t>2</w:t>
      </w:r>
      <w:r>
        <w:rPr>
          <w:rFonts w:eastAsia="Times New Roman" w:cs="Times New Roman"/>
          <w:color w:val="000000"/>
        </w:rPr>
        <w:t>-1</w:t>
      </w:r>
      <w:r>
        <w:rPr>
          <w:rFonts w:ascii="宋体;SimSun" w:hAnsi="宋体;SimSun" w:cs="宋体;SimSun"/>
          <w:color w:val="000000"/>
        </w:rPr>
        <w:t>，</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w:t>
      </w:r>
      <w:r>
        <w:rPr>
          <w:rFonts w:eastAsia="Times New Roman" w:cs="Times New Roman"/>
          <w:i/>
          <w:color w:val="000000"/>
        </w:rPr>
        <w:t>q</w:t>
      </w:r>
      <w:r>
        <w:rPr>
          <w:rFonts w:eastAsia="Times New Roman" w:cs="Times New Roman"/>
          <w:color w:val="000000"/>
        </w:rPr>
        <w:t>=143</w:t>
      </w:r>
      <w:r>
        <w:rPr>
          <w:rFonts w:ascii="宋体;SimSun" w:hAnsi="宋体;SimSun" w:cs="宋体;SimSun"/>
          <w:color w:val="000000"/>
        </w:rPr>
        <w:t>，</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w:t>
      </w:r>
      <w:r>
        <w:rPr>
          <w:rFonts w:ascii="宋体;SimSun" w:hAnsi="宋体;SimSun" w:cs="宋体;SimSun"/>
          <w:color w:val="000000"/>
        </w:rPr>
        <w:t>（</w:t>
      </w:r>
      <w:r>
        <w:rPr>
          <w:rFonts w:eastAsia="Times New Roman" w:cs="Times New Roman"/>
          <w:i/>
          <w:color w:val="000000"/>
        </w:rPr>
        <w:t>n</w:t>
      </w:r>
      <w:r>
        <w:rPr>
          <w:rFonts w:eastAsia="Times New Roman" w:cs="Times New Roman"/>
          <w:color w:val="000000"/>
        </w:rPr>
        <w:t>+1</w:t>
      </w:r>
      <w:r>
        <w:rPr>
          <w:rFonts w:ascii="宋体;SimSun" w:hAnsi="宋体;SimSun" w:cs="宋体;SimSun"/>
          <w:color w:val="000000"/>
        </w:rPr>
        <w:t>）</w:t>
      </w:r>
      <w:r>
        <w:rPr>
          <w:rFonts w:eastAsia="Times New Roman" w:cs="Times New Roman"/>
          <w:color w:val="000000"/>
          <w:vertAlign w:val="superscript"/>
        </w:rPr>
        <w:t>2</w:t>
      </w:r>
      <w:r>
        <w:rPr>
          <w:rFonts w:eastAsia="Times New Roman" w:cs="Times New Roman"/>
          <w:color w:val="000000"/>
        </w:rPr>
        <w:t>-1=143</w:t>
      </w:r>
      <w:r>
        <w:rPr>
          <w:rFonts w:ascii="宋体;SimSun" w:hAnsi="宋体;SimSun" w:cs="宋体;SimSun"/>
          <w:color w:val="000000"/>
        </w:rPr>
        <w:t>，</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解得：</w:t>
      </w:r>
      <w:r>
        <w:rPr>
          <w:rFonts w:eastAsia="Times New Roman" w:cs="Times New Roman"/>
          <w:i/>
          <w:color w:val="000000"/>
        </w:rPr>
        <w:t>n</w:t>
      </w:r>
      <w:r>
        <w:rPr>
          <w:rFonts w:eastAsia="Times New Roman" w:cs="Times New Roman"/>
          <w:color w:val="000000"/>
        </w:rPr>
        <w:t>=11</w:t>
      </w:r>
      <w:r>
        <w:rPr>
          <w:rFonts w:ascii="宋体;SimSun" w:hAnsi="宋体;SimSun" w:cs="宋体;SimSun"/>
          <w:color w:val="000000"/>
        </w:rPr>
        <w:t>，</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w:t>
      </w:r>
      <w:r>
        <w:rPr>
          <w:rFonts w:eastAsia="Times New Roman" w:cs="Times New Roman"/>
          <w:i/>
          <w:color w:val="000000"/>
        </w:rPr>
        <w:t>p</w:t>
      </w:r>
      <w:r>
        <w:rPr>
          <w:rFonts w:eastAsia="Times New Roman" w:cs="Times New Roman"/>
          <w:color w:val="000000"/>
        </w:rPr>
        <w:t>=</w:t>
      </w:r>
      <w:r>
        <w:rPr>
          <w:rFonts w:eastAsia="Times New Roman" w:cs="Times New Roman"/>
          <w:i/>
          <w:color w:val="000000"/>
        </w:rPr>
        <w:t>n</w:t>
      </w:r>
      <w:r>
        <w:rPr>
          <w:rFonts w:eastAsia="Times New Roman" w:cs="Times New Roman"/>
          <w:color w:val="000000"/>
          <w:vertAlign w:val="superscript"/>
        </w:rPr>
        <w:t>2</w:t>
      </w:r>
      <w:r>
        <w:rPr>
          <w:rFonts w:eastAsia="Times New Roman" w:cs="Times New Roman"/>
          <w:color w:val="000000"/>
        </w:rPr>
        <w:t>=11</w:t>
      </w:r>
      <w:r>
        <w:rPr>
          <w:rFonts w:eastAsia="Times New Roman" w:cs="Times New Roman"/>
          <w:color w:val="000000"/>
          <w:vertAlign w:val="superscript"/>
        </w:rPr>
        <w:t>2</w:t>
      </w:r>
      <w:r>
        <w:rPr>
          <w:rFonts w:eastAsia="Times New Roman" w:cs="Times New Roman"/>
          <w:color w:val="000000"/>
        </w:rPr>
        <w:t>=121</w:t>
      </w:r>
      <w:r>
        <w:rPr>
          <w:rFonts w:ascii="宋体;SimSun" w:hAnsi="宋体;SimSun" w:cs="宋体;SimSun"/>
          <w:color w:val="000000"/>
        </w:rPr>
        <w:t>，</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故答案为：</w:t>
      </w:r>
      <w:r>
        <w:rPr>
          <w:rFonts w:eastAsia="Times New Roman" w:cs="Times New Roman"/>
          <w:color w:val="000000"/>
        </w:rPr>
        <w:t>121</w:t>
      </w:r>
      <w:r>
        <w:rPr>
          <w:rFonts w:ascii="宋体;SimSun" w:hAnsi="宋体;SimSun" w:cs="宋体;SimSun"/>
          <w:color w:val="000000"/>
        </w:rPr>
        <w:t>．</w:t>
      </w:r>
    </w:p>
    <w:p>
      <w:pPr>
        <w:pStyle w:val="Normal"/>
        <w:spacing w:lineRule="auto" w:line="360"/>
        <w:jc w:val="start"/>
        <w:textAlignment w:val="center"/>
        <w:rPr>
          <w:rFonts w:ascii="宋体;SimSun" w:hAnsi="宋体;SimSun" w:cs="宋体;SimSun"/>
          <w:color w:val="000000"/>
        </w:rPr>
      </w:pPr>
      <w:r>
        <w:rPr>
          <w:color w:val="000000"/>
        </w:rPr>
        <w:t>【点睛】</w:t>
      </w:r>
      <w:r>
        <w:rPr>
          <w:rFonts w:ascii="宋体;SimSun" w:hAnsi="宋体;SimSun" w:cs="宋体;SimSun"/>
          <w:color w:val="000000"/>
        </w:rPr>
        <w:t>本题考查了图形中有关数字的变化规律，能准确观察到相关规律是解决本题的关键．</w:t>
      </w:r>
    </w:p>
    <w:p>
      <w:pPr>
        <w:pStyle w:val="Normal"/>
        <w:spacing w:lineRule="auto" w:line="360"/>
        <w:jc w:val="start"/>
        <w:textAlignment w:val="center"/>
        <w:rPr>
          <w:rFonts w:ascii="宋体;SimSun" w:hAnsi="宋体;SimSun" w:cs="宋体;SimSun"/>
          <w:b/>
          <w:color w:val="000000"/>
          <w:sz w:val="24"/>
        </w:rPr>
      </w:pPr>
      <w:r>
        <w:rPr>
          <w:rFonts w:ascii="宋体;SimSun" w:hAnsi="宋体;SimSun" w:cs="宋体;SimSun"/>
          <w:b/>
          <w:color w:val="000000"/>
          <w:sz w:val="24"/>
        </w:rPr>
        <w:t>三、解答题（每题</w:t>
      </w:r>
      <w:r>
        <w:rPr>
          <w:rFonts w:eastAsia="Times New Roman" w:cs="Times New Roman"/>
          <w:b/>
          <w:color w:val="000000"/>
          <w:sz w:val="24"/>
        </w:rPr>
        <w:t>3</w:t>
      </w:r>
      <w:r>
        <w:rPr>
          <w:rFonts w:ascii="宋体;SimSun" w:hAnsi="宋体;SimSun" w:cs="宋体;SimSun"/>
          <w:b/>
          <w:color w:val="000000"/>
          <w:sz w:val="24"/>
        </w:rPr>
        <w:t>分，共</w:t>
      </w:r>
      <w:r>
        <w:rPr>
          <w:rFonts w:eastAsia="Times New Roman" w:cs="Times New Roman"/>
          <w:b/>
          <w:color w:val="000000"/>
          <w:sz w:val="24"/>
        </w:rPr>
        <w:t>33</w:t>
      </w:r>
      <w:r>
        <w:rPr>
          <w:rFonts w:ascii="宋体;SimSun" w:hAnsi="宋体;SimSun" w:cs="宋体;SimSun"/>
          <w:b/>
          <w:color w:val="000000"/>
          <w:sz w:val="24"/>
        </w:rPr>
        <w:t>分）</w:t>
      </w:r>
    </w:p>
    <w:p>
      <w:pPr>
        <w:pStyle w:val="Heading2"/>
      </w:pPr>
      <w:r>
        <w:t>第十五中学</w:t>
      </w:r>
    </w:p>
    <w:p>
      <w:pPr>
        <w:spacing w:line="360" w:lineRule="auto"/>
        <w:jc w:val="left"/>
        <w:textAlignment w:val="center"/>
        <w:rPr>
          <w:color w:val="000000"/>
        </w:rPr>
      </w:pPr>
      <w:r>
        <w:rPr>
          <w:color w:val="000000"/>
        </w:rPr>
        <w:t xml:space="preserve">16. </w:t>
      </w:r>
      <w:r>
        <w:rPr>
          <w:rFonts w:ascii="宋体" w:eastAsia="宋体" w:hAnsi="宋体" w:cs="宋体"/>
          <w:color w:val="000000"/>
        </w:rPr>
        <w:t>已知</w:t>
      </w:r>
      <w:r>
        <w:rPr>
          <w:rFonts w:ascii="Times New Roman" w:eastAsia="Times New Roman" w:hAnsi="Times New Roman" w:cs="Times New Roman"/>
          <w:i/>
          <w:color w:val="000000"/>
        </w:rPr>
        <w:t>a</w:t>
      </w:r>
      <w:r>
        <w:rPr>
          <w:rFonts w:ascii="宋体" w:eastAsia="宋体" w:hAnsi="宋体" w:cs="宋体"/>
          <w:color w:val="000000"/>
        </w:rPr>
        <w:t>为不等于</w:t>
      </w:r>
      <w:r>
        <w:rPr>
          <w:rFonts w:ascii="Times New Roman" w:eastAsia="Times New Roman" w:hAnsi="Times New Roman" w:cs="Times New Roman"/>
          <w:color w:val="000000"/>
        </w:rPr>
        <w:t>1</w:t>
      </w:r>
      <w:r>
        <w:rPr>
          <w:rFonts w:ascii="宋体" w:eastAsia="宋体" w:hAnsi="宋体" w:cs="宋体"/>
          <w:color w:val="000000"/>
        </w:rPr>
        <w:t>的有理数，我们把</w:t>
      </w:r>
      <w:r>
        <w:pict>
          <v:shape id="_x0000_i721268" type="#_x0000_t75" alt="学科网(www.zxxk.com)--教育资源门户，提供试卷、教案、课件、论文、素材以及各类教学资源下载，还有大量而丰富的教学相关资讯！" style="width:27pt;height:31.2pt" o:oleicon="f" o:ole="">
            <v:imagedata r:id="rId330" o:title="eqId99ebf5e8c5ac0fc22e01967fd0c79bb7"/>
          </v:shape>
        </w:pict>
      </w:r>
      <w:r>
        <w:rPr>
          <w:rFonts w:ascii="宋体" w:eastAsia="宋体" w:hAnsi="宋体" w:cs="宋体"/>
          <w:color w:val="000000"/>
        </w:rPr>
        <w:t>称为</w:t>
      </w:r>
      <w:r>
        <w:rPr>
          <w:color w:val="000000"/>
        </w:rPr>
        <w:drawing>
          <wp:inline>
            <wp:extent cx="76200" cy="152400"/>
            <wp:docPr id="408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8" name=""/>
                    <pic:cNvPicPr>
                      <a:picLocks noChangeAspect="1"/>
                    </pic:cNvPicPr>
                  </pic:nvPicPr>
                  <pic:blipFill>
                    <a:blip r:embed="rId329"/>
                    <a:stretch>
                      <a:fillRect/>
                    </a:stretch>
                  </pic:blipFill>
                  <pic:spPr>
                    <a:xfrm>
                      <a:off x="0" y="0"/>
                      <a:ext cx="76200" cy="152400"/>
                    </a:xfrm>
                    <a:prstGeom prst="rect">
                      <a:avLst/>
                    </a:prstGeom>
                  </pic:spPr>
                </pic:pic>
              </a:graphicData>
            </a:graphic>
          </wp:inline>
        </w:drawing>
      </w:r>
      <w:r>
        <w:rPr>
          <w:rFonts w:ascii="宋体" w:eastAsia="宋体" w:hAnsi="宋体" w:cs="宋体"/>
          <w:color w:val="000000"/>
        </w:rPr>
        <w:t>的差倒数；例如：</w:t>
      </w:r>
      <w:r>
        <w:rPr>
          <w:rFonts w:ascii="Times New Roman" w:eastAsia="Times New Roman" w:hAnsi="Times New Roman" w:cs="Times New Roman"/>
          <w:color w:val="000000"/>
        </w:rPr>
        <w:t>2</w:t>
      </w:r>
      <w:r>
        <w:rPr>
          <w:rFonts w:ascii="宋体" w:eastAsia="宋体" w:hAnsi="宋体" w:cs="宋体"/>
          <w:color w:val="000000"/>
        </w:rPr>
        <w:t>的差倒数是</w:t>
      </w:r>
      <w:r>
        <w:pict>
          <v:shape id="_x0000_i721269" type="#_x0000_t75" alt="学科网(www.zxxk.com)--教育资源门户，提供试卷、教案、课件、论文、素材以及各类教学资源下载，还有大量而丰富的教学相关资讯！" style="width:77.25pt;height:30.75pt" o:oleicon="f" o:ole="">
            <v:imagedata r:id="rId331" o:title="eqId211d1d231eb25a8a5f712eeb9782282b"/>
          </v:shape>
        </w:pic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的差倒数是</w:t>
      </w:r>
      <w:r>
        <w:pict>
          <v:shape id="_x0000_i721270" type="#_x0000_t75" alt="学科网(www.zxxk.com)--教育资源门户，提供试卷、教案、课件、论文、素材以及各类教学资源下载，还有大量而丰富的教学相关资讯！" style="width:95.25pt;height:35.25pt" o:oleicon="f" o:ole="">
            <v:imagedata r:id="rId332" o:title="eqId0c78123cf4a3f6607ecdb75bab81bf20"/>
          </v:shape>
        </w:pict>
      </w:r>
      <w:r>
        <w:rPr>
          <w:rFonts w:ascii="Times New Roman" w:eastAsia="Times New Roman" w:hAnsi="Times New Roman" w:cs="Times New Roman"/>
          <w:color w:val="000000"/>
        </w:rPr>
        <w:t>.</w:t>
      </w:r>
      <w:r>
        <w:rPr>
          <w:rFonts w:ascii="宋体" w:eastAsia="宋体" w:hAnsi="宋体" w:cs="宋体"/>
          <w:color w:val="000000"/>
        </w:rPr>
        <w:t>已知</w:t>
      </w:r>
      <w:r>
        <w:pict>
          <v:shape id="_x0000_i721271" type="#_x0000_t75" alt="学科网(www.zxxk.com)--教育资源门户，提供试卷、教案、课件、论文、素材以及各类教学资源下载，还有大量而丰富的教学相关资讯！" style="width:36.75pt;height:18pt" o:oleicon="f" o:ole="">
            <v:imagedata r:id="rId333" o:title="eqIdb1549723d901eeb2cf966e322f404a5a"/>
          </v:shape>
        </w:pict>
      </w:r>
      <w:r>
        <w:rPr>
          <w:rFonts w:ascii="宋体" w:eastAsia="宋体" w:hAnsi="宋体" w:cs="宋体"/>
          <w:color w:val="000000"/>
        </w:rPr>
        <w:t>，</w:t>
      </w:r>
      <w:r>
        <w:pict>
          <v:shape id="_x0000_i721272" type="#_x0000_t75" alt="学科网(www.zxxk.com)--教育资源门户，提供试卷、教案、课件、论文、素材以及各类教学资源下载，还有大量而丰富的教学相关资讯！" style="width:13.05pt;height:17.9pt" o:oleicon="f" o:ole="">
            <v:imagedata r:id="rId334" o:title="eqId3e88093a749c0d46e0ee931ecfaff925"/>
          </v:shape>
        </w:pict>
      </w:r>
      <w:r>
        <w:rPr>
          <w:rFonts w:ascii="宋体" w:eastAsia="宋体" w:hAnsi="宋体" w:cs="宋体"/>
          <w:color w:val="000000"/>
        </w:rPr>
        <w:t>是</w:t>
      </w:r>
      <w:r>
        <w:pict>
          <v:shape id="_x0000_i721273" type="#_x0000_t75" alt="学科网(www.zxxk.com)--教育资源门户，提供试卷、教案、课件、论文、素材以及各类教学资源下载，还有大量而丰富的教学相关资讯！" style="width:12.1pt;height:17.9pt" o:oleicon="f" o:ole="">
            <v:imagedata r:id="rId335" o:title="eqIde72adb45c60c2f63b46e65ff787302bf"/>
          </v:shape>
        </w:pict>
      </w:r>
      <w:r>
        <w:rPr>
          <w:rFonts w:ascii="宋体" w:eastAsia="宋体" w:hAnsi="宋体" w:cs="宋体"/>
          <w:color w:val="000000"/>
        </w:rPr>
        <w:t>的差倒数，</w:t>
      </w:r>
      <w:r>
        <w:pict>
          <v:shape id="_x0000_i721274" type="#_x0000_t75" alt="学科网(www.zxxk.com)--教育资源门户，提供试卷、教案、课件、论文、素材以及各类教学资源下载，还有大量而丰富的教学相关资讯！" style="width:13.15pt;height:18.15pt" o:oleicon="f" o:ole="">
            <v:imagedata r:id="rId336" o:title="eqId6c1ccc6c74b8754e9bcbb3f39a11b6f1"/>
          </v:shape>
        </w:pict>
      </w:r>
      <w:r>
        <w:rPr>
          <w:rFonts w:ascii="宋体" w:eastAsia="宋体" w:hAnsi="宋体" w:cs="宋体"/>
          <w:color w:val="000000"/>
        </w:rPr>
        <w:t>是</w:t>
      </w:r>
      <w:r>
        <w:pict>
          <v:shape id="_x0000_i721275" type="#_x0000_t75" alt="学科网(www.zxxk.com)--教育资源门户，提供试卷、教案、课件、论文、素材以及各类教学资源下载，还有大量而丰富的教学相关资讯！" style="width:13.05pt;height:17.9pt" o:oleicon="f" o:ole="">
            <v:imagedata r:id="rId334" o:title="eqId3e88093a749c0d46e0ee931ecfaff925"/>
          </v:shape>
        </w:pict>
      </w:r>
      <w:r>
        <w:rPr>
          <w:rFonts w:ascii="宋体" w:eastAsia="宋体" w:hAnsi="宋体" w:cs="宋体"/>
          <w:color w:val="000000"/>
        </w:rPr>
        <w:t>的差倒数，</w:t>
      </w:r>
      <w:r>
        <w:pict>
          <v:shape id="_x0000_i721276" type="#_x0000_t75" alt="学科网(www.zxxk.com)--教育资源门户，提供试卷、教案、课件、论文、素材以及各类教学资源下载，还有大量而丰富的教学相关资讯！" style="width:12.75pt;height:18pt" o:oleicon="f" o:ole="">
            <v:imagedata r:id="rId337" o:title="eqIddaf464629fa321a6ff7401ab79f07083"/>
          </v:shape>
        </w:pict>
      </w:r>
      <w:r>
        <w:rPr>
          <w:rFonts w:ascii="宋体" w:eastAsia="宋体" w:hAnsi="宋体" w:cs="宋体"/>
          <w:color w:val="000000"/>
        </w:rPr>
        <w:t>是</w:t>
      </w:r>
      <w:r>
        <w:pict>
          <v:shape id="_x0000_i721277" type="#_x0000_t75" alt="学科网(www.zxxk.com)--教育资源门户，提供试卷、教案、课件、论文、素材以及各类教学资源下载，还有大量而丰富的教学相关资讯！" style="width:13.15pt;height:18.15pt" o:oleicon="f" o:ole="">
            <v:imagedata r:id="rId336" o:title="eqId6c1ccc6c74b8754e9bcbb3f39a11b6f1"/>
          </v:shape>
        </w:pict>
      </w:r>
      <w:r>
        <w:rPr>
          <w:rFonts w:ascii="宋体" w:eastAsia="宋体" w:hAnsi="宋体" w:cs="宋体"/>
          <w:color w:val="000000"/>
        </w:rPr>
        <w:t>的差倒数，以此类推</w:t>
      </w:r>
      <w:r>
        <w:rPr>
          <w:rFonts w:ascii="Times New Roman" w:eastAsia="Times New Roman" w:hAnsi="Times New Roman" w:cs="Times New Roman"/>
          <w:color w:val="000000"/>
        </w:rPr>
        <w:t xml:space="preserve">…… </w:t>
      </w:r>
      <w:r>
        <w:rPr>
          <w:rFonts w:ascii="宋体" w:eastAsia="宋体" w:hAnsi="宋体" w:cs="宋体"/>
          <w:color w:val="000000"/>
        </w:rPr>
        <w:t>则</w:t>
      </w:r>
      <w:r>
        <w:pict>
          <v:shape id="_x0000_i721278" type="#_x0000_t75" alt="学科网(www.zxxk.com)--教育资源门户，提供试卷、教案、课件、论文、素材以及各类教学资源下载，还有大量而丰富的教学相关资讯！" style="width:13.05pt;height:17.9pt" o:oleicon="f" o:ole="">
            <v:imagedata r:id="rId334" o:title="eqId3e88093a749c0d46e0ee931ecfaff925"/>
          </v:shape>
        </w:pict>
      </w:r>
      <w:r>
        <w:rPr>
          <w:rFonts w:ascii="Times New Roman" w:eastAsia="Times New Roman" w:hAnsi="Times New Roman" w:cs="Times New Roman"/>
          <w:color w:val="000000"/>
        </w:rPr>
        <w:t>=</w:t>
      </w:r>
      <w:r>
        <w:rPr>
          <w:color w:val="000000"/>
        </w:rPr>
        <w:t>________</w:t>
      </w:r>
      <w:r>
        <w:rPr>
          <w:rFonts w:ascii="宋体" w:eastAsia="宋体" w:hAnsi="宋体" w:cs="宋体"/>
          <w:color w:val="000000"/>
        </w:rPr>
        <w:t>，</w:t>
      </w:r>
      <w:r>
        <w:pict>
          <v:shape id="_x0000_i721279" type="#_x0000_t75" alt="学科网(www.zxxk.com)--教育资源门户，提供试卷、教案、课件、论文、素材以及各类教学资源下载，还有大量而丰富的教学相关资讯！" style="width:23.1pt;height:18.25pt" o:oleicon="f" o:ole="">
            <v:imagedata r:id="rId338" o:title="eqId90707999e8fc89ae1137e5115c39f637"/>
          </v:shape>
        </w:pict>
      </w:r>
      <w:r>
        <w:rPr>
          <w:rFonts w:ascii="Times New Roman" w:eastAsia="Times New Roman" w:hAnsi="Times New Roman" w:cs="Times New Roman"/>
          <w:color w:val="000000"/>
        </w:rPr>
        <w:t>=</w:t>
      </w:r>
      <w:r>
        <w:rPr>
          <w:color w:val="000000"/>
        </w:rPr>
        <w:t>________</w:t>
      </w:r>
    </w:p>
    <w:p>
      <w:pPr>
        <w:spacing w:line="360" w:lineRule="auto"/>
        <w:textAlignment w:val="center"/>
        <w:rPr>
          <w:color w:val="000000"/>
        </w:rPr>
      </w:pPr>
      <w:r>
        <w:rPr>
          <w:color w:val="2E75B6"/>
        </w:rPr>
        <w:t>【答案】</w:t>
      </w:r>
      <w:r>
        <w:rPr>
          <w:color w:val="000000"/>
        </w:rPr>
        <w:t xml:space="preserve">    ①. </w:t>
      </w:r>
      <w:r>
        <w:pict>
          <v:shape id="_x0000_i721280" type="#_x0000_t75" alt="学科网(www.zxxk.com)--教育资源门户，提供试卷、教案、课件、论文、素材以及各类教学资源下载，还有大量而丰富的教学相关资讯！" style="width:11.9pt;height:31.2pt" o:oleicon="f" o:ole="">
            <v:imagedata r:id="rId339" o:title="eqId56d266a04f3dc7483eddbc26c5e487db"/>
          </v:shape>
        </w:pict>
      </w:r>
      <w:r>
        <w:rPr>
          <w:color w:val="000000"/>
        </w:rPr>
        <w:t xml:space="preserve">    ②. </w:t>
      </w:r>
      <w:r>
        <w:pict>
          <v:shape id="_x0000_i721281" type="#_x0000_t75" alt="学科网(www.zxxk.com)--教育资源门户，提供试卷、教案、课件、论文、素材以及各类教学资源下载，还有大量而丰富的教学相关资讯！" style="width:11.9pt;height:31.2pt" o:oleicon="f" o:ole="">
            <v:imagedata r:id="rId339" o:title="eqId56d266a04f3dc7483eddbc26c5e487db"/>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根据差倒数的定义分别求出前几个数便不难发现，每</w:t>
      </w:r>
      <w:r>
        <w:rPr>
          <w:rFonts w:ascii="Times New Roman" w:eastAsia="Times New Roman" w:hAnsi="Times New Roman" w:cs="Times New Roman"/>
          <w:color w:val="000000"/>
        </w:rPr>
        <w:t>3</w:t>
      </w:r>
      <w:r>
        <w:rPr>
          <w:rFonts w:ascii="宋体" w:eastAsia="宋体" w:hAnsi="宋体" w:cs="宋体"/>
          <w:color w:val="000000"/>
        </w:rPr>
        <w:t>个数为一个循环组依次循环，用</w:t>
      </w:r>
      <w:r>
        <w:rPr>
          <w:rFonts w:ascii="Times New Roman" w:eastAsia="Times New Roman" w:hAnsi="Times New Roman" w:cs="Times New Roman"/>
          <w:color w:val="000000"/>
        </w:rPr>
        <w:t>2021</w:t>
      </w:r>
      <w:r>
        <w:rPr>
          <w:rFonts w:ascii="宋体" w:eastAsia="宋体" w:hAnsi="宋体" w:cs="宋体"/>
          <w:color w:val="000000"/>
        </w:rPr>
        <w:t>除以</w:t>
      </w:r>
      <w:r>
        <w:rPr>
          <w:rFonts w:ascii="Times New Roman" w:eastAsia="Times New Roman" w:hAnsi="Times New Roman" w:cs="Times New Roman"/>
          <w:color w:val="000000"/>
        </w:rPr>
        <w:t>3</w:t>
      </w:r>
      <w:r>
        <w:rPr>
          <w:rFonts w:ascii="宋体" w:eastAsia="宋体" w:hAnsi="宋体" w:cs="宋体"/>
          <w:color w:val="000000"/>
        </w:rPr>
        <w:t>，根据余数的情况确定出与</w:t>
      </w:r>
      <w:r>
        <w:pict>
          <v:shape id="_x0000_i721282" type="#_x0000_t75" alt="学科网(www.zxxk.com)--教育资源门户，提供试卷、教案、课件、论文、素材以及各类教学资源下载，还有大量而丰富的教学相关资讯！" style="width:23.1pt;height:18.25pt" o:oleicon="f" o:ole="">
            <v:imagedata r:id="rId340" o:title="eqId90707999e8fc89ae1137e5115c39f637"/>
          </v:shape>
        </w:pict>
      </w:r>
      <w:r>
        <w:rPr>
          <w:rFonts w:ascii="宋体" w:eastAsia="宋体" w:hAnsi="宋体" w:cs="宋体"/>
          <w:color w:val="000000"/>
        </w:rPr>
        <w:t>相同的数即可得解．</w:t>
      </w:r>
    </w:p>
    <w:p>
      <w:pPr>
        <w:spacing w:line="360" w:lineRule="auto"/>
        <w:jc w:val="left"/>
        <w:textAlignment w:val="center"/>
        <w:rPr>
          <w:color w:val="000000"/>
        </w:rPr>
      </w:pPr>
      <w:r>
        <w:rPr>
          <w:color w:val="000000"/>
        </w:rPr>
        <w:t>【详解】</w:t>
      </w:r>
      <w:r>
        <w:rPr>
          <w:rFonts w:ascii="宋体" w:eastAsia="宋体" w:hAnsi="宋体" w:cs="宋体"/>
          <w:color w:val="000000"/>
        </w:rPr>
        <w:t>∵</w:t>
      </w:r>
      <w:r>
        <w:pict>
          <v:shape id="_x0000_i721283" type="#_x0000_t75" alt="学科网(www.zxxk.com)--教育资源门户，提供试卷、教案、课件、论文、素材以及各类教学资源下载，还有大量而丰富的教学相关资讯！" style="width:36.75pt;height:18pt" o:oleicon="f" o:ole="">
            <v:imagedata r:id="rId341" o:title="eqIdb1549723d901eeb2cf966e322f404a5a"/>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21284" type="#_x0000_t75" alt="学科网(www.zxxk.com)--教育资源门户，提供试卷、教案、课件、论文、素材以及各类教学资源下载，还有大量而丰富的教学相关资讯！" style="width:121.8pt;height:34.8pt" o:oleicon="f" o:ole="">
            <v:imagedata r:id="rId342" o:title="eqIda7fee6d860864e43fb25c6ce8b490168"/>
          </v:shape>
        </w:pict>
      </w:r>
      <w:r>
        <w:rPr>
          <w:rFonts w:ascii="宋体" w:eastAsia="宋体" w:hAnsi="宋体" w:cs="宋体"/>
          <w:color w:val="000000"/>
        </w:rPr>
        <w:t>，</w:t>
      </w:r>
    </w:p>
    <w:p>
      <w:pPr>
        <w:spacing w:line="360" w:lineRule="auto"/>
        <w:jc w:val="left"/>
        <w:textAlignment w:val="center"/>
        <w:rPr>
          <w:color w:val="000000"/>
        </w:rPr>
      </w:pPr>
      <w:r>
        <w:pict>
          <v:shape id="_x0000_i721285" type="#_x0000_t75" alt="学科网(www.zxxk.com)--教育资源门户，提供试卷、教案、课件、论文、素材以及各类教学资源下载，还有大量而丰富的教学相关资讯！" style="width:108.55pt;height:46.35pt" o:oleicon="f" o:ole="">
            <v:imagedata r:id="rId343" o:title="eqId6755ca45f6e7d508c1b518a833737545"/>
          </v:shape>
        </w:pict>
      </w:r>
      <w:r>
        <w:rPr>
          <w:rFonts w:ascii="宋体" w:eastAsia="宋体" w:hAnsi="宋体" w:cs="宋体"/>
          <w:color w:val="000000"/>
        </w:rPr>
        <w:t>，</w:t>
      </w:r>
    </w:p>
    <w:p>
      <w:pPr>
        <w:spacing w:line="360" w:lineRule="auto"/>
        <w:jc w:val="left"/>
        <w:textAlignment w:val="center"/>
        <w:rPr>
          <w:color w:val="000000"/>
        </w:rPr>
      </w:pPr>
      <w:r>
        <w:pict>
          <v:shape id="_x0000_i721286" type="#_x0000_t75" alt="学科网(www.zxxk.com)--教育资源门户，提供试卷、教案、课件、论文、素材以及各类教学资源下载，还有大量而丰富的教学相关资讯！" style="width:142.2pt;height:46.2pt" o:oleicon="f" o:ole="">
            <v:imagedata r:id="rId344" o:title="eqIdf67d60942a2a59b622f279f126e83edb"/>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∴数列以</w:t>
      </w:r>
      <w:r>
        <w:pict>
          <v:shape id="_x0000_i721287" type="#_x0000_t75" alt="学科网(www.zxxk.com)--教育资源门户，提供试卷、教案、课件、论文、素材以及各类教学资源下载，还有大量而丰富的教学相关资讯！" style="width:15.75pt;height:14.25pt" o:oleicon="f" o:ole="">
            <v:imagedata r:id="rId345" o:title="eqId81fb134b2b48acc99213fff6ccfee65f"/>
          </v:shape>
        </w:pict>
      </w:r>
      <w:r>
        <w:rPr>
          <w:rFonts w:ascii="宋体" w:eastAsia="宋体" w:hAnsi="宋体" w:cs="宋体"/>
          <w:color w:val="000000"/>
        </w:rPr>
        <w:t>、</w:t>
      </w:r>
      <w:r>
        <w:pict>
          <v:shape id="_x0000_i721288" type="#_x0000_t75" alt="学科网(www.zxxk.com)--教育资源门户，提供试卷、教案、课件、论文、素材以及各类教学资源下载，还有大量而丰富的教学相关资讯！" style="width:11.9pt;height:31.2pt" o:oleicon="f" o:ole="">
            <v:imagedata r:id="rId346" o:title="eqId56d266a04f3dc7483eddbc26c5e487db"/>
          </v:shape>
        </w:pict>
      </w:r>
      <w:r>
        <w:rPr>
          <w:rFonts w:ascii="宋体" w:eastAsia="宋体" w:hAnsi="宋体" w:cs="宋体"/>
          <w:color w:val="000000"/>
        </w:rPr>
        <w:t>、</w:t>
      </w:r>
      <w:r>
        <w:pict>
          <v:shape id="_x0000_i721289" type="#_x0000_t75" alt="学科网(www.zxxk.com)--教育资源门户，提供试卷、教案、课件、论文、素材以及各类教学资源下载，还有大量而丰富的教学相关资讯！" style="width:12pt;height:31.2pt" o:oleicon="f" o:ole="">
            <v:imagedata r:id="rId347" o:title="eqIdd599cb4a589f90b0205f24c2e1fa021e"/>
          </v:shape>
        </w:pict>
      </w:r>
      <w:r>
        <w:rPr>
          <w:rFonts w:ascii="宋体" w:eastAsia="宋体" w:hAnsi="宋体" w:cs="宋体"/>
          <w:color w:val="000000"/>
        </w:rPr>
        <w:t>三个数以此不断循环，</w:t>
      </w:r>
    </w:p>
    <w:p>
      <w:pPr>
        <w:spacing w:line="360" w:lineRule="auto"/>
        <w:jc w:val="left"/>
        <w:textAlignment w:val="center"/>
        <w:rPr>
          <w:color w:val="000000"/>
        </w:rPr>
      </w:pPr>
      <w:r>
        <w:rPr>
          <w:rFonts w:ascii="宋体" w:eastAsia="宋体" w:hAnsi="宋体" w:cs="宋体"/>
          <w:color w:val="000000"/>
        </w:rPr>
        <w:t>∵</w:t>
      </w:r>
      <w:r>
        <w:pict>
          <v:shape id="_x0000_i721290" type="#_x0000_t75" alt="学科网(www.zxxk.com)--教育资源门户，提供试卷、教案、课件、论文、素材以及各类教学资源下载，还有大量而丰富的教学相关资讯！" style="width:81pt;height:12.75pt" o:oleicon="f" o:ole="">
            <v:imagedata r:id="rId348" o:title="eqId545b5332e0883c4698b6dda68d8119bd"/>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21291" type="#_x0000_t75" alt="学科网(www.zxxk.com)--教育资源门户，提供试卷、教案、课件、论文、素材以及各类教学资源下载，还有大量而丰富的教学相关资讯！" style="width:67.2pt;height:31.2pt" o:oleicon="f" o:ole="">
            <v:imagedata r:id="rId349" o:title="eqId5b6f52131f3a72a61d80fefa146181c6"/>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pict>
          <v:shape id="_x0000_i721292" type="#_x0000_t75" alt="学科网(www.zxxk.com)--教育资源门户，提供试卷、教案、课件、论文、素材以及各类教学资源下载，还有大量而丰富的教学相关资讯！" style="width:11.9pt;height:31.2pt" o:oleicon="f" o:ole="">
            <v:imagedata r:id="rId350" o:title="eqId56d266a04f3dc7483eddbc26c5e487db"/>
          </v:shape>
        </w:pict>
      </w:r>
      <w:r>
        <w:rPr>
          <w:rFonts w:ascii="宋体" w:eastAsia="宋体" w:hAnsi="宋体" w:cs="宋体"/>
          <w:color w:val="000000"/>
        </w:rPr>
        <w:t>；</w:t>
      </w:r>
      <w:r>
        <w:pict>
          <v:shape id="_x0000_i721293" type="#_x0000_t75" alt="学科网(www.zxxk.com)--教育资源门户，提供试卷、教案、课件、论文、素材以及各类教学资源下载，还有大量而丰富的教学相关资讯！" style="width:11.9pt;height:31.2pt" o:oleicon="f" o:ole="">
            <v:imagedata r:id="rId350" o:title="eqId56d266a04f3dc7483eddbc26c5e487db"/>
          </v:shape>
        </w:pi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本题是对数字变化规律的考查，理解差倒数的定义并求出每</w:t>
      </w:r>
      <w:r>
        <w:rPr>
          <w:rFonts w:ascii="Times New Roman" w:eastAsia="Times New Roman" w:hAnsi="Times New Roman" w:cs="Times New Roman"/>
          <w:color w:val="000000"/>
        </w:rPr>
        <w:t>3</w:t>
      </w:r>
      <w:r>
        <w:rPr>
          <w:rFonts w:ascii="宋体" w:eastAsia="宋体" w:hAnsi="宋体" w:cs="宋体"/>
          <w:color w:val="000000"/>
        </w:rPr>
        <w:t>个数为一个循环组依次循环是解题的关键．</w:t>
      </w:r>
    </w:p>
    <w:p>
      <w:pPr>
        <w:spacing w:line="360" w:lineRule="auto"/>
        <w:jc w:val="left"/>
        <w:textAlignment w:val="center"/>
        <w:rPr>
          <w:color w:val="000000"/>
        </w:rPr>
      </w:pPr>
      <w:r>
        <w:rPr>
          <w:rFonts w:ascii="宋体" w:eastAsia="宋体" w:hAnsi="宋体" w:cs="宋体"/>
          <w:b/>
          <w:color w:val="000000"/>
          <w:sz w:val="24"/>
        </w:rPr>
        <w:t>三、解答题</w:t>
      </w:r>
      <w:r>
        <w:rPr>
          <w:rFonts w:ascii="Times New Roman" w:eastAsia="Times New Roman" w:hAnsi="Times New Roman" w:cs="Times New Roman"/>
          <w:b/>
          <w:color w:val="000000"/>
          <w:sz w:val="24"/>
        </w:rPr>
        <w:t>(</w:t>
      </w:r>
      <w:r>
        <w:rPr>
          <w:rFonts w:ascii="宋体" w:eastAsia="宋体" w:hAnsi="宋体" w:cs="宋体"/>
          <w:b/>
          <w:color w:val="000000"/>
          <w:sz w:val="24"/>
        </w:rPr>
        <w:t>共</w:t>
      </w:r>
      <w:r>
        <w:rPr>
          <w:rFonts w:ascii="Times New Roman" w:eastAsia="Times New Roman" w:hAnsi="Times New Roman" w:cs="Times New Roman"/>
          <w:b/>
          <w:color w:val="000000"/>
          <w:sz w:val="24"/>
        </w:rPr>
        <w:t>67</w:t>
      </w:r>
      <w:r>
        <w:rPr>
          <w:rFonts w:ascii="宋体" w:eastAsia="宋体" w:hAnsi="宋体" w:cs="宋体"/>
          <w:b/>
          <w:color w:val="000000"/>
          <w:sz w:val="24"/>
        </w:rPr>
        <w:t>分</w:t>
      </w:r>
      <w:r>
        <w:rPr>
          <w:rFonts w:ascii="Times New Roman" w:eastAsia="Times New Roman" w:hAnsi="Times New Roman" w:cs="Times New Roman"/>
          <w:b/>
          <w:color w:val="000000"/>
          <w:sz w:val="24"/>
        </w:rPr>
        <w:t>)</w:t>
      </w:r>
    </w:p>
    <w:p>
      <w:pPr>
        <w:pStyle w:val="Heading2"/>
      </w:pPr>
      <w:r>
        <w:t>第十四中学</w:t>
      </w:r>
    </w:p>
    <w:p>
      <w:pPr>
        <w:spacing w:line="360" w:lineRule="auto"/>
        <w:jc w:val="left"/>
        <w:textAlignment w:val="center"/>
        <w:rPr>
          <w:rFonts w:ascii="宋体" w:eastAsia="宋体" w:hAnsi="宋体" w:cs="宋体"/>
          <w:color w:val="000000"/>
        </w:rPr>
      </w:pPr>
      <w:r>
        <w:rPr>
          <w:color w:val="000000"/>
        </w:rPr>
        <w:t>18</w:t>
      </w:r>
      <w:r>
        <w:rPr>
          <w:color w:val="000000"/>
          <w:position w:val="-22"/>
        </w:rPr>
        <w:drawing>
          <wp:inline>
            <wp:extent cx="31750" cy="88900"/>
            <wp:docPr id="408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0" name=""/>
                    <pic:cNvPicPr>
                      <a:picLocks noChangeAspect="1"/>
                    </pic:cNvPicPr>
                  </pic:nvPicPr>
                  <pic:blipFill>
                    <a:blip r:embed="rId351"/>
                    <a:stretch>
                      <a:fillRect/>
                    </a:stretch>
                  </pic:blipFill>
                  <pic:spPr>
                    <a:xfrm>
                      <a:off x="0" y="0"/>
                      <a:ext cx="31750" cy="88900"/>
                    </a:xfrm>
                    <a:prstGeom prst="rect">
                      <a:avLst/>
                    </a:prstGeom>
                  </pic:spPr>
                </pic:pic>
              </a:graphicData>
            </a:graphic>
          </wp:inline>
        </w:drawing>
      </w:r>
      <w:r>
        <w:rPr>
          <w:color w:val="000000"/>
        </w:rPr>
        <w:t xml:space="preserve"> </w:t>
      </w:r>
      <w:r>
        <w:rPr>
          <w:rFonts w:ascii="宋体" w:eastAsia="宋体" w:hAnsi="宋体" w:cs="宋体"/>
          <w:color w:val="000000"/>
        </w:rPr>
        <w:t>观察下列图形：</w:t>
      </w:r>
    </w:p>
    <w:p>
      <w:pPr>
        <w:spacing w:line="360" w:lineRule="auto"/>
        <w:jc w:val="left"/>
        <w:textAlignment w:val="center"/>
        <w:rPr>
          <w:color w:val="000000"/>
        </w:rPr>
      </w:pPr>
      <w:r>
        <w:rPr>
          <w:rFonts w:ascii="宋体" w:eastAsia="宋体" w:hAnsi="宋体" w:cs="宋体"/>
          <w:color w:val="000000"/>
        </w:rPr>
        <w:drawing>
          <wp:inline>
            <wp:extent cx="3295650" cy="1228725"/>
            <wp:docPr id="409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2" name=""/>
                    <pic:cNvPicPr>
                      <a:picLocks noChangeAspect="1"/>
                    </pic:cNvPicPr>
                  </pic:nvPicPr>
                  <pic:blipFill>
                    <a:blip r:embed="rId352"/>
                    <a:stretch>
                      <a:fillRect/>
                    </a:stretch>
                  </pic:blipFill>
                  <pic:spPr>
                    <a:xfrm>
                      <a:off x="0" y="0"/>
                      <a:ext cx="3295650" cy="1228725"/>
                    </a:xfrm>
                    <a:prstGeom prst="rect">
                      <a:avLst/>
                    </a:prstGeom>
                  </pic:spPr>
                </pic:pic>
              </a:graphicData>
            </a:graphic>
          </wp:inline>
        </w:drawing>
      </w:r>
      <w:r>
        <w:rPr>
          <w:rFonts w:ascii="宋体" w:eastAsia="宋体" w:hAnsi="宋体" w:cs="宋体"/>
          <w:color w:val="000000"/>
        </w:rPr>
        <w:br/>
      </w:r>
    </w:p>
    <w:p>
      <w:pPr>
        <w:spacing w:line="360" w:lineRule="auto"/>
        <w:jc w:val="left"/>
        <w:textAlignment w:val="center"/>
        <w:rPr>
          <w:rFonts w:ascii="宋体" w:eastAsia="宋体" w:hAnsi="宋体" w:cs="宋体"/>
          <w:color w:val="000000"/>
        </w:rPr>
      </w:pPr>
      <w:r>
        <w:rPr>
          <w:rFonts w:ascii="宋体" w:eastAsia="宋体" w:hAnsi="宋体" w:cs="宋体"/>
          <w:color w:val="000000"/>
        </w:rPr>
        <w:t>它们是按一定规律排列的，依照此规律，第</w:t>
      </w:r>
      <w:r>
        <w:rPr>
          <w:rFonts w:ascii="Times New Roman" w:eastAsia="Times New Roman" w:hAnsi="Times New Roman" w:cs="Times New Roman"/>
          <w:i/>
          <w:color w:val="000000"/>
        </w:rPr>
        <w:t>n</w:t>
      </w:r>
      <w:r>
        <w:rPr>
          <w:rFonts w:ascii="Times New Roman" w:eastAsia="Times New Roman" w:hAnsi="Times New Roman" w:cs="Times New Roman"/>
          <w:color w:val="000000"/>
        </w:rPr>
        <w:t xml:space="preserve"> </w:t>
      </w:r>
      <w:r>
        <w:rPr>
          <w:rFonts w:ascii="宋体" w:eastAsia="宋体" w:hAnsi="宋体" w:cs="宋体"/>
          <w:color w:val="000000"/>
        </w:rPr>
        <w:t>（</w:t>
      </w:r>
      <w:r>
        <w:rPr>
          <w:rFonts w:ascii="Times New Roman" w:eastAsia="Times New Roman" w:hAnsi="Times New Roman" w:cs="Times New Roman"/>
          <w:i/>
          <w:color w:val="000000"/>
        </w:rPr>
        <w:t xml:space="preserve">n </w:t>
      </w:r>
      <w:r>
        <w:rPr>
          <w:rFonts w:ascii="宋体" w:eastAsia="宋体" w:hAnsi="宋体" w:cs="宋体"/>
          <w:color w:val="000000"/>
        </w:rPr>
        <w:t>为正整数）个图形中共有的点数是</w:t>
      </w:r>
      <w:r>
        <w:rPr>
          <w:rFonts w:ascii="宋体" w:eastAsia="宋体" w:hAnsi="宋体" w:cs="宋体"/>
          <w:color w:val="000000"/>
        </w:rPr>
        <w:t>__________</w:t>
      </w:r>
      <w:r>
        <w:rPr>
          <w:rFonts w:ascii="宋体" w:eastAsia="宋体" w:hAnsi="宋体" w:cs="宋体"/>
          <w:color w:val="000000"/>
        </w:rPr>
        <w:t>．</w:t>
      </w:r>
    </w:p>
    <w:p>
      <w:pPr>
        <w:spacing w:line="360" w:lineRule="auto"/>
        <w:textAlignment w:val="center"/>
        <w:rPr>
          <w:color w:val="000000"/>
        </w:rPr>
      </w:pPr>
      <w:r>
        <w:rPr>
          <w:color w:val="2E75B6"/>
        </w:rPr>
        <w:t>【答案】</w:t>
      </w:r>
      <w:r>
        <w:pict>
          <v:shape id="_x0000_i721294" type="#_x0000_t75" alt="学科网(www.zxxk.com)--教育资源门户，提供试卷、教案、课件、论文、素材以及各类教学资源下载，还有大量而丰富的教学相关资讯！" style="width:30.15pt;height:13.8pt" o:oleicon="f" o:ole="">
            <v:imagedata r:id="rId353" o:title="eqIdb3502fe84ccbc5112ee51232d08feab2"/>
          </v:shape>
        </w:pict>
      </w:r>
      <w:r>
        <w:rPr>
          <w:color w:val="000000"/>
        </w:rPr>
        <w:t>##-1+6n</w:t>
      </w:r>
    </w:p>
    <w:p>
      <w:pPr>
        <w:spacing w:line="360" w:lineRule="auto"/>
        <w:textAlignment w:val="center"/>
        <w:rPr>
          <w:color w:val="000000"/>
        </w:rPr>
      </w:pPr>
      <w:r>
        <w:rPr>
          <w:color w:val="2E75B6"/>
        </w:rPr>
        <w:t>【解析】</w:t>
      </w:r>
    </w:p>
    <w:p>
      <w:pPr>
        <w:spacing w:line="360" w:lineRule="auto"/>
        <w:jc w:val="left"/>
        <w:textAlignment w:val="center"/>
        <w:rPr>
          <w:rFonts w:ascii="宋体" w:eastAsia="宋体" w:hAnsi="宋体" w:cs="宋体"/>
          <w:color w:val="000000"/>
        </w:rPr>
      </w:pPr>
      <w:r>
        <w:rPr>
          <w:color w:val="000000"/>
        </w:rPr>
        <w:t>【分析】</w:t>
      </w:r>
      <w:r>
        <w:rPr>
          <w:rFonts w:ascii="宋体" w:eastAsia="宋体" w:hAnsi="宋体" w:cs="宋体"/>
          <w:color w:val="000000"/>
        </w:rPr>
        <w:t>根据第</w:t>
      </w:r>
      <w:r>
        <w:rPr>
          <w:rFonts w:ascii="Times New Roman" w:eastAsia="Times New Roman" w:hAnsi="Times New Roman" w:cs="Times New Roman"/>
          <w:color w:val="000000"/>
        </w:rPr>
        <w:t>1</w:t>
      </w:r>
      <w:r>
        <w:rPr>
          <w:rFonts w:ascii="宋体" w:eastAsia="宋体" w:hAnsi="宋体" w:cs="宋体"/>
          <w:color w:val="000000"/>
        </w:rPr>
        <w:t>个图形中的点数为</w:t>
      </w:r>
      <w:r>
        <w:pict>
          <v:shape id="_x0000_i721295" type="#_x0000_t75" alt="学科网(www.zxxk.com)--教育资源门户，提供试卷、教案、课件、论文、素材以及各类教学资源下载，还有大量而丰富的教学相关资讯！" style="width:41pt;height:14pt" o:oleicon="f" o:ole="">
            <v:imagedata r:id="rId354" o:title="eqId9b036715d0bfb32d7398d98035d5fdb8"/>
          </v:shape>
        </w:pict>
      </w:r>
      <w:r>
        <w:rPr>
          <w:rFonts w:ascii="Times New Roman" w:eastAsia="Times New Roman" w:hAnsi="Times New Roman" w:cs="Times New Roman"/>
          <w:color w:val="000000"/>
        </w:rPr>
        <w:t xml:space="preserve"> </w:t>
      </w:r>
      <w:r>
        <w:rPr>
          <w:rFonts w:ascii="宋体" w:eastAsia="宋体" w:hAnsi="宋体" w:cs="宋体"/>
          <w:color w:val="000000"/>
        </w:rPr>
        <w:t>；第</w:t>
      </w:r>
      <w:r>
        <w:rPr>
          <w:rFonts w:ascii="Times New Roman" w:eastAsia="Times New Roman" w:hAnsi="Times New Roman" w:cs="Times New Roman"/>
          <w:color w:val="000000"/>
        </w:rPr>
        <w:t>2</w:t>
      </w:r>
      <w:r>
        <w:rPr>
          <w:rFonts w:ascii="宋体" w:eastAsia="宋体" w:hAnsi="宋体" w:cs="宋体"/>
          <w:color w:val="000000"/>
        </w:rPr>
        <w:t>个图形中的点数为</w:t>
      </w:r>
      <w:r>
        <w:pict>
          <v:shape id="_x0000_i721296" type="#_x0000_t75" alt="学科网(www.zxxk.com)--教育资源门户，提供试卷、教案、课件、论文、素材以及各类教学资源下载，还有大量而丰富的教学相关资讯！" style="width:61pt;height:14pt" o:oleicon="f" o:ole="">
            <v:imagedata r:id="rId355" o:title="eqIda83366276f47eddd08c3398394048c3a"/>
          </v:shape>
        </w:pict>
      </w:r>
      <w:r>
        <w:rPr>
          <w:rFonts w:ascii="Times New Roman" w:eastAsia="Times New Roman" w:hAnsi="Times New Roman" w:cs="Times New Roman"/>
          <w:color w:val="000000"/>
        </w:rPr>
        <w:t xml:space="preserve"> </w:t>
      </w:r>
      <w:r>
        <w:rPr>
          <w:rFonts w:ascii="宋体" w:eastAsia="宋体" w:hAnsi="宋体" w:cs="宋体"/>
          <w:color w:val="000000"/>
        </w:rPr>
        <w:t>；第</w:t>
      </w:r>
      <w:r>
        <w:rPr>
          <w:rFonts w:ascii="Times New Roman" w:eastAsia="Times New Roman" w:hAnsi="Times New Roman" w:cs="Times New Roman"/>
          <w:color w:val="000000"/>
        </w:rPr>
        <w:t>3</w:t>
      </w:r>
      <w:r>
        <w:rPr>
          <w:rFonts w:ascii="宋体" w:eastAsia="宋体" w:hAnsi="宋体" w:cs="宋体"/>
          <w:color w:val="000000"/>
        </w:rPr>
        <w:t>个图形中的点数为</w:t>
      </w:r>
      <w:r>
        <w:pict>
          <v:shape id="_x0000_i721297" type="#_x0000_t75" alt="学科网(www.zxxk.com)--教育资源门户，提供试卷、教案、课件、论文、素材以及各类教学资源下载，还有大量而丰富的教学相关资讯！" style="width:61pt;height:14pt" o:oleicon="f" o:ole="">
            <v:imagedata r:id="rId356" o:title="eqIdbc23c8264e4cd6fa00539d2b3e9eb32e"/>
          </v:shape>
        </w:pict>
      </w:r>
      <w:r>
        <w:rPr>
          <w:rFonts w:ascii="Times New Roman" w:eastAsia="Times New Roman" w:hAnsi="Times New Roman" w:cs="Times New Roman"/>
          <w:color w:val="000000"/>
        </w:rPr>
        <w:t xml:space="preserve"> </w:t>
      </w:r>
      <w:r>
        <w:rPr>
          <w:rFonts w:ascii="宋体" w:eastAsia="宋体" w:hAnsi="宋体" w:cs="宋体"/>
          <w:color w:val="000000"/>
        </w:rPr>
        <w:t>；</w:t>
      </w:r>
      <w:r>
        <w:pict>
          <v:shape id="_x0000_i721298" type="#_x0000_t75" alt="学科网(www.zxxk.com)--教育资源门户，提供试卷、教案、课件、论文、素材以及各类教学资源下载，还有大量而丰富的教学相关资讯！" style="width:24.75pt;height:8.25pt" o:oleicon="f" o:ole="">
            <v:imagedata r:id="rId357" o:title="eqIdaee7bb49247387a9028602315729f8d7"/>
          </v:shape>
        </w:pict>
      </w:r>
      <w:r>
        <w:rPr>
          <w:rFonts w:ascii="Times New Roman" w:eastAsia="Times New Roman" w:hAnsi="Times New Roman" w:cs="Times New Roman"/>
          <w:color w:val="000000"/>
        </w:rPr>
        <w:t xml:space="preserve"> </w:t>
      </w:r>
      <w:r>
        <w:rPr>
          <w:rFonts w:ascii="宋体" w:eastAsia="宋体" w:hAnsi="宋体" w:cs="宋体"/>
          <w:color w:val="000000"/>
        </w:rPr>
        <w:t>发现规律，即可求解．</w:t>
      </w:r>
    </w:p>
    <w:p>
      <w:pPr>
        <w:spacing w:line="360" w:lineRule="auto"/>
        <w:jc w:val="left"/>
        <w:textAlignment w:val="center"/>
        <w:rPr>
          <w:rFonts w:ascii="Times New Roman" w:eastAsia="Times New Roman" w:hAnsi="Times New Roman" w:cs="Times New Roman"/>
          <w:color w:val="000000"/>
        </w:rPr>
      </w:pPr>
      <w:r>
        <w:rPr>
          <w:color w:val="000000"/>
        </w:rPr>
        <w:t>【详解】</w:t>
      </w:r>
      <w:r>
        <w:rPr>
          <w:rFonts w:ascii="宋体" w:eastAsia="宋体" w:hAnsi="宋体" w:cs="宋体"/>
          <w:color w:val="000000"/>
        </w:rPr>
        <w:t>解：第</w:t>
      </w:r>
      <w:r>
        <w:rPr>
          <w:rFonts w:ascii="Times New Roman" w:eastAsia="Times New Roman" w:hAnsi="Times New Roman" w:cs="Times New Roman"/>
          <w:color w:val="000000"/>
        </w:rPr>
        <w:t>1</w:t>
      </w:r>
      <w:r>
        <w:rPr>
          <w:rFonts w:ascii="宋体" w:eastAsia="宋体" w:hAnsi="宋体" w:cs="宋体"/>
          <w:color w:val="000000"/>
        </w:rPr>
        <w:t>个图形中的点数为</w:t>
      </w:r>
      <w:r>
        <w:pict>
          <v:shape id="_x0000_i721299" type="#_x0000_t75" alt="学科网(www.zxxk.com)--教育资源门户，提供试卷、教案、课件、论文、素材以及各类教学资源下载，还有大量而丰富的教学相关资讯！" style="width:41pt;height:14pt" o:oleicon="f" o:ole="">
            <v:imagedata r:id="rId358" o:title="eqId9b036715d0bfb32d7398d98035d5fdb8"/>
          </v:shape>
        </w:pict>
      </w:r>
      <w:r>
        <w:rPr>
          <w:rFonts w:ascii="Times New Roman" w:eastAsia="Times New Roman" w:hAnsi="Times New Roman" w:cs="Times New Roman"/>
          <w:color w:val="000000"/>
        </w:rPr>
        <w:t xml:space="preserve"> </w: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rFonts w:ascii="宋体" w:eastAsia="宋体" w:hAnsi="宋体" w:cs="宋体"/>
          <w:color w:val="000000"/>
        </w:rPr>
      </w:pPr>
      <w:r>
        <w:rPr>
          <w:rFonts w:ascii="宋体" w:eastAsia="宋体" w:hAnsi="宋体" w:cs="宋体"/>
          <w:color w:val="000000"/>
        </w:rPr>
        <w:t>第</w:t>
      </w:r>
      <w:r>
        <w:rPr>
          <w:rFonts w:ascii="Times New Roman" w:eastAsia="Times New Roman" w:hAnsi="Times New Roman" w:cs="Times New Roman"/>
          <w:color w:val="000000"/>
        </w:rPr>
        <w:t>2</w:t>
      </w:r>
      <w:r>
        <w:rPr>
          <w:rFonts w:ascii="宋体" w:eastAsia="宋体" w:hAnsi="宋体" w:cs="宋体"/>
          <w:color w:val="000000"/>
        </w:rPr>
        <w:t>个图形中</w:t>
      </w:r>
      <w:r>
        <w:rPr>
          <w:rFonts w:ascii="宋体" w:eastAsia="宋体" w:hAnsi="宋体" w:cs="宋体"/>
          <w:color w:val="000000"/>
          <w:position w:val="0"/>
        </w:rPr>
        <w:drawing>
          <wp:inline>
            <wp:extent cx="133350" cy="177800"/>
            <wp:docPr id="409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4" name=""/>
                    <pic:cNvPicPr>
                      <a:picLocks noChangeAspect="1"/>
                    </pic:cNvPicPr>
                  </pic:nvPicPr>
                  <pic:blipFill>
                    <a:blip r:embed="rId359"/>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点数为</w:t>
      </w:r>
      <w:r>
        <w:pict>
          <v:shape id="_x0000_i721300" type="#_x0000_t75" alt="学科网(www.zxxk.com)--教育资源门户，提供试卷、教案、课件、论文、素材以及各类教学资源下载，还有大量而丰富的教学相关资讯！" style="width:61pt;height:14pt" o:oleicon="f" o:ole="">
            <v:imagedata r:id="rId360" o:title="eqIda83366276f47eddd08c3398394048c3a"/>
          </v:shape>
        </w:pic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第</w:t>
      </w:r>
      <w:r>
        <w:rPr>
          <w:rFonts w:ascii="Times New Roman" w:eastAsia="Times New Roman" w:hAnsi="Times New Roman" w:cs="Times New Roman"/>
          <w:color w:val="000000"/>
        </w:rPr>
        <w:t>3</w:t>
      </w:r>
      <w:r>
        <w:rPr>
          <w:rFonts w:ascii="宋体" w:eastAsia="宋体" w:hAnsi="宋体" w:cs="宋体"/>
          <w:color w:val="000000"/>
        </w:rPr>
        <w:t>个图形中的点数为</w:t>
      </w:r>
      <w:r>
        <w:pict>
          <v:shape id="_x0000_i721301" type="#_x0000_t75" alt="学科网(www.zxxk.com)--教育资源门户，提供试卷、教案、课件、论文、素材以及各类教学资源下载，还有大量而丰富的教学相关资讯！" style="width:61pt;height:14pt" o:oleicon="f" o:ole="">
            <v:imagedata r:id="rId361" o:title="eqIdbc23c8264e4cd6fa00539d2b3e9eb32e"/>
          </v:shape>
        </w:pic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rFonts w:ascii="Times New Roman" w:eastAsia="Times New Roman" w:hAnsi="Times New Roman" w:cs="Times New Roman"/>
          <w:color w:val="000000"/>
        </w:rPr>
      </w:pPr>
      <w:r>
        <w:pict>
          <v:shape id="_x0000_i721302" type="#_x0000_t75" alt="学科网(www.zxxk.com)--教育资源门户，提供试卷、教案、课件、论文、素材以及各类教学资源下载，还有大量而丰富的教学相关资讯！" style="width:24.75pt;height:8.25pt" o:oleicon="f" o:ole="">
            <v:imagedata r:id="rId362" o:title="eqIdaee7bb49247387a9028602315729f8d7"/>
          </v:shape>
        </w:pict>
      </w:r>
      <w:r>
        <w:rPr>
          <w:rFonts w:ascii="Times New Roman" w:eastAsia="Times New Roman" w:hAnsi="Times New Roman" w:cs="Times New Roman"/>
          <w:color w:val="000000"/>
        </w:rPr>
        <w:t xml:space="preserve"> </w:t>
      </w:r>
    </w:p>
    <w:p>
      <w:pPr>
        <w:spacing w:line="360" w:lineRule="auto"/>
        <w:jc w:val="left"/>
        <w:textAlignment w:val="center"/>
        <w:rPr>
          <w:rFonts w:ascii="宋体" w:eastAsia="宋体" w:hAnsi="宋体" w:cs="宋体"/>
          <w:color w:val="000000"/>
        </w:rPr>
      </w:pPr>
      <w:r>
        <w:rPr>
          <w:rFonts w:ascii="宋体" w:eastAsia="宋体" w:hAnsi="宋体" w:cs="宋体"/>
          <w:color w:val="000000"/>
        </w:rPr>
        <w:t>由此发现规律：第</w:t>
      </w:r>
      <w:r>
        <w:pict>
          <v:shape id="_x0000_i721303" type="#_x0000_t75" alt="学科网(www.zxxk.com)--教育资源门户，提供试卷、教案、课件、论文、素材以及各类教学资源下载，还有大量而丰富的教学相关资讯！" style="width:9.75pt;height:11.25pt" o:oleicon="f" o:ole="">
            <v:imagedata r:id="rId363" o:title="eqIdb6a24198bd04c29321ae5dc5a28fe421"/>
          </v:shape>
        </w:pict>
      </w:r>
      <w:r>
        <w:rPr>
          <w:rFonts w:ascii="宋体" w:eastAsia="宋体" w:hAnsi="宋体" w:cs="宋体"/>
          <w:color w:val="000000"/>
        </w:rPr>
        <w:t>（</w:t>
      </w:r>
      <w:r>
        <w:rPr>
          <w:rFonts w:ascii="Times New Roman" w:eastAsia="Times New Roman" w:hAnsi="Times New Roman" w:cs="Times New Roman"/>
          <w:i/>
          <w:color w:val="000000"/>
        </w:rPr>
        <w:t xml:space="preserve">n </w:t>
      </w:r>
      <w:r>
        <w:rPr>
          <w:rFonts w:ascii="宋体" w:eastAsia="宋体" w:hAnsi="宋体" w:cs="宋体"/>
          <w:color w:val="000000"/>
        </w:rPr>
        <w:t>为正整数）个图形中的点数为</w:t>
      </w:r>
      <w:r>
        <w:pict>
          <v:shape id="_x0000_i721304" type="#_x0000_t75" alt="学科网(www.zxxk.com)--教育资源门户，提供试卷、教案、课件、论文、素材以及各类教学资源下载，还有大量而丰富的教学相关资讯！" style="width:30.15pt;height:13.8pt" o:oleicon="f" o:ole="">
            <v:imagedata r:id="rId364" o:title="eqIdb3502fe84ccbc5112ee51232d08feab2"/>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故答案为：</w:t>
      </w:r>
      <w:r>
        <w:pict>
          <v:shape id="_x0000_i721305" type="#_x0000_t75" alt="学科网(www.zxxk.com)--教育资源门户，提供试卷、教案、课件、论文、素材以及各类教学资源下载，还有大量而丰富的教学相关资讯！" style="width:30.15pt;height:13.8pt" o:oleicon="f" o:ole="">
            <v:imagedata r:id="rId365" o:title="eqIdb3502fe84ccbc5112ee51232d08feab2"/>
          </v:shape>
        </w:pict>
      </w:r>
    </w:p>
    <w:p>
      <w:pPr>
        <w:spacing w:line="360" w:lineRule="auto"/>
        <w:jc w:val="left"/>
        <w:textAlignment w:val="center"/>
        <w:rPr>
          <w:rFonts w:ascii="宋体" w:eastAsia="宋体" w:hAnsi="宋体" w:cs="宋体"/>
          <w:color w:val="000000"/>
        </w:rPr>
      </w:pPr>
      <w:r>
        <w:rPr>
          <w:color w:val="000000"/>
        </w:rPr>
        <w:t>【点睛】</w:t>
      </w:r>
      <w:r>
        <w:rPr>
          <w:rFonts w:ascii="宋体" w:eastAsia="宋体" w:hAnsi="宋体" w:cs="宋体"/>
          <w:color w:val="000000"/>
        </w:rPr>
        <w:t>本题主要考查了图形类规律题，明确题意，准确得到规律是解题的关键．</w:t>
      </w:r>
    </w:p>
    <w:p>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t>三、解答题（本题共</w:t>
      </w:r>
      <w:r>
        <w:rPr>
          <w:rFonts w:ascii="Times New Roman" w:eastAsia="Times New Roman" w:hAnsi="Times New Roman" w:cs="Times New Roman"/>
          <w:b/>
          <w:color w:val="000000"/>
          <w:sz w:val="24"/>
        </w:rPr>
        <w:t>49</w:t>
      </w:r>
      <w:r>
        <w:rPr>
          <w:rFonts w:ascii="宋体" w:eastAsia="宋体" w:hAnsi="宋体" w:cs="宋体"/>
          <w:b/>
          <w:color w:val="000000"/>
          <w:sz w:val="24"/>
        </w:rPr>
        <w:t>分）</w:t>
      </w:r>
    </w:p>
    <w:p>
      <w:pPr>
        <w:pStyle w:val="Heading2"/>
      </w:pPr>
      <w:r>
        <w:t>第四十三中学</w:t>
      </w:r>
    </w:p>
    <w:p>
      <w:pPr>
        <w:spacing w:line="360" w:lineRule="auto"/>
        <w:jc w:val="left"/>
        <w:textAlignment w:val="center"/>
        <w:rPr>
          <w:rFonts w:ascii="Times New Roman" w:eastAsia="Times New Roman" w:hAnsi="Times New Roman" w:cs="Times New Roman"/>
          <w:color w:val="000000"/>
        </w:rPr>
      </w:pPr>
      <w:r>
        <w:rPr>
          <w:color w:val="000000"/>
        </w:rPr>
        <w:t xml:space="preserve">20. </w:t>
      </w:r>
      <w:r>
        <w:rPr>
          <w:rFonts w:ascii="宋体" w:eastAsia="宋体" w:hAnsi="宋体" w:cs="宋体"/>
          <w:color w:val="000000"/>
        </w:rPr>
        <w:t>用</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定义新运算：对于任意有理数</w:t>
      </w:r>
      <w:r>
        <w:pict>
          <v:shape id="_x0000_i721306" type="#_x0000_t75" alt="学科网(www.zxxk.com)--教育资源门户，提供试卷、教案、课件、论文、素材以及各类教学资源下载，还有大量而丰富的教学相关资讯！" style="width:9pt;height:9.75pt" o:oleicon="f" o:ole="">
            <v:imagedata r:id="rId366" o:title="eqId0a6936d370d6a238a608ca56f87198de"/>
          </v:shape>
        </w:pict>
      </w:r>
      <w:r>
        <w:rPr>
          <w:rFonts w:ascii="Times New Roman" w:eastAsia="Times New Roman" w:hAnsi="Times New Roman" w:cs="Times New Roman"/>
          <w:color w:val="000000"/>
        </w:rPr>
        <w:t>、</w:t>
      </w:r>
      <w:r>
        <w:pict>
          <v:shape id="_x0000_i721307" type="#_x0000_t75" alt="学科网(www.zxxk.com)--教育资源门户，提供试卷、教案、课件、论文、素材以及各类教学资源下载，还有大量而丰富的教学相关资讯！" style="width:9.9pt;height:14.35pt" o:oleicon="f" o:ole="">
            <v:imagedata r:id="rId367" o:title="eqId2c94bb12cee76221e13f9ef955b0aab1"/>
          </v:shape>
        </w:pict>
      </w:r>
      <w:r>
        <w:rPr>
          <w:rFonts w:ascii="宋体" w:eastAsia="宋体" w:hAnsi="宋体" w:cs="宋体"/>
          <w:color w:val="000000"/>
        </w:rPr>
        <w:t>都有</w:t>
      </w:r>
      <w:r>
        <w:pict>
          <v:shape id="_x0000_i721308" type="#_x0000_t75" alt="学科网(www.zxxk.com)--教育资源门户，提供试卷、教案、课件、论文、素材以及各类教学资源下载，还有大量而丰富的教学相关资讯！" style="width:9pt;height:9.75pt" o:oleicon="f" o:ole="">
            <v:imagedata r:id="rId366" o:title="eqId0a6936d370d6a238a608ca56f87198de"/>
          </v:shape>
        </w:pict>
      </w:r>
      <w:r>
        <w:rPr>
          <w:rFonts w:ascii="宋体" w:eastAsia="宋体" w:hAnsi="宋体" w:cs="宋体"/>
          <w:color w:val="000000"/>
        </w:rPr>
        <w:t>★</w:t>
      </w:r>
      <w:r>
        <w:pict>
          <v:shape id="_x0000_i721309" type="#_x0000_t75" alt="学科网(www.zxxk.com)--教育资源门户，提供试卷、教案、课件、论文、素材以及各类教学资源下载，还有大量而丰富的教学相关资讯！" style="width:47.25pt;height:15.75pt" o:oleicon="f" o:ole="">
            <v:imagedata r:id="rId368" o:title="eqIdf857e20a22cd0fb3d9725f0c32aa1e4b"/>
          </v:shape>
        </w:pict>
      </w:r>
      <w:r>
        <w:rPr>
          <w:rFonts w:ascii="宋体" w:eastAsia="宋体" w:hAnsi="宋体" w:cs="宋体"/>
          <w:color w:val="000000"/>
        </w:rPr>
        <w:t>，例如</w:t>
      </w:r>
      <w:r>
        <w:rPr>
          <w:rFonts w:ascii="Times New Roman" w:eastAsia="Times New Roman" w:hAnsi="Times New Roman" w:cs="Times New Roman"/>
          <w:color w:val="000000"/>
        </w:rPr>
        <w:t>7</w:t>
      </w:r>
      <w:r>
        <w:rPr>
          <w:rFonts w:ascii="宋体" w:eastAsia="宋体" w:hAnsi="宋体" w:cs="宋体"/>
          <w:color w:val="000000"/>
        </w:rPr>
        <w:t>★</w:t>
      </w:r>
      <w:r>
        <w:rPr>
          <w:rFonts w:ascii="Times New Roman" w:eastAsia="Times New Roman" w:hAnsi="Times New Roman" w:cs="Times New Roman"/>
          <w:color w:val="000000"/>
        </w:rPr>
        <w:t>4=</w:t>
      </w:r>
      <w:r>
        <w:pict>
          <v:shape id="_x0000_i721310" type="#_x0000_t75" alt="学科网(www.zxxk.com)--教育资源门户，提供试卷、教案、课件、论文、素材以及各类教学资源下载，还有大量而丰富的教学相关资讯！" style="width:29.25pt;height:15pt" o:oleicon="f" o:ole="">
            <v:imagedata r:id="rId369" o:title="eqId894b97467a6b875d61e4ec67cf92eb3e"/>
          </v:shape>
        </w:pict>
      </w:r>
      <w:r>
        <w:rPr>
          <w:rFonts w:ascii="Times New Roman" w:eastAsia="Times New Roman" w:hAnsi="Times New Roman" w:cs="Times New Roman"/>
          <w:color w:val="000000"/>
        </w:rPr>
        <w:t>=17</w:t>
      </w:r>
      <w:r>
        <w:rPr>
          <w:rFonts w:ascii="宋体" w:eastAsia="宋体" w:hAnsi="宋体" w:cs="宋体"/>
          <w:color w:val="000000"/>
        </w:rPr>
        <w:t>，那么</w:t>
      </w:r>
      <w:r>
        <w:pict>
          <v:shape id="_x0000_i721311" type="#_x0000_t75" alt="学科网(www.zxxk.com)--教育资源门户，提供试卷、教案、课件、论文、素材以及各类教学资源下载，还有大量而丰富的教学相关资讯！" style="width:12.75pt;height:11.25pt" o:oleicon="f" o:ole="">
            <v:imagedata r:id="rId370" o:title="eqId294f5ba74cdf695fc9a8a8e52f421328"/>
          </v:shape>
        </w:pict>
      </w:r>
      <w:r>
        <w:rPr>
          <w:rFonts w:ascii="宋体" w:eastAsia="宋体" w:hAnsi="宋体" w:cs="宋体"/>
          <w:color w:val="000000"/>
        </w:rPr>
        <w:t>★</w:t>
      </w:r>
      <w:r>
        <w:rPr>
          <w:rFonts w:ascii="Times New Roman" w:eastAsia="Times New Roman" w:hAnsi="Times New Roman" w:cs="Times New Roman"/>
          <w:color w:val="000000"/>
        </w:rPr>
        <w:t>（</w:t>
      </w:r>
      <w:r>
        <w:pict>
          <v:shape id="_x0000_i721312" type="#_x0000_t75" alt="学科网(www.zxxk.com)--教育资源门户，提供试卷、教案、课件、论文、素材以及各类教学资源下载，还有大量而丰富的教学相关资讯！" style="width:12.75pt;height:11.25pt" o:oleicon="f" o:ole="">
            <v:imagedata r:id="rId370" o:title="eqId294f5ba74cdf695fc9a8a8e52f421328"/>
          </v:shape>
        </w:pic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__________</w:t>
      </w:r>
      <w:r>
        <w:rPr>
          <w:rFonts w:ascii="Times New Roman" w:eastAsia="Times New Roman" w:hAnsi="Times New Roman" w:cs="Times New Roman"/>
          <w:color w:val="000000"/>
        </w:rPr>
        <w:t>.</w:t>
      </w:r>
    </w:p>
    <w:p>
      <w:pPr>
        <w:spacing w:line="360" w:lineRule="auto"/>
        <w:textAlignment w:val="center"/>
        <w:rPr>
          <w:rFonts w:ascii="宋体" w:eastAsia="宋体" w:hAnsi="宋体" w:cs="宋体"/>
          <w:color w:val="000000"/>
        </w:rPr>
      </w:pPr>
      <w:r>
        <w:rPr>
          <w:color w:val="2E75B6"/>
        </w:rPr>
        <w:t>【答案】</w:t>
      </w:r>
      <w:r>
        <w:rPr>
          <w:rFonts w:ascii="宋体" w:eastAsia="宋体" w:hAnsi="宋体" w:cs="宋体"/>
          <w:color w:val="000000"/>
        </w:rPr>
        <w:t>26</w:t>
      </w:r>
    </w:p>
    <w:p>
      <w:pPr>
        <w:spacing w:line="360" w:lineRule="auto"/>
        <w:textAlignment w:val="center"/>
        <w:rPr>
          <w:color w:val="000000"/>
        </w:rPr>
      </w:pPr>
      <w:r>
        <w:rPr>
          <w:color w:val="2E75B6"/>
        </w:rPr>
        <w:t>【解析】</w:t>
      </w:r>
    </w:p>
    <w:p>
      <w:pPr>
        <w:spacing w:line="360" w:lineRule="auto"/>
        <w:textAlignment w:val="center"/>
        <w:rPr>
          <w:rFonts w:ascii="宋体" w:eastAsia="宋体" w:hAnsi="宋体" w:cs="宋体"/>
          <w:color w:val="000000"/>
        </w:rPr>
      </w:pPr>
      <w:r>
        <w:rPr>
          <w:color w:val="000000"/>
        </w:rPr>
        <w:t>【详解】</w:t>
      </w:r>
      <w:r>
        <w:rPr>
          <w:rFonts w:ascii="宋体" w:eastAsia="宋体" w:hAnsi="宋体" w:cs="宋体"/>
          <w:color w:val="000000"/>
        </w:rPr>
        <w:t>试题解析：</w:t>
      </w:r>
      <w:r>
        <w:pict>
          <v:shape id="_x0000_i721313" type="#_x0000_t75" alt="学科网(www.zxxk.com)--教育资源门户，提供试卷、教案、课件、论文、素材以及各类教学资源下载，还有大量而丰富的教学相关资讯！" style="width:12.75pt;height:11.25pt" o:oleicon="f" o:ole="">
            <v:imagedata r:id="rId371" o:title="eqId294f5ba74cdf695fc9a8a8e52f421328"/>
          </v:shape>
        </w:pict>
      </w:r>
      <w:r>
        <w:rPr>
          <w:rFonts w:ascii="宋体" w:eastAsia="宋体" w:hAnsi="宋体" w:cs="宋体"/>
          <w:color w:val="000000"/>
        </w:rPr>
        <w:t>★</w:t>
      </w:r>
      <w:r>
        <w:rPr>
          <w:rFonts w:ascii="Times New Roman" w:eastAsia="Times New Roman" w:hAnsi="Times New Roman" w:cs="Times New Roman"/>
          <w:color w:val="000000"/>
        </w:rPr>
        <w:t>（</w:t>
      </w:r>
      <w:r>
        <w:pict>
          <v:shape id="_x0000_i721314" type="#_x0000_t75" alt="学科网(www.zxxk.com)--教育资源门户，提供试卷、教案、课件、论文、素材以及各类教学资源下载，还有大量而丰富的教学相关资讯！" style="width:12.75pt;height:11.25pt" o:oleicon="f" o:ole="">
            <v:imagedata r:id="rId371" o:title="eqId294f5ba74cdf695fc9a8a8e52f421328"/>
          </v:shape>
        </w:pict>
      </w:r>
      <w:r>
        <w:rPr>
          <w:rFonts w:ascii="宋体" w:eastAsia="宋体" w:hAnsi="宋体" w:cs="宋体"/>
          <w:color w:val="000000"/>
        </w:rPr>
        <w:t>★</w:t>
      </w:r>
      <w:r>
        <w:rPr>
          <w:rFonts w:ascii="Times New Roman" w:eastAsia="Times New Roman" w:hAnsi="Times New Roman" w:cs="Times New Roman"/>
          <w:color w:val="000000"/>
        </w:rPr>
        <w:t>2）=</w:t>
      </w:r>
      <w:r>
        <w:pict>
          <v:shape id="_x0000_i721315" type="#_x0000_t75" alt="学科网(www.zxxk.com)--教育资源门户，提供试卷、教案、课件、论文、素材以及各类教学资源下载，还有大量而丰富的教学相关资讯！" style="width:14.25pt;height:11.25pt" o:oleicon="f" o:ole="">
            <v:imagedata r:id="rId372" o:title="eqId911c2f6651c47efb16f2dc211a0ea33a"/>
          </v:shape>
        </w:pic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+1）=</w:t>
      </w:r>
      <w:r>
        <w:pict>
          <v:shape id="_x0000_i721316" type="#_x0000_t75" alt="学科网(www.zxxk.com)--教育资源门户，提供试卷、教案、课件、论文、素材以及各类教学资源下载，还有大量而丰富的教学相关资讯！" style="width:14.25pt;height:11.25pt" o:oleicon="f" o:ole="">
            <v:imagedata r:id="rId372" o:title="eqId911c2f6651c47efb16f2dc211a0ea33a"/>
          </v:shape>
        </w:pict>
      </w:r>
      <w:r>
        <w:rPr>
          <w:rFonts w:ascii="宋体" w:eastAsia="宋体" w:hAnsi="宋体" w:cs="宋体"/>
          <w:color w:val="000000"/>
        </w:rPr>
        <w:t>★5=5</w:t>
      </w:r>
      <w:r>
        <w:rPr>
          <w:rFonts w:ascii="宋体" w:eastAsia="宋体" w:hAnsi="宋体" w:cs="宋体"/>
          <w:color w:val="000000"/>
          <w:vertAlign w:val="superscript"/>
        </w:rPr>
        <w:t>2</w:t>
      </w:r>
      <w:r>
        <w:rPr>
          <w:rFonts w:ascii="宋体" w:eastAsia="宋体" w:hAnsi="宋体" w:cs="宋体"/>
          <w:color w:val="000000"/>
        </w:rPr>
        <w:t>+1=26.</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故答案为</w:t>
      </w:r>
      <w:r>
        <w:rPr>
          <w:rFonts w:ascii="Times New Roman" w:eastAsia="Times New Roman" w:hAnsi="Times New Roman" w:cs="Times New Roman"/>
          <w:color w:val="000000"/>
        </w:rPr>
        <w:t>26.</w:t>
      </w:r>
    </w:p>
    <w:p>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t>三、解答题（共</w:t>
      </w:r>
      <w:r>
        <w:rPr>
          <w:rFonts w:ascii="Times New Roman" w:eastAsia="Times New Roman" w:hAnsi="Times New Roman" w:cs="Times New Roman"/>
          <w:b/>
          <w:color w:val="000000"/>
          <w:sz w:val="24"/>
        </w:rPr>
        <w:t>3</w:t>
      </w:r>
      <w:r>
        <w:rPr>
          <w:rFonts w:ascii="宋体" w:eastAsia="宋体" w:hAnsi="宋体" w:cs="宋体"/>
          <w:b/>
          <w:color w:val="000000"/>
          <w:sz w:val="24"/>
        </w:rPr>
        <w:t>题，共</w:t>
      </w:r>
      <w:r>
        <w:rPr>
          <w:rFonts w:ascii="Times New Roman" w:eastAsia="Times New Roman" w:hAnsi="Times New Roman" w:cs="Times New Roman"/>
          <w:b/>
          <w:color w:val="000000"/>
          <w:sz w:val="24"/>
        </w:rPr>
        <w:t>26</w:t>
      </w:r>
      <w:r>
        <w:rPr>
          <w:rFonts w:ascii="宋体" w:eastAsia="宋体" w:hAnsi="宋体" w:cs="宋体"/>
          <w:b/>
          <w:color w:val="000000"/>
          <w:sz w:val="24"/>
        </w:rPr>
        <w:t>分）解答应写出文字说明，演算步骤或证明过程</w:t>
      </w:r>
    </w:p>
    <w:p>
      <w:pPr>
        <w:pStyle w:val="Heading2"/>
      </w:pPr>
      <w:r>
        <w:t>育才学校</w:t>
      </w:r>
    </w:p>
    <w:p>
      <w:pPr>
        <w:pStyle w:val="Normal"/>
        <w:spacing w:lineRule="auto" w:line="360"/>
        <w:jc w:val="start"/>
        <w:textAlignment w:val="center"/>
        <w:rPr/>
      </w:pPr>
      <w:r>
        <w:rPr>
          <w:color w:val="000000"/>
        </w:rPr>
        <w:t xml:space="preserve">20. </w:t>
      </w:r>
      <w:r>
        <w:rPr>
          <w:rFonts w:ascii="宋体;SimSun" w:hAnsi="宋体;SimSun" w:cs="宋体;SimSun" w:eastAsia="宋体;SimSun"/>
          <w:color w:val="000000"/>
        </w:rPr>
        <w:t>已知</w:t>
      </w:r>
      <w:r>
        <w:rPr/>
        <w:pict>
          <v:shape id="_x0000_i721317" type="_x0000_tole_rId359" style="width:28.15pt;height:14.1pt" filled="f" o:ole="">
            <v:imagedata r:id="rId373" o:title=""/>
          </v:shape>
        </w:pict>
      </w:r>
      <w:r>
        <w:rPr>
          <w:rFonts w:ascii="宋体;SimSun" w:hAnsi="宋体;SimSun" w:cs="宋体;SimSun" w:eastAsia="宋体;SimSun"/>
          <w:color w:val="000000"/>
        </w:rPr>
        <w:t>，令</w:t>
      </w:r>
      <w:r>
        <w:rPr/>
        <w:pict>
          <v:shape id="_x0000_i721318" type="_x0000_tole_rId361" style="width:215.45pt;height:34pt" filled="f" o:ole="">
            <v:imagedata r:id="rId374" o:title=""/>
          </v:shape>
        </w:pict>
      </w:r>
      <w:r>
        <w:rPr>
          <w:rFonts w:ascii="宋体;SimSun" w:hAnsi="宋体;SimSun" w:cs="宋体;SimSun" w:eastAsia="宋体;SimSun"/>
          <w:color w:val="000000"/>
        </w:rPr>
        <w:t>，</w:t>
      </w:r>
      <w:r>
        <w:rPr/>
        <w:pict>
          <v:shape id="_x0000_i721319" type="_x0000_tole_rId363" style="width:44.9pt;height:33.55pt" filled="f" o:ole="">
            <v:imagedata r:id="rId375" o:title=""/>
          </v:shape>
        </w:pict>
      </w:r>
      <w:r>
        <w:rPr>
          <w:rFonts w:ascii="宋体;SimSun" w:hAnsi="宋体;SimSun" w:cs="宋体;SimSun" w:eastAsia="宋体;SimSun"/>
          <w:color w:val="000000"/>
        </w:rPr>
        <w:t>，…，即当</w:t>
      </w:r>
      <w:r>
        <w:rPr>
          <w:rFonts w:eastAsia="Times New Roman" w:cs="Times New Roman"/>
          <w:i/>
          <w:color w:val="000000"/>
        </w:rPr>
        <w:t>n</w:t>
      </w:r>
      <w:r>
        <w:rPr>
          <w:rFonts w:ascii="宋体;SimSun" w:hAnsi="宋体;SimSun" w:cs="宋体;SimSun" w:eastAsia="宋体;SimSun"/>
          <w:color w:val="000000"/>
        </w:rPr>
        <w:t>为大于</w:t>
      </w:r>
      <w:r>
        <w:rPr>
          <w:rFonts w:eastAsia="Times New Roman" w:cs="Times New Roman"/>
          <w:color w:val="000000"/>
        </w:rPr>
        <w:t>1</w:t>
      </w:r>
      <w:r>
        <w:rPr>
          <w:rFonts w:ascii="宋体;SimSun" w:hAnsi="宋体;SimSun" w:cs="宋体;SimSun" w:eastAsia="宋体;SimSun"/>
          <w:color w:val="000000"/>
        </w:rPr>
        <w:t>的奇数时，</w:t>
      </w:r>
      <w:r>
        <w:rPr/>
        <w:pict>
          <v:shape id="_x0000_i721320" type="_x0000_tole_rId365" style="width:56.75pt;height:18pt" filled="f" o:ole="">
            <v:imagedata r:id="rId376" o:title=""/>
          </v:shape>
        </w:pict>
      </w:r>
      <w:r>
        <w:rPr>
          <w:rFonts w:ascii="宋体;SimSun" w:hAnsi="宋体;SimSun" w:cs="宋体;SimSun" w:eastAsia="宋体;SimSun"/>
          <w:color w:val="000000"/>
        </w:rPr>
        <w:t>：当</w:t>
      </w:r>
      <w:r>
        <w:rPr>
          <w:rFonts w:eastAsia="Times New Roman" w:cs="Times New Roman"/>
          <w:i/>
          <w:color w:val="000000"/>
        </w:rPr>
        <w:t>n</w:t>
      </w:r>
      <w:r>
        <w:rPr>
          <w:rFonts w:ascii="宋体;SimSun" w:hAnsi="宋体;SimSun" w:cs="宋体;SimSun" w:eastAsia="宋体;SimSun"/>
          <w:color w:val="000000"/>
        </w:rPr>
        <w:t>为大于</w:t>
      </w:r>
      <w:r>
        <w:rPr>
          <w:rFonts w:eastAsia="Times New Roman" w:cs="Times New Roman"/>
          <w:color w:val="000000"/>
        </w:rPr>
        <w:t>1</w:t>
      </w:r>
      <w:r>
        <w:rPr>
          <w:rFonts w:ascii="宋体;SimSun" w:hAnsi="宋体;SimSun" w:cs="宋体;SimSun" w:eastAsia="宋体;SimSun"/>
          <w:color w:val="000000"/>
        </w:rPr>
        <w:t>的偶数时，</w:t>
      </w:r>
      <w:r>
        <w:rPr/>
        <w:pict>
          <v:shape id="_x0000_i721321" type="_x0000_tole_rId367" style="width:53.4pt;height:33.55pt" filled="f" o:ole="">
            <v:imagedata r:id="rId377" o:title=""/>
          </v:shape>
        </w:pict>
      </w:r>
      <w:r>
        <w:rPr>
          <w:rFonts w:ascii="宋体;SimSun" w:hAnsi="宋体;SimSun" w:cs="宋体;SimSun" w:eastAsia="宋体;SimSun"/>
          <w:color w:val="000000"/>
        </w:rPr>
        <w:t>，则</w:t>
      </w:r>
      <w:r>
        <w:rPr/>
        <w:pict>
          <v:shape id="_x0000_i721322" type="_x0000_tole_rId369" style="width:22.8pt;height:18pt" filled="f" o:ole="">
            <v:imagedata r:id="rId378" o:title=""/>
          </v:shape>
        </w:pict>
      </w:r>
      <w:r>
        <w:rPr>
          <w:rFonts w:ascii="宋体;SimSun" w:hAnsi="宋体;SimSun" w:cs="宋体;SimSun" w:eastAsia="宋体;SimSun"/>
          <w:color w:val="000000"/>
        </w:rPr>
        <w:t>＝</w:t>
      </w:r>
      <w:r>
        <w:rPr>
          <w:rFonts w:eastAsia="宋体;SimSun" w:cs="宋体;SimSun" w:ascii="宋体;SimSun" w:hAnsi="宋体;SimSun"/>
          <w:color w:val="000000"/>
        </w:rPr>
        <w:t>__________</w:t>
      </w:r>
      <w:r>
        <w:rPr>
          <w:rFonts w:ascii="宋体;SimSun" w:hAnsi="宋体;SimSun" w:cs="宋体;SimSun" w:eastAsia="宋体;SimSun"/>
          <w:color w:val="000000"/>
        </w:rPr>
        <w:t>（用含</w:t>
      </w:r>
      <w:r>
        <w:rPr>
          <w:rFonts w:eastAsia="Times New Roman" w:cs="Times New Roman"/>
          <w:i/>
          <w:color w:val="000000"/>
        </w:rPr>
        <w:t>a</w:t>
      </w:r>
      <w:r>
        <w:rPr>
          <w:rFonts w:ascii="宋体;SimSun" w:hAnsi="宋体;SimSun" w:cs="宋体;SimSun" w:eastAsia="宋体;SimSun"/>
          <w:color w:val="000000"/>
        </w:rPr>
        <w:t>的代数式表示），</w:t>
      </w:r>
      <w:r>
        <w:rPr/>
        <w:pict>
          <v:shape id="_x0000_i721323" type="_x0000_tole_rId371" style="width:194.95pt;height:18.2pt" filled="f" o:ole="">
            <v:imagedata r:id="rId379" o:title=""/>
          </v:shape>
        </w:pict>
      </w:r>
      <w:r>
        <w:rPr>
          <w:rFonts w:ascii="宋体;SimSun" w:hAnsi="宋体;SimSun" w:cs="宋体;SimSun" w:eastAsia="宋体;SimSun"/>
          <w:color w:val="000000"/>
        </w:rPr>
        <w:t>的值为</w:t>
      </w:r>
      <w:r>
        <w:rPr>
          <w:rFonts w:eastAsia="宋体;SimSun" w:cs="宋体;SimSun" w:ascii="宋体;SimSun" w:hAnsi="宋体;SimSun"/>
          <w:color w:val="000000"/>
        </w:rPr>
        <w:t>__________</w:t>
      </w:r>
      <w:r>
        <w:rPr>
          <w:rFonts w:ascii="宋体;SimSun" w:hAnsi="宋体;SimSun" w:cs="宋体;SimSun" w:eastAsia="宋体;SimSun"/>
          <w:color w:val="000000"/>
        </w:rPr>
        <w:t>．</w:t>
      </w:r>
    </w:p>
    <w:p>
      <w:pPr>
        <w:pStyle w:val="Normal"/>
        <w:spacing w:lineRule="auto" w:line="360"/>
        <w:textAlignment w:val="center"/>
        <w:rPr/>
      </w:pPr>
      <w:r>
        <w:rPr>
          <w:color w:val="2E75B6"/>
        </w:rPr>
        <w:t>【答案】</w:t>
      </w:r>
      <w:r>
        <w:rPr>
          <w:color w:val="000000"/>
        </w:rPr>
        <w:t xml:space="preserve">    ①</w:t>
      </w:r>
      <w:r>
        <w:rPr>
          <w:color w:val="000000"/>
        </w:rPr>
        <w:t xml:space="preserve">. </w:t>
      </w:r>
      <w:r>
        <w:rPr/>
        <w:pict>
          <v:shape id="_x0000_i721324" type="_x0000_tole_rId373" style="width:24.75pt;height:14.25pt" filled="f" o:ole="">
            <v:imagedata r:id="rId380" o:title=""/>
          </v:shape>
        </w:pict>
      </w:r>
      <w:r>
        <w:rPr>
          <w:color w:val="000000"/>
        </w:rPr>
        <w:t>##1+</w:t>
      </w:r>
      <w:r>
        <w:rPr>
          <w:i/>
          <w:color w:val="000000"/>
        </w:rPr>
        <w:t>a</w:t>
      </w:r>
      <w:r>
        <w:rPr>
          <w:color w:val="000000"/>
        </w:rPr>
        <w:t xml:space="preserve">    ②. </w:t>
      </w:r>
      <w:r>
        <w:rPr>
          <w:rFonts w:ascii="宋体;SimSun" w:hAnsi="宋体;SimSun" w:cs="宋体;SimSun" w:eastAsia="宋体;SimSun"/>
          <w:color w:val="000000"/>
        </w:rPr>
        <w:t>－</w:t>
      </w:r>
      <w:r>
        <w:rPr>
          <w:rFonts w:eastAsia="Times New Roman" w:cs="Times New Roman"/>
          <w:color w:val="000000"/>
        </w:rPr>
        <w:t>1011</w:t>
      </w:r>
    </w:p>
    <w:p>
      <w:pPr>
        <w:pStyle w:val="Normal"/>
        <w:spacing w:lineRule="auto" w:line="360"/>
        <w:textAlignment w:val="center"/>
        <w:rPr>
          <w:color w:val="000000"/>
        </w:rPr>
      </w:pPr>
      <w:r>
        <w:rPr>
          <w:color w:val="2E75B6"/>
        </w:rPr>
        <w:t>【解析】</w:t>
      </w:r>
    </w:p>
    <w:p>
      <w:pPr>
        <w:pStyle w:val="Normal"/>
        <w:spacing w:lineRule="auto" w:line="360"/>
        <w:textAlignment w:val="center"/>
        <w:rPr/>
      </w:pPr>
      <w:r>
        <w:rPr>
          <w:color w:val="000000"/>
        </w:rPr>
        <w:t>【分析】</w:t>
      </w:r>
      <w:r>
        <w:rPr>
          <w:rFonts w:ascii="宋体;SimSun" w:hAnsi="宋体;SimSun" w:cs="宋体;SimSun" w:eastAsia="宋体;SimSun"/>
          <w:color w:val="000000"/>
        </w:rPr>
        <w:t>先分别计算</w:t>
      </w:r>
      <w:r>
        <w:rPr/>
        <w:pict>
          <v:shape id="_x0000_i721325" type="_x0000_tole_rId375" style="width:72pt;height:18.2pt" filled="f" o:ole="">
            <v:imagedata r:id="rId381" o:title=""/>
          </v:shape>
        </w:pict>
      </w:r>
      <w:r>
        <w:rPr>
          <w:rFonts w:ascii="宋体;SimSun" w:hAnsi="宋体;SimSun" w:cs="宋体;SimSun" w:eastAsia="宋体;SimSun"/>
          <w:color w:val="000000"/>
        </w:rPr>
        <w:t>再归纳总结规律，</w:t>
      </w:r>
      <w:r>
        <w:rPr/>
        <w:pict>
          <v:shape id="_x0000_i721326" type="_x0000_tole_rId377" style="width:57.85pt;height:18.2pt" filled="f" o:ole="">
            <v:imagedata r:id="rId382" o:title=""/>
          </v:shape>
        </w:pict>
      </w:r>
      <w:r>
        <w:rPr>
          <w:rFonts w:ascii="Times New Roman" w:hAnsi="Times New Roman" w:cs="Times New Roman"/>
          <w:color w:val="000000"/>
        </w:rPr>
        <w:t xml:space="preserve"> </w:t>
      </w:r>
      <w:r>
        <w:rPr>
          <w:rFonts w:ascii="宋体;SimSun" w:hAnsi="宋体;SimSun" w:cs="宋体;SimSun" w:eastAsia="宋体;SimSun"/>
          <w:color w:val="000000"/>
        </w:rPr>
        <w:t>这一列数</w:t>
      </w:r>
      <w:r>
        <w:rPr>
          <w:rFonts w:eastAsia="Times New Roman" w:cs="Times New Roman"/>
          <w:color w:val="000000"/>
        </w:rPr>
        <w:t>6</w:t>
      </w:r>
      <w:r>
        <w:rPr>
          <w:rFonts w:ascii="宋体;SimSun" w:hAnsi="宋体;SimSun" w:cs="宋体;SimSun" w:eastAsia="宋体;SimSun"/>
          <w:color w:val="000000"/>
        </w:rPr>
        <w:t>个数循环，从而可得第一空的答案，再计算</w:t>
      </w:r>
      <w:r>
        <w:rPr/>
        <w:pict>
          <v:shape id="_x0000_i721327" type="_x0000_tole_rId379" style="width:141.15pt;height:18.2pt" filled="f" o:ole="">
            <v:imagedata r:id="rId383" o:title=""/>
          </v:shape>
        </w:pict>
      </w:r>
      <w:r>
        <w:rPr>
          <w:rFonts w:ascii="宋体;SimSun" w:hAnsi="宋体;SimSun" w:cs="宋体;SimSun" w:eastAsia="宋体;SimSun"/>
          <w:color w:val="000000"/>
        </w:rPr>
        <w:t>从而可得第二空的答案</w:t>
      </w:r>
      <w:r>
        <w:rPr>
          <w:rFonts w:eastAsia="宋体;SimSun" w:cs="宋体;SimSun" w:ascii="宋体;SimSun" w:hAnsi="宋体;SimSun"/>
          <w:color w:val="000000"/>
        </w:rPr>
        <w:t>.</w:t>
      </w:r>
    </w:p>
    <w:p>
      <w:pPr>
        <w:pStyle w:val="Normal"/>
        <w:spacing w:lineRule="auto" w:line="360"/>
        <w:textAlignment w:val="center"/>
        <w:rPr>
          <w:rFonts w:ascii="Times New Roman" w:hAnsi="Times New Roman" w:eastAsia="Times New Roman" w:cs="Times New Roman"/>
          <w:color w:val="000000"/>
        </w:rPr>
      </w:pPr>
      <w:r>
        <w:rPr>
          <w:color w:val="000000"/>
        </w:rPr>
        <w:t>【详解】</w:t>
      </w:r>
      <w:r>
        <w:rPr>
          <w:rFonts w:ascii="宋体;SimSun" w:hAnsi="宋体;SimSun" w:cs="宋体;SimSun" w:eastAsia="宋体;SimSun"/>
          <w:color w:val="000000"/>
        </w:rPr>
        <w:t>解：</w:t>
      </w:r>
      <w:r>
        <w:rPr/>
        <w:pict>
          <v:shape id="_x0000_i721328" type="_x0000_tole_rId381" style="width:11.25pt;height:9.75pt" filled="f" o:ole="">
            <v:imagedata r:id="rId384" o:title=""/>
          </v:shape>
        </w:pict>
      </w:r>
      <w:r>
        <w:rPr>
          <w:rFonts w:ascii="Times New Roman" w:hAnsi="Times New Roman" w:cs="Times New Roman"/>
          <w:color w:val="000000"/>
        </w:rPr>
        <w:t xml:space="preserve"> </w:t>
      </w:r>
      <w:r>
        <w:rPr/>
        <w:pict>
          <v:shape id="_x0000_i721329" type="_x0000_tole_rId383" style="width:33.15pt;height:16.2pt" filled="f" o:ole="">
            <v:imagedata r:id="rId385" o:title=""/>
          </v:shape>
        </w:pict>
      </w:r>
    </w:p>
    <w:p>
      <w:pPr>
        <w:pStyle w:val="Normal"/>
        <w:spacing w:lineRule="auto" w:line="360"/>
        <w:jc w:val="start"/>
        <w:textAlignment w:val="center"/>
        <w:rPr>
          <w:color w:val="000000"/>
        </w:rPr>
      </w:pPr>
      <w:r>
        <w:rPr/>
        <w:pict>
          <v:shape id="_x0000_i721330" type="_x0000_tole_rId385" style="width:54.2pt;height:31.15pt" filled="f" o:ole="">
            <v:imagedata r:id="rId386" o:title=""/>
          </v:shape>
        </w:pict>
      </w:r>
    </w:p>
    <w:p>
      <w:pPr>
        <w:pStyle w:val="Normal"/>
        <w:spacing w:lineRule="auto" w:line="360"/>
        <w:jc w:val="start"/>
        <w:textAlignment w:val="center"/>
        <w:rPr>
          <w:color w:val="000000"/>
        </w:rPr>
      </w:pPr>
      <w:r>
        <w:rPr/>
        <w:pict>
          <v:shape id="_x0000_i721331" type="_x0000_tole_rId387" style="width:144pt;height:31.15pt" filled="f" o:ole="">
            <v:imagedata r:id="rId387" o:title=""/>
          </v:shape>
        </w:pict>
      </w:r>
    </w:p>
    <w:p>
      <w:pPr>
        <w:pStyle w:val="Normal"/>
        <w:spacing w:lineRule="auto" w:line="360"/>
        <w:jc w:val="start"/>
        <w:textAlignment w:val="center"/>
        <w:rPr>
          <w:color w:val="000000"/>
        </w:rPr>
      </w:pPr>
      <w:r>
        <w:rPr/>
        <w:pict>
          <v:shape id="_x0000_i721332" type="_x0000_tole_rId389" style="width:141.15pt;height:44.9pt" filled="f" o:ole="">
            <v:imagedata r:id="rId388" o:title=""/>
          </v:shape>
        </w:pict>
      </w:r>
    </w:p>
    <w:p>
      <w:pPr>
        <w:pStyle w:val="Normal"/>
        <w:spacing w:lineRule="auto" w:line="360"/>
        <w:jc w:val="start"/>
        <w:textAlignment w:val="center"/>
        <w:rPr>
          <w:color w:val="000000"/>
        </w:rPr>
      </w:pPr>
      <w:r>
        <w:rPr/>
        <w:pict>
          <v:shape id="_x0000_i721333" type="_x0000_tole_rId391" style="width:150.05pt;height:31.15pt" filled="f" o:ole="">
            <v:imagedata r:id="rId389" o:title=""/>
          </v:shape>
        </w:pict>
      </w:r>
    </w:p>
    <w:p>
      <w:pPr>
        <w:pStyle w:val="Normal"/>
        <w:spacing w:lineRule="auto" w:line="360"/>
        <w:jc w:val="start"/>
        <w:textAlignment w:val="center"/>
        <w:rPr>
          <w:color w:val="000000"/>
        </w:rPr>
      </w:pPr>
      <w:r>
        <w:rPr/>
        <w:pict>
          <v:shape id="_x0000_i721334" type="_x0000_tole_rId393" style="width:144pt;height:46.1pt" filled="f" o:ole="">
            <v:imagedata r:id="rId390" o:title=""/>
          </v:shape>
        </w:pict>
      </w:r>
    </w:p>
    <w:p>
      <w:pPr>
        <w:pStyle w:val="Normal"/>
        <w:spacing w:lineRule="auto" w:line="360"/>
        <w:jc w:val="start"/>
        <w:textAlignment w:val="center"/>
        <w:rPr/>
      </w:pPr>
      <w:r>
        <w:rPr/>
        <w:pict>
          <v:shape id="_x0000_i721335" type="_x0000_tole_rId395" style="width:78.9pt;height:18.2pt" filled="f" o:ole="">
            <v:imagedata r:id="rId391" o:title=""/>
          </v:shape>
        </w:pict>
      </w:r>
      <w:r>
        <w:rPr>
          <w:rFonts w:eastAsia="Times New Roman" w:cs="Times New Roman"/>
          <w:color w:val="000000"/>
        </w:rPr>
        <w:t xml:space="preserve"> </w:t>
      </w:r>
    </w:p>
    <w:p>
      <w:pPr>
        <w:pStyle w:val="Normal"/>
        <w:spacing w:lineRule="auto" w:line="360"/>
        <w:jc w:val="start"/>
        <w:textAlignment w:val="center"/>
        <w:rPr/>
      </w:pPr>
      <w:r>
        <w:rPr/>
        <w:pict>
          <v:shape id="_x0000_i721336" type="_x0000_tole_rId397" style="width:14.25pt;height:9pt" filled="f" o:ole="">
            <v:imagedata r:id="rId392" o:title=""/>
          </v:shape>
        </w:pict>
      </w:r>
      <w:r>
        <w:rPr>
          <w:rFonts w:eastAsia="Times New Roman" w:cs="Times New Roman"/>
          <w:color w:val="000000"/>
        </w:rPr>
        <w:t xml:space="preserve"> </w:t>
      </w:r>
    </w:p>
    <w:p>
      <w:pPr>
        <w:pStyle w:val="Normal"/>
        <w:spacing w:lineRule="auto" w:line="360"/>
        <w:jc w:val="start"/>
        <w:textAlignment w:val="center"/>
        <w:rPr/>
      </w:pPr>
      <w:r>
        <w:rPr>
          <w:rFonts w:ascii="宋体;SimSun" w:hAnsi="宋体;SimSun" w:cs="宋体;SimSun" w:eastAsia="宋体;SimSun"/>
          <w:color w:val="000000"/>
        </w:rPr>
        <w:t>总结可得：</w:t>
      </w:r>
      <w:r>
        <w:rPr/>
        <w:pict>
          <v:shape id="_x0000_i721337" type="_x0000_tole_rId399" style="width:57.85pt;height:18.2pt" filled="f" o:ole="">
            <v:imagedata r:id="rId393" o:title=""/>
          </v:shape>
        </w:pict>
      </w:r>
      <w:r>
        <w:rPr>
          <w:rFonts w:ascii="Times New Roman" w:hAnsi="Times New Roman" w:cs="Times New Roman"/>
          <w:color w:val="000000"/>
        </w:rPr>
        <w:t xml:space="preserve"> </w:t>
      </w:r>
      <w:r>
        <w:rPr>
          <w:rFonts w:ascii="宋体;SimSun" w:hAnsi="宋体;SimSun" w:cs="宋体;SimSun" w:eastAsia="宋体;SimSun"/>
          <w:color w:val="000000"/>
        </w:rPr>
        <w:t>这一列数</w:t>
      </w:r>
      <w:r>
        <w:rPr>
          <w:rFonts w:eastAsia="Times New Roman" w:cs="Times New Roman"/>
          <w:color w:val="000000"/>
        </w:rPr>
        <w:t>6</w:t>
      </w:r>
      <w:r>
        <w:rPr>
          <w:rFonts w:ascii="宋体;SimSun" w:hAnsi="宋体;SimSun" w:cs="宋体;SimSun" w:eastAsia="宋体;SimSun"/>
          <w:color w:val="000000"/>
        </w:rPr>
        <w:t>个数循环，</w:t>
      </w:r>
    </w:p>
    <w:p>
      <w:pPr>
        <w:pStyle w:val="Normal"/>
        <w:spacing w:lineRule="auto" w:line="360"/>
        <w:jc w:val="start"/>
        <w:textAlignment w:val="center"/>
        <w:rPr/>
      </w:pPr>
      <w:r>
        <w:rPr>
          <w:rFonts w:ascii="宋体;SimSun" w:hAnsi="宋体;SimSun" w:cs="宋体;SimSun" w:eastAsia="宋体;SimSun"/>
          <w:color w:val="000000"/>
        </w:rPr>
        <w:t>而</w:t>
      </w:r>
      <w:r>
        <w:rPr/>
        <w:pict>
          <v:shape id="_x0000_i721338" type="_x0000_tole_rId401" style="width:74pt;height:16.2pt" filled="f" o:ole="">
            <v:imagedata r:id="rId394" o:title=""/>
          </v:shape>
        </w:pict>
      </w:r>
      <w:r>
        <w:rPr>
          <w:rFonts w:ascii="Times New Roman" w:hAnsi="Times New Roman" w:cs="Times New Roman"/>
          <w:color w:val="000000"/>
        </w:rPr>
        <w:t xml:space="preserve"> </w:t>
      </w:r>
    </w:p>
    <w:p>
      <w:pPr>
        <w:pStyle w:val="Normal"/>
        <w:spacing w:lineRule="auto" w:line="360"/>
        <w:jc w:val="start"/>
        <w:textAlignment w:val="center"/>
        <w:rPr/>
      </w:pPr>
      <w:r>
        <w:rPr/>
        <w:pict>
          <v:shape id="_x0000_i721339" type="_x0000_tole_rId403" style="width:67.15pt;height:18.2pt" filled="f" o:ole="">
            <v:imagedata r:id="rId395" o:title=""/>
          </v:shape>
        </w:pict>
      </w:r>
      <w:r>
        <w:rPr>
          <w:rFonts w:eastAsia="Times New Roman" w:cs="Times New Roman"/>
          <w:color w:val="000000"/>
        </w:rPr>
        <w:t xml:space="preserve"> </w:t>
      </w:r>
    </w:p>
    <w:p>
      <w:pPr>
        <w:pStyle w:val="Normal"/>
        <w:spacing w:lineRule="auto" w:line="360"/>
        <w:jc w:val="start"/>
        <w:textAlignment w:val="center"/>
        <w:rPr>
          <w:rFonts w:ascii="Times New Roman" w:hAnsi="Times New Roman" w:eastAsia="Times New Roman" w:cs="Times New Roman"/>
          <w:color w:val="000000"/>
        </w:rPr>
      </w:pPr>
      <w:r>
        <w:rPr/>
        <w:pict>
          <v:shape id="_x0000_i721340" type="_x0000_tole_rId405" style="width:11.25pt;height:9.75pt" filled="f" o:ole="">
            <v:imagedata r:id="rId396" o:title=""/>
          </v:shape>
        </w:pict>
      </w:r>
      <w:r>
        <w:rPr>
          <w:rFonts w:eastAsia="Times New Roman" w:cs="Times New Roman"/>
          <w:color w:val="000000"/>
        </w:rPr>
        <w:t xml:space="preserve"> </w:t>
      </w:r>
      <w:r>
        <w:rPr/>
        <w:pict>
          <v:shape id="_x0000_i721341" type="_x0000_tole_rId407" style="width:281.95pt;height:31.15pt" filled="f" o:ole="">
            <v:imagedata r:id="rId397" o:title=""/>
          </v:shape>
        </w:pict>
      </w:r>
    </w:p>
    <w:p>
      <w:pPr>
        <w:pStyle w:val="Normal"/>
        <w:spacing w:lineRule="auto" w:line="360"/>
        <w:jc w:val="start"/>
        <w:textAlignment w:val="center"/>
        <w:rPr/>
      </w:pPr>
      <w:r>
        <w:rPr/>
        <w:pict>
          <v:shape id="_x0000_i721342" type="_x0000_tole_rId409" style="width:24.95pt;height:13.95pt" filled="f" o:ole="">
            <v:imagedata r:id="rId398" o:title=""/>
          </v:shape>
        </w:pict>
      </w:r>
      <w:r>
        <w:rPr>
          <w:rFonts w:eastAsia="Times New Roman" w:cs="Times New Roman"/>
          <w:color w:val="000000"/>
        </w:rPr>
        <w:t xml:space="preserve"> </w:t>
      </w:r>
    </w:p>
    <w:p>
      <w:pPr>
        <w:pStyle w:val="Normal"/>
        <w:spacing w:lineRule="auto" w:line="360"/>
        <w:jc w:val="start"/>
        <w:textAlignment w:val="center"/>
        <w:rPr>
          <w:color w:val="000000"/>
        </w:rPr>
      </w:pPr>
      <w:r>
        <w:rPr/>
        <w:pict>
          <v:shape id="_x0000_i721343" type="_x0000_tole_rId411" style="width:203.85pt;height:18.2pt" filled="f" o:ole="">
            <v:imagedata r:id="rId399" o:title=""/>
          </v:shape>
        </w:pict>
      </w:r>
    </w:p>
    <w:p>
      <w:pPr>
        <w:pStyle w:val="Normal"/>
        <w:spacing w:lineRule="auto" w:line="360"/>
        <w:jc w:val="start"/>
        <w:textAlignment w:val="center"/>
        <w:rPr/>
      </w:pPr>
      <w:r>
        <w:rPr/>
        <w:pict>
          <v:shape id="_x0000_i721344" type="_x0000_tole_rId413" style="width:95.05pt;height:16.2pt" filled="f" o:ole="">
            <v:imagedata r:id="rId400" o:title=""/>
          </v:shape>
        </w:pict>
      </w:r>
      <w:r>
        <w:rPr>
          <w:rFonts w:eastAsia="Times New Roman" w:cs="Times New Roman"/>
          <w:color w:val="000000"/>
        </w:rPr>
        <w:t xml:space="preserve"> </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故答案为：</w:t>
      </w:r>
      <w:r>
        <w:rPr/>
        <w:pict>
          <v:shape id="_x0000_i721345" type="_x0000_tole_rId415" style="width:57.05pt;height:16.2pt" filled="f" o:ole="">
            <v:imagedata r:id="rId401" o:title=""/>
          </v:shape>
        </w:pict>
      </w:r>
    </w:p>
    <w:p>
      <w:pPr>
        <w:pStyle w:val="Normal"/>
        <w:spacing w:lineRule="auto" w:line="360"/>
        <w:jc w:val="start"/>
        <w:textAlignment w:val="center"/>
        <w:rPr/>
      </w:pPr>
      <w:r>
        <w:rPr>
          <w:color w:val="000000"/>
        </w:rPr>
        <w:t>【点睛】</w:t>
      </w:r>
      <w:r>
        <w:rPr>
          <w:rFonts w:ascii="宋体;SimSun" w:hAnsi="宋体;SimSun" w:cs="宋体;SimSun" w:eastAsia="宋体;SimSun"/>
          <w:color w:val="000000"/>
        </w:rPr>
        <w:t>本题考查的是数的规律探究，同时考查分式的运算，掌握“从具体到一般的探究方法再总结规律并运用规律解决问题”是解本题的关键</w:t>
      </w:r>
      <w:r>
        <w:rPr>
          <w:rFonts w:eastAsia="宋体;SimSun" w:cs="宋体;SimSun" w:ascii="宋体;SimSun" w:hAnsi="宋体;SimSun"/>
          <w:color w:val="000000"/>
        </w:rPr>
        <w:t>.</w:t>
      </w:r>
    </w:p>
    <w:p>
      <w:pPr>
        <w:pStyle w:val="Normal"/>
        <w:spacing w:lineRule="auto" w:line="360"/>
        <w:jc w:val="start"/>
        <w:textAlignment w:val="center"/>
        <w:rPr/>
      </w:pPr>
      <w:r>
        <w:rPr>
          <w:rFonts w:ascii="宋体;SimSun" w:hAnsi="宋体;SimSun" w:cs="宋体;SimSun" w:eastAsia="宋体;SimSun"/>
          <w:b/>
          <w:color w:val="000000"/>
          <w:sz w:val="24"/>
        </w:rPr>
        <w:t>三、解答题（共</w:t>
      </w:r>
      <w:r>
        <w:rPr>
          <w:rFonts w:eastAsia="Times New Roman" w:cs="Times New Roman"/>
          <w:b/>
          <w:color w:val="000000"/>
          <w:sz w:val="24"/>
        </w:rPr>
        <w:t>60</w:t>
      </w:r>
      <w:r>
        <w:rPr>
          <w:rFonts w:ascii="宋体;SimSun" w:hAnsi="宋体;SimSun" w:cs="宋体;SimSun" w:eastAsia="宋体;SimSun"/>
          <w:b/>
          <w:color w:val="000000"/>
          <w:sz w:val="24"/>
        </w:rPr>
        <w:t>分）</w:t>
      </w:r>
    </w:p>
    <w:p>
      <w:pPr>
        <w:pStyle w:val="Heading2"/>
      </w:pPr>
      <w:r>
        <w:t>西城区三帆中学</w:t>
      </w:r>
    </w:p>
    <w:p>
      <w:pPr>
        <w:spacing w:line="360" w:lineRule="auto"/>
        <w:jc w:val="left"/>
        <w:textAlignment w:val="center"/>
        <w:rPr>
          <w:color w:val="000000"/>
        </w:rPr>
      </w:pPr>
      <w:r>
        <w:rPr>
          <w:color w:val="000000"/>
        </w:rPr>
        <w:t xml:space="preserve">18. </w:t>
      </w:r>
      <w:r>
        <w:rPr>
          <w:rFonts w:ascii="宋体" w:eastAsia="宋体" w:hAnsi="宋体" w:cs="宋体"/>
          <w:color w:val="000000"/>
        </w:rPr>
        <w:t>如图所示是一组有规律的图案，它们是由边长相同的小正方形组成，其中部分小正方形涂有阴影，按照这样的规律，第</w:t>
      </w:r>
      <w:r>
        <w:pict>
          <v:shape id="_x0000_i721346" type="#_x0000_t75" alt="学科网(www.zxxk.com)--教育资源门户，提供试卷、教案、课件、论文、素材以及各类教学资源下载，还有大量而丰富的教学相关资讯！" style="width:9.6pt;height:13.2pt" o:oleicon="f" o:ole="">
            <v:imagedata r:id="rId402" o:title="eqIdb8860d9787671b53b1ab68b3d526f5ca"/>
          </v:shape>
        </w:pict>
      </w:r>
      <w:r>
        <w:rPr>
          <w:rFonts w:ascii="宋体" w:eastAsia="宋体" w:hAnsi="宋体" w:cs="宋体"/>
          <w:color w:val="000000"/>
        </w:rPr>
        <w:t>个图案中有</w:t>
      </w:r>
      <w:r>
        <w:rPr>
          <w:color w:val="000000"/>
        </w:rPr>
        <w:t>______</w:t>
      </w:r>
      <w:r>
        <w:rPr>
          <w:rFonts w:ascii="宋体" w:eastAsia="宋体" w:hAnsi="宋体" w:cs="宋体"/>
          <w:color w:val="000000"/>
        </w:rPr>
        <w:t>个涂有阴影的小正方形，第</w:t>
      </w:r>
      <w:r>
        <w:pict>
          <v:shape id="_x0000_i721347" type="#_x0000_t75" alt="学科网(www.zxxk.com)--教育资源门户，提供试卷、教案、课件、论文、素材以及各类教学资源下载，还有大量而丰富的教学相关资讯！" style="width:9.75pt;height:11.25pt" o:oleicon="f" o:ole="">
            <v:imagedata r:id="rId403" o:title="eqIdb6a24198bd04c29321ae5dc5a28fe421"/>
          </v:shape>
        </w:pict>
      </w:r>
      <w:r>
        <w:rPr>
          <w:rFonts w:ascii="宋体" w:eastAsia="宋体" w:hAnsi="宋体" w:cs="宋体"/>
          <w:color w:val="000000"/>
        </w:rPr>
        <w:t>个图案中有</w:t>
      </w:r>
      <w:r>
        <w:rPr>
          <w:color w:val="000000"/>
        </w:rPr>
        <w:t>_______</w:t>
      </w:r>
      <w:r>
        <w:rPr>
          <w:rFonts w:ascii="宋体" w:eastAsia="宋体" w:hAnsi="宋体" w:cs="宋体"/>
          <w:color w:val="000000"/>
        </w:rPr>
        <w:t>个涂有阴影的小正方形（用含有</w:t>
      </w:r>
      <w:r>
        <w:pict>
          <v:shape id="_x0000_i721348" type="#_x0000_t75" alt="学科网(www.zxxk.com)--教育资源门户，提供试卷、教案、课件、论文、素材以及各类教学资源下载，还有大量而丰富的教学相关资讯！" style="width:9.75pt;height:11.25pt" o:oleicon="f" o:ole="">
            <v:imagedata r:id="rId403" o:title="eqIdb6a24198bd04c29321ae5dc5a28fe421"/>
          </v:shape>
        </w:pict>
      </w:r>
      <w:r>
        <w:rPr>
          <w:rFonts w:ascii="宋体" w:eastAsia="宋体" w:hAnsi="宋体" w:cs="宋体"/>
          <w:color w:val="000000"/>
        </w:rPr>
        <w:t>的代数式表示）．</w:t>
      </w:r>
    </w:p>
    <w:p>
      <w:pPr>
        <w:spacing w:line="360" w:lineRule="auto"/>
        <w:jc w:val="left"/>
        <w:textAlignment w:val="center"/>
        <w:rPr>
          <w:color w:val="000000"/>
        </w:rPr>
      </w:pPr>
      <w:r>
        <w:rPr>
          <w:color w:val="000000"/>
        </w:rPr>
        <w:drawing>
          <wp:inline>
            <wp:extent cx="4648200" cy="1095375"/>
            <wp:docPr id="409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6" name=""/>
                    <pic:cNvPicPr>
                      <a:picLocks noChangeAspect="1"/>
                    </pic:cNvPicPr>
                  </pic:nvPicPr>
                  <pic:blipFill>
                    <a:blip r:embed="rId404"/>
                    <a:stretch>
                      <a:fillRect/>
                    </a:stretch>
                  </pic:blipFill>
                  <pic:spPr>
                    <a:xfrm>
                      <a:off x="0" y="0"/>
                      <a:ext cx="4648200" cy="1095375"/>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 xml:space="preserve">    ①. </w:t>
      </w:r>
      <w:r>
        <w:rPr>
          <w:rFonts w:ascii="Times New Roman" w:eastAsia="Times New Roman" w:hAnsi="Times New Roman" w:cs="Times New Roman"/>
          <w:color w:val="000000"/>
        </w:rPr>
        <w:t>17</w:t>
      </w:r>
      <w:r>
        <w:rPr>
          <w:color w:val="000000"/>
        </w:rPr>
        <w:t xml:space="preserve">    ②. </w:t>
      </w:r>
      <w:r>
        <w:rPr>
          <w:rFonts w:ascii="Times New Roman" w:eastAsia="Times New Roman" w:hAnsi="Times New Roman" w:cs="Times New Roman"/>
          <w:color w:val="000000"/>
        </w:rPr>
        <w:t>4n+1</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观察发现，后一个图案比前一个图案多涂</w:t>
      </w:r>
      <w:r>
        <w:rPr>
          <w:rFonts w:ascii="Times New Roman" w:eastAsia="Times New Roman" w:hAnsi="Times New Roman" w:cs="Times New Roman"/>
          <w:color w:val="000000"/>
        </w:rPr>
        <w:t>4</w:t>
      </w:r>
      <w:r>
        <w:rPr>
          <w:rFonts w:ascii="宋体" w:eastAsia="宋体" w:hAnsi="宋体" w:cs="宋体"/>
          <w:color w:val="000000"/>
        </w:rPr>
        <w:t>个有阴影的小正方形，根据规律写出第</w:t>
      </w:r>
      <w:r>
        <w:rPr>
          <w:rFonts w:ascii="Times New Roman" w:eastAsia="Times New Roman" w:hAnsi="Times New Roman" w:cs="Times New Roman"/>
          <w:color w:val="000000"/>
        </w:rPr>
        <w:t>n</w:t>
      </w:r>
      <w:r>
        <w:rPr>
          <w:rFonts w:ascii="宋体" w:eastAsia="宋体" w:hAnsi="宋体" w:cs="宋体"/>
          <w:color w:val="000000"/>
        </w:rPr>
        <w:t>个图案的涂阴影的小正方形的个数即可．</w:t>
      </w:r>
    </w:p>
    <w:p>
      <w:pPr>
        <w:spacing w:line="360" w:lineRule="auto"/>
        <w:jc w:val="left"/>
        <w:textAlignment w:val="center"/>
        <w:rPr>
          <w:color w:val="000000"/>
        </w:rPr>
      </w:pPr>
      <w:r>
        <w:rPr>
          <w:color w:val="000000"/>
        </w:rPr>
        <w:t>【详解】</w:t>
      </w:r>
      <w:r>
        <w:rPr>
          <w:rFonts w:ascii="宋体" w:eastAsia="宋体" w:hAnsi="宋体" w:cs="宋体"/>
          <w:color w:val="000000"/>
        </w:rPr>
        <w:t>由图可得，第</w:t>
      </w:r>
      <w:r>
        <w:rPr>
          <w:rFonts w:ascii="Times New Roman" w:eastAsia="Times New Roman" w:hAnsi="Times New Roman" w:cs="Times New Roman"/>
          <w:color w:val="000000"/>
        </w:rPr>
        <w:t>1</w:t>
      </w:r>
      <w:r>
        <w:rPr>
          <w:rFonts w:ascii="宋体" w:eastAsia="宋体" w:hAnsi="宋体" w:cs="宋体"/>
          <w:color w:val="000000"/>
        </w:rPr>
        <w:t>个图案涂有阴影的小正方形的个数为</w:t>
      </w:r>
      <w:r>
        <w:rPr>
          <w:rFonts w:ascii="Times New Roman" w:eastAsia="Times New Roman" w:hAnsi="Times New Roman" w:cs="Times New Roman"/>
          <w:color w:val="000000"/>
        </w:rPr>
        <w:t>5</w:t>
      </w:r>
      <w:r>
        <w:rPr>
          <w:rFonts w:ascii="宋体" w:eastAsia="宋体" w:hAnsi="宋体" w:cs="宋体"/>
          <w:color w:val="000000"/>
        </w:rPr>
        <w:t>个，</w:t>
      </w:r>
    </w:p>
    <w:p>
      <w:pPr>
        <w:spacing w:line="360" w:lineRule="auto"/>
        <w:jc w:val="left"/>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2</w:t>
      </w:r>
      <w:r>
        <w:rPr>
          <w:rFonts w:ascii="宋体" w:eastAsia="宋体" w:hAnsi="宋体" w:cs="宋体"/>
          <w:color w:val="000000"/>
        </w:rPr>
        <w:t>个图案涂有阴影的小正方形的个数为</w:t>
      </w:r>
      <w:r>
        <w:rPr>
          <w:rFonts w:ascii="Times New Roman" w:eastAsia="Times New Roman" w:hAnsi="Times New Roman" w:cs="Times New Roman"/>
          <w:color w:val="000000"/>
        </w:rPr>
        <w:t>5+4=9</w:t>
      </w:r>
      <w:r>
        <w:rPr>
          <w:rFonts w:ascii="宋体" w:eastAsia="宋体" w:hAnsi="宋体" w:cs="宋体"/>
          <w:color w:val="000000"/>
        </w:rPr>
        <w:t>个，</w:t>
      </w:r>
    </w:p>
    <w:p>
      <w:pPr>
        <w:spacing w:line="360" w:lineRule="auto"/>
        <w:jc w:val="left"/>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3</w:t>
      </w:r>
      <w:r>
        <w:rPr>
          <w:rFonts w:ascii="宋体" w:eastAsia="宋体" w:hAnsi="宋体" w:cs="宋体"/>
          <w:color w:val="000000"/>
        </w:rPr>
        <w:t>个图案涂有阴影的小正方形的个数为</w:t>
      </w:r>
      <w:r>
        <w:rPr>
          <w:rFonts w:ascii="Times New Roman" w:eastAsia="Times New Roman" w:hAnsi="Times New Roman" w:cs="Times New Roman"/>
          <w:color w:val="000000"/>
        </w:rPr>
        <w:t>5+4+4=13</w:t>
      </w:r>
      <w:r>
        <w:rPr>
          <w:rFonts w:ascii="宋体" w:eastAsia="宋体" w:hAnsi="宋体" w:cs="宋体"/>
          <w:color w:val="000000"/>
        </w:rPr>
        <w:t>个，</w:t>
      </w:r>
    </w:p>
    <w:p>
      <w:pPr>
        <w:spacing w:line="360" w:lineRule="auto"/>
        <w:jc w:val="left"/>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4</w:t>
      </w:r>
      <w:r>
        <w:rPr>
          <w:rFonts w:ascii="宋体" w:eastAsia="宋体" w:hAnsi="宋体" w:cs="宋体"/>
          <w:color w:val="000000"/>
        </w:rPr>
        <w:t>个图案涂有阴影的小正方形的个数为</w:t>
      </w:r>
      <w:r>
        <w:rPr>
          <w:rFonts w:ascii="Times New Roman" w:eastAsia="Times New Roman" w:hAnsi="Times New Roman" w:cs="Times New Roman"/>
          <w:color w:val="000000"/>
        </w:rPr>
        <w:t>5+4+4+4=17</w:t>
      </w:r>
      <w:r>
        <w:rPr>
          <w:rFonts w:ascii="宋体" w:eastAsia="宋体" w:hAnsi="宋体" w:cs="宋体"/>
          <w:color w:val="000000"/>
        </w:rPr>
        <w:t>个，</w:t>
      </w:r>
    </w:p>
    <w:p>
      <w:pPr>
        <w:spacing w:line="360" w:lineRule="auto"/>
        <w:jc w:val="left"/>
        <w:textAlignment w:val="center"/>
        <w:rPr>
          <w:color w:val="000000"/>
        </w:rPr>
      </w:pPr>
      <w:r>
        <w:pict>
          <v:shape id="_x0000_i721349" type="#_x0000_t75" alt="学科网(www.zxxk.com)--教育资源门户，提供试卷、教案、课件、论文、素材以及各类教学资源下载，还有大量而丰富的教学相关资讯！" style="width:13.95pt;height:8pt" o:oleicon="f" o:ole="">
            <v:imagedata r:id="rId405" o:title="eqIddaa5e9bd516f6282483b92cfe607462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n</w:t>
      </w:r>
      <w:r>
        <w:rPr>
          <w:rFonts w:ascii="宋体" w:eastAsia="宋体" w:hAnsi="宋体" w:cs="宋体"/>
          <w:color w:val="000000"/>
        </w:rPr>
        <w:t>个图案涂有阴影的小正方形的个数为</w:t>
      </w:r>
      <w:r>
        <w:rPr>
          <w:rFonts w:ascii="Times New Roman" w:eastAsia="Times New Roman" w:hAnsi="Times New Roman" w:cs="Times New Roman"/>
          <w:color w:val="000000"/>
        </w:rPr>
        <w:t>5+4</w:t>
      </w:r>
      <w:r>
        <w:rPr>
          <w:rFonts w:ascii="宋体" w:eastAsia="宋体" w:hAnsi="宋体" w:cs="宋体"/>
          <w:color w:val="000000"/>
        </w:rPr>
        <w:t>（</w:t>
      </w:r>
      <w:r>
        <w:rPr>
          <w:rFonts w:ascii="Times New Roman" w:eastAsia="Times New Roman" w:hAnsi="Times New Roman" w:cs="Times New Roman"/>
          <w:color w:val="000000"/>
        </w:rPr>
        <w:t>n-1</w:t>
      </w:r>
      <w:r>
        <w:rPr>
          <w:rFonts w:ascii="宋体" w:eastAsia="宋体" w:hAnsi="宋体" w:cs="宋体"/>
          <w:color w:val="000000"/>
        </w:rPr>
        <w:t>）</w:t>
      </w:r>
      <w:r>
        <w:rPr>
          <w:rFonts w:ascii="Times New Roman" w:eastAsia="Times New Roman" w:hAnsi="Times New Roman" w:cs="Times New Roman"/>
          <w:color w:val="000000"/>
        </w:rPr>
        <w:t>=4n+1</w:t>
      </w:r>
      <w:r>
        <w:rPr>
          <w:rFonts w:ascii="宋体" w:eastAsia="宋体" w:hAnsi="宋体" w:cs="宋体"/>
          <w:color w:val="000000"/>
        </w:rPr>
        <w:t>（个），</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17</w:t>
      </w:r>
      <w:r>
        <w:rPr>
          <w:rFonts w:ascii="宋体" w:eastAsia="宋体" w:hAnsi="宋体" w:cs="宋体"/>
          <w:color w:val="000000"/>
        </w:rPr>
        <w:t>，</w:t>
      </w:r>
      <w:r>
        <w:rPr>
          <w:rFonts w:ascii="Times New Roman" w:eastAsia="Times New Roman" w:hAnsi="Times New Roman" w:cs="Times New Roman"/>
          <w:color w:val="000000"/>
        </w:rPr>
        <w:t>4n+1</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此题考查图形类规律的探究，列代数式，有理数的加法计算法则，观察图形得到图形的变化规律，总结规律并解决问题是解题的关键．</w:t>
      </w:r>
    </w:p>
    <w:p>
      <w:pPr>
        <w:spacing w:line="360" w:lineRule="auto"/>
        <w:jc w:val="left"/>
        <w:textAlignment w:val="center"/>
        <w:rPr>
          <w:color w:val="000000"/>
        </w:rPr>
      </w:pPr>
      <w:r>
        <w:rPr>
          <w:rFonts w:ascii="宋体" w:eastAsia="宋体" w:hAnsi="宋体" w:cs="宋体"/>
          <w:b/>
          <w:color w:val="000000"/>
          <w:sz w:val="24"/>
        </w:rPr>
        <w:t>三、计算题</w:t>
      </w:r>
    </w:p>
    <w:p>
      <w:pPr>
        <w:pStyle w:val="Heading2"/>
      </w:pPr>
      <w:r>
        <w:t>西城区宣武外国语实验学校</w:t>
      </w:r>
    </w:p>
    <w:p>
      <w:pPr>
        <w:spacing w:line="360" w:lineRule="auto"/>
        <w:jc w:val="left"/>
        <w:textAlignment w:val="center"/>
        <w:rPr>
          <w:rFonts w:ascii="宋体" w:eastAsia="宋体" w:hAnsi="宋体" w:cs="宋体"/>
          <w:color w:val="000000"/>
        </w:rPr>
      </w:pPr>
      <w:r>
        <w:rPr>
          <w:color w:val="000000"/>
        </w:rPr>
        <w:t xml:space="preserve">18. </w:t>
      </w:r>
      <w:r>
        <w:rPr>
          <w:rFonts w:ascii="宋体" w:eastAsia="宋体" w:hAnsi="宋体" w:cs="宋体"/>
          <w:color w:val="000000"/>
        </w:rPr>
        <w:t>在计算“</w:t>
      </w:r>
      <w:r>
        <w:pict>
          <v:shape id="_x0000_i721350" type="#_x0000_t75" alt="学科网(www.zxxk.com)--教育资源门户，提供试卷、教案、课件、论文、素材以及各类教学资源下载，还有大量而丰富的教学相关资讯！" style="width:54pt;height:30.75pt" o:oleicon="f" o:ole="">
            <v:imagedata r:id="rId406" o:title="eqId3c81009b66f87e78faa68d0545637136"/>
          </v:shape>
        </w:pict>
      </w:r>
      <w:r>
        <w:rPr>
          <w:rFonts w:ascii="宋体" w:eastAsia="宋体" w:hAnsi="宋体" w:cs="宋体"/>
          <w:color w:val="000000"/>
        </w:rPr>
        <w:t>”时，甲同学的做法如下：</w:t>
      </w:r>
    </w:p>
    <w:p>
      <w:pPr>
        <w:spacing w:line="360" w:lineRule="auto"/>
        <w:jc w:val="left"/>
        <w:textAlignment w:val="center"/>
        <w:rPr>
          <w:rFonts w:ascii="宋体" w:eastAsia="宋体" w:hAnsi="宋体" w:cs="宋体"/>
          <w:color w:val="000000"/>
        </w:rPr>
      </w:pPr>
      <w:r>
        <w:rPr>
          <w:rFonts w:ascii="宋体" w:eastAsia="宋体" w:hAnsi="宋体" w:cs="宋体"/>
          <w:color w:val="000000"/>
        </w:rPr>
        <w:t>甲：</w:t>
      </w:r>
      <w:r>
        <w:pict>
          <v:shape id="_x0000_i721351" type="#_x0000_t75" alt="学科网(www.zxxk.com)--教育资源门户，提供试卷、教案、课件、论文、素材以及各类教学资源下载，还有大量而丰富的教学相关资讯！" style="width:54pt;height:30.75pt" o:oleicon="f" o:ole="">
            <v:imagedata r:id="rId407" o:title="eqId3c81009b66f87e78faa68d0545637136"/>
          </v:shape>
        </w:pict>
      </w:r>
      <w:r>
        <w:rPr>
          <w:rFonts w:ascii="Times New Roman" w:eastAsia="Times New Roman" w:hAnsi="Times New Roman" w:cs="Times New Roman"/>
          <w:color w:val="000000"/>
        </w:rPr>
        <w:t xml:space="preserve"> </w:t>
      </w:r>
      <w:r>
        <w:pict>
          <v:shape id="_x0000_i721352" type="#_x0000_t75" alt="学科网(www.zxxk.com)--教育资源门户，提供试卷、教案、课件、论文、素材以及各类教学资源下载，还有大量而丰富的教学相关资讯！" style="width:81.75pt;height:33.75pt" o:oleicon="f" o:ole="">
            <v:imagedata r:id="rId408" o:title="eqIdf5f2162b78fd5c7d202c79708e40506f"/>
          </v:shape>
        </w:pict>
      </w:r>
      <w:r>
        <w:rPr>
          <w:rFonts w:ascii="Times New Roman" w:eastAsia="Times New Roman" w:hAnsi="Times New Roman" w:cs="Times New Roman"/>
          <w:color w:val="000000"/>
        </w:rPr>
        <w:t xml:space="preserve">    </w:t>
      </w:r>
      <w:r>
        <w:rPr>
          <w:rFonts w:ascii="宋体" w:eastAsia="宋体" w:hAnsi="宋体" w:cs="宋体"/>
          <w:color w:val="000000"/>
        </w:rPr>
        <w:t>①</w:t>
      </w:r>
    </w:p>
    <w:p>
      <w:pPr>
        <w:spacing w:line="360" w:lineRule="auto"/>
        <w:jc w:val="left"/>
        <w:textAlignment w:val="center"/>
        <w:rPr>
          <w:rFonts w:ascii="宋体" w:eastAsia="宋体" w:hAnsi="宋体" w:cs="宋体"/>
          <w:color w:val="000000"/>
        </w:rPr>
      </w:pPr>
      <w:r>
        <w:pict>
          <v:shape id="_x0000_i721353" type="#_x0000_t75" alt="学科网(www.zxxk.com)--教育资源门户，提供试卷、教案、课件、论文、素材以及各类教学资源下载，还有大量而丰富的教学相关资讯！" style="width:51pt;height:20.25pt" o:oleicon="f" o:ole="">
            <v:imagedata r:id="rId409" o:title="eqId46d9733a92f6888e900da9bfc063ccf3"/>
          </v:shape>
        </w:pict>
      </w:r>
      <w:r>
        <w:rPr>
          <w:rFonts w:ascii="Times New Roman" w:eastAsia="Times New Roman" w:hAnsi="Times New Roman" w:cs="Times New Roman"/>
          <w:color w:val="000000"/>
        </w:rPr>
        <w:t xml:space="preserve">                </w:t>
      </w:r>
      <w:r>
        <w:rPr>
          <w:rFonts w:ascii="宋体" w:eastAsia="宋体" w:hAnsi="宋体" w:cs="宋体"/>
          <w:color w:val="000000"/>
        </w:rPr>
        <w:t>②</w:t>
      </w:r>
    </w:p>
    <w:p>
      <w:pPr>
        <w:spacing w:line="360" w:lineRule="auto"/>
        <w:jc w:val="left"/>
        <w:textAlignment w:val="center"/>
        <w:rPr>
          <w:rFonts w:ascii="宋体" w:eastAsia="宋体" w:hAnsi="宋体" w:cs="宋体"/>
          <w:color w:val="000000"/>
        </w:rPr>
      </w:pPr>
      <w:r>
        <w:pict>
          <v:shape id="_x0000_i721354" type="#_x0000_t75" alt="学科网(www.zxxk.com)--教育资源门户，提供试卷、教案、课件、论文、素材以及各类教学资源下载，还有大量而丰富的教学相关资讯！" style="width:18.75pt;height:14.25pt" o:oleicon="f" o:ole="">
            <v:imagedata r:id="rId410" o:title="eqIdf5fd37ac888b9e20f7dcc97ddc46a4e5"/>
          </v:shape>
        </w:pict>
      </w:r>
      <w:r>
        <w:rPr>
          <w:rFonts w:ascii="Times New Roman" w:eastAsia="Times New Roman" w:hAnsi="Times New Roman" w:cs="Times New Roman"/>
          <w:color w:val="000000"/>
        </w:rPr>
        <w:t xml:space="preserve">                      </w:t>
      </w:r>
      <w:r>
        <w:rPr>
          <w:rFonts w:ascii="宋体" w:eastAsia="宋体" w:hAnsi="宋体" w:cs="宋体"/>
          <w:color w:val="000000"/>
        </w:rPr>
        <w:t>③</w:t>
      </w:r>
    </w:p>
    <w:p>
      <w:pPr>
        <w:spacing w:line="360" w:lineRule="auto"/>
        <w:jc w:val="left"/>
        <w:textAlignment w:val="center"/>
        <w:rPr>
          <w:rFonts w:ascii="宋体" w:eastAsia="宋体" w:hAnsi="宋体" w:cs="宋体"/>
          <w:color w:val="000000"/>
        </w:rPr>
      </w:pPr>
      <w:r>
        <w:rPr>
          <w:rFonts w:ascii="宋体" w:eastAsia="宋体" w:hAnsi="宋体" w:cs="宋体"/>
          <w:color w:val="000000"/>
        </w:rPr>
        <w:t>在上面</w:t>
      </w:r>
      <w:r>
        <w:rPr>
          <w:rFonts w:ascii="宋体" w:eastAsia="宋体" w:hAnsi="宋体" w:cs="宋体"/>
          <w:color w:val="000000"/>
          <w:position w:val="0"/>
        </w:rPr>
        <w:drawing>
          <wp:inline>
            <wp:extent cx="133350" cy="177800"/>
            <wp:docPr id="409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
                    <pic:cNvPicPr>
                      <a:picLocks noChangeAspect="1"/>
                    </pic:cNvPicPr>
                  </pic:nvPicPr>
                  <pic:blipFill>
                    <a:blip r:embed="rId411"/>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计算过程中，开始出错的步骤是</w:t>
      </w:r>
      <w:r>
        <w:rPr>
          <w:rFonts w:ascii="Times New Roman" w:eastAsia="Times New Roman" w:hAnsi="Times New Roman" w:cs="Times New Roman"/>
          <w:color w:val="000000"/>
        </w:rPr>
        <w:t>___________</w:t>
      </w:r>
      <w:r>
        <w:rPr>
          <w:rFonts w:ascii="宋体" w:eastAsia="宋体" w:hAnsi="宋体" w:cs="宋体"/>
          <w:color w:val="000000"/>
        </w:rPr>
        <w:t>（写出</w:t>
      </w:r>
      <w:r>
        <w:rPr>
          <w:rFonts w:ascii="宋体" w:eastAsia="宋体" w:hAnsi="宋体" w:cs="宋体"/>
          <w:color w:val="000000"/>
          <w:em w:val="dot"/>
        </w:rPr>
        <w:t>错误所在行</w:t>
      </w:r>
      <w:r>
        <w:rPr>
          <w:rFonts w:ascii="宋体" w:eastAsia="宋体" w:hAnsi="宋体" w:cs="宋体"/>
          <w:color w:val="000000"/>
        </w:rPr>
        <w:t>的序号），这一步正确的步骤是：</w:t>
      </w:r>
      <w:r>
        <w:rPr>
          <w:rFonts w:ascii="Times New Roman" w:eastAsia="Times New Roman" w:hAnsi="Times New Roman" w:cs="Times New Roman"/>
          <w:color w:val="000000"/>
        </w:rPr>
        <w:t>__________</w:t>
      </w:r>
    </w:p>
    <w:p>
      <w:pPr>
        <w:spacing w:line="360" w:lineRule="auto"/>
        <w:textAlignment w:val="center"/>
        <w:rPr>
          <w:rFonts w:ascii="宋体" w:eastAsia="宋体" w:hAnsi="宋体" w:cs="宋体"/>
          <w:color w:val="000000"/>
        </w:rPr>
      </w:pPr>
      <w:r>
        <w:rPr>
          <w:color w:val="2E75B6"/>
        </w:rPr>
        <w:t>【答案】</w:t>
      </w:r>
      <w:r>
        <w:rPr>
          <w:color w:val="000000"/>
        </w:rPr>
        <w:t xml:space="preserve">    ①. </w:t>
      </w:r>
      <w:r>
        <w:rPr>
          <w:rFonts w:ascii="宋体" w:eastAsia="宋体" w:hAnsi="宋体" w:cs="宋体"/>
          <w:color w:val="000000"/>
        </w:rPr>
        <w:t>②</w:t>
      </w:r>
      <w:r>
        <w:rPr>
          <w:color w:val="000000"/>
        </w:rPr>
        <w:t xml:space="preserve">    ②. </w:t>
      </w:r>
      <w:r>
        <w:pict>
          <v:shape id="_x0000_i721355" type="#_x0000_t75" alt="学科网(www.zxxk.com)--教育资源门户，提供试卷、教案、课件、论文、素材以及各类教学资源下载，还有大量而丰富的教学相关资讯！" style="width:51pt;height:20.25pt" o:oleicon="f" o:ole="">
            <v:imagedata r:id="rId412" o:title="eqId97f20f8b62226879441f39cee136e33e"/>
          </v:shape>
        </w:pict>
      </w:r>
    </w:p>
    <w:p>
      <w:pPr>
        <w:spacing w:line="360" w:lineRule="auto"/>
        <w:textAlignment w:val="center"/>
        <w:rPr>
          <w:color w:val="000000"/>
        </w:rPr>
      </w:pPr>
      <w:r>
        <w:rPr>
          <w:color w:val="2E75B6"/>
        </w:rPr>
        <w:t>【解析】</w:t>
      </w:r>
    </w:p>
    <w:p>
      <w:pPr>
        <w:spacing w:line="360" w:lineRule="auto"/>
        <w:jc w:val="left"/>
        <w:textAlignment w:val="center"/>
        <w:rPr>
          <w:rFonts w:ascii="宋体" w:eastAsia="宋体" w:hAnsi="宋体" w:cs="宋体"/>
          <w:color w:val="000000"/>
        </w:rPr>
      </w:pPr>
      <w:r>
        <w:rPr>
          <w:color w:val="000000"/>
        </w:rPr>
        <w:t>【分析】</w:t>
      </w:r>
      <w:r>
        <w:rPr>
          <w:rFonts w:ascii="宋体" w:eastAsia="宋体" w:hAnsi="宋体" w:cs="宋体"/>
          <w:color w:val="000000"/>
        </w:rPr>
        <w:t>根据有理数加减运算法则计算即可．</w:t>
      </w:r>
    </w:p>
    <w:p>
      <w:pPr>
        <w:spacing w:line="360" w:lineRule="auto"/>
        <w:jc w:val="left"/>
        <w:textAlignment w:val="center"/>
        <w:rPr>
          <w:rFonts w:ascii="宋体" w:eastAsia="宋体" w:hAnsi="宋体" w:cs="宋体"/>
          <w:color w:val="000000"/>
        </w:rPr>
      </w:pPr>
      <w:r>
        <w:rPr>
          <w:color w:val="000000"/>
        </w:rPr>
        <w:t>【详解】</w:t>
      </w:r>
      <w:r>
        <w:rPr>
          <w:rFonts w:ascii="宋体" w:eastAsia="宋体" w:hAnsi="宋体" w:cs="宋体"/>
          <w:color w:val="000000"/>
        </w:rPr>
        <w:t>解：题中出错的不为是②，</w:t>
      </w:r>
      <w:r>
        <w:pict>
          <v:shape id="_x0000_i721356" type="#_x0000_t75" alt="学科网(www.zxxk.com)--教育资源门户，提供试卷、教案、课件、论文、素材以及各类教学资源下载，还有大量而丰富的教学相关资讯！" style="width:60.75pt;height:27.75pt" o:oleicon="f" o:ole="">
            <v:imagedata r:id="rId413" o:title="eqIdc127d57319dac4952a823909ba77aa42"/>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故答案</w:t>
      </w:r>
      <w:r>
        <w:rPr>
          <w:rFonts w:ascii="宋体" w:eastAsia="宋体" w:hAnsi="宋体" w:cs="宋体"/>
          <w:color w:val="000000"/>
          <w:position w:val="0"/>
        </w:rPr>
        <w:drawing>
          <wp:inline>
            <wp:extent cx="158750" cy="190500"/>
            <wp:docPr id="409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0" name=""/>
                    <pic:cNvPicPr>
                      <a:picLocks noChangeAspect="1"/>
                    </pic:cNvPicPr>
                  </pic:nvPicPr>
                  <pic:blipFill>
                    <a:blip r:embed="rId414"/>
                    <a:stretch>
                      <a:fillRect/>
                    </a:stretch>
                  </pic:blipFill>
                  <pic:spPr>
                    <a:xfrm>
                      <a:off x="0" y="0"/>
                      <a:ext cx="158750" cy="190500"/>
                    </a:xfrm>
                    <a:prstGeom prst="rect">
                      <a:avLst/>
                    </a:prstGeom>
                  </pic:spPr>
                </pic:pic>
              </a:graphicData>
            </a:graphic>
          </wp:inline>
        </w:drawing>
      </w:r>
      <w:r>
        <w:rPr>
          <w:rFonts w:ascii="宋体" w:eastAsia="宋体" w:hAnsi="宋体" w:cs="宋体"/>
          <w:color w:val="000000"/>
        </w:rPr>
        <w:t>：②，</w:t>
      </w:r>
      <w:r>
        <w:pict>
          <v:shape id="_x0000_i721357" type="#_x0000_t75" alt="学科网(www.zxxk.com)--教育资源门户，提供试卷、教案、课件、论文、素材以及各类教学资源下载，还有大量而丰富的教学相关资讯！" style="width:51pt;height:20.25pt" o:oleicon="f" o:ole="">
            <v:imagedata r:id="rId415" o:title="eqId97f20f8b62226879441f39cee136e33e"/>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color w:val="000000"/>
        </w:rPr>
        <w:t>【点睛】</w:t>
      </w:r>
      <w:r>
        <w:rPr>
          <w:rFonts w:ascii="宋体" w:eastAsia="宋体" w:hAnsi="宋体" w:cs="宋体"/>
          <w:color w:val="000000"/>
        </w:rPr>
        <w:t>本题考查了有理数</w:t>
      </w:r>
      <w:r>
        <w:rPr>
          <w:rFonts w:ascii="宋体" w:eastAsia="宋体" w:hAnsi="宋体" w:cs="宋体"/>
          <w:color w:val="000000"/>
          <w:position w:val="0"/>
        </w:rPr>
        <w:drawing>
          <wp:inline>
            <wp:extent cx="133350" cy="177800"/>
            <wp:docPr id="41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2" name=""/>
                    <pic:cNvPicPr>
                      <a:picLocks noChangeAspect="1"/>
                    </pic:cNvPicPr>
                  </pic:nvPicPr>
                  <pic:blipFill>
                    <a:blip r:embed="rId416"/>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加减混合运算，熟练掌握运算法则是解本题的关键．</w:t>
      </w:r>
    </w:p>
    <w:p>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t>三、计算题（每题</w:t>
      </w:r>
      <w:r>
        <w:rPr>
          <w:rFonts w:ascii="Times New Roman" w:eastAsia="Times New Roman" w:hAnsi="Times New Roman" w:cs="Times New Roman"/>
          <w:b/>
          <w:color w:val="000000"/>
          <w:sz w:val="24"/>
        </w:rPr>
        <w:t>4</w:t>
      </w:r>
      <w:r>
        <w:rPr>
          <w:rFonts w:ascii="宋体" w:eastAsia="宋体" w:hAnsi="宋体" w:cs="宋体"/>
          <w:b/>
          <w:color w:val="000000"/>
          <w:sz w:val="24"/>
        </w:rPr>
        <w:t>分，本题共</w:t>
      </w:r>
      <w:r>
        <w:rPr>
          <w:rFonts w:ascii="Times New Roman" w:eastAsia="Times New Roman" w:hAnsi="Times New Roman" w:cs="Times New Roman"/>
          <w:b/>
          <w:color w:val="000000"/>
          <w:sz w:val="24"/>
        </w:rPr>
        <w:t>16</w:t>
      </w:r>
      <w:r>
        <w:rPr>
          <w:rFonts w:ascii="宋体" w:eastAsia="宋体" w:hAnsi="宋体" w:cs="宋体"/>
          <w:b/>
          <w:color w:val="000000"/>
          <w:sz w:val="24"/>
        </w:rPr>
        <w:t>分）</w:t>
      </w:r>
    </w:p>
    <w:p>
      <w:pPr>
        <w:pStyle w:val="Heading2"/>
      </w:pPr>
      <w:r>
        <w:t>西城区第一五六中学</w:t>
      </w:r>
    </w:p>
    <w:p>
      <w:pPr>
        <w:spacing w:line="360" w:lineRule="auto"/>
        <w:jc w:val="left"/>
        <w:textAlignment w:val="center"/>
        <w:rPr>
          <w:rFonts w:ascii="宋体" w:eastAsia="宋体" w:hAnsi="宋体" w:cs="宋体"/>
          <w:color w:val="000000"/>
        </w:rPr>
      </w:pPr>
      <w:r>
        <w:rPr>
          <w:color w:val="000000"/>
        </w:rPr>
        <w:t xml:space="preserve">20. </w:t>
      </w:r>
      <w:r>
        <w:rPr>
          <w:rFonts w:ascii="宋体" w:eastAsia="宋体" w:hAnsi="宋体" w:cs="宋体"/>
          <w:color w:val="000000"/>
        </w:rPr>
        <w:t>如图，用相同的小正方形按照某种规律进行摆放．根据图中小正方形的排列规律解答下列问题：</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）第</w:t>
      </w:r>
      <w:r>
        <w:rPr>
          <w:rFonts w:ascii="Times New Roman" w:eastAsia="Times New Roman" w:hAnsi="Times New Roman" w:cs="Times New Roman"/>
          <w:color w:val="000000"/>
        </w:rPr>
        <w:t>5</w:t>
      </w:r>
      <w:r>
        <w:rPr>
          <w:rFonts w:ascii="宋体" w:eastAsia="宋体" w:hAnsi="宋体" w:cs="宋体"/>
          <w:color w:val="000000"/>
        </w:rPr>
        <w:t>个图中有</w:t>
      </w:r>
      <w:r>
        <w:rPr>
          <w:rFonts w:ascii="宋体" w:eastAsia="宋体" w:hAnsi="宋体" w:cs="宋体"/>
          <w:color w:val="000000"/>
        </w:rPr>
        <w:t>_____</w:t>
      </w:r>
      <w:r>
        <w:rPr>
          <w:rFonts w:ascii="宋体" w:eastAsia="宋体" w:hAnsi="宋体" w:cs="宋体"/>
          <w:color w:val="000000"/>
        </w:rPr>
        <w:t>个小正方形；</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）写出你猜想</w:t>
      </w:r>
      <w:r>
        <w:rPr>
          <w:rFonts w:ascii="宋体" w:eastAsia="宋体" w:hAnsi="宋体" w:cs="宋体"/>
          <w:color w:val="000000"/>
          <w:position w:val="0"/>
        </w:rPr>
        <w:drawing>
          <wp:inline>
            <wp:extent cx="133350" cy="177800"/>
            <wp:docPr id="410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4" name=""/>
                    <pic:cNvPicPr>
                      <a:picLocks noChangeAspect="1"/>
                    </pic:cNvPicPr>
                  </pic:nvPicPr>
                  <pic:blipFill>
                    <a:blip r:embed="rId417"/>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第</w:t>
      </w:r>
      <w:r>
        <w:rPr>
          <w:rFonts w:ascii="Times New Roman" w:eastAsia="Times New Roman" w:hAnsi="Times New Roman" w:cs="Times New Roman"/>
          <w:i/>
          <w:color w:val="000000"/>
        </w:rPr>
        <w:t>n</w:t>
      </w:r>
      <w:r>
        <w:rPr>
          <w:rFonts w:ascii="宋体" w:eastAsia="宋体" w:hAnsi="宋体" w:cs="宋体"/>
          <w:color w:val="000000"/>
        </w:rPr>
        <w:t>个图中小正方形的个数是</w:t>
      </w:r>
      <w:r>
        <w:rPr>
          <w:rFonts w:ascii="宋体" w:eastAsia="宋体" w:hAnsi="宋体" w:cs="宋体"/>
          <w:color w:val="000000"/>
        </w:rPr>
        <w:t>_____</w:t>
      </w:r>
      <w:r>
        <w:rPr>
          <w:rFonts w:ascii="宋体" w:eastAsia="宋体" w:hAnsi="宋体" w:cs="宋体"/>
          <w:color w:val="000000"/>
        </w:rPr>
        <w:t>（用含</w:t>
      </w:r>
      <w:r>
        <w:rPr>
          <w:rFonts w:ascii="Times New Roman" w:eastAsia="Times New Roman" w:hAnsi="Times New Roman" w:cs="Times New Roman"/>
          <w:i/>
          <w:color w:val="000000"/>
        </w:rPr>
        <w:t>n</w:t>
      </w:r>
      <w:r>
        <w:rPr>
          <w:rFonts w:ascii="宋体" w:eastAsia="宋体" w:hAnsi="宋体" w:cs="宋体"/>
          <w:color w:val="000000"/>
        </w:rPr>
        <w:t>的式子表示）．</w:t>
      </w:r>
    </w:p>
    <w:p>
      <w:pPr>
        <w:spacing w:line="360" w:lineRule="auto"/>
        <w:jc w:val="left"/>
        <w:textAlignment w:val="center"/>
        <w:rPr>
          <w:color w:val="000000"/>
        </w:rPr>
      </w:pPr>
      <w:r>
        <w:rPr>
          <w:rFonts w:ascii="宋体" w:eastAsia="宋体" w:hAnsi="宋体" w:cs="宋体"/>
          <w:color w:val="000000"/>
        </w:rPr>
        <w:drawing>
          <wp:inline>
            <wp:extent cx="5057775" cy="1314450"/>
            <wp:docPr id="410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6" name=""/>
                    <pic:cNvPicPr>
                      <a:picLocks noChangeAspect="1"/>
                    </pic:cNvPicPr>
                  </pic:nvPicPr>
                  <pic:blipFill>
                    <a:blip r:embed="rId418"/>
                    <a:stretch>
                      <a:fillRect/>
                    </a:stretch>
                  </pic:blipFill>
                  <pic:spPr>
                    <a:xfrm>
                      <a:off x="0" y="0"/>
                      <a:ext cx="5057775" cy="1314450"/>
                    </a:xfrm>
                    <a:prstGeom prst="rect">
                      <a:avLst/>
                    </a:prstGeom>
                  </pic:spPr>
                </pic:pic>
              </a:graphicData>
            </a:graphic>
          </wp:inline>
        </w:drawing>
      </w:r>
    </w:p>
    <w:p>
      <w:pPr>
        <w:spacing w:line="360" w:lineRule="auto"/>
        <w:textAlignment w:val="center"/>
        <w:rPr>
          <w:rFonts w:ascii="Times New Roman" w:eastAsia="Times New Roman" w:hAnsi="Times New Roman" w:cs="Times New Roman"/>
          <w:color w:val="000000"/>
        </w:rPr>
      </w:pPr>
      <w:r>
        <w:rPr>
          <w:color w:val="2E75B6"/>
        </w:rPr>
        <w:t>【答案】</w:t>
      </w:r>
      <w:r>
        <w:rPr>
          <w:color w:val="000000"/>
        </w:rPr>
        <w:t xml:space="preserve">    ①. </w:t>
      </w:r>
      <w:r>
        <w:rPr>
          <w:rFonts w:ascii="Times New Roman" w:eastAsia="Times New Roman" w:hAnsi="Times New Roman" w:cs="Times New Roman"/>
          <w:color w:val="000000"/>
        </w:rPr>
        <w:t>41</w:t>
      </w:r>
      <w:r>
        <w:rPr>
          <w:color w:val="000000"/>
        </w:rPr>
        <w:t xml:space="preserve">    ②. </w:t>
      </w:r>
      <w:r>
        <w:pict>
          <v:shape id="_x0000_i721358" type="#_x0000_t75" alt="学科网(www.zxxk.com)--教育资源门户，提供试卷、教案、课件、论文、素材以及各类教学资源下载，还有大量而丰富的教学相关资讯！" style="width:54.75pt;height:18pt" o:oleicon="f" o:ole="">
            <v:imagedata r:id="rId419" o:title="eqId71a70d4de28d9ee150c262d935a0d265"/>
          </v:shape>
        </w:pict>
      </w:r>
    </w:p>
    <w:p>
      <w:pPr>
        <w:spacing w:line="360" w:lineRule="auto"/>
        <w:textAlignment w:val="center"/>
        <w:rPr>
          <w:color w:val="000000"/>
        </w:rPr>
      </w:pPr>
      <w:r>
        <w:rPr>
          <w:color w:val="2E75B6"/>
        </w:rPr>
        <w:t>【解析】</w:t>
      </w:r>
    </w:p>
    <w:p>
      <w:pPr>
        <w:spacing w:line="360" w:lineRule="auto"/>
        <w:jc w:val="left"/>
        <w:textAlignment w:val="center"/>
        <w:rPr>
          <w:rFonts w:ascii="宋体" w:eastAsia="宋体" w:hAnsi="宋体" w:cs="宋体"/>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）观察图形可知，观察图形可知，第</w:t>
      </w:r>
      <w:r>
        <w:rPr>
          <w:rFonts w:ascii="Times New Roman" w:eastAsia="Times New Roman" w:hAnsi="Times New Roman" w:cs="Times New Roman"/>
          <w:color w:val="000000"/>
        </w:rPr>
        <w:t>1</w:t>
      </w:r>
      <w:r>
        <w:rPr>
          <w:rFonts w:ascii="宋体" w:eastAsia="宋体" w:hAnsi="宋体" w:cs="宋体"/>
          <w:color w:val="000000"/>
        </w:rPr>
        <w:t>个图形共有小正方形的个数为</w:t>
      </w:r>
      <w:r>
        <w:rPr>
          <w:rFonts w:ascii="Times New Roman" w:eastAsia="Times New Roman" w:hAnsi="Times New Roman" w:cs="Times New Roman"/>
          <w:color w:val="000000"/>
        </w:rPr>
        <w:t>2×2+1</w:t>
      </w:r>
      <w:r>
        <w:rPr>
          <w:rFonts w:ascii="宋体" w:eastAsia="宋体" w:hAnsi="宋体" w:cs="宋体"/>
          <w:color w:val="000000"/>
        </w:rPr>
        <w:t>；第</w:t>
      </w:r>
      <w:r>
        <w:rPr>
          <w:rFonts w:ascii="Times New Roman" w:eastAsia="Times New Roman" w:hAnsi="Times New Roman" w:cs="Times New Roman"/>
          <w:color w:val="000000"/>
        </w:rPr>
        <w:t>2</w:t>
      </w:r>
      <w:r>
        <w:rPr>
          <w:rFonts w:ascii="宋体" w:eastAsia="宋体" w:hAnsi="宋体" w:cs="宋体"/>
          <w:color w:val="000000"/>
        </w:rPr>
        <w:t>个图形共有小正方形的个数为</w:t>
      </w:r>
      <w:r>
        <w:rPr>
          <w:rFonts w:ascii="Times New Roman" w:eastAsia="Times New Roman" w:hAnsi="Times New Roman" w:cs="Times New Roman"/>
          <w:color w:val="000000"/>
        </w:rPr>
        <w:t>3×3+2</w:t>
      </w:r>
      <w:r>
        <w:rPr>
          <w:rFonts w:ascii="宋体" w:eastAsia="宋体" w:hAnsi="宋体" w:cs="宋体"/>
          <w:color w:val="000000"/>
        </w:rPr>
        <w:t>；第</w:t>
      </w:r>
      <w:r>
        <w:rPr>
          <w:rFonts w:ascii="Times New Roman" w:eastAsia="Times New Roman" w:hAnsi="Times New Roman" w:cs="Times New Roman"/>
          <w:color w:val="000000"/>
        </w:rPr>
        <w:t>3</w:t>
      </w:r>
      <w:r>
        <w:rPr>
          <w:rFonts w:ascii="宋体" w:eastAsia="宋体" w:hAnsi="宋体" w:cs="宋体"/>
          <w:color w:val="000000"/>
        </w:rPr>
        <w:t>个图形共有小正方形的个数为</w:t>
      </w:r>
      <w:r>
        <w:rPr>
          <w:rFonts w:ascii="Times New Roman" w:eastAsia="Times New Roman" w:hAnsi="Times New Roman" w:cs="Times New Roman"/>
          <w:color w:val="000000"/>
        </w:rPr>
        <w:t>4×4+3</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，据此可得；</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）由（</w:t>
      </w:r>
      <w:r>
        <w:rPr>
          <w:rFonts w:ascii="Times New Roman" w:eastAsia="Times New Roman" w:hAnsi="Times New Roman" w:cs="Times New Roman"/>
          <w:color w:val="000000"/>
        </w:rPr>
        <w:t>1</w:t>
      </w:r>
      <w:r>
        <w:rPr>
          <w:rFonts w:ascii="宋体" w:eastAsia="宋体" w:hAnsi="宋体" w:cs="宋体"/>
          <w:color w:val="000000"/>
        </w:rPr>
        <w:t>）知第</w:t>
      </w:r>
      <w:r>
        <w:rPr>
          <w:rFonts w:ascii="Times New Roman" w:eastAsia="Times New Roman" w:hAnsi="Times New Roman" w:cs="Times New Roman"/>
          <w:i/>
          <w:color w:val="000000"/>
        </w:rPr>
        <w:t>n</w:t>
      </w:r>
      <w:r>
        <w:rPr>
          <w:rFonts w:ascii="宋体" w:eastAsia="宋体" w:hAnsi="宋体" w:cs="宋体"/>
          <w:color w:val="000000"/>
        </w:rPr>
        <w:t>个图形共有小正方形的个数为（</w:t>
      </w:r>
      <w:r>
        <w:rPr>
          <w:rFonts w:ascii="Times New Roman" w:eastAsia="Times New Roman" w:hAnsi="Times New Roman" w:cs="Times New Roman"/>
          <w:i/>
          <w:color w:val="000000"/>
        </w:rPr>
        <w:t>n</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w:t>
      </w:r>
      <w:r>
        <w:rPr>
          <w:rFonts w:ascii="Times New Roman" w:eastAsia="Times New Roman" w:hAnsi="Times New Roman" w:cs="Times New Roman"/>
          <w:i/>
          <w:color w:val="000000"/>
        </w:rPr>
        <w:t>n</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）∵第</w:t>
      </w:r>
      <w:r>
        <w:rPr>
          <w:rFonts w:ascii="Times New Roman" w:eastAsia="Times New Roman" w:hAnsi="Times New Roman" w:cs="Times New Roman"/>
          <w:color w:val="000000"/>
        </w:rPr>
        <w:t>1</w:t>
      </w:r>
      <w:r>
        <w:rPr>
          <w:rFonts w:ascii="宋体" w:eastAsia="宋体" w:hAnsi="宋体" w:cs="宋体"/>
          <w:color w:val="000000"/>
        </w:rPr>
        <w:t>个图形共有小正方形的个数为</w:t>
      </w:r>
      <w:r>
        <w:rPr>
          <w:rFonts w:ascii="Times New Roman" w:eastAsia="Times New Roman" w:hAnsi="Times New Roman" w:cs="Times New Roman"/>
          <w:color w:val="000000"/>
        </w:rPr>
        <w:t>2×2+1</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第</w:t>
      </w:r>
      <w:r>
        <w:rPr>
          <w:rFonts w:ascii="Times New Roman" w:eastAsia="Times New Roman" w:hAnsi="Times New Roman" w:cs="Times New Roman"/>
          <w:color w:val="000000"/>
        </w:rPr>
        <w:t>2</w:t>
      </w:r>
      <w:r>
        <w:rPr>
          <w:rFonts w:ascii="宋体" w:eastAsia="宋体" w:hAnsi="宋体" w:cs="宋体"/>
          <w:color w:val="000000"/>
        </w:rPr>
        <w:t>个图形共有小正方形的个数为</w:t>
      </w:r>
      <w:r>
        <w:rPr>
          <w:rFonts w:ascii="Times New Roman" w:eastAsia="Times New Roman" w:hAnsi="Times New Roman" w:cs="Times New Roman"/>
          <w:color w:val="000000"/>
        </w:rPr>
        <w:t>3×3+2</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第</w:t>
      </w:r>
      <w:r>
        <w:rPr>
          <w:rFonts w:ascii="Times New Roman" w:eastAsia="Times New Roman" w:hAnsi="Times New Roman" w:cs="Times New Roman"/>
          <w:color w:val="000000"/>
        </w:rPr>
        <w:t>3</w:t>
      </w:r>
      <w:r>
        <w:rPr>
          <w:rFonts w:ascii="宋体" w:eastAsia="宋体" w:hAnsi="宋体" w:cs="宋体"/>
          <w:color w:val="000000"/>
        </w:rPr>
        <w:t>个图形共有小正方形的个数为</w:t>
      </w:r>
      <w:r>
        <w:rPr>
          <w:rFonts w:ascii="Times New Roman" w:eastAsia="Times New Roman" w:hAnsi="Times New Roman" w:cs="Times New Roman"/>
          <w:color w:val="000000"/>
        </w:rPr>
        <w:t>4×4+3</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∴第</w:t>
      </w:r>
      <w:r>
        <w:rPr>
          <w:rFonts w:ascii="Times New Roman" w:eastAsia="Times New Roman" w:hAnsi="Times New Roman" w:cs="Times New Roman"/>
          <w:color w:val="000000"/>
        </w:rPr>
        <w:t>5</w:t>
      </w:r>
      <w:r>
        <w:rPr>
          <w:rFonts w:ascii="宋体" w:eastAsia="宋体" w:hAnsi="宋体" w:cs="宋体"/>
          <w:color w:val="000000"/>
        </w:rPr>
        <w:t>个图形共有小正方形的个数为</w:t>
      </w:r>
      <w:r>
        <w:rPr>
          <w:rFonts w:ascii="Times New Roman" w:eastAsia="Times New Roman" w:hAnsi="Times New Roman" w:cs="Times New Roman"/>
          <w:color w:val="000000"/>
        </w:rPr>
        <w:t>6×6+5=41</w:t>
      </w:r>
      <w:r>
        <w:rPr>
          <w:rFonts w:ascii="宋体" w:eastAsia="宋体" w:hAnsi="宋体" w:cs="宋体"/>
          <w:color w:val="000000"/>
        </w:rPr>
        <w:t>，故答案为：</w:t>
      </w:r>
      <w:r>
        <w:rPr>
          <w:rFonts w:ascii="Times New Roman" w:eastAsia="Times New Roman" w:hAnsi="Times New Roman" w:cs="Times New Roman"/>
          <w:color w:val="000000"/>
        </w:rPr>
        <w:t>41</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）由（</w:t>
      </w:r>
      <w:r>
        <w:rPr>
          <w:rFonts w:ascii="Times New Roman" w:eastAsia="Times New Roman" w:hAnsi="Times New Roman" w:cs="Times New Roman"/>
          <w:color w:val="000000"/>
        </w:rPr>
        <w:t>1</w:t>
      </w:r>
      <w:r>
        <w:rPr>
          <w:rFonts w:ascii="宋体" w:eastAsia="宋体" w:hAnsi="宋体" w:cs="宋体"/>
          <w:color w:val="000000"/>
        </w:rPr>
        <w:t>）知第</w:t>
      </w:r>
      <w:r>
        <w:rPr>
          <w:rFonts w:ascii="Times New Roman" w:eastAsia="Times New Roman" w:hAnsi="Times New Roman" w:cs="Times New Roman"/>
          <w:i/>
          <w:color w:val="000000"/>
        </w:rPr>
        <w:t>n</w:t>
      </w:r>
      <w:r>
        <w:rPr>
          <w:rFonts w:ascii="宋体" w:eastAsia="宋体" w:hAnsi="宋体" w:cs="宋体"/>
          <w:color w:val="000000"/>
        </w:rPr>
        <w:t>个图形共有小正方形的个数为（</w:t>
      </w:r>
      <w:r>
        <w:rPr>
          <w:rFonts w:ascii="Times New Roman" w:eastAsia="Times New Roman" w:hAnsi="Times New Roman" w:cs="Times New Roman"/>
          <w:i/>
          <w:color w:val="000000"/>
        </w:rPr>
        <w:t>n</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w:t>
      </w:r>
      <w:r>
        <w:rPr>
          <w:rFonts w:ascii="Times New Roman" w:eastAsia="Times New Roman" w:hAnsi="Times New Roman" w:cs="Times New Roman"/>
          <w:i/>
          <w:color w:val="000000"/>
        </w:rPr>
        <w:t>n</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故答案为：（</w:t>
      </w:r>
      <w:r>
        <w:rPr>
          <w:rFonts w:ascii="Times New Roman" w:eastAsia="Times New Roman" w:hAnsi="Times New Roman" w:cs="Times New Roman"/>
          <w:i/>
          <w:color w:val="000000"/>
        </w:rPr>
        <w:t>n</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w:t>
      </w:r>
      <w:r>
        <w:rPr>
          <w:rFonts w:ascii="Times New Roman" w:eastAsia="Times New Roman" w:hAnsi="Times New Roman" w:cs="Times New Roman"/>
          <w:i/>
          <w:color w:val="000000"/>
        </w:rPr>
        <w:t>n</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color w:val="000000"/>
        </w:rPr>
        <w:t>【点睛】</w:t>
      </w:r>
      <w:r>
        <w:rPr>
          <w:rFonts w:ascii="宋体" w:eastAsia="宋体" w:hAnsi="宋体" w:cs="宋体"/>
          <w:color w:val="000000"/>
        </w:rPr>
        <w:t>本题考查了规律型：图形的变化类，解决这类问题首先要从简单图形入手，抓住随着“编号”或“序号”增加时，后一个图形与前一个图形相比，在数量上增加（或倍数）情况的变化，找出数量上的变化规律，从而推出一般性的结论．</w:t>
      </w:r>
    </w:p>
    <w:p>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t>三、解答题（本题共</w:t>
      </w:r>
      <w:r>
        <w:rPr>
          <w:rFonts w:ascii="Times New Roman" w:eastAsia="Times New Roman" w:hAnsi="Times New Roman" w:cs="Times New Roman"/>
          <w:b/>
          <w:color w:val="000000"/>
          <w:sz w:val="24"/>
        </w:rPr>
        <w:t>32</w:t>
      </w:r>
      <w:r>
        <w:rPr>
          <w:rFonts w:ascii="宋体" w:eastAsia="宋体" w:hAnsi="宋体" w:cs="宋体"/>
          <w:b/>
          <w:color w:val="000000"/>
          <w:sz w:val="24"/>
        </w:rPr>
        <w:t>分，每小题</w:t>
      </w:r>
      <w:r>
        <w:rPr>
          <w:rFonts w:ascii="Times New Roman" w:eastAsia="Times New Roman" w:hAnsi="Times New Roman" w:cs="Times New Roman"/>
          <w:b/>
          <w:color w:val="000000"/>
          <w:sz w:val="24"/>
        </w:rPr>
        <w:t>4</w:t>
      </w:r>
      <w:r>
        <w:rPr>
          <w:rFonts w:ascii="宋体" w:eastAsia="宋体" w:hAnsi="宋体" w:cs="宋体"/>
          <w:b/>
          <w:color w:val="000000"/>
          <w:sz w:val="24"/>
        </w:rPr>
        <w:t>分）</w:t>
      </w:r>
    </w:p>
    <w:p>
      <w:pPr>
        <w:pStyle w:val="Heading2"/>
      </w:pPr>
      <w:r>
        <w:t>西城区第三中学</w:t>
      </w:r>
    </w:p>
    <w:p>
      <w:pPr>
        <w:spacing w:line="360" w:lineRule="auto"/>
        <w:jc w:val="left"/>
        <w:textAlignment w:val="center"/>
        <w:rPr>
          <w:color w:val="000000"/>
        </w:rPr>
      </w:pPr>
      <w:r>
        <w:rPr>
          <w:color w:val="000000"/>
        </w:rPr>
        <w:t xml:space="preserve">18. </w:t>
      </w:r>
      <w:r>
        <w:rPr>
          <w:rFonts w:ascii="宋体" w:eastAsia="宋体" w:hAnsi="宋体" w:cs="宋体"/>
          <w:color w:val="000000"/>
        </w:rPr>
        <w:t>图纸上一个零件的标注为</w:t>
      </w:r>
      <w:r>
        <w:pict>
          <v:shape id="_x0000_i721359" type="#_x0000_t75" alt="学科网(www.zxxk.com)--教育资源门户，提供试卷、教案、课件、论文、素材以及各类教学资源下载，还有大量而丰富的教学相关资讯！" style="width:42pt;height:19.05pt" o:oleicon="f" o:ole="">
            <v:imagedata r:id="rId421" o:title="eqId5fce551fecb833ce7746785762f9d6c8"/>
          </v:shape>
        </w:pict>
      </w:r>
      <w:r>
        <w:rPr>
          <w:rFonts w:ascii="宋体" w:eastAsia="宋体" w:hAnsi="宋体" w:cs="宋体"/>
          <w:color w:val="000000"/>
        </w:rPr>
        <w:t>表示这个零件直径的标准尺寸是</w:t>
      </w:r>
      <w:r>
        <w:rPr>
          <w:rFonts w:ascii="Times New Roman" w:eastAsia="Times New Roman" w:hAnsi="Times New Roman" w:cs="Times New Roman"/>
          <w:color w:val="000000"/>
        </w:rPr>
        <w:t>30</w:t>
      </w:r>
      <w:r>
        <w:rPr>
          <w:rFonts w:ascii="Times New Roman" w:eastAsia="Times New Roman" w:hAnsi="Times New Roman" w:cs="Times New Roman"/>
          <w:i/>
          <w:color w:val="000000"/>
        </w:rPr>
        <w:t>mm</w:t>
      </w:r>
      <w:r>
        <w:rPr>
          <w:rFonts w:ascii="宋体" w:eastAsia="宋体" w:hAnsi="宋体" w:cs="宋体"/>
          <w:color w:val="000000"/>
        </w:rPr>
        <w:t>，实际合格产品的直径最小可以是</w:t>
      </w:r>
      <w:r>
        <w:rPr>
          <w:rFonts w:ascii="Times New Roman" w:eastAsia="Times New Roman" w:hAnsi="Times New Roman" w:cs="Times New Roman"/>
          <w:color w:val="000000"/>
        </w:rPr>
        <w:t>29.98</w:t>
      </w:r>
      <w:r>
        <w:rPr>
          <w:rFonts w:ascii="Times New Roman" w:eastAsia="Times New Roman" w:hAnsi="Times New Roman" w:cs="Times New Roman"/>
          <w:i/>
          <w:color w:val="000000"/>
        </w:rPr>
        <w:t>mm</w:t>
      </w:r>
      <w:r>
        <w:rPr>
          <w:rFonts w:ascii="宋体" w:eastAsia="宋体" w:hAnsi="宋体" w:cs="宋体"/>
          <w:color w:val="000000"/>
        </w:rPr>
        <w:t>，最大可以是</w:t>
      </w:r>
      <w:r>
        <w:rPr>
          <w:color w:val="000000"/>
        </w:rPr>
        <w:t>________</w:t>
      </w:r>
      <w:r>
        <w:rPr>
          <w:rFonts w:ascii="Times New Roman" w:eastAsia="Times New Roman" w:hAnsi="Times New Roman" w:cs="Times New Roman"/>
          <w:i/>
          <w:color w:val="000000"/>
        </w:rPr>
        <w:t>mm</w:t>
      </w:r>
      <w:r>
        <w:rPr>
          <w:rFonts w:ascii="宋体" w:eastAsia="宋体" w:hAnsi="宋体" w:cs="宋体"/>
          <w:color w:val="000000"/>
        </w:rPr>
        <w:t>，现有另一零件的标注为</w:t>
      </w:r>
      <w:r>
        <w:rPr>
          <w:rFonts w:ascii="宋体" w:eastAsia="宋体" w:hAnsi="宋体" w:cs="宋体"/>
          <w:color w:val="000000"/>
        </w:rPr>
        <w:drawing>
          <wp:inline>
            <wp:extent cx="523875" cy="238125"/>
            <wp:docPr id="410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8" name=""/>
                    <pic:cNvPicPr>
                      <a:picLocks noChangeAspect="1"/>
                    </pic:cNvPicPr>
                  </pic:nvPicPr>
                  <pic:blipFill>
                    <a:blip r:embed="rId420"/>
                    <a:stretch>
                      <a:fillRect/>
                    </a:stretch>
                  </pic:blipFill>
                  <pic:spPr>
                    <a:xfrm>
                      <a:off x="0" y="0"/>
                      <a:ext cx="523875" cy="238125"/>
                    </a:xfrm>
                    <a:prstGeom prst="rect">
                      <a:avLst/>
                    </a:prstGeom>
                  </pic:spPr>
                </pic:pic>
              </a:graphicData>
            </a:graphic>
          </wp:inline>
        </w:drawing>
      </w:r>
      <w:r>
        <w:rPr>
          <w:rFonts w:ascii="宋体" w:eastAsia="宋体" w:hAnsi="宋体" w:cs="宋体"/>
          <w:color w:val="000000"/>
        </w:rPr>
        <w:t xml:space="preserve"> 其零件直径的标准尺寸有些模糊，已知该零件的七个合格产品，直径尺寸分别为</w:t>
      </w:r>
      <w:r>
        <w:rPr>
          <w:rFonts w:ascii="Times New Roman" w:eastAsia="Times New Roman" w:hAnsi="Times New Roman" w:cs="Times New Roman"/>
          <w:color w:val="000000"/>
        </w:rPr>
        <w:t>73.1</w:t>
      </w:r>
      <w:r>
        <w:rPr>
          <w:rFonts w:ascii="Times New Roman" w:eastAsia="Times New Roman" w:hAnsi="Times New Roman" w:cs="Times New Roman"/>
          <w:i/>
          <w:color w:val="000000"/>
        </w:rPr>
        <w:t>mm</w:t>
      </w:r>
      <w:r>
        <w:rPr>
          <w:rFonts w:ascii="宋体" w:eastAsia="宋体" w:hAnsi="宋体" w:cs="宋体"/>
          <w:color w:val="000000"/>
        </w:rPr>
        <w:t>，</w:t>
      </w:r>
      <w:r>
        <w:rPr>
          <w:rFonts w:ascii="Times New Roman" w:eastAsia="Times New Roman" w:hAnsi="Times New Roman" w:cs="Times New Roman"/>
          <w:color w:val="000000"/>
        </w:rPr>
        <w:t>72.7</w:t>
      </w:r>
      <w:r>
        <w:rPr>
          <w:rFonts w:ascii="Times New Roman" w:eastAsia="Times New Roman" w:hAnsi="Times New Roman" w:cs="Times New Roman"/>
          <w:i/>
          <w:color w:val="000000"/>
        </w:rPr>
        <w:t>mm</w:t>
      </w:r>
      <w:r>
        <w:rPr>
          <w:rFonts w:ascii="宋体" w:eastAsia="宋体" w:hAnsi="宋体" w:cs="宋体"/>
          <w:color w:val="000000"/>
        </w:rPr>
        <w:t>，</w:t>
      </w:r>
      <w:r>
        <w:rPr>
          <w:rFonts w:ascii="Times New Roman" w:eastAsia="Times New Roman" w:hAnsi="Times New Roman" w:cs="Times New Roman"/>
          <w:color w:val="000000"/>
        </w:rPr>
        <w:t>72.8</w:t>
      </w:r>
      <w:r>
        <w:rPr>
          <w:rFonts w:ascii="Times New Roman" w:eastAsia="Times New Roman" w:hAnsi="Times New Roman" w:cs="Times New Roman"/>
          <w:i/>
          <w:color w:val="000000"/>
        </w:rPr>
        <w:t>mm</w:t>
      </w:r>
      <w:r>
        <w:rPr>
          <w:rFonts w:ascii="宋体" w:eastAsia="宋体" w:hAnsi="宋体" w:cs="宋体"/>
          <w:color w:val="000000"/>
        </w:rPr>
        <w:t>，</w:t>
      </w:r>
      <w:r>
        <w:rPr>
          <w:rFonts w:ascii="Times New Roman" w:eastAsia="Times New Roman" w:hAnsi="Times New Roman" w:cs="Times New Roman"/>
          <w:color w:val="000000"/>
        </w:rPr>
        <w:t>73.2</w:t>
      </w:r>
      <w:r>
        <w:rPr>
          <w:rFonts w:ascii="Times New Roman" w:eastAsia="Times New Roman" w:hAnsi="Times New Roman" w:cs="Times New Roman"/>
          <w:i/>
          <w:color w:val="000000"/>
        </w:rPr>
        <w:t>mm</w:t>
      </w:r>
      <w:r>
        <w:rPr>
          <w:rFonts w:ascii="宋体" w:eastAsia="宋体" w:hAnsi="宋体" w:cs="宋体"/>
          <w:color w:val="000000"/>
        </w:rPr>
        <w:t>，</w:t>
      </w:r>
      <w:r>
        <w:rPr>
          <w:rFonts w:ascii="Times New Roman" w:eastAsia="Times New Roman" w:hAnsi="Times New Roman" w:cs="Times New Roman"/>
          <w:color w:val="000000"/>
        </w:rPr>
        <w:t>72.9</w:t>
      </w:r>
      <w:r>
        <w:rPr>
          <w:rFonts w:ascii="Times New Roman" w:eastAsia="Times New Roman" w:hAnsi="Times New Roman" w:cs="Times New Roman"/>
          <w:i/>
          <w:color w:val="000000"/>
        </w:rPr>
        <w:t>mm</w:t>
      </w:r>
      <w:r>
        <w:rPr>
          <w:rFonts w:ascii="宋体" w:eastAsia="宋体" w:hAnsi="宋体" w:cs="宋体"/>
          <w:color w:val="000000"/>
        </w:rPr>
        <w:t>，</w:t>
      </w:r>
      <w:r>
        <w:rPr>
          <w:rFonts w:ascii="Times New Roman" w:eastAsia="Times New Roman" w:hAnsi="Times New Roman" w:cs="Times New Roman"/>
          <w:color w:val="000000"/>
        </w:rPr>
        <w:t>73.3</w:t>
      </w:r>
      <w:r>
        <w:rPr>
          <w:rFonts w:ascii="Times New Roman" w:eastAsia="Times New Roman" w:hAnsi="Times New Roman" w:cs="Times New Roman"/>
          <w:i/>
          <w:color w:val="000000"/>
        </w:rPr>
        <w:t>mm</w:t>
      </w:r>
      <w:r>
        <w:rPr>
          <w:rFonts w:ascii="宋体" w:eastAsia="宋体" w:hAnsi="宋体" w:cs="宋体"/>
          <w:color w:val="000000"/>
        </w:rPr>
        <w:t>，</w:t>
      </w:r>
      <w:r>
        <w:rPr>
          <w:rFonts w:ascii="Times New Roman" w:eastAsia="Times New Roman" w:hAnsi="Times New Roman" w:cs="Times New Roman"/>
          <w:color w:val="000000"/>
        </w:rPr>
        <w:t>72.6</w:t>
      </w:r>
      <w:r>
        <w:rPr>
          <w:rFonts w:ascii="Times New Roman" w:eastAsia="Times New Roman" w:hAnsi="Times New Roman" w:cs="Times New Roman"/>
          <w:i/>
          <w:color w:val="000000"/>
        </w:rPr>
        <w:t>mm</w:t>
      </w:r>
      <w:r>
        <w:rPr>
          <w:rFonts w:ascii="宋体" w:eastAsia="宋体" w:hAnsi="宋体" w:cs="宋体"/>
          <w:color w:val="000000"/>
        </w:rPr>
        <w:t>，则该零件的标准尺寸可能是</w:t>
      </w:r>
      <w:r>
        <w:rPr>
          <w:color w:val="000000"/>
        </w:rPr>
        <w:t>_____</w:t>
      </w:r>
      <w:r>
        <w:rPr>
          <w:rFonts w:ascii="Times New Roman" w:eastAsia="Times New Roman" w:hAnsi="Times New Roman" w:cs="Times New Roman"/>
          <w:i/>
          <w:color w:val="000000"/>
        </w:rPr>
        <w:t>mm</w:t>
      </w:r>
      <w:r>
        <w:rPr>
          <w:rFonts w:ascii="宋体" w:eastAsia="宋体" w:hAnsi="宋体" w:cs="宋体"/>
          <w:color w:val="000000"/>
        </w:rPr>
        <w:t>（写出一个满足条件的尺寸，结果保留一位小数）．</w:t>
      </w:r>
    </w:p>
    <w:p>
      <w:pPr>
        <w:spacing w:line="360" w:lineRule="auto"/>
        <w:textAlignment w:val="center"/>
        <w:rPr>
          <w:color w:val="000000"/>
        </w:rPr>
      </w:pPr>
      <w:r>
        <w:rPr>
          <w:color w:val="2E75B6"/>
        </w:rPr>
        <w:t>【答案】</w:t>
      </w:r>
      <w:r>
        <w:rPr>
          <w:color w:val="000000"/>
        </w:rPr>
        <w:t xml:space="preserve">    ①. </w:t>
      </w:r>
      <w:r>
        <w:rPr>
          <w:rFonts w:ascii="Times New Roman" w:eastAsia="Times New Roman" w:hAnsi="Times New Roman" w:cs="Times New Roman"/>
          <w:color w:val="000000"/>
        </w:rPr>
        <w:t>30.03</w:t>
      </w:r>
      <w:r>
        <w:rPr>
          <w:color w:val="000000"/>
        </w:rPr>
        <w:t xml:space="preserve">    ②. </w:t>
      </w:r>
      <w:r>
        <w:rPr>
          <w:rFonts w:ascii="Times New Roman" w:eastAsia="Times New Roman" w:hAnsi="Times New Roman" w:cs="Times New Roman"/>
          <w:color w:val="000000"/>
        </w:rPr>
        <w:t>72.9</w:t>
      </w:r>
      <w:r>
        <w:rPr>
          <w:rFonts w:ascii="宋体" w:eastAsia="宋体" w:hAnsi="宋体" w:cs="宋体"/>
          <w:color w:val="000000"/>
        </w:rPr>
        <w:t>（答案不唯一）</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审清题意，明确正数和负数表示的意义，根据题意作答．</w:t>
      </w:r>
    </w:p>
    <w:p>
      <w:pPr>
        <w:spacing w:line="360" w:lineRule="auto"/>
        <w:jc w:val="left"/>
        <w:textAlignment w:val="center"/>
        <w:rPr>
          <w:color w:val="000000"/>
        </w:rPr>
      </w:pPr>
      <w:r>
        <w:rPr>
          <w:color w:val="000000"/>
        </w:rPr>
        <w:t>【详解】</w:t>
      </w:r>
      <w:r>
        <w:rPr>
          <w:rFonts w:ascii="宋体" w:eastAsia="宋体" w:hAnsi="宋体" w:cs="宋体"/>
          <w:color w:val="000000"/>
        </w:rPr>
        <w:t>由题意得：这个零件的直径尺寸超过标准尺寸时记为正，低于标准尺寸时记为负，所以最大尺寸为</w:t>
      </w:r>
      <w:r>
        <w:rPr>
          <w:rFonts w:ascii="Times New Roman" w:eastAsia="Times New Roman" w:hAnsi="Times New Roman" w:cs="Times New Roman"/>
          <w:color w:val="000000"/>
        </w:rPr>
        <w:t>30</w:t>
      </w:r>
      <w:r>
        <w:rPr>
          <w:rFonts w:ascii="宋体" w:eastAsia="宋体" w:hAnsi="宋体" w:cs="宋体"/>
          <w:color w:val="000000"/>
        </w:rPr>
        <w:t>＋</w:t>
      </w:r>
      <w:r>
        <w:rPr>
          <w:rFonts w:ascii="Times New Roman" w:eastAsia="Times New Roman" w:hAnsi="Times New Roman" w:cs="Times New Roman"/>
          <w:color w:val="000000"/>
        </w:rPr>
        <w:t>0.03</w:t>
      </w:r>
      <w:r>
        <w:rPr>
          <w:rFonts w:ascii="宋体" w:eastAsia="宋体" w:hAnsi="宋体" w:cs="宋体"/>
          <w:color w:val="000000"/>
        </w:rPr>
        <w:t>＝</w:t>
      </w:r>
      <w:r>
        <w:rPr>
          <w:rFonts w:ascii="Times New Roman" w:eastAsia="Times New Roman" w:hAnsi="Times New Roman" w:cs="Times New Roman"/>
          <w:color w:val="000000"/>
        </w:rPr>
        <w:t>30.03</w:t>
      </w:r>
      <w:r>
        <w:rPr>
          <w:rFonts w:ascii="Times New Roman" w:eastAsia="Times New Roman" w:hAnsi="Times New Roman" w:cs="Times New Roman"/>
          <w:i/>
          <w:color w:val="000000"/>
        </w:rPr>
        <w:t>mm</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给出的七个合格产品尺寸最大为</w:t>
      </w:r>
      <w:r>
        <w:rPr>
          <w:rFonts w:ascii="Times New Roman" w:eastAsia="Times New Roman" w:hAnsi="Times New Roman" w:cs="Times New Roman"/>
          <w:color w:val="000000"/>
        </w:rPr>
        <w:t>73.3</w:t>
      </w:r>
      <w:r>
        <w:rPr>
          <w:rFonts w:ascii="Times New Roman" w:eastAsia="Times New Roman" w:hAnsi="Times New Roman" w:cs="Times New Roman"/>
          <w:i/>
          <w:color w:val="000000"/>
        </w:rPr>
        <w:t>mm</w:t>
      </w:r>
      <w:r>
        <w:rPr>
          <w:rFonts w:ascii="宋体" w:eastAsia="宋体" w:hAnsi="宋体" w:cs="宋体"/>
          <w:color w:val="000000"/>
        </w:rPr>
        <w:t>，最小尺寸为</w:t>
      </w:r>
      <w:r>
        <w:rPr>
          <w:rFonts w:ascii="Times New Roman" w:eastAsia="Times New Roman" w:hAnsi="Times New Roman" w:cs="Times New Roman"/>
          <w:color w:val="000000"/>
        </w:rPr>
        <w:t>72.6</w:t>
      </w:r>
      <w:r>
        <w:rPr>
          <w:rFonts w:ascii="Times New Roman" w:eastAsia="Times New Roman" w:hAnsi="Times New Roman" w:cs="Times New Roman"/>
          <w:i/>
          <w:color w:val="000000"/>
        </w:rPr>
        <w:t>mm</w:t>
      </w:r>
      <w:r>
        <w:rPr>
          <w:rFonts w:ascii="宋体" w:eastAsia="宋体" w:hAnsi="宋体" w:cs="宋体"/>
          <w:color w:val="000000"/>
        </w:rPr>
        <w:t>，所以标准尺寸在</w:t>
      </w:r>
      <w:r>
        <w:rPr>
          <w:rFonts w:ascii="Times New Roman" w:eastAsia="Times New Roman" w:hAnsi="Times New Roman" w:cs="Times New Roman"/>
          <w:color w:val="000000"/>
        </w:rPr>
        <w:t>73.3−0.4</w:t>
      </w:r>
      <w:r>
        <w:rPr>
          <w:rFonts w:ascii="宋体" w:eastAsia="宋体" w:hAnsi="宋体" w:cs="宋体"/>
          <w:color w:val="000000"/>
        </w:rPr>
        <w:t>＝</w:t>
      </w:r>
      <w:r>
        <w:rPr>
          <w:rFonts w:ascii="Times New Roman" w:eastAsia="Times New Roman" w:hAnsi="Times New Roman" w:cs="Times New Roman"/>
          <w:color w:val="000000"/>
        </w:rPr>
        <w:t>72.9</w:t>
      </w:r>
      <w:r>
        <w:rPr>
          <w:rFonts w:ascii="Times New Roman" w:eastAsia="Times New Roman" w:hAnsi="Times New Roman" w:cs="Times New Roman"/>
          <w:i/>
          <w:color w:val="000000"/>
        </w:rPr>
        <w:t>mm</w:t>
      </w:r>
      <w:r>
        <w:rPr>
          <w:rFonts w:ascii="宋体" w:eastAsia="宋体" w:hAnsi="宋体" w:cs="宋体"/>
          <w:color w:val="000000"/>
        </w:rPr>
        <w:t>和</w:t>
      </w:r>
      <w:r>
        <w:rPr>
          <w:rFonts w:ascii="Times New Roman" w:eastAsia="Times New Roman" w:hAnsi="Times New Roman" w:cs="Times New Roman"/>
          <w:color w:val="000000"/>
        </w:rPr>
        <w:t>72.6</w:t>
      </w:r>
      <w:r>
        <w:rPr>
          <w:rFonts w:ascii="宋体" w:eastAsia="宋体" w:hAnsi="宋体" w:cs="宋体"/>
          <w:color w:val="000000"/>
        </w:rPr>
        <w:t>＋</w:t>
      </w:r>
      <w:r>
        <w:rPr>
          <w:rFonts w:ascii="Times New Roman" w:eastAsia="Times New Roman" w:hAnsi="Times New Roman" w:cs="Times New Roman"/>
          <w:color w:val="000000"/>
        </w:rPr>
        <w:t>0.6</w:t>
      </w:r>
      <w:r>
        <w:rPr>
          <w:rFonts w:ascii="宋体" w:eastAsia="宋体" w:hAnsi="宋体" w:cs="宋体"/>
          <w:color w:val="000000"/>
        </w:rPr>
        <w:t>＝</w:t>
      </w:r>
      <w:r>
        <w:rPr>
          <w:rFonts w:ascii="Times New Roman" w:eastAsia="Times New Roman" w:hAnsi="Times New Roman" w:cs="Times New Roman"/>
          <w:color w:val="000000"/>
        </w:rPr>
        <w:t>73.2</w:t>
      </w:r>
      <w:r>
        <w:rPr>
          <w:rFonts w:ascii="Times New Roman" w:eastAsia="Times New Roman" w:hAnsi="Times New Roman" w:cs="Times New Roman"/>
          <w:i/>
          <w:color w:val="000000"/>
        </w:rPr>
        <w:t>mm</w:t>
      </w:r>
      <w:r>
        <w:rPr>
          <w:rFonts w:ascii="宋体" w:eastAsia="宋体" w:hAnsi="宋体" w:cs="宋体"/>
          <w:color w:val="000000"/>
        </w:rPr>
        <w:t>之间．</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30.03</w:t>
      </w:r>
      <w:r>
        <w:rPr>
          <w:rFonts w:ascii="Times New Roman" w:eastAsia="Times New Roman" w:hAnsi="Times New Roman" w:cs="Times New Roman"/>
          <w:i/>
          <w:color w:val="000000"/>
        </w:rPr>
        <w:t>mm</w:t>
      </w:r>
      <w:r>
        <w:rPr>
          <w:rFonts w:ascii="宋体" w:eastAsia="宋体" w:hAnsi="宋体" w:cs="宋体"/>
          <w:color w:val="000000"/>
        </w:rPr>
        <w:t>；</w:t>
      </w:r>
      <w:r>
        <w:rPr>
          <w:rFonts w:ascii="Times New Roman" w:eastAsia="Times New Roman" w:hAnsi="Times New Roman" w:cs="Times New Roman"/>
          <w:color w:val="000000"/>
        </w:rPr>
        <w:t>72.9</w:t>
      </w:r>
      <w:r>
        <w:rPr>
          <w:rFonts w:ascii="宋体" w:eastAsia="宋体" w:hAnsi="宋体" w:cs="宋体"/>
          <w:color w:val="000000"/>
        </w:rPr>
        <w:t>（答案不唯一）．</w:t>
      </w:r>
    </w:p>
    <w:p>
      <w:pPr>
        <w:spacing w:line="360" w:lineRule="auto"/>
        <w:jc w:val="left"/>
        <w:textAlignment w:val="center"/>
        <w:rPr>
          <w:color w:val="000000"/>
        </w:rPr>
      </w:pPr>
      <w:r>
        <w:rPr>
          <w:color w:val="000000"/>
        </w:rPr>
        <w:t>【点睛】</w:t>
      </w:r>
      <w:r>
        <w:rPr>
          <w:rFonts w:ascii="宋体" w:eastAsia="宋体" w:hAnsi="宋体" w:cs="宋体"/>
          <w:color w:val="000000"/>
        </w:rPr>
        <w:t>本题考查了正负数的意义，解题关键在于仔细审题，找出符合条件的区间，并取合适的值．</w:t>
      </w:r>
    </w:p>
    <w:p>
      <w:pPr>
        <w:spacing w:line="360" w:lineRule="auto"/>
        <w:jc w:val="left"/>
        <w:textAlignment w:val="center"/>
        <w:rPr>
          <w:color w:val="000000"/>
        </w:rPr>
      </w:pPr>
      <w:r>
        <w:rPr>
          <w:rFonts w:ascii="宋体" w:eastAsia="宋体" w:hAnsi="宋体" w:cs="宋体"/>
          <w:b/>
          <w:color w:val="000000"/>
          <w:sz w:val="24"/>
        </w:rPr>
        <w:t>三、解答题（本题共</w:t>
      </w:r>
      <w:r>
        <w:rPr>
          <w:rFonts w:ascii="Times New Roman" w:eastAsia="Times New Roman" w:hAnsi="Times New Roman" w:cs="Times New Roman"/>
          <w:b/>
          <w:color w:val="000000"/>
          <w:sz w:val="24"/>
        </w:rPr>
        <w:t>64</w:t>
      </w:r>
      <w:r>
        <w:rPr>
          <w:rFonts w:ascii="宋体" w:eastAsia="宋体" w:hAnsi="宋体" w:cs="宋体"/>
          <w:b/>
          <w:color w:val="000000"/>
          <w:sz w:val="24"/>
        </w:rPr>
        <w:t>分，</w:t>
      </w:r>
      <w:r>
        <w:rPr>
          <w:rFonts w:ascii="Times New Roman" w:eastAsia="Times New Roman" w:hAnsi="Times New Roman" w:cs="Times New Roman"/>
          <w:b/>
          <w:color w:val="000000"/>
          <w:sz w:val="24"/>
        </w:rPr>
        <w:t>19</w:t>
      </w:r>
      <w:r>
        <w:rPr>
          <w:rFonts w:ascii="宋体" w:eastAsia="宋体" w:hAnsi="宋体" w:cs="宋体"/>
          <w:b/>
          <w:color w:val="000000"/>
          <w:sz w:val="24"/>
        </w:rPr>
        <w:t>－</w:t>
      </w:r>
      <w:r>
        <w:rPr>
          <w:rFonts w:ascii="Times New Roman" w:eastAsia="Times New Roman" w:hAnsi="Times New Roman" w:cs="Times New Roman"/>
          <w:b/>
          <w:color w:val="000000"/>
          <w:sz w:val="24"/>
        </w:rPr>
        <w:t>20</w:t>
      </w:r>
      <w:r>
        <w:rPr>
          <w:rFonts w:ascii="宋体" w:eastAsia="宋体" w:hAnsi="宋体" w:cs="宋体"/>
          <w:b/>
          <w:color w:val="000000"/>
          <w:sz w:val="24"/>
        </w:rPr>
        <w:t>每题</w:t>
      </w:r>
      <w:r>
        <w:rPr>
          <w:rFonts w:ascii="Times New Roman" w:eastAsia="Times New Roman" w:hAnsi="Times New Roman" w:cs="Times New Roman"/>
          <w:b/>
          <w:color w:val="000000"/>
          <w:sz w:val="24"/>
        </w:rPr>
        <w:t>4</w:t>
      </w:r>
      <w:r>
        <w:rPr>
          <w:rFonts w:ascii="宋体" w:eastAsia="宋体" w:hAnsi="宋体" w:cs="宋体"/>
          <w:b/>
          <w:color w:val="000000"/>
          <w:sz w:val="24"/>
        </w:rPr>
        <w:t>分，</w:t>
      </w:r>
      <w:r>
        <w:rPr>
          <w:rFonts w:ascii="Times New Roman" w:eastAsia="Times New Roman" w:hAnsi="Times New Roman" w:cs="Times New Roman"/>
          <w:b/>
          <w:color w:val="000000"/>
          <w:sz w:val="24"/>
        </w:rPr>
        <w:t>21</w:t>
      </w:r>
      <w:r>
        <w:rPr>
          <w:rFonts w:ascii="宋体" w:eastAsia="宋体" w:hAnsi="宋体" w:cs="宋体"/>
          <w:b/>
          <w:color w:val="000000"/>
          <w:sz w:val="24"/>
        </w:rPr>
        <w:t>题</w:t>
      </w:r>
      <w:r>
        <w:rPr>
          <w:rFonts w:ascii="Times New Roman" w:eastAsia="Times New Roman" w:hAnsi="Times New Roman" w:cs="Times New Roman"/>
          <w:b/>
          <w:color w:val="000000"/>
          <w:sz w:val="24"/>
        </w:rPr>
        <w:t>24</w:t>
      </w:r>
      <w:r>
        <w:rPr>
          <w:rFonts w:ascii="宋体" w:eastAsia="宋体" w:hAnsi="宋体" w:cs="宋体"/>
          <w:b/>
          <w:color w:val="000000"/>
          <w:sz w:val="24"/>
        </w:rPr>
        <w:t>分，</w:t>
      </w:r>
      <w:r>
        <w:rPr>
          <w:rFonts w:ascii="Times New Roman" w:eastAsia="Times New Roman" w:hAnsi="Times New Roman" w:cs="Times New Roman"/>
          <w:b/>
          <w:color w:val="000000"/>
          <w:sz w:val="24"/>
        </w:rPr>
        <w:t>22</w:t>
      </w:r>
      <w:r>
        <w:rPr>
          <w:rFonts w:ascii="宋体" w:eastAsia="宋体" w:hAnsi="宋体" w:cs="宋体"/>
          <w:b/>
          <w:color w:val="000000"/>
          <w:sz w:val="24"/>
        </w:rPr>
        <w:t>题</w:t>
      </w:r>
      <w:r>
        <w:rPr>
          <w:rFonts w:ascii="Times New Roman" w:eastAsia="Times New Roman" w:hAnsi="Times New Roman" w:cs="Times New Roman"/>
          <w:b/>
          <w:color w:val="000000"/>
          <w:sz w:val="24"/>
        </w:rPr>
        <w:t>8</w:t>
      </w:r>
      <w:r>
        <w:rPr>
          <w:rFonts w:ascii="宋体" w:eastAsia="宋体" w:hAnsi="宋体" w:cs="宋体"/>
          <w:b/>
          <w:color w:val="000000"/>
          <w:sz w:val="24"/>
        </w:rPr>
        <w:t>分，</w:t>
      </w:r>
      <w:r>
        <w:rPr>
          <w:rFonts w:ascii="Times New Roman" w:eastAsia="Times New Roman" w:hAnsi="Times New Roman" w:cs="Times New Roman"/>
          <w:b/>
          <w:color w:val="000000"/>
          <w:sz w:val="24"/>
        </w:rPr>
        <w:t>23</w:t>
      </w:r>
      <w:r>
        <w:rPr>
          <w:rFonts w:ascii="宋体" w:eastAsia="宋体" w:hAnsi="宋体" w:cs="宋体"/>
          <w:b/>
          <w:color w:val="000000"/>
          <w:sz w:val="24"/>
        </w:rPr>
        <w:t>－</w:t>
      </w:r>
      <w:r>
        <w:rPr>
          <w:rFonts w:ascii="Times New Roman" w:eastAsia="Times New Roman" w:hAnsi="Times New Roman" w:cs="Times New Roman"/>
          <w:b/>
          <w:color w:val="000000"/>
          <w:sz w:val="24"/>
        </w:rPr>
        <w:t>26</w:t>
      </w:r>
      <w:r>
        <w:rPr>
          <w:rFonts w:ascii="宋体" w:eastAsia="宋体" w:hAnsi="宋体" w:cs="宋体"/>
          <w:b/>
          <w:color w:val="000000"/>
          <w:sz w:val="24"/>
        </w:rPr>
        <w:t>题每题</w:t>
      </w:r>
      <w:r>
        <w:rPr>
          <w:rFonts w:ascii="Times New Roman" w:eastAsia="Times New Roman" w:hAnsi="Times New Roman" w:cs="Times New Roman"/>
          <w:b/>
          <w:color w:val="000000"/>
          <w:sz w:val="24"/>
        </w:rPr>
        <w:t>6</w:t>
      </w:r>
      <w:r>
        <w:rPr>
          <w:rFonts w:ascii="宋体" w:eastAsia="宋体" w:hAnsi="宋体" w:cs="宋体"/>
          <w:b/>
          <w:color w:val="000000"/>
          <w:sz w:val="24"/>
        </w:rPr>
        <w:t>分）．</w:t>
      </w:r>
    </w:p>
    <w:p>
      <w:pPr>
        <w:pStyle w:val="Heading2"/>
      </w:pPr>
      <w:r>
        <w:t>西城区第十三中学分校</w:t>
      </w:r>
    </w:p>
    <w:p>
      <w:pPr>
        <w:spacing w:line="360" w:lineRule="auto"/>
        <w:jc w:val="left"/>
        <w:textAlignment w:val="center"/>
        <w:rPr>
          <w:color w:val="000000"/>
        </w:rPr>
      </w:pPr>
      <w:r>
        <w:rPr>
          <w:color w:val="000000"/>
        </w:rPr>
        <w:t xml:space="preserve">18. </w:t>
      </w:r>
      <w:r>
        <w:rPr>
          <w:rFonts w:ascii="宋体" w:eastAsia="宋体" w:hAnsi="宋体" w:cs="宋体"/>
          <w:color w:val="000000"/>
        </w:rPr>
        <w:t>定义：若</w:t>
      </w:r>
      <w:r>
        <w:pict>
          <v:shape id="_x0000_i721360" type="#_x0000_t75" alt="学科网(www.zxxk.com)--教育资源门户，提供试卷、教案、课件、论文、素材以及各类教学资源下载，还有大量而丰富的教学相关资讯！" style="width:45pt;height:13.95pt" o:oleicon="f" o:ole="">
            <v:imagedata r:id="rId423" o:title="eqId2444763873f76ca9d92b0096b0107409"/>
          </v:shape>
        </w:pict>
      </w:r>
      <w:r>
        <w:rPr>
          <w:rFonts w:ascii="宋体" w:eastAsia="宋体" w:hAnsi="宋体" w:cs="宋体"/>
          <w:color w:val="000000"/>
        </w:rPr>
        <w:t>，则称</w:t>
      </w:r>
      <w:r>
        <w:rPr>
          <w:rFonts w:ascii="Times New Roman" w:eastAsia="Times New Roman" w:hAnsi="Times New Roman" w:cs="Times New Roman"/>
          <w:i/>
          <w:color w:val="000000"/>
        </w:rPr>
        <w:t>a</w:t>
      </w:r>
      <w:r>
        <w:rPr>
          <w:rFonts w:ascii="宋体" w:eastAsia="宋体" w:hAnsi="宋体" w:cs="宋体"/>
          <w:color w:val="000000"/>
        </w:rPr>
        <w:t>与</w:t>
      </w:r>
      <w:r>
        <w:rPr>
          <w:rFonts w:ascii="Times New Roman" w:eastAsia="Times New Roman" w:hAnsi="Times New Roman" w:cs="Times New Roman"/>
          <w:i/>
          <w:color w:val="000000"/>
        </w:rPr>
        <w:t>b</w:t>
      </w:r>
      <w:r>
        <w:rPr>
          <w:rFonts w:ascii="宋体" w:eastAsia="宋体" w:hAnsi="宋体" w:cs="宋体"/>
          <w:color w:val="000000"/>
        </w:rPr>
        <w:t>是关于数</w:t>
      </w:r>
      <w:r>
        <w:rPr>
          <w:rFonts w:ascii="Times New Roman" w:eastAsia="Times New Roman" w:hAnsi="Times New Roman" w:cs="Times New Roman"/>
          <w:i/>
          <w:color w:val="000000"/>
        </w:rPr>
        <w:t>n</w:t>
      </w:r>
      <w:r>
        <w:rPr>
          <w:rFonts w:ascii="宋体" w:eastAsia="宋体" w:hAnsi="宋体" w:cs="宋体"/>
          <w:color w:val="000000"/>
        </w:rPr>
        <w:t>的“平衡数”</w:t>
      </w:r>
      <w:r>
        <w:rPr>
          <w:color w:val="000000"/>
        </w:rPr>
        <w:drawing>
          <wp:inline>
            <wp:extent cx="38100" cy="209550"/>
            <wp:docPr id="410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0" name=""/>
                    <pic:cNvPicPr>
                      <a:picLocks noChangeAspect="1"/>
                    </pic:cNvPicPr>
                  </pic:nvPicPr>
                  <pic:blipFill>
                    <a:blip r:embed="rId422"/>
                    <a:stretch>
                      <a:fillRect/>
                    </a:stretch>
                  </pic:blipFill>
                  <pic:spPr>
                    <a:xfrm>
                      <a:off x="0" y="0"/>
                      <a:ext cx="38100" cy="209550"/>
                    </a:xfrm>
                    <a:prstGeom prst="rect">
                      <a:avLst/>
                    </a:prstGeom>
                  </pic:spPr>
                </pic:pic>
              </a:graphicData>
            </a:graphic>
          </wp:inline>
        </w:drawing>
      </w:r>
      <w:r>
        <w:rPr>
          <w:rFonts w:ascii="宋体" w:eastAsia="宋体" w:hAnsi="宋体" w:cs="宋体"/>
          <w:color w:val="000000"/>
        </w:rPr>
        <w:t>比如</w:t>
      </w:r>
      <w:r>
        <w:rPr>
          <w:rFonts w:ascii="Times New Roman" w:eastAsia="Times New Roman" w:hAnsi="Times New Roman" w:cs="Times New Roman"/>
          <w:color w:val="000000"/>
        </w:rPr>
        <w:t>3</w:t>
      </w:r>
      <w:r>
        <w:rPr>
          <w:rFonts w:ascii="宋体" w:eastAsia="宋体" w:hAnsi="宋体" w:cs="宋体"/>
          <w:color w:val="000000"/>
        </w:rPr>
        <w:t>与－</w:t>
      </w:r>
      <w:r>
        <w:rPr>
          <w:rFonts w:ascii="Times New Roman" w:eastAsia="Times New Roman" w:hAnsi="Times New Roman" w:cs="Times New Roman"/>
          <w:color w:val="000000"/>
        </w:rPr>
        <w:t>4</w:t>
      </w:r>
      <w:r>
        <w:rPr>
          <w:rFonts w:ascii="宋体" w:eastAsia="宋体" w:hAnsi="宋体" w:cs="宋体"/>
          <w:color w:val="000000"/>
        </w:rPr>
        <w:t>是关于－</w:t>
      </w:r>
      <w:r>
        <w:rPr>
          <w:rFonts w:ascii="Times New Roman" w:eastAsia="Times New Roman" w:hAnsi="Times New Roman" w:cs="Times New Roman"/>
          <w:color w:val="000000"/>
        </w:rPr>
        <w:t>1</w:t>
      </w:r>
      <w:r>
        <w:rPr>
          <w:rFonts w:ascii="宋体" w:eastAsia="宋体" w:hAnsi="宋体" w:cs="宋体"/>
          <w:color w:val="000000"/>
        </w:rPr>
        <w:t>的“平衡数”，</w:t>
      </w:r>
      <w:r>
        <w:rPr>
          <w:rFonts w:ascii="Times New Roman" w:eastAsia="Times New Roman" w:hAnsi="Times New Roman" w:cs="Times New Roman"/>
          <w:color w:val="000000"/>
        </w:rPr>
        <w:t>5</w:t>
      </w:r>
      <w:r>
        <w:rPr>
          <w:rFonts w:ascii="宋体" w:eastAsia="宋体" w:hAnsi="宋体" w:cs="宋体"/>
          <w:color w:val="000000"/>
        </w:rPr>
        <w:t>与</w:t>
      </w:r>
      <w:r>
        <w:rPr>
          <w:rFonts w:ascii="Times New Roman" w:eastAsia="Times New Roman" w:hAnsi="Times New Roman" w:cs="Times New Roman"/>
          <w:color w:val="000000"/>
        </w:rPr>
        <w:t>12</w:t>
      </w:r>
      <w:r>
        <w:rPr>
          <w:rFonts w:ascii="宋体" w:eastAsia="宋体" w:hAnsi="宋体" w:cs="宋体"/>
          <w:color w:val="000000"/>
        </w:rPr>
        <w:t>是关于</w:t>
      </w:r>
      <w:r>
        <w:rPr>
          <w:rFonts w:ascii="Times New Roman" w:eastAsia="Times New Roman" w:hAnsi="Times New Roman" w:cs="Times New Roman"/>
          <w:color w:val="000000"/>
        </w:rPr>
        <w:t>17</w:t>
      </w:r>
      <w:r>
        <w:rPr>
          <w:rFonts w:ascii="宋体" w:eastAsia="宋体" w:hAnsi="宋体" w:cs="宋体"/>
          <w:color w:val="000000"/>
        </w:rPr>
        <w:t>的“平衡数”．现有</w:t>
      </w:r>
      <w:r>
        <w:pict>
          <v:shape id="_x0000_i721361" type="#_x0000_t75" alt="学科网(www.zxxk.com)--教育资源门户，提供试卷、教案、课件、论文、素材以及各类教学资源下载，还有大量而丰富的教学相关资讯！" style="width:85pt;height:15.5pt" o:oleicon="f" o:ole="">
            <v:imagedata r:id="rId424" o:title="eqIdbc47cc0fba65635b7839e87507481f10"/>
          </v:shape>
        </w:pict>
      </w:r>
      <w:r>
        <w:rPr>
          <w:rFonts w:ascii="宋体" w:eastAsia="宋体" w:hAnsi="宋体" w:cs="宋体"/>
          <w:color w:val="000000"/>
        </w:rPr>
        <w:t>与</w:t>
      </w:r>
      <w:r>
        <w:pict>
          <v:shape id="_x0000_i721362" type="#_x0000_t75" alt="学科网(www.zxxk.com)--教育资源门户，提供试卷、教案、课件、论文、素材以及各类教学资源下载，还有大量而丰富的教学相关资讯！" style="width:93pt;height:15.5pt" o:oleicon="f" o:ole="">
            <v:imagedata r:id="rId425" o:title="eqId9dd8e7068e0b394febab1fec273ead34"/>
          </v:shape>
        </w:pict>
      </w:r>
      <w:r>
        <w:rPr>
          <w:rFonts w:ascii="宋体" w:eastAsia="宋体" w:hAnsi="宋体" w:cs="宋体"/>
          <w:color w:val="000000"/>
        </w:rPr>
        <w:t>（</w:t>
      </w:r>
      <w:r>
        <w:rPr>
          <w:rFonts w:ascii="Times New Roman" w:eastAsia="Times New Roman" w:hAnsi="Times New Roman" w:cs="Times New Roman"/>
          <w:i/>
          <w:color w:val="000000"/>
        </w:rPr>
        <w:t>k</w:t>
      </w:r>
      <w:r>
        <w:rPr>
          <w:rFonts w:ascii="宋体" w:eastAsia="宋体" w:hAnsi="宋体" w:cs="宋体"/>
          <w:color w:val="000000"/>
        </w:rPr>
        <w:t>为常数）始终是数</w:t>
      </w:r>
      <w:r>
        <w:rPr>
          <w:rFonts w:ascii="Times New Roman" w:eastAsia="Times New Roman" w:hAnsi="Times New Roman" w:cs="Times New Roman"/>
          <w:i/>
          <w:color w:val="000000"/>
        </w:rPr>
        <w:t>n</w:t>
      </w:r>
      <w:r>
        <w:rPr>
          <w:rFonts w:ascii="宋体" w:eastAsia="宋体" w:hAnsi="宋体" w:cs="宋体"/>
          <w:color w:val="000000"/>
        </w:rPr>
        <w:t>的“平衡数”，则它们是关于</w:t>
      </w:r>
      <w:r>
        <w:rPr>
          <w:color w:val="000000"/>
        </w:rPr>
        <w:t>________</w:t>
      </w:r>
      <w:r>
        <w:rPr>
          <w:rFonts w:ascii="宋体" w:eastAsia="宋体" w:hAnsi="宋体" w:cs="宋体"/>
          <w:color w:val="000000"/>
        </w:rPr>
        <w:t>的“平衡数”．</w:t>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11</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根据定义计算</w:t>
      </w:r>
      <w:r>
        <w:pict>
          <v:shape id="_x0000_i721363" type="#_x0000_t75" alt="学科网(www.zxxk.com)--教育资源门户，提供试卷、教案、课件、论文、素材以及各类教学资源下载，还有大量而丰富的教学相关资讯！" style="width:27pt;height:14.25pt" o:oleicon="f" o:ole="">
            <v:imagedata r:id="rId426" o:title="eqId20d6fc9b90f370fbb27552876b650f8f"/>
          </v:shape>
        </w:pict>
      </w:r>
      <w:r>
        <w:rPr>
          <w:rFonts w:ascii="宋体" w:eastAsia="宋体" w:hAnsi="宋体" w:cs="宋体"/>
          <w:color w:val="000000"/>
        </w:rPr>
        <w:t>即可求得</w:t>
      </w:r>
      <w:r>
        <w:pict>
          <v:shape id="_x0000_i721364" type="#_x0000_t75" alt="学科网(www.zxxk.com)--教育资源门户，提供试卷、教案、课件、论文、素材以及各类教学资源下载，还有大量而丰富的教学相关资讯！" style="width:9.75pt;height:11.25pt" o:oleicon="f" o:ole="">
            <v:imagedata r:id="rId427" o:title="eqIdb6a24198bd04c29321ae5dc5a28fe421"/>
          </v:shape>
        </w:pict>
      </w:r>
    </w:p>
    <w:p>
      <w:pPr>
        <w:spacing w:line="360" w:lineRule="auto"/>
        <w:jc w:val="left"/>
        <w:textAlignment w:val="center"/>
        <w:rPr>
          <w:color w:val="000000"/>
        </w:rPr>
      </w:pPr>
      <w:r>
        <w:rPr>
          <w:color w:val="000000"/>
        </w:rPr>
        <w:t>【详解】</w:t>
      </w:r>
      <w:r>
        <w:rPr>
          <w:rFonts w:ascii="宋体" w:eastAsia="宋体" w:hAnsi="宋体" w:cs="宋体"/>
          <w:color w:val="000000"/>
        </w:rPr>
        <w:t>解：∵</w:t>
      </w:r>
      <w:r>
        <w:pict>
          <v:shape id="_x0000_i721365" type="#_x0000_t75" alt="学科网(www.zxxk.com)--教育资源门户，提供试卷、教案、课件、论文、素材以及各类教学资源下载，还有大量而丰富的教学相关资讯！" style="width:87.9pt;height:15.9pt" o:oleicon="f" o:ole="">
            <v:imagedata r:id="rId428" o:title="eqIde0b8810d9e5d8f63fe4de46639e5efa1"/>
          </v:shape>
        </w:pict>
      </w:r>
      <w:r>
        <w:rPr>
          <w:rFonts w:ascii="宋体" w:eastAsia="宋体" w:hAnsi="宋体" w:cs="宋体"/>
          <w:color w:val="000000"/>
        </w:rPr>
        <w:t>，</w:t>
      </w:r>
      <w:r>
        <w:pict>
          <v:shape id="_x0000_i721366" type="#_x0000_t75" alt="学科网(www.zxxk.com)--教育资源门户，提供试卷、教案、课件、论文、素材以及各类教学资源下载，还有大量而丰富的教学相关资讯！" style="width:99.2pt;height:15.9pt" o:oleicon="f" o:ole="">
            <v:imagedata r:id="rId429" o:title="eqId5602b03a86dad668a561b058be1e2527"/>
          </v:shape>
        </w:pict>
      </w:r>
    </w:p>
    <w:p>
      <w:pPr>
        <w:spacing w:line="360" w:lineRule="auto"/>
        <w:jc w:val="left"/>
        <w:textAlignment w:val="center"/>
        <w:rPr>
          <w:color w:val="000000"/>
        </w:rPr>
      </w:pPr>
      <w:r>
        <w:rPr>
          <w:rFonts w:ascii="宋体" w:eastAsia="宋体" w:hAnsi="宋体" w:cs="宋体"/>
          <w:color w:val="000000"/>
        </w:rPr>
        <w:t>∴</w:t>
      </w:r>
      <w:r>
        <w:pict>
          <v:shape id="_x0000_i721367" type="#_x0000_t75" alt="学科网(www.zxxk.com)--教育资源门户，提供试卷、教案、课件、论文、素材以及各类教学资源下载，还有大量而丰富的教学相关资讯！" style="width:186pt;height:15.9pt" o:oleicon="f" o:ole="">
            <v:imagedata r:id="rId430" o:title="eqId05c598913d9145af6c4e70d546159a93"/>
          </v:shape>
        </w:pict>
      </w:r>
    </w:p>
    <w:p>
      <w:pPr>
        <w:spacing w:line="360" w:lineRule="auto"/>
        <w:jc w:val="left"/>
        <w:textAlignment w:val="center"/>
        <w:rPr>
          <w:color w:val="000000"/>
        </w:rPr>
      </w:pPr>
      <w:r>
        <w:pict>
          <v:shape id="_x0000_i721368" type="#_x0000_t75" alt="学科网(www.zxxk.com)--教育资源门户，提供试卷、教案、课件、论文、素材以及各类教学资源下载，还有大量而丰富的教学相关资讯！" style="width:152.1pt;height:15.9pt" o:oleicon="f" o:ole="">
            <v:imagedata r:id="rId431" o:title="eqId66bd7d5a07ac05df04b2891d68750741"/>
          </v:shape>
        </w:pict>
      </w:r>
    </w:p>
    <w:p>
      <w:pPr>
        <w:spacing w:line="360" w:lineRule="auto"/>
        <w:jc w:val="left"/>
        <w:textAlignment w:val="center"/>
        <w:rPr>
          <w:color w:val="000000"/>
        </w:rPr>
      </w:pPr>
      <w:r>
        <w:pict>
          <v:shape id="_x0000_i721369" type="#_x0000_t75" alt="学科网(www.zxxk.com)--教育资源门户，提供试卷、教案、课件、论文、素材以及各类教学资源下载，还有大量而丰富的教学相关资讯！" style="width:111.9pt;height:20.1pt" o:oleicon="f" o:ole="">
            <v:imagedata r:id="rId432" o:title="eqId5e623b5ed772a835927bcd07dbbb89c3"/>
          </v:shape>
        </w:pict>
      </w:r>
    </w:p>
    <w:p>
      <w:pPr>
        <w:spacing w:line="360" w:lineRule="auto"/>
        <w:jc w:val="left"/>
        <w:textAlignment w:val="center"/>
        <w:rPr>
          <w:color w:val="000000"/>
        </w:rPr>
      </w:pPr>
      <w:r>
        <w:pict>
          <v:shape id="_x0000_i721370" type="#_x0000_t75" alt="学科网(www.zxxk.com)--教育资源门户，提供试卷、教案、课件、论文、素材以及各类教学资源下载，还有大量而丰富的教学相关资讯！" style="width:9.75pt;height:8.25pt" o:oleicon="f" o:ole="">
            <v:imagedata r:id="rId433" o:title="eqId16f3d198e76391779fa3badc848c8ac8"/>
          </v:shape>
        </w:pict>
      </w:r>
      <w:r>
        <w:pict>
          <v:shape id="_x0000_i721371" type="#_x0000_t75" alt="学科网(www.zxxk.com)--教育资源门户，提供试卷、教案、课件、论文、素材以及各类教学资源下载，还有大量而丰富的教学相关资讯！" style="width:121.05pt;height:20.1pt" o:oleicon="f" o:ole="">
            <v:imagedata r:id="rId434" o:title="eqId7cb55a629ca5030007c9c25364ff577b"/>
          </v:shape>
        </w:pict>
      </w:r>
      <w:r>
        <w:rPr>
          <w:rFonts w:ascii="宋体" w:eastAsia="宋体" w:hAnsi="宋体" w:cs="宋体"/>
          <w:color w:val="000000"/>
        </w:rPr>
        <w:t>，</w:t>
      </w:r>
      <w:r>
        <w:rPr>
          <w:rFonts w:ascii="Times New Roman" w:eastAsia="Times New Roman" w:hAnsi="Times New Roman" w:cs="Times New Roman"/>
          <w:i/>
          <w:color w:val="000000"/>
        </w:rPr>
        <w:t>k</w:t>
      </w:r>
      <w:r>
        <w:rPr>
          <w:rFonts w:ascii="宋体" w:eastAsia="宋体" w:hAnsi="宋体" w:cs="宋体"/>
          <w:color w:val="000000"/>
        </w:rPr>
        <w:t>为常数</w:t>
      </w:r>
    </w:p>
    <w:p>
      <w:pPr>
        <w:spacing w:line="360" w:lineRule="auto"/>
        <w:jc w:val="left"/>
        <w:textAlignment w:val="center"/>
        <w:rPr>
          <w:color w:val="000000"/>
        </w:rPr>
      </w:pPr>
      <w:r>
        <w:rPr>
          <w:rFonts w:ascii="宋体" w:eastAsia="宋体" w:hAnsi="宋体" w:cs="宋体"/>
          <w:color w:val="000000"/>
        </w:rPr>
        <w:t>则</w:t>
      </w:r>
      <w:r>
        <w:pict>
          <v:shape id="_x0000_i721372" type="#_x0000_t75" alt="学科网(www.zxxk.com)--教育资源门户，提供试卷、教案、课件、论文、素材以及各类教学资源下载，还有大量而丰富的教学相关资讯！" style="width:45pt;height:12.75pt" o:oleicon="f" o:ole="">
            <v:imagedata r:id="rId435" o:title="eqId9ff1c1995c7c6cdce0749a7e5df6404a"/>
          </v:shape>
        </w:pict>
      </w:r>
    </w:p>
    <w:p>
      <w:pPr>
        <w:spacing w:line="360" w:lineRule="auto"/>
        <w:jc w:val="left"/>
        <w:textAlignment w:val="center"/>
        <w:rPr>
          <w:color w:val="000000"/>
        </w:rPr>
      </w:pPr>
      <w:r>
        <w:rPr>
          <w:rFonts w:ascii="宋体" w:eastAsia="宋体" w:hAnsi="宋体" w:cs="宋体"/>
          <w:color w:val="000000"/>
        </w:rPr>
        <w:t>解得</w:t>
      </w:r>
      <w:r>
        <w:pict>
          <v:shape id="_x0000_i721373" type="#_x0000_t75" alt="学科网(www.zxxk.com)--教育资源门户，提供试卷、教案、课件、论文、素材以及各类教学资源下载，还有大量而丰富的教学相关资讯！" style="width:37pt;height:31.95pt" o:oleicon="f" o:ole="">
            <v:imagedata r:id="rId436" o:title="eqIdd3a2a34b4317deffa40ba34e269c2b81"/>
          </v:shape>
        </w:pict>
      </w:r>
    </w:p>
    <w:p>
      <w:pPr>
        <w:spacing w:line="360" w:lineRule="auto"/>
        <w:jc w:val="left"/>
        <w:textAlignment w:val="center"/>
        <w:rPr>
          <w:color w:val="000000"/>
        </w:rPr>
      </w:pPr>
      <w:r>
        <w:pict>
          <v:shape id="_x0000_i721374" type="#_x0000_t75" alt="学科网(www.zxxk.com)--教育资源门户，提供试卷、教案、课件、论文、素材以及各类教学资源下载，还有大量而丰富的教学相关资讯！" style="width:159.9pt;height:31.05pt" o:oleicon="f" o:ole="">
            <v:imagedata r:id="rId437" o:title="eqId193feb1f299d194676bab11b70c1f1f5"/>
          </v:shape>
        </w:pict>
      </w:r>
    </w:p>
    <w:p>
      <w:pPr>
        <w:spacing w:line="360" w:lineRule="auto"/>
        <w:jc w:val="left"/>
        <w:textAlignment w:val="center"/>
        <w:rPr>
          <w:color w:val="000000"/>
        </w:rPr>
      </w:pPr>
      <w:r>
        <w:rPr>
          <w:rFonts w:ascii="宋体" w:eastAsia="宋体" w:hAnsi="宋体" w:cs="宋体"/>
          <w:color w:val="000000"/>
        </w:rPr>
        <w:t>故答案为：</w:t>
      </w:r>
      <w:r>
        <w:pict>
          <v:shape id="_x0000_i721375" type="#_x0000_t75" alt="学科网(www.zxxk.com)--教育资源门户，提供试卷、教案、课件、论文、素材以及各类教学资源下载，还有大量而丰富的教学相关资讯！" style="width:13pt;height:13pt" o:oleicon="f" o:ole="">
            <v:imagedata r:id="rId438" o:title="eqId2d0b71b8d2c183154221f717ce09077b"/>
          </v:shape>
        </w:pict>
      </w:r>
    </w:p>
    <w:p>
      <w:pPr>
        <w:spacing w:line="360" w:lineRule="auto"/>
        <w:jc w:val="left"/>
        <w:textAlignment w:val="center"/>
        <w:rPr>
          <w:color w:val="000000"/>
        </w:rPr>
      </w:pPr>
      <w:r>
        <w:rPr>
          <w:color w:val="000000"/>
        </w:rPr>
        <w:t>【点睛】</w:t>
      </w:r>
      <w:r>
        <w:rPr>
          <w:rFonts w:ascii="宋体" w:eastAsia="宋体" w:hAnsi="宋体" w:cs="宋体"/>
          <w:color w:val="000000"/>
        </w:rPr>
        <w:t>本题考查了整式的加减中无关类型，理解题意求得</w:t>
      </w:r>
      <w:r>
        <w:pict>
          <v:shape id="_x0000_i721376" type="#_x0000_t75" alt="学科网(www.zxxk.com)--教育资源门户，提供试卷、教案、课件、论文、素材以及各类教学资源下载，还有大量而丰富的教学相关资讯！" style="width:10pt;height:14.4pt" o:oleicon="f" o:ole="">
            <v:imagedata r:id="rId439" o:title="eqIdf0a532e15e232cb4b99a8d4d07c89575"/>
          </v:shape>
        </w:pict>
      </w:r>
      <w:r>
        <w:rPr>
          <w:rFonts w:ascii="宋体" w:eastAsia="宋体" w:hAnsi="宋体" w:cs="宋体"/>
          <w:color w:val="000000"/>
        </w:rPr>
        <w:t>的值是解题的关键．</w:t>
      </w:r>
    </w:p>
    <w:p>
      <w:pPr>
        <w:spacing w:line="360" w:lineRule="auto"/>
        <w:jc w:val="left"/>
        <w:textAlignment w:val="center"/>
        <w:rPr>
          <w:color w:val="000000"/>
        </w:rPr>
      </w:pPr>
      <w:r>
        <w:rPr>
          <w:rFonts w:ascii="宋体" w:eastAsia="宋体" w:hAnsi="宋体" w:cs="宋体"/>
          <w:b/>
          <w:color w:val="000000"/>
          <w:sz w:val="24"/>
        </w:rPr>
        <w:t>三、计算题：（本大题共</w:t>
      </w:r>
      <w:r>
        <w:rPr>
          <w:rFonts w:ascii="Times New Roman" w:eastAsia="Times New Roman" w:hAnsi="Times New Roman" w:cs="Times New Roman"/>
          <w:b/>
          <w:color w:val="000000"/>
          <w:sz w:val="24"/>
        </w:rPr>
        <w:t>3</w:t>
      </w:r>
      <w:r>
        <w:rPr>
          <w:rFonts w:ascii="宋体" w:eastAsia="宋体" w:hAnsi="宋体" w:cs="宋体"/>
          <w:b/>
          <w:color w:val="000000"/>
          <w:sz w:val="24"/>
        </w:rPr>
        <w:t>小题，</w:t>
      </w:r>
      <w:r>
        <w:rPr>
          <w:rFonts w:ascii="Times New Roman" w:eastAsia="Times New Roman" w:hAnsi="Times New Roman" w:cs="Times New Roman"/>
          <w:b/>
          <w:color w:val="000000"/>
          <w:sz w:val="24"/>
        </w:rPr>
        <w:t>19</w:t>
      </w:r>
      <w:r>
        <w:rPr>
          <w:rFonts w:ascii="宋体" w:eastAsia="宋体" w:hAnsi="宋体" w:cs="宋体"/>
          <w:b/>
          <w:color w:val="000000"/>
          <w:sz w:val="24"/>
        </w:rPr>
        <w:t>题</w:t>
      </w:r>
      <w:r>
        <w:rPr>
          <w:rFonts w:ascii="Times New Roman" w:eastAsia="Times New Roman" w:hAnsi="Times New Roman" w:cs="Times New Roman"/>
          <w:b/>
          <w:color w:val="000000"/>
          <w:sz w:val="24"/>
        </w:rPr>
        <w:t>22</w:t>
      </w:r>
      <w:r>
        <w:rPr>
          <w:rFonts w:ascii="宋体" w:eastAsia="宋体" w:hAnsi="宋体" w:cs="宋体"/>
          <w:b/>
          <w:color w:val="000000"/>
          <w:sz w:val="24"/>
        </w:rPr>
        <w:t>分，</w:t>
      </w:r>
      <w:r>
        <w:rPr>
          <w:rFonts w:ascii="Times New Roman" w:eastAsia="Times New Roman" w:hAnsi="Times New Roman" w:cs="Times New Roman"/>
          <w:b/>
          <w:color w:val="000000"/>
          <w:sz w:val="24"/>
        </w:rPr>
        <w:t>20</w:t>
      </w:r>
      <w:r>
        <w:rPr>
          <w:rFonts w:ascii="宋体" w:eastAsia="宋体" w:hAnsi="宋体" w:cs="宋体"/>
          <w:b/>
          <w:color w:val="000000"/>
          <w:sz w:val="24"/>
        </w:rPr>
        <w:t>题共</w:t>
      </w:r>
      <w:r>
        <w:rPr>
          <w:rFonts w:ascii="Times New Roman" w:eastAsia="Times New Roman" w:hAnsi="Times New Roman" w:cs="Times New Roman"/>
          <w:b/>
          <w:color w:val="000000"/>
          <w:sz w:val="24"/>
        </w:rPr>
        <w:t>8</w:t>
      </w:r>
      <w:r>
        <w:rPr>
          <w:rFonts w:ascii="宋体" w:eastAsia="宋体" w:hAnsi="宋体" w:cs="宋体"/>
          <w:b/>
          <w:color w:val="000000"/>
          <w:sz w:val="24"/>
        </w:rPr>
        <w:t>分，</w:t>
      </w:r>
      <w:r>
        <w:rPr>
          <w:rFonts w:ascii="Times New Roman" w:eastAsia="Times New Roman" w:hAnsi="Times New Roman" w:cs="Times New Roman"/>
          <w:b/>
          <w:color w:val="000000"/>
          <w:sz w:val="24"/>
        </w:rPr>
        <w:t>21</w:t>
      </w:r>
      <w:r>
        <w:rPr>
          <w:rFonts w:ascii="宋体" w:eastAsia="宋体" w:hAnsi="宋体" w:cs="宋体"/>
          <w:b/>
          <w:color w:val="000000"/>
          <w:sz w:val="24"/>
        </w:rPr>
        <w:t>题</w:t>
      </w:r>
      <w:r>
        <w:rPr>
          <w:rFonts w:ascii="Times New Roman" w:eastAsia="Times New Roman" w:hAnsi="Times New Roman" w:cs="Times New Roman"/>
          <w:b/>
          <w:color w:val="000000"/>
          <w:sz w:val="24"/>
        </w:rPr>
        <w:t>8</w:t>
      </w:r>
      <w:r>
        <w:rPr>
          <w:rFonts w:ascii="宋体" w:eastAsia="宋体" w:hAnsi="宋体" w:cs="宋体"/>
          <w:b/>
          <w:color w:val="000000"/>
          <w:sz w:val="24"/>
        </w:rPr>
        <w:t>分，共</w:t>
      </w:r>
      <w:r>
        <w:rPr>
          <w:rFonts w:ascii="Times New Roman" w:eastAsia="Times New Roman" w:hAnsi="Times New Roman" w:cs="Times New Roman"/>
          <w:b/>
          <w:color w:val="000000"/>
          <w:sz w:val="24"/>
        </w:rPr>
        <w:t>38</w:t>
      </w:r>
      <w:r>
        <w:rPr>
          <w:rFonts w:ascii="宋体" w:eastAsia="宋体" w:hAnsi="宋体" w:cs="宋体"/>
          <w:b/>
          <w:color w:val="000000"/>
          <w:sz w:val="24"/>
        </w:rPr>
        <w:t>分）</w:t>
      </w:r>
    </w:p>
    <w:p>
      <w:pPr>
        <w:pStyle w:val="Heading2"/>
      </w:pPr>
      <w:r>
        <w:t>西城区第四十四中学</w:t>
      </w:r>
    </w:p>
    <w:p>
      <w:pPr>
        <w:spacing w:line="360" w:lineRule="auto"/>
        <w:jc w:val="left"/>
        <w:textAlignment w:val="center"/>
        <w:rPr>
          <w:color w:val="000000"/>
        </w:rPr>
      </w:pPr>
      <w:r>
        <w:rPr>
          <w:color w:val="000000"/>
        </w:rPr>
        <w:t xml:space="preserve">24. </w:t>
      </w:r>
      <w:r>
        <w:rPr>
          <w:color w:val="000000"/>
        </w:rPr>
        <w:t>8×(－</w:t>
      </w:r>
      <w:r>
        <w:pict>
          <v:shape id="_x0000_i721377" type="#_x0000_t75" alt="学科网(www.zxxk.com)--教育资源门户，提供试卷、教案、课件、论文、素材以及各类教学资源下载，还有大量而丰富的教学相关资讯！" style="width:15.75pt;height:30.75pt" o:oleicon="f" o:ole="">
            <v:imagedata r:id="rId440" o:title="eqIdfeb16d1089cf194d658387742e1c2a93"/>
          </v:shape>
        </w:pict>
      </w:r>
      <w:r>
        <w:rPr>
          <w:color w:val="000000"/>
        </w:rPr>
        <w:t>)－</w:t>
      </w:r>
      <w:r>
        <w:pict>
          <v:shape id="_x0000_i721378" type="#_x0000_t75" alt="学科网(www.zxxk.com)--教育资源门户，提供试卷、教案、课件、论文、素材以及各类教学资源下载，还有大量而丰富的教学相关资讯！" style="width:45pt;height:30.75pt" o:oleicon="f" o:ole="">
            <v:imagedata r:id="rId441" o:title="eqIdaa884427d998674d7e7b26d0a8aa4854"/>
          </v:shape>
        </w:pict>
      </w:r>
      <w:r>
        <w:rPr>
          <w:color w:val="000000"/>
        </w:rPr>
        <w:t>+(－8)×</w:t>
      </w:r>
      <w:r>
        <w:pict>
          <v:shape id="_x0000_i721379" type="#_x0000_t75" alt="学科网(www.zxxk.com)--教育资源门户，提供试卷、教案、课件、论文、素材以及各类教学资源下载，还有大量而丰富的教学相关资讯！" style="width:10.95pt;height:31.1pt" o:oleicon="f" o:ole="">
            <v:imagedata r:id="rId442" o:title="eqIdeac97e6740365c85ad857aff85cefbe5"/>
          </v:shape>
        </w:pict>
      </w:r>
    </w:p>
    <w:p>
      <w:pPr>
        <w:spacing w:line="360" w:lineRule="auto"/>
        <w:textAlignment w:val="center"/>
        <w:rPr>
          <w:color w:val="000000"/>
        </w:rPr>
      </w:pPr>
      <w:r>
        <w:rPr>
          <w:color w:val="2E75B6"/>
        </w:rPr>
        <w:t>【答案】</w:t>
      </w:r>
      <w:r>
        <w:rPr>
          <w:color w:val="000000"/>
        </w:rPr>
        <w:t>－23</w:t>
      </w:r>
      <w:r>
        <w:pict>
          <v:shape id="_x0000_i721380" type="#_x0000_t75" alt="学科网(www.zxxk.com)--教育资源门户，提供试卷、教案、课件、论文、素材以及各类教学资源下载，还有大量而丰富的教学相关资讯！" style="width:11.25pt;height:30.75pt" o:oleicon="f" o:ole="">
            <v:imagedata r:id="rId443" o:title="eqId158b045c6172c4178d7aa52083e1489f"/>
          </v:shape>
        </w:pic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【详解】</w:t>
      </w:r>
      <w:r>
        <w:rPr>
          <w:color w:val="000000"/>
        </w:rPr>
        <w:t>试题分析：根据乘法的分配律的逆运算进行简便计算.</w:t>
      </w:r>
    </w:p>
    <w:p>
      <w:pPr>
        <w:spacing w:line="360" w:lineRule="auto"/>
        <w:jc w:val="left"/>
        <w:textAlignment w:val="center"/>
        <w:rPr>
          <w:color w:val="000000"/>
        </w:rPr>
      </w:pPr>
      <w:r>
        <w:rPr>
          <w:color w:val="000000"/>
        </w:rPr>
        <w:t>试题解析：原式=8×(－</w:t>
      </w:r>
      <w:r>
        <w:pict>
          <v:shape id="_x0000_i721381" type="#_x0000_t75" alt="学科网(www.zxxk.com)--教育资源门户，提供试卷、教案、课件、论文、素材以及各类教学资源下载，还有大量而丰富的教学相关资讯！" style="width:15.75pt;height:30.75pt" o:oleicon="f" o:ole="">
            <v:imagedata r:id="rId444" o:title="eqIdfeb16d1089cf194d658387742e1c2a93"/>
          </v:shape>
        </w:pict>
      </w:r>
      <w:r>
        <w:rPr>
          <w:color w:val="000000"/>
        </w:rPr>
        <w:t>)－</w:t>
      </w:r>
      <w:r>
        <w:pict>
          <v:shape id="_x0000_i721382" type="#_x0000_t75" alt="学科网(www.zxxk.com)--教育资源门户，提供试卷、教案、课件、论文、素材以及各类教学资源下载，还有大量而丰富的教学相关资讯！" style="width:11.25pt;height:30.75pt" o:oleicon="f" o:ole="">
            <v:imagedata r:id="rId445" o:title="eqId158b045c6172c4178d7aa52083e1489f"/>
          </v:shape>
        </w:pict>
      </w:r>
      <w:r>
        <w:rPr>
          <w:color w:val="000000"/>
        </w:rPr>
        <w:t>×(－8)+(－8)×</w:t>
      </w:r>
      <w:r>
        <w:pict>
          <v:shape id="_x0000_i721383" type="#_x0000_t75" alt="学科网(www.zxxk.com)--教育资源门户，提供试卷、教案、课件、论文、素材以及各类教学资源下载，还有大量而丰富的教学相关资讯！" style="width:10.95pt;height:31.1pt" o:oleicon="f" o:ole="">
            <v:imagedata r:id="rId446" o:title="eqIdeac97e6740365c85ad857aff85cefbe5"/>
          </v:shape>
        </w:pict>
      </w:r>
      <w:r>
        <w:rPr>
          <w:color w:val="000000"/>
        </w:rPr>
        <w:t>=8×(－</w:t>
      </w:r>
      <w:r>
        <w:pict>
          <v:shape id="_x0000_i721384" type="#_x0000_t75" alt="学科网(www.zxxk.com)--教育资源门户，提供试卷、教案、课件、论文、素材以及各类教学资源下载，还有大量而丰富的教学相关资讯！" style="width:15.75pt;height:30.75pt" o:oleicon="f" o:ole="">
            <v:imagedata r:id="rId444" o:title="eqIdfeb16d1089cf194d658387742e1c2a93"/>
          </v:shape>
        </w:pict>
      </w:r>
      <w:r>
        <w:rPr>
          <w:color w:val="000000"/>
        </w:rPr>
        <w:t>－</w:t>
      </w:r>
      <w:r>
        <w:pict>
          <v:shape id="_x0000_i721385" type="#_x0000_t75" alt="学科网(www.zxxk.com)--教育资源门户，提供试卷、教案、课件、论文、素材以及各类教学资源下载，还有大量而丰富的教学相关资讯！" style="width:10.95pt;height:31.1pt" o:oleicon="f" o:ole="">
            <v:imagedata r:id="rId446" o:title="eqIdeac97e6740365c85ad857aff85cefbe5"/>
          </v:shape>
        </w:pict>
      </w:r>
      <w:r>
        <w:rPr>
          <w:color w:val="000000"/>
        </w:rPr>
        <w:t>)+</w:t>
      </w:r>
      <w:r>
        <w:pict>
          <v:shape id="_x0000_i721386" type="#_x0000_t75" alt="学科网(www.zxxk.com)--教育资源门户，提供试卷、教案、课件、论文、素材以及各类教学资源下载，还有大量而丰富的教学相关资讯！" style="width:11.25pt;height:30.75pt" o:oleicon="f" o:ole="">
            <v:imagedata r:id="rId447" o:title="eqIdd6a6b832d2922f5c5fea6a1143250f70"/>
          </v:shape>
        </w:pict>
      </w:r>
      <w:r>
        <w:rPr>
          <w:color w:val="000000"/>
        </w:rPr>
        <w:t>=－24+</w:t>
      </w:r>
      <w:r>
        <w:pict>
          <v:shape id="_x0000_i721387" type="#_x0000_t75" alt="学科网(www.zxxk.com)--教育资源门户，提供试卷、教案、课件、论文、素材以及各类教学资源下载，还有大量而丰富的教学相关资讯！" style="width:11.25pt;height:30.75pt" o:oleicon="f" o:ole="">
            <v:imagedata r:id="rId447" o:title="eqIdd6a6b832d2922f5c5fea6a1143250f70"/>
          </v:shape>
        </w:pict>
      </w:r>
      <w:r>
        <w:rPr>
          <w:color w:val="000000"/>
        </w:rPr>
        <w:t>=－23</w:t>
      </w:r>
      <w:r>
        <w:pict>
          <v:shape id="_x0000_i721388" type="#_x0000_t75" alt="学科网(www.zxxk.com)--教育资源门户，提供试卷、教案、课件、论文、素材以及各类教学资源下载，还有大量而丰富的教学相关资讯！" style="width:11.25pt;height:30.75pt" o:oleicon="f" o:ole="">
            <v:imagedata r:id="rId445" o:title="eqId158b045c6172c4178d7aa52083e1489f"/>
          </v:shape>
        </w:pict>
      </w:r>
      <w:r>
        <w:rPr>
          <w:color w:val="000000"/>
        </w:rPr>
        <w:t>.</w:t>
      </w:r>
    </w:p>
    <w:p>
      <w:pPr>
        <w:spacing w:line="360" w:lineRule="auto"/>
        <w:jc w:val="left"/>
        <w:textAlignment w:val="center"/>
        <w:rPr>
          <w:color w:val="000000"/>
        </w:rPr>
      </w:pPr>
      <w:r>
        <w:rPr>
          <w:color w:val="000000"/>
        </w:rPr>
        <w:t>考点：有理数的混合计算</w:t>
      </w:r>
    </w:p>
    <w:p>
      <w:pPr>
        <w:spacing w:line="360" w:lineRule="auto"/>
        <w:jc w:val="left"/>
        <w:textAlignment w:val="center"/>
        <w:rPr>
          <w:color w:val="000000"/>
        </w:rPr>
      </w:pPr>
      <w:r>
        <w:rPr>
          <w:rFonts w:ascii="宋体" w:eastAsia="宋体" w:hAnsi="宋体" w:cs="宋体"/>
          <w:b/>
          <w:color w:val="000000"/>
          <w:sz w:val="24"/>
        </w:rPr>
        <w:t>四、解答题（每小题</w:t>
      </w:r>
      <w:r>
        <w:rPr>
          <w:rFonts w:ascii="Times New Roman" w:eastAsia="Times New Roman" w:hAnsi="Times New Roman" w:cs="Times New Roman"/>
          <w:b/>
          <w:color w:val="000000"/>
          <w:sz w:val="24"/>
        </w:rPr>
        <w:t>5</w:t>
      </w:r>
      <w:r>
        <w:rPr>
          <w:rFonts w:ascii="宋体" w:eastAsia="宋体" w:hAnsi="宋体" w:cs="宋体"/>
          <w:b/>
          <w:color w:val="000000"/>
          <w:sz w:val="24"/>
        </w:rPr>
        <w:t>分，共</w:t>
      </w:r>
      <w:r>
        <w:rPr>
          <w:rFonts w:ascii="Times New Roman" w:eastAsia="Times New Roman" w:hAnsi="Times New Roman" w:cs="Times New Roman"/>
          <w:b/>
          <w:color w:val="000000"/>
          <w:sz w:val="24"/>
        </w:rPr>
        <w:t>20</w:t>
      </w:r>
      <w:r>
        <w:rPr>
          <w:rFonts w:ascii="宋体" w:eastAsia="宋体" w:hAnsi="宋体" w:cs="宋体"/>
          <w:b/>
          <w:color w:val="000000"/>
          <w:sz w:val="24"/>
        </w:rPr>
        <w:t>分）</w:t>
      </w:r>
    </w:p>
    <w:p>
      <w:pPr>
        <w:pStyle w:val="Heading2"/>
      </w:pPr>
      <w:r>
        <w:t>西城区西城区德胜中学</w:t>
      </w:r>
    </w:p>
    <w:p>
      <w:pPr>
        <w:spacing w:line="360" w:lineRule="auto"/>
        <w:jc w:val="left"/>
        <w:textAlignment w:val="center"/>
        <w:rPr>
          <w:rFonts w:ascii="宋体" w:eastAsia="宋体" w:hAnsi="宋体" w:cs="宋体"/>
          <w:color w:val="000000"/>
        </w:rPr>
      </w:pPr>
      <w:r>
        <w:rPr>
          <w:color w:val="000000"/>
        </w:rPr>
        <w:t xml:space="preserve">18. </w:t>
      </w:r>
      <w:r>
        <w:rPr>
          <w:rFonts w:ascii="宋体" w:eastAsia="宋体" w:hAnsi="宋体" w:cs="宋体"/>
          <w:color w:val="000000"/>
        </w:rPr>
        <w:t>华氏温标与摄氏温标是两大国际主流的计量温度的标准．德国的华伦海特用水银代替酒精作为测温物质，他令水的沸点为</w:t>
      </w:r>
      <w:r>
        <w:rPr>
          <w:rFonts w:ascii="Times New Roman" w:eastAsia="Times New Roman" w:hAnsi="Times New Roman" w:cs="Times New Roman"/>
          <w:color w:val="000000"/>
        </w:rPr>
        <w:t>212</w:t>
      </w:r>
      <w:r>
        <w:rPr>
          <w:rFonts w:ascii="宋体" w:eastAsia="宋体" w:hAnsi="宋体" w:cs="宋体"/>
          <w:color w:val="000000"/>
        </w:rPr>
        <w:t>度，纯水的冰点为</w:t>
      </w:r>
      <w:r>
        <w:rPr>
          <w:rFonts w:ascii="Times New Roman" w:eastAsia="Times New Roman" w:hAnsi="Times New Roman" w:cs="Times New Roman"/>
          <w:color w:val="000000"/>
        </w:rPr>
        <w:t>32</w:t>
      </w:r>
      <w:r>
        <w:rPr>
          <w:rFonts w:ascii="宋体" w:eastAsia="宋体" w:hAnsi="宋体" w:cs="宋体"/>
          <w:color w:val="000000"/>
        </w:rPr>
        <w:t>度，这套记温体系就是华氏温标．瑞典的天文学家安德斯</w:t>
      </w:r>
      <w:r>
        <w:rPr>
          <w:rFonts w:ascii="Times New Roman" w:eastAsia="Times New Roman" w:hAnsi="Times New Roman" w:cs="Times New Roman"/>
          <w:color w:val="000000"/>
        </w:rPr>
        <w:t>·</w:t>
      </w:r>
      <w:r>
        <w:rPr>
          <w:rFonts w:ascii="宋体" w:eastAsia="宋体" w:hAnsi="宋体" w:cs="宋体"/>
          <w:color w:val="000000"/>
        </w:rPr>
        <w:t>摄尔修斯将标准大气压下冰水混合物的温度规定为</w:t>
      </w:r>
      <w:r>
        <w:rPr>
          <w:rFonts w:ascii="Times New Roman" w:eastAsia="Times New Roman" w:hAnsi="Times New Roman" w:cs="Times New Roman"/>
          <w:color w:val="000000"/>
        </w:rPr>
        <w:t>0</w:t>
      </w:r>
      <w:r>
        <w:rPr>
          <w:rFonts w:ascii="宋体" w:eastAsia="宋体" w:hAnsi="宋体" w:cs="宋体"/>
          <w:color w:val="000000"/>
        </w:rPr>
        <w:t>摄氏度，水的沸点规定为</w:t>
      </w:r>
      <w:r>
        <w:rPr>
          <w:rFonts w:ascii="Times New Roman" w:eastAsia="Times New Roman" w:hAnsi="Times New Roman" w:cs="Times New Roman"/>
          <w:color w:val="000000"/>
        </w:rPr>
        <w:t>100</w:t>
      </w:r>
      <w:r>
        <w:rPr>
          <w:rFonts w:ascii="宋体" w:eastAsia="宋体" w:hAnsi="宋体" w:cs="宋体"/>
          <w:color w:val="000000"/>
        </w:rPr>
        <w:t>摄氏度，这套记温体系就是摄氏温标．两套记温体系之间是可以进行相互转化的，部分温度对应表如下：</w:t>
      </w:r>
    </w:p>
    <w:tbl>
      <w:tblPr>
        <w:tblStyle w:val="TableNormal"/>
        <w:tblW w:w="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660"/>
        <w:gridCol w:w="621"/>
        <w:gridCol w:w="621"/>
        <w:gridCol w:w="621"/>
        <w:gridCol w:w="685"/>
        <w:gridCol w:w="784"/>
        <w:gridCol w:w="720"/>
      </w:tblGrid>
      <w:tr>
        <w:tblPrEx>
          <w:tblW w:w="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255"/>
        </w:trPr>
        <w:tc>
          <w:tcPr>
            <w:tcW w:w="19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华氏温度（</w:t>
            </w:r>
            <w:r>
              <w:rPr>
                <w:rFonts w:ascii="Times New Roman" w:eastAsia="Times New Roman" w:hAnsi="Times New Roman" w:cs="Times New Roman"/>
                <w:color w:val="000000"/>
              </w:rPr>
              <w:t>℉</w:t>
            </w:r>
            <w:r>
              <w:rPr>
                <w:rFonts w:ascii="宋体" w:eastAsia="宋体" w:hAnsi="宋体" w:cs="宋体"/>
                <w:color w:val="000000"/>
              </w:rPr>
              <w:t>）</w:t>
            </w:r>
          </w:p>
        </w:tc>
        <w:tc>
          <w:tcPr>
            <w:tcW w:w="60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60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68</w:t>
            </w:r>
          </w:p>
        </w:tc>
        <w:tc>
          <w:tcPr>
            <w:tcW w:w="60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86</w:t>
            </w:r>
          </w:p>
        </w:tc>
        <w:tc>
          <w:tcPr>
            <w:tcW w:w="60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104</w:t>
            </w:r>
          </w:p>
        </w:tc>
        <w:tc>
          <w:tcPr>
            <w:tcW w:w="6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6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212</w:t>
            </w:r>
          </w:p>
        </w:tc>
      </w:tr>
      <w:tr>
        <w:tblPrEx>
          <w:tblW w:w="5730" w:type="dxa"/>
          <w:tblCellMar>
            <w:top w:w="120" w:type="dxa"/>
            <w:left w:w="120" w:type="dxa"/>
            <w:bottom w:w="120" w:type="dxa"/>
            <w:right w:w="120" w:type="dxa"/>
          </w:tblCellMar>
        </w:tblPrEx>
        <w:trPr>
          <w:cantSplit w:val="0"/>
          <w:trHeight w:val="240"/>
        </w:trPr>
        <w:tc>
          <w:tcPr>
            <w:tcW w:w="19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摄氏温度（</w:t>
            </w:r>
            <w:r>
              <w:rPr>
                <w:rFonts w:ascii="Times New Roman" w:eastAsia="Times New Roman" w:hAnsi="Times New Roman" w:cs="Times New Roman"/>
                <w:color w:val="000000"/>
              </w:rPr>
              <w:t>℃</w:t>
            </w:r>
            <w:r>
              <w:rPr>
                <w:rFonts w:ascii="宋体" w:eastAsia="宋体" w:hAnsi="宋体" w:cs="宋体"/>
                <w:color w:val="000000"/>
              </w:rPr>
              <w:t>）</w:t>
            </w:r>
          </w:p>
        </w:tc>
        <w:tc>
          <w:tcPr>
            <w:tcW w:w="60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60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60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60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40</w:t>
            </w:r>
          </w:p>
        </w:tc>
        <w:tc>
          <w:tcPr>
            <w:tcW w:w="6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6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Times New Roman" w:eastAsia="Times New Roman" w:hAnsi="Times New Roman" w:cs="Times New Roman"/>
                <w:i/>
                <w:color w:val="000000"/>
              </w:rPr>
            </w:pPr>
            <w:r>
              <w:rPr>
                <w:rFonts w:ascii="Times New Roman" w:eastAsia="Times New Roman" w:hAnsi="Times New Roman" w:cs="Times New Roman"/>
                <w:i/>
                <w:color w:val="000000"/>
              </w:rPr>
              <w:t>m</w:t>
            </w:r>
          </w:p>
        </w:tc>
      </w:tr>
    </w:tbl>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m</w:t>
      </w:r>
      <w:r>
        <w:rPr>
          <w:rFonts w:ascii="宋体" w:eastAsia="宋体" w:hAnsi="宋体" w:cs="宋体"/>
          <w:color w:val="000000"/>
        </w:rPr>
        <w:t>＝</w:t>
      </w:r>
      <w:r>
        <w:rPr>
          <w:rFonts w:ascii="宋体" w:eastAsia="宋体" w:hAnsi="宋体" w:cs="宋体"/>
          <w:color w:val="000000"/>
        </w:rPr>
        <w:t>______</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）若华氏温度为</w:t>
      </w:r>
      <w:r>
        <w:rPr>
          <w:rFonts w:ascii="Times New Roman" w:eastAsia="Times New Roman" w:hAnsi="Times New Roman" w:cs="Times New Roman"/>
          <w:i/>
          <w:color w:val="000000"/>
        </w:rPr>
        <w:t>a</w:t>
      </w:r>
      <w:r>
        <w:rPr>
          <w:rFonts w:ascii="宋体" w:eastAsia="宋体" w:hAnsi="宋体" w:cs="宋体"/>
          <w:color w:val="000000"/>
        </w:rPr>
        <w:t>，摄氏温度为</w:t>
      </w:r>
      <w:r>
        <w:rPr>
          <w:rFonts w:ascii="Times New Roman" w:eastAsia="Times New Roman" w:hAnsi="Times New Roman" w:cs="Times New Roman"/>
          <w:i/>
          <w:color w:val="000000"/>
        </w:rPr>
        <w:t>b</w:t>
      </w:r>
      <w:r>
        <w:rPr>
          <w:rFonts w:ascii="宋体" w:eastAsia="宋体" w:hAnsi="宋体" w:cs="宋体"/>
          <w:color w:val="000000"/>
        </w:rPr>
        <w:t>，则把摄氏温度转化为华氏温度的公式为</w:t>
      </w:r>
      <w:r>
        <w:rPr>
          <w:rFonts w:ascii="宋体" w:eastAsia="宋体" w:hAnsi="宋体" w:cs="宋体"/>
          <w:color w:val="000000"/>
        </w:rPr>
        <w:t>_______</w:t>
      </w:r>
      <w:r>
        <w:rPr>
          <w:rFonts w:ascii="宋体" w:eastAsia="宋体" w:hAnsi="宋体" w:cs="宋体"/>
          <w:color w:val="000000"/>
        </w:rPr>
        <w:t>．</w:t>
      </w:r>
    </w:p>
    <w:p>
      <w:pPr>
        <w:spacing w:line="360" w:lineRule="auto"/>
        <w:textAlignment w:val="center"/>
        <w:rPr>
          <w:rFonts w:ascii="Times New Roman" w:eastAsia="Times New Roman" w:hAnsi="Times New Roman" w:cs="Times New Roman"/>
          <w:i/>
          <w:color w:val="000000"/>
        </w:rPr>
      </w:pPr>
      <w:r>
        <w:rPr>
          <w:color w:val="2E75B6"/>
        </w:rPr>
        <w:t>【答案】</w:t>
      </w:r>
      <w:r>
        <w:rPr>
          <w:color w:val="000000"/>
        </w:rPr>
        <w:t xml:space="preserve">    ①. </w:t>
      </w:r>
      <w:r>
        <w:rPr>
          <w:rFonts w:ascii="Times New Roman" w:eastAsia="Times New Roman" w:hAnsi="Times New Roman" w:cs="Times New Roman"/>
          <w:color w:val="000000"/>
        </w:rPr>
        <w:t>100</w:t>
      </w:r>
      <w:r>
        <w:rPr>
          <w:color w:val="000000"/>
        </w:rPr>
        <w:t xml:space="preserve">    ②. </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32</w:t>
      </w:r>
      <w:r>
        <w:rPr>
          <w:rFonts w:ascii="宋体" w:eastAsia="宋体" w:hAnsi="宋体" w:cs="宋体"/>
          <w:color w:val="000000"/>
        </w:rPr>
        <w:t>＋</w:t>
      </w:r>
      <w:r>
        <w:rPr>
          <w:rFonts w:ascii="Times New Roman" w:eastAsia="Times New Roman" w:hAnsi="Times New Roman" w:cs="Times New Roman"/>
          <w:color w:val="000000"/>
        </w:rPr>
        <w:t>1.8</w:t>
      </w:r>
      <w:r>
        <w:rPr>
          <w:rFonts w:ascii="Times New Roman" w:eastAsia="Times New Roman" w:hAnsi="Times New Roman" w:cs="Times New Roman"/>
          <w:i/>
          <w:color w:val="000000"/>
        </w:rPr>
        <w:t>b</w:t>
      </w:r>
    </w:p>
    <w:p>
      <w:pPr>
        <w:spacing w:line="360" w:lineRule="auto"/>
        <w:textAlignment w:val="center"/>
        <w:rPr>
          <w:color w:val="000000"/>
        </w:rPr>
      </w:pPr>
      <w:r>
        <w:rPr>
          <w:color w:val="2E75B6"/>
        </w:rPr>
        <w:t>【解析】</w:t>
      </w:r>
    </w:p>
    <w:p>
      <w:pPr>
        <w:spacing w:line="360" w:lineRule="auto"/>
        <w:jc w:val="left"/>
        <w:textAlignment w:val="center"/>
        <w:rPr>
          <w:rFonts w:ascii="宋体" w:eastAsia="宋体" w:hAnsi="宋体" w:cs="宋体"/>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）由表格数据可知华氏温度与摄氏温度满足一次函数关系，利用待定系数法解题；</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）由表格数据规律，得到华氏温度</w:t>
      </w:r>
      <w:r>
        <w:rPr>
          <w:rFonts w:ascii="Times New Roman" w:eastAsia="Times New Roman" w:hAnsi="Times New Roman" w:cs="Times New Roman"/>
          <w:color w:val="000000"/>
        </w:rPr>
        <w:t>=</w:t>
      </w:r>
      <w:r>
        <w:rPr>
          <w:rFonts w:ascii="宋体" w:eastAsia="宋体" w:hAnsi="宋体" w:cs="宋体"/>
          <w:color w:val="000000"/>
        </w:rPr>
        <w:t>摄氏温度</w:t>
      </w:r>
      <w:r>
        <w:pict>
          <v:shape id="_x0000_i721389" type="#_x0000_t75" alt="学科网(www.zxxk.com)--教育资源门户，提供试卷、教案、课件、论文、素材以及各类教学资源下载，还有大量而丰富的教学相关资讯！" style="width:18pt;height:30.6pt" o:oleicon="f" o:ole="">
            <v:imagedata r:id="rId448" o:title="eqId0fcb596df82e1964228194d4487abb6b"/>
          </v:shape>
        </w:pict>
      </w:r>
      <w:r>
        <w:rPr>
          <w:rFonts w:ascii="Times New Roman" w:eastAsia="Times New Roman" w:hAnsi="Times New Roman" w:cs="Times New Roman"/>
          <w:color w:val="000000"/>
        </w:rPr>
        <w:t>+32</w:t>
      </w:r>
      <w:r>
        <w:rPr>
          <w:rFonts w:ascii="宋体" w:eastAsia="宋体" w:hAnsi="宋体" w:cs="宋体"/>
          <w:color w:val="000000"/>
        </w:rPr>
        <w:t>，据此解题．</w:t>
      </w:r>
    </w:p>
    <w:p>
      <w:pPr>
        <w:spacing w:line="360" w:lineRule="auto"/>
        <w:jc w:val="left"/>
        <w:textAlignment w:val="center"/>
        <w:rPr>
          <w:rFonts w:ascii="宋体" w:eastAsia="宋体" w:hAnsi="宋体" w:cs="宋体"/>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）设华氏温度与摄氏温度满足的一次函数关系为：</w:t>
      </w:r>
      <w:r>
        <w:pict>
          <v:shape id="_x0000_i721390" type="#_x0000_t75" alt="学科网(www.zxxk.com)--教育资源门户，提供试卷、教案、课件、论文、素材以及各类教学资源下载，还有大量而丰富的教学相关资讯！" style="width:83pt;height:16pt" o:oleicon="f" o:ole="">
            <v:imagedata r:id="rId449" o:title="eqId0e114459637a3db306e91b5e9ee9aae8"/>
          </v:shape>
        </w:pict>
      </w:r>
    </w:p>
    <w:p>
      <w:pPr>
        <w:spacing w:line="360" w:lineRule="auto"/>
        <w:jc w:val="left"/>
        <w:textAlignment w:val="center"/>
        <w:rPr>
          <w:rFonts w:ascii="宋体" w:eastAsia="宋体" w:hAnsi="宋体" w:cs="宋体"/>
          <w:color w:val="000000"/>
        </w:rPr>
      </w:pPr>
      <w:r>
        <w:rPr>
          <w:rFonts w:ascii="宋体" w:eastAsia="宋体" w:hAnsi="宋体" w:cs="宋体"/>
          <w:color w:val="000000"/>
        </w:rPr>
        <w:t>代入（</w:t>
      </w:r>
      <w:r>
        <w:rPr>
          <w:rFonts w:ascii="Times New Roman" w:eastAsia="Times New Roman" w:hAnsi="Times New Roman" w:cs="Times New Roman"/>
          <w:color w:val="000000"/>
        </w:rPr>
        <w:t>10</w:t>
      </w:r>
      <w:r>
        <w:rPr>
          <w:rFonts w:ascii="宋体" w:eastAsia="宋体" w:hAnsi="宋体" w:cs="宋体"/>
          <w:color w:val="000000"/>
        </w:rPr>
        <w:t>，</w:t>
      </w:r>
      <w:r>
        <w:rPr>
          <w:rFonts w:ascii="Times New Roman" w:eastAsia="Times New Roman" w:hAnsi="Times New Roman" w:cs="Times New Roman"/>
          <w:color w:val="000000"/>
        </w:rPr>
        <w:t>50</w:t>
      </w:r>
      <w:r>
        <w:rPr>
          <w:rFonts w:ascii="宋体" w:eastAsia="宋体" w:hAnsi="宋体" w:cs="宋体"/>
          <w:color w:val="000000"/>
        </w:rPr>
        <w:t>）（</w:t>
      </w:r>
      <w:r>
        <w:rPr>
          <w:rFonts w:ascii="Times New Roman" w:eastAsia="Times New Roman" w:hAnsi="Times New Roman" w:cs="Times New Roman"/>
          <w:color w:val="000000"/>
        </w:rPr>
        <w:t>20</w:t>
      </w:r>
      <w:r>
        <w:rPr>
          <w:rFonts w:ascii="宋体" w:eastAsia="宋体" w:hAnsi="宋体" w:cs="宋体"/>
          <w:color w:val="000000"/>
        </w:rPr>
        <w:t>，</w:t>
      </w:r>
      <w:r>
        <w:rPr>
          <w:rFonts w:ascii="Times New Roman" w:eastAsia="Times New Roman" w:hAnsi="Times New Roman" w:cs="Times New Roman"/>
          <w:color w:val="000000"/>
        </w:rPr>
        <w:t>68</w:t>
      </w:r>
      <w:r>
        <w:rPr>
          <w:rFonts w:ascii="宋体" w:eastAsia="宋体" w:hAnsi="宋体" w:cs="宋体"/>
          <w:color w:val="000000"/>
        </w:rPr>
        <w:t>）得</w:t>
      </w:r>
    </w:p>
    <w:p>
      <w:pPr>
        <w:spacing w:line="360" w:lineRule="auto"/>
        <w:jc w:val="left"/>
        <w:textAlignment w:val="center"/>
        <w:rPr>
          <w:color w:val="000000"/>
        </w:rPr>
      </w:pPr>
      <w:r>
        <w:pict>
          <v:shape id="_x0000_i721391" type="#_x0000_t75" alt="学科网(www.zxxk.com)--教育资源门户，提供试卷、教案、课件、论文、素材以及各类教学资源下载，还有大量而丰富的教学相关资讯！" style="width:69pt;height:36pt" o:oleicon="f" o:ole="">
            <v:imagedata r:id="rId450" o:title="eqId42305be8ecf9cd4e8b199f5542d2cbb0"/>
          </v:shape>
        </w:pict>
      </w:r>
    </w:p>
    <w:p>
      <w:pPr>
        <w:spacing w:line="360" w:lineRule="auto"/>
        <w:jc w:val="left"/>
        <w:textAlignment w:val="center"/>
        <w:rPr>
          <w:color w:val="000000"/>
        </w:rPr>
      </w:pPr>
      <w:r>
        <w:pict>
          <v:shape id="_x0000_i721392" type="#_x0000_t75" alt="学科网(www.zxxk.com)--教育资源门户，提供试卷、教案、课件、论文、素材以及各类教学资源下载，还有大量而丰富的教学相关资讯！" style="width:39pt;height:51.75pt" o:oleicon="f" o:ole="">
            <v:imagedata r:id="rId451" o:title="eqId6fe85b40b3073077ab67a4d42919217a"/>
          </v:shape>
        </w:pict>
      </w:r>
    </w:p>
    <w:p>
      <w:pPr>
        <w:spacing w:line="360" w:lineRule="auto"/>
        <w:jc w:val="left"/>
        <w:textAlignment w:val="center"/>
        <w:rPr>
          <w:color w:val="000000"/>
        </w:rPr>
      </w:pPr>
      <w:r>
        <w:pict>
          <v:shape id="_x0000_i721393" type="#_x0000_t75" alt="学科网(www.zxxk.com)--教育资源门户，提供试卷、教案、课件、论文、素材以及各类教学资源下载，还有大量而丰富的教学相关资讯！" style="width:70.2pt;height:31.2pt" o:oleicon="f" o:ole="">
            <v:imagedata r:id="rId452" o:title="eqIdbb604e381a14d4f4699ffb65e05e9138"/>
          </v:shape>
        </w:pict>
      </w:r>
    </w:p>
    <w:p>
      <w:pPr>
        <w:spacing w:line="360" w:lineRule="auto"/>
        <w:jc w:val="left"/>
        <w:textAlignment w:val="center"/>
        <w:rPr>
          <w:rFonts w:ascii="宋体" w:eastAsia="宋体" w:hAnsi="宋体" w:cs="宋体"/>
          <w:color w:val="000000"/>
        </w:rPr>
      </w:pPr>
      <w:r>
        <w:rPr>
          <w:rFonts w:ascii="宋体" w:eastAsia="宋体" w:hAnsi="宋体" w:cs="宋体"/>
          <w:color w:val="000000"/>
        </w:rPr>
        <w:t>当</w:t>
      </w:r>
      <w:r>
        <w:pict>
          <v:shape id="_x0000_i721394" type="#_x0000_t75" alt="学科网(www.zxxk.com)--教育资源门户，提供试卷、教案、课件、论文、素材以及各类教学资源下载，还有大量而丰富的教学相关资讯！" style="width:41.5pt;height:16pt" o:oleicon="f" o:ole="">
            <v:imagedata r:id="rId453" o:title="eqIde839c87574bfe097e48e1549e7a65426"/>
          </v:shape>
        </w:pict>
      </w:r>
      <w:r>
        <w:rPr>
          <w:rFonts w:ascii="宋体" w:eastAsia="宋体" w:hAnsi="宋体" w:cs="宋体"/>
          <w:color w:val="000000"/>
        </w:rPr>
        <w:t>时，</w:t>
      </w:r>
    </w:p>
    <w:p>
      <w:pPr>
        <w:spacing w:line="360" w:lineRule="auto"/>
        <w:jc w:val="left"/>
        <w:textAlignment w:val="center"/>
        <w:rPr>
          <w:color w:val="000000"/>
        </w:rPr>
      </w:pPr>
      <w:r>
        <w:pict>
          <v:shape id="_x0000_i721395" type="#_x0000_t75" alt="学科网(www.zxxk.com)--教育资源门户，提供试卷、教案、课件、论文、素材以及各类教学资源下载，还有大量而丰富的教学相关资讯！" style="width:73.8pt;height:31.2pt" o:oleicon="f" o:ole="">
            <v:imagedata r:id="rId454" o:title="eqId96ce1a7cd6317c68c726741e54ddcae9"/>
          </v:shape>
        </w:pict>
      </w:r>
    </w:p>
    <w:p>
      <w:pPr>
        <w:spacing w:line="360" w:lineRule="auto"/>
        <w:jc w:val="left"/>
        <w:textAlignment w:val="center"/>
        <w:rPr>
          <w:color w:val="000000"/>
        </w:rPr>
      </w:pPr>
      <w:r>
        <w:pict>
          <v:shape id="_x0000_i721396" type="#_x0000_t75" alt="学科网(www.zxxk.com)--教育资源门户，提供试卷、教案、课件、论文、素材以及各类教学资源下载，还有大量而丰富的教学相关资讯！" style="width:51pt;height:13.8pt" o:oleicon="f" o:ole="">
            <v:imagedata r:id="rId455" o:title="eqId486ca4f078bed277bba58a62bc203dfc"/>
          </v:shape>
        </w:pict>
      </w:r>
    </w:p>
    <w:p>
      <w:pPr>
        <w:spacing w:line="360" w:lineRule="auto"/>
        <w:jc w:val="left"/>
        <w:textAlignment w:val="center"/>
        <w:rPr>
          <w:rFonts w:ascii="宋体" w:eastAsia="宋体" w:hAnsi="宋体" w:cs="宋体"/>
          <w:color w:val="000000"/>
        </w:rPr>
      </w:pPr>
      <w:r>
        <w:rPr>
          <w:rFonts w:ascii="宋体" w:eastAsia="宋体" w:hAnsi="宋体" w:cs="宋体"/>
          <w:color w:val="000000"/>
        </w:rPr>
        <w:t>故答案为：</w:t>
      </w:r>
      <w:r>
        <w:rPr>
          <w:rFonts w:ascii="Times New Roman" w:eastAsia="Times New Roman" w:hAnsi="Times New Roman" w:cs="Times New Roman"/>
          <w:color w:val="000000"/>
        </w:rPr>
        <w:t>100</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）由（</w:t>
      </w:r>
      <w:r>
        <w:rPr>
          <w:rFonts w:ascii="Times New Roman" w:eastAsia="Times New Roman" w:hAnsi="Times New Roman" w:cs="Times New Roman"/>
          <w:color w:val="000000"/>
        </w:rPr>
        <w:t>1</w:t>
      </w:r>
      <w:r>
        <w:rPr>
          <w:rFonts w:ascii="宋体" w:eastAsia="宋体" w:hAnsi="宋体" w:cs="宋体"/>
          <w:color w:val="000000"/>
        </w:rPr>
        <w:t>）得，华氏温度</w:t>
      </w:r>
      <w:r>
        <w:rPr>
          <w:rFonts w:ascii="Times New Roman" w:eastAsia="Times New Roman" w:hAnsi="Times New Roman" w:cs="Times New Roman"/>
          <w:color w:val="000000"/>
        </w:rPr>
        <w:t>=</w:t>
      </w:r>
      <w:r>
        <w:rPr>
          <w:rFonts w:ascii="宋体" w:eastAsia="宋体" w:hAnsi="宋体" w:cs="宋体"/>
          <w:color w:val="000000"/>
        </w:rPr>
        <w:t>摄氏温度</w:t>
      </w:r>
      <w:r>
        <w:pict>
          <v:shape id="_x0000_i721397" type="#_x0000_t75" alt="学科网(www.zxxk.com)--教育资源门户，提供试卷、教案、课件、论文、素材以及各类教学资源下载，还有大量而丰富的教学相关资讯！" style="width:18pt;height:30.6pt" o:oleicon="f" o:ole="">
            <v:imagedata r:id="rId456" o:title="eqId0fcb596df82e1964228194d4487abb6b"/>
          </v:shape>
        </w:pict>
      </w:r>
      <w:r>
        <w:rPr>
          <w:rFonts w:ascii="Times New Roman" w:eastAsia="Times New Roman" w:hAnsi="Times New Roman" w:cs="Times New Roman"/>
          <w:color w:val="000000"/>
        </w:rPr>
        <w:t>+32</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若华氏温度为</w:t>
      </w:r>
      <w:r>
        <w:rPr>
          <w:rFonts w:ascii="Times New Roman" w:eastAsia="Times New Roman" w:hAnsi="Times New Roman" w:cs="Times New Roman"/>
          <w:i/>
          <w:color w:val="000000"/>
        </w:rPr>
        <w:t>a</w:t>
      </w:r>
      <w:r>
        <w:rPr>
          <w:rFonts w:ascii="宋体" w:eastAsia="宋体" w:hAnsi="宋体" w:cs="宋体"/>
          <w:color w:val="000000"/>
        </w:rPr>
        <w:t>，摄氏温度为</w:t>
      </w:r>
      <w:r>
        <w:rPr>
          <w:rFonts w:ascii="Times New Roman" w:eastAsia="Times New Roman" w:hAnsi="Times New Roman" w:cs="Times New Roman"/>
          <w:i/>
          <w:color w:val="000000"/>
        </w:rPr>
        <w:t>b</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则把摄氏温度转化为华氏温度的公式为：</w:t>
      </w:r>
      <w:r>
        <w:rPr>
          <w:rFonts w:ascii="Times New Roman" w:eastAsia="Times New Roman" w:hAnsi="Times New Roman" w:cs="Times New Roman"/>
          <w:i/>
          <w:color w:val="000000"/>
        </w:rPr>
        <w:t>a</w:t>
      </w:r>
      <w:r>
        <w:rPr>
          <w:rFonts w:ascii="Times New Roman" w:eastAsia="Times New Roman" w:hAnsi="Times New Roman" w:cs="Times New Roman"/>
          <w:color w:val="000000"/>
        </w:rPr>
        <w:t xml:space="preserve">= </w:t>
      </w:r>
      <w:r>
        <w:pict>
          <v:shape id="_x0000_i721398" type="#_x0000_t75" alt="学科网(www.zxxk.com)--教育资源门户，提供试卷、教案、课件、论文、素材以及各类教学资源下载，还有大量而丰富的教学相关资讯！" style="width:19.2pt;height:31.2pt" o:oleicon="f" o:ole="">
            <v:imagedata r:id="rId457" o:title="eqId512f84832ab360026bf5423769a15069"/>
          </v:shape>
        </w:pict>
      </w:r>
      <w:r>
        <w:rPr>
          <w:rFonts w:ascii="Times New Roman" w:eastAsia="Times New Roman" w:hAnsi="Times New Roman" w:cs="Times New Roman"/>
          <w:color w:val="000000"/>
        </w:rPr>
        <w:t>+32</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故答案为：</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32</w:t>
      </w:r>
      <w:r>
        <w:rPr>
          <w:rFonts w:ascii="宋体" w:eastAsia="宋体" w:hAnsi="宋体" w:cs="宋体"/>
          <w:color w:val="000000"/>
        </w:rPr>
        <w:t>＋</w:t>
      </w:r>
      <w:r>
        <w:rPr>
          <w:rFonts w:ascii="Times New Roman" w:eastAsia="Times New Roman" w:hAnsi="Times New Roman" w:cs="Times New Roman"/>
          <w:color w:val="000000"/>
        </w:rPr>
        <w:t>1.8</w:t>
      </w:r>
      <w:r>
        <w:rPr>
          <w:rFonts w:ascii="Times New Roman" w:eastAsia="Times New Roman" w:hAnsi="Times New Roman" w:cs="Times New Roman"/>
          <w:i/>
          <w:color w:val="000000"/>
        </w:rPr>
        <w:t>b</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color w:val="000000"/>
        </w:rPr>
        <w:t>【点睛】</w:t>
      </w:r>
      <w:r>
        <w:rPr>
          <w:rFonts w:ascii="宋体" w:eastAsia="宋体" w:hAnsi="宋体" w:cs="宋体"/>
          <w:color w:val="000000"/>
        </w:rPr>
        <w:t>本题考查华氏温度与摄氏温度的换算，是基础考点，掌握相关知识是解题关键．</w:t>
      </w:r>
    </w:p>
    <w:p>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t>三、解答题</w:t>
      </w:r>
    </w:p>
    <w:p>
      <w:pPr>
        <w:pStyle w:val="Heading2"/>
      </w:pPr>
      <w:r>
        <w:t>西城区鲁迅中学</w:t>
      </w:r>
    </w:p>
    <w:p>
      <w:pPr>
        <w:spacing w:line="360" w:lineRule="auto"/>
        <w:jc w:val="left"/>
        <w:textAlignment w:val="center"/>
        <w:rPr>
          <w:rFonts w:ascii="宋体" w:eastAsia="宋体" w:hAnsi="宋体" w:cs="宋体"/>
          <w:color w:val="000000"/>
        </w:rPr>
      </w:pPr>
      <w:r>
        <w:rPr>
          <w:color w:val="000000"/>
        </w:rPr>
        <w:t xml:space="preserve">20. </w:t>
      </w:r>
      <w:r>
        <w:rPr>
          <w:rFonts w:ascii="宋体" w:eastAsia="宋体" w:hAnsi="宋体" w:cs="宋体"/>
          <w:color w:val="000000"/>
        </w:rPr>
        <w:t>下列图案由边长相等的黑、白两色正方形按一定规律拼接而成，依此规律，第</w:t>
      </w:r>
      <w:r>
        <w:rPr>
          <w:rFonts w:ascii="Times New Roman" w:eastAsia="Times New Roman" w:hAnsi="Times New Roman" w:cs="Times New Roman"/>
          <w:color w:val="000000"/>
        </w:rPr>
        <w:t>10</w:t>
      </w:r>
      <w:r>
        <w:rPr>
          <w:rFonts w:ascii="宋体" w:eastAsia="宋体" w:hAnsi="宋体" w:cs="宋体"/>
          <w:color w:val="000000"/>
        </w:rPr>
        <w:t>个图形中白色正方形的个数为</w:t>
      </w:r>
      <w:r>
        <w:rPr>
          <w:rFonts w:ascii="宋体" w:eastAsia="宋体" w:hAnsi="宋体" w:cs="宋体"/>
          <w:color w:val="000000"/>
        </w:rPr>
        <w:t>__</w:t>
      </w:r>
      <w:r>
        <w:rPr>
          <w:rFonts w:ascii="宋体" w:eastAsia="宋体" w:hAnsi="宋体" w:cs="宋体"/>
          <w:color w:val="000000"/>
        </w:rPr>
        <w:t>，第</w:t>
      </w:r>
      <w:r>
        <w:rPr>
          <w:rFonts w:ascii="Times New Roman" w:eastAsia="Times New Roman" w:hAnsi="Times New Roman" w:cs="Times New Roman"/>
          <w:i/>
          <w:color w:val="000000"/>
        </w:rPr>
        <w:t>n</w:t>
      </w:r>
      <w:r>
        <w:rPr>
          <w:rFonts w:ascii="宋体" w:eastAsia="宋体" w:hAnsi="宋体" w:cs="宋体"/>
          <w:color w:val="000000"/>
        </w:rPr>
        <w:t>个图形中白色正方形的个数为</w:t>
      </w:r>
      <w:r>
        <w:rPr>
          <w:rFonts w:ascii="宋体" w:eastAsia="宋体" w:hAnsi="宋体" w:cs="宋体"/>
          <w:color w:val="000000"/>
        </w:rPr>
        <w:t>__</w:t>
      </w:r>
      <w:r>
        <w:rPr>
          <w:rFonts w:ascii="宋体" w:eastAsia="宋体" w:hAnsi="宋体" w:cs="宋体"/>
          <w:color w:val="000000"/>
        </w:rPr>
        <w:t>．（用含</w:t>
      </w:r>
      <w:r>
        <w:rPr>
          <w:rFonts w:ascii="Times New Roman" w:eastAsia="Times New Roman" w:hAnsi="Times New Roman" w:cs="Times New Roman"/>
          <w:i/>
          <w:color w:val="000000"/>
        </w:rPr>
        <w:t>n</w:t>
      </w:r>
      <w:r>
        <w:rPr>
          <w:rFonts w:ascii="宋体" w:eastAsia="宋体" w:hAnsi="宋体" w:cs="宋体"/>
          <w:color w:val="000000"/>
        </w:rPr>
        <w:t>的式子表示）</w:t>
      </w:r>
    </w:p>
    <w:p>
      <w:pPr>
        <w:spacing w:line="360" w:lineRule="auto"/>
        <w:jc w:val="left"/>
        <w:textAlignment w:val="center"/>
        <w:rPr>
          <w:color w:val="000000"/>
        </w:rPr>
      </w:pPr>
      <w:r>
        <w:rPr>
          <w:rFonts w:ascii="宋体" w:eastAsia="宋体" w:hAnsi="宋体" w:cs="宋体"/>
          <w:color w:val="000000"/>
        </w:rPr>
        <w:drawing>
          <wp:inline>
            <wp:extent cx="4324350" cy="771525"/>
            <wp:docPr id="411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 name=""/>
                    <pic:cNvPicPr>
                      <a:picLocks noChangeAspect="1"/>
                    </pic:cNvPicPr>
                  </pic:nvPicPr>
                  <pic:blipFill>
                    <a:blip r:embed="rId458"/>
                    <a:stretch>
                      <a:fillRect/>
                    </a:stretch>
                  </pic:blipFill>
                  <pic:spPr>
                    <a:xfrm>
                      <a:off x="0" y="0"/>
                      <a:ext cx="4324350" cy="771525"/>
                    </a:xfrm>
                    <a:prstGeom prst="rect">
                      <a:avLst/>
                    </a:prstGeom>
                  </pic:spPr>
                </pic:pic>
              </a:graphicData>
            </a:graphic>
          </wp:inline>
        </w:drawing>
      </w:r>
    </w:p>
    <w:p>
      <w:pPr>
        <w:spacing w:line="360" w:lineRule="auto"/>
        <w:textAlignment w:val="center"/>
        <w:rPr>
          <w:rFonts w:ascii="Times New Roman" w:eastAsia="Times New Roman" w:hAnsi="Times New Roman" w:cs="Times New Roman"/>
          <w:i/>
          <w:color w:val="000000"/>
        </w:rPr>
      </w:pPr>
      <w:r>
        <w:rPr>
          <w:color w:val="2E75B6"/>
        </w:rPr>
        <w:t>【答案】</w:t>
      </w:r>
      <w:r>
        <w:rPr>
          <w:color w:val="000000"/>
        </w:rPr>
        <w:t xml:space="preserve">    ①. </w:t>
      </w:r>
      <w:r>
        <w:rPr>
          <w:rFonts w:ascii="Times New Roman" w:eastAsia="Times New Roman" w:hAnsi="Times New Roman" w:cs="Times New Roman"/>
          <w:color w:val="000000"/>
        </w:rPr>
        <w:t>32</w:t>
      </w:r>
      <w:r>
        <w:rPr>
          <w:color w:val="000000"/>
        </w:rPr>
        <w:t xml:space="preserve">    ②. </w:t>
      </w:r>
      <w:r>
        <w:rPr>
          <w:rFonts w:ascii="Times New Roman" w:eastAsia="Times New Roman" w:hAnsi="Times New Roman" w:cs="Times New Roman"/>
          <w:color w:val="000000"/>
        </w:rPr>
        <w:t>3</w:t>
      </w:r>
      <w:r>
        <w:rPr>
          <w:rFonts w:ascii="Times New Roman" w:eastAsia="Times New Roman" w:hAnsi="Times New Roman" w:cs="Times New Roman"/>
          <w:i/>
          <w:color w:val="000000"/>
        </w:rPr>
        <w:t>n</w:t>
      </w:r>
      <w:r>
        <w:rPr>
          <w:rFonts w:ascii="Times New Roman" w:eastAsia="Times New Roman" w:hAnsi="Times New Roman" w:cs="Times New Roman"/>
          <w:color w:val="000000"/>
        </w:rPr>
        <w:t>+2##2+3</w:t>
      </w:r>
      <w:r>
        <w:rPr>
          <w:rFonts w:ascii="Times New Roman" w:eastAsia="Times New Roman" w:hAnsi="Times New Roman" w:cs="Times New Roman"/>
          <w:i/>
          <w:color w:val="000000"/>
        </w:rPr>
        <w:t>n</w:t>
      </w:r>
    </w:p>
    <w:p>
      <w:pPr>
        <w:spacing w:line="360" w:lineRule="auto"/>
        <w:textAlignment w:val="center"/>
        <w:rPr>
          <w:color w:val="000000"/>
        </w:rPr>
      </w:pPr>
      <w:r>
        <w:rPr>
          <w:color w:val="2E75B6"/>
        </w:rPr>
        <w:t>【解析】</w:t>
      </w:r>
    </w:p>
    <w:p>
      <w:pPr>
        <w:spacing w:line="360" w:lineRule="auto"/>
        <w:jc w:val="left"/>
        <w:textAlignment w:val="center"/>
        <w:rPr>
          <w:rFonts w:ascii="宋体" w:eastAsia="宋体" w:hAnsi="宋体" w:cs="宋体"/>
          <w:color w:val="000000"/>
        </w:rPr>
      </w:pPr>
      <w:r>
        <w:rPr>
          <w:color w:val="000000"/>
        </w:rPr>
        <w:t>【分析】</w:t>
      </w:r>
      <w:r>
        <w:rPr>
          <w:rFonts w:ascii="宋体" w:eastAsia="宋体" w:hAnsi="宋体" w:cs="宋体"/>
          <w:color w:val="000000"/>
        </w:rPr>
        <w:t>根据图形的变化规律得出每个图形都比前一个多</w:t>
      </w:r>
      <w:r>
        <w:rPr>
          <w:rFonts w:ascii="Times New Roman" w:eastAsia="Times New Roman" w:hAnsi="Times New Roman" w:cs="Times New Roman"/>
          <w:color w:val="000000"/>
        </w:rPr>
        <w:t>3</w:t>
      </w:r>
      <w:r>
        <w:rPr>
          <w:rFonts w:ascii="宋体" w:eastAsia="宋体" w:hAnsi="宋体" w:cs="宋体"/>
          <w:color w:val="000000"/>
        </w:rPr>
        <w:t>个白色正方形，归纳出第</w:t>
      </w:r>
      <w:r>
        <w:rPr>
          <w:rFonts w:ascii="Times New Roman" w:eastAsia="Times New Roman" w:hAnsi="Times New Roman" w:cs="Times New Roman"/>
          <w:i/>
          <w:color w:val="000000"/>
        </w:rPr>
        <w:t>n</w:t>
      </w:r>
      <w:r>
        <w:rPr>
          <w:rFonts w:ascii="宋体" w:eastAsia="宋体" w:hAnsi="宋体" w:cs="宋体"/>
          <w:color w:val="000000"/>
        </w:rPr>
        <w:t>个图形有</w:t>
      </w:r>
      <w:r>
        <w:rPr>
          <w:rFonts w:ascii="Times New Roman" w:eastAsia="Times New Roman" w:hAnsi="Times New Roman" w:cs="Times New Roman"/>
          <w:color w:val="000000"/>
        </w:rPr>
        <w:t>3</w:t>
      </w:r>
      <w:r>
        <w:rPr>
          <w:rFonts w:ascii="Times New Roman" w:eastAsia="Times New Roman" w:hAnsi="Times New Roman" w:cs="Times New Roman"/>
          <w:i/>
          <w:color w:val="000000"/>
        </w:rPr>
        <w:t>n</w:t>
      </w:r>
      <w:r>
        <w:rPr>
          <w:rFonts w:ascii="Times New Roman" w:eastAsia="Times New Roman" w:hAnsi="Times New Roman" w:cs="Times New Roman"/>
          <w:color w:val="000000"/>
        </w:rPr>
        <w:t>+2</w:t>
      </w:r>
      <w:r>
        <w:rPr>
          <w:rFonts w:ascii="宋体" w:eastAsia="宋体" w:hAnsi="宋体" w:cs="宋体"/>
          <w:color w:val="000000"/>
        </w:rPr>
        <w:t>个白色正方形即可．</w:t>
      </w:r>
    </w:p>
    <w:p>
      <w:pPr>
        <w:spacing w:line="360" w:lineRule="auto"/>
        <w:jc w:val="left"/>
        <w:textAlignment w:val="center"/>
        <w:rPr>
          <w:rFonts w:ascii="宋体" w:eastAsia="宋体" w:hAnsi="宋体" w:cs="宋体"/>
          <w:color w:val="000000"/>
        </w:rPr>
      </w:pPr>
      <w:r>
        <w:rPr>
          <w:color w:val="000000"/>
        </w:rPr>
        <w:t>【详解】</w:t>
      </w:r>
      <w:r>
        <w:rPr>
          <w:rFonts w:ascii="宋体" w:eastAsia="宋体" w:hAnsi="宋体" w:cs="宋体"/>
          <w:color w:val="000000"/>
        </w:rPr>
        <w:t>解：由题知，</w:t>
      </w:r>
    </w:p>
    <w:p>
      <w:pPr>
        <w:spacing w:line="360" w:lineRule="auto"/>
        <w:jc w:val="left"/>
        <w:textAlignment w:val="center"/>
        <w:rPr>
          <w:rFonts w:ascii="宋体" w:eastAsia="宋体" w:hAnsi="宋体" w:cs="宋体"/>
          <w:color w:val="000000"/>
        </w:rPr>
      </w:pPr>
      <w:r>
        <w:rPr>
          <w:rFonts w:ascii="宋体" w:eastAsia="宋体" w:hAnsi="宋体" w:cs="宋体"/>
          <w:color w:val="000000"/>
        </w:rPr>
        <w:t>第</w:t>
      </w:r>
      <w:r>
        <w:rPr>
          <w:rFonts w:ascii="Times New Roman" w:eastAsia="Times New Roman" w:hAnsi="Times New Roman" w:cs="Times New Roman"/>
          <w:color w:val="000000"/>
        </w:rPr>
        <w:t>1</w:t>
      </w:r>
      <w:r>
        <w:rPr>
          <w:rFonts w:ascii="宋体" w:eastAsia="宋体" w:hAnsi="宋体" w:cs="宋体"/>
          <w:color w:val="000000"/>
        </w:rPr>
        <w:t>个图形中白色正方形的个数为</w:t>
      </w:r>
      <w:r>
        <w:rPr>
          <w:rFonts w:ascii="Times New Roman" w:eastAsia="Times New Roman" w:hAnsi="Times New Roman" w:cs="Times New Roman"/>
          <w:color w:val="000000"/>
        </w:rPr>
        <w:t>5=3+2</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第</w:t>
      </w:r>
      <w:r>
        <w:rPr>
          <w:rFonts w:ascii="Times New Roman" w:eastAsia="Times New Roman" w:hAnsi="Times New Roman" w:cs="Times New Roman"/>
          <w:color w:val="000000"/>
        </w:rPr>
        <w:t>2</w:t>
      </w:r>
      <w:r>
        <w:rPr>
          <w:rFonts w:ascii="宋体" w:eastAsia="宋体" w:hAnsi="宋体" w:cs="宋体"/>
          <w:color w:val="000000"/>
        </w:rPr>
        <w:t>个图形中白色正方形的个数为</w:t>
      </w:r>
      <w:r>
        <w:rPr>
          <w:rFonts w:ascii="Times New Roman" w:eastAsia="Times New Roman" w:hAnsi="Times New Roman" w:cs="Times New Roman"/>
          <w:color w:val="000000"/>
        </w:rPr>
        <w:t>8=3×2+2</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第</w:t>
      </w:r>
      <w:r>
        <w:rPr>
          <w:rFonts w:ascii="Times New Roman" w:eastAsia="Times New Roman" w:hAnsi="Times New Roman" w:cs="Times New Roman"/>
          <w:color w:val="000000"/>
        </w:rPr>
        <w:t>3</w:t>
      </w:r>
      <w:r>
        <w:rPr>
          <w:rFonts w:ascii="宋体" w:eastAsia="宋体" w:hAnsi="宋体" w:cs="宋体"/>
          <w:color w:val="000000"/>
        </w:rPr>
        <w:t>个图形中白色正方形的个数为</w:t>
      </w:r>
      <w:r>
        <w:rPr>
          <w:rFonts w:ascii="Times New Roman" w:eastAsia="Times New Roman" w:hAnsi="Times New Roman" w:cs="Times New Roman"/>
          <w:color w:val="000000"/>
        </w:rPr>
        <w:t>11=3×3+2</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第</w:t>
      </w:r>
      <w:r>
        <w:rPr>
          <w:rFonts w:ascii="Times New Roman" w:eastAsia="Times New Roman" w:hAnsi="Times New Roman" w:cs="Times New Roman"/>
          <w:color w:val="000000"/>
        </w:rPr>
        <w:t>10</w:t>
      </w:r>
      <w:r>
        <w:rPr>
          <w:rFonts w:ascii="宋体" w:eastAsia="宋体" w:hAnsi="宋体" w:cs="宋体"/>
          <w:color w:val="000000"/>
        </w:rPr>
        <w:t>个图形中白色正方形的个数为</w:t>
      </w:r>
      <w:r>
        <w:rPr>
          <w:rFonts w:ascii="Times New Roman" w:eastAsia="Times New Roman" w:hAnsi="Times New Roman" w:cs="Times New Roman"/>
          <w:color w:val="000000"/>
        </w:rPr>
        <w:t>3×10+2=32</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第</w:t>
      </w:r>
      <w:r>
        <w:rPr>
          <w:rFonts w:ascii="Times New Roman" w:eastAsia="Times New Roman" w:hAnsi="Times New Roman" w:cs="Times New Roman"/>
          <w:i/>
          <w:color w:val="000000"/>
        </w:rPr>
        <w:t>n</w:t>
      </w:r>
      <w:r>
        <w:rPr>
          <w:rFonts w:ascii="宋体" w:eastAsia="宋体" w:hAnsi="宋体" w:cs="宋体"/>
          <w:color w:val="000000"/>
        </w:rPr>
        <w:t>个图形中白色正方形的个数为</w:t>
      </w:r>
      <w:r>
        <w:rPr>
          <w:rFonts w:ascii="Times New Roman" w:eastAsia="Times New Roman" w:hAnsi="Times New Roman" w:cs="Times New Roman"/>
          <w:color w:val="000000"/>
        </w:rPr>
        <w:t>3</w:t>
      </w:r>
      <w:r>
        <w:rPr>
          <w:rFonts w:ascii="Times New Roman" w:eastAsia="Times New Roman" w:hAnsi="Times New Roman" w:cs="Times New Roman"/>
          <w:i/>
          <w:color w:val="000000"/>
        </w:rPr>
        <w:t>n</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故答案为：</w:t>
      </w:r>
      <w:r>
        <w:rPr>
          <w:rFonts w:ascii="Times New Roman" w:eastAsia="Times New Roman" w:hAnsi="Times New Roman" w:cs="Times New Roman"/>
          <w:color w:val="000000"/>
        </w:rPr>
        <w:t>32</w:t>
      </w:r>
      <w:r>
        <w:rPr>
          <w:rFonts w:ascii="宋体" w:eastAsia="宋体" w:hAnsi="宋体" w:cs="宋体"/>
          <w:color w:val="000000"/>
        </w:rPr>
        <w:t>，</w:t>
      </w:r>
      <w:r>
        <w:rPr>
          <w:rFonts w:ascii="Times New Roman" w:eastAsia="Times New Roman" w:hAnsi="Times New Roman" w:cs="Times New Roman"/>
          <w:color w:val="000000"/>
        </w:rPr>
        <w:t>3</w:t>
      </w:r>
      <w:r>
        <w:rPr>
          <w:rFonts w:ascii="Times New Roman" w:eastAsia="Times New Roman" w:hAnsi="Times New Roman" w:cs="Times New Roman"/>
          <w:i/>
          <w:color w:val="000000"/>
        </w:rPr>
        <w:t>n</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color w:val="000000"/>
        </w:rPr>
        <w:t>【点睛】</w:t>
      </w:r>
      <w:r>
        <w:rPr>
          <w:rFonts w:ascii="宋体" w:eastAsia="宋体" w:hAnsi="宋体" w:cs="宋体"/>
          <w:color w:val="000000"/>
        </w:rPr>
        <w:t>本题主要考查了图形的变化规律，根据图形的变化归纳出第</w:t>
      </w:r>
      <w:r>
        <w:rPr>
          <w:rFonts w:ascii="Times New Roman" w:eastAsia="Times New Roman" w:hAnsi="Times New Roman" w:cs="Times New Roman"/>
          <w:i/>
          <w:color w:val="000000"/>
        </w:rPr>
        <w:t>n</w:t>
      </w:r>
      <w:r>
        <w:rPr>
          <w:rFonts w:ascii="宋体" w:eastAsia="宋体" w:hAnsi="宋体" w:cs="宋体"/>
          <w:color w:val="000000"/>
        </w:rPr>
        <w:t>个图形有</w:t>
      </w:r>
      <w:r>
        <w:rPr>
          <w:rFonts w:ascii="Times New Roman" w:eastAsia="Times New Roman" w:hAnsi="Times New Roman" w:cs="Times New Roman"/>
          <w:color w:val="000000"/>
        </w:rPr>
        <w:t>3</w:t>
      </w:r>
      <w:r>
        <w:rPr>
          <w:rFonts w:ascii="Times New Roman" w:eastAsia="Times New Roman" w:hAnsi="Times New Roman" w:cs="Times New Roman"/>
          <w:i/>
          <w:color w:val="000000"/>
        </w:rPr>
        <w:t>n</w:t>
      </w:r>
      <w:r>
        <w:rPr>
          <w:rFonts w:ascii="Times New Roman" w:eastAsia="Times New Roman" w:hAnsi="Times New Roman" w:cs="Times New Roman"/>
          <w:color w:val="000000"/>
        </w:rPr>
        <w:t>+2</w:t>
      </w:r>
      <w:r>
        <w:rPr>
          <w:rFonts w:ascii="宋体" w:eastAsia="宋体" w:hAnsi="宋体" w:cs="宋体"/>
          <w:color w:val="000000"/>
        </w:rPr>
        <w:t>个白色正方形是解题的关键．</w:t>
      </w:r>
    </w:p>
    <w:p>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t>三、解答题：第</w:t>
      </w:r>
      <w:r>
        <w:rPr>
          <w:rFonts w:ascii="Times New Roman" w:eastAsia="Times New Roman" w:hAnsi="Times New Roman" w:cs="Times New Roman"/>
          <w:b/>
          <w:color w:val="000000"/>
          <w:sz w:val="24"/>
        </w:rPr>
        <w:t>21</w:t>
      </w:r>
      <w:r>
        <w:rPr>
          <w:rFonts w:ascii="宋体" w:eastAsia="宋体" w:hAnsi="宋体" w:cs="宋体"/>
          <w:b/>
          <w:color w:val="000000"/>
          <w:sz w:val="24"/>
        </w:rPr>
        <w:t>、</w:t>
      </w:r>
      <w:r>
        <w:rPr>
          <w:rFonts w:ascii="Times New Roman" w:eastAsia="Times New Roman" w:hAnsi="Times New Roman" w:cs="Times New Roman"/>
          <w:b/>
          <w:color w:val="000000"/>
          <w:sz w:val="24"/>
        </w:rPr>
        <w:t>22</w:t>
      </w:r>
      <w:r>
        <w:rPr>
          <w:rFonts w:ascii="宋体" w:eastAsia="宋体" w:hAnsi="宋体" w:cs="宋体"/>
          <w:b/>
          <w:color w:val="000000"/>
          <w:sz w:val="24"/>
        </w:rPr>
        <w:t>、</w:t>
      </w:r>
      <w:r>
        <w:rPr>
          <w:rFonts w:ascii="Times New Roman" w:eastAsia="Times New Roman" w:hAnsi="Times New Roman" w:cs="Times New Roman"/>
          <w:b/>
          <w:color w:val="000000"/>
          <w:sz w:val="24"/>
        </w:rPr>
        <w:t>24</w:t>
      </w:r>
      <w:r>
        <w:rPr>
          <w:rFonts w:ascii="宋体" w:eastAsia="宋体" w:hAnsi="宋体" w:cs="宋体"/>
          <w:b/>
          <w:color w:val="000000"/>
          <w:sz w:val="24"/>
        </w:rPr>
        <w:t>题中每小题</w:t>
      </w:r>
      <w:r>
        <w:rPr>
          <w:rFonts w:ascii="Times New Roman" w:eastAsia="Times New Roman" w:hAnsi="Times New Roman" w:cs="Times New Roman"/>
          <w:b/>
          <w:color w:val="000000"/>
          <w:sz w:val="24"/>
        </w:rPr>
        <w:t>24</w:t>
      </w:r>
      <w:r>
        <w:rPr>
          <w:rFonts w:ascii="宋体" w:eastAsia="宋体" w:hAnsi="宋体" w:cs="宋体"/>
          <w:b/>
          <w:color w:val="000000"/>
          <w:sz w:val="24"/>
        </w:rPr>
        <w:t>分，</w:t>
      </w:r>
      <w:r>
        <w:rPr>
          <w:rFonts w:ascii="Times New Roman" w:eastAsia="Times New Roman" w:hAnsi="Times New Roman" w:cs="Times New Roman"/>
          <w:b/>
          <w:color w:val="000000"/>
          <w:sz w:val="24"/>
        </w:rPr>
        <w:t>23</w:t>
      </w:r>
      <w:r>
        <w:rPr>
          <w:rFonts w:ascii="宋体" w:eastAsia="宋体" w:hAnsi="宋体" w:cs="宋体"/>
          <w:b/>
          <w:color w:val="000000"/>
          <w:sz w:val="24"/>
        </w:rPr>
        <w:t>题</w:t>
      </w:r>
      <w:r>
        <w:rPr>
          <w:rFonts w:ascii="Times New Roman" w:eastAsia="Times New Roman" w:hAnsi="Times New Roman" w:cs="Times New Roman"/>
          <w:b/>
          <w:color w:val="000000"/>
          <w:sz w:val="24"/>
        </w:rPr>
        <w:t>5</w:t>
      </w:r>
      <w:r>
        <w:rPr>
          <w:rFonts w:ascii="宋体" w:eastAsia="宋体" w:hAnsi="宋体" w:cs="宋体"/>
          <w:b/>
          <w:color w:val="000000"/>
          <w:sz w:val="24"/>
        </w:rPr>
        <w:t>分，共</w:t>
      </w:r>
      <w:r>
        <w:rPr>
          <w:rFonts w:ascii="Times New Roman" w:eastAsia="Times New Roman" w:hAnsi="Times New Roman" w:cs="Times New Roman"/>
          <w:b/>
          <w:color w:val="000000"/>
          <w:sz w:val="24"/>
        </w:rPr>
        <w:t>45</w:t>
      </w:r>
      <w:r>
        <w:rPr>
          <w:rFonts w:ascii="宋体" w:eastAsia="宋体" w:hAnsi="宋体" w:cs="宋体"/>
          <w:b/>
          <w:color w:val="000000"/>
          <w:sz w:val="24"/>
        </w:rPr>
        <w:t>分．</w:t>
      </w:r>
    </w:p>
    <w:p>
      <w:pPr>
        <w:pStyle w:val="Heading2"/>
      </w:pPr>
      <w:r>
        <w:t>铁路第二中学</w:t>
      </w:r>
    </w:p>
    <w:p>
      <w:pPr>
        <w:spacing w:line="360" w:lineRule="auto"/>
        <w:jc w:val="left"/>
        <w:textAlignment w:val="center"/>
        <w:rPr>
          <w:color w:val="000000"/>
        </w:rPr>
      </w:pPr>
      <w:r>
        <w:rPr>
          <w:color w:val="000000"/>
        </w:rPr>
        <w:t xml:space="preserve">18. </w:t>
      </w:r>
      <w:r>
        <w:rPr>
          <w:rFonts w:ascii="宋体" w:eastAsia="宋体" w:hAnsi="宋体" w:cs="宋体"/>
          <w:color w:val="000000"/>
        </w:rPr>
        <w:t>图纸上一个零件的标注为</w:t>
      </w:r>
      <w:r>
        <w:pict>
          <v:shape id="_x0000_i721399" type="#_x0000_t75" alt="学科网(www.zxxk.com)--教育资源门户，提供试卷、教案、课件、论文、素材以及各类教学资源下载，还有大量而丰富的教学相关资讯！" style="width:42pt;height:19.05pt" o:oleicon="f" o:ole="">
            <v:imagedata r:id="rId460" o:title="eqId5fce551fecb833ce7746785762f9d6c8"/>
          </v:shape>
        </w:pict>
      </w:r>
      <w:r>
        <w:rPr>
          <w:rFonts w:ascii="宋体" w:eastAsia="宋体" w:hAnsi="宋体" w:cs="宋体"/>
          <w:color w:val="000000"/>
        </w:rPr>
        <w:t>表示这个零件直径的标准尺寸是</w:t>
      </w:r>
      <w:r>
        <w:rPr>
          <w:rFonts w:ascii="Times New Roman" w:eastAsia="Times New Roman" w:hAnsi="Times New Roman" w:cs="Times New Roman"/>
          <w:color w:val="000000"/>
        </w:rPr>
        <w:t>30</w:t>
      </w:r>
      <w:r>
        <w:rPr>
          <w:rFonts w:ascii="Times New Roman" w:eastAsia="Times New Roman" w:hAnsi="Times New Roman" w:cs="Times New Roman"/>
          <w:i/>
          <w:color w:val="000000"/>
        </w:rPr>
        <w:t>mm</w:t>
      </w:r>
      <w:r>
        <w:rPr>
          <w:rFonts w:ascii="宋体" w:eastAsia="宋体" w:hAnsi="宋体" w:cs="宋体"/>
          <w:color w:val="000000"/>
        </w:rPr>
        <w:t>，实际合格产品的直径最小可以是</w:t>
      </w:r>
      <w:r>
        <w:rPr>
          <w:rFonts w:ascii="Times New Roman" w:eastAsia="Times New Roman" w:hAnsi="Times New Roman" w:cs="Times New Roman"/>
          <w:color w:val="000000"/>
        </w:rPr>
        <w:t>29.98</w:t>
      </w:r>
      <w:r>
        <w:rPr>
          <w:rFonts w:ascii="Times New Roman" w:eastAsia="Times New Roman" w:hAnsi="Times New Roman" w:cs="Times New Roman"/>
          <w:i/>
          <w:color w:val="000000"/>
        </w:rPr>
        <w:t>mm</w:t>
      </w:r>
      <w:r>
        <w:rPr>
          <w:rFonts w:ascii="宋体" w:eastAsia="宋体" w:hAnsi="宋体" w:cs="宋体"/>
          <w:color w:val="000000"/>
        </w:rPr>
        <w:t>，最大可以是</w:t>
      </w:r>
      <w:r>
        <w:rPr>
          <w:color w:val="000000"/>
        </w:rPr>
        <w:t>________</w:t>
      </w:r>
      <w:r>
        <w:rPr>
          <w:rFonts w:ascii="Times New Roman" w:eastAsia="Times New Roman" w:hAnsi="Times New Roman" w:cs="Times New Roman"/>
          <w:i/>
          <w:color w:val="000000"/>
        </w:rPr>
        <w:t>mm</w:t>
      </w:r>
      <w:r>
        <w:rPr>
          <w:rFonts w:ascii="宋体" w:eastAsia="宋体" w:hAnsi="宋体" w:cs="宋体"/>
          <w:color w:val="000000"/>
        </w:rPr>
        <w:t>，现有另一零件的标注为</w:t>
      </w:r>
      <w:r>
        <w:rPr>
          <w:rFonts w:ascii="宋体" w:eastAsia="宋体" w:hAnsi="宋体" w:cs="宋体"/>
          <w:color w:val="000000"/>
        </w:rPr>
        <w:drawing>
          <wp:inline>
            <wp:extent cx="523875" cy="238125"/>
            <wp:docPr id="411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4" name=""/>
                    <pic:cNvPicPr>
                      <a:picLocks noChangeAspect="1"/>
                    </pic:cNvPicPr>
                  </pic:nvPicPr>
                  <pic:blipFill>
                    <a:blip r:embed="rId459"/>
                    <a:stretch>
                      <a:fillRect/>
                    </a:stretch>
                  </pic:blipFill>
                  <pic:spPr>
                    <a:xfrm>
                      <a:off x="0" y="0"/>
                      <a:ext cx="523875" cy="238125"/>
                    </a:xfrm>
                    <a:prstGeom prst="rect">
                      <a:avLst/>
                    </a:prstGeom>
                  </pic:spPr>
                </pic:pic>
              </a:graphicData>
            </a:graphic>
          </wp:inline>
        </w:drawing>
      </w:r>
      <w:r>
        <w:rPr>
          <w:rFonts w:ascii="宋体" w:eastAsia="宋体" w:hAnsi="宋体" w:cs="宋体"/>
          <w:color w:val="000000"/>
        </w:rPr>
        <w:t xml:space="preserve"> 其零件直径的标准尺寸有些模糊，已知该零件的七个合格产品，直径尺寸分别为</w:t>
      </w:r>
      <w:r>
        <w:rPr>
          <w:rFonts w:ascii="Times New Roman" w:eastAsia="Times New Roman" w:hAnsi="Times New Roman" w:cs="Times New Roman"/>
          <w:color w:val="000000"/>
        </w:rPr>
        <w:t>73.1</w:t>
      </w:r>
      <w:r>
        <w:rPr>
          <w:rFonts w:ascii="Times New Roman" w:eastAsia="Times New Roman" w:hAnsi="Times New Roman" w:cs="Times New Roman"/>
          <w:i/>
          <w:color w:val="000000"/>
        </w:rPr>
        <w:t>mm</w:t>
      </w:r>
      <w:r>
        <w:rPr>
          <w:rFonts w:ascii="宋体" w:eastAsia="宋体" w:hAnsi="宋体" w:cs="宋体"/>
          <w:color w:val="000000"/>
        </w:rPr>
        <w:t>，</w:t>
      </w:r>
      <w:r>
        <w:rPr>
          <w:rFonts w:ascii="Times New Roman" w:eastAsia="Times New Roman" w:hAnsi="Times New Roman" w:cs="Times New Roman"/>
          <w:color w:val="000000"/>
        </w:rPr>
        <w:t>72.7</w:t>
      </w:r>
      <w:r>
        <w:rPr>
          <w:rFonts w:ascii="Times New Roman" w:eastAsia="Times New Roman" w:hAnsi="Times New Roman" w:cs="Times New Roman"/>
          <w:i/>
          <w:color w:val="000000"/>
        </w:rPr>
        <w:t>mm</w:t>
      </w:r>
      <w:r>
        <w:rPr>
          <w:rFonts w:ascii="宋体" w:eastAsia="宋体" w:hAnsi="宋体" w:cs="宋体"/>
          <w:color w:val="000000"/>
        </w:rPr>
        <w:t>，</w:t>
      </w:r>
      <w:r>
        <w:rPr>
          <w:rFonts w:ascii="Times New Roman" w:eastAsia="Times New Roman" w:hAnsi="Times New Roman" w:cs="Times New Roman"/>
          <w:color w:val="000000"/>
        </w:rPr>
        <w:t>72.8</w:t>
      </w:r>
      <w:r>
        <w:rPr>
          <w:rFonts w:ascii="Times New Roman" w:eastAsia="Times New Roman" w:hAnsi="Times New Roman" w:cs="Times New Roman"/>
          <w:i/>
          <w:color w:val="000000"/>
        </w:rPr>
        <w:t>mm</w:t>
      </w:r>
      <w:r>
        <w:rPr>
          <w:rFonts w:ascii="宋体" w:eastAsia="宋体" w:hAnsi="宋体" w:cs="宋体"/>
          <w:color w:val="000000"/>
        </w:rPr>
        <w:t>，</w:t>
      </w:r>
      <w:r>
        <w:rPr>
          <w:rFonts w:ascii="Times New Roman" w:eastAsia="Times New Roman" w:hAnsi="Times New Roman" w:cs="Times New Roman"/>
          <w:color w:val="000000"/>
        </w:rPr>
        <w:t>73.2</w:t>
      </w:r>
      <w:r>
        <w:rPr>
          <w:rFonts w:ascii="Times New Roman" w:eastAsia="Times New Roman" w:hAnsi="Times New Roman" w:cs="Times New Roman"/>
          <w:i/>
          <w:color w:val="000000"/>
        </w:rPr>
        <w:t>mm</w:t>
      </w:r>
      <w:r>
        <w:rPr>
          <w:rFonts w:ascii="宋体" w:eastAsia="宋体" w:hAnsi="宋体" w:cs="宋体"/>
          <w:color w:val="000000"/>
        </w:rPr>
        <w:t>，</w:t>
      </w:r>
      <w:r>
        <w:rPr>
          <w:rFonts w:ascii="Times New Roman" w:eastAsia="Times New Roman" w:hAnsi="Times New Roman" w:cs="Times New Roman"/>
          <w:color w:val="000000"/>
        </w:rPr>
        <w:t>72.9</w:t>
      </w:r>
      <w:r>
        <w:rPr>
          <w:rFonts w:ascii="Times New Roman" w:eastAsia="Times New Roman" w:hAnsi="Times New Roman" w:cs="Times New Roman"/>
          <w:i/>
          <w:color w:val="000000"/>
        </w:rPr>
        <w:t>mm</w:t>
      </w:r>
      <w:r>
        <w:rPr>
          <w:rFonts w:ascii="宋体" w:eastAsia="宋体" w:hAnsi="宋体" w:cs="宋体"/>
          <w:color w:val="000000"/>
        </w:rPr>
        <w:t>，</w:t>
      </w:r>
      <w:r>
        <w:rPr>
          <w:rFonts w:ascii="Times New Roman" w:eastAsia="Times New Roman" w:hAnsi="Times New Roman" w:cs="Times New Roman"/>
          <w:color w:val="000000"/>
        </w:rPr>
        <w:t>73.3</w:t>
      </w:r>
      <w:r>
        <w:rPr>
          <w:rFonts w:ascii="Times New Roman" w:eastAsia="Times New Roman" w:hAnsi="Times New Roman" w:cs="Times New Roman"/>
          <w:i/>
          <w:color w:val="000000"/>
        </w:rPr>
        <w:t>mm</w:t>
      </w:r>
      <w:r>
        <w:rPr>
          <w:rFonts w:ascii="宋体" w:eastAsia="宋体" w:hAnsi="宋体" w:cs="宋体"/>
          <w:color w:val="000000"/>
        </w:rPr>
        <w:t>，</w:t>
      </w:r>
      <w:r>
        <w:rPr>
          <w:rFonts w:ascii="Times New Roman" w:eastAsia="Times New Roman" w:hAnsi="Times New Roman" w:cs="Times New Roman"/>
          <w:color w:val="000000"/>
        </w:rPr>
        <w:t>72.6</w:t>
      </w:r>
      <w:r>
        <w:rPr>
          <w:rFonts w:ascii="Times New Roman" w:eastAsia="Times New Roman" w:hAnsi="Times New Roman" w:cs="Times New Roman"/>
          <w:i/>
          <w:color w:val="000000"/>
        </w:rPr>
        <w:t>mm</w:t>
      </w:r>
      <w:r>
        <w:rPr>
          <w:rFonts w:ascii="宋体" w:eastAsia="宋体" w:hAnsi="宋体" w:cs="宋体"/>
          <w:color w:val="000000"/>
        </w:rPr>
        <w:t>，则该零件的标准尺寸可能是</w:t>
      </w:r>
      <w:r>
        <w:rPr>
          <w:color w:val="000000"/>
        </w:rPr>
        <w:t>_____</w:t>
      </w:r>
      <w:r>
        <w:rPr>
          <w:rFonts w:ascii="Times New Roman" w:eastAsia="Times New Roman" w:hAnsi="Times New Roman" w:cs="Times New Roman"/>
          <w:i/>
          <w:color w:val="000000"/>
        </w:rPr>
        <w:t>mm</w:t>
      </w:r>
      <w:r>
        <w:rPr>
          <w:rFonts w:ascii="宋体" w:eastAsia="宋体" w:hAnsi="宋体" w:cs="宋体"/>
          <w:color w:val="000000"/>
        </w:rPr>
        <w:t>（写出一个满足条件的尺寸，结果保留一位小数）．</w:t>
      </w:r>
    </w:p>
    <w:p>
      <w:pPr>
        <w:spacing w:line="360" w:lineRule="auto"/>
        <w:textAlignment w:val="center"/>
        <w:rPr>
          <w:color w:val="000000"/>
        </w:rPr>
      </w:pPr>
      <w:r>
        <w:rPr>
          <w:color w:val="2E75B6"/>
        </w:rPr>
        <w:t>【答案】</w:t>
      </w:r>
      <w:r>
        <w:rPr>
          <w:color w:val="000000"/>
        </w:rPr>
        <w:t xml:space="preserve">    ①. </w:t>
      </w:r>
      <w:r>
        <w:rPr>
          <w:rFonts w:ascii="Times New Roman" w:eastAsia="Times New Roman" w:hAnsi="Times New Roman" w:cs="Times New Roman"/>
          <w:color w:val="000000"/>
        </w:rPr>
        <w:t>30.03</w:t>
      </w:r>
      <w:r>
        <w:rPr>
          <w:color w:val="000000"/>
        </w:rPr>
        <w:t xml:space="preserve">    ②. </w:t>
      </w:r>
      <w:r>
        <w:rPr>
          <w:rFonts w:ascii="Times New Roman" w:eastAsia="Times New Roman" w:hAnsi="Times New Roman" w:cs="Times New Roman"/>
          <w:color w:val="000000"/>
        </w:rPr>
        <w:t>72.9</w:t>
      </w:r>
      <w:r>
        <w:rPr>
          <w:rFonts w:ascii="宋体" w:eastAsia="宋体" w:hAnsi="宋体" w:cs="宋体"/>
          <w:color w:val="000000"/>
        </w:rPr>
        <w:t>（答案不唯一）</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审清题意，明确正数和负数表示的意义，根据题意作答．</w:t>
      </w:r>
    </w:p>
    <w:p>
      <w:pPr>
        <w:spacing w:line="360" w:lineRule="auto"/>
        <w:jc w:val="left"/>
        <w:textAlignment w:val="center"/>
        <w:rPr>
          <w:color w:val="000000"/>
        </w:rPr>
      </w:pPr>
      <w:r>
        <w:rPr>
          <w:color w:val="000000"/>
        </w:rPr>
        <w:t>【详解】</w:t>
      </w:r>
      <w:r>
        <w:rPr>
          <w:rFonts w:ascii="宋体" w:eastAsia="宋体" w:hAnsi="宋体" w:cs="宋体"/>
          <w:color w:val="000000"/>
        </w:rPr>
        <w:t>由题意得：这个零件的直径尺寸超过标准尺寸时记为正，低于标准尺寸时记为负，所以最大尺寸为</w:t>
      </w:r>
      <w:r>
        <w:rPr>
          <w:rFonts w:ascii="Times New Roman" w:eastAsia="Times New Roman" w:hAnsi="Times New Roman" w:cs="Times New Roman"/>
          <w:color w:val="000000"/>
        </w:rPr>
        <w:t>30</w:t>
      </w:r>
      <w:r>
        <w:rPr>
          <w:rFonts w:ascii="宋体" w:eastAsia="宋体" w:hAnsi="宋体" w:cs="宋体"/>
          <w:color w:val="000000"/>
        </w:rPr>
        <w:t>＋</w:t>
      </w:r>
      <w:r>
        <w:rPr>
          <w:rFonts w:ascii="Times New Roman" w:eastAsia="Times New Roman" w:hAnsi="Times New Roman" w:cs="Times New Roman"/>
          <w:color w:val="000000"/>
        </w:rPr>
        <w:t>0.03</w:t>
      </w:r>
      <w:r>
        <w:rPr>
          <w:rFonts w:ascii="宋体" w:eastAsia="宋体" w:hAnsi="宋体" w:cs="宋体"/>
          <w:color w:val="000000"/>
        </w:rPr>
        <w:t>＝</w:t>
      </w:r>
      <w:r>
        <w:rPr>
          <w:rFonts w:ascii="Times New Roman" w:eastAsia="Times New Roman" w:hAnsi="Times New Roman" w:cs="Times New Roman"/>
          <w:color w:val="000000"/>
        </w:rPr>
        <w:t>30.03</w:t>
      </w:r>
      <w:r>
        <w:rPr>
          <w:rFonts w:ascii="Times New Roman" w:eastAsia="Times New Roman" w:hAnsi="Times New Roman" w:cs="Times New Roman"/>
          <w:i/>
          <w:color w:val="000000"/>
        </w:rPr>
        <w:t>mm</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给出的七个合格产品尺寸最大为</w:t>
      </w:r>
      <w:r>
        <w:rPr>
          <w:rFonts w:ascii="Times New Roman" w:eastAsia="Times New Roman" w:hAnsi="Times New Roman" w:cs="Times New Roman"/>
          <w:color w:val="000000"/>
        </w:rPr>
        <w:t>73.3</w:t>
      </w:r>
      <w:r>
        <w:rPr>
          <w:rFonts w:ascii="Times New Roman" w:eastAsia="Times New Roman" w:hAnsi="Times New Roman" w:cs="Times New Roman"/>
          <w:i/>
          <w:color w:val="000000"/>
        </w:rPr>
        <w:t>mm</w:t>
      </w:r>
      <w:r>
        <w:rPr>
          <w:rFonts w:ascii="宋体" w:eastAsia="宋体" w:hAnsi="宋体" w:cs="宋体"/>
          <w:color w:val="000000"/>
        </w:rPr>
        <w:t>，最小尺寸为</w:t>
      </w:r>
      <w:r>
        <w:rPr>
          <w:rFonts w:ascii="Times New Roman" w:eastAsia="Times New Roman" w:hAnsi="Times New Roman" w:cs="Times New Roman"/>
          <w:color w:val="000000"/>
        </w:rPr>
        <w:t>72.6</w:t>
      </w:r>
      <w:r>
        <w:rPr>
          <w:rFonts w:ascii="Times New Roman" w:eastAsia="Times New Roman" w:hAnsi="Times New Roman" w:cs="Times New Roman"/>
          <w:i/>
          <w:color w:val="000000"/>
        </w:rPr>
        <w:t>mm</w:t>
      </w:r>
      <w:r>
        <w:rPr>
          <w:rFonts w:ascii="宋体" w:eastAsia="宋体" w:hAnsi="宋体" w:cs="宋体"/>
          <w:color w:val="000000"/>
        </w:rPr>
        <w:t>，所以标准尺寸在</w:t>
      </w:r>
      <w:r>
        <w:rPr>
          <w:rFonts w:ascii="Times New Roman" w:eastAsia="Times New Roman" w:hAnsi="Times New Roman" w:cs="Times New Roman"/>
          <w:color w:val="000000"/>
        </w:rPr>
        <w:t>73.3−0.4</w:t>
      </w:r>
      <w:r>
        <w:rPr>
          <w:rFonts w:ascii="宋体" w:eastAsia="宋体" w:hAnsi="宋体" w:cs="宋体"/>
          <w:color w:val="000000"/>
        </w:rPr>
        <w:t>＝</w:t>
      </w:r>
      <w:r>
        <w:rPr>
          <w:rFonts w:ascii="Times New Roman" w:eastAsia="Times New Roman" w:hAnsi="Times New Roman" w:cs="Times New Roman"/>
          <w:color w:val="000000"/>
        </w:rPr>
        <w:t>72.9</w:t>
      </w:r>
      <w:r>
        <w:rPr>
          <w:rFonts w:ascii="Times New Roman" w:eastAsia="Times New Roman" w:hAnsi="Times New Roman" w:cs="Times New Roman"/>
          <w:i/>
          <w:color w:val="000000"/>
        </w:rPr>
        <w:t>mm</w:t>
      </w:r>
      <w:r>
        <w:rPr>
          <w:rFonts w:ascii="宋体" w:eastAsia="宋体" w:hAnsi="宋体" w:cs="宋体"/>
          <w:color w:val="000000"/>
        </w:rPr>
        <w:t>和</w:t>
      </w:r>
      <w:r>
        <w:rPr>
          <w:rFonts w:ascii="Times New Roman" w:eastAsia="Times New Roman" w:hAnsi="Times New Roman" w:cs="Times New Roman"/>
          <w:color w:val="000000"/>
        </w:rPr>
        <w:t>72.6</w:t>
      </w:r>
      <w:r>
        <w:rPr>
          <w:rFonts w:ascii="宋体" w:eastAsia="宋体" w:hAnsi="宋体" w:cs="宋体"/>
          <w:color w:val="000000"/>
        </w:rPr>
        <w:t>＋</w:t>
      </w:r>
      <w:r>
        <w:rPr>
          <w:rFonts w:ascii="Times New Roman" w:eastAsia="Times New Roman" w:hAnsi="Times New Roman" w:cs="Times New Roman"/>
          <w:color w:val="000000"/>
        </w:rPr>
        <w:t>0.6</w:t>
      </w:r>
      <w:r>
        <w:rPr>
          <w:rFonts w:ascii="宋体" w:eastAsia="宋体" w:hAnsi="宋体" w:cs="宋体"/>
          <w:color w:val="000000"/>
        </w:rPr>
        <w:t>＝</w:t>
      </w:r>
      <w:r>
        <w:rPr>
          <w:rFonts w:ascii="Times New Roman" w:eastAsia="Times New Roman" w:hAnsi="Times New Roman" w:cs="Times New Roman"/>
          <w:color w:val="000000"/>
        </w:rPr>
        <w:t>73.2</w:t>
      </w:r>
      <w:r>
        <w:rPr>
          <w:rFonts w:ascii="Times New Roman" w:eastAsia="Times New Roman" w:hAnsi="Times New Roman" w:cs="Times New Roman"/>
          <w:i/>
          <w:color w:val="000000"/>
        </w:rPr>
        <w:t>mm</w:t>
      </w:r>
      <w:r>
        <w:rPr>
          <w:rFonts w:ascii="宋体" w:eastAsia="宋体" w:hAnsi="宋体" w:cs="宋体"/>
          <w:color w:val="000000"/>
        </w:rPr>
        <w:t>之间．</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30.03</w:t>
      </w:r>
      <w:r>
        <w:rPr>
          <w:rFonts w:ascii="Times New Roman" w:eastAsia="Times New Roman" w:hAnsi="Times New Roman" w:cs="Times New Roman"/>
          <w:i/>
          <w:color w:val="000000"/>
        </w:rPr>
        <w:t>mm</w:t>
      </w:r>
      <w:r>
        <w:rPr>
          <w:rFonts w:ascii="宋体" w:eastAsia="宋体" w:hAnsi="宋体" w:cs="宋体"/>
          <w:color w:val="000000"/>
        </w:rPr>
        <w:t>；</w:t>
      </w:r>
      <w:r>
        <w:rPr>
          <w:rFonts w:ascii="Times New Roman" w:eastAsia="Times New Roman" w:hAnsi="Times New Roman" w:cs="Times New Roman"/>
          <w:color w:val="000000"/>
        </w:rPr>
        <w:t>72.9</w:t>
      </w:r>
      <w:r>
        <w:rPr>
          <w:rFonts w:ascii="宋体" w:eastAsia="宋体" w:hAnsi="宋体" w:cs="宋体"/>
          <w:color w:val="000000"/>
        </w:rPr>
        <w:t>（答案不唯一）．</w:t>
      </w:r>
    </w:p>
    <w:p>
      <w:pPr>
        <w:spacing w:line="360" w:lineRule="auto"/>
        <w:jc w:val="left"/>
        <w:textAlignment w:val="center"/>
        <w:rPr>
          <w:color w:val="000000"/>
        </w:rPr>
      </w:pPr>
      <w:r>
        <w:rPr>
          <w:color w:val="000000"/>
        </w:rPr>
        <w:t>【点睛】</w:t>
      </w:r>
      <w:r>
        <w:rPr>
          <w:rFonts w:ascii="宋体" w:eastAsia="宋体" w:hAnsi="宋体" w:cs="宋体"/>
          <w:color w:val="000000"/>
        </w:rPr>
        <w:t>本题考查了正负数的意义，解题关键在于仔细审题，找出符合条件的区间，并取合适的值．</w:t>
      </w:r>
    </w:p>
    <w:p>
      <w:pPr>
        <w:spacing w:line="480" w:lineRule="auto"/>
        <w:jc w:val="left"/>
        <w:textAlignment w:val="center"/>
        <w:rPr>
          <w:color w:val="000000"/>
        </w:rPr>
      </w:pPr>
      <w:r>
        <w:rPr>
          <w:rFonts w:ascii="宋体" w:eastAsia="宋体" w:hAnsi="宋体" w:cs="宋体"/>
          <w:b/>
          <w:color w:val="000000"/>
          <w:sz w:val="24"/>
        </w:rPr>
        <w:t>三、解答题（本题共</w:t>
      </w:r>
      <w:r>
        <w:rPr>
          <w:rFonts w:ascii="Times New Roman" w:eastAsia="Times New Roman" w:hAnsi="Times New Roman" w:cs="Times New Roman"/>
          <w:b/>
          <w:color w:val="000000"/>
          <w:sz w:val="24"/>
        </w:rPr>
        <w:t>51</w:t>
      </w:r>
      <w:r>
        <w:rPr>
          <w:rFonts w:ascii="宋体" w:eastAsia="宋体" w:hAnsi="宋体" w:cs="宋体"/>
          <w:b/>
          <w:color w:val="000000"/>
          <w:sz w:val="24"/>
        </w:rPr>
        <w:t>分，</w:t>
      </w:r>
      <w:r>
        <w:rPr>
          <w:rFonts w:ascii="Times New Roman" w:eastAsia="Times New Roman" w:hAnsi="Times New Roman" w:cs="Times New Roman"/>
          <w:b/>
          <w:color w:val="000000"/>
          <w:sz w:val="24"/>
        </w:rPr>
        <w:t>19</w:t>
      </w:r>
      <w:r>
        <w:rPr>
          <w:rFonts w:ascii="宋体" w:eastAsia="宋体" w:hAnsi="宋体" w:cs="宋体"/>
          <w:b/>
          <w:color w:val="000000"/>
          <w:sz w:val="24"/>
        </w:rPr>
        <w:t>，</w:t>
      </w:r>
      <w:r>
        <w:rPr>
          <w:rFonts w:ascii="Times New Roman" w:eastAsia="Times New Roman" w:hAnsi="Times New Roman" w:cs="Times New Roman"/>
          <w:b/>
          <w:color w:val="000000"/>
          <w:sz w:val="24"/>
        </w:rPr>
        <w:t>24</w:t>
      </w:r>
      <w:r>
        <w:rPr>
          <w:rFonts w:ascii="宋体" w:eastAsia="宋体" w:hAnsi="宋体" w:cs="宋体"/>
          <w:b/>
          <w:color w:val="000000"/>
          <w:sz w:val="24"/>
        </w:rPr>
        <w:t>题各</w:t>
      </w:r>
      <w:r>
        <w:rPr>
          <w:rFonts w:ascii="Times New Roman" w:eastAsia="Times New Roman" w:hAnsi="Times New Roman" w:cs="Times New Roman"/>
          <w:b/>
          <w:color w:val="000000"/>
          <w:sz w:val="24"/>
        </w:rPr>
        <w:t>4</w:t>
      </w:r>
      <w:r>
        <w:rPr>
          <w:rFonts w:ascii="宋体" w:eastAsia="宋体" w:hAnsi="宋体" w:cs="宋体"/>
          <w:b/>
          <w:color w:val="000000"/>
          <w:sz w:val="24"/>
        </w:rPr>
        <w:t>分，</w:t>
      </w:r>
      <w:r>
        <w:rPr>
          <w:rFonts w:ascii="Times New Roman" w:eastAsia="Times New Roman" w:hAnsi="Times New Roman" w:cs="Times New Roman"/>
          <w:b/>
          <w:color w:val="000000"/>
          <w:sz w:val="24"/>
        </w:rPr>
        <w:t>20</w:t>
      </w:r>
      <w:r>
        <w:rPr>
          <w:rFonts w:ascii="宋体" w:eastAsia="宋体" w:hAnsi="宋体" w:cs="宋体"/>
          <w:b/>
          <w:color w:val="000000"/>
          <w:sz w:val="24"/>
        </w:rPr>
        <w:t>题每小题</w:t>
      </w:r>
      <w:r>
        <w:rPr>
          <w:rFonts w:ascii="Times New Roman" w:eastAsia="Times New Roman" w:hAnsi="Times New Roman" w:cs="Times New Roman"/>
          <w:b/>
          <w:color w:val="000000"/>
          <w:sz w:val="24"/>
        </w:rPr>
        <w:t>4</w:t>
      </w:r>
      <w:r>
        <w:rPr>
          <w:rFonts w:ascii="宋体" w:eastAsia="宋体" w:hAnsi="宋体" w:cs="宋体"/>
          <w:b/>
          <w:color w:val="000000"/>
          <w:sz w:val="24"/>
        </w:rPr>
        <w:t>分，</w:t>
      </w:r>
      <w:r>
        <w:rPr>
          <w:rFonts w:ascii="Times New Roman" w:eastAsia="Times New Roman" w:hAnsi="Times New Roman" w:cs="Times New Roman"/>
          <w:b/>
          <w:color w:val="000000"/>
          <w:sz w:val="24"/>
        </w:rPr>
        <w:t>21</w:t>
      </w:r>
      <w:r>
        <w:rPr>
          <w:rFonts w:ascii="宋体" w:eastAsia="宋体" w:hAnsi="宋体" w:cs="宋体"/>
          <w:b/>
          <w:color w:val="000000"/>
          <w:sz w:val="24"/>
        </w:rPr>
        <w:t>，</w:t>
      </w:r>
      <w:r>
        <w:rPr>
          <w:rFonts w:ascii="Times New Roman" w:eastAsia="Times New Roman" w:hAnsi="Times New Roman" w:cs="Times New Roman"/>
          <w:b/>
          <w:color w:val="000000"/>
          <w:sz w:val="24"/>
        </w:rPr>
        <w:t>23</w:t>
      </w:r>
      <w:r>
        <w:rPr>
          <w:rFonts w:ascii="宋体" w:eastAsia="宋体" w:hAnsi="宋体" w:cs="宋体"/>
          <w:b/>
          <w:color w:val="000000"/>
          <w:sz w:val="24"/>
        </w:rPr>
        <w:t>题各</w:t>
      </w:r>
      <w:r>
        <w:rPr>
          <w:rFonts w:ascii="Times New Roman" w:eastAsia="Times New Roman" w:hAnsi="Times New Roman" w:cs="Times New Roman"/>
          <w:b/>
          <w:color w:val="000000"/>
          <w:sz w:val="24"/>
        </w:rPr>
        <w:t>5</w:t>
      </w:r>
      <w:r>
        <w:rPr>
          <w:rFonts w:ascii="宋体" w:eastAsia="宋体" w:hAnsi="宋体" w:cs="宋体"/>
          <w:b/>
          <w:color w:val="000000"/>
          <w:sz w:val="24"/>
        </w:rPr>
        <w:t>分，</w:t>
      </w:r>
      <w:r>
        <w:rPr>
          <w:rFonts w:ascii="Times New Roman" w:eastAsia="Times New Roman" w:hAnsi="Times New Roman" w:cs="Times New Roman"/>
          <w:b/>
          <w:color w:val="000000"/>
          <w:sz w:val="24"/>
        </w:rPr>
        <w:t>22</w:t>
      </w:r>
      <w:r>
        <w:rPr>
          <w:rFonts w:ascii="宋体" w:eastAsia="宋体" w:hAnsi="宋体" w:cs="宋体"/>
          <w:b/>
          <w:color w:val="000000"/>
          <w:sz w:val="24"/>
        </w:rPr>
        <w:t>题每小题</w:t>
      </w:r>
      <w:r>
        <w:rPr>
          <w:rFonts w:ascii="Times New Roman" w:eastAsia="Times New Roman" w:hAnsi="Times New Roman" w:cs="Times New Roman"/>
          <w:b/>
          <w:color w:val="000000"/>
          <w:sz w:val="24"/>
        </w:rPr>
        <w:t>5</w:t>
      </w:r>
      <w:r>
        <w:rPr>
          <w:rFonts w:ascii="宋体" w:eastAsia="宋体" w:hAnsi="宋体" w:cs="宋体"/>
          <w:b/>
          <w:color w:val="000000"/>
          <w:sz w:val="24"/>
        </w:rPr>
        <w:t>分，</w:t>
      </w:r>
      <w:r>
        <w:rPr>
          <w:rFonts w:ascii="Times New Roman" w:eastAsia="Times New Roman" w:hAnsi="Times New Roman" w:cs="Times New Roman"/>
          <w:b/>
          <w:color w:val="000000"/>
          <w:sz w:val="24"/>
        </w:rPr>
        <w:t>25</w:t>
      </w:r>
      <w:r>
        <w:rPr>
          <w:rFonts w:ascii="宋体" w:eastAsia="宋体" w:hAnsi="宋体" w:cs="宋体"/>
          <w:b/>
          <w:color w:val="000000"/>
          <w:sz w:val="24"/>
        </w:rPr>
        <w:t>题</w:t>
      </w:r>
      <w:r>
        <w:rPr>
          <w:rFonts w:ascii="Times New Roman" w:eastAsia="Times New Roman" w:hAnsi="Times New Roman" w:cs="Times New Roman"/>
          <w:b/>
          <w:color w:val="000000"/>
          <w:sz w:val="24"/>
        </w:rPr>
        <w:t>7</w:t>
      </w:r>
      <w:r>
        <w:rPr>
          <w:rFonts w:ascii="宋体" w:eastAsia="宋体" w:hAnsi="宋体" w:cs="宋体"/>
          <w:b/>
          <w:color w:val="000000"/>
          <w:sz w:val="24"/>
        </w:rPr>
        <w:t>分）</w:t>
      </w:r>
      <w:r>
        <w:rPr>
          <w:rFonts w:ascii="Times New Roman" w:eastAsia="Times New Roman" w:hAnsi="Times New Roman" w:cs="Times New Roman"/>
          <w:b/>
          <w:color w:val="000000"/>
          <w:sz w:val="24"/>
        </w:rPr>
        <w:t xml:space="preserve"> </w:t>
      </w:r>
    </w:p>
    <w:p>
      <w:pPr>
        <w:pStyle w:val="Heading2"/>
      </w:pPr>
      <w:r>
        <w:t>门头沟区斋堂中学</w:t>
      </w:r>
    </w:p>
    <w:p>
      <w:pPr>
        <w:spacing w:line="360" w:lineRule="auto"/>
        <w:jc w:val="left"/>
        <w:textAlignment w:val="center"/>
        <w:rPr>
          <w:color w:val="000000"/>
        </w:rPr>
      </w:pPr>
      <w:r>
        <w:rPr>
          <w:color w:val="000000"/>
        </w:rPr>
        <w:t xml:space="preserve">16. </w:t>
      </w:r>
      <w:r>
        <w:rPr>
          <w:rFonts w:ascii="宋体" w:eastAsia="宋体" w:hAnsi="宋体" w:cs="宋体"/>
          <w:color w:val="000000"/>
        </w:rPr>
        <w:t>小丽计划在某外卖网站点如下表所示的菜品．已知每份订单的配送费为</w:t>
      </w:r>
      <w:r>
        <w:rPr>
          <w:rFonts w:ascii="Times New Roman" w:eastAsia="Times New Roman" w:hAnsi="Times New Roman" w:cs="Times New Roman"/>
          <w:color w:val="000000"/>
        </w:rPr>
        <w:t xml:space="preserve"> 5</w:t>
      </w:r>
      <w:r>
        <w:rPr>
          <w:rFonts w:ascii="宋体" w:eastAsia="宋体" w:hAnsi="宋体" w:cs="宋体"/>
          <w:color w:val="000000"/>
        </w:rPr>
        <w:t>元，商家为了促销，对每份订单的总价（不含配送费）提供满减优惠：满</w:t>
      </w:r>
      <w:r>
        <w:rPr>
          <w:rFonts w:ascii="Times New Roman" w:eastAsia="Times New Roman" w:hAnsi="Times New Roman" w:cs="Times New Roman"/>
          <w:color w:val="000000"/>
        </w:rPr>
        <w:t>30</w:t>
      </w:r>
      <w:r>
        <w:rPr>
          <w:rFonts w:ascii="宋体" w:eastAsia="宋体" w:hAnsi="宋体" w:cs="宋体"/>
          <w:color w:val="000000"/>
        </w:rPr>
        <w:t>元减</w:t>
      </w:r>
      <w:r>
        <w:rPr>
          <w:rFonts w:ascii="Times New Roman" w:eastAsia="Times New Roman" w:hAnsi="Times New Roman" w:cs="Times New Roman"/>
          <w:color w:val="000000"/>
        </w:rPr>
        <w:t>12</w:t>
      </w:r>
      <w:r>
        <w:rPr>
          <w:rFonts w:ascii="宋体" w:eastAsia="宋体" w:hAnsi="宋体" w:cs="宋体"/>
          <w:color w:val="000000"/>
        </w:rPr>
        <w:t>元，满</w:t>
      </w:r>
      <w:r>
        <w:rPr>
          <w:rFonts w:ascii="Times New Roman" w:eastAsia="Times New Roman" w:hAnsi="Times New Roman" w:cs="Times New Roman"/>
          <w:color w:val="000000"/>
        </w:rPr>
        <w:t>70</w:t>
      </w:r>
      <w:r>
        <w:rPr>
          <w:rFonts w:ascii="宋体" w:eastAsia="宋体" w:hAnsi="宋体" w:cs="宋体"/>
          <w:color w:val="000000"/>
        </w:rPr>
        <w:t>元减</w:t>
      </w:r>
      <w:r>
        <w:rPr>
          <w:rFonts w:ascii="Times New Roman" w:eastAsia="Times New Roman" w:hAnsi="Times New Roman" w:cs="Times New Roman"/>
          <w:color w:val="000000"/>
        </w:rPr>
        <w:t>30</w:t>
      </w:r>
      <w:r>
        <w:rPr>
          <w:rFonts w:ascii="宋体" w:eastAsia="宋体" w:hAnsi="宋体" w:cs="宋体"/>
          <w:color w:val="000000"/>
        </w:rPr>
        <w:t>元，满</w:t>
      </w:r>
      <w:r>
        <w:rPr>
          <w:rFonts w:ascii="Times New Roman" w:eastAsia="Times New Roman" w:hAnsi="Times New Roman" w:cs="Times New Roman"/>
          <w:color w:val="000000"/>
        </w:rPr>
        <w:t>100</w:t>
      </w:r>
      <w:r>
        <w:rPr>
          <w:rFonts w:ascii="宋体" w:eastAsia="宋体" w:hAnsi="宋体" w:cs="宋体"/>
          <w:color w:val="000000"/>
        </w:rPr>
        <w:t>元减</w:t>
      </w:r>
      <w:r>
        <w:rPr>
          <w:rFonts w:ascii="Times New Roman" w:eastAsia="Times New Roman" w:hAnsi="Times New Roman" w:cs="Times New Roman"/>
          <w:color w:val="000000"/>
        </w:rPr>
        <w:t>40</w:t>
      </w:r>
      <w:r>
        <w:rPr>
          <w:rFonts w:ascii="宋体" w:eastAsia="宋体" w:hAnsi="宋体" w:cs="宋体"/>
          <w:color w:val="000000"/>
        </w:rPr>
        <w:t>元．如果小丽在购买下表中的所有菜品时，采取适当的下订单方式，那么他点餐的总费用最低可为</w:t>
      </w:r>
      <w:r>
        <w:rPr>
          <w:color w:val="000000"/>
        </w:rPr>
        <w:t>___________</w:t>
      </w:r>
      <w:r>
        <w:rPr>
          <w:rFonts w:ascii="宋体" w:eastAsia="宋体" w:hAnsi="宋体" w:cs="宋体"/>
          <w:color w:val="000000"/>
        </w:rPr>
        <w:t>元．</w:t>
      </w: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766"/>
        <w:gridCol w:w="1939"/>
        <w:gridCol w:w="1954"/>
        <w:gridCol w:w="691"/>
      </w:tblGrid>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285"/>
        </w:trPr>
        <w:tc>
          <w:tcPr>
            <w:gridSpan w:val="2"/>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菜品</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单价（含包装费）</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数量</w:t>
            </w:r>
          </w:p>
        </w:tc>
      </w:tr>
      <w:tr>
        <w:tblPrEx>
          <w:tblCellMar>
            <w:top w:w="120" w:type="dxa"/>
            <w:left w:w="120" w:type="dxa"/>
            <w:bottom w:w="120" w:type="dxa"/>
            <w:right w:w="120" w:type="dxa"/>
          </w:tblCellMar>
        </w:tblPrEx>
        <w:trPr>
          <w:cantSplit w:val="0"/>
          <w:trHeight w:val="600"/>
        </w:trPr>
        <w:tc>
          <w:tcPr>
            <w:tcBorders>
              <w:top w:val="single" w:sz="6" w:space="0" w:color="000000"/>
              <w:left w:val="single" w:sz="6" w:space="0" w:color="000000"/>
              <w:bottom w:val="single" w:sz="6" w:space="0" w:color="000000"/>
              <w:right w:val="nil"/>
            </w:tcBorders>
            <w:noWrap w:val="0"/>
            <w:tcMar>
              <w:top w:w="75" w:type="dxa"/>
              <w:bottom w:w="75" w:type="dxa"/>
            </w:tcMar>
            <w:vAlign w:val="center"/>
          </w:tcPr>
          <w:p>
            <w:pPr>
              <w:spacing w:line="360" w:lineRule="auto"/>
              <w:jc w:val="left"/>
              <w:textAlignment w:val="center"/>
              <w:rPr>
                <w:color w:val="000000"/>
              </w:rPr>
            </w:pPr>
            <w:r>
              <w:rPr>
                <w:color w:val="000000"/>
              </w:rPr>
              <w:drawing>
                <wp:inline>
                  <wp:extent cx="323850" cy="323850"/>
                  <wp:docPr id="411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0" name=""/>
                          <pic:cNvPicPr>
                            <a:picLocks noChangeAspect="1"/>
                          </pic:cNvPicPr>
                        </pic:nvPicPr>
                        <pic:blipFill>
                          <a:blip r:embed="rId461"/>
                          <a:stretch>
                            <a:fillRect/>
                          </a:stretch>
                        </pic:blipFill>
                        <pic:spPr>
                          <a:xfrm>
                            <a:off x="0" y="0"/>
                            <a:ext cx="323850" cy="323850"/>
                          </a:xfrm>
                          <a:prstGeom prst="rect">
                            <a:avLst/>
                          </a:prstGeom>
                        </pic:spPr>
                      </pic:pic>
                    </a:graphicData>
                  </a:graphic>
                </wp:inline>
              </w:drawing>
            </w:r>
          </w:p>
        </w:tc>
        <w:tc>
          <w:tcPr>
            <w:tcBorders>
              <w:top w:val="single" w:sz="6" w:space="0" w:color="000000"/>
              <w:left w:val="nil"/>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水煮牛肉（小）</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40</w:t>
            </w:r>
            <w:r>
              <w:rPr>
                <w:rFonts w:ascii="宋体" w:eastAsia="宋体" w:hAnsi="宋体" w:cs="宋体"/>
                <w:color w:val="000000"/>
              </w:rPr>
              <w:t>元</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w:t>
            </w:r>
          </w:p>
        </w:tc>
      </w:tr>
      <w:tr>
        <w:tblPrEx>
          <w:tblCellMar>
            <w:top w:w="120" w:type="dxa"/>
            <w:left w:w="120" w:type="dxa"/>
            <w:bottom w:w="120" w:type="dxa"/>
            <w:right w:w="120" w:type="dxa"/>
          </w:tblCellMar>
        </w:tblPrEx>
        <w:trPr>
          <w:cantSplit w:val="0"/>
          <w:trHeight w:val="600"/>
        </w:trPr>
        <w:tc>
          <w:tcPr>
            <w:tcBorders>
              <w:top w:val="single" w:sz="6" w:space="0" w:color="000000"/>
              <w:left w:val="single" w:sz="6" w:space="0" w:color="000000"/>
              <w:bottom w:val="single" w:sz="6" w:space="0" w:color="000000"/>
              <w:right w:val="nil"/>
            </w:tcBorders>
            <w:noWrap w:val="0"/>
            <w:tcMar>
              <w:top w:w="75" w:type="dxa"/>
              <w:bottom w:w="75" w:type="dxa"/>
            </w:tcMar>
            <w:vAlign w:val="center"/>
          </w:tcPr>
          <w:p>
            <w:pPr>
              <w:spacing w:line="360" w:lineRule="auto"/>
              <w:jc w:val="left"/>
              <w:textAlignment w:val="center"/>
              <w:rPr>
                <w:color w:val="000000"/>
              </w:rPr>
            </w:pPr>
            <w:r>
              <w:rPr>
                <w:color w:val="000000"/>
              </w:rPr>
              <w:drawing>
                <wp:inline>
                  <wp:extent cx="323850" cy="323850"/>
                  <wp:docPr id="4116"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1" name=""/>
                          <pic:cNvPicPr>
                            <a:picLocks noChangeAspect="1"/>
                          </pic:cNvPicPr>
                        </pic:nvPicPr>
                        <pic:blipFill>
                          <a:blip r:embed="rId462"/>
                          <a:stretch>
                            <a:fillRect/>
                          </a:stretch>
                        </pic:blipFill>
                        <pic:spPr>
                          <a:xfrm>
                            <a:off x="0" y="0"/>
                            <a:ext cx="323850" cy="323850"/>
                          </a:xfrm>
                          <a:prstGeom prst="rect">
                            <a:avLst/>
                          </a:prstGeom>
                        </pic:spPr>
                      </pic:pic>
                    </a:graphicData>
                  </a:graphic>
                </wp:inline>
              </w:drawing>
            </w:r>
          </w:p>
        </w:tc>
        <w:tc>
          <w:tcPr>
            <w:tcBorders>
              <w:top w:val="single" w:sz="6" w:space="0" w:color="000000"/>
              <w:left w:val="nil"/>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醋溜土豆丝（小）</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12</w:t>
            </w:r>
            <w:r>
              <w:rPr>
                <w:rFonts w:ascii="宋体" w:eastAsia="宋体" w:hAnsi="宋体" w:cs="宋体"/>
                <w:color w:val="000000"/>
              </w:rPr>
              <w:t>元</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w:t>
            </w:r>
          </w:p>
        </w:tc>
      </w:tr>
      <w:tr>
        <w:tblPrEx>
          <w:tblCellMar>
            <w:top w:w="120" w:type="dxa"/>
            <w:left w:w="120" w:type="dxa"/>
            <w:bottom w:w="120" w:type="dxa"/>
            <w:right w:w="120" w:type="dxa"/>
          </w:tblCellMar>
        </w:tblPrEx>
        <w:trPr>
          <w:cantSplit w:val="0"/>
          <w:trHeight w:val="600"/>
        </w:trPr>
        <w:tc>
          <w:tcPr>
            <w:tcBorders>
              <w:top w:val="single" w:sz="6" w:space="0" w:color="000000"/>
              <w:left w:val="single" w:sz="6" w:space="0" w:color="000000"/>
              <w:bottom w:val="single" w:sz="6" w:space="0" w:color="000000"/>
              <w:right w:val="nil"/>
            </w:tcBorders>
            <w:noWrap w:val="0"/>
            <w:tcMar>
              <w:top w:w="75" w:type="dxa"/>
              <w:bottom w:w="75" w:type="dxa"/>
            </w:tcMar>
            <w:vAlign w:val="center"/>
          </w:tcPr>
          <w:p>
            <w:pPr>
              <w:spacing w:line="360" w:lineRule="auto"/>
              <w:jc w:val="left"/>
              <w:textAlignment w:val="center"/>
              <w:rPr>
                <w:color w:val="000000"/>
              </w:rPr>
            </w:pPr>
            <w:r>
              <w:rPr>
                <w:color w:val="000000"/>
              </w:rPr>
              <w:drawing>
                <wp:inline>
                  <wp:extent cx="295275" cy="285750"/>
                  <wp:docPr id="411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2" name=""/>
                          <pic:cNvPicPr>
                            <a:picLocks noChangeAspect="1"/>
                          </pic:cNvPicPr>
                        </pic:nvPicPr>
                        <pic:blipFill>
                          <a:blip r:embed="rId463"/>
                          <a:stretch>
                            <a:fillRect/>
                          </a:stretch>
                        </pic:blipFill>
                        <pic:spPr>
                          <a:xfrm>
                            <a:off x="0" y="0"/>
                            <a:ext cx="295275" cy="285750"/>
                          </a:xfrm>
                          <a:prstGeom prst="rect">
                            <a:avLst/>
                          </a:prstGeom>
                        </pic:spPr>
                      </pic:pic>
                    </a:graphicData>
                  </a:graphic>
                </wp:inline>
              </w:drawing>
            </w:r>
          </w:p>
        </w:tc>
        <w:tc>
          <w:tcPr>
            <w:tcBorders>
              <w:top w:val="single" w:sz="6" w:space="0" w:color="000000"/>
              <w:left w:val="nil"/>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豉汁排骨（小）</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30</w:t>
            </w:r>
            <w:r>
              <w:rPr>
                <w:rFonts w:ascii="宋体" w:eastAsia="宋体" w:hAnsi="宋体" w:cs="宋体"/>
                <w:color w:val="000000"/>
              </w:rPr>
              <w:t>元</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w:t>
            </w:r>
          </w:p>
        </w:tc>
      </w:tr>
      <w:tr>
        <w:tblPrEx>
          <w:tblCellMar>
            <w:top w:w="120" w:type="dxa"/>
            <w:left w:w="120" w:type="dxa"/>
            <w:bottom w:w="120" w:type="dxa"/>
            <w:right w:w="120" w:type="dxa"/>
          </w:tblCellMar>
        </w:tblPrEx>
        <w:trPr>
          <w:cantSplit w:val="0"/>
          <w:trHeight w:val="600"/>
        </w:trPr>
        <w:tc>
          <w:tcPr>
            <w:tcBorders>
              <w:top w:val="single" w:sz="6" w:space="0" w:color="000000"/>
              <w:left w:val="single" w:sz="6" w:space="0" w:color="000000"/>
              <w:bottom w:val="single" w:sz="6" w:space="0" w:color="000000"/>
              <w:right w:val="nil"/>
            </w:tcBorders>
            <w:noWrap w:val="0"/>
            <w:tcMar>
              <w:top w:w="75" w:type="dxa"/>
              <w:bottom w:w="75" w:type="dxa"/>
            </w:tcMar>
            <w:vAlign w:val="center"/>
          </w:tcPr>
          <w:p>
            <w:pPr>
              <w:spacing w:line="360" w:lineRule="auto"/>
              <w:jc w:val="left"/>
              <w:textAlignment w:val="center"/>
              <w:rPr>
                <w:color w:val="000000"/>
              </w:rPr>
            </w:pPr>
            <w:r>
              <w:rPr>
                <w:color w:val="000000"/>
              </w:rPr>
              <w:drawing>
                <wp:inline>
                  <wp:extent cx="304800" cy="304800"/>
                  <wp:docPr id="4118"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3" name=""/>
                          <pic:cNvPicPr>
                            <a:picLocks noChangeAspect="1"/>
                          </pic:cNvPicPr>
                        </pic:nvPicPr>
                        <pic:blipFill>
                          <a:blip r:embed="rId464"/>
                          <a:stretch>
                            <a:fillRect/>
                          </a:stretch>
                        </pic:blipFill>
                        <pic:spPr>
                          <a:xfrm>
                            <a:off x="0" y="0"/>
                            <a:ext cx="304800" cy="304800"/>
                          </a:xfrm>
                          <a:prstGeom prst="rect">
                            <a:avLst/>
                          </a:prstGeom>
                        </pic:spPr>
                      </pic:pic>
                    </a:graphicData>
                  </a:graphic>
                </wp:inline>
              </w:drawing>
            </w:r>
          </w:p>
        </w:tc>
        <w:tc>
          <w:tcPr>
            <w:tcBorders>
              <w:top w:val="single" w:sz="6" w:space="0" w:color="000000"/>
              <w:left w:val="nil"/>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手撕包菜（小）</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12</w:t>
            </w:r>
            <w:r>
              <w:rPr>
                <w:rFonts w:ascii="宋体" w:eastAsia="宋体" w:hAnsi="宋体" w:cs="宋体"/>
                <w:color w:val="000000"/>
              </w:rPr>
              <w:t>元</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w:t>
            </w:r>
          </w:p>
        </w:tc>
      </w:tr>
      <w:tr>
        <w:tblPrEx>
          <w:tblCellMar>
            <w:top w:w="120" w:type="dxa"/>
            <w:left w:w="120" w:type="dxa"/>
            <w:bottom w:w="120" w:type="dxa"/>
            <w:right w:w="120" w:type="dxa"/>
          </w:tblCellMar>
        </w:tblPrEx>
        <w:trPr>
          <w:cantSplit w:val="0"/>
          <w:trHeight w:val="600"/>
        </w:trPr>
        <w:tc>
          <w:tcPr>
            <w:tcBorders>
              <w:top w:val="single" w:sz="6" w:space="0" w:color="000000"/>
              <w:left w:val="single" w:sz="6" w:space="0" w:color="000000"/>
              <w:bottom w:val="single" w:sz="6" w:space="0" w:color="000000"/>
              <w:right w:val="nil"/>
            </w:tcBorders>
            <w:noWrap w:val="0"/>
            <w:tcMar>
              <w:top w:w="75" w:type="dxa"/>
              <w:bottom w:w="75" w:type="dxa"/>
            </w:tcMar>
            <w:vAlign w:val="center"/>
          </w:tcPr>
          <w:p>
            <w:pPr>
              <w:spacing w:line="360" w:lineRule="auto"/>
              <w:jc w:val="left"/>
              <w:textAlignment w:val="center"/>
              <w:rPr>
                <w:color w:val="000000"/>
              </w:rPr>
            </w:pPr>
            <w:r>
              <w:rPr>
                <w:color w:val="000000"/>
              </w:rPr>
              <w:drawing>
                <wp:inline>
                  <wp:extent cx="295275" cy="295275"/>
                  <wp:docPr id="411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4" name=""/>
                          <pic:cNvPicPr>
                            <a:picLocks noChangeAspect="1"/>
                          </pic:cNvPicPr>
                        </pic:nvPicPr>
                        <pic:blipFill>
                          <a:blip r:embed="rId465"/>
                          <a:stretch>
                            <a:fillRect/>
                          </a:stretch>
                        </pic:blipFill>
                        <pic:spPr>
                          <a:xfrm>
                            <a:off x="0" y="0"/>
                            <a:ext cx="295275" cy="295275"/>
                          </a:xfrm>
                          <a:prstGeom prst="rect">
                            <a:avLst/>
                          </a:prstGeom>
                        </pic:spPr>
                      </pic:pic>
                    </a:graphicData>
                  </a:graphic>
                </wp:inline>
              </w:drawing>
            </w:r>
          </w:p>
        </w:tc>
        <w:tc>
          <w:tcPr>
            <w:tcBorders>
              <w:top w:val="single" w:sz="6" w:space="0" w:color="000000"/>
              <w:left w:val="nil"/>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米饭</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3</w:t>
            </w:r>
            <w:r>
              <w:rPr>
                <w:rFonts w:ascii="宋体" w:eastAsia="宋体" w:hAnsi="宋体" w:cs="宋体"/>
                <w:color w:val="000000"/>
              </w:rPr>
              <w:t>元</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w:t>
            </w:r>
          </w:p>
        </w:tc>
      </w:tr>
    </w:tbl>
    <w:p>
      <w:pPr>
        <w:spacing w:line="360" w:lineRule="auto"/>
        <w:textAlignment w:val="center"/>
        <w:rPr>
          <w:color w:val="000000"/>
        </w:rPr>
      </w:pPr>
      <w:r>
        <w:rPr>
          <w:color w:val="2E75B6"/>
        </w:rPr>
        <w:t>【答案】</w:t>
      </w:r>
      <w:r>
        <w:pict>
          <v:shape id="_x0000_i721400" type="#_x0000_t75" alt="学科网(www.zxxk.com)--教育资源门户，提供试卷、教案、课件、论文、素材以及各类教学资源下载，还有大量而丰富的教学相关资讯！" style="width:15pt;height:13.8pt" o:oleicon="f" o:ole="">
            <v:imagedata r:id="rId466" o:title="eqId8f64730802070a68d4f854b332a24814"/>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根据满</w:t>
      </w:r>
      <w:r>
        <w:rPr>
          <w:rFonts w:ascii="Times New Roman" w:eastAsia="Times New Roman" w:hAnsi="Times New Roman" w:cs="Times New Roman"/>
          <w:color w:val="000000"/>
        </w:rPr>
        <w:t>30</w:t>
      </w:r>
      <w:r>
        <w:rPr>
          <w:rFonts w:ascii="宋体" w:eastAsia="宋体" w:hAnsi="宋体" w:cs="宋体"/>
          <w:color w:val="000000"/>
        </w:rPr>
        <w:t>元减</w:t>
      </w:r>
      <w:r>
        <w:rPr>
          <w:rFonts w:ascii="Times New Roman" w:eastAsia="Times New Roman" w:hAnsi="Times New Roman" w:cs="Times New Roman"/>
          <w:color w:val="000000"/>
        </w:rPr>
        <w:t>12</w:t>
      </w:r>
      <w:r>
        <w:rPr>
          <w:rFonts w:ascii="宋体" w:eastAsia="宋体" w:hAnsi="宋体" w:cs="宋体"/>
          <w:color w:val="000000"/>
        </w:rPr>
        <w:t>元，满</w:t>
      </w:r>
      <w:r>
        <w:rPr>
          <w:rFonts w:ascii="Times New Roman" w:eastAsia="Times New Roman" w:hAnsi="Times New Roman" w:cs="Times New Roman"/>
          <w:color w:val="000000"/>
        </w:rPr>
        <w:t>70</w:t>
      </w:r>
      <w:r>
        <w:rPr>
          <w:rFonts w:ascii="宋体" w:eastAsia="宋体" w:hAnsi="宋体" w:cs="宋体"/>
          <w:color w:val="000000"/>
        </w:rPr>
        <w:t>元减</w:t>
      </w:r>
      <w:r>
        <w:rPr>
          <w:rFonts w:ascii="Times New Roman" w:eastAsia="Times New Roman" w:hAnsi="Times New Roman" w:cs="Times New Roman"/>
          <w:color w:val="000000"/>
        </w:rPr>
        <w:t>30</w:t>
      </w:r>
      <w:r>
        <w:rPr>
          <w:rFonts w:ascii="宋体" w:eastAsia="宋体" w:hAnsi="宋体" w:cs="宋体"/>
          <w:color w:val="000000"/>
        </w:rPr>
        <w:t>元，满</w:t>
      </w:r>
      <w:r>
        <w:rPr>
          <w:rFonts w:ascii="Times New Roman" w:eastAsia="Times New Roman" w:hAnsi="Times New Roman" w:cs="Times New Roman"/>
          <w:color w:val="000000"/>
        </w:rPr>
        <w:t>100</w:t>
      </w:r>
      <w:r>
        <w:rPr>
          <w:rFonts w:ascii="宋体" w:eastAsia="宋体" w:hAnsi="宋体" w:cs="宋体"/>
          <w:color w:val="000000"/>
        </w:rPr>
        <w:t>元减</w:t>
      </w:r>
      <w:r>
        <w:rPr>
          <w:rFonts w:ascii="Times New Roman" w:eastAsia="Times New Roman" w:hAnsi="Times New Roman" w:cs="Times New Roman"/>
          <w:color w:val="000000"/>
        </w:rPr>
        <w:t>40</w:t>
      </w:r>
      <w:r>
        <w:rPr>
          <w:rFonts w:ascii="宋体" w:eastAsia="宋体" w:hAnsi="宋体" w:cs="宋体"/>
          <w:color w:val="000000"/>
        </w:rPr>
        <w:t>元，即可得到结论．</w:t>
      </w:r>
    </w:p>
    <w:p>
      <w:pPr>
        <w:spacing w:line="360" w:lineRule="auto"/>
        <w:jc w:val="left"/>
        <w:textAlignment w:val="center"/>
        <w:rPr>
          <w:color w:val="000000"/>
        </w:rPr>
      </w:pPr>
      <w:r>
        <w:rPr>
          <w:color w:val="000000"/>
        </w:rPr>
        <w:t>【详解】</w:t>
      </w:r>
      <w:r>
        <w:rPr>
          <w:rFonts w:ascii="宋体" w:eastAsia="宋体" w:hAnsi="宋体" w:cs="宋体"/>
          <w:color w:val="000000"/>
        </w:rPr>
        <w:t>解：依题意，依题意，购买所有菜品花费</w:t>
      </w:r>
      <w:r>
        <w:pict>
          <v:shape id="_x0000_i721401" type="#_x0000_t75" alt="学科网(www.zxxk.com)--教育资源门户，提供试卷、教案、课件、论文、素材以及各类教学资源下载，还有大量而丰富的教学相关资讯！" style="width:120.9pt;height:13.95pt" o:oleicon="f" o:ole="">
            <v:imagedata r:id="rId467" o:title="eqId2c1a67fde16b3988febb820dc2b78d95"/>
          </v:shape>
        </w:pict>
      </w:r>
      <w:r>
        <w:rPr>
          <w:rFonts w:ascii="宋体" w:eastAsia="宋体" w:hAnsi="宋体" w:cs="宋体"/>
          <w:color w:val="000000"/>
        </w:rPr>
        <w:t>元，加上配送费</w:t>
      </w:r>
      <w:r>
        <w:rPr>
          <w:rFonts w:ascii="Times New Roman" w:eastAsia="Times New Roman" w:hAnsi="Times New Roman" w:cs="Times New Roman"/>
          <w:color w:val="000000"/>
        </w:rPr>
        <w:t>5</w:t>
      </w:r>
      <w:r>
        <w:rPr>
          <w:rFonts w:ascii="宋体" w:eastAsia="宋体" w:hAnsi="宋体" w:cs="宋体"/>
          <w:color w:val="000000"/>
        </w:rPr>
        <w:t>元，超过</w:t>
      </w:r>
      <w:r>
        <w:rPr>
          <w:rFonts w:ascii="Times New Roman" w:eastAsia="Times New Roman" w:hAnsi="Times New Roman" w:cs="Times New Roman"/>
          <w:color w:val="000000"/>
        </w:rPr>
        <w:t>100</w:t>
      </w:r>
      <w:r>
        <w:rPr>
          <w:rFonts w:ascii="宋体" w:eastAsia="宋体" w:hAnsi="宋体" w:cs="宋体"/>
          <w:color w:val="000000"/>
        </w:rPr>
        <w:t>元</w:t>
      </w:r>
    </w:p>
    <w:p>
      <w:pPr>
        <w:spacing w:line="360" w:lineRule="auto"/>
        <w:jc w:val="left"/>
        <w:textAlignment w:val="center"/>
        <w:rPr>
          <w:color w:val="000000"/>
        </w:rPr>
      </w:pPr>
      <w:r>
        <w:rPr>
          <w:rFonts w:ascii="宋体" w:eastAsia="宋体" w:hAnsi="宋体" w:cs="宋体"/>
          <w:color w:val="000000"/>
        </w:rPr>
        <w:t>若订单方式采用</w:t>
      </w:r>
      <w:r>
        <w:rPr>
          <w:rFonts w:ascii="Times New Roman" w:eastAsia="Times New Roman" w:hAnsi="Times New Roman" w:cs="Times New Roman"/>
          <w:color w:val="000000"/>
        </w:rPr>
        <w:t>3</w:t>
      </w:r>
      <w:r>
        <w:rPr>
          <w:rFonts w:ascii="宋体" w:eastAsia="宋体" w:hAnsi="宋体" w:cs="宋体"/>
          <w:color w:val="000000"/>
        </w:rPr>
        <w:t>份满</w:t>
      </w:r>
      <w:r>
        <w:rPr>
          <w:rFonts w:ascii="Times New Roman" w:eastAsia="Times New Roman" w:hAnsi="Times New Roman" w:cs="Times New Roman"/>
          <w:color w:val="000000"/>
        </w:rPr>
        <w:t>30</w:t>
      </w:r>
      <w:r>
        <w:rPr>
          <w:rFonts w:ascii="宋体" w:eastAsia="宋体" w:hAnsi="宋体" w:cs="宋体"/>
          <w:color w:val="000000"/>
        </w:rPr>
        <w:t>元减</w:t>
      </w:r>
      <w:r>
        <w:rPr>
          <w:rFonts w:ascii="Times New Roman" w:eastAsia="Times New Roman" w:hAnsi="Times New Roman" w:cs="Times New Roman"/>
          <w:color w:val="000000"/>
        </w:rPr>
        <w:t>12</w:t>
      </w:r>
      <w:r>
        <w:rPr>
          <w:rFonts w:ascii="宋体" w:eastAsia="宋体" w:hAnsi="宋体" w:cs="宋体"/>
          <w:color w:val="000000"/>
        </w:rPr>
        <w:t>元，则减</w:t>
      </w:r>
      <w:r>
        <w:rPr>
          <w:rFonts w:ascii="Times New Roman" w:eastAsia="Times New Roman" w:hAnsi="Times New Roman" w:cs="Times New Roman"/>
          <w:color w:val="000000"/>
        </w:rPr>
        <w:t>36</w:t>
      </w:r>
      <w:r>
        <w:rPr>
          <w:rFonts w:ascii="宋体" w:eastAsia="宋体" w:hAnsi="宋体" w:cs="宋体"/>
          <w:color w:val="000000"/>
        </w:rPr>
        <w:t>元，加上</w:t>
      </w:r>
      <w:r>
        <w:rPr>
          <w:rFonts w:ascii="Times New Roman" w:eastAsia="Times New Roman" w:hAnsi="Times New Roman" w:cs="Times New Roman"/>
          <w:color w:val="000000"/>
        </w:rPr>
        <w:t>3</w:t>
      </w:r>
      <w:r>
        <w:rPr>
          <w:rFonts w:ascii="宋体" w:eastAsia="宋体" w:hAnsi="宋体" w:cs="宋体"/>
          <w:color w:val="000000"/>
        </w:rPr>
        <w:t>份配送费</w:t>
      </w:r>
      <w:r>
        <w:rPr>
          <w:rFonts w:ascii="Times New Roman" w:eastAsia="Times New Roman" w:hAnsi="Times New Roman" w:cs="Times New Roman"/>
          <w:color w:val="000000"/>
        </w:rPr>
        <w:t>10</w:t>
      </w:r>
      <w:r>
        <w:rPr>
          <w:rFonts w:ascii="宋体" w:eastAsia="宋体" w:hAnsi="宋体" w:cs="宋体"/>
          <w:color w:val="000000"/>
        </w:rPr>
        <w:t>元，实际减</w:t>
      </w:r>
      <w:r>
        <w:rPr>
          <w:rFonts w:ascii="Times New Roman" w:eastAsia="Times New Roman" w:hAnsi="Times New Roman" w:cs="Times New Roman"/>
          <w:color w:val="000000"/>
        </w:rPr>
        <w:t>21</w:t>
      </w:r>
      <w:r>
        <w:rPr>
          <w:rFonts w:ascii="宋体" w:eastAsia="宋体" w:hAnsi="宋体" w:cs="宋体"/>
          <w:color w:val="000000"/>
        </w:rPr>
        <w:t>元</w:t>
      </w:r>
    </w:p>
    <w:p>
      <w:pPr>
        <w:spacing w:line="360" w:lineRule="auto"/>
        <w:jc w:val="left"/>
        <w:textAlignment w:val="center"/>
        <w:rPr>
          <w:color w:val="000000"/>
        </w:rPr>
      </w:pPr>
      <w:r>
        <w:rPr>
          <w:rFonts w:ascii="宋体" w:eastAsia="宋体" w:hAnsi="宋体" w:cs="宋体"/>
          <w:color w:val="000000"/>
        </w:rPr>
        <w:t>若订单方式采用</w:t>
      </w:r>
      <w:r>
        <w:rPr>
          <w:rFonts w:ascii="Times New Roman" w:eastAsia="Times New Roman" w:hAnsi="Times New Roman" w:cs="Times New Roman"/>
          <w:color w:val="000000"/>
        </w:rPr>
        <w:t>70</w:t>
      </w:r>
      <w:r>
        <w:rPr>
          <w:rFonts w:ascii="宋体" w:eastAsia="宋体" w:hAnsi="宋体" w:cs="宋体"/>
          <w:color w:val="000000"/>
        </w:rPr>
        <w:t>一份，</w:t>
      </w:r>
      <w:r>
        <w:rPr>
          <w:rFonts w:ascii="Times New Roman" w:eastAsia="Times New Roman" w:hAnsi="Times New Roman" w:cs="Times New Roman"/>
          <w:color w:val="000000"/>
        </w:rPr>
        <w:t>30</w:t>
      </w:r>
      <w:r>
        <w:rPr>
          <w:rFonts w:ascii="宋体" w:eastAsia="宋体" w:hAnsi="宋体" w:cs="宋体"/>
          <w:color w:val="000000"/>
        </w:rPr>
        <w:t>一份，优惠</w:t>
      </w:r>
      <w:r>
        <w:pict>
          <v:shape id="_x0000_i721402" type="#_x0000_t75" alt="学科网(www.zxxk.com)--教育资源门户，提供试卷、教案、课件、论文、素材以及各类教学资源下载，还有大量而丰富的教学相关资讯！" style="width:61.5pt;height:13.5pt" o:oleicon="f" o:ole="">
            <v:imagedata r:id="rId468" o:title="eqIdad6c3f3d5caf8c46cfba96e6c713ba79"/>
          </v:shape>
        </w:pict>
      </w:r>
      <w:r>
        <w:rPr>
          <w:rFonts w:ascii="宋体" w:eastAsia="宋体" w:hAnsi="宋体" w:cs="宋体"/>
          <w:color w:val="000000"/>
        </w:rPr>
        <w:t>，加上</w:t>
      </w:r>
      <w:r>
        <w:rPr>
          <w:rFonts w:ascii="Times New Roman" w:eastAsia="Times New Roman" w:hAnsi="Times New Roman" w:cs="Times New Roman"/>
          <w:color w:val="000000"/>
        </w:rPr>
        <w:t>2</w:t>
      </w:r>
      <w:r>
        <w:rPr>
          <w:rFonts w:ascii="宋体" w:eastAsia="宋体" w:hAnsi="宋体" w:cs="宋体"/>
          <w:color w:val="000000"/>
        </w:rPr>
        <w:t>分配送费，实际减</w:t>
      </w:r>
      <w:r>
        <w:rPr>
          <w:rFonts w:ascii="Times New Roman" w:eastAsia="Times New Roman" w:hAnsi="Times New Roman" w:cs="Times New Roman"/>
          <w:color w:val="000000"/>
        </w:rPr>
        <w:t>32</w:t>
      </w:r>
      <w:r>
        <w:rPr>
          <w:rFonts w:ascii="宋体" w:eastAsia="宋体" w:hAnsi="宋体" w:cs="宋体"/>
          <w:color w:val="000000"/>
        </w:rPr>
        <w:t>元</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若订单方式采用满</w:t>
      </w:r>
      <w:r>
        <w:rPr>
          <w:rFonts w:ascii="Times New Roman" w:eastAsia="Times New Roman" w:hAnsi="Times New Roman" w:cs="Times New Roman"/>
          <w:color w:val="000000"/>
        </w:rPr>
        <w:t>100</w:t>
      </w:r>
      <w:r>
        <w:rPr>
          <w:rFonts w:ascii="宋体" w:eastAsia="宋体" w:hAnsi="宋体" w:cs="宋体"/>
          <w:color w:val="000000"/>
        </w:rPr>
        <w:t>一份，则优惠</w:t>
      </w:r>
      <w:r>
        <w:rPr>
          <w:rFonts w:ascii="Times New Roman" w:eastAsia="Times New Roman" w:hAnsi="Times New Roman" w:cs="Times New Roman"/>
          <w:color w:val="000000"/>
        </w:rPr>
        <w:t>40</w:t>
      </w:r>
      <w:r>
        <w:rPr>
          <w:rFonts w:ascii="宋体" w:eastAsia="宋体" w:hAnsi="宋体" w:cs="宋体"/>
          <w:color w:val="000000"/>
        </w:rPr>
        <w:t>元，加上</w:t>
      </w:r>
      <w:r>
        <w:rPr>
          <w:rFonts w:ascii="Times New Roman" w:eastAsia="Times New Roman" w:hAnsi="Times New Roman" w:cs="Times New Roman"/>
          <w:color w:val="000000"/>
        </w:rPr>
        <w:t>1</w:t>
      </w:r>
      <w:r>
        <w:rPr>
          <w:rFonts w:ascii="宋体" w:eastAsia="宋体" w:hAnsi="宋体" w:cs="宋体"/>
          <w:color w:val="000000"/>
        </w:rPr>
        <w:t>分配送费，实际减</w:t>
      </w:r>
      <w:r>
        <w:rPr>
          <w:rFonts w:ascii="Times New Roman" w:eastAsia="Times New Roman" w:hAnsi="Times New Roman" w:cs="Times New Roman"/>
          <w:color w:val="000000"/>
        </w:rPr>
        <w:t>35</w:t>
      </w:r>
      <w:r>
        <w:rPr>
          <w:rFonts w:ascii="宋体" w:eastAsia="宋体" w:hAnsi="宋体" w:cs="宋体"/>
          <w:color w:val="000000"/>
        </w:rPr>
        <w:t>元</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应采取的订单方式是</w:t>
      </w:r>
      <w:r>
        <w:rPr>
          <w:rFonts w:ascii="Times New Roman" w:eastAsia="Times New Roman" w:hAnsi="Times New Roman" w:cs="Times New Roman"/>
          <w:color w:val="000000"/>
        </w:rPr>
        <w:t>100</w:t>
      </w:r>
      <w:r>
        <w:rPr>
          <w:rFonts w:ascii="宋体" w:eastAsia="宋体" w:hAnsi="宋体" w:cs="宋体"/>
          <w:color w:val="000000"/>
        </w:rPr>
        <w:t>一份，</w:t>
      </w:r>
    </w:p>
    <w:p>
      <w:pPr>
        <w:spacing w:line="360" w:lineRule="auto"/>
        <w:jc w:val="left"/>
        <w:textAlignment w:val="center"/>
        <w:rPr>
          <w:color w:val="000000"/>
        </w:rPr>
      </w:pPr>
      <w:r>
        <w:rPr>
          <w:rFonts w:ascii="宋体" w:eastAsia="宋体" w:hAnsi="宋体" w:cs="宋体"/>
          <w:color w:val="000000"/>
        </w:rPr>
        <w:t>所以点餐总费用最低可为</w:t>
      </w:r>
      <w:r>
        <w:pict>
          <v:shape id="_x0000_i721403" type="#_x0000_t75" alt="学科网(www.zxxk.com)--教育资源门户，提供试卷、教案、课件、论文、素材以及各类教学资源下载，还有大量而丰富的教学相关资讯！" style="width:233.85pt;height:20.15pt" o:oleicon="f" o:ole="">
            <v:imagedata r:id="rId469" o:title="eqId2fbdfa9eae047220e069764010f7f95c"/>
          </v:shape>
        </w:pict>
      </w:r>
      <w:r>
        <w:rPr>
          <w:rFonts w:ascii="宋体" w:eastAsia="宋体" w:hAnsi="宋体" w:cs="宋体"/>
          <w:color w:val="000000"/>
        </w:rPr>
        <w:t>元，</w:t>
      </w:r>
    </w:p>
    <w:p>
      <w:pPr>
        <w:spacing w:line="360" w:lineRule="auto"/>
        <w:jc w:val="left"/>
        <w:textAlignment w:val="center"/>
        <w:rPr>
          <w:color w:val="000000"/>
        </w:rPr>
      </w:pPr>
      <w:r>
        <w:rPr>
          <w:rFonts w:ascii="宋体" w:eastAsia="宋体" w:hAnsi="宋体" w:cs="宋体"/>
          <w:color w:val="000000"/>
        </w:rPr>
        <w:t>答：他点餐总费用最低可为</w:t>
      </w:r>
      <w:r>
        <w:rPr>
          <w:rFonts w:ascii="Times New Roman" w:eastAsia="Times New Roman" w:hAnsi="Times New Roman" w:cs="Times New Roman"/>
          <w:color w:val="000000"/>
        </w:rPr>
        <w:t>65</w:t>
      </w:r>
      <w:r>
        <w:rPr>
          <w:rFonts w:ascii="宋体" w:eastAsia="宋体" w:hAnsi="宋体" w:cs="宋体"/>
          <w:color w:val="000000"/>
        </w:rPr>
        <w:t>元．</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65</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本题考查了有理数的加减混合运算，正确的理解题意是解题的关键．</w:t>
      </w:r>
    </w:p>
    <w:p>
      <w:pPr>
        <w:spacing w:line="360" w:lineRule="auto"/>
        <w:jc w:val="left"/>
        <w:textAlignment w:val="center"/>
        <w:rPr>
          <w:color w:val="000000"/>
        </w:rPr>
      </w:pPr>
      <w:r>
        <w:rPr>
          <w:rFonts w:ascii="宋体" w:eastAsia="宋体" w:hAnsi="宋体" w:cs="宋体"/>
          <w:b/>
          <w:color w:val="000000"/>
          <w:sz w:val="24"/>
        </w:rPr>
        <w:t>三、解答题（本题共</w:t>
      </w:r>
      <w:r>
        <w:rPr>
          <w:rFonts w:ascii="Times New Roman" w:eastAsia="Times New Roman" w:hAnsi="Times New Roman" w:cs="Times New Roman"/>
          <w:b/>
          <w:color w:val="000000"/>
          <w:sz w:val="24"/>
        </w:rPr>
        <w:t>68</w:t>
      </w:r>
      <w:r>
        <w:rPr>
          <w:rFonts w:ascii="宋体" w:eastAsia="宋体" w:hAnsi="宋体" w:cs="宋体"/>
          <w:b/>
          <w:color w:val="000000"/>
          <w:sz w:val="24"/>
        </w:rPr>
        <w:t>分，第</w:t>
      </w:r>
      <w:r>
        <w:rPr>
          <w:rFonts w:ascii="Times New Roman" w:eastAsia="Times New Roman" w:hAnsi="Times New Roman" w:cs="Times New Roman"/>
          <w:b/>
          <w:color w:val="000000"/>
          <w:sz w:val="24"/>
        </w:rPr>
        <w:t>17</w:t>
      </w:r>
      <w:r>
        <w:rPr>
          <w:rFonts w:ascii="宋体" w:eastAsia="宋体" w:hAnsi="宋体" w:cs="宋体"/>
          <w:b/>
          <w:color w:val="000000"/>
          <w:sz w:val="24"/>
        </w:rPr>
        <w:t>～</w:t>
      </w:r>
      <w:r>
        <w:rPr>
          <w:rFonts w:ascii="Times New Roman" w:eastAsia="Times New Roman" w:hAnsi="Times New Roman" w:cs="Times New Roman"/>
          <w:b/>
          <w:color w:val="000000"/>
          <w:sz w:val="24"/>
        </w:rPr>
        <w:t>21</w:t>
      </w:r>
      <w:r>
        <w:rPr>
          <w:rFonts w:ascii="宋体" w:eastAsia="宋体" w:hAnsi="宋体" w:cs="宋体"/>
          <w:b/>
          <w:color w:val="000000"/>
          <w:sz w:val="24"/>
        </w:rPr>
        <w:t>题每小题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22</w:t>
      </w:r>
      <w:r>
        <w:rPr>
          <w:rFonts w:ascii="宋体" w:eastAsia="宋体" w:hAnsi="宋体" w:cs="宋体"/>
          <w:b/>
          <w:color w:val="000000"/>
          <w:sz w:val="24"/>
        </w:rPr>
        <w:t>～</w:t>
      </w:r>
      <w:r>
        <w:rPr>
          <w:rFonts w:ascii="Times New Roman" w:eastAsia="Times New Roman" w:hAnsi="Times New Roman" w:cs="Times New Roman"/>
          <w:b/>
          <w:color w:val="000000"/>
          <w:sz w:val="24"/>
        </w:rPr>
        <w:t>24</w:t>
      </w:r>
      <w:r>
        <w:rPr>
          <w:rFonts w:ascii="宋体" w:eastAsia="宋体" w:hAnsi="宋体" w:cs="宋体"/>
          <w:b/>
          <w:color w:val="000000"/>
          <w:sz w:val="24"/>
        </w:rPr>
        <w:t>题每小题</w:t>
      </w:r>
      <w:r>
        <w:rPr>
          <w:rFonts w:ascii="Times New Roman" w:eastAsia="Times New Roman" w:hAnsi="Times New Roman" w:cs="Times New Roman"/>
          <w:b/>
          <w:color w:val="000000"/>
          <w:sz w:val="24"/>
        </w:rPr>
        <w:t>6</w:t>
      </w:r>
      <w:r>
        <w:rPr>
          <w:rFonts w:ascii="宋体" w:eastAsia="宋体" w:hAnsi="宋体" w:cs="宋体"/>
          <w:b/>
          <w:color w:val="000000"/>
          <w:sz w:val="24"/>
        </w:rPr>
        <w:t>分，第</w:t>
      </w:r>
      <w:r>
        <w:rPr>
          <w:rFonts w:ascii="Times New Roman" w:eastAsia="Times New Roman" w:hAnsi="Times New Roman" w:cs="Times New Roman"/>
          <w:b/>
          <w:color w:val="000000"/>
          <w:sz w:val="24"/>
        </w:rPr>
        <w:t>25</w:t>
      </w:r>
      <w:r>
        <w:rPr>
          <w:rFonts w:ascii="宋体" w:eastAsia="宋体" w:hAnsi="宋体" w:cs="宋体"/>
          <w:b/>
          <w:color w:val="000000"/>
          <w:sz w:val="24"/>
        </w:rPr>
        <w:t>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26</w:t>
      </w:r>
      <w:r>
        <w:rPr>
          <w:rFonts w:ascii="宋体" w:eastAsia="宋体" w:hAnsi="宋体" w:cs="宋体"/>
          <w:b/>
          <w:color w:val="000000"/>
          <w:sz w:val="24"/>
        </w:rPr>
        <w:t>题</w:t>
      </w:r>
      <w:r>
        <w:rPr>
          <w:rFonts w:ascii="Times New Roman" w:eastAsia="Times New Roman" w:hAnsi="Times New Roman" w:cs="Times New Roman"/>
          <w:b/>
          <w:color w:val="000000"/>
          <w:sz w:val="24"/>
        </w:rPr>
        <w:t>6</w:t>
      </w:r>
      <w:r>
        <w:rPr>
          <w:rFonts w:ascii="宋体" w:eastAsia="宋体" w:hAnsi="宋体" w:cs="宋体"/>
          <w:b/>
          <w:color w:val="000000"/>
          <w:sz w:val="24"/>
        </w:rPr>
        <w:t>分，第</w:t>
      </w:r>
      <w:r>
        <w:rPr>
          <w:rFonts w:ascii="Times New Roman" w:eastAsia="Times New Roman" w:hAnsi="Times New Roman" w:cs="Times New Roman"/>
          <w:b/>
          <w:color w:val="000000"/>
          <w:sz w:val="24"/>
        </w:rPr>
        <w:t>27</w:t>
      </w:r>
      <w:r>
        <w:rPr>
          <w:rFonts w:ascii="宋体" w:eastAsia="宋体" w:hAnsi="宋体" w:cs="宋体"/>
          <w:b/>
          <w:color w:val="000000"/>
          <w:sz w:val="24"/>
        </w:rPr>
        <w:t>～</w:t>
      </w:r>
      <w:r>
        <w:rPr>
          <w:rFonts w:ascii="Times New Roman" w:eastAsia="Times New Roman" w:hAnsi="Times New Roman" w:cs="Times New Roman"/>
          <w:b/>
          <w:color w:val="000000"/>
          <w:sz w:val="24"/>
        </w:rPr>
        <w:t>28</w:t>
      </w:r>
      <w:r>
        <w:rPr>
          <w:rFonts w:ascii="宋体" w:eastAsia="宋体" w:hAnsi="宋体" w:cs="宋体"/>
          <w:b/>
          <w:color w:val="000000"/>
          <w:sz w:val="24"/>
        </w:rPr>
        <w:t>题每小题</w:t>
      </w:r>
      <w:r>
        <w:rPr>
          <w:rFonts w:ascii="Times New Roman" w:eastAsia="Times New Roman" w:hAnsi="Times New Roman" w:cs="Times New Roman"/>
          <w:b/>
          <w:color w:val="000000"/>
          <w:sz w:val="24"/>
        </w:rPr>
        <w:t>7</w:t>
      </w:r>
      <w:r>
        <w:rPr>
          <w:rFonts w:ascii="宋体" w:eastAsia="宋体" w:hAnsi="宋体" w:cs="宋体"/>
          <w:b/>
          <w:color w:val="000000"/>
          <w:sz w:val="24"/>
        </w:rPr>
        <w:t>分）解答应写出文字说明、证明过程或演算步骤．</w:t>
      </w:r>
    </w:p>
    <w:p>
      <w:pPr>
        <w:pStyle w:val="Heading1"/>
      </w:pPr>
      <w:r>
        <w:t>期末</w:t>
      </w:r>
    </w:p>
    <w:p>
      <w:pPr>
        <w:pStyle w:val="Heading2"/>
      </w:pPr>
      <w:r>
        <w:t>东城区</w:t>
      </w:r>
    </w:p>
    <w:p w:rsidR="008A4855">
      <w:pPr>
        <w:spacing w:line="360" w:lineRule="auto"/>
        <w:jc w:val="left"/>
        <w:textAlignment w:val="center"/>
        <w:rPr>
          <w:rFonts w:ascii="宋体" w:hAnsi="宋体"/>
          <w:color w:val="000000"/>
        </w:rPr>
      </w:pPr>
      <w:r w:rsidR="00A43152">
        <w:rPr>
          <w:color w:val="000000"/>
        </w:rPr>
        <w:t xml:space="preserve">16. </w:t>
      </w:r>
      <w:r>
        <w:pict>
          <v:shape id="_x0000_i721404" type="#_x0000_t75" alt="学科网(www.zxxk.com)--教育资源门户，提供试卷、教案、课件、论文、素材以及各类教学资源下载，还有大量而丰富的教学相关资讯！" style="width:18pt;height:20.25pt" o:oleicon="f" o:ole="" o:preferrelative="t" stroked="f">
            <v:imagedata r:id="rId470" o:title="eqId7b5559fa52604169ac0cb99796b61142"/>
          </v:shape>
        </w:pict>
      </w:r>
      <w:r w:rsidR="00A43152">
        <w:rPr>
          <w:rFonts w:ascii="宋体" w:hAnsi="宋体"/>
          <w:color w:val="000000"/>
        </w:rPr>
        <w:t>表示不超过数</w:t>
      </w:r>
      <w:r w:rsidR="00A43152">
        <w:rPr>
          <w:rFonts w:eastAsia="Times New Roman" w:cs="Times New Roman"/>
          <w:i/>
          <w:color w:val="000000"/>
        </w:rPr>
        <w:t>x</w:t>
      </w:r>
      <w:r w:rsidR="00A43152">
        <w:rPr>
          <w:rFonts w:ascii="宋体" w:hAnsi="宋体"/>
          <w:color w:val="000000"/>
        </w:rPr>
        <w:t>的最大整数，当</w:t>
      </w:r>
      <w:r>
        <w:pict>
          <v:shape id="_x0000_i721405" type="#_x0000_t75" alt="学科网(www.zxxk.com)--教育资源门户，提供试卷、教案、课件、论文、素材以及各类教学资源下载，还有大量而丰富的教学相关资讯！" style="width:36.75pt;height:14.25pt" o:oleicon="f" o:ole="" o:preferrelative="t" stroked="f">
            <v:imagedata r:id="rId471" o:title="eqIdbd8b0493e0b645218dddc37227cc2416"/>
          </v:shape>
        </w:pict>
      </w:r>
      <w:r w:rsidR="00A43152">
        <w:rPr>
          <w:rFonts w:ascii="宋体" w:hAnsi="宋体"/>
          <w:color w:val="000000"/>
        </w:rPr>
        <w:t>时，</w:t>
      </w:r>
      <w:r>
        <w:pict>
          <v:shape id="_x0000_i721406" type="#_x0000_t75" alt="学科网(www.zxxk.com)--教育资源门户，提供试卷、教案、课件、论文、素材以及各类教学资源下载，还有大量而丰富的教学相关资讯！" style="width:18pt;height:20.25pt" o:oleicon="f" o:ole="" o:preferrelative="t" stroked="f">
            <v:imagedata r:id="rId470" o:title="eqId7b5559fa52604169ac0cb99796b61142"/>
          </v:shape>
        </w:pict>
      </w:r>
      <w:r w:rsidR="00A43152">
        <w:rPr>
          <w:rFonts w:ascii="宋体" w:hAnsi="宋体"/>
          <w:color w:val="000000"/>
        </w:rPr>
        <w:t>表示的整数为______；若</w:t>
      </w:r>
      <w:r>
        <w:pict>
          <v:shape id="_x0000_i721407" type="#_x0000_t75" alt="学科网(www.zxxk.com)--教育资源门户，提供试卷、教案、课件、论文、素材以及各类教学资源下载，还有大量而丰富的教学相关资讯！" style="width:209.1pt;height:20.1pt" o:oleicon="f" o:ole="" o:preferrelative="t" stroked="f">
            <v:imagedata r:id="rId472" o:title="eqId4c0e8fc9ae6535d9392dcf00b245422e"/>
          </v:shape>
        </w:pict>
      </w:r>
      <w:r w:rsidR="00A43152">
        <w:rPr>
          <w:rFonts w:ascii="宋体" w:hAnsi="宋体"/>
          <w:color w:val="000000"/>
        </w:rPr>
        <w:t>，则</w:t>
      </w:r>
      <w:r>
        <w:pict>
          <v:shape id="_x0000_i721408" type="#_x0000_t75" alt="学科网(www.zxxk.com)--教育资源门户，提供试卷、教案、课件、论文、素材以及各类教学资源下载，还有大量而丰富的教学相关资讯！" style="width:18.75pt;height:11.25pt" o:oleicon="f" o:ole="" o:preferrelative="t" stroked="f">
            <v:imagedata r:id="rId473" o:title="eqId70c52126b23a4d5388d832c32cc794a4"/>
          </v:shape>
        </w:pict>
      </w:r>
      <w:r w:rsidR="00A43152">
        <w:rPr>
          <w:rFonts w:ascii="宋体" w:hAnsi="宋体"/>
          <w:color w:val="000000"/>
        </w:rPr>
        <w:t>______．</w:t>
      </w:r>
    </w:p>
    <w:p w:rsidR="008A4855">
      <w:pPr>
        <w:spacing w:line="360" w:lineRule="auto"/>
        <w:textAlignment w:val="center"/>
        <w:rPr>
          <w:rFonts w:eastAsia="Times New Roman" w:cs="Times New Roman"/>
          <w:color w:val="000000"/>
        </w:rPr>
      </w:pPr>
      <w:r w:rsidR="00A43152">
        <w:rPr>
          <w:color w:val="2E75B6"/>
        </w:rPr>
        <w:t>【答案】</w:t>
      </w:r>
      <w:r w:rsidR="00A43152">
        <w:rPr>
          <w:color w:val="000000"/>
        </w:rPr>
        <w:t xml:space="preserve">    ①. </w:t>
      </w:r>
      <w:r w:rsidR="00A43152">
        <w:rPr>
          <w:rFonts w:eastAsia="Times New Roman" w:cs="Times New Roman"/>
          <w:color w:val="000000"/>
        </w:rPr>
        <w:t>5</w:t>
      </w:r>
      <w:r w:rsidR="00A43152">
        <w:rPr>
          <w:color w:val="000000"/>
        </w:rPr>
        <w:t xml:space="preserve">    ②. </w:t>
      </w:r>
      <w:r w:rsidR="00A43152">
        <w:rPr>
          <w:rFonts w:eastAsia="Times New Roman" w:cs="Times New Roman"/>
          <w:color w:val="000000"/>
        </w:rPr>
        <w:t>2</w:t>
      </w:r>
    </w:p>
    <w:p w:rsidR="008A4855">
      <w:pPr>
        <w:spacing w:line="360" w:lineRule="auto"/>
        <w:textAlignment w:val="center"/>
        <w:rPr>
          <w:color w:val="000000"/>
        </w:rPr>
      </w:pPr>
      <w:r w:rsidR="00A43152">
        <w:rPr>
          <w:color w:val="2E75B6"/>
        </w:rPr>
        <w:t>【解析】</w:t>
      </w:r>
    </w:p>
    <w:p w:rsidR="008A4855">
      <w:pPr>
        <w:spacing w:line="360" w:lineRule="auto"/>
        <w:textAlignment w:val="center"/>
        <w:rPr>
          <w:rFonts w:ascii="宋体" w:hAnsi="宋体"/>
          <w:color w:val="000000"/>
        </w:rPr>
      </w:pPr>
      <w:r w:rsidR="00A43152">
        <w:rPr>
          <w:color w:val="000000"/>
        </w:rPr>
        <w:t>【分析】</w:t>
      </w:r>
      <w:r w:rsidR="00A43152">
        <w:rPr>
          <w:rFonts w:ascii="宋体" w:hAnsi="宋体"/>
          <w:color w:val="000000"/>
        </w:rPr>
        <w:t>根据题意直接可确定</w:t>
      </w:r>
      <w:r>
        <w:pict>
          <v:shape id="_x0000_i721409" type="#_x0000_t75" alt="学科网(www.zxxk.com)--教育资源门户，提供试卷、教案、课件、论文、素材以及各类教学资源下载，还有大量而丰富的教学相关资讯！" style="width:18pt;height:20.25pt" o:oleicon="f" o:ole="" o:preferrelative="t" stroked="f">
            <v:imagedata r:id="rId474" o:title="eqId7b5559fa52604169ac0cb99796b61142"/>
          </v:shape>
        </w:pict>
      </w:r>
      <w:r w:rsidR="00A43152">
        <w:rPr>
          <w:rFonts w:ascii="宋体" w:hAnsi="宋体"/>
          <w:color w:val="000000"/>
        </w:rPr>
        <w:t>的值，由</w:t>
      </w:r>
      <w:r>
        <w:pict>
          <v:shape id="_x0000_i721410" type="#_x0000_t75" alt="学科网(www.zxxk.com)--教育资源门户，提供试卷、教案、课件、论文、素材以及各类教学资源下载，还有大量而丰富的教学相关资讯！" style="width:18pt;height:20.25pt" o:oleicon="f" o:ole="" o:preferrelative="t" stroked="f">
            <v:imagedata r:id="rId474" o:title="eqId7b5559fa52604169ac0cb99796b61142"/>
          </v:shape>
        </w:pict>
      </w:r>
      <w:r w:rsidR="00A43152">
        <w:rPr>
          <w:rFonts w:ascii="宋体" w:hAnsi="宋体"/>
          <w:color w:val="000000"/>
        </w:rPr>
        <w:t>表示整数结合</w:t>
      </w:r>
      <w:r>
        <w:pict>
          <v:shape id="_x0000_i721411" type="#_x0000_t75" alt="学科网(www.zxxk.com)--教育资源门户，提供试卷、教案、课件、论文、素材以及各类教学资源下载，还有大量而丰富的教学相关资讯！" style="width:209.1pt;height:20.1pt" o:oleicon="f" o:ole="" o:preferrelative="t" stroked="f">
            <v:imagedata r:id="rId475" o:title="eqId4c0e8fc9ae6535d9392dcf00b245422e"/>
          </v:shape>
        </w:pict>
      </w:r>
      <w:r w:rsidR="00A43152">
        <w:rPr>
          <w:rFonts w:ascii="宋体" w:hAnsi="宋体"/>
          <w:color w:val="000000"/>
        </w:rPr>
        <w:t>可知，</w:t>
      </w:r>
      <w:r w:rsidR="00A43152">
        <w:rPr>
          <w:rFonts w:eastAsia="Times New Roman" w:cs="Times New Roman"/>
          <w:i/>
          <w:color w:val="000000"/>
        </w:rPr>
        <w:t>x</w:t>
      </w:r>
      <w:r w:rsidR="00A43152">
        <w:rPr>
          <w:rFonts w:ascii="宋体" w:hAnsi="宋体"/>
          <w:color w:val="000000"/>
        </w:rPr>
        <w:t>必是整数，然后去掉</w:t>
      </w:r>
      <w:r w:rsidR="00A43152">
        <w:rPr>
          <w:rFonts w:eastAsia="Times New Roman" w:cs="Times New Roman"/>
          <w:color w:val="000000"/>
        </w:rPr>
        <w:t>[],</w:t>
      </w:r>
      <w:r w:rsidR="00A43152">
        <w:rPr>
          <w:rFonts w:ascii="宋体" w:hAnsi="宋体"/>
          <w:color w:val="000000"/>
        </w:rPr>
        <w:t>最后求出</w:t>
      </w:r>
      <w:r w:rsidR="00A43152">
        <w:rPr>
          <w:rFonts w:eastAsia="Times New Roman" w:cs="Times New Roman"/>
          <w:i/>
          <w:color w:val="000000"/>
        </w:rPr>
        <w:t>x</w:t>
      </w:r>
      <w:r w:rsidR="00A43152">
        <w:rPr>
          <w:rFonts w:ascii="宋体" w:hAnsi="宋体"/>
          <w:color w:val="000000"/>
        </w:rPr>
        <w:t>即可．</w:t>
      </w:r>
    </w:p>
    <w:p w:rsidR="008A4855">
      <w:pPr>
        <w:spacing w:line="360" w:lineRule="auto"/>
        <w:textAlignment w:val="center"/>
        <w:rPr>
          <w:rFonts w:ascii="宋体" w:hAnsi="宋体"/>
          <w:color w:val="000000"/>
        </w:rPr>
      </w:pPr>
      <w:r w:rsidR="00A43152">
        <w:rPr>
          <w:color w:val="000000"/>
        </w:rPr>
        <w:t>【详解】</w:t>
      </w:r>
      <w:r w:rsidR="00A43152">
        <w:rPr>
          <w:rFonts w:ascii="宋体" w:hAnsi="宋体"/>
          <w:color w:val="000000"/>
        </w:rPr>
        <w:t>解：由题意可知：当</w:t>
      </w:r>
      <w:r>
        <w:pict>
          <v:shape id="_x0000_i721412" type="#_x0000_t75" alt="学科网(www.zxxk.com)--教育资源门户，提供试卷、教案、课件、论文、素材以及各类教学资源下载，还有大量而丰富的教学相关资讯！" style="width:36.75pt;height:14.25pt" o:oleicon="f" o:ole="" o:preferrelative="t" stroked="f">
            <v:imagedata r:id="rId476" o:title="eqIdbd8b0493e0b645218dddc37227cc2416"/>
          </v:shape>
        </w:pict>
      </w:r>
      <w:r w:rsidR="00A43152">
        <w:rPr>
          <w:rFonts w:ascii="宋体" w:hAnsi="宋体"/>
          <w:color w:val="000000"/>
        </w:rPr>
        <w:t>时，</w:t>
      </w:r>
      <w:r>
        <w:pict>
          <v:shape id="_x0000_i721413" type="#_x0000_t75" alt="学科网(www.zxxk.com)--教育资源门户，提供试卷、教案、课件、论文、素材以及各类教学资源下载，还有大量而丰富的教学相关资讯！" style="width:18pt;height:20.25pt" o:oleicon="f" o:ole="" o:preferrelative="t" stroked="f">
            <v:imagedata r:id="rId477" o:title="eqId7b5559fa52604169ac0cb99796b61142"/>
          </v:shape>
        </w:pict>
      </w:r>
      <w:r w:rsidR="00A43152">
        <w:rPr>
          <w:rFonts w:ascii="宋体" w:hAnsi="宋体"/>
          <w:color w:val="000000"/>
        </w:rPr>
        <w:t>表示的整数为</w:t>
      </w:r>
      <w:r w:rsidR="00A43152">
        <w:rPr>
          <w:rFonts w:eastAsia="Times New Roman" w:cs="Times New Roman"/>
          <w:color w:val="000000"/>
        </w:rPr>
        <w:t>5</w:t>
      </w:r>
      <w:r w:rsidR="00A43152">
        <w:rPr>
          <w:rFonts w:ascii="宋体" w:hAnsi="宋体"/>
          <w:color w:val="000000"/>
        </w:rPr>
        <w:t>；</w:t>
      </w:r>
    </w:p>
    <w:p w:rsidR="008A4855">
      <w:pPr>
        <w:spacing w:line="360" w:lineRule="auto"/>
        <w:jc w:val="left"/>
        <w:textAlignment w:val="center"/>
        <w:rPr>
          <w:rFonts w:ascii="宋体" w:hAnsi="宋体"/>
          <w:color w:val="000000"/>
        </w:rPr>
      </w:pPr>
      <w:r w:rsidR="00A43152">
        <w:rPr>
          <w:rFonts w:eastAsia="Times New Roman" w:cs="Times New Roman"/>
          <w:color w:val="000000"/>
        </w:rPr>
        <w:t>∵</w:t>
      </w:r>
      <w:r>
        <w:pict>
          <v:shape id="_x0000_i721414" type="#_x0000_t75" alt="学科网(www.zxxk.com)--教育资源门户，提供试卷、教案、课件、论文、素材以及各类教学资源下载，还有大量而丰富的教学相关资讯！" style="width:18pt;height:20.25pt" o:oleicon="f" o:ole="" o:preferrelative="t" stroked="f">
            <v:imagedata r:id="rId478" o:title="eqId7b5559fa52604169ac0cb99796b61142"/>
          </v:shape>
        </w:pict>
      </w:r>
      <w:r w:rsidR="00A43152">
        <w:rPr>
          <w:rFonts w:ascii="宋体" w:hAnsi="宋体"/>
          <w:color w:val="000000"/>
        </w:rPr>
        <w:t>表示整数，</w:t>
      </w:r>
      <w:r>
        <w:pict>
          <v:shape id="_x0000_i721415" type="#_x0000_t75" alt="学科网(www.zxxk.com)--教育资源门户，提供试卷、教案、课件、论文、素材以及各类教学资源下载，还有大量而丰富的教学相关资讯！" style="width:209.1pt;height:20.1pt" o:oleicon="f" o:ole="" o:preferrelative="t" stroked="f">
            <v:imagedata r:id="rId479" o:title="eqId4c0e8fc9ae6535d9392dcf00b245422e"/>
          </v:shape>
        </w:pict>
      </w:r>
    </w:p>
    <w:p w:rsidR="008A4855">
      <w:pPr>
        <w:spacing w:line="360" w:lineRule="auto"/>
        <w:jc w:val="left"/>
        <w:textAlignment w:val="center"/>
        <w:rPr>
          <w:rFonts w:ascii="宋体" w:hAnsi="宋体"/>
          <w:color w:val="000000"/>
        </w:rPr>
      </w:pPr>
      <w:r w:rsidR="00A43152">
        <w:rPr>
          <w:rFonts w:ascii="宋体" w:hAnsi="宋体"/>
          <w:color w:val="000000"/>
        </w:rPr>
        <w:t>∴</w:t>
      </w:r>
      <w:r w:rsidR="00A43152">
        <w:rPr>
          <w:rFonts w:eastAsia="Times New Roman" w:cs="Times New Roman"/>
          <w:i/>
          <w:color w:val="000000"/>
        </w:rPr>
        <w:t>x</w:t>
      </w:r>
      <w:r w:rsidR="00A43152">
        <w:rPr>
          <w:rFonts w:ascii="宋体" w:hAnsi="宋体"/>
          <w:color w:val="000000"/>
        </w:rPr>
        <w:t>必是整数</w:t>
      </w:r>
    </w:p>
    <w:p w:rsidR="008A4855">
      <w:pPr>
        <w:spacing w:line="360" w:lineRule="auto"/>
        <w:jc w:val="left"/>
        <w:textAlignment w:val="center"/>
        <w:rPr>
          <w:rFonts w:eastAsia="Times New Roman" w:cs="Times New Roman"/>
          <w:color w:val="000000"/>
        </w:rPr>
      </w:pPr>
      <w:r w:rsidR="00A43152">
        <w:rPr>
          <w:rFonts w:eastAsia="Times New Roman" w:cs="Times New Roman"/>
          <w:color w:val="000000"/>
        </w:rPr>
        <w:t>∴</w:t>
      </w:r>
      <w:r>
        <w:pict>
          <v:shape id="_x0000_i721416" type="#_x0000_t75" alt="学科网(www.zxxk.com)--教育资源门户，提供试卷、教案、课件、论文、素材以及各类教学资源下载，还有大量而丰富的教学相关资讯！" style="width:209.1pt;height:20.1pt" o:oleicon="f" o:ole="" o:preferrelative="t" stroked="f">
            <v:imagedata r:id="rId480" o:title="eqId4c0e8fc9ae6535d9392dcf00b245422e"/>
          </v:shape>
        </w:pict>
      </w:r>
    </w:p>
    <w:p w:rsidR="008A4855">
      <w:pPr>
        <w:spacing w:line="360" w:lineRule="auto"/>
        <w:jc w:val="left"/>
        <w:textAlignment w:val="center"/>
        <w:rPr>
          <w:rFonts w:eastAsia="Times New Roman" w:cs="Times New Roman"/>
          <w:color w:val="000000"/>
        </w:rPr>
      </w:pPr>
      <w:r w:rsidR="00A43152">
        <w:rPr>
          <w:rFonts w:eastAsia="Times New Roman" w:cs="Times New Roman"/>
          <w:i/>
          <w:color w:val="000000"/>
        </w:rPr>
        <w:t>x</w:t>
      </w:r>
      <w:r w:rsidR="00A43152">
        <w:rPr>
          <w:rFonts w:eastAsia="Times New Roman" w:cs="Times New Roman"/>
          <w:color w:val="000000"/>
        </w:rPr>
        <w:t>+2</w:t>
      </w:r>
      <w:r w:rsidR="00A43152">
        <w:rPr>
          <w:rFonts w:eastAsia="Times New Roman" w:cs="Times New Roman"/>
          <w:i/>
          <w:color w:val="000000"/>
        </w:rPr>
        <w:t>x</w:t>
      </w:r>
      <w:r w:rsidR="00A43152">
        <w:rPr>
          <w:rFonts w:eastAsia="Times New Roman" w:cs="Times New Roman"/>
          <w:color w:val="000000"/>
        </w:rPr>
        <w:t>+3</w:t>
      </w:r>
      <w:r w:rsidR="00A43152">
        <w:rPr>
          <w:rFonts w:eastAsia="Times New Roman" w:cs="Times New Roman"/>
          <w:i/>
          <w:color w:val="000000"/>
        </w:rPr>
        <w:t>x</w:t>
      </w:r>
      <w:r w:rsidR="00A43152">
        <w:rPr>
          <w:rFonts w:eastAsia="Times New Roman" w:cs="Times New Roman"/>
          <w:color w:val="000000"/>
        </w:rPr>
        <w:t>+4</w:t>
      </w:r>
      <w:r w:rsidR="00A43152">
        <w:rPr>
          <w:rFonts w:eastAsia="Times New Roman" w:cs="Times New Roman"/>
          <w:i/>
          <w:color w:val="000000"/>
        </w:rPr>
        <w:t>x</w:t>
      </w:r>
      <w:r w:rsidR="00A43152">
        <w:rPr>
          <w:rFonts w:eastAsia="Times New Roman" w:cs="Times New Roman"/>
          <w:color w:val="000000"/>
        </w:rPr>
        <w:t>+…+100</w:t>
      </w:r>
      <w:r w:rsidR="00A43152">
        <w:rPr>
          <w:rFonts w:eastAsia="Times New Roman" w:cs="Times New Roman"/>
          <w:i/>
          <w:color w:val="000000"/>
        </w:rPr>
        <w:t>x</w:t>
      </w:r>
      <w:r w:rsidR="00A43152">
        <w:rPr>
          <w:rFonts w:eastAsia="Times New Roman" w:cs="Times New Roman"/>
          <w:color w:val="000000"/>
        </w:rPr>
        <w:t>=10100</w:t>
      </w:r>
    </w:p>
    <w:p w:rsidR="008A4855">
      <w:pPr>
        <w:spacing w:line="360" w:lineRule="auto"/>
        <w:jc w:val="left"/>
        <w:textAlignment w:val="center"/>
        <w:rPr>
          <w:rFonts w:eastAsia="Times New Roman" w:cs="Times New Roman"/>
          <w:color w:val="000000"/>
        </w:rPr>
      </w:pPr>
      <w:r>
        <w:pict>
          <v:shape id="_x0000_i721417" type="#_x0000_t75" alt="学科网(www.zxxk.com)--教育资源门户，提供试卷、教案、课件、论文、素材以及各类教学资源下载，还有大量而丰富的教学相关资讯！" style="width:115.2pt;height:31.2pt" o:oleicon="f" o:ole="" o:preferrelative="t" stroked="f">
            <v:imagedata r:id="rId481" o:title="eqId417c9610d84014f75a72af7da0998abd"/>
          </v:shape>
        </w:pict>
      </w:r>
      <w:r w:rsidR="00A43152">
        <w:rPr>
          <w:rFonts w:eastAsia="Times New Roman" w:cs="Times New Roman"/>
          <w:color w:val="000000"/>
        </w:rPr>
        <w:t xml:space="preserve"> </w:t>
      </w:r>
    </w:p>
    <w:p w:rsidR="008A4855">
      <w:pPr>
        <w:spacing w:line="360" w:lineRule="auto"/>
        <w:jc w:val="left"/>
        <w:textAlignment w:val="center"/>
        <w:rPr>
          <w:rFonts w:ascii="宋体" w:hAnsi="宋体"/>
          <w:color w:val="000000"/>
        </w:rPr>
      </w:pPr>
      <w:r w:rsidR="00A43152">
        <w:rPr>
          <w:rFonts w:ascii="宋体" w:hAnsi="宋体"/>
          <w:color w:val="000000"/>
        </w:rPr>
        <w:t>解得</w:t>
      </w:r>
      <w:r w:rsidR="00A43152">
        <w:rPr>
          <w:rFonts w:eastAsia="Times New Roman" w:cs="Times New Roman"/>
          <w:i/>
          <w:color w:val="000000"/>
        </w:rPr>
        <w:t>x</w:t>
      </w:r>
      <w:r w:rsidR="00A43152">
        <w:rPr>
          <w:rFonts w:eastAsia="Times New Roman" w:cs="Times New Roman"/>
          <w:color w:val="000000"/>
        </w:rPr>
        <w:t>=2</w:t>
      </w:r>
      <w:r w:rsidR="00A43152">
        <w:rPr>
          <w:rFonts w:ascii="宋体" w:hAnsi="宋体"/>
          <w:color w:val="000000"/>
        </w:rPr>
        <w:t>．</w:t>
      </w:r>
    </w:p>
    <w:p w:rsidR="008A4855">
      <w:pPr>
        <w:spacing w:line="360" w:lineRule="auto"/>
        <w:jc w:val="left"/>
        <w:textAlignment w:val="center"/>
        <w:rPr>
          <w:rFonts w:ascii="宋体" w:hAnsi="宋体"/>
          <w:color w:val="000000"/>
        </w:rPr>
      </w:pPr>
      <w:r w:rsidR="00A43152">
        <w:rPr>
          <w:rFonts w:ascii="宋体" w:hAnsi="宋体"/>
          <w:color w:val="000000"/>
        </w:rPr>
        <w:t>故答案是</w:t>
      </w:r>
      <w:r w:rsidR="00A43152">
        <w:rPr>
          <w:rFonts w:eastAsia="Times New Roman" w:cs="Times New Roman"/>
          <w:color w:val="000000"/>
        </w:rPr>
        <w:t>5</w:t>
      </w:r>
      <w:r w:rsidR="00A43152">
        <w:rPr>
          <w:rFonts w:ascii="宋体" w:hAnsi="宋体"/>
          <w:color w:val="000000"/>
        </w:rPr>
        <w:t>，</w:t>
      </w:r>
      <w:r w:rsidR="00A43152">
        <w:rPr>
          <w:rFonts w:eastAsia="Times New Roman" w:cs="Times New Roman"/>
          <w:color w:val="000000"/>
        </w:rPr>
        <w:t>2</w:t>
      </w:r>
      <w:r w:rsidR="00A43152">
        <w:rPr>
          <w:rFonts w:ascii="宋体" w:hAnsi="宋体"/>
          <w:color w:val="000000"/>
        </w:rPr>
        <w:t>．</w:t>
      </w:r>
    </w:p>
    <w:p w:rsidR="008A4855">
      <w:pPr>
        <w:spacing w:line="360" w:lineRule="auto"/>
        <w:jc w:val="left"/>
        <w:textAlignment w:val="center"/>
        <w:rPr>
          <w:rFonts w:ascii="宋体" w:hAnsi="宋体"/>
          <w:color w:val="000000"/>
        </w:rPr>
      </w:pPr>
      <w:r w:rsidR="00A43152">
        <w:rPr>
          <w:color w:val="000000"/>
        </w:rPr>
        <w:t>【点睛】</w:t>
      </w:r>
      <w:r w:rsidR="00A43152">
        <w:rPr>
          <w:rFonts w:ascii="宋体" w:hAnsi="宋体"/>
          <w:color w:val="000000"/>
        </w:rPr>
        <w:t>本题主要考试了整数以及一元一次方程的应用，根据题意确定</w:t>
      </w:r>
      <w:r w:rsidR="00A43152">
        <w:rPr>
          <w:rFonts w:eastAsia="Times New Roman" w:cs="Times New Roman"/>
          <w:i/>
          <w:color w:val="000000"/>
        </w:rPr>
        <w:t>x</w:t>
      </w:r>
      <w:r w:rsidR="00A43152">
        <w:rPr>
          <w:rFonts w:ascii="宋体" w:hAnsi="宋体"/>
          <w:color w:val="000000"/>
        </w:rPr>
        <w:t>为整数、进而化简</w:t>
      </w:r>
      <w:r>
        <w:pict>
          <v:shape id="_x0000_i721418" type="#_x0000_t75" alt="学科网(www.zxxk.com)--教育资源门户，提供试卷、教案、课件、论文、素材以及各类教学资源下载，还有大量而丰富的教学相关资讯！" style="width:209.1pt;height:20.1pt" o:oleicon="f" o:ole="" o:preferrelative="t" stroked="f">
            <v:imagedata r:id="rId482" o:title="eqId4c0e8fc9ae6535d9392dcf00b245422e"/>
          </v:shape>
        </w:pict>
      </w:r>
      <w:r w:rsidR="00A43152">
        <w:rPr>
          <w:rFonts w:ascii="宋体" w:hAnsi="宋体"/>
          <w:color w:val="000000"/>
        </w:rPr>
        <w:t>成为解答本题的关键．</w:t>
      </w:r>
    </w:p>
    <w:p w:rsidR="008A4855">
      <w:pPr>
        <w:spacing w:line="360" w:lineRule="auto"/>
        <w:jc w:val="left"/>
        <w:textAlignment w:val="center"/>
        <w:rPr>
          <w:rFonts w:ascii="宋体" w:hAnsi="宋体"/>
          <w:b/>
          <w:color w:val="000000"/>
          <w:sz w:val="24"/>
        </w:rPr>
      </w:pPr>
      <w:r w:rsidR="00A43152">
        <w:rPr>
          <w:rFonts w:ascii="宋体" w:hAnsi="宋体"/>
          <w:b/>
          <w:color w:val="000000"/>
          <w:sz w:val="24"/>
        </w:rPr>
        <w:t>三、解答题</w:t>
      </w:r>
    </w:p>
    <w:p>
      <w:pPr>
        <w:pStyle w:val="Heading2"/>
      </w:pPr>
      <w:r>
        <w:t>丰台区</w:t>
      </w:r>
    </w:p>
    <w:p>
      <w:pPr>
        <w:spacing w:line="360" w:lineRule="auto"/>
        <w:jc w:val="left"/>
        <w:textAlignment w:val="center"/>
        <w:rPr>
          <w:color w:val="000000"/>
        </w:rPr>
      </w:pPr>
      <w:r>
        <w:rPr>
          <w:color w:val="000000"/>
        </w:rPr>
        <w:t xml:space="preserve">18. </w:t>
      </w:r>
      <w:r>
        <w:rPr>
          <w:rFonts w:ascii="宋体" w:eastAsia="宋体" w:hAnsi="宋体" w:cs="宋体"/>
          <w:color w:val="000000"/>
        </w:rPr>
        <w:t>历史上数学家欧拉最先把关于</w:t>
      </w:r>
      <w:r>
        <w:rPr>
          <w:rFonts w:ascii="Times New Roman" w:eastAsia="Times New Roman" w:hAnsi="Times New Roman" w:cs="Times New Roman"/>
          <w:i/>
          <w:color w:val="000000"/>
        </w:rPr>
        <w:t>x</w:t>
      </w:r>
      <w:r>
        <w:rPr>
          <w:rFonts w:ascii="宋体" w:eastAsia="宋体" w:hAnsi="宋体" w:cs="宋体"/>
          <w:color w:val="000000"/>
        </w:rPr>
        <w:t>的多项式用记号</w:t>
      </w:r>
      <w:r>
        <w:rPr>
          <w:rFonts w:ascii="Times New Roman" w:eastAsia="Times New Roman" w:hAnsi="Times New Roman" w:cs="Times New Roman"/>
          <w:i/>
          <w:color w:val="000000"/>
        </w:rPr>
        <w:t>f</w:t>
      </w: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）表示，把</w:t>
      </w:r>
      <w:r>
        <w:rPr>
          <w:rFonts w:ascii="Times New Roman" w:eastAsia="Times New Roman" w:hAnsi="Times New Roman" w:cs="Times New Roman"/>
          <w:i/>
          <w:color w:val="000000"/>
        </w:rPr>
        <w:t>x</w:t>
      </w:r>
      <w:r>
        <w:rPr>
          <w:rFonts w:ascii="宋体" w:eastAsia="宋体" w:hAnsi="宋体" w:cs="宋体"/>
          <w:color w:val="000000"/>
        </w:rPr>
        <w:t>等于某数</w:t>
      </w:r>
      <w:r>
        <w:rPr>
          <w:rFonts w:ascii="Times New Roman" w:eastAsia="Times New Roman" w:hAnsi="Times New Roman" w:cs="Times New Roman"/>
          <w:i/>
          <w:color w:val="000000"/>
        </w:rPr>
        <w:t>a</w:t>
      </w:r>
      <w:r>
        <w:rPr>
          <w:rFonts w:ascii="宋体" w:eastAsia="宋体" w:hAnsi="宋体" w:cs="宋体"/>
          <w:color w:val="000000"/>
        </w:rPr>
        <w:t>时的多项式的值用</w:t>
      </w:r>
      <w:r>
        <w:rPr>
          <w:rFonts w:ascii="Times New Roman" w:eastAsia="Times New Roman" w:hAnsi="Times New Roman" w:cs="Times New Roman"/>
          <w:i/>
          <w:color w:val="000000"/>
        </w:rPr>
        <w:t>f</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）表示．例如多项式</w:t>
      </w:r>
      <w:r>
        <w:rPr>
          <w:rFonts w:ascii="Times New Roman" w:eastAsia="Times New Roman" w:hAnsi="Times New Roman" w:cs="Times New Roman"/>
          <w:i/>
          <w:color w:val="000000"/>
        </w:rPr>
        <w:t>f</w:t>
      </w: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perscript"/>
        </w:rPr>
        <w:t>2</w:t>
      </w: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，当</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时，多项式的值为</w:t>
      </w:r>
      <w:r>
        <w:rPr>
          <w:rFonts w:ascii="Times New Roman" w:eastAsia="Times New Roman" w:hAnsi="Times New Roman" w:cs="Times New Roman"/>
          <w:i/>
          <w:color w:val="000000"/>
        </w:rPr>
        <w:t>f</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4</w:t>
      </w:r>
      <w:r>
        <w:rPr>
          <w:rFonts w:ascii="Times New Roman" w:eastAsia="Times New Roman" w:hAnsi="Times New Roman" w:cs="Times New Roman"/>
          <w:color w:val="000000"/>
          <w:vertAlign w:val="superscript"/>
        </w:rPr>
        <w:t>2</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13</w:t>
      </w:r>
      <w:r>
        <w:rPr>
          <w:rFonts w:ascii="宋体" w:eastAsia="宋体" w:hAnsi="宋体" w:cs="宋体"/>
          <w:color w:val="000000"/>
        </w:rPr>
        <w:t>，已知多项式</w:t>
      </w:r>
      <w:r>
        <w:rPr>
          <w:rFonts w:ascii="Times New Roman" w:eastAsia="Times New Roman" w:hAnsi="Times New Roman" w:cs="Times New Roman"/>
          <w:i/>
          <w:color w:val="000000"/>
        </w:rPr>
        <w:t>f</w:t>
      </w: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i/>
          <w:color w:val="000000"/>
        </w:rPr>
        <w:t>mx</w:t>
      </w:r>
      <w:r>
        <w:rPr>
          <w:rFonts w:ascii="Times New Roman" w:eastAsia="Times New Roman" w:hAnsi="Times New Roman" w:cs="Times New Roman"/>
          <w:color w:val="000000"/>
          <w:vertAlign w:val="superscript"/>
        </w:rPr>
        <w:t>3</w:t>
      </w:r>
      <w:r>
        <w:rPr>
          <w:rFonts w:ascii="宋体" w:eastAsia="宋体" w:hAnsi="宋体" w:cs="宋体"/>
          <w:color w:val="000000"/>
        </w:rPr>
        <w:t>＋</w:t>
      </w:r>
      <w:r>
        <w:rPr>
          <w:rFonts w:ascii="Times New Roman" w:eastAsia="Times New Roman" w:hAnsi="Times New Roman" w:cs="Times New Roman"/>
          <w:i/>
          <w:color w:val="000000"/>
        </w:rPr>
        <w:t>nx</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，若</w:t>
      </w:r>
      <w:r>
        <w:rPr>
          <w:rFonts w:ascii="Times New Roman" w:eastAsia="Times New Roman" w:hAnsi="Times New Roman" w:cs="Times New Roman"/>
          <w:i/>
          <w:color w:val="000000"/>
        </w:rPr>
        <w:t>f</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12</w:t>
      </w:r>
      <w:r>
        <w:rPr>
          <w:rFonts w:ascii="宋体" w:eastAsia="宋体" w:hAnsi="宋体" w:cs="宋体"/>
          <w:color w:val="000000"/>
        </w:rPr>
        <w:t>，则</w:t>
      </w:r>
      <w:r>
        <w:rPr>
          <w:rFonts w:ascii="Times New Roman" w:eastAsia="Times New Roman" w:hAnsi="Times New Roman" w:cs="Times New Roman"/>
          <w:i/>
          <w:color w:val="000000"/>
        </w:rPr>
        <w:t>f</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）的值为</w:t>
      </w:r>
      <w:r>
        <w:rPr>
          <w:color w:val="000000"/>
        </w:rPr>
        <w:t>______</w:t>
      </w:r>
      <w:r>
        <w:rPr>
          <w:rFonts w:ascii="宋体" w:eastAsia="宋体" w:hAnsi="宋体" w:cs="宋体"/>
          <w:color w:val="000000"/>
        </w:rPr>
        <w:t>．</w:t>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-6</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把</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代入多项式中，得出关于</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的等式，再把</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代入多项式，整体求值即可．</w:t>
      </w:r>
    </w:p>
    <w:p>
      <w:pPr>
        <w:spacing w:line="360" w:lineRule="auto"/>
        <w:jc w:val="left"/>
        <w:textAlignment w:val="center"/>
        <w:rPr>
          <w:color w:val="000000"/>
        </w:rPr>
      </w:pPr>
      <w:r>
        <w:rPr>
          <w:color w:val="000000"/>
        </w:rPr>
        <w:t>【详解】</w:t>
      </w:r>
      <w:r>
        <w:rPr>
          <w:rFonts w:ascii="宋体" w:eastAsia="宋体" w:hAnsi="宋体" w:cs="宋体"/>
          <w:color w:val="000000"/>
        </w:rPr>
        <w:t>解：已知多项式</w:t>
      </w:r>
      <w:r>
        <w:rPr>
          <w:rFonts w:ascii="Times New Roman" w:eastAsia="Times New Roman" w:hAnsi="Times New Roman" w:cs="Times New Roman"/>
          <w:i/>
          <w:color w:val="000000"/>
        </w:rPr>
        <w:t>f</w:t>
      </w: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i/>
          <w:color w:val="000000"/>
        </w:rPr>
        <w:t>mx</w:t>
      </w:r>
      <w:r>
        <w:rPr>
          <w:rFonts w:ascii="Times New Roman" w:eastAsia="Times New Roman" w:hAnsi="Times New Roman" w:cs="Times New Roman"/>
          <w:color w:val="000000"/>
          <w:vertAlign w:val="superscript"/>
        </w:rPr>
        <w:t>3</w:t>
      </w:r>
      <w:r>
        <w:rPr>
          <w:rFonts w:ascii="宋体" w:eastAsia="宋体" w:hAnsi="宋体" w:cs="宋体"/>
          <w:color w:val="000000"/>
        </w:rPr>
        <w:t>＋</w:t>
      </w:r>
      <w:r>
        <w:rPr>
          <w:rFonts w:ascii="Times New Roman" w:eastAsia="Times New Roman" w:hAnsi="Times New Roman" w:cs="Times New Roman"/>
          <w:i/>
          <w:color w:val="000000"/>
        </w:rPr>
        <w:t>nx</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，若</w:t>
      </w:r>
      <w:r>
        <w:rPr>
          <w:rFonts w:ascii="Times New Roman" w:eastAsia="Times New Roman" w:hAnsi="Times New Roman" w:cs="Times New Roman"/>
          <w:i/>
          <w:color w:val="000000"/>
        </w:rPr>
        <w:t>f</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12</w:t>
      </w:r>
      <w:r>
        <w:rPr>
          <w:rFonts w:ascii="宋体" w:eastAsia="宋体" w:hAnsi="宋体" w:cs="宋体"/>
          <w:color w:val="000000"/>
        </w:rPr>
        <w:t>，把</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代入多项式中，</w:t>
      </w:r>
    </w:p>
    <w:p>
      <w:pPr>
        <w:spacing w:line="360" w:lineRule="auto"/>
        <w:jc w:val="left"/>
        <w:textAlignment w:val="center"/>
        <w:rPr>
          <w:color w:val="000000"/>
        </w:rPr>
      </w:pPr>
      <w:r>
        <w:rPr>
          <w:rFonts w:ascii="宋体" w:eastAsia="宋体" w:hAnsi="宋体" w:cs="宋体"/>
          <w:color w:val="000000"/>
        </w:rPr>
        <w:t>则</w:t>
      </w:r>
      <w:r>
        <w:pict>
          <v:shape id="_x0000_i721419" type="#_x0000_t75" alt="学科网(www.zxxk.com)--教育资源门户，提供试卷、教案、课件、论文、素材以及各类教学资源下载，还有大量而丰富的教学相关资讯！" style="width:69pt;height:13.5pt" o:oleicon="f" o:ole="">
            <v:imagedata r:id="rId483" o:title="eqId4ed3aca62240195f063af1e70910308d"/>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变形得，</w:t>
      </w:r>
      <w:r>
        <w:pict>
          <v:shape id="_x0000_i721420" type="#_x0000_t75" alt="学科网(www.zxxk.com)--教育资源门户，提供试卷、教案、课件、论文、素材以及各类教学资源下载，还有大量而丰富的教学相关资讯！" style="width:61.5pt;height:13.5pt" o:oleicon="f" o:ole="">
            <v:imagedata r:id="rId484" o:title="eqId11d43adbb573ae0fe47b1a253a5fe555"/>
          </v:shape>
        </w:pict>
      </w:r>
    </w:p>
    <w:p>
      <w:pPr>
        <w:spacing w:line="360" w:lineRule="auto"/>
        <w:jc w:val="left"/>
        <w:textAlignment w:val="center"/>
        <w:rPr>
          <w:color w:val="000000"/>
        </w:rPr>
      </w:pPr>
      <w:r>
        <w:rPr>
          <w:rFonts w:ascii="宋体" w:eastAsia="宋体" w:hAnsi="宋体" w:cs="宋体"/>
          <w:color w:val="000000"/>
        </w:rPr>
        <w:t>把</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代入多项式得，</w:t>
      </w:r>
      <w:r>
        <w:pict>
          <v:shape id="_x0000_i721421" type="#_x0000_t75" alt="学科网(www.zxxk.com)--教育资源门户，提供试卷、教案、课件、论文、素材以及各类教学资源下载，还有大量而丰富的教学相关资讯！" style="width:78pt;height:13.5pt" o:oleicon="f" o:ole="">
            <v:imagedata r:id="rId485" o:title="eqId1aae600172c182b8d5e68d0436f17207"/>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-6</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本题考查了求代数式的值，解题关键是熟练运用整体代入的方法求值．</w:t>
      </w:r>
    </w:p>
    <w:p>
      <w:pPr>
        <w:spacing w:line="360" w:lineRule="auto"/>
        <w:jc w:val="left"/>
        <w:textAlignment w:val="center"/>
        <w:rPr>
          <w:color w:val="000000"/>
        </w:rPr>
      </w:pPr>
      <w:r>
        <w:rPr>
          <w:rFonts w:ascii="宋体" w:eastAsia="宋体" w:hAnsi="宋体" w:cs="宋体"/>
          <w:b/>
          <w:color w:val="000000"/>
          <w:sz w:val="24"/>
        </w:rPr>
        <w:t>三、解答题（本题共</w:t>
      </w:r>
      <w:r>
        <w:rPr>
          <w:rFonts w:ascii="Times New Roman" w:eastAsia="Times New Roman" w:hAnsi="Times New Roman" w:cs="Times New Roman"/>
          <w:b/>
          <w:color w:val="000000"/>
          <w:sz w:val="24"/>
        </w:rPr>
        <w:t>54</w:t>
      </w:r>
      <w:r>
        <w:rPr>
          <w:rFonts w:ascii="宋体" w:eastAsia="宋体" w:hAnsi="宋体" w:cs="宋体"/>
          <w:b/>
          <w:color w:val="000000"/>
          <w:sz w:val="24"/>
        </w:rPr>
        <w:t>分，第</w:t>
      </w:r>
      <w:r>
        <w:rPr>
          <w:rFonts w:ascii="Times New Roman" w:eastAsia="Times New Roman" w:hAnsi="Times New Roman" w:cs="Times New Roman"/>
          <w:b/>
          <w:color w:val="000000"/>
          <w:sz w:val="24"/>
        </w:rPr>
        <w:t>19</w:t>
      </w:r>
      <w:r>
        <w:rPr>
          <w:rFonts w:ascii="宋体" w:eastAsia="宋体" w:hAnsi="宋体" w:cs="宋体"/>
          <w:b/>
          <w:color w:val="000000"/>
          <w:sz w:val="24"/>
        </w:rPr>
        <w:t>－</w:t>
      </w:r>
      <w:r>
        <w:rPr>
          <w:rFonts w:ascii="Times New Roman" w:eastAsia="Times New Roman" w:hAnsi="Times New Roman" w:cs="Times New Roman"/>
          <w:b/>
          <w:color w:val="000000"/>
          <w:sz w:val="24"/>
        </w:rPr>
        <w:t>24</w:t>
      </w:r>
      <w:r>
        <w:rPr>
          <w:rFonts w:ascii="宋体" w:eastAsia="宋体" w:hAnsi="宋体" w:cs="宋体"/>
          <w:b/>
          <w:color w:val="000000"/>
          <w:sz w:val="24"/>
        </w:rPr>
        <w:t>题每小题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25</w:t>
      </w:r>
      <w:r>
        <w:rPr>
          <w:rFonts w:ascii="宋体" w:eastAsia="宋体" w:hAnsi="宋体" w:cs="宋体"/>
          <w:b/>
          <w:color w:val="000000"/>
          <w:sz w:val="24"/>
        </w:rPr>
        <w:t>题</w:t>
      </w:r>
      <w:r>
        <w:rPr>
          <w:rFonts w:ascii="Times New Roman" w:eastAsia="Times New Roman" w:hAnsi="Times New Roman" w:cs="Times New Roman"/>
          <w:b/>
          <w:color w:val="000000"/>
          <w:sz w:val="24"/>
        </w:rPr>
        <w:t>6</w:t>
      </w:r>
      <w:r>
        <w:rPr>
          <w:rFonts w:ascii="宋体" w:eastAsia="宋体" w:hAnsi="宋体" w:cs="宋体"/>
          <w:b/>
          <w:color w:val="000000"/>
          <w:sz w:val="24"/>
        </w:rPr>
        <w:t>分，第</w:t>
      </w:r>
      <w:r>
        <w:rPr>
          <w:rFonts w:ascii="Times New Roman" w:eastAsia="Times New Roman" w:hAnsi="Times New Roman" w:cs="Times New Roman"/>
          <w:b/>
          <w:color w:val="000000"/>
          <w:sz w:val="24"/>
        </w:rPr>
        <w:t>26</w:t>
      </w:r>
      <w:r>
        <w:rPr>
          <w:rFonts w:ascii="宋体" w:eastAsia="宋体" w:hAnsi="宋体" w:cs="宋体"/>
          <w:b/>
          <w:color w:val="000000"/>
          <w:sz w:val="24"/>
        </w:rPr>
        <w:t>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27</w:t>
      </w:r>
      <w:r>
        <w:rPr>
          <w:rFonts w:ascii="宋体" w:eastAsia="宋体" w:hAnsi="宋体" w:cs="宋体"/>
          <w:b/>
          <w:color w:val="000000"/>
          <w:sz w:val="24"/>
        </w:rPr>
        <w:t>题</w:t>
      </w:r>
      <w:r>
        <w:rPr>
          <w:rFonts w:ascii="Times New Roman" w:eastAsia="Times New Roman" w:hAnsi="Times New Roman" w:cs="Times New Roman"/>
          <w:b/>
          <w:color w:val="000000"/>
          <w:sz w:val="24"/>
        </w:rPr>
        <w:t>6</w:t>
      </w:r>
      <w:r>
        <w:rPr>
          <w:rFonts w:ascii="宋体" w:eastAsia="宋体" w:hAnsi="宋体" w:cs="宋体"/>
          <w:b/>
          <w:color w:val="000000"/>
          <w:sz w:val="24"/>
        </w:rPr>
        <w:t>分，第</w:t>
      </w:r>
      <w:r>
        <w:rPr>
          <w:rFonts w:ascii="Times New Roman" w:eastAsia="Times New Roman" w:hAnsi="Times New Roman" w:cs="Times New Roman"/>
          <w:b/>
          <w:color w:val="000000"/>
          <w:sz w:val="24"/>
        </w:rPr>
        <w:t>28</w:t>
      </w:r>
      <w:r>
        <w:rPr>
          <w:rFonts w:ascii="宋体" w:eastAsia="宋体" w:hAnsi="宋体" w:cs="宋体"/>
          <w:b/>
          <w:color w:val="000000"/>
          <w:sz w:val="24"/>
        </w:rPr>
        <w:t>题</w:t>
      </w:r>
      <w:r>
        <w:rPr>
          <w:rFonts w:ascii="Times New Roman" w:eastAsia="Times New Roman" w:hAnsi="Times New Roman" w:cs="Times New Roman"/>
          <w:b/>
          <w:color w:val="000000"/>
          <w:sz w:val="24"/>
        </w:rPr>
        <w:t>7</w:t>
      </w:r>
      <w:r>
        <w:rPr>
          <w:rFonts w:ascii="宋体" w:eastAsia="宋体" w:hAnsi="宋体" w:cs="宋体"/>
          <w:b/>
          <w:color w:val="000000"/>
          <w:sz w:val="24"/>
        </w:rPr>
        <w:t>分）</w:t>
      </w:r>
    </w:p>
    <w:p>
      <w:pPr>
        <w:pStyle w:val="Heading2"/>
      </w:pPr>
      <w:r>
        <w:t>北京二中教育集团</w:t>
      </w:r>
    </w:p>
    <w:p>
      <w:pPr>
        <w:spacing w:line="360" w:lineRule="auto"/>
        <w:jc w:val="left"/>
        <w:textAlignment w:val="center"/>
        <w:rPr>
          <w:color w:val="000000"/>
        </w:rPr>
      </w:pPr>
      <w:r>
        <w:rPr>
          <w:color w:val="000000"/>
        </w:rPr>
        <w:t xml:space="preserve">16. </w:t>
      </w:r>
      <w:r>
        <w:rPr>
          <w:rFonts w:ascii="宋体" w:eastAsia="宋体" w:hAnsi="宋体" w:cs="宋体"/>
          <w:color w:val="000000"/>
        </w:rPr>
        <w:t>现把</w:t>
      </w:r>
      <w:r>
        <w:rPr>
          <w:rFonts w:ascii="Times New Roman" w:eastAsia="Times New Roman" w:hAnsi="Times New Roman" w:cs="Times New Roman"/>
          <w:color w:val="000000"/>
        </w:rPr>
        <w:t>2021</w:t>
      </w:r>
      <w:r>
        <w:rPr>
          <w:rFonts w:ascii="宋体" w:eastAsia="宋体" w:hAnsi="宋体" w:cs="宋体"/>
          <w:color w:val="000000"/>
        </w:rPr>
        <w:t>个连续整数</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2021</w:t>
      </w:r>
      <w:r>
        <w:rPr>
          <w:rFonts w:ascii="宋体" w:eastAsia="宋体" w:hAnsi="宋体" w:cs="宋体"/>
          <w:color w:val="000000"/>
        </w:rPr>
        <w:t>的每个数的前面任意填上“＋”号或者“－”号，然后将它们相加，则所得的结果绝对值的最小值为</w:t>
      </w:r>
      <w:r>
        <w:rPr>
          <w:color w:val="000000"/>
        </w:rPr>
        <w:t>______</w:t>
      </w:r>
      <w:r>
        <w:rPr>
          <w:rFonts w:ascii="宋体" w:eastAsia="宋体" w:hAnsi="宋体" w:cs="宋体"/>
          <w:color w:val="000000"/>
        </w:rPr>
        <w:t>．</w:t>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1</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根据有理数和绝对值的意义，得出绝对值是最小值时的符号规律，进而求出答案．</w:t>
      </w:r>
    </w:p>
    <w:p>
      <w:pPr>
        <w:spacing w:line="360" w:lineRule="auto"/>
        <w:jc w:val="left"/>
        <w:textAlignment w:val="center"/>
        <w:rPr>
          <w:color w:val="000000"/>
        </w:rPr>
      </w:pPr>
      <w:r>
        <w:rPr>
          <w:color w:val="000000"/>
        </w:rPr>
        <w:t>【详解】</w:t>
      </w:r>
      <w:r>
        <w:pict>
          <v:shape id="_x0000_i721422" type="#_x0000_t75" alt="学科网(www.zxxk.com)--教育资源门户，提供试卷、教案、课件、论文、素材以及各类教学资源下载，还有大量而丰富的教学相关资讯！" style="width:98.9pt;height:13.9pt" o:oleicon="f" o:ole="">
            <v:imagedata r:id="rId486" o:title="eqId7fa30ee7b84e8c1714557f62607008a0"/>
          </v:shape>
        </w:pict>
      </w:r>
      <w:r>
        <w:rPr>
          <w:rFonts w:ascii="宋体" w:eastAsia="宋体" w:hAnsi="宋体" w:cs="宋体"/>
          <w:color w:val="000000"/>
        </w:rPr>
        <w:t>，</w:t>
      </w:r>
    </w:p>
    <w:p>
      <w:pPr>
        <w:spacing w:line="360" w:lineRule="auto"/>
        <w:jc w:val="left"/>
        <w:textAlignment w:val="center"/>
        <w:rPr>
          <w:color w:val="000000"/>
        </w:rPr>
      </w:pPr>
      <w:r>
        <w:pict>
          <v:shape id="_x0000_i721423" type="#_x0000_t75" alt="学科网(www.zxxk.com)--教育资源门户，提供试卷、教案、课件、论文、素材以及各类教学资源下载，还有大量而丰富的教学相关资讯！" style="width:388.61pt;height:13.9pt" o:oleicon="f" o:ole="">
            <v:imagedata r:id="rId487" o:title="eqId8ab2ad06b3f3b417e0ef7bee3aef4a22"/>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pict>
          <v:shape id="_x0000_i721424" type="#_x0000_t75" alt="学科网(www.zxxk.com)--教育资源门户，提供试卷、教案、课件、论文、素材以及各类教学资源下载，还有大量而丰富的教学相关资讯！" style="width:426.43pt;height:20.15pt" o:oleicon="f" o:ole="">
            <v:imagedata r:id="rId488" o:title="eqIdb4bee774a6fd2dc1ce69a7e7e5776294"/>
          </v:shape>
        </w:pict>
      </w:r>
    </w:p>
    <w:p>
      <w:pPr>
        <w:spacing w:line="360" w:lineRule="auto"/>
        <w:jc w:val="left"/>
        <w:textAlignment w:val="center"/>
        <w:rPr>
          <w:color w:val="000000"/>
        </w:rPr>
      </w:pPr>
      <w:r>
        <w:pict>
          <v:shape id="_x0000_i721425" type="#_x0000_t75" alt="学科网(www.zxxk.com)--教育资源门户，提供试卷、教案、课件、论文、素材以及各类教学资源下载，还有大量而丰富的教学相关资讯！" style="width:101.3pt;height:13.45pt" o:oleicon="f" o:ole="">
            <v:imagedata r:id="rId489" o:title="eqId85a30d4927e7b66dd45147ae9bb2e3cb"/>
          </v:shape>
        </w:pict>
      </w:r>
    </w:p>
    <w:p>
      <w:pPr>
        <w:spacing w:line="360" w:lineRule="auto"/>
        <w:jc w:val="left"/>
        <w:textAlignment w:val="center"/>
        <w:rPr>
          <w:color w:val="000000"/>
        </w:rPr>
      </w:pPr>
      <w:r>
        <w:pict>
          <v:shape id="_x0000_i721426" type="#_x0000_t75" alt="学科网(www.zxxk.com)--教育资源门户，提供试卷、教案、课件、论文、素材以及各类教学资源下载，还有大量而丰富的教学相关资讯！" style="width:15pt;height:12pt" o:oleicon="f" o:ole="">
            <v:imagedata r:id="rId490" o:title="eqIdf90bae886c8ab958aa4c693bf8e0627d"/>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本题主要考查绝对值及有理数的运算，掌握有理数的运算法则是关键．</w:t>
      </w:r>
    </w:p>
    <w:p>
      <w:pPr>
        <w:spacing w:line="360" w:lineRule="auto"/>
        <w:jc w:val="left"/>
        <w:textAlignment w:val="center"/>
        <w:rPr>
          <w:color w:val="000000"/>
        </w:rPr>
      </w:pPr>
      <w:r>
        <w:rPr>
          <w:rFonts w:ascii="宋体" w:eastAsia="宋体" w:hAnsi="宋体" w:cs="宋体"/>
          <w:b/>
          <w:color w:val="000000"/>
          <w:sz w:val="24"/>
        </w:rPr>
        <w:t>三、解答题（共</w:t>
      </w:r>
      <w:r>
        <w:rPr>
          <w:rFonts w:ascii="Times New Roman" w:eastAsia="Times New Roman" w:hAnsi="Times New Roman" w:cs="Times New Roman"/>
          <w:b/>
          <w:color w:val="000000"/>
          <w:sz w:val="24"/>
        </w:rPr>
        <w:t>68</w:t>
      </w:r>
      <w:r>
        <w:rPr>
          <w:rFonts w:ascii="宋体" w:eastAsia="宋体" w:hAnsi="宋体" w:cs="宋体"/>
          <w:b/>
          <w:color w:val="000000"/>
          <w:sz w:val="24"/>
        </w:rPr>
        <w:t>分，第</w:t>
      </w:r>
      <w:r>
        <w:rPr>
          <w:rFonts w:ascii="Times New Roman" w:eastAsia="Times New Roman" w:hAnsi="Times New Roman" w:cs="Times New Roman"/>
          <w:b/>
          <w:color w:val="000000"/>
          <w:sz w:val="24"/>
        </w:rPr>
        <w:t>17</w:t>
      </w:r>
      <w:r>
        <w:rPr>
          <w:rFonts w:ascii="宋体" w:eastAsia="宋体" w:hAnsi="宋体" w:cs="宋体"/>
          <w:b/>
          <w:color w:val="000000"/>
          <w:sz w:val="24"/>
        </w:rPr>
        <w:t>－</w:t>
      </w:r>
      <w:r>
        <w:rPr>
          <w:rFonts w:ascii="Times New Roman" w:eastAsia="Times New Roman" w:hAnsi="Times New Roman" w:cs="Times New Roman"/>
          <w:b/>
          <w:color w:val="000000"/>
          <w:sz w:val="24"/>
        </w:rPr>
        <w:t>23</w:t>
      </w:r>
      <w:r>
        <w:rPr>
          <w:rFonts w:ascii="宋体" w:eastAsia="宋体" w:hAnsi="宋体" w:cs="宋体"/>
          <w:b/>
          <w:color w:val="000000"/>
          <w:sz w:val="24"/>
        </w:rPr>
        <w:t>题，每题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24</w:t>
      </w:r>
      <w:r>
        <w:rPr>
          <w:rFonts w:ascii="宋体" w:eastAsia="宋体" w:hAnsi="宋体" w:cs="宋体"/>
          <w:b/>
          <w:color w:val="000000"/>
          <w:sz w:val="24"/>
        </w:rPr>
        <w:t>－</w:t>
      </w:r>
      <w:r>
        <w:rPr>
          <w:rFonts w:ascii="Times New Roman" w:eastAsia="Times New Roman" w:hAnsi="Times New Roman" w:cs="Times New Roman"/>
          <w:b/>
          <w:color w:val="000000"/>
          <w:sz w:val="24"/>
        </w:rPr>
        <w:t>25</w:t>
      </w:r>
      <w:r>
        <w:rPr>
          <w:rFonts w:ascii="宋体" w:eastAsia="宋体" w:hAnsi="宋体" w:cs="宋体"/>
          <w:b/>
          <w:color w:val="000000"/>
          <w:sz w:val="24"/>
        </w:rPr>
        <w:t>题，每题</w:t>
      </w:r>
      <w:r>
        <w:rPr>
          <w:rFonts w:ascii="Times New Roman" w:eastAsia="Times New Roman" w:hAnsi="Times New Roman" w:cs="Times New Roman"/>
          <w:b/>
          <w:color w:val="000000"/>
          <w:sz w:val="24"/>
        </w:rPr>
        <w:t>6</w:t>
      </w:r>
      <w:r>
        <w:rPr>
          <w:rFonts w:ascii="宋体" w:eastAsia="宋体" w:hAnsi="宋体" w:cs="宋体"/>
          <w:b/>
          <w:color w:val="000000"/>
          <w:sz w:val="24"/>
        </w:rPr>
        <w:t>分，第</w:t>
      </w:r>
      <w:r>
        <w:rPr>
          <w:rFonts w:ascii="Times New Roman" w:eastAsia="Times New Roman" w:hAnsi="Times New Roman" w:cs="Times New Roman"/>
          <w:b/>
          <w:color w:val="000000"/>
          <w:sz w:val="24"/>
        </w:rPr>
        <w:t>26</w:t>
      </w:r>
      <w:r>
        <w:rPr>
          <w:rFonts w:ascii="宋体" w:eastAsia="宋体" w:hAnsi="宋体" w:cs="宋体"/>
          <w:b/>
          <w:color w:val="000000"/>
          <w:sz w:val="24"/>
        </w:rPr>
        <w:t>－</w:t>
      </w:r>
      <w:r>
        <w:rPr>
          <w:rFonts w:ascii="Times New Roman" w:eastAsia="Times New Roman" w:hAnsi="Times New Roman" w:cs="Times New Roman"/>
          <w:b/>
          <w:color w:val="000000"/>
          <w:sz w:val="24"/>
        </w:rPr>
        <w:t>28</w:t>
      </w:r>
      <w:r>
        <w:rPr>
          <w:rFonts w:ascii="宋体" w:eastAsia="宋体" w:hAnsi="宋体" w:cs="宋体"/>
          <w:b/>
          <w:color w:val="000000"/>
          <w:sz w:val="24"/>
        </w:rPr>
        <w:t>题，得每题</w:t>
      </w:r>
      <w:r>
        <w:rPr>
          <w:rFonts w:ascii="Times New Roman" w:eastAsia="Times New Roman" w:hAnsi="Times New Roman" w:cs="Times New Roman"/>
          <w:b/>
          <w:color w:val="000000"/>
          <w:sz w:val="24"/>
        </w:rPr>
        <w:t>7</w:t>
      </w:r>
      <w:r>
        <w:rPr>
          <w:rFonts w:ascii="宋体" w:eastAsia="宋体" w:hAnsi="宋体" w:cs="宋体"/>
          <w:b/>
          <w:color w:val="000000"/>
          <w:sz w:val="24"/>
        </w:rPr>
        <w:t>分）</w:t>
      </w:r>
    </w:p>
    <w:p>
      <w:pPr>
        <w:pStyle w:val="Heading2"/>
      </w:pPr>
      <w:r>
        <w:t>大兴区</w:t>
      </w:r>
    </w:p>
    <w:p>
      <w:pPr>
        <w:spacing w:line="360" w:lineRule="auto"/>
        <w:jc w:val="left"/>
        <w:textAlignment w:val="center"/>
        <w:rPr>
          <w:color w:val="000000"/>
        </w:rPr>
      </w:pPr>
      <w:r>
        <w:rPr>
          <w:color w:val="000000"/>
        </w:rPr>
        <w:t xml:space="preserve">16. </w:t>
      </w:r>
      <w:r>
        <w:rPr>
          <w:rFonts w:ascii="宋体" w:eastAsia="宋体" w:hAnsi="宋体" w:cs="宋体"/>
          <w:color w:val="000000"/>
        </w:rPr>
        <w:t>《九章算术》是中国古代的数学专著，收有</w:t>
      </w:r>
      <w:r>
        <w:rPr>
          <w:rFonts w:ascii="Times New Roman" w:eastAsia="Times New Roman" w:hAnsi="Times New Roman" w:cs="Times New Roman"/>
          <w:color w:val="000000"/>
        </w:rPr>
        <w:t>246</w:t>
      </w:r>
      <w:r>
        <w:rPr>
          <w:rFonts w:ascii="宋体" w:eastAsia="宋体" w:hAnsi="宋体" w:cs="宋体"/>
          <w:color w:val="000000"/>
        </w:rPr>
        <w:t>个与生产、生活实践有联系的应用问题．书中有这样一个问题：今有醇酒一斗，直钱五十；行酒一斗，直钱一十．今将钱三十，得酒二斗，问醇、行酒各得几何？意思是：今有醇酒（美酒）</w:t>
      </w:r>
      <w:r>
        <w:rPr>
          <w:rFonts w:ascii="Times New Roman" w:eastAsia="Times New Roman" w:hAnsi="Times New Roman" w:cs="Times New Roman"/>
          <w:color w:val="000000"/>
        </w:rPr>
        <w:t>1</w:t>
      </w:r>
      <w:r>
        <w:rPr>
          <w:rFonts w:ascii="宋体" w:eastAsia="宋体" w:hAnsi="宋体" w:cs="宋体"/>
          <w:color w:val="000000"/>
        </w:rPr>
        <w:t>斗，价格是</w:t>
      </w:r>
      <w:r>
        <w:rPr>
          <w:rFonts w:ascii="Times New Roman" w:eastAsia="Times New Roman" w:hAnsi="Times New Roman" w:cs="Times New Roman"/>
          <w:color w:val="000000"/>
        </w:rPr>
        <w:t>50</w:t>
      </w:r>
      <w:r>
        <w:rPr>
          <w:rFonts w:ascii="宋体" w:eastAsia="宋体" w:hAnsi="宋体" w:cs="宋体"/>
          <w:color w:val="000000"/>
        </w:rPr>
        <w:t>钱；行酒（普通酒）</w:t>
      </w:r>
      <w:r>
        <w:rPr>
          <w:rFonts w:ascii="Times New Roman" w:eastAsia="Times New Roman" w:hAnsi="Times New Roman" w:cs="Times New Roman"/>
          <w:color w:val="000000"/>
        </w:rPr>
        <w:t>1</w:t>
      </w:r>
      <w:r>
        <w:rPr>
          <w:rFonts w:ascii="宋体" w:eastAsia="宋体" w:hAnsi="宋体" w:cs="宋体"/>
          <w:color w:val="000000"/>
        </w:rPr>
        <w:t>斗，价格是</w:t>
      </w:r>
      <w:r>
        <w:rPr>
          <w:rFonts w:ascii="Times New Roman" w:eastAsia="Times New Roman" w:hAnsi="Times New Roman" w:cs="Times New Roman"/>
          <w:color w:val="000000"/>
        </w:rPr>
        <w:t>10</w:t>
      </w:r>
      <w:r>
        <w:rPr>
          <w:rFonts w:ascii="宋体" w:eastAsia="宋体" w:hAnsi="宋体" w:cs="宋体"/>
          <w:color w:val="000000"/>
        </w:rPr>
        <w:t>钱．现花</w:t>
      </w:r>
      <w:r>
        <w:rPr>
          <w:rFonts w:ascii="Times New Roman" w:eastAsia="Times New Roman" w:hAnsi="Times New Roman" w:cs="Times New Roman"/>
          <w:color w:val="000000"/>
        </w:rPr>
        <w:t>30</w:t>
      </w:r>
      <w:r>
        <w:rPr>
          <w:rFonts w:ascii="宋体" w:eastAsia="宋体" w:hAnsi="宋体" w:cs="宋体"/>
          <w:color w:val="000000"/>
        </w:rPr>
        <w:t>钱买了</w:t>
      </w:r>
      <w:r>
        <w:rPr>
          <w:rFonts w:ascii="Times New Roman" w:eastAsia="Times New Roman" w:hAnsi="Times New Roman" w:cs="Times New Roman"/>
          <w:color w:val="000000"/>
        </w:rPr>
        <w:t>2</w:t>
      </w:r>
      <w:r>
        <w:rPr>
          <w:rFonts w:ascii="宋体" w:eastAsia="宋体" w:hAnsi="宋体" w:cs="宋体"/>
          <w:color w:val="000000"/>
        </w:rPr>
        <w:t>斗酒，问醇酒，行酒各买得多少斗？若设买得醇酒</w:t>
      </w:r>
      <w:r>
        <w:rPr>
          <w:rFonts w:ascii="Times New Roman" w:eastAsia="Times New Roman" w:hAnsi="Times New Roman" w:cs="Times New Roman"/>
          <w:i/>
          <w:color w:val="000000"/>
        </w:rPr>
        <w:t>x</w:t>
      </w:r>
      <w:r>
        <w:rPr>
          <w:rFonts w:ascii="宋体" w:eastAsia="宋体" w:hAnsi="宋体" w:cs="宋体"/>
          <w:color w:val="000000"/>
        </w:rPr>
        <w:t>斗，则可列一元一次方程为</w:t>
      </w:r>
      <w:r>
        <w:rPr>
          <w:color w:val="000000"/>
        </w:rPr>
        <w:t>________</w:t>
      </w:r>
      <w:r>
        <w:rPr>
          <w:rFonts w:ascii="宋体" w:eastAsia="宋体" w:hAnsi="宋体" w:cs="宋体"/>
          <w:color w:val="000000"/>
        </w:rPr>
        <w:t>．</w:t>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50</w:t>
      </w:r>
      <w:r>
        <w:rPr>
          <w:rFonts w:ascii="Times New Roman" w:eastAsia="Times New Roman" w:hAnsi="Times New Roman" w:cs="Times New Roman"/>
          <w:i/>
          <w:color w:val="000000"/>
        </w:rPr>
        <w:t>x</w:t>
      </w:r>
      <w:r>
        <w:rPr>
          <w:rFonts w:ascii="Times New Roman" w:eastAsia="Times New Roman" w:hAnsi="Times New Roman" w:cs="Times New Roman"/>
          <w:color w:val="000000"/>
        </w:rPr>
        <w:t>+10</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=30</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由买两种酒</w:t>
      </w:r>
      <w:r>
        <w:rPr>
          <w:rFonts w:ascii="Times New Roman" w:eastAsia="Times New Roman" w:hAnsi="Times New Roman" w:cs="Times New Roman"/>
          <w:color w:val="000000"/>
        </w:rPr>
        <w:t>2</w:t>
      </w:r>
      <w:r>
        <w:rPr>
          <w:rFonts w:ascii="宋体" w:eastAsia="宋体" w:hAnsi="宋体" w:cs="宋体"/>
          <w:color w:val="000000"/>
        </w:rPr>
        <w:t>斗共付</w:t>
      </w:r>
      <w:r>
        <w:rPr>
          <w:rFonts w:ascii="Times New Roman" w:eastAsia="Times New Roman" w:hAnsi="Times New Roman" w:cs="Times New Roman"/>
          <w:color w:val="000000"/>
        </w:rPr>
        <w:t>30</w:t>
      </w:r>
      <w:r>
        <w:rPr>
          <w:rFonts w:ascii="宋体" w:eastAsia="宋体" w:hAnsi="宋体" w:cs="宋体"/>
          <w:color w:val="000000"/>
        </w:rPr>
        <w:t>钱，列出方程即可．</w:t>
      </w:r>
    </w:p>
    <w:p>
      <w:pPr>
        <w:spacing w:line="360" w:lineRule="auto"/>
        <w:jc w:val="left"/>
        <w:textAlignment w:val="center"/>
        <w:rPr>
          <w:color w:val="000000"/>
        </w:rPr>
      </w:pPr>
      <w:r>
        <w:rPr>
          <w:color w:val="000000"/>
        </w:rPr>
        <w:t>【详解】</w:t>
      </w:r>
      <w:r>
        <w:rPr>
          <w:rFonts w:ascii="宋体" w:eastAsia="宋体" w:hAnsi="宋体" w:cs="宋体"/>
          <w:color w:val="000000"/>
        </w:rPr>
        <w:t>解：由题意可得：</w:t>
      </w:r>
      <w:r>
        <w:rPr>
          <w:rFonts w:ascii="Times New Roman" w:eastAsia="Times New Roman" w:hAnsi="Times New Roman" w:cs="Times New Roman"/>
          <w:color w:val="000000"/>
        </w:rPr>
        <w:t>50</w:t>
      </w:r>
      <w:r>
        <w:rPr>
          <w:rFonts w:ascii="Times New Roman" w:eastAsia="Times New Roman" w:hAnsi="Times New Roman" w:cs="Times New Roman"/>
          <w:i/>
          <w:color w:val="000000"/>
        </w:rPr>
        <w:t>x</w:t>
      </w:r>
      <w:r>
        <w:rPr>
          <w:rFonts w:ascii="Times New Roman" w:eastAsia="Times New Roman" w:hAnsi="Times New Roman" w:cs="Times New Roman"/>
          <w:color w:val="000000"/>
        </w:rPr>
        <w:t>+10</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=30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50</w:t>
      </w:r>
      <w:r>
        <w:rPr>
          <w:rFonts w:ascii="Times New Roman" w:eastAsia="Times New Roman" w:hAnsi="Times New Roman" w:cs="Times New Roman"/>
          <w:i/>
          <w:color w:val="000000"/>
        </w:rPr>
        <w:t>x</w:t>
      </w:r>
      <w:r>
        <w:rPr>
          <w:rFonts w:ascii="Times New Roman" w:eastAsia="Times New Roman" w:hAnsi="Times New Roman" w:cs="Times New Roman"/>
          <w:color w:val="000000"/>
        </w:rPr>
        <w:t>+10</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=30</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本题考查了一元一次方程的应用，解答本题的关键是读懂题意，设出未知数，找出合适的等量关系，列方程．</w:t>
      </w:r>
    </w:p>
    <w:p>
      <w:pPr>
        <w:spacing w:line="240" w:lineRule="auto"/>
        <w:jc w:val="left"/>
        <w:textAlignment w:val="center"/>
        <w:rPr>
          <w:color w:val="000000"/>
        </w:rPr>
      </w:pPr>
      <w:r>
        <w:rPr>
          <w:rFonts w:ascii="宋体" w:eastAsia="宋体" w:hAnsi="宋体" w:cs="宋体"/>
          <w:b/>
          <w:color w:val="000000"/>
          <w:sz w:val="24"/>
        </w:rPr>
        <w:t>三、解答题</w:t>
      </w:r>
    </w:p>
    <w:p>
      <w:pPr>
        <w:pStyle w:val="Heading2"/>
      </w:pPr>
      <w:r>
        <w:t>密云区</w:t>
      </w:r>
    </w:p>
    <w:p>
      <w:pPr>
        <w:spacing w:line="360" w:lineRule="auto"/>
        <w:jc w:val="left"/>
        <w:textAlignment w:val="center"/>
        <w:rPr>
          <w:color w:val="000000"/>
        </w:rPr>
      </w:pPr>
      <w:r>
        <w:rPr>
          <w:color w:val="000000"/>
        </w:rPr>
        <w:t xml:space="preserve">16. </w:t>
      </w:r>
      <w:r>
        <w:rPr>
          <w:rFonts w:ascii="宋体" w:eastAsia="宋体" w:hAnsi="宋体" w:cs="宋体"/>
          <w:color w:val="000000"/>
        </w:rPr>
        <w:t>数学课上，老师要求同学们用一副三角板作一个钝角，并且作出它的角平分线．</w:t>
      </w:r>
      <w:r>
        <w:rPr>
          <w:rFonts w:ascii="Times New Roman" w:eastAsia="Times New Roman" w:hAnsi="Times New Roman" w:cs="Times New Roman"/>
          <w:color w:val="000000"/>
        </w:rPr>
        <w:t xml:space="preserve"> </w:t>
      </w:r>
      <w:r>
        <w:rPr>
          <w:rFonts w:ascii="宋体" w:eastAsia="宋体" w:hAnsi="宋体" w:cs="宋体"/>
          <w:color w:val="000000"/>
        </w:rPr>
        <w:t>雯雯设计的作法如下：</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）先按照图</w:t>
      </w:r>
      <w:r>
        <w:rPr>
          <w:rFonts w:ascii="Times New Roman" w:eastAsia="Times New Roman" w:hAnsi="Times New Roman" w:cs="Times New Roman"/>
          <w:color w:val="000000"/>
        </w:rPr>
        <w:t>1</w:t>
      </w:r>
      <w:r>
        <w:rPr>
          <w:rFonts w:ascii="宋体" w:eastAsia="宋体" w:hAnsi="宋体" w:cs="宋体"/>
          <w:color w:val="000000"/>
        </w:rPr>
        <w:t>的方式摆放一副三角板，画出∠</w:t>
      </w:r>
      <w:r>
        <w:rPr>
          <w:rFonts w:ascii="Times New Roman" w:eastAsia="Times New Roman" w:hAnsi="Times New Roman" w:cs="Times New Roman"/>
          <w:i/>
          <w:color w:val="000000"/>
        </w:rPr>
        <w:t>AOB</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）在∠</w:t>
      </w:r>
      <w:r>
        <w:rPr>
          <w:rFonts w:ascii="Times New Roman" w:eastAsia="Times New Roman" w:hAnsi="Times New Roman" w:cs="Times New Roman"/>
          <w:i/>
          <w:color w:val="000000"/>
        </w:rPr>
        <w:t>AOB</w:t>
      </w:r>
      <w:r>
        <w:rPr>
          <w:rFonts w:ascii="宋体" w:eastAsia="宋体" w:hAnsi="宋体" w:cs="宋体"/>
          <w:color w:val="000000"/>
        </w:rPr>
        <w:t>处，再按照图</w:t>
      </w:r>
      <w:r>
        <w:rPr>
          <w:rFonts w:ascii="Times New Roman" w:eastAsia="Times New Roman" w:hAnsi="Times New Roman" w:cs="Times New Roman"/>
          <w:color w:val="000000"/>
        </w:rPr>
        <w:t xml:space="preserve">2 </w:t>
      </w:r>
      <w:r>
        <w:rPr>
          <w:rFonts w:ascii="宋体" w:eastAsia="宋体" w:hAnsi="宋体" w:cs="宋体"/>
          <w:color w:val="000000"/>
        </w:rPr>
        <w:t>的方式摆放一副三角板，作出射线</w:t>
      </w:r>
      <w:r>
        <w:rPr>
          <w:rFonts w:ascii="Times New Roman" w:eastAsia="Times New Roman" w:hAnsi="Times New Roman" w:cs="Times New Roman"/>
          <w:i/>
          <w:color w:val="000000"/>
        </w:rPr>
        <w:t>OC</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）去掉三角板后得到的图形（如图</w:t>
      </w:r>
      <w:r>
        <w:rPr>
          <w:rFonts w:ascii="Times New Roman" w:eastAsia="Times New Roman" w:hAnsi="Times New Roman" w:cs="Times New Roman"/>
          <w:color w:val="000000"/>
        </w:rPr>
        <w:t>3</w:t>
      </w:r>
      <w:r>
        <w:rPr>
          <w:rFonts w:ascii="宋体" w:eastAsia="宋体" w:hAnsi="宋体" w:cs="宋体"/>
          <w:color w:val="000000"/>
        </w:rPr>
        <w:t>）为所求作，老师说雯雯的作法符合要求，是正确的．</w:t>
      </w:r>
    </w:p>
    <w:p>
      <w:pPr>
        <w:spacing w:line="360" w:lineRule="auto"/>
        <w:jc w:val="left"/>
        <w:textAlignment w:val="center"/>
        <w:rPr>
          <w:color w:val="000000"/>
        </w:rPr>
      </w:pPr>
      <w:r>
        <w:rPr>
          <w:color w:val="000000"/>
        </w:rPr>
        <w:drawing>
          <wp:inline>
            <wp:extent cx="4714875" cy="933450"/>
            <wp:docPr id="412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6" name=""/>
                    <pic:cNvPicPr>
                      <a:picLocks noChangeAspect="1"/>
                    </pic:cNvPicPr>
                  </pic:nvPicPr>
                  <pic:blipFill>
                    <a:blip r:embed="rId491"/>
                    <a:stretch>
                      <a:fillRect/>
                    </a:stretch>
                  </pic:blipFill>
                  <pic:spPr>
                    <a:xfrm>
                      <a:off x="0" y="0"/>
                      <a:ext cx="4714875" cy="9334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请你回答：（</w:t>
      </w:r>
      <w:r>
        <w:rPr>
          <w:rFonts w:ascii="Times New Roman" w:eastAsia="Times New Roman" w:hAnsi="Times New Roman" w:cs="Times New Roman"/>
          <w:color w:val="000000"/>
        </w:rPr>
        <w:t>1</w:t>
      </w:r>
      <w:r>
        <w:rPr>
          <w:rFonts w:ascii="宋体" w:eastAsia="宋体" w:hAnsi="宋体" w:cs="宋体"/>
          <w:color w:val="000000"/>
        </w:rPr>
        <w:t>）雯雯作的∠</w:t>
      </w:r>
      <w:r>
        <w:rPr>
          <w:rFonts w:ascii="Times New Roman" w:eastAsia="Times New Roman" w:hAnsi="Times New Roman" w:cs="Times New Roman"/>
          <w:i/>
          <w:color w:val="000000"/>
        </w:rPr>
        <w:t>AOB</w:t>
      </w:r>
      <w:r>
        <w:rPr>
          <w:rFonts w:ascii="宋体" w:eastAsia="宋体" w:hAnsi="宋体" w:cs="宋体"/>
          <w:color w:val="000000"/>
        </w:rPr>
        <w:t>的度数是</w:t>
      </w:r>
      <w:r>
        <w:rPr>
          <w:color w:val="000000"/>
        </w:rPr>
        <w:t>_____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）射线</w:t>
      </w:r>
      <w:r>
        <w:rPr>
          <w:rFonts w:ascii="Times New Roman" w:eastAsia="Times New Roman" w:hAnsi="Times New Roman" w:cs="Times New Roman"/>
          <w:i/>
          <w:color w:val="000000"/>
        </w:rPr>
        <w:t>OC</w:t>
      </w:r>
      <w:r>
        <w:rPr>
          <w:rFonts w:ascii="宋体" w:eastAsia="宋体" w:hAnsi="宋体" w:cs="宋体"/>
          <w:color w:val="000000"/>
        </w:rPr>
        <w:t>是∠</w:t>
      </w:r>
      <w:r>
        <w:rPr>
          <w:rFonts w:ascii="Times New Roman" w:eastAsia="Times New Roman" w:hAnsi="Times New Roman" w:cs="Times New Roman"/>
          <w:i/>
          <w:color w:val="000000"/>
        </w:rPr>
        <w:t>AOB</w:t>
      </w:r>
      <w:r>
        <w:rPr>
          <w:rFonts w:ascii="宋体" w:eastAsia="宋体" w:hAnsi="宋体" w:cs="宋体"/>
          <w:color w:val="000000"/>
        </w:rPr>
        <w:t>的角平分线的依据是</w:t>
      </w:r>
      <w:r>
        <w:rPr>
          <w:color w:val="000000"/>
        </w:rPr>
        <w:t>_____</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 xml:space="preserve">    ①. </w:t>
      </w:r>
      <w:r>
        <w:rPr>
          <w:rFonts w:ascii="Times New Roman" w:eastAsia="Times New Roman" w:hAnsi="Times New Roman" w:cs="Times New Roman"/>
          <w:color w:val="000000"/>
        </w:rPr>
        <w:t>150°</w:t>
      </w:r>
      <w:r>
        <w:rPr>
          <w:color w:val="000000"/>
        </w:rPr>
        <w:t xml:space="preserve">    ②. </w:t>
      </w:r>
      <w:r>
        <w:rPr>
          <w:rFonts w:ascii="宋体" w:eastAsia="宋体" w:hAnsi="宋体" w:cs="宋体"/>
          <w:color w:val="000000"/>
        </w:rPr>
        <w:t>角平分线定义</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）根据题意按照把摆放的三角板，利用三角板中的特殊角可计算出∠</w:t>
      </w:r>
      <w:r>
        <w:rPr>
          <w:rFonts w:ascii="Times New Roman" w:eastAsia="Times New Roman" w:hAnsi="Times New Roman" w:cs="Times New Roman"/>
          <w:i/>
          <w:color w:val="000000"/>
        </w:rPr>
        <w:t>AOB</w:t>
      </w:r>
      <w:r>
        <w:rPr>
          <w:rFonts w:ascii="宋体" w:eastAsia="宋体" w:hAnsi="宋体" w:cs="宋体"/>
          <w:color w:val="000000"/>
        </w:rPr>
        <w:t>的度数；</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）根据题意按照把摆放的三角板，利用三角板中的特殊角可计算出</w:t>
      </w:r>
      <w:r>
        <w:rPr>
          <w:rFonts w:ascii="Times New Roman" w:eastAsia="Times New Roman" w:hAnsi="Times New Roman" w:cs="Times New Roman"/>
          <w:color w:val="000000"/>
        </w:rPr>
        <w:t>∠</w:t>
      </w:r>
      <w:r>
        <w:rPr>
          <w:rFonts w:ascii="Times New Roman" w:eastAsia="Times New Roman" w:hAnsi="Times New Roman" w:cs="Times New Roman"/>
          <w:i/>
          <w:color w:val="000000"/>
        </w:rPr>
        <w:t>BOC</w:t>
      </w:r>
      <w:r>
        <w:rPr>
          <w:rFonts w:ascii="宋体" w:eastAsia="宋体" w:hAnsi="宋体" w:cs="宋体"/>
          <w:color w:val="000000"/>
        </w:rPr>
        <w:t>和∠</w:t>
      </w:r>
      <w:r>
        <w:rPr>
          <w:rFonts w:ascii="Times New Roman" w:eastAsia="Times New Roman" w:hAnsi="Times New Roman" w:cs="Times New Roman"/>
          <w:i/>
          <w:color w:val="000000"/>
        </w:rPr>
        <w:t>AOC</w:t>
      </w:r>
      <w:r>
        <w:rPr>
          <w:rFonts w:ascii="宋体" w:eastAsia="宋体" w:hAnsi="宋体" w:cs="宋体"/>
          <w:color w:val="000000"/>
        </w:rPr>
        <w:t>的度数，从而可得∠</w:t>
      </w:r>
      <w:r>
        <w:rPr>
          <w:rFonts w:ascii="Times New Roman" w:eastAsia="Times New Roman" w:hAnsi="Times New Roman" w:cs="Times New Roman"/>
          <w:i/>
          <w:color w:val="000000"/>
        </w:rPr>
        <w:t>AOC</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BOC</w:t>
      </w:r>
      <w:r>
        <w:rPr>
          <w:rFonts w:ascii="宋体" w:eastAsia="宋体" w:hAnsi="宋体" w:cs="宋体"/>
          <w:color w:val="000000"/>
        </w:rPr>
        <w:t>，所以射线</w:t>
      </w:r>
      <w:r>
        <w:rPr>
          <w:rFonts w:ascii="Times New Roman" w:eastAsia="Times New Roman" w:hAnsi="Times New Roman" w:cs="Times New Roman"/>
          <w:i/>
          <w:color w:val="000000"/>
        </w:rPr>
        <w:t>OC</w:t>
      </w:r>
      <w:r>
        <w:rPr>
          <w:rFonts w:ascii="宋体" w:eastAsia="宋体" w:hAnsi="宋体" w:cs="宋体"/>
          <w:color w:val="000000"/>
        </w:rPr>
        <w:t>是∠</w:t>
      </w:r>
      <w:r>
        <w:rPr>
          <w:rFonts w:ascii="Times New Roman" w:eastAsia="Times New Roman" w:hAnsi="Times New Roman" w:cs="Times New Roman"/>
          <w:i/>
          <w:color w:val="000000"/>
        </w:rPr>
        <w:t>AOB</w:t>
      </w:r>
      <w:r>
        <w:rPr>
          <w:rFonts w:ascii="宋体" w:eastAsia="宋体" w:hAnsi="宋体" w:cs="宋体"/>
          <w:color w:val="000000"/>
        </w:rPr>
        <w:t>的角平分线．</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AOB</w:t>
      </w:r>
      <w:r>
        <w:rPr>
          <w:rFonts w:ascii="Times New Roman" w:eastAsia="Times New Roman" w:hAnsi="Times New Roman" w:cs="Times New Roman"/>
          <w:color w:val="000000"/>
        </w:rPr>
        <w:t>=60°+90°=150°</w:t>
      </w:r>
      <w:r>
        <w:rPr>
          <w:rFonts w:ascii="宋体" w:eastAsia="宋体" w:hAnsi="宋体" w:cs="宋体"/>
          <w:color w:val="000000"/>
        </w:rPr>
        <w:t>；</w:t>
      </w:r>
      <w:r>
        <w:rPr>
          <w:color w:val="000000"/>
        </w:rPr>
        <w:br/>
      </w:r>
      <w:r>
        <w:rPr>
          <w:rFonts w:ascii="宋体" w:eastAsia="宋体" w:hAnsi="宋体" w:cs="宋体"/>
          <w:color w:val="000000"/>
        </w:rPr>
        <w:t>故答案为：</w:t>
      </w:r>
      <w:r>
        <w:rPr>
          <w:rFonts w:ascii="Times New Roman" w:eastAsia="Times New Roman" w:hAnsi="Times New Roman" w:cs="Times New Roman"/>
          <w:color w:val="000000"/>
        </w:rPr>
        <w:t>150°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）由图</w:t>
      </w:r>
      <w:r>
        <w:rPr>
          <w:rFonts w:ascii="Times New Roman" w:eastAsia="Times New Roman" w:hAnsi="Times New Roman" w:cs="Times New Roman"/>
          <w:color w:val="000000"/>
        </w:rPr>
        <w:t>1</w:t>
      </w:r>
      <w:r>
        <w:rPr>
          <w:rFonts w:ascii="宋体" w:eastAsia="宋体" w:hAnsi="宋体" w:cs="宋体"/>
          <w:color w:val="000000"/>
        </w:rPr>
        <w:t>可知∠</w:t>
      </w:r>
      <w:r>
        <w:rPr>
          <w:rFonts w:ascii="Times New Roman" w:eastAsia="Times New Roman" w:hAnsi="Times New Roman" w:cs="Times New Roman"/>
          <w:i/>
          <w:color w:val="000000"/>
        </w:rPr>
        <w:t>AOB</w:t>
      </w:r>
      <w:r>
        <w:rPr>
          <w:rFonts w:ascii="Times New Roman" w:eastAsia="Times New Roman" w:hAnsi="Times New Roman" w:cs="Times New Roman"/>
          <w:color w:val="000000"/>
        </w:rPr>
        <w:t>=60°+90°=150°</w:t>
      </w:r>
      <w:r>
        <w:rPr>
          <w:rFonts w:ascii="宋体" w:eastAsia="宋体" w:hAnsi="宋体" w:cs="宋体"/>
          <w:color w:val="000000"/>
        </w:rPr>
        <w:t>，图</w:t>
      </w:r>
      <w:r>
        <w:rPr>
          <w:rFonts w:ascii="Times New Roman" w:eastAsia="Times New Roman" w:hAnsi="Times New Roman" w:cs="Times New Roman"/>
          <w:color w:val="000000"/>
        </w:rPr>
        <w:t>2</w:t>
      </w:r>
      <w:r>
        <w:rPr>
          <w:rFonts w:ascii="宋体" w:eastAsia="宋体" w:hAnsi="宋体" w:cs="宋体"/>
          <w:color w:val="000000"/>
        </w:rPr>
        <w:t>可知∠</w:t>
      </w:r>
      <w:r>
        <w:rPr>
          <w:rFonts w:ascii="Times New Roman" w:eastAsia="Times New Roman" w:hAnsi="Times New Roman" w:cs="Times New Roman"/>
          <w:i/>
          <w:color w:val="000000"/>
        </w:rPr>
        <w:t>COB</w:t>
      </w:r>
      <w:r>
        <w:rPr>
          <w:rFonts w:ascii="Times New Roman" w:eastAsia="Times New Roman" w:hAnsi="Times New Roman" w:cs="Times New Roman"/>
          <w:color w:val="000000"/>
        </w:rPr>
        <w:t>=30°+45°=75°</w:t>
      </w:r>
      <w:r>
        <w:rPr>
          <w:rFonts w:ascii="宋体" w:eastAsia="宋体" w:hAnsi="宋体" w:cs="宋体"/>
          <w:color w:val="000000"/>
        </w:rPr>
        <w:t>，</w:t>
      </w:r>
      <w:r>
        <w:rPr>
          <w:color w:val="000000"/>
        </w:rPr>
        <w:br/>
      </w:r>
      <w:r>
        <w:rPr>
          <w:rFonts w:ascii="宋体" w:eastAsia="宋体" w:hAnsi="宋体" w:cs="宋体"/>
          <w:color w:val="000000"/>
        </w:rPr>
        <w:t>∴∠</w:t>
      </w:r>
      <w:r>
        <w:rPr>
          <w:rFonts w:ascii="Times New Roman" w:eastAsia="Times New Roman" w:hAnsi="Times New Roman" w:cs="Times New Roman"/>
          <w:i/>
          <w:color w:val="000000"/>
        </w:rPr>
        <w:t>AOC</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AOB</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BOC</w:t>
      </w:r>
      <w:r>
        <w:rPr>
          <w:rFonts w:ascii="Times New Roman" w:eastAsia="Times New Roman" w:hAnsi="Times New Roman" w:cs="Times New Roman"/>
          <w:color w:val="000000"/>
        </w:rPr>
        <w:t>=150°-75°=75°</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AOC</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BOC</w:t>
      </w:r>
      <w:r>
        <w:rPr>
          <w:rFonts w:ascii="宋体" w:eastAsia="宋体" w:hAnsi="宋体" w:cs="宋体"/>
          <w:color w:val="000000"/>
        </w:rPr>
        <w:t>，根据角平分线的定义可知射线</w:t>
      </w:r>
      <w:r>
        <w:rPr>
          <w:rFonts w:ascii="Times New Roman" w:eastAsia="Times New Roman" w:hAnsi="Times New Roman" w:cs="Times New Roman"/>
          <w:i/>
          <w:color w:val="000000"/>
        </w:rPr>
        <w:t>OC</w:t>
      </w:r>
      <w:r>
        <w:rPr>
          <w:rFonts w:ascii="宋体" w:eastAsia="宋体" w:hAnsi="宋体" w:cs="宋体"/>
          <w:color w:val="000000"/>
        </w:rPr>
        <w:t>是∠</w:t>
      </w:r>
      <w:r>
        <w:rPr>
          <w:rFonts w:ascii="Times New Roman" w:eastAsia="Times New Roman" w:hAnsi="Times New Roman" w:cs="Times New Roman"/>
          <w:i/>
          <w:color w:val="000000"/>
        </w:rPr>
        <w:t>AOB</w:t>
      </w:r>
      <w:r>
        <w:rPr>
          <w:rFonts w:ascii="宋体" w:eastAsia="宋体" w:hAnsi="宋体" w:cs="宋体"/>
          <w:color w:val="000000"/>
        </w:rPr>
        <w:t>的角平分线．</w:t>
      </w:r>
      <w:r>
        <w:rPr>
          <w:color w:val="000000"/>
        </w:rPr>
        <w:br/>
      </w:r>
      <w:r>
        <w:rPr>
          <w:rFonts w:ascii="宋体" w:eastAsia="宋体" w:hAnsi="宋体" w:cs="宋体"/>
          <w:color w:val="000000"/>
        </w:rPr>
        <w:t>故答案为：角平分线定义．</w:t>
      </w:r>
    </w:p>
    <w:p>
      <w:pPr>
        <w:spacing w:line="360" w:lineRule="auto"/>
        <w:jc w:val="left"/>
        <w:textAlignment w:val="center"/>
        <w:rPr>
          <w:color w:val="000000"/>
        </w:rPr>
      </w:pPr>
      <w:r>
        <w:rPr>
          <w:color w:val="000000"/>
        </w:rPr>
        <w:t>【点睛】</w:t>
      </w:r>
      <w:r>
        <w:rPr>
          <w:rFonts w:ascii="宋体" w:eastAsia="宋体" w:hAnsi="宋体" w:cs="宋体"/>
          <w:color w:val="000000"/>
        </w:rPr>
        <w:t>本题考查基本作图：作一个角等于已知角；作已知角的角平分线和角的运算及角平分线的定义，熟练掌握角的运算及角平分线的定义是解题的关键．</w:t>
      </w:r>
    </w:p>
    <w:p>
      <w:pPr>
        <w:spacing w:line="360" w:lineRule="auto"/>
        <w:jc w:val="left"/>
        <w:textAlignment w:val="center"/>
        <w:rPr>
          <w:color w:val="000000"/>
        </w:rPr>
      </w:pPr>
      <w:r>
        <w:rPr>
          <w:rFonts w:ascii="宋体" w:eastAsia="宋体" w:hAnsi="宋体" w:cs="宋体"/>
          <w:b/>
          <w:color w:val="000000"/>
          <w:sz w:val="24"/>
        </w:rPr>
        <w:t>三、解答题</w:t>
      </w:r>
    </w:p>
    <w:p>
      <w:pPr>
        <w:pStyle w:val="Heading2"/>
      </w:pPr>
      <w:r>
        <w:t>平谷区</w:t>
      </w:r>
    </w:p>
    <w:p>
      <w:pPr>
        <w:spacing w:line="360" w:lineRule="auto"/>
        <w:jc w:val="left"/>
        <w:textAlignment w:val="center"/>
        <w:rPr>
          <w:color w:val="000000"/>
        </w:rPr>
      </w:pPr>
      <w:r>
        <w:rPr>
          <w:color w:val="000000"/>
        </w:rPr>
        <w:t xml:space="preserve">16. </w:t>
      </w:r>
      <w:r>
        <w:rPr>
          <w:rFonts w:ascii="宋体" w:eastAsia="宋体" w:hAnsi="宋体" w:cs="宋体"/>
          <w:color w:val="000000"/>
        </w:rPr>
        <w:t>定义：对于任意两个有理数</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，可以组成一个有理数对（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），我们规定（</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．例如（﹣</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2+5</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根据上述规定解决下列问题：</w:t>
      </w:r>
    </w:p>
    <w:p>
      <w:pPr>
        <w:spacing w:line="360" w:lineRule="auto"/>
        <w:jc w:val="left"/>
        <w:textAlignment w:val="center"/>
        <w:rPr>
          <w:color w:val="000000"/>
        </w:rPr>
      </w:pPr>
      <w:r>
        <w:rPr>
          <w:color w:val="000000"/>
        </w:rPr>
        <w:t>（1）</w:t>
      </w:r>
      <w:r>
        <w:rPr>
          <w:rFonts w:ascii="宋体" w:eastAsia="宋体" w:hAnsi="宋体" w:cs="宋体"/>
          <w:color w:val="000000"/>
        </w:rPr>
        <w:t>有理数对（</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当满足等式（﹣</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3</w:t>
      </w:r>
      <w:r>
        <w:rPr>
          <w:rFonts w:ascii="Times New Roman" w:eastAsia="Times New Roman" w:hAnsi="Times New Roman" w:cs="Times New Roman"/>
          <w:i/>
          <w:color w:val="000000"/>
        </w:rPr>
        <w:t>x</w:t>
      </w:r>
      <w:r>
        <w:rPr>
          <w:rFonts w:ascii="Times New Roman" w:eastAsia="Times New Roman" w:hAnsi="Times New Roman" w:cs="Times New Roman"/>
          <w:color w:val="000000"/>
        </w:rPr>
        <w:t>+2</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的</w:t>
      </w:r>
      <w:r>
        <w:rPr>
          <w:rFonts w:ascii="Times New Roman" w:eastAsia="Times New Roman" w:hAnsi="Times New Roman" w:cs="Times New Roman"/>
          <w:i/>
          <w:color w:val="000000"/>
        </w:rPr>
        <w:t>x</w:t>
      </w:r>
      <w:r>
        <w:rPr>
          <w:rFonts w:ascii="宋体" w:eastAsia="宋体" w:hAnsi="宋体" w:cs="宋体"/>
          <w:color w:val="000000"/>
        </w:rPr>
        <w:t>是正整数时，则</w:t>
      </w:r>
      <w:r>
        <w:rPr>
          <w:rFonts w:ascii="Times New Roman" w:eastAsia="Times New Roman" w:hAnsi="Times New Roman" w:cs="Times New Roman"/>
          <w:i/>
          <w:color w:val="000000"/>
        </w:rPr>
        <w:t>m</w:t>
      </w:r>
      <w:r>
        <w:rPr>
          <w:rFonts w:ascii="宋体" w:eastAsia="宋体" w:hAnsi="宋体" w:cs="宋体"/>
          <w:color w:val="000000"/>
        </w:rPr>
        <w:t>的正整数值为</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color w:val="000000"/>
        </w:rPr>
        <w:t>0</w:t>
      </w:r>
      <w:r>
        <w:rPr>
          <w:color w:val="000000"/>
        </w:rPr>
        <w:t xml:space="preserve">    </w:t>
      </w:r>
      <w:r>
        <w:rPr>
          <w:color w:val="000000"/>
        </w:rPr>
        <w:t>（2）</w:t>
      </w:r>
      <w:r>
        <w:rPr>
          <w:rFonts w:ascii="Times New Roman" w:eastAsia="Times New Roman" w:hAnsi="Times New Roman" w:cs="Times New Roman"/>
          <w:color w:val="000000"/>
        </w:rPr>
        <w:t>1</w:t>
      </w:r>
      <w:r>
        <w:rPr>
          <w:rFonts w:ascii="宋体" w:eastAsia="宋体" w:hAnsi="宋体" w:cs="宋体"/>
          <w:color w:val="000000"/>
        </w:rPr>
        <w:t>或</w:t>
      </w:r>
      <w:r>
        <w:rPr>
          <w:rFonts w:ascii="Times New Roman" w:eastAsia="Times New Roman" w:hAnsi="Times New Roman" w:cs="Times New Roman"/>
          <w:color w:val="000000"/>
        </w:rPr>
        <w:t>4</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）原式利用题中的新定义计算即可求出值；</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）已知等式利用题中的新定义化简，根据</w:t>
      </w:r>
      <w:r>
        <w:rPr>
          <w:rFonts w:ascii="Times New Roman" w:eastAsia="Times New Roman" w:hAnsi="Times New Roman" w:cs="Times New Roman"/>
          <w:i/>
          <w:color w:val="000000"/>
        </w:rPr>
        <w:t>x</w:t>
      </w:r>
      <w:r>
        <w:rPr>
          <w:rFonts w:ascii="宋体" w:eastAsia="宋体" w:hAnsi="宋体" w:cs="宋体"/>
          <w:color w:val="000000"/>
        </w:rPr>
        <w:t>与</w:t>
      </w:r>
      <w:r>
        <w:rPr>
          <w:rFonts w:ascii="Times New Roman" w:eastAsia="Times New Roman" w:hAnsi="Times New Roman" w:cs="Times New Roman"/>
          <w:i/>
          <w:color w:val="000000"/>
        </w:rPr>
        <w:t>m</w:t>
      </w:r>
      <w:r>
        <w:rPr>
          <w:rFonts w:ascii="宋体" w:eastAsia="宋体" w:hAnsi="宋体" w:cs="宋体"/>
          <w:color w:val="000000"/>
        </w:rPr>
        <w:t>都为整数，确定出</w:t>
      </w:r>
      <w:r>
        <w:rPr>
          <w:rFonts w:ascii="Times New Roman" w:eastAsia="Times New Roman" w:hAnsi="Times New Roman" w:cs="Times New Roman"/>
          <w:i/>
          <w:color w:val="000000"/>
        </w:rPr>
        <w:t>m</w:t>
      </w:r>
      <w:r>
        <w:rPr>
          <w:rFonts w:ascii="宋体" w:eastAsia="宋体" w:hAnsi="宋体" w:cs="宋体"/>
          <w:color w:val="000000"/>
        </w:rPr>
        <w:t>的值即可．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解：根据题中的新定义得：原式</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-1=1-1=0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0</w: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解：已知等式化简得：</w:t>
      </w:r>
      <w:r>
        <w:rPr>
          <w:rFonts w:ascii="Times New Roman" w:eastAsia="Times New Roman" w:hAnsi="Times New Roman" w:cs="Times New Roman"/>
          <w:color w:val="000000"/>
        </w:rPr>
        <w:t>-5+3</w:t>
      </w:r>
      <w:r>
        <w:rPr>
          <w:rFonts w:ascii="Times New Roman" w:eastAsia="Times New Roman" w:hAnsi="Times New Roman" w:cs="Times New Roman"/>
          <w:i/>
          <w:color w:val="000000"/>
        </w:rPr>
        <w:t>x</w:t>
      </w:r>
      <w:r>
        <w:rPr>
          <w:rFonts w:ascii="Times New Roman" w:eastAsia="Times New Roman" w:hAnsi="Times New Roman" w:cs="Times New Roman"/>
          <w:color w:val="000000"/>
        </w:rPr>
        <w:t>+2</w:t>
      </w:r>
      <w:r>
        <w:rPr>
          <w:rFonts w:ascii="Times New Roman" w:eastAsia="Times New Roman" w:hAnsi="Times New Roman" w:cs="Times New Roman"/>
          <w:i/>
          <w:color w:val="000000"/>
        </w:rPr>
        <w:t>m</w:t>
      </w:r>
      <w:r>
        <w:rPr>
          <w:rFonts w:ascii="Times New Roman" w:eastAsia="Times New Roman" w:hAnsi="Times New Roman" w:cs="Times New Roman"/>
          <w:color w:val="000000"/>
        </w:rPr>
        <w:t>-1=5</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i/>
          <w:color w:val="000000"/>
        </w:rPr>
        <w:t>x</w:t>
      </w:r>
      <w:r>
        <w:rPr>
          <w:rFonts w:ascii="Times New Roman" w:eastAsia="Times New Roman" w:hAnsi="Times New Roman" w:cs="Times New Roman"/>
          <w:color w:val="000000"/>
        </w:rPr>
        <w:t>=</w:t>
      </w:r>
      <w:r>
        <w:pict>
          <v:shape id="_x0000_i721427" type="#_x0000_t75" alt="学科网(www.zxxk.com)--教育资源门户，提供试卷、教案、课件、论文、素材以及各类教学资源下载，还有大量而丰富的教学相关资讯！" style="width:41.25pt;height:30.75pt" o:oleicon="f" o:ole="">
            <v:imagedata r:id="rId492" o:title="eqIdd358c845e952122b41be56d781f5381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由</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i/>
          <w:color w:val="000000"/>
        </w:rPr>
        <w:t>m</w:t>
      </w:r>
      <w:r>
        <w:rPr>
          <w:rFonts w:ascii="宋体" w:eastAsia="宋体" w:hAnsi="宋体" w:cs="宋体"/>
          <w:color w:val="000000"/>
        </w:rPr>
        <w:t>都是正整数，得到</w:t>
      </w:r>
      <w:r>
        <w:rPr>
          <w:rFonts w:ascii="Times New Roman" w:eastAsia="Times New Roman" w:hAnsi="Times New Roman" w:cs="Times New Roman"/>
          <w:color w:val="000000"/>
        </w:rPr>
        <w:t>11-2</w:t>
      </w:r>
      <w:r>
        <w:rPr>
          <w:rFonts w:ascii="Times New Roman" w:eastAsia="Times New Roman" w:hAnsi="Times New Roman" w:cs="Times New Roman"/>
          <w:i/>
          <w:color w:val="000000"/>
        </w:rPr>
        <w:t>m</w:t>
      </w:r>
      <w:r>
        <w:rPr>
          <w:rFonts w:ascii="Times New Roman" w:eastAsia="Times New Roman" w:hAnsi="Times New Roman" w:cs="Times New Roman"/>
          <w:color w:val="000000"/>
        </w:rPr>
        <w:t>=9</w:t>
      </w:r>
      <w:r>
        <w:rPr>
          <w:rFonts w:ascii="宋体" w:eastAsia="宋体" w:hAnsi="宋体" w:cs="宋体"/>
          <w:color w:val="000000"/>
        </w:rPr>
        <w:t>或</w:t>
      </w:r>
      <w:r>
        <w:rPr>
          <w:rFonts w:ascii="Times New Roman" w:eastAsia="Times New Roman" w:hAnsi="Times New Roman" w:cs="Times New Roman"/>
          <w:color w:val="000000"/>
        </w:rPr>
        <w:t>11-2</w:t>
      </w:r>
      <w:r>
        <w:rPr>
          <w:rFonts w:ascii="Times New Roman" w:eastAsia="Times New Roman" w:hAnsi="Times New Roman" w:cs="Times New Roman"/>
          <w:i/>
          <w:color w:val="000000"/>
        </w:rPr>
        <w:t>m</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i/>
          <w:color w:val="000000"/>
        </w:rPr>
        <w:t>m</w:t>
      </w:r>
      <w:r>
        <w:rPr>
          <w:rFonts w:ascii="Times New Roman" w:eastAsia="Times New Roman" w:hAnsi="Times New Roman" w:cs="Times New Roman"/>
          <w:color w:val="000000"/>
        </w:rPr>
        <w:t>=1</w:t>
      </w:r>
      <w:r>
        <w:rPr>
          <w:rFonts w:ascii="宋体" w:eastAsia="宋体" w:hAnsi="宋体" w:cs="宋体"/>
          <w:color w:val="000000"/>
        </w:rPr>
        <w:t>或</w:t>
      </w:r>
      <w:r>
        <w:rPr>
          <w:rFonts w:ascii="Times New Roman" w:eastAsia="Times New Roman" w:hAnsi="Times New Roman" w:cs="Times New Roman"/>
          <w:color w:val="000000"/>
        </w:rPr>
        <w:t>4</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1</w:t>
      </w:r>
      <w:r>
        <w:rPr>
          <w:rFonts w:ascii="宋体" w:eastAsia="宋体" w:hAnsi="宋体" w:cs="宋体"/>
          <w:color w:val="000000"/>
        </w:rPr>
        <w:t>或</w:t>
      </w:r>
      <w:r>
        <w:rPr>
          <w:rFonts w:ascii="Times New Roman" w:eastAsia="Times New Roman" w:hAnsi="Times New Roman" w:cs="Times New Roman"/>
          <w:color w:val="000000"/>
        </w:rPr>
        <w:t>4</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此题考查了新定义，解一元一次方程，以及有理数，弄清题中的新定义是解本题的关键．</w:t>
      </w:r>
    </w:p>
    <w:p>
      <w:pPr>
        <w:spacing w:line="360" w:lineRule="auto"/>
        <w:jc w:val="left"/>
        <w:textAlignment w:val="center"/>
        <w:rPr>
          <w:color w:val="000000"/>
        </w:rPr>
      </w:pPr>
      <w:r>
        <w:rPr>
          <w:rFonts w:ascii="宋体" w:eastAsia="宋体" w:hAnsi="宋体" w:cs="宋体"/>
          <w:b/>
          <w:color w:val="000000"/>
          <w:sz w:val="24"/>
        </w:rPr>
        <w:t>三、解答题（</w:t>
      </w:r>
      <w:r>
        <w:rPr>
          <w:rFonts w:ascii="Times New Roman" w:eastAsia="Times New Roman" w:hAnsi="Times New Roman" w:cs="Times New Roman"/>
          <w:b/>
          <w:color w:val="000000"/>
          <w:sz w:val="24"/>
        </w:rPr>
        <w:t>17-23</w:t>
      </w:r>
      <w:r>
        <w:rPr>
          <w:rFonts w:ascii="宋体" w:eastAsia="宋体" w:hAnsi="宋体" w:cs="宋体"/>
          <w:b/>
          <w:color w:val="000000"/>
          <w:sz w:val="24"/>
        </w:rPr>
        <w:t>每小题</w:t>
      </w:r>
      <w:r>
        <w:rPr>
          <w:rFonts w:ascii="Times New Roman" w:eastAsia="Times New Roman" w:hAnsi="Times New Roman" w:cs="Times New Roman"/>
          <w:b/>
          <w:color w:val="000000"/>
          <w:sz w:val="24"/>
        </w:rPr>
        <w:t>5</w:t>
      </w:r>
      <w:r>
        <w:rPr>
          <w:rFonts w:ascii="宋体" w:eastAsia="宋体" w:hAnsi="宋体" w:cs="宋体"/>
          <w:b/>
          <w:color w:val="000000"/>
          <w:sz w:val="24"/>
        </w:rPr>
        <w:t>分，</w:t>
      </w:r>
      <w:r>
        <w:rPr>
          <w:rFonts w:ascii="Times New Roman" w:eastAsia="Times New Roman" w:hAnsi="Times New Roman" w:cs="Times New Roman"/>
          <w:b/>
          <w:color w:val="000000"/>
          <w:sz w:val="24"/>
        </w:rPr>
        <w:t>24-26</w:t>
      </w:r>
      <w:r>
        <w:rPr>
          <w:rFonts w:ascii="宋体" w:eastAsia="宋体" w:hAnsi="宋体" w:cs="宋体"/>
          <w:b/>
          <w:color w:val="000000"/>
          <w:sz w:val="24"/>
        </w:rPr>
        <w:t>每小题</w:t>
      </w:r>
      <w:r>
        <w:rPr>
          <w:rFonts w:ascii="Times New Roman" w:eastAsia="Times New Roman" w:hAnsi="Times New Roman" w:cs="Times New Roman"/>
          <w:b/>
          <w:color w:val="000000"/>
          <w:sz w:val="24"/>
        </w:rPr>
        <w:t>6</w:t>
      </w:r>
      <w:r>
        <w:rPr>
          <w:rFonts w:ascii="宋体" w:eastAsia="宋体" w:hAnsi="宋体" w:cs="宋体"/>
          <w:b/>
          <w:color w:val="000000"/>
          <w:sz w:val="24"/>
        </w:rPr>
        <w:t>分，</w:t>
      </w:r>
      <w:r>
        <w:rPr>
          <w:rFonts w:ascii="Times New Roman" w:eastAsia="Times New Roman" w:hAnsi="Times New Roman" w:cs="Times New Roman"/>
          <w:b/>
          <w:color w:val="000000"/>
          <w:sz w:val="24"/>
        </w:rPr>
        <w:t>27-28</w:t>
      </w:r>
      <w:r>
        <w:rPr>
          <w:rFonts w:ascii="宋体" w:eastAsia="宋体" w:hAnsi="宋体" w:cs="宋体"/>
          <w:b/>
          <w:color w:val="000000"/>
          <w:sz w:val="24"/>
        </w:rPr>
        <w:t>每小题</w:t>
      </w:r>
      <w:r>
        <w:rPr>
          <w:rFonts w:ascii="Times New Roman" w:eastAsia="Times New Roman" w:hAnsi="Times New Roman" w:cs="Times New Roman"/>
          <w:b/>
          <w:color w:val="000000"/>
          <w:sz w:val="24"/>
        </w:rPr>
        <w:t>7</w:t>
      </w:r>
      <w:r>
        <w:rPr>
          <w:rFonts w:ascii="宋体" w:eastAsia="宋体" w:hAnsi="宋体" w:cs="宋体"/>
          <w:b/>
          <w:color w:val="000000"/>
          <w:sz w:val="24"/>
        </w:rPr>
        <w:t>分，共</w:t>
      </w:r>
      <w:r>
        <w:rPr>
          <w:rFonts w:ascii="Times New Roman" w:eastAsia="Times New Roman" w:hAnsi="Times New Roman" w:cs="Times New Roman"/>
          <w:b/>
          <w:color w:val="000000"/>
          <w:sz w:val="24"/>
        </w:rPr>
        <w:t>67</w:t>
      </w:r>
      <w:r>
        <w:rPr>
          <w:rFonts w:ascii="宋体" w:eastAsia="宋体" w:hAnsi="宋体" w:cs="宋体"/>
          <w:b/>
          <w:color w:val="000000"/>
          <w:sz w:val="24"/>
        </w:rPr>
        <w:t>分）</w:t>
      </w:r>
    </w:p>
    <w:p>
      <w:pPr>
        <w:pStyle w:val="Heading2"/>
      </w:pPr>
      <w:r>
        <w:t>延庆区</w:t>
      </w:r>
    </w:p>
    <w:p>
      <w:pPr>
        <w:spacing w:line="360" w:lineRule="auto"/>
        <w:jc w:val="left"/>
        <w:textAlignment w:val="center"/>
        <w:rPr>
          <w:color w:val="000000"/>
        </w:rPr>
      </w:pPr>
      <w:r>
        <w:rPr>
          <w:color w:val="000000"/>
        </w:rPr>
        <w:t xml:space="preserve">18. </w:t>
      </w:r>
      <w:r>
        <w:rPr>
          <w:rFonts w:ascii="宋体" w:eastAsia="宋体" w:hAnsi="宋体" w:cs="宋体"/>
          <w:color w:val="000000"/>
        </w:rPr>
        <w:t>如表是某面包店的价目表．小明原本拿了</w:t>
      </w:r>
      <w:r>
        <w:rPr>
          <w:rFonts w:ascii="Times New Roman" w:eastAsia="Times New Roman" w:hAnsi="Times New Roman" w:cs="Times New Roman"/>
          <w:color w:val="000000"/>
        </w:rPr>
        <w:t>4</w:t>
      </w:r>
      <w:r>
        <w:rPr>
          <w:rFonts w:ascii="宋体" w:eastAsia="宋体" w:hAnsi="宋体" w:cs="宋体"/>
          <w:color w:val="000000"/>
        </w:rPr>
        <w:t>个面包去结账，结账时收银员告诉小明，店内有优惠活动，优惠方式为每买</w:t>
      </w:r>
      <w:r>
        <w:rPr>
          <w:rFonts w:ascii="Times New Roman" w:eastAsia="Times New Roman" w:hAnsi="Times New Roman" w:cs="Times New Roman"/>
          <w:color w:val="000000"/>
        </w:rPr>
        <w:t>5</w:t>
      </w:r>
      <w:r>
        <w:rPr>
          <w:rFonts w:ascii="宋体" w:eastAsia="宋体" w:hAnsi="宋体" w:cs="宋体"/>
          <w:color w:val="000000"/>
        </w:rPr>
        <w:t>个面包，其中</w:t>
      </w:r>
      <w:r>
        <w:rPr>
          <w:rFonts w:ascii="Times New Roman" w:eastAsia="Times New Roman" w:hAnsi="Times New Roman" w:cs="Times New Roman"/>
          <w:color w:val="000000"/>
        </w:rPr>
        <w:t>1</w:t>
      </w:r>
      <w:r>
        <w:rPr>
          <w:rFonts w:ascii="宋体" w:eastAsia="宋体" w:hAnsi="宋体" w:cs="宋体"/>
          <w:color w:val="000000"/>
        </w:rPr>
        <w:t>个价格最低的面包就免费．因此，小明又去拿了一个，他挑选了香蒜面包．如果小明原本的结账金额为</w:t>
      </w:r>
      <w:r>
        <w:pict>
          <v:shape id="_x0000_i721428" type="#_x0000_t75" alt="学科网(www.zxxk.com)--教育资源门户，提供试卷、教案、课件、论文、素材以及各类教学资源下载，还有大量而丰富的教学相关资讯！" style="width:9pt;height:9.75pt" o:oleicon="f" o:ole="">
            <v:imagedata r:id="rId493" o:title="eqId0a6936d370d6a238a608ca56f87198de"/>
          </v:shape>
        </w:pict>
      </w:r>
      <w:r>
        <w:rPr>
          <w:rFonts w:ascii="宋体" w:eastAsia="宋体" w:hAnsi="宋体" w:cs="宋体"/>
          <w:color w:val="000000"/>
        </w:rPr>
        <w:t>元，则小明后来的结账金额为</w:t>
      </w:r>
      <w:r>
        <w:rPr>
          <w:color w:val="000000"/>
        </w:rPr>
        <w:t>________</w:t>
      </w:r>
      <w:r>
        <w:rPr>
          <w:rFonts w:ascii="宋体" w:eastAsia="宋体" w:hAnsi="宋体" w:cs="宋体"/>
          <w:color w:val="000000"/>
        </w:rPr>
        <w:t>元．（用含</w:t>
      </w:r>
      <w:r>
        <w:pict>
          <v:shape id="_x0000_i721429" type="#_x0000_t75" alt="学科网(www.zxxk.com)--教育资源门户，提供试卷、教案、课件、论文、素材以及各类教学资源下载，还有大量而丰富的教学相关资讯！" style="width:9pt;height:9.75pt" o:oleicon="f" o:ole="">
            <v:imagedata r:id="rId493" o:title="eqId0a6936d370d6a238a608ca56f87198de"/>
          </v:shape>
        </w:pict>
      </w:r>
      <w:r>
        <w:rPr>
          <w:rFonts w:ascii="宋体" w:eastAsia="宋体" w:hAnsi="宋体" w:cs="宋体"/>
          <w:color w:val="000000"/>
        </w:rPr>
        <w:t>的式子表示）</w:t>
      </w: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112"/>
        <w:gridCol w:w="901"/>
        <w:gridCol w:w="1112"/>
        <w:gridCol w:w="1112"/>
        <w:gridCol w:w="1112"/>
        <w:gridCol w:w="901"/>
        <w:gridCol w:w="1112"/>
      </w:tblGrid>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45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面包品种</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甜甜圈</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芒果面包</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香蒜面包</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切片面包</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奶香片</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奶油面包</w:t>
            </w:r>
          </w:p>
        </w:tc>
      </w:tr>
      <w:tr>
        <w:tblPrEx>
          <w:tblCellMar>
            <w:top w:w="120" w:type="dxa"/>
            <w:left w:w="120" w:type="dxa"/>
            <w:bottom w:w="120" w:type="dxa"/>
            <w:right w:w="120" w:type="dxa"/>
          </w:tblCellMar>
        </w:tblPrEx>
        <w:trPr>
          <w:cantSplit w:val="0"/>
          <w:trHeight w:val="45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单</w:t>
            </w:r>
            <w:r>
              <w:rPr>
                <w:rFonts w:ascii="Times New Roman" w:eastAsia="Times New Roman" w:hAnsi="Times New Roman" w:cs="Times New Roman"/>
                <w:color w:val="000000"/>
              </w:rPr>
              <w:t xml:space="preserve">   </w:t>
            </w:r>
            <w:r>
              <w:rPr>
                <w:rFonts w:ascii="宋体" w:eastAsia="宋体" w:hAnsi="宋体" w:cs="宋体"/>
                <w:color w:val="000000"/>
              </w:rPr>
              <w:t>价</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5</w:t>
            </w:r>
            <w:r>
              <w:rPr>
                <w:rFonts w:ascii="宋体" w:eastAsia="宋体" w:hAnsi="宋体" w:cs="宋体"/>
                <w:color w:val="000000"/>
              </w:rPr>
              <w:t>元</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6</w:t>
            </w:r>
            <w:r>
              <w:rPr>
                <w:rFonts w:ascii="宋体" w:eastAsia="宋体" w:hAnsi="宋体" w:cs="宋体"/>
                <w:color w:val="000000"/>
              </w:rPr>
              <w:t>元</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7.5</w:t>
            </w:r>
            <w:r>
              <w:rPr>
                <w:rFonts w:ascii="宋体" w:eastAsia="宋体" w:hAnsi="宋体" w:cs="宋体"/>
                <w:color w:val="000000"/>
              </w:rPr>
              <w:t>元</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11</w:t>
            </w:r>
            <w:r>
              <w:rPr>
                <w:rFonts w:ascii="宋体" w:eastAsia="宋体" w:hAnsi="宋体" w:cs="宋体"/>
                <w:color w:val="000000"/>
              </w:rPr>
              <w:t>元</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12</w:t>
            </w:r>
            <w:r>
              <w:rPr>
                <w:rFonts w:ascii="宋体" w:eastAsia="宋体" w:hAnsi="宋体" w:cs="宋体"/>
                <w:color w:val="000000"/>
              </w:rPr>
              <w:t>元</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12</w:t>
            </w:r>
            <w:r>
              <w:rPr>
                <w:rFonts w:ascii="宋体" w:eastAsia="宋体" w:hAnsi="宋体" w:cs="宋体"/>
                <w:color w:val="000000"/>
              </w:rPr>
              <w:t>元</w:t>
            </w:r>
          </w:p>
        </w:tc>
      </w:tr>
    </w:tbl>
    <w:p>
      <w:pPr>
        <w:spacing w:line="360" w:lineRule="auto"/>
        <w:textAlignment w:val="center"/>
        <w:rPr>
          <w:color w:val="000000"/>
        </w:rPr>
      </w:pPr>
      <w:r>
        <w:rPr>
          <w:color w:val="2E75B6"/>
        </w:rPr>
        <w:t>【答案】</w:t>
      </w:r>
      <w:r>
        <w:pict>
          <v:shape id="_x0000_i721430" type="#_x0000_t75" alt="学科网(www.zxxk.com)--教育资源门户，提供试卷、教案、课件、论文、素材以及各类教学资源下载，还有大量而丰富的教学相关资讯！" style="width:9pt;height:9.75pt" o:oleicon="f" o:ole="">
            <v:imagedata r:id="rId494" o:title="eqId0a6936d370d6a238a608ca56f87198de"/>
          </v:shape>
        </w:pict>
      </w:r>
      <w:r>
        <w:rPr>
          <w:rFonts w:ascii="宋体" w:eastAsia="宋体" w:hAnsi="宋体" w:cs="宋体"/>
          <w:color w:val="000000"/>
        </w:rPr>
        <w:t>或</w:t>
      </w:r>
      <w:r>
        <w:pict>
          <v:shape id="_x0000_i721431" type="#_x0000_t75" alt="学科网(www.zxxk.com)--教育资源门户，提供试卷、教案、课件、论文、素材以及各类教学资源下载，还有大量而丰富的教学相关资讯！" style="width:43pt;height:15.6pt" o:oleicon="f" o:ole="">
            <v:imagedata r:id="rId495" o:title="eqId72fea11383be41624d7da4c18884c1df"/>
          </v:shape>
        </w:pict>
      </w:r>
      <w:r>
        <w:rPr>
          <w:rFonts w:ascii="宋体" w:eastAsia="宋体" w:hAnsi="宋体" w:cs="宋体"/>
          <w:color w:val="000000"/>
        </w:rPr>
        <w:t>或</w:t>
      </w:r>
      <w:r>
        <w:pict>
          <v:shape id="_x0000_i721432" type="#_x0000_t75" alt="学科网(www.zxxk.com)--教育资源门户，提供试卷、教案、课件、论文、素材以及各类教学资源下载，还有大量而丰富的教学相关资讯！" style="width:44.05pt;height:15.6pt" o:oleicon="f" o:ole="">
            <v:imagedata r:id="rId496" o:title="eqId3de6afdbf4cc52a2e7e43b716217dffa"/>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分三种情况：当小明原本拿的</w:t>
      </w:r>
      <w:r>
        <w:rPr>
          <w:rFonts w:ascii="Times New Roman" w:eastAsia="Times New Roman" w:hAnsi="Times New Roman" w:cs="Times New Roman"/>
          <w:color w:val="000000"/>
        </w:rPr>
        <w:t>4</w:t>
      </w:r>
      <w:r>
        <w:rPr>
          <w:rFonts w:ascii="宋体" w:eastAsia="宋体" w:hAnsi="宋体" w:cs="宋体"/>
          <w:color w:val="000000"/>
        </w:rPr>
        <w:t>个面包中最低价格高于或等于香蒜面包的价格时，当小明原本拿的</w:t>
      </w:r>
      <w:r>
        <w:rPr>
          <w:rFonts w:ascii="Times New Roman" w:eastAsia="Times New Roman" w:hAnsi="Times New Roman" w:cs="Times New Roman"/>
          <w:color w:val="000000"/>
        </w:rPr>
        <w:t>4</w:t>
      </w:r>
      <w:r>
        <w:rPr>
          <w:rFonts w:ascii="宋体" w:eastAsia="宋体" w:hAnsi="宋体" w:cs="宋体"/>
          <w:color w:val="000000"/>
        </w:rPr>
        <w:t>个面包中最低价格低于或等于香蒜面包的价格且没有甜甜圈时，当小明原本拿的</w:t>
      </w:r>
      <w:r>
        <w:rPr>
          <w:rFonts w:ascii="Times New Roman" w:eastAsia="Times New Roman" w:hAnsi="Times New Roman" w:cs="Times New Roman"/>
          <w:color w:val="000000"/>
        </w:rPr>
        <w:t>4</w:t>
      </w:r>
      <w:r>
        <w:rPr>
          <w:rFonts w:ascii="宋体" w:eastAsia="宋体" w:hAnsi="宋体" w:cs="宋体"/>
          <w:color w:val="000000"/>
        </w:rPr>
        <w:t>个面包中最低价格低于或等于香蒜面包的价格，且有甜甜圈时讨论，即可求解．</w:t>
      </w:r>
    </w:p>
    <w:p>
      <w:pPr>
        <w:spacing w:line="360" w:lineRule="auto"/>
        <w:jc w:val="left"/>
        <w:textAlignment w:val="center"/>
        <w:rPr>
          <w:color w:val="000000"/>
        </w:rPr>
      </w:pPr>
      <w:r>
        <w:rPr>
          <w:color w:val="000000"/>
        </w:rPr>
        <w:t>【详解】</w:t>
      </w:r>
      <w:r>
        <w:rPr>
          <w:rFonts w:ascii="宋体" w:eastAsia="宋体" w:hAnsi="宋体" w:cs="宋体"/>
          <w:color w:val="000000"/>
        </w:rPr>
        <w:t>解：当小明原本拿的</w:t>
      </w:r>
      <w:r>
        <w:rPr>
          <w:rFonts w:ascii="Times New Roman" w:eastAsia="Times New Roman" w:hAnsi="Times New Roman" w:cs="Times New Roman"/>
          <w:color w:val="000000"/>
        </w:rPr>
        <w:t>4</w:t>
      </w:r>
      <w:r>
        <w:rPr>
          <w:rFonts w:ascii="宋体" w:eastAsia="宋体" w:hAnsi="宋体" w:cs="宋体"/>
          <w:color w:val="000000"/>
        </w:rPr>
        <w:t>个面包中最低价格高于或等于香蒜面包的价格时，香蒜面包免费，则小明后来的结账金额为</w:t>
      </w:r>
      <w:r>
        <w:pict>
          <v:shape id="_x0000_i721433" type="#_x0000_t75" alt="学科网(www.zxxk.com)--教育资源门户，提供试卷、教案、课件、论文、素材以及各类教学资源下载，还有大量而丰富的教学相关资讯！" style="width:9pt;height:9.75pt" o:oleicon="f" o:ole="">
            <v:imagedata r:id="rId497" o:title="eqId0a6936d370d6a238a608ca56f87198de"/>
          </v:shape>
        </w:pict>
      </w:r>
      <w:r>
        <w:rPr>
          <w:rFonts w:ascii="宋体" w:eastAsia="宋体" w:hAnsi="宋体" w:cs="宋体"/>
          <w:color w:val="000000"/>
        </w:rPr>
        <w:t>元；</w:t>
      </w:r>
    </w:p>
    <w:p>
      <w:pPr>
        <w:spacing w:line="360" w:lineRule="auto"/>
        <w:jc w:val="left"/>
        <w:textAlignment w:val="center"/>
        <w:rPr>
          <w:color w:val="000000"/>
        </w:rPr>
      </w:pPr>
      <w:r>
        <w:rPr>
          <w:rFonts w:ascii="宋体" w:eastAsia="宋体" w:hAnsi="宋体" w:cs="宋体"/>
          <w:color w:val="000000"/>
        </w:rPr>
        <w:t>当小明原本拿的</w:t>
      </w:r>
      <w:r>
        <w:rPr>
          <w:rFonts w:ascii="Times New Roman" w:eastAsia="Times New Roman" w:hAnsi="Times New Roman" w:cs="Times New Roman"/>
          <w:color w:val="000000"/>
        </w:rPr>
        <w:t>4</w:t>
      </w:r>
      <w:r>
        <w:rPr>
          <w:rFonts w:ascii="宋体" w:eastAsia="宋体" w:hAnsi="宋体" w:cs="宋体"/>
          <w:color w:val="000000"/>
        </w:rPr>
        <w:t>个面包中最低价格低于或等于香蒜面包的价格且没有甜甜圈时，芒果面包免费，则小明后来的结账金额为</w:t>
      </w:r>
      <w:r>
        <w:pict>
          <v:shape id="_x0000_i721434" type="#_x0000_t75" alt="学科网(www.zxxk.com)--教育资源门户，提供试卷、教案、课件、论文、素材以及各类教学资源下载，还有大量而丰富的教学相关资讯！" style="width:112.85pt;height:19.9pt" o:oleicon="f" o:ole="">
            <v:imagedata r:id="rId498" o:title="eqId9cbf2bdc1d76a26cbe446e84b5bf3ee5"/>
          </v:shape>
        </w:pict>
      </w:r>
      <w:r>
        <w:rPr>
          <w:rFonts w:ascii="宋体" w:eastAsia="宋体" w:hAnsi="宋体" w:cs="宋体"/>
          <w:color w:val="000000"/>
        </w:rPr>
        <w:t>元；</w:t>
      </w:r>
    </w:p>
    <w:p>
      <w:pPr>
        <w:spacing w:line="360" w:lineRule="auto"/>
        <w:jc w:val="left"/>
        <w:textAlignment w:val="center"/>
        <w:rPr>
          <w:color w:val="000000"/>
        </w:rPr>
      </w:pPr>
      <w:r>
        <w:rPr>
          <w:rFonts w:ascii="宋体" w:eastAsia="宋体" w:hAnsi="宋体" w:cs="宋体"/>
          <w:color w:val="000000"/>
        </w:rPr>
        <w:t>当小明原本拿的</w:t>
      </w:r>
      <w:r>
        <w:rPr>
          <w:rFonts w:ascii="Times New Roman" w:eastAsia="Times New Roman" w:hAnsi="Times New Roman" w:cs="Times New Roman"/>
          <w:color w:val="000000"/>
        </w:rPr>
        <w:t>4</w:t>
      </w:r>
      <w:r>
        <w:rPr>
          <w:rFonts w:ascii="宋体" w:eastAsia="宋体" w:hAnsi="宋体" w:cs="宋体"/>
          <w:color w:val="000000"/>
        </w:rPr>
        <w:t>个面包中最低价格低于或等于香蒜面包的价格，且有甜甜圈时，甜甜圈免费，则小明后来的结账金额为</w:t>
      </w:r>
      <w:r>
        <w:pict>
          <v:shape id="_x0000_i721435" type="#_x0000_t75" alt="学科网(www.zxxk.com)--教育资源门户，提供试卷、教案、课件、论文、素材以及各类教学资源下载，还有大量而丰富的教学相关资讯！" style="width:113.9pt;height:19.9pt" o:oleicon="f" o:ole="">
            <v:imagedata r:id="rId499" o:title="eqId9b76bdcb4ae916964f8ec7cafd382aa6"/>
          </v:shape>
        </w:pict>
      </w:r>
      <w:r>
        <w:rPr>
          <w:rFonts w:ascii="宋体" w:eastAsia="宋体" w:hAnsi="宋体" w:cs="宋体"/>
          <w:color w:val="000000"/>
        </w:rPr>
        <w:t>元；</w:t>
      </w:r>
    </w:p>
    <w:p>
      <w:pPr>
        <w:spacing w:line="360" w:lineRule="auto"/>
        <w:jc w:val="left"/>
        <w:textAlignment w:val="center"/>
        <w:rPr>
          <w:color w:val="000000"/>
        </w:rPr>
      </w:pPr>
      <w:r>
        <w:rPr>
          <w:rFonts w:ascii="宋体" w:eastAsia="宋体" w:hAnsi="宋体" w:cs="宋体"/>
          <w:color w:val="000000"/>
        </w:rPr>
        <w:t>综上所述，小明后来</w:t>
      </w:r>
      <w:r>
        <w:rPr>
          <w:rFonts w:ascii="宋体" w:eastAsia="宋体" w:hAnsi="宋体" w:cs="宋体"/>
          <w:color w:val="000000"/>
          <w:position w:val="0"/>
        </w:rPr>
        <w:drawing>
          <wp:inline>
            <wp:extent cx="133350" cy="177800"/>
            <wp:docPr id="41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8" name=""/>
                    <pic:cNvPicPr>
                      <a:picLocks noChangeAspect="1"/>
                    </pic:cNvPicPr>
                  </pic:nvPicPr>
                  <pic:blipFill>
                    <a:blip r:embed="rId500"/>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结账金额为</w:t>
      </w:r>
      <w:r>
        <w:pict>
          <v:shape id="_x0000_i721436" type="#_x0000_t75" alt="学科网(www.zxxk.com)--教育资源门户，提供试卷、教案、课件、论文、素材以及各类教学资源下载，还有大量而丰富的教学相关资讯！" style="width:9pt;height:9.75pt" o:oleicon="f" o:ole="">
            <v:imagedata r:id="rId501" o:title="eqId0a6936d370d6a238a608ca56f87198de"/>
          </v:shape>
        </w:pict>
      </w:r>
      <w:r>
        <w:rPr>
          <w:rFonts w:ascii="宋体" w:eastAsia="宋体" w:hAnsi="宋体" w:cs="宋体"/>
          <w:color w:val="000000"/>
        </w:rPr>
        <w:t>或</w:t>
      </w:r>
      <w:r>
        <w:pict>
          <v:shape id="_x0000_i721437" type="#_x0000_t75" alt="学科网(www.zxxk.com)--教育资源门户，提供试卷、教案、课件、论文、素材以及各类教学资源下载，还有大量而丰富的教学相关资讯！" style="width:43pt;height:15.6pt" o:oleicon="f" o:ole="">
            <v:imagedata r:id="rId502" o:title="eqId72fea11383be41624d7da4c18884c1df"/>
          </v:shape>
        </w:pict>
      </w:r>
      <w:r>
        <w:rPr>
          <w:rFonts w:ascii="宋体" w:eastAsia="宋体" w:hAnsi="宋体" w:cs="宋体"/>
          <w:color w:val="000000"/>
        </w:rPr>
        <w:t>或</w:t>
      </w:r>
      <w:r>
        <w:pict>
          <v:shape id="_x0000_i721438" type="#_x0000_t75" alt="学科网(www.zxxk.com)--教育资源门户，提供试卷、教案、课件、论文、素材以及各类教学资源下载，还有大量而丰富的教学相关资讯！" style="width:44.05pt;height:15.6pt" o:oleicon="f" o:ole="">
            <v:imagedata r:id="rId503" o:title="eqId3de6afdbf4cc52a2e7e43b716217dffa"/>
          </v:shape>
        </w:pict>
      </w:r>
      <w:r>
        <w:rPr>
          <w:rFonts w:ascii="宋体" w:eastAsia="宋体" w:hAnsi="宋体" w:cs="宋体"/>
          <w:color w:val="000000"/>
        </w:rPr>
        <w:t>元．</w:t>
      </w:r>
    </w:p>
    <w:p>
      <w:pPr>
        <w:spacing w:line="360" w:lineRule="auto"/>
        <w:jc w:val="left"/>
        <w:textAlignment w:val="center"/>
        <w:rPr>
          <w:color w:val="000000"/>
        </w:rPr>
      </w:pPr>
      <w:r>
        <w:rPr>
          <w:rFonts w:ascii="宋体" w:eastAsia="宋体" w:hAnsi="宋体" w:cs="宋体"/>
          <w:color w:val="000000"/>
        </w:rPr>
        <w:t>故答案为：</w:t>
      </w:r>
      <w:r>
        <w:pict>
          <v:shape id="_x0000_i721439" type="#_x0000_t75" alt="学科网(www.zxxk.com)--教育资源门户，提供试卷、教案、课件、论文、素材以及各类教学资源下载，还有大量而丰富的教学相关资讯！" style="width:9pt;height:9.75pt" o:oleicon="f" o:ole="">
            <v:imagedata r:id="rId504" o:title="eqId0a6936d370d6a238a608ca56f87198de"/>
          </v:shape>
        </w:pict>
      </w:r>
      <w:r>
        <w:rPr>
          <w:rFonts w:ascii="宋体" w:eastAsia="宋体" w:hAnsi="宋体" w:cs="宋体"/>
          <w:color w:val="000000"/>
        </w:rPr>
        <w:t>或</w:t>
      </w:r>
      <w:r>
        <w:pict>
          <v:shape id="_x0000_i721440" type="#_x0000_t75" alt="学科网(www.zxxk.com)--教育资源门户，提供试卷、教案、课件、论文、素材以及各类教学资源下载，还有大量而丰富的教学相关资讯！" style="width:43pt;height:15.6pt" o:oleicon="f" o:ole="">
            <v:imagedata r:id="rId505" o:title="eqId72fea11383be41624d7da4c18884c1df"/>
          </v:shape>
        </w:pict>
      </w:r>
      <w:r>
        <w:rPr>
          <w:rFonts w:ascii="宋体" w:eastAsia="宋体" w:hAnsi="宋体" w:cs="宋体"/>
          <w:color w:val="000000"/>
        </w:rPr>
        <w:t>或</w:t>
      </w:r>
      <w:r>
        <w:pict>
          <v:shape id="_x0000_i721441" type="#_x0000_t75" alt="学科网(www.zxxk.com)--教育资源门户，提供试卷、教案、课件、论文、素材以及各类教学资源下载，还有大量而丰富的教学相关资讯！" style="width:44.05pt;height:15.6pt" o:oleicon="f" o:ole="">
            <v:imagedata r:id="rId506" o:title="eqId3de6afdbf4cc52a2e7e43b716217dffa"/>
          </v:shape>
        </w:pict>
      </w:r>
    </w:p>
    <w:p>
      <w:pPr>
        <w:spacing w:line="360" w:lineRule="auto"/>
        <w:jc w:val="left"/>
        <w:textAlignment w:val="center"/>
        <w:rPr>
          <w:color w:val="000000"/>
        </w:rPr>
      </w:pPr>
      <w:r>
        <w:rPr>
          <w:color w:val="000000"/>
        </w:rPr>
        <w:t>【点睛】</w:t>
      </w:r>
      <w:r>
        <w:rPr>
          <w:rFonts w:ascii="宋体" w:eastAsia="宋体" w:hAnsi="宋体" w:cs="宋体"/>
          <w:color w:val="000000"/>
        </w:rPr>
        <w:t>本题主要考查了列代数式，明确题意，准确得到数量关系，并灵活利用分类讨论的思想解答是解题的关键．</w:t>
      </w:r>
    </w:p>
    <w:p>
      <w:pPr>
        <w:spacing w:line="360" w:lineRule="auto"/>
        <w:jc w:val="left"/>
        <w:textAlignment w:val="center"/>
        <w:rPr>
          <w:color w:val="000000"/>
        </w:rPr>
      </w:pPr>
      <w:r>
        <w:rPr>
          <w:rFonts w:ascii="宋体" w:eastAsia="宋体" w:hAnsi="宋体" w:cs="宋体"/>
          <w:b/>
          <w:color w:val="000000"/>
          <w:sz w:val="24"/>
        </w:rPr>
        <w:t>三、解答题（共</w:t>
      </w:r>
      <w:r>
        <w:rPr>
          <w:rFonts w:ascii="Times New Roman" w:eastAsia="Times New Roman" w:hAnsi="Times New Roman" w:cs="Times New Roman"/>
          <w:b/>
          <w:color w:val="000000"/>
          <w:sz w:val="24"/>
        </w:rPr>
        <w:t>10</w:t>
      </w:r>
      <w:r>
        <w:rPr>
          <w:rFonts w:ascii="宋体" w:eastAsia="宋体" w:hAnsi="宋体" w:cs="宋体"/>
          <w:b/>
          <w:color w:val="000000"/>
          <w:sz w:val="24"/>
        </w:rPr>
        <w:t>个小题，共</w:t>
      </w:r>
      <w:r>
        <w:rPr>
          <w:rFonts w:ascii="Times New Roman" w:eastAsia="Times New Roman" w:hAnsi="Times New Roman" w:cs="Times New Roman"/>
          <w:b/>
          <w:color w:val="000000"/>
          <w:sz w:val="24"/>
        </w:rPr>
        <w:t>64</w:t>
      </w:r>
      <w:r>
        <w:rPr>
          <w:rFonts w:ascii="宋体" w:eastAsia="宋体" w:hAnsi="宋体" w:cs="宋体"/>
          <w:b/>
          <w:color w:val="000000"/>
          <w:sz w:val="24"/>
        </w:rPr>
        <w:t>分）</w:t>
      </w:r>
    </w:p>
    <w:p>
      <w:pPr>
        <w:pStyle w:val="Heading2"/>
      </w:pPr>
      <w:r>
        <w:t>怀柔区</w:t>
      </w:r>
    </w:p>
    <w:p>
      <w:pPr>
        <w:spacing w:line="360" w:lineRule="auto"/>
        <w:jc w:val="left"/>
        <w:textAlignment w:val="center"/>
        <w:rPr>
          <w:color w:val="000000"/>
        </w:rPr>
      </w:pPr>
      <w:r>
        <w:rPr>
          <w:color w:val="000000"/>
        </w:rPr>
        <w:t xml:space="preserve">18. </w:t>
      </w:r>
      <w:r>
        <w:rPr>
          <w:rFonts w:ascii="宋体" w:eastAsia="宋体" w:hAnsi="宋体" w:cs="宋体"/>
          <w:color w:val="000000"/>
        </w:rPr>
        <w:t>已知，数轴上</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三点对应的有理数分别为</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．其中点</w:t>
      </w:r>
      <w:r>
        <w:rPr>
          <w:rFonts w:ascii="Times New Roman" w:eastAsia="Times New Roman" w:hAnsi="Times New Roman" w:cs="Times New Roman"/>
          <w:i/>
          <w:color w:val="000000"/>
        </w:rPr>
        <w:t>A</w:t>
      </w:r>
      <w:r>
        <w:rPr>
          <w:rFonts w:ascii="宋体" w:eastAsia="宋体" w:hAnsi="宋体" w:cs="宋体"/>
          <w:color w:val="000000"/>
        </w:rPr>
        <w:t>在点</w:t>
      </w:r>
      <w:r>
        <w:rPr>
          <w:rFonts w:ascii="Times New Roman" w:eastAsia="Times New Roman" w:hAnsi="Times New Roman" w:cs="Times New Roman"/>
          <w:i/>
          <w:color w:val="000000"/>
        </w:rPr>
        <w:t>B</w:t>
      </w:r>
      <w:r>
        <w:rPr>
          <w:rFonts w:ascii="宋体" w:eastAsia="宋体" w:hAnsi="宋体" w:cs="宋体"/>
          <w:color w:val="000000"/>
        </w:rPr>
        <w:t>左侧，</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两点间的距离为</w:t>
      </w:r>
      <w:r>
        <w:rPr>
          <w:rFonts w:ascii="Times New Roman" w:eastAsia="Times New Roman" w:hAnsi="Times New Roman" w:cs="Times New Roman"/>
          <w:color w:val="000000"/>
        </w:rPr>
        <w:t>2</w:t>
      </w:r>
      <w:r>
        <w:rPr>
          <w:rFonts w:ascii="宋体" w:eastAsia="宋体" w:hAnsi="宋体" w:cs="宋体"/>
          <w:color w:val="000000"/>
        </w:rPr>
        <w:t>，且</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满足</w:t>
      </w:r>
      <w:r>
        <w:pict>
          <v:shape id="_x0000_i721442" type="#_x0000_t75" alt="学科网(www.zxxk.com)--教育资源门户，提供试卷、教案、课件、论文、素材以及各类教学资源下载，还有大量而丰富的教学相关资讯！" style="width:111.75pt;height:20.25pt" o:oleicon="f" o:ole="">
            <v:imagedata r:id="rId507" o:title="eqId854b7ae0f3a7d91c79fe47272ff8ca63"/>
          </v:shape>
        </w:pict>
      </w:r>
      <w:r>
        <w:rPr>
          <w:rFonts w:ascii="宋体" w:eastAsia="宋体" w:hAnsi="宋体" w:cs="宋体"/>
          <w:color w:val="000000"/>
        </w:rPr>
        <w:t>，则</w:t>
      </w:r>
      <w:r>
        <w:rPr>
          <w:rFonts w:ascii="Times New Roman" w:eastAsia="Times New Roman" w:hAnsi="Times New Roman" w:cs="Times New Roman"/>
          <w:i/>
          <w:color w:val="000000"/>
        </w:rPr>
        <w:t>a</w:t>
      </w:r>
      <w:r>
        <w:rPr>
          <w:rFonts w:ascii="宋体" w:eastAsia="宋体" w:hAnsi="宋体" w:cs="宋体"/>
          <w:color w:val="000000"/>
        </w:rPr>
        <w:t>＝</w:t>
      </w:r>
      <w:r>
        <w:rPr>
          <w:color w:val="000000"/>
        </w:rPr>
        <w:t>____</w:t>
      </w:r>
      <w:r>
        <w:rPr>
          <w:rFonts w:ascii="宋体" w:eastAsia="宋体" w:hAnsi="宋体" w:cs="宋体"/>
          <w:color w:val="000000"/>
        </w:rPr>
        <w:t>．对数轴上任意一点</w:t>
      </w:r>
      <w:r>
        <w:rPr>
          <w:rFonts w:ascii="Times New Roman" w:eastAsia="Times New Roman" w:hAnsi="Times New Roman" w:cs="Times New Roman"/>
          <w:i/>
          <w:color w:val="000000"/>
        </w:rPr>
        <w:t>P</w:t>
      </w:r>
      <w:r>
        <w:rPr>
          <w:rFonts w:ascii="宋体" w:eastAsia="宋体" w:hAnsi="宋体" w:cs="宋体"/>
          <w:color w:val="000000"/>
        </w:rPr>
        <w:t>，点</w:t>
      </w:r>
      <w:r>
        <w:rPr>
          <w:rFonts w:ascii="Times New Roman" w:eastAsia="Times New Roman" w:hAnsi="Times New Roman" w:cs="Times New Roman"/>
          <w:i/>
          <w:color w:val="000000"/>
        </w:rPr>
        <w:t>P</w:t>
      </w:r>
      <w:r>
        <w:rPr>
          <w:rFonts w:ascii="宋体" w:eastAsia="宋体" w:hAnsi="宋体" w:cs="宋体"/>
          <w:color w:val="000000"/>
        </w:rPr>
        <w:t>对应数</w:t>
      </w:r>
      <w:r>
        <w:rPr>
          <w:rFonts w:ascii="Times New Roman" w:eastAsia="Times New Roman" w:hAnsi="Times New Roman" w:cs="Times New Roman"/>
          <w:i/>
          <w:color w:val="000000"/>
        </w:rPr>
        <w:t>x</w:t>
      </w:r>
      <w:r>
        <w:rPr>
          <w:rFonts w:ascii="宋体" w:eastAsia="宋体" w:hAnsi="宋体" w:cs="宋体"/>
          <w:color w:val="000000"/>
        </w:rPr>
        <w:t>，若存在</w:t>
      </w:r>
      <w:r>
        <w:rPr>
          <w:rFonts w:ascii="Times New Roman" w:eastAsia="Times New Roman" w:hAnsi="Times New Roman" w:cs="Times New Roman"/>
          <w:i/>
          <w:color w:val="000000"/>
        </w:rPr>
        <w:t>x</w:t>
      </w:r>
      <w:r>
        <w:rPr>
          <w:rFonts w:ascii="宋体" w:eastAsia="宋体" w:hAnsi="宋体" w:cs="宋体"/>
          <w:color w:val="000000"/>
        </w:rPr>
        <w:t>使</w:t>
      </w:r>
      <w:r>
        <w:pict>
          <v:shape id="_x0000_i721443" type="#_x0000_t75" alt="学科网(www.zxxk.com)--教育资源门户，提供试卷、教案、课件、论文、素材以及各类教学资源下载，还有大量而丰富的教学相关资讯！" style="width:104.25pt;height:20.25pt" o:oleicon="f" o:ole="">
            <v:imagedata r:id="rId508" o:title="eqIdc1741f49d24932dc74b601cce8398ccb"/>
          </v:shape>
        </w:pict>
      </w:r>
      <w:r>
        <w:rPr>
          <w:rFonts w:ascii="宋体" w:eastAsia="宋体" w:hAnsi="宋体" w:cs="宋体"/>
          <w:color w:val="000000"/>
        </w:rPr>
        <w:t>的值最小，则</w:t>
      </w:r>
      <w:r>
        <w:rPr>
          <w:rFonts w:ascii="Times New Roman" w:eastAsia="Times New Roman" w:hAnsi="Times New Roman" w:cs="Times New Roman"/>
          <w:i/>
          <w:color w:val="000000"/>
        </w:rPr>
        <w:t>x</w:t>
      </w:r>
      <w:r>
        <w:rPr>
          <w:rFonts w:ascii="宋体" w:eastAsia="宋体" w:hAnsi="宋体" w:cs="宋体"/>
          <w:color w:val="000000"/>
        </w:rPr>
        <w:t>的值为</w:t>
      </w:r>
      <w:r>
        <w:rPr>
          <w:color w:val="000000"/>
        </w:rPr>
        <w:t>_________</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 xml:space="preserve">    ①. </w:t>
      </w:r>
      <w:r>
        <w:rPr>
          <w:rFonts w:ascii="宋体" w:eastAsia="宋体" w:hAnsi="宋体" w:cs="宋体"/>
          <w:color w:val="000000"/>
        </w:rPr>
        <w:t>－</w:t>
      </w:r>
      <w:r>
        <w:rPr>
          <w:rFonts w:ascii="Times New Roman" w:eastAsia="Times New Roman" w:hAnsi="Times New Roman" w:cs="Times New Roman"/>
          <w:color w:val="000000"/>
        </w:rPr>
        <w:t>1</w:t>
      </w:r>
      <w:r>
        <w:rPr>
          <w:color w:val="000000"/>
        </w:rPr>
        <w:t xml:space="preserve">    ②. </w:t>
      </w:r>
      <w:r>
        <w:rPr>
          <w:rFonts w:ascii="Times New Roman" w:eastAsia="Times New Roman" w:hAnsi="Times New Roman" w:cs="Times New Roman"/>
          <w:color w:val="000000"/>
        </w:rPr>
        <w:t>1</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根据绝对值和平方的非负性即可求第一空；根据绝对值与数轴的关系可以解出第</w:t>
      </w:r>
      <w:r>
        <w:rPr>
          <w:rFonts w:ascii="Times New Roman" w:eastAsia="Times New Roman" w:hAnsi="Times New Roman" w:cs="Times New Roman"/>
          <w:color w:val="000000"/>
        </w:rPr>
        <w:t>2</w:t>
      </w:r>
      <w:r>
        <w:rPr>
          <w:rFonts w:ascii="宋体" w:eastAsia="宋体" w:hAnsi="宋体" w:cs="宋体"/>
          <w:color w:val="000000"/>
        </w:rPr>
        <w:t>问．</w:t>
      </w:r>
    </w:p>
    <w:p>
      <w:pPr>
        <w:spacing w:line="360" w:lineRule="auto"/>
        <w:jc w:val="left"/>
        <w:textAlignment w:val="center"/>
        <w:rPr>
          <w:color w:val="000000"/>
        </w:rPr>
      </w:pPr>
      <w:r>
        <w:rPr>
          <w:color w:val="000000"/>
        </w:rPr>
        <w:t>【详解】</w:t>
      </w:r>
      <w:r>
        <w:rPr>
          <w:rFonts w:ascii="Times New Roman" w:eastAsia="Times New Roman" w:hAnsi="Times New Roman" w:cs="Times New Roman"/>
          <w:color w:val="000000"/>
        </w:rPr>
        <w:t>∵</w:t>
      </w:r>
      <w:r>
        <w:pict>
          <v:shape id="_x0000_i721444" type="#_x0000_t75" alt="学科网(www.zxxk.com)--教育资源门户，提供试卷、教案、课件、论文、素材以及各类教学资源下载，还有大量而丰富的教学相关资讯！" style="width:111.75pt;height:20.25pt" o:oleicon="f" o:ole="">
            <v:imagedata r:id="rId509" o:title="eqId854b7ae0f3a7d91c79fe47272ff8ca63"/>
          </v:shape>
        </w:pict>
      </w:r>
      <w:r>
        <w:rPr>
          <w:rFonts w:ascii="宋体" w:eastAsia="宋体" w:hAnsi="宋体" w:cs="宋体"/>
          <w:color w:val="000000"/>
        </w:rPr>
        <w:t>，</w:t>
      </w:r>
      <w:r>
        <w:pict>
          <v:shape id="_x0000_i721445" type="#_x0000_t75" alt="学科网(www.zxxk.com)--教育资源门户，提供试卷、教案、课件、论文、素材以及各类教学资源下载，还有大量而丰富的教学相关资讯！" style="width:123pt;height:20.25pt" o:oleicon="f" o:ole="">
            <v:imagedata r:id="rId510" o:title="eqId16237b84b0ec1cf0dae6b155543322ea"/>
          </v:shape>
        </w:pict>
      </w:r>
    </w:p>
    <w:p>
      <w:pPr>
        <w:spacing w:line="360" w:lineRule="auto"/>
        <w:jc w:val="left"/>
        <w:textAlignment w:val="center"/>
        <w:rPr>
          <w:color w:val="000000"/>
        </w:rPr>
      </w:pPr>
      <w:r>
        <w:rPr>
          <w:rFonts w:ascii="宋体" w:eastAsia="宋体" w:hAnsi="宋体" w:cs="宋体"/>
          <w:color w:val="000000"/>
        </w:rPr>
        <w:t>∴</w:t>
      </w:r>
      <w:r>
        <w:pict>
          <v:shape id="_x0000_i721446" type="#_x0000_t75" alt="学科网(www.zxxk.com)--教育资源门户，提供试卷、教案、课件、论文、素材以及各类教学资源下载，还有大量而丰富的教学相关资讯！" style="width:105.75pt;height:15.75pt" o:oleicon="f" o:ole="">
            <v:imagedata r:id="rId511" o:title="eqIdf4490d8969ab5342c4984cc4bb094234"/>
          </v:shape>
        </w:pict>
      </w:r>
    </w:p>
    <w:p>
      <w:pPr>
        <w:spacing w:line="360" w:lineRule="auto"/>
        <w:jc w:val="left"/>
        <w:textAlignment w:val="center"/>
        <w:rPr>
          <w:color w:val="000000"/>
        </w:rPr>
      </w:pPr>
      <w:r>
        <w:rPr>
          <w:rFonts w:ascii="宋体" w:eastAsia="宋体" w:hAnsi="宋体" w:cs="宋体"/>
          <w:color w:val="000000"/>
        </w:rPr>
        <w:t>即</w:t>
      </w:r>
      <w:r>
        <w:pict>
          <v:shape id="_x0000_i721447" type="#_x0000_t75" alt="学科网(www.zxxk.com)--教育资源门户，提供试卷、教案、课件、论文、素材以及各类教学资源下载，还有大量而丰富的教学相关资讯！" style="width:81pt;height:15.75pt" o:oleicon="f" o:ole="">
            <v:imagedata r:id="rId512" o:title="eqIdc4d592f513dfba05dea22affdbdb4d5b"/>
          </v:shape>
        </w:pic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在点</w:t>
      </w:r>
      <w:r>
        <w:rPr>
          <w:rFonts w:ascii="Times New Roman" w:eastAsia="Times New Roman" w:hAnsi="Times New Roman" w:cs="Times New Roman"/>
          <w:i/>
          <w:color w:val="000000"/>
        </w:rPr>
        <w:t>B</w:t>
      </w:r>
      <w:r>
        <w:rPr>
          <w:rFonts w:ascii="宋体" w:eastAsia="宋体" w:hAnsi="宋体" w:cs="宋体"/>
          <w:color w:val="000000"/>
        </w:rPr>
        <w:t>左侧，</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两点间的距离为</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21448" type="#_x0000_t75" alt="学科网(www.zxxk.com)--教育资源门户，提供试卷、教案、课件、论文、素材以及各类教学资源下载，还有大量而丰富的教学相关资讯！" style="width:60pt;height:16.2pt" o:oleicon="f" o:ole="">
            <v:imagedata r:id="rId513" o:title="eqId2d0d09c61ed9d7289d948d2ab559657f"/>
          </v:shape>
        </w:pict>
      </w:r>
    </w:p>
    <w:p>
      <w:pPr>
        <w:spacing w:line="360" w:lineRule="auto"/>
        <w:jc w:val="left"/>
        <w:textAlignment w:val="center"/>
        <w:rPr>
          <w:color w:val="000000"/>
        </w:rPr>
      </w:pPr>
      <w:r>
        <w:rPr>
          <w:rFonts w:ascii="宋体" w:eastAsia="宋体" w:hAnsi="宋体" w:cs="宋体"/>
          <w:color w:val="000000"/>
        </w:rPr>
        <w:t>∵</w:t>
      </w:r>
      <w:r>
        <w:pict>
          <v:shape id="_x0000_i721449" type="#_x0000_t75" alt="学科网(www.zxxk.com)--教育资源门户，提供试卷、教案、课件、论文、素材以及各类教学资源下载，还有大量而丰富的教学相关资讯！" style="width:231pt;height:20.25pt" o:oleicon="f" o:ole="">
            <v:imagedata r:id="rId514" o:title="eqId816f858e90a11a25f349f1429bdf0d20"/>
          </v:shape>
        </w:pict>
      </w:r>
      <w:r>
        <w:rPr>
          <w:rFonts w:ascii="宋体" w:eastAsia="宋体" w:hAnsi="宋体" w:cs="宋体"/>
          <w:color w:val="000000"/>
        </w:rPr>
        <w:t>表示</w:t>
      </w:r>
      <w:r>
        <w:rPr>
          <w:rFonts w:ascii="Times New Roman" w:eastAsia="Times New Roman" w:hAnsi="Times New Roman" w:cs="Times New Roman"/>
          <w:i/>
          <w:color w:val="000000"/>
        </w:rPr>
        <w:t>x</w:t>
      </w:r>
      <w:r>
        <w:rPr>
          <w:rFonts w:ascii="宋体" w:eastAsia="宋体" w:hAnsi="宋体" w:cs="宋体"/>
          <w:color w:val="000000"/>
        </w:rPr>
        <w:t>与</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和</w:t>
      </w:r>
      <w:r>
        <w:rPr>
          <w:rFonts w:ascii="Times New Roman" w:eastAsia="Times New Roman" w:hAnsi="Times New Roman" w:cs="Times New Roman"/>
          <w:color w:val="000000"/>
        </w:rPr>
        <w:t>2022</w:t>
      </w:r>
      <w:r>
        <w:rPr>
          <w:rFonts w:ascii="宋体" w:eastAsia="宋体" w:hAnsi="宋体" w:cs="宋体"/>
          <w:color w:val="000000"/>
        </w:rPr>
        <w:t>三个数的距离之和，</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当</w:t>
      </w:r>
      <w:r>
        <w:rPr>
          <w:rFonts w:ascii="Times New Roman" w:eastAsia="Times New Roman" w:hAnsi="Times New Roman" w:cs="Times New Roman"/>
          <w:i/>
          <w:color w:val="000000"/>
        </w:rPr>
        <w:t>x</w:t>
      </w:r>
      <w:r>
        <w:rPr>
          <w:rFonts w:ascii="宋体" w:eastAsia="宋体" w:hAnsi="宋体" w:cs="宋体"/>
          <w:color w:val="000000"/>
        </w:rPr>
        <w:t>取中间值</w:t>
      </w:r>
      <w:r>
        <w:rPr>
          <w:rFonts w:ascii="Times New Roman" w:eastAsia="Times New Roman" w:hAnsi="Times New Roman" w:cs="Times New Roman"/>
          <w:color w:val="000000"/>
        </w:rPr>
        <w:t>1</w:t>
      </w:r>
      <w:r>
        <w:rPr>
          <w:rFonts w:ascii="宋体" w:eastAsia="宋体" w:hAnsi="宋体" w:cs="宋体"/>
          <w:color w:val="000000"/>
        </w:rPr>
        <w:t>时，和为最小值为</w:t>
      </w:r>
      <w:r>
        <w:rPr>
          <w:rFonts w:ascii="Times New Roman" w:eastAsia="Times New Roman" w:hAnsi="Times New Roman" w:cs="Times New Roman"/>
          <w:color w:val="000000"/>
        </w:rPr>
        <w:t>2023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-1,1</w:t>
      </w:r>
    </w:p>
    <w:p>
      <w:pPr>
        <w:spacing w:line="360" w:lineRule="auto"/>
        <w:jc w:val="left"/>
        <w:textAlignment w:val="center"/>
        <w:rPr>
          <w:color w:val="000000"/>
        </w:rPr>
      </w:pPr>
      <w:r>
        <w:rPr>
          <w:color w:val="000000"/>
        </w:rPr>
        <w:t>【点睛】</w:t>
      </w:r>
      <w:r>
        <w:rPr>
          <w:rFonts w:ascii="宋体" w:eastAsia="宋体" w:hAnsi="宋体" w:cs="宋体"/>
          <w:color w:val="000000"/>
        </w:rPr>
        <w:t>本题考查了数轴上的点之间的距离与绝对值的关系、绝对值和平方的非负性，根据绝对值的定义得出</w:t>
      </w:r>
      <w:r>
        <w:pict>
          <v:shape id="_x0000_i721450" type="#_x0000_t75" alt="学科网(www.zxxk.com)--教育资源门户，提供试卷、教案、课件、论文、素材以及各类教学资源下载，还有大量而丰富的教学相关资讯！" style="width:231pt;height:20.25pt" o:oleicon="f" o:ole="">
            <v:imagedata r:id="rId515" o:title="eqId816f858e90a11a25f349f1429bdf0d20"/>
          </v:shape>
        </w:pict>
      </w:r>
      <w:r>
        <w:rPr>
          <w:rFonts w:ascii="宋体" w:eastAsia="宋体" w:hAnsi="宋体" w:cs="宋体"/>
          <w:color w:val="000000"/>
        </w:rPr>
        <w:t>表示</w:t>
      </w:r>
      <w:r>
        <w:rPr>
          <w:rFonts w:ascii="Times New Roman" w:eastAsia="Times New Roman" w:hAnsi="Times New Roman" w:cs="Times New Roman"/>
          <w:i/>
          <w:color w:val="000000"/>
        </w:rPr>
        <w:t>x</w:t>
      </w:r>
      <w:r>
        <w:rPr>
          <w:rFonts w:ascii="宋体" w:eastAsia="宋体" w:hAnsi="宋体" w:cs="宋体"/>
          <w:color w:val="000000"/>
        </w:rPr>
        <w:t>与</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和</w:t>
      </w:r>
      <w:r>
        <w:rPr>
          <w:rFonts w:ascii="Times New Roman" w:eastAsia="Times New Roman" w:hAnsi="Times New Roman" w:cs="Times New Roman"/>
          <w:color w:val="000000"/>
        </w:rPr>
        <w:t>2022</w:t>
      </w:r>
      <w:r>
        <w:rPr>
          <w:rFonts w:ascii="宋体" w:eastAsia="宋体" w:hAnsi="宋体" w:cs="宋体"/>
          <w:color w:val="000000"/>
        </w:rPr>
        <w:t>三个数的距离之和是解题的关键．</w:t>
      </w:r>
    </w:p>
    <w:p>
      <w:pPr>
        <w:spacing w:line="360" w:lineRule="auto"/>
        <w:jc w:val="left"/>
        <w:textAlignment w:val="center"/>
        <w:rPr>
          <w:color w:val="000000"/>
        </w:rPr>
      </w:pPr>
      <w:r>
        <w:rPr>
          <w:rFonts w:ascii="宋体" w:eastAsia="宋体" w:hAnsi="宋体" w:cs="宋体"/>
          <w:b/>
          <w:color w:val="000000"/>
          <w:sz w:val="24"/>
        </w:rPr>
        <w:t>三、解答题（本题共</w:t>
      </w:r>
      <w:r>
        <w:rPr>
          <w:rFonts w:ascii="Times New Roman" w:eastAsia="Times New Roman" w:hAnsi="Times New Roman" w:cs="Times New Roman"/>
          <w:b/>
          <w:color w:val="000000"/>
          <w:sz w:val="24"/>
        </w:rPr>
        <w:t>54</w:t>
      </w:r>
      <w:r>
        <w:rPr>
          <w:rFonts w:ascii="宋体" w:eastAsia="宋体" w:hAnsi="宋体" w:cs="宋体"/>
          <w:b/>
          <w:color w:val="000000"/>
          <w:sz w:val="24"/>
        </w:rPr>
        <w:t>分，其中第</w:t>
      </w:r>
      <w:r>
        <w:rPr>
          <w:rFonts w:ascii="Times New Roman" w:eastAsia="Times New Roman" w:hAnsi="Times New Roman" w:cs="Times New Roman"/>
          <w:b/>
          <w:color w:val="000000"/>
          <w:sz w:val="24"/>
        </w:rPr>
        <w:t>19</w:t>
      </w:r>
      <w:r>
        <w:rPr>
          <w:rFonts w:ascii="宋体" w:eastAsia="宋体" w:hAnsi="宋体" w:cs="宋体"/>
          <w:b/>
          <w:color w:val="000000"/>
          <w:sz w:val="24"/>
        </w:rPr>
        <w:t>题共</w:t>
      </w:r>
      <w:r>
        <w:rPr>
          <w:rFonts w:ascii="Times New Roman" w:eastAsia="Times New Roman" w:hAnsi="Times New Roman" w:cs="Times New Roman"/>
          <w:b/>
          <w:color w:val="000000"/>
          <w:sz w:val="24"/>
        </w:rPr>
        <w:t>10</w:t>
      </w:r>
      <w:r>
        <w:rPr>
          <w:rFonts w:ascii="宋体" w:eastAsia="宋体" w:hAnsi="宋体" w:cs="宋体"/>
          <w:b/>
          <w:color w:val="000000"/>
          <w:sz w:val="24"/>
        </w:rPr>
        <w:t>分每小题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20</w:t>
      </w:r>
      <w:r>
        <w:rPr>
          <w:rFonts w:ascii="宋体" w:eastAsia="宋体" w:hAnsi="宋体" w:cs="宋体"/>
          <w:b/>
          <w:color w:val="000000"/>
          <w:sz w:val="24"/>
        </w:rPr>
        <w:t>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21</w:t>
      </w:r>
      <w:r>
        <w:rPr>
          <w:rFonts w:ascii="宋体" w:eastAsia="宋体" w:hAnsi="宋体" w:cs="宋体"/>
          <w:b/>
          <w:color w:val="000000"/>
          <w:sz w:val="24"/>
        </w:rPr>
        <w:t>题共</w:t>
      </w:r>
      <w:r>
        <w:rPr>
          <w:rFonts w:ascii="Times New Roman" w:eastAsia="Times New Roman" w:hAnsi="Times New Roman" w:cs="Times New Roman"/>
          <w:b/>
          <w:color w:val="000000"/>
          <w:sz w:val="24"/>
        </w:rPr>
        <w:t>10</w:t>
      </w:r>
      <w:r>
        <w:rPr>
          <w:rFonts w:ascii="宋体" w:eastAsia="宋体" w:hAnsi="宋体" w:cs="宋体"/>
          <w:b/>
          <w:color w:val="000000"/>
          <w:sz w:val="24"/>
        </w:rPr>
        <w:t>分每小题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22</w:t>
      </w:r>
      <w:r>
        <w:rPr>
          <w:rFonts w:ascii="宋体" w:eastAsia="宋体" w:hAnsi="宋体" w:cs="宋体"/>
          <w:b/>
          <w:color w:val="000000"/>
          <w:sz w:val="24"/>
        </w:rPr>
        <w:t>题</w:t>
      </w:r>
      <w:r>
        <w:rPr>
          <w:rFonts w:ascii="Times New Roman" w:eastAsia="Times New Roman" w:hAnsi="Times New Roman" w:cs="Times New Roman"/>
          <w:b/>
          <w:color w:val="000000"/>
          <w:sz w:val="24"/>
        </w:rPr>
        <w:t>6</w:t>
      </w:r>
      <w:r>
        <w:rPr>
          <w:rFonts w:ascii="宋体" w:eastAsia="宋体" w:hAnsi="宋体" w:cs="宋体"/>
          <w:b/>
          <w:color w:val="000000"/>
          <w:sz w:val="24"/>
        </w:rPr>
        <w:t>分，第</w:t>
      </w:r>
      <w:r>
        <w:rPr>
          <w:rFonts w:ascii="Times New Roman" w:eastAsia="Times New Roman" w:hAnsi="Times New Roman" w:cs="Times New Roman"/>
          <w:b/>
          <w:color w:val="000000"/>
          <w:sz w:val="24"/>
        </w:rPr>
        <w:t>23</w:t>
      </w:r>
      <w:r>
        <w:rPr>
          <w:rFonts w:ascii="宋体" w:eastAsia="宋体" w:hAnsi="宋体" w:cs="宋体"/>
          <w:b/>
          <w:color w:val="000000"/>
          <w:sz w:val="24"/>
        </w:rPr>
        <w:t>－</w:t>
      </w:r>
      <w:r>
        <w:rPr>
          <w:rFonts w:ascii="Times New Roman" w:eastAsia="Times New Roman" w:hAnsi="Times New Roman" w:cs="Times New Roman"/>
          <w:b/>
          <w:color w:val="000000"/>
          <w:sz w:val="24"/>
        </w:rPr>
        <w:t>24</w:t>
      </w:r>
      <w:r>
        <w:rPr>
          <w:rFonts w:ascii="宋体" w:eastAsia="宋体" w:hAnsi="宋体" w:cs="宋体"/>
          <w:b/>
          <w:color w:val="000000"/>
          <w:sz w:val="24"/>
        </w:rPr>
        <w:t>题每题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25</w:t>
      </w:r>
      <w:r>
        <w:rPr>
          <w:rFonts w:ascii="宋体" w:eastAsia="宋体" w:hAnsi="宋体" w:cs="宋体"/>
          <w:b/>
          <w:color w:val="000000"/>
          <w:sz w:val="24"/>
        </w:rPr>
        <w:t>题</w:t>
      </w:r>
      <w:r>
        <w:rPr>
          <w:rFonts w:ascii="Times New Roman" w:eastAsia="Times New Roman" w:hAnsi="Times New Roman" w:cs="Times New Roman"/>
          <w:b/>
          <w:color w:val="000000"/>
          <w:sz w:val="24"/>
        </w:rPr>
        <w:t>6</w:t>
      </w:r>
      <w:r>
        <w:rPr>
          <w:rFonts w:ascii="宋体" w:eastAsia="宋体" w:hAnsi="宋体" w:cs="宋体"/>
          <w:b/>
          <w:color w:val="000000"/>
          <w:sz w:val="24"/>
        </w:rPr>
        <w:t>分，第</w:t>
      </w:r>
      <w:r>
        <w:rPr>
          <w:rFonts w:ascii="Times New Roman" w:eastAsia="Times New Roman" w:hAnsi="Times New Roman" w:cs="Times New Roman"/>
          <w:b/>
          <w:color w:val="000000"/>
          <w:sz w:val="24"/>
        </w:rPr>
        <w:t>26</w:t>
      </w:r>
      <w:r>
        <w:rPr>
          <w:rFonts w:ascii="宋体" w:eastAsia="宋体" w:hAnsi="宋体" w:cs="宋体"/>
          <w:b/>
          <w:color w:val="000000"/>
          <w:sz w:val="24"/>
        </w:rPr>
        <w:t>题</w:t>
      </w:r>
      <w:r>
        <w:rPr>
          <w:rFonts w:ascii="Times New Roman" w:eastAsia="Times New Roman" w:hAnsi="Times New Roman" w:cs="Times New Roman"/>
          <w:b/>
          <w:color w:val="000000"/>
          <w:sz w:val="24"/>
        </w:rPr>
        <w:t>7</w:t>
      </w:r>
      <w:r>
        <w:rPr>
          <w:rFonts w:ascii="宋体" w:eastAsia="宋体" w:hAnsi="宋体" w:cs="宋体"/>
          <w:b/>
          <w:color w:val="000000"/>
          <w:sz w:val="24"/>
        </w:rPr>
        <w:t>分）</w:t>
      </w:r>
    </w:p>
    <w:p>
      <w:pPr>
        <w:pStyle w:val="Heading2"/>
      </w:pPr>
      <w:r>
        <w:t>房山区</w:t>
      </w:r>
    </w:p>
    <w:p>
      <w:pPr>
        <w:spacing w:line="360" w:lineRule="auto"/>
        <w:jc w:val="left"/>
        <w:textAlignment w:val="center"/>
        <w:rPr>
          <w:color w:val="000000"/>
        </w:rPr>
      </w:pPr>
      <w:r>
        <w:rPr>
          <w:color w:val="000000"/>
        </w:rPr>
        <w:t xml:space="preserve">18. </w:t>
      </w:r>
      <w:r>
        <w:rPr>
          <w:rFonts w:ascii="宋体" w:eastAsia="宋体" w:hAnsi="宋体" w:cs="宋体"/>
          <w:color w:val="000000"/>
        </w:rPr>
        <w:t>如图，阶梯图的每个台阶上都标着一个数，从下到上的第</w:t>
      </w:r>
      <w:r>
        <w:rPr>
          <w:rFonts w:ascii="Times New Roman" w:eastAsia="Times New Roman" w:hAnsi="Times New Roman" w:cs="Times New Roman"/>
          <w:color w:val="000000"/>
        </w:rPr>
        <w:t>1</w:t>
      </w:r>
      <w:r>
        <w:rPr>
          <w:rFonts w:ascii="宋体" w:eastAsia="宋体" w:hAnsi="宋体" w:cs="宋体"/>
          <w:color w:val="000000"/>
        </w:rPr>
        <w:t>个至第</w:t>
      </w:r>
      <w:r>
        <w:rPr>
          <w:rFonts w:ascii="Times New Roman" w:eastAsia="Times New Roman" w:hAnsi="Times New Roman" w:cs="Times New Roman"/>
          <w:color w:val="000000"/>
        </w:rPr>
        <w:t>4</w:t>
      </w:r>
      <w:r>
        <w:rPr>
          <w:rFonts w:ascii="宋体" w:eastAsia="宋体" w:hAnsi="宋体" w:cs="宋体"/>
          <w:color w:val="000000"/>
        </w:rPr>
        <w:t>个台阶上依次标着</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，且任意相邻</w:t>
      </w:r>
      <w:r>
        <w:rPr>
          <w:rFonts w:ascii="Times New Roman" w:eastAsia="Times New Roman" w:hAnsi="Times New Roman" w:cs="Times New Roman"/>
          <w:color w:val="000000"/>
        </w:rPr>
        <w:t>4</w:t>
      </w:r>
      <w:r>
        <w:rPr>
          <w:rFonts w:ascii="宋体" w:eastAsia="宋体" w:hAnsi="宋体" w:cs="宋体"/>
          <w:color w:val="000000"/>
        </w:rPr>
        <w:t>个台阶上数的和都相等．</w:t>
      </w:r>
    </w:p>
    <w:p>
      <w:pPr>
        <w:spacing w:line="360" w:lineRule="auto"/>
        <w:jc w:val="left"/>
        <w:textAlignment w:val="center"/>
        <w:rPr>
          <w:color w:val="000000"/>
        </w:rPr>
      </w:pPr>
      <w:r>
        <w:rPr>
          <w:color w:val="000000"/>
        </w:rPr>
        <w:drawing>
          <wp:inline>
            <wp:extent cx="2571750" cy="1200150"/>
            <wp:docPr id="412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0" name=""/>
                    <pic:cNvPicPr>
                      <a:picLocks noChangeAspect="1"/>
                    </pic:cNvPicPr>
                  </pic:nvPicPr>
                  <pic:blipFill>
                    <a:blip r:embed="rId516"/>
                    <a:stretch>
                      <a:fillRect/>
                    </a:stretch>
                  </pic:blipFill>
                  <pic:spPr>
                    <a:xfrm>
                      <a:off x="0" y="0"/>
                      <a:ext cx="2571750" cy="12001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）第</w:t>
      </w:r>
      <w:r>
        <w:rPr>
          <w:rFonts w:ascii="Times New Roman" w:eastAsia="Times New Roman" w:hAnsi="Times New Roman" w:cs="Times New Roman"/>
          <w:color w:val="000000"/>
        </w:rPr>
        <w:t>5</w:t>
      </w:r>
      <w:r>
        <w:rPr>
          <w:rFonts w:ascii="宋体" w:eastAsia="宋体" w:hAnsi="宋体" w:cs="宋体"/>
          <w:color w:val="000000"/>
        </w:rPr>
        <w:t>个台阶上的数</w:t>
      </w:r>
      <w:r>
        <w:rPr>
          <w:rFonts w:ascii="Times New Roman" w:eastAsia="Times New Roman" w:hAnsi="Times New Roman" w:cs="Times New Roman"/>
          <w:i/>
          <w:color w:val="000000"/>
        </w:rPr>
        <w:t>x</w:t>
      </w:r>
      <w:r>
        <w:rPr>
          <w:rFonts w:ascii="宋体" w:eastAsia="宋体" w:hAnsi="宋体" w:cs="宋体"/>
          <w:color w:val="000000"/>
        </w:rPr>
        <w:t>是</w:t>
      </w:r>
      <w:r>
        <w:rPr>
          <w:color w:val="000000"/>
        </w:rPr>
        <w:t>______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）若第</w:t>
      </w:r>
      <w:r>
        <w:rPr>
          <w:rFonts w:ascii="Times New Roman" w:eastAsia="Times New Roman" w:hAnsi="Times New Roman" w:cs="Times New Roman"/>
          <w:i/>
          <w:color w:val="000000"/>
        </w:rPr>
        <w:t>n</w:t>
      </w:r>
      <w:r>
        <w:rPr>
          <w:rFonts w:ascii="宋体" w:eastAsia="宋体" w:hAnsi="宋体" w:cs="宋体"/>
          <w:color w:val="000000"/>
        </w:rPr>
        <w:t>个</w:t>
      </w:r>
      <w:r>
        <w:rPr>
          <w:rFonts w:ascii="Times New Roman" w:eastAsia="Times New Roman" w:hAnsi="Times New Roman" w:cs="Times New Roman"/>
          <w:color w:val="000000"/>
        </w:rPr>
        <w:t>-2</w:t>
      </w:r>
      <w:r>
        <w:rPr>
          <w:rFonts w:ascii="宋体" w:eastAsia="宋体" w:hAnsi="宋体" w:cs="宋体"/>
          <w:color w:val="000000"/>
        </w:rPr>
        <w:t>出现在第</w:t>
      </w:r>
      <w:r>
        <w:rPr>
          <w:rFonts w:ascii="Times New Roman" w:eastAsia="Times New Roman" w:hAnsi="Times New Roman" w:cs="Times New Roman"/>
          <w:color w:val="000000"/>
        </w:rPr>
        <w:t>2022</w:t>
      </w:r>
      <w:r>
        <w:rPr>
          <w:rFonts w:ascii="宋体" w:eastAsia="宋体" w:hAnsi="宋体" w:cs="宋体"/>
          <w:color w:val="000000"/>
        </w:rPr>
        <w:t>个台阶上，则</w:t>
      </w:r>
      <w:r>
        <w:rPr>
          <w:rFonts w:ascii="Times New Roman" w:eastAsia="Times New Roman" w:hAnsi="Times New Roman" w:cs="Times New Roman"/>
          <w:i/>
          <w:color w:val="000000"/>
        </w:rPr>
        <w:t>n</w:t>
      </w:r>
      <w:r>
        <w:rPr>
          <w:rFonts w:ascii="宋体" w:eastAsia="宋体" w:hAnsi="宋体" w:cs="宋体"/>
          <w:color w:val="000000"/>
        </w:rPr>
        <w:t>的值为</w:t>
      </w:r>
      <w:r>
        <w:rPr>
          <w:color w:val="000000"/>
        </w:rPr>
        <w:t>______</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 xml:space="preserve">    ①. </w:t>
      </w:r>
      <w:r>
        <w:rPr>
          <w:rFonts w:ascii="Times New Roman" w:eastAsia="Times New Roman" w:hAnsi="Times New Roman" w:cs="Times New Roman"/>
          <w:color w:val="000000"/>
        </w:rPr>
        <w:t>-3</w:t>
      </w:r>
      <w:r>
        <w:rPr>
          <w:color w:val="000000"/>
        </w:rPr>
        <w:t xml:space="preserve">    ②. </w:t>
      </w:r>
      <w:r>
        <w:rPr>
          <w:rFonts w:ascii="Times New Roman" w:eastAsia="Times New Roman" w:hAnsi="Times New Roman" w:cs="Times New Roman"/>
          <w:color w:val="000000"/>
        </w:rPr>
        <w:t>506</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w:t>
      </w:r>
      <w:r>
        <w:rPr>
          <w:rFonts w:ascii="Times New Roman" w:eastAsia="Times New Roman" w:hAnsi="Times New Roman" w:cs="Times New Roman"/>
          <w:color w:val="000000"/>
        </w:rPr>
        <w:t>“</w:t>
      </w:r>
      <w:r>
        <w:rPr>
          <w:rFonts w:ascii="宋体" w:eastAsia="宋体" w:hAnsi="宋体" w:cs="宋体"/>
          <w:color w:val="000000"/>
        </w:rPr>
        <w:t>相邻四个台阶上数的和都相等</w:t>
      </w:r>
      <w:r>
        <w:rPr>
          <w:rFonts w:ascii="Times New Roman" w:eastAsia="Times New Roman" w:hAnsi="Times New Roman" w:cs="Times New Roman"/>
          <w:color w:val="000000"/>
        </w:rPr>
        <w:t>”</w:t>
      </w:r>
      <w:r>
        <w:rPr>
          <w:rFonts w:ascii="宋体" w:eastAsia="宋体" w:hAnsi="宋体" w:cs="宋体"/>
          <w:color w:val="000000"/>
        </w:rPr>
        <w:t>列出方程求解可得；</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）根据题意总结出</w:t>
      </w:r>
      <w:r>
        <w:rPr>
          <w:rFonts w:ascii="Times New Roman" w:eastAsia="Times New Roman" w:hAnsi="Times New Roman" w:cs="Times New Roman"/>
          <w:color w:val="000000"/>
        </w:rPr>
        <w:t>“</w:t>
      </w:r>
      <w:r>
        <w:rPr>
          <w:rFonts w:ascii="宋体" w:eastAsia="宋体" w:hAnsi="宋体" w:cs="宋体"/>
          <w:color w:val="000000"/>
        </w:rPr>
        <w:t>台阶上的数字是每</w:t>
      </w:r>
      <w:r>
        <w:rPr>
          <w:rFonts w:ascii="Times New Roman" w:eastAsia="Times New Roman" w:hAnsi="Times New Roman" w:cs="Times New Roman"/>
          <w:color w:val="000000"/>
        </w:rPr>
        <w:t>4</w:t>
      </w:r>
      <w:r>
        <w:rPr>
          <w:rFonts w:ascii="宋体" w:eastAsia="宋体" w:hAnsi="宋体" w:cs="宋体"/>
          <w:color w:val="000000"/>
        </w:rPr>
        <w:t>个一循环</w:t>
      </w:r>
      <w:r>
        <w:rPr>
          <w:rFonts w:ascii="Times New Roman" w:eastAsia="Times New Roman" w:hAnsi="Times New Roman" w:cs="Times New Roman"/>
          <w:color w:val="000000"/>
        </w:rPr>
        <w:t>”</w:t>
      </w:r>
      <w:r>
        <w:rPr>
          <w:rFonts w:ascii="宋体" w:eastAsia="宋体" w:hAnsi="宋体" w:cs="宋体"/>
          <w:color w:val="000000"/>
        </w:rPr>
        <w:t>求解可得．</w:t>
      </w:r>
    </w:p>
    <w:p>
      <w:pPr>
        <w:spacing w:line="360" w:lineRule="auto"/>
        <w:jc w:val="left"/>
        <w:textAlignment w:val="center"/>
        <w:rPr>
          <w:color w:val="000000"/>
        </w:rPr>
      </w:pPr>
      <w:r>
        <w:rPr>
          <w:color w:val="000000"/>
        </w:rPr>
        <w:t>【详解】</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）根据题意可知</w:t>
      </w:r>
      <w:r>
        <w:pict>
          <v:shape id="_x0000_i721451" type="#_x0000_t75" alt="学科网(www.zxxk.com)--教育资源门户，提供试卷、教案、课件、论文、素材以及各类教学资源下载，还有大量而丰富的教学相关资讯！" style="width:198.8pt;height:16.1pt" o:oleicon="f" o:ole="">
            <v:imagedata r:id="rId517" o:title="eqIdb1a706559d092ad9f6f6db641054c487"/>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pict>
          <v:shape id="_x0000_i721452" type="#_x0000_t75" alt="学科网(www.zxxk.com)--教育资源门户，提供试卷、教案、课件、论文、素材以及各类教学资源下载，还有大量而丰富的教学相关资讯！" style="width:34.2pt;height:13.8pt" o:oleicon="f" o:ole="">
            <v:imagedata r:id="rId518" o:title="eqIdba53065eb180a682305fddb95d14b62f"/>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）由任意相邻</w:t>
      </w:r>
      <w:r>
        <w:rPr>
          <w:rFonts w:ascii="Times New Roman" w:eastAsia="Times New Roman" w:hAnsi="Times New Roman" w:cs="Times New Roman"/>
          <w:color w:val="000000"/>
        </w:rPr>
        <w:t>4</w:t>
      </w:r>
      <w:r>
        <w:rPr>
          <w:rFonts w:ascii="宋体" w:eastAsia="宋体" w:hAnsi="宋体" w:cs="宋体"/>
          <w:color w:val="000000"/>
        </w:rPr>
        <w:t>个台阶上数的和都相等，且其和</w:t>
      </w:r>
      <w:r>
        <w:pict>
          <v:shape id="_x0000_i721453" type="#_x0000_t75" alt="学科网(www.zxxk.com)--教育资源门户，提供试卷、教案、课件、论文、素材以及各类教学资源下载，还有大量而丰富的教学相关资讯！" style="width:111.75pt;height:16.1pt" o:oleicon="f" o:ole="">
            <v:imagedata r:id="rId519" o:title="eqIdd785ca5405633993b12965af957aed11"/>
          </v:shape>
        </w:pict>
      </w:r>
      <w:r>
        <w:rPr>
          <w:rFonts w:ascii="宋体" w:eastAsia="宋体" w:hAnsi="宋体" w:cs="宋体"/>
          <w:color w:val="000000"/>
        </w:rPr>
        <w:t>，结合（</w:t>
      </w:r>
      <w:r>
        <w:rPr>
          <w:rFonts w:ascii="Times New Roman" w:eastAsia="Times New Roman" w:hAnsi="Times New Roman" w:cs="Times New Roman"/>
          <w:color w:val="000000"/>
        </w:rPr>
        <w:t>1</w:t>
      </w:r>
      <w:r>
        <w:rPr>
          <w:rFonts w:ascii="宋体" w:eastAsia="宋体" w:hAnsi="宋体" w:cs="宋体"/>
          <w:color w:val="000000"/>
        </w:rPr>
        <w:t>）的计算，可知台阶上的数字4个一循环，</w:t>
      </w:r>
    </w:p>
    <w:p>
      <w:pPr>
        <w:spacing w:before="150" w:line="360" w:lineRule="auto"/>
        <w:jc w:val="left"/>
        <w:textAlignment w:val="center"/>
        <w:rPr>
          <w:color w:val="000000"/>
        </w:rPr>
      </w:pPr>
      <w:r>
        <w:rPr>
          <w:rFonts w:ascii="宋体" w:eastAsia="宋体" w:hAnsi="宋体" w:cs="宋体"/>
          <w:color w:val="000000"/>
        </w:rPr>
        <w:t>∵</w:t>
      </w:r>
      <w:r>
        <w:pict>
          <v:shape id="_x0000_i721454" type="#_x0000_t75" alt="学科网(www.zxxk.com)--教育资源门户，提供试卷、教案、课件、论文、素材以及各类教学资源下载，还有大量而丰富的教学相关资讯！" style="width:104pt;height:14pt" o:oleicon="f" o:ole="">
            <v:imagedata r:id="rId520" o:title="eqIdbe9277218888f4f3eb40076b7eeb3d0b"/>
          </v:shape>
        </w:pict>
      </w:r>
      <w:r>
        <w:rPr>
          <w:rFonts w:ascii="宋体" w:eastAsia="宋体" w:hAnsi="宋体" w:cs="宋体"/>
          <w:color w:val="000000"/>
        </w:rPr>
        <w:t>，</w:t>
      </w:r>
    </w:p>
    <w:p>
      <w:pPr>
        <w:spacing w:before="150" w:line="360" w:lineRule="auto"/>
        <w:jc w:val="left"/>
        <w:textAlignment w:val="center"/>
        <w:rPr>
          <w:color w:val="000000"/>
        </w:rPr>
      </w:pPr>
      <w:r>
        <w:rPr>
          <w:rFonts w:ascii="宋体" w:eastAsia="宋体" w:hAnsi="宋体" w:cs="宋体"/>
          <w:color w:val="000000"/>
        </w:rPr>
        <w:t>∴出现在第</w:t>
      </w:r>
      <w:r>
        <w:rPr>
          <w:rFonts w:ascii="Times New Roman" w:eastAsia="Times New Roman" w:hAnsi="Times New Roman" w:cs="Times New Roman"/>
          <w:color w:val="000000"/>
        </w:rPr>
        <w:t>2022</w:t>
      </w:r>
      <w:r>
        <w:rPr>
          <w:rFonts w:ascii="宋体" w:eastAsia="宋体" w:hAnsi="宋体" w:cs="宋体"/>
          <w:color w:val="000000"/>
        </w:rPr>
        <w:t>个台阶上的</w:t>
      </w:r>
      <w:r>
        <w:rPr>
          <w:rFonts w:ascii="Times New Roman" w:eastAsia="Times New Roman" w:hAnsi="Times New Roman" w:cs="Times New Roman"/>
          <w:color w:val="000000"/>
        </w:rPr>
        <w:t>-2</w:t>
      </w:r>
      <w:r>
        <w:rPr>
          <w:rFonts w:ascii="宋体" w:eastAsia="宋体" w:hAnsi="宋体" w:cs="宋体"/>
          <w:color w:val="000000"/>
        </w:rPr>
        <w:t>为第</w:t>
      </w:r>
      <w:r>
        <w:pict>
          <v:shape id="_x0000_i721455" type="#_x0000_t75" alt="学科网(www.zxxk.com)--教育资源门户，提供试卷、教案、课件、论文、素材以及各类教学资源下载，还有大量而丰富的教学相关资讯！" style="width:66pt;height:14.25pt" o:oleicon="f" o:ole="">
            <v:imagedata r:id="rId521" o:title="eqIdc41ebfd384be24be44cca1d7dacad9de"/>
          </v:shape>
        </w:pict>
      </w:r>
      <w:r>
        <w:rPr>
          <w:rFonts w:ascii="宋体" w:eastAsia="宋体" w:hAnsi="宋体" w:cs="宋体"/>
          <w:color w:val="000000"/>
        </w:rPr>
        <w:t>个．</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506</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本题主要考查了有理数的加法运算及数字规律探究，通过计算得到台阶上的数字四个一循环这一规律是解决问题的关键</w:t>
      </w: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b/>
          <w:color w:val="000000"/>
          <w:sz w:val="24"/>
        </w:rPr>
        <w:t>三、解答题</w:t>
      </w:r>
    </w:p>
    <w:p>
      <w:pPr>
        <w:pStyle w:val="Heading2"/>
      </w:pPr>
      <w:r>
        <w:t>昌平区</w:t>
      </w:r>
    </w:p>
    <w:p>
      <w:pPr>
        <w:spacing w:line="360" w:lineRule="auto"/>
        <w:jc w:val="left"/>
        <w:textAlignment w:val="center"/>
        <w:rPr>
          <w:color w:val="000000"/>
        </w:rPr>
      </w:pPr>
      <w:r>
        <w:rPr>
          <w:color w:val="000000"/>
        </w:rPr>
        <w:t xml:space="preserve">16. </w:t>
      </w:r>
      <w:r>
        <w:rPr>
          <w:rFonts w:ascii="宋体" w:eastAsia="宋体" w:hAnsi="宋体" w:cs="宋体"/>
          <w:color w:val="000000"/>
        </w:rPr>
        <w:t>如图所示的是一个正方体的平面展开图．若将平面展开图折叠成正方体后，相对面上的两个数字之和均为</w:t>
      </w:r>
      <w:r>
        <w:rPr>
          <w:rFonts w:ascii="Times New Roman" w:eastAsia="Times New Roman" w:hAnsi="Times New Roman" w:cs="Times New Roman"/>
          <w:color w:val="000000"/>
        </w:rPr>
        <w:t>-5</w:t>
      </w:r>
      <w:r>
        <w:rPr>
          <w:rFonts w:ascii="宋体" w:eastAsia="宋体" w:hAnsi="宋体" w:cs="宋体"/>
          <w:color w:val="000000"/>
        </w:rPr>
        <w:t>，则</w:t>
      </w:r>
      <w:r>
        <w:pict>
          <v:shape id="_x0000_i721456" type="#_x0000_t75" alt="学科网(www.zxxk.com)--教育资源门户，提供试卷、教案、课件、论文、素材以及各类教学资源下载，还有大量而丰富的教学相关资讯！" style="width:44.25pt;height:14.25pt" o:oleicon="f" o:ole="">
            <v:imagedata r:id="rId522" o:title="eqIde1433c8103033c67232f2f9ae189608d"/>
          </v:shape>
        </w:pict>
      </w:r>
      <w:r>
        <w:rPr>
          <w:rFonts w:ascii="宋体" w:eastAsia="宋体" w:hAnsi="宋体" w:cs="宋体"/>
          <w:color w:val="000000"/>
        </w:rPr>
        <w:t>的值为</w:t>
      </w:r>
      <w:r>
        <w:rPr>
          <w:color w:val="000000"/>
        </w:rPr>
        <w:t>______</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200150" cy="895350"/>
            <wp:docPr id="413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2" name=""/>
                    <pic:cNvPicPr>
                      <a:picLocks noChangeAspect="1"/>
                    </pic:cNvPicPr>
                  </pic:nvPicPr>
                  <pic:blipFill>
                    <a:blip r:embed="rId523"/>
                    <a:stretch>
                      <a:fillRect/>
                    </a:stretch>
                  </pic:blipFill>
                  <pic:spPr>
                    <a:xfrm>
                      <a:off x="0" y="0"/>
                      <a:ext cx="1200150" cy="895350"/>
                    </a:xfrm>
                    <a:prstGeom prst="rect">
                      <a:avLst/>
                    </a:prstGeom>
                  </pic:spPr>
                </pic:pic>
              </a:graphicData>
            </a:graphic>
          </wp:inline>
        </w:drawing>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0</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根据正方体表面展开图的特征，可得出相对的面，求出</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i/>
          <w:color w:val="000000"/>
        </w:rPr>
        <w:t>y</w:t>
      </w:r>
      <w:r>
        <w:rPr>
          <w:rFonts w:ascii="宋体" w:eastAsia="宋体" w:hAnsi="宋体" w:cs="宋体"/>
          <w:color w:val="000000"/>
        </w:rPr>
        <w:t>、</w:t>
      </w:r>
      <w:r>
        <w:rPr>
          <w:rFonts w:ascii="Times New Roman" w:eastAsia="Times New Roman" w:hAnsi="Times New Roman" w:cs="Times New Roman"/>
          <w:i/>
          <w:color w:val="000000"/>
        </w:rPr>
        <w:t>z</w:t>
      </w:r>
      <w:r>
        <w:rPr>
          <w:rFonts w:ascii="宋体" w:eastAsia="宋体" w:hAnsi="宋体" w:cs="宋体"/>
          <w:color w:val="000000"/>
        </w:rPr>
        <w:t>，代入计算即可．</w:t>
      </w:r>
    </w:p>
    <w:p>
      <w:pPr>
        <w:spacing w:line="360" w:lineRule="auto"/>
        <w:jc w:val="left"/>
        <w:textAlignment w:val="center"/>
        <w:rPr>
          <w:color w:val="000000"/>
        </w:rPr>
      </w:pPr>
      <w:r>
        <w:rPr>
          <w:color w:val="000000"/>
        </w:rPr>
        <w:t>【详解】</w:t>
      </w:r>
      <w:r>
        <w:rPr>
          <w:rFonts w:ascii="宋体" w:eastAsia="宋体" w:hAnsi="宋体" w:cs="宋体"/>
          <w:color w:val="000000"/>
        </w:rPr>
        <w:t>解：根据正方体展开图的“相间、</w:t>
      </w:r>
      <w:r>
        <w:rPr>
          <w:rFonts w:ascii="Times New Roman" w:eastAsia="Times New Roman" w:hAnsi="Times New Roman" w:cs="Times New Roman"/>
          <w:i/>
          <w:color w:val="000000"/>
        </w:rPr>
        <w:t>Z</w:t>
      </w:r>
      <w:r>
        <w:rPr>
          <w:rFonts w:ascii="宋体" w:eastAsia="宋体" w:hAnsi="宋体" w:cs="宋体"/>
          <w:color w:val="000000"/>
        </w:rPr>
        <w:t>端是对面”的特征可知，</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”与“</w:t>
      </w:r>
      <w:r>
        <w:rPr>
          <w:rFonts w:ascii="Times New Roman" w:eastAsia="Times New Roman" w:hAnsi="Times New Roman" w:cs="Times New Roman"/>
          <w:i/>
          <w:color w:val="000000"/>
        </w:rPr>
        <w:t>y</w:t>
      </w:r>
      <w:r>
        <w:rPr>
          <w:rFonts w:ascii="宋体" w:eastAsia="宋体" w:hAnsi="宋体" w:cs="宋体"/>
          <w:color w:val="000000"/>
        </w:rPr>
        <w:t>”相对，</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-10</w:t>
      </w:r>
      <w:r>
        <w:rPr>
          <w:rFonts w:ascii="宋体" w:eastAsia="宋体" w:hAnsi="宋体" w:cs="宋体"/>
          <w:color w:val="000000"/>
        </w:rPr>
        <w:t>”与“</w:t>
      </w:r>
      <w:r>
        <w:rPr>
          <w:rFonts w:ascii="Times New Roman" w:eastAsia="Times New Roman" w:hAnsi="Times New Roman" w:cs="Times New Roman"/>
          <w:i/>
          <w:color w:val="000000"/>
        </w:rPr>
        <w:t>z</w:t>
      </w:r>
      <w:r>
        <w:rPr>
          <w:rFonts w:ascii="宋体" w:eastAsia="宋体" w:hAnsi="宋体" w:cs="宋体"/>
          <w:color w:val="000000"/>
        </w:rPr>
        <w:t>”相对，</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”与“</w:t>
      </w:r>
      <w:r>
        <w:rPr>
          <w:rFonts w:ascii="Times New Roman" w:eastAsia="Times New Roman" w:hAnsi="Times New Roman" w:cs="Times New Roman"/>
          <w:color w:val="000000"/>
        </w:rPr>
        <w:t>-3</w:t>
      </w:r>
      <w:r>
        <w:rPr>
          <w:rFonts w:ascii="宋体" w:eastAsia="宋体" w:hAnsi="宋体" w:cs="宋体"/>
          <w:color w:val="000000"/>
        </w:rPr>
        <w:t>”相对，</w:t>
      </w:r>
    </w:p>
    <w:p>
      <w:pPr>
        <w:spacing w:line="360" w:lineRule="auto"/>
        <w:jc w:val="left"/>
        <w:textAlignment w:val="center"/>
        <w:rPr>
          <w:color w:val="000000"/>
        </w:rPr>
      </w:pPr>
      <w:r>
        <w:rPr>
          <w:rFonts w:ascii="宋体" w:eastAsia="宋体" w:hAnsi="宋体" w:cs="宋体"/>
          <w:color w:val="000000"/>
        </w:rPr>
        <w:t>又∵相对面上的两个数字之和均为</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y</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z</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w:t>
      </w:r>
      <w:r>
        <w:rPr>
          <w:rFonts w:ascii="Times New Roman" w:eastAsia="Times New Roman" w:hAnsi="Times New Roman" w:cs="Times New Roman"/>
          <w:i/>
          <w:color w:val="000000"/>
        </w:rPr>
        <w:t>y</w:t>
      </w:r>
      <w:r>
        <w:rPr>
          <w:rFonts w:ascii="Times New Roman" w:eastAsia="Times New Roman" w:hAnsi="Times New Roman" w:cs="Times New Roman"/>
          <w:color w:val="000000"/>
        </w:rPr>
        <w:t>+</w:t>
      </w:r>
      <w:r>
        <w:rPr>
          <w:rFonts w:ascii="Times New Roman" w:eastAsia="Times New Roman" w:hAnsi="Times New Roman" w:cs="Times New Roman"/>
          <w:i/>
          <w:color w:val="000000"/>
        </w:rPr>
        <w:t>z</w:t>
      </w:r>
      <w:r>
        <w:rPr>
          <w:rFonts w:ascii="Times New Roman" w:eastAsia="Times New Roman" w:hAnsi="Times New Roman" w:cs="Times New Roman"/>
          <w:color w:val="000000"/>
        </w:rPr>
        <w:t>=-2-3+5=0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0</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本题考查正方体表面展开图，掌握正方体表面展开图的特征是正确判断的前提．</w:t>
      </w:r>
    </w:p>
    <w:p>
      <w:pPr>
        <w:spacing w:line="360" w:lineRule="auto"/>
        <w:jc w:val="left"/>
        <w:textAlignment w:val="center"/>
        <w:rPr>
          <w:color w:val="000000"/>
        </w:rPr>
      </w:pPr>
      <w:r>
        <w:rPr>
          <w:rFonts w:ascii="宋体" w:eastAsia="宋体" w:hAnsi="宋体" w:cs="宋体"/>
          <w:b/>
          <w:color w:val="000000"/>
          <w:sz w:val="24"/>
        </w:rPr>
        <w:t>三、解答题（本题共</w:t>
      </w:r>
      <w:r>
        <w:rPr>
          <w:rFonts w:ascii="Times New Roman" w:eastAsia="Times New Roman" w:hAnsi="Times New Roman" w:cs="Times New Roman"/>
          <w:b/>
          <w:color w:val="000000"/>
          <w:sz w:val="24"/>
        </w:rPr>
        <w:t>68</w:t>
      </w:r>
      <w:r>
        <w:rPr>
          <w:rFonts w:ascii="宋体" w:eastAsia="宋体" w:hAnsi="宋体" w:cs="宋体"/>
          <w:b/>
          <w:color w:val="000000"/>
          <w:sz w:val="24"/>
        </w:rPr>
        <w:t>分，</w:t>
      </w:r>
      <w:r>
        <w:rPr>
          <w:rFonts w:ascii="Times New Roman" w:eastAsia="Times New Roman" w:hAnsi="Times New Roman" w:cs="Times New Roman"/>
          <w:b/>
          <w:color w:val="000000"/>
          <w:sz w:val="24"/>
        </w:rPr>
        <w:t>17-22</w:t>
      </w:r>
      <w:r>
        <w:rPr>
          <w:rFonts w:ascii="宋体" w:eastAsia="宋体" w:hAnsi="宋体" w:cs="宋体"/>
          <w:b/>
          <w:color w:val="000000"/>
          <w:sz w:val="24"/>
        </w:rPr>
        <w:t>题每小题</w:t>
      </w:r>
      <w:r>
        <w:rPr>
          <w:rFonts w:ascii="Times New Roman" w:eastAsia="Times New Roman" w:hAnsi="Times New Roman" w:cs="Times New Roman"/>
          <w:b/>
          <w:color w:val="000000"/>
          <w:sz w:val="24"/>
        </w:rPr>
        <w:t>5</w:t>
      </w:r>
      <w:r>
        <w:rPr>
          <w:rFonts w:ascii="宋体" w:eastAsia="宋体" w:hAnsi="宋体" w:cs="宋体"/>
          <w:b/>
          <w:color w:val="000000"/>
          <w:sz w:val="24"/>
        </w:rPr>
        <w:t>分，</w:t>
      </w:r>
      <w:r>
        <w:rPr>
          <w:rFonts w:ascii="Times New Roman" w:eastAsia="Times New Roman" w:hAnsi="Times New Roman" w:cs="Times New Roman"/>
          <w:b/>
          <w:color w:val="000000"/>
          <w:sz w:val="24"/>
        </w:rPr>
        <w:t>23-26</w:t>
      </w:r>
      <w:r>
        <w:rPr>
          <w:rFonts w:ascii="宋体" w:eastAsia="宋体" w:hAnsi="宋体" w:cs="宋体"/>
          <w:b/>
          <w:color w:val="000000"/>
          <w:sz w:val="24"/>
        </w:rPr>
        <w:t>题每小题</w:t>
      </w:r>
      <w:r>
        <w:rPr>
          <w:rFonts w:ascii="Times New Roman" w:eastAsia="Times New Roman" w:hAnsi="Times New Roman" w:cs="Times New Roman"/>
          <w:b/>
          <w:color w:val="000000"/>
          <w:sz w:val="24"/>
        </w:rPr>
        <w:t>6</w:t>
      </w:r>
      <w:r>
        <w:rPr>
          <w:rFonts w:ascii="宋体" w:eastAsia="宋体" w:hAnsi="宋体" w:cs="宋体"/>
          <w:b/>
          <w:color w:val="000000"/>
          <w:sz w:val="24"/>
        </w:rPr>
        <w:t>分，</w:t>
      </w:r>
      <w:r>
        <w:rPr>
          <w:rFonts w:ascii="Times New Roman" w:eastAsia="Times New Roman" w:hAnsi="Times New Roman" w:cs="Times New Roman"/>
          <w:b/>
          <w:color w:val="000000"/>
          <w:sz w:val="24"/>
        </w:rPr>
        <w:t>27</w:t>
      </w:r>
      <w:r>
        <w:rPr>
          <w:rFonts w:ascii="宋体" w:eastAsia="宋体" w:hAnsi="宋体" w:cs="宋体"/>
          <w:b/>
          <w:color w:val="000000"/>
          <w:sz w:val="24"/>
        </w:rPr>
        <w:t>、</w:t>
      </w:r>
      <w:r>
        <w:rPr>
          <w:rFonts w:ascii="Times New Roman" w:eastAsia="Times New Roman" w:hAnsi="Times New Roman" w:cs="Times New Roman"/>
          <w:b/>
          <w:color w:val="000000"/>
          <w:sz w:val="24"/>
        </w:rPr>
        <w:t>28</w:t>
      </w:r>
      <w:r>
        <w:rPr>
          <w:rFonts w:ascii="宋体" w:eastAsia="宋体" w:hAnsi="宋体" w:cs="宋体"/>
          <w:b/>
          <w:color w:val="000000"/>
          <w:sz w:val="24"/>
        </w:rPr>
        <w:t>题每小题</w:t>
      </w:r>
      <w:r>
        <w:rPr>
          <w:rFonts w:ascii="Times New Roman" w:eastAsia="Times New Roman" w:hAnsi="Times New Roman" w:cs="Times New Roman"/>
          <w:b/>
          <w:color w:val="000000"/>
          <w:sz w:val="24"/>
        </w:rPr>
        <w:t>7</w:t>
      </w:r>
      <w:r>
        <w:rPr>
          <w:rFonts w:ascii="宋体" w:eastAsia="宋体" w:hAnsi="宋体" w:cs="宋体"/>
          <w:b/>
          <w:color w:val="000000"/>
          <w:sz w:val="24"/>
        </w:rPr>
        <w:t>分）</w:t>
      </w:r>
    </w:p>
    <w:p>
      <w:pPr>
        <w:pStyle w:val="Heading2"/>
      </w:pPr>
      <w:r>
        <w:t>朝阳区</w:t>
      </w:r>
    </w:p>
    <w:p>
      <w:pPr>
        <w:spacing w:line="360" w:lineRule="auto"/>
        <w:jc w:val="left"/>
        <w:textAlignment w:val="center"/>
        <w:rPr>
          <w:color w:val="000000"/>
        </w:rPr>
      </w:pPr>
      <w:r>
        <w:rPr>
          <w:color w:val="000000"/>
        </w:rPr>
        <w:t xml:space="preserve">16. </w:t>
      </w:r>
      <w:r>
        <w:rPr>
          <w:rFonts w:ascii="宋体" w:eastAsia="宋体" w:hAnsi="宋体" w:cs="宋体"/>
          <w:color w:val="000000"/>
        </w:rPr>
        <w:t>下表是某校七年级各班某月课外兴趣小组活动时间的统计表，其中各班同一兴趣小组每次活动时间相同．</w:t>
      </w: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376"/>
        <w:gridCol w:w="1112"/>
        <w:gridCol w:w="1112"/>
        <w:gridCol w:w="1112"/>
        <w:gridCol w:w="2479"/>
      </w:tblGrid>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体育小组</w:t>
            </w:r>
          </w:p>
          <w:p>
            <w:pPr>
              <w:spacing w:line="360" w:lineRule="auto"/>
              <w:jc w:val="left"/>
              <w:textAlignment w:val="center"/>
              <w:rPr>
                <w:color w:val="000000"/>
              </w:rPr>
            </w:pPr>
            <w:r>
              <w:rPr>
                <w:rFonts w:ascii="宋体" w:eastAsia="宋体" w:hAnsi="宋体" w:cs="宋体"/>
                <w:color w:val="000000"/>
              </w:rPr>
              <w:t>活动次数</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科技小组</w:t>
            </w:r>
          </w:p>
          <w:p>
            <w:pPr>
              <w:spacing w:line="360" w:lineRule="auto"/>
              <w:jc w:val="left"/>
              <w:textAlignment w:val="center"/>
              <w:rPr>
                <w:color w:val="000000"/>
              </w:rPr>
            </w:pPr>
            <w:r>
              <w:rPr>
                <w:rFonts w:ascii="宋体" w:eastAsia="宋体" w:hAnsi="宋体" w:cs="宋体"/>
                <w:color w:val="000000"/>
              </w:rPr>
              <w:t>活动次数</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文艺小组</w:t>
            </w:r>
          </w:p>
          <w:p>
            <w:pPr>
              <w:spacing w:line="360" w:lineRule="auto"/>
              <w:jc w:val="left"/>
              <w:textAlignment w:val="center"/>
              <w:rPr>
                <w:color w:val="000000"/>
              </w:rPr>
            </w:pPr>
            <w:r>
              <w:rPr>
                <w:rFonts w:ascii="宋体" w:eastAsia="宋体" w:hAnsi="宋体" w:cs="宋体"/>
                <w:color w:val="000000"/>
              </w:rPr>
              <w:t>活动次数</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课外兴趣小组</w:t>
            </w:r>
          </w:p>
          <w:p>
            <w:pPr>
              <w:spacing w:line="360" w:lineRule="auto"/>
              <w:jc w:val="left"/>
              <w:textAlignment w:val="center"/>
              <w:rPr>
                <w:color w:val="000000"/>
              </w:rPr>
            </w:pPr>
            <w:r>
              <w:rPr>
                <w:rFonts w:ascii="宋体" w:eastAsia="宋体" w:hAnsi="宋体" w:cs="宋体"/>
                <w:color w:val="000000"/>
              </w:rPr>
              <w:t>活动总时间（单位：</w:t>
            </w:r>
            <w:r>
              <w:rPr>
                <w:rFonts w:ascii="Times New Roman" w:eastAsia="Times New Roman" w:hAnsi="Times New Roman" w:cs="Times New Roman"/>
                <w:color w:val="000000"/>
              </w:rPr>
              <w:t>h</w:t>
            </w:r>
            <w:r>
              <w:rPr>
                <w:rFonts w:ascii="宋体" w:eastAsia="宋体" w:hAnsi="宋体" w:cs="宋体"/>
                <w:color w:val="000000"/>
              </w:rPr>
              <w:t>）</w:t>
            </w:r>
          </w:p>
        </w:tc>
      </w:tr>
      <w:tr>
        <w:tblPrEx>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4</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6</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11.5</w:t>
            </w:r>
          </w:p>
        </w:tc>
      </w:tr>
      <w:tr>
        <w:tblPrEx>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4</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6</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4</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11</w:t>
            </w:r>
          </w:p>
        </w:tc>
      </w:tr>
      <w:tr>
        <w:tblPrEx>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4</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7</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4</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12</w:t>
            </w:r>
          </w:p>
        </w:tc>
      </w:tr>
      <w:tr>
        <w:tblPrEx>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4</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6</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13</w:t>
            </w:r>
          </w:p>
        </w:tc>
      </w:tr>
    </w:tbl>
    <w:p>
      <w:pPr>
        <w:spacing w:line="360" w:lineRule="auto"/>
        <w:jc w:val="left"/>
        <w:textAlignment w:val="center"/>
        <w:rPr>
          <w:color w:val="000000"/>
        </w:rPr>
      </w:pPr>
      <w:r>
        <w:rPr>
          <w:rFonts w:ascii="宋体" w:eastAsia="宋体" w:hAnsi="宋体" w:cs="宋体"/>
          <w:color w:val="000000"/>
        </w:rPr>
        <w:t>（说明：活动次数为正整数）</w:t>
      </w:r>
    </w:p>
    <w:p>
      <w:pPr>
        <w:spacing w:line="360" w:lineRule="auto"/>
        <w:jc w:val="left"/>
        <w:textAlignment w:val="center"/>
        <w:rPr>
          <w:color w:val="000000"/>
        </w:rPr>
      </w:pPr>
      <w:r>
        <w:rPr>
          <w:rFonts w:ascii="宋体" w:eastAsia="宋体" w:hAnsi="宋体" w:cs="宋体"/>
          <w:color w:val="000000"/>
        </w:rPr>
        <w:t>科技小组每次活动时间为</w:t>
      </w:r>
      <w:r>
        <w:rPr>
          <w:color w:val="000000"/>
        </w:rPr>
        <w:t>____________</w:t>
      </w:r>
      <w:r>
        <w:rPr>
          <w:rFonts w:ascii="Times New Roman" w:eastAsia="Times New Roman" w:hAnsi="Times New Roman" w:cs="Times New Roman"/>
          <w:color w:val="000000"/>
        </w:rPr>
        <w:t>h</w:t>
      </w:r>
      <w:r>
        <w:rPr>
          <w:rFonts w:ascii="宋体" w:eastAsia="宋体" w:hAnsi="宋体" w:cs="宋体"/>
          <w:color w:val="000000"/>
        </w:rPr>
        <w:t>，该年级</w:t>
      </w:r>
      <w:r>
        <w:rPr>
          <w:rFonts w:ascii="Times New Roman" w:eastAsia="Times New Roman" w:hAnsi="Times New Roman" w:cs="Times New Roman"/>
          <w:color w:val="000000"/>
        </w:rPr>
        <w:t>4</w:t>
      </w:r>
      <w:r>
        <w:rPr>
          <w:rFonts w:ascii="宋体" w:eastAsia="宋体" w:hAnsi="宋体" w:cs="宋体"/>
          <w:color w:val="000000"/>
        </w:rPr>
        <w:t>班这个月体育小组活动次数最多是</w:t>
      </w:r>
      <w:r>
        <w:rPr>
          <w:color w:val="000000"/>
        </w:rPr>
        <w:t>____________</w:t>
      </w:r>
      <w:r>
        <w:rPr>
          <w:rFonts w:ascii="宋体" w:eastAsia="宋体" w:hAnsi="宋体" w:cs="宋体"/>
          <w:color w:val="000000"/>
        </w:rPr>
        <w:t>次．</w:t>
      </w:r>
    </w:p>
    <w:p>
      <w:pPr>
        <w:spacing w:line="360" w:lineRule="auto"/>
        <w:textAlignment w:val="center"/>
        <w:rPr>
          <w:color w:val="000000"/>
        </w:rPr>
      </w:pPr>
      <w:r>
        <w:rPr>
          <w:color w:val="2E75B6"/>
        </w:rPr>
        <w:t>【答案】</w:t>
      </w:r>
      <w:r>
        <w:rPr>
          <w:color w:val="000000"/>
        </w:rPr>
        <w:t xml:space="preserve">    ①. </w:t>
      </w:r>
      <w:r>
        <w:rPr>
          <w:rFonts w:ascii="Times New Roman" w:eastAsia="Times New Roman" w:hAnsi="Times New Roman" w:cs="Times New Roman"/>
          <w:color w:val="000000"/>
        </w:rPr>
        <w:t>1</w:t>
      </w:r>
      <w:r>
        <w:rPr>
          <w:color w:val="000000"/>
        </w:rPr>
        <w:t xml:space="preserve">    ②. </w:t>
      </w:r>
      <w:r>
        <w:rPr>
          <w:rFonts w:ascii="Times New Roman" w:eastAsia="Times New Roman" w:hAnsi="Times New Roman" w:cs="Times New Roman"/>
          <w:color w:val="000000"/>
        </w:rPr>
        <w:t>8</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设体育小组每次活动时间为</w:t>
      </w:r>
      <w:r>
        <w:rPr>
          <w:rFonts w:ascii="Times New Roman" w:eastAsia="Times New Roman" w:hAnsi="Times New Roman" w:cs="Times New Roman"/>
          <w:i/>
          <w:color w:val="000000"/>
        </w:rPr>
        <w:t>a</w:t>
      </w:r>
      <w:r>
        <w:rPr>
          <w:rFonts w:ascii="宋体" w:eastAsia="宋体" w:hAnsi="宋体" w:cs="宋体"/>
          <w:color w:val="000000"/>
        </w:rPr>
        <w:t>小时，科技小组每次活动时间为</w:t>
      </w:r>
      <w:r>
        <w:rPr>
          <w:rFonts w:ascii="Times New Roman" w:eastAsia="Times New Roman" w:hAnsi="Times New Roman" w:cs="Times New Roman"/>
          <w:i/>
          <w:color w:val="000000"/>
        </w:rPr>
        <w:t>b</w:t>
      </w:r>
      <w:r>
        <w:rPr>
          <w:rFonts w:ascii="宋体" w:eastAsia="宋体" w:hAnsi="宋体" w:cs="宋体"/>
          <w:color w:val="000000"/>
        </w:rPr>
        <w:t>小时，文艺小组每次活动时间为</w:t>
      </w:r>
      <w:r>
        <w:rPr>
          <w:rFonts w:ascii="Times New Roman" w:eastAsia="Times New Roman" w:hAnsi="Times New Roman" w:cs="Times New Roman"/>
          <w:i/>
          <w:color w:val="000000"/>
        </w:rPr>
        <w:t>c</w:t>
      </w:r>
      <w:r>
        <w:rPr>
          <w:rFonts w:ascii="宋体" w:eastAsia="宋体" w:hAnsi="宋体" w:cs="宋体"/>
          <w:color w:val="000000"/>
        </w:rPr>
        <w:t>小时，根据</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班每班活动总时间列方程组求解即可；设该年级</w:t>
      </w:r>
      <w:r>
        <w:rPr>
          <w:rFonts w:ascii="Times New Roman" w:eastAsia="Times New Roman" w:hAnsi="Times New Roman" w:cs="Times New Roman"/>
          <w:color w:val="000000"/>
        </w:rPr>
        <w:t>4</w:t>
      </w:r>
      <w:r>
        <w:rPr>
          <w:rFonts w:ascii="宋体" w:eastAsia="宋体" w:hAnsi="宋体" w:cs="宋体"/>
          <w:color w:val="000000"/>
        </w:rPr>
        <w:t>班这个月体育小组活动次数为</w:t>
      </w:r>
      <w:r>
        <w:rPr>
          <w:rFonts w:ascii="Times New Roman" w:eastAsia="Times New Roman" w:hAnsi="Times New Roman" w:cs="Times New Roman"/>
          <w:i/>
          <w:color w:val="000000"/>
        </w:rPr>
        <w:t>m</w:t>
      </w:r>
      <w:r>
        <w:rPr>
          <w:rFonts w:ascii="宋体" w:eastAsia="宋体" w:hAnsi="宋体" w:cs="宋体"/>
          <w:color w:val="000000"/>
        </w:rPr>
        <w:t>，文艺小组活动次数为</w:t>
      </w:r>
      <w:r>
        <w:rPr>
          <w:rFonts w:ascii="Times New Roman" w:eastAsia="Times New Roman" w:hAnsi="Times New Roman" w:cs="Times New Roman"/>
          <w:i/>
          <w:color w:val="000000"/>
        </w:rPr>
        <w:t>n</w:t>
      </w:r>
      <w:r>
        <w:rPr>
          <w:rFonts w:ascii="宋体" w:eastAsia="宋体" w:hAnsi="宋体" w:cs="宋体"/>
          <w:color w:val="000000"/>
        </w:rPr>
        <w:t>，根据</w:t>
      </w:r>
      <w:r>
        <w:rPr>
          <w:rFonts w:ascii="Times New Roman" w:eastAsia="Times New Roman" w:hAnsi="Times New Roman" w:cs="Times New Roman"/>
          <w:color w:val="000000"/>
        </w:rPr>
        <w:t>4</w:t>
      </w:r>
      <w:r>
        <w:rPr>
          <w:rFonts w:ascii="宋体" w:eastAsia="宋体" w:hAnsi="宋体" w:cs="宋体"/>
          <w:color w:val="000000"/>
        </w:rPr>
        <w:t>班总活动时间列方程求得方程的正整数解即可；</w:t>
      </w:r>
    </w:p>
    <w:p>
      <w:pPr>
        <w:spacing w:line="360" w:lineRule="auto"/>
        <w:jc w:val="left"/>
        <w:textAlignment w:val="center"/>
        <w:rPr>
          <w:color w:val="000000"/>
        </w:rPr>
      </w:pPr>
      <w:r>
        <w:rPr>
          <w:color w:val="000000"/>
        </w:rPr>
        <w:t>【详解】</w:t>
      </w:r>
      <w:r>
        <w:rPr>
          <w:rFonts w:ascii="宋体" w:eastAsia="宋体" w:hAnsi="宋体" w:cs="宋体"/>
          <w:color w:val="000000"/>
        </w:rPr>
        <w:t>解：设体育小组每次活动时间为</w:t>
      </w:r>
      <w:r>
        <w:rPr>
          <w:rFonts w:ascii="Times New Roman" w:eastAsia="Times New Roman" w:hAnsi="Times New Roman" w:cs="Times New Roman"/>
          <w:i/>
          <w:color w:val="000000"/>
        </w:rPr>
        <w:t>a</w:t>
      </w:r>
      <w:r>
        <w:rPr>
          <w:rFonts w:ascii="宋体" w:eastAsia="宋体" w:hAnsi="宋体" w:cs="宋体"/>
          <w:color w:val="000000"/>
        </w:rPr>
        <w:t>小时，科技小组每次活动时间为</w:t>
      </w:r>
      <w:r>
        <w:rPr>
          <w:rFonts w:ascii="Times New Roman" w:eastAsia="Times New Roman" w:hAnsi="Times New Roman" w:cs="Times New Roman"/>
          <w:i/>
          <w:color w:val="000000"/>
        </w:rPr>
        <w:t>b</w:t>
      </w:r>
      <w:r>
        <w:rPr>
          <w:rFonts w:ascii="宋体" w:eastAsia="宋体" w:hAnsi="宋体" w:cs="宋体"/>
          <w:color w:val="000000"/>
        </w:rPr>
        <w:t>小时，文艺小组每次活动时间为</w:t>
      </w:r>
      <w:r>
        <w:rPr>
          <w:rFonts w:ascii="Times New Roman" w:eastAsia="Times New Roman" w:hAnsi="Times New Roman" w:cs="Times New Roman"/>
          <w:i/>
          <w:color w:val="000000"/>
        </w:rPr>
        <w:t>c</w:t>
      </w:r>
      <w:r>
        <w:rPr>
          <w:rFonts w:ascii="宋体" w:eastAsia="宋体" w:hAnsi="宋体" w:cs="宋体"/>
          <w:color w:val="000000"/>
        </w:rPr>
        <w:t>小时，则</w:t>
      </w:r>
    </w:p>
    <w:p>
      <w:pPr>
        <w:spacing w:line="360" w:lineRule="auto"/>
        <w:jc w:val="left"/>
        <w:textAlignment w:val="center"/>
        <w:rPr>
          <w:color w:val="000000"/>
        </w:rPr>
      </w:pPr>
      <w:r>
        <w:pict>
          <v:shape id="_x0000_i721457" type="#_x0000_t75" alt="学科网(www.zxxk.com)--教育资源门户，提供试卷、教案、课件、论文、素材以及各类教学资源下载，还有大量而丰富的教学相关资讯！" style="width:110.25pt;height:56.25pt" o:oleicon="f" o:ole="">
            <v:imagedata r:id="rId524" o:title="eqId9a4672e2cd67c13810c69e1ae8b9955d"/>
          </v:shape>
        </w:pict>
      </w:r>
    </w:p>
    <w:p>
      <w:pPr>
        <w:spacing w:line="360" w:lineRule="auto"/>
        <w:jc w:val="left"/>
        <w:textAlignment w:val="center"/>
        <w:rPr>
          <w:color w:val="000000"/>
        </w:rPr>
      </w:pPr>
      <w:r>
        <w:rPr>
          <w:rFonts w:ascii="宋体" w:eastAsia="宋体" w:hAnsi="宋体" w:cs="宋体"/>
          <w:color w:val="000000"/>
        </w:rPr>
        <w:t>①</w:t>
      </w:r>
      <w:r>
        <w:rPr>
          <w:rFonts w:ascii="Times New Roman" w:eastAsia="Times New Roman" w:hAnsi="Times New Roman" w:cs="Times New Roman"/>
          <w:color w:val="000000"/>
        </w:rPr>
        <w:t>-</w:t>
      </w:r>
      <w:r>
        <w:rPr>
          <w:rFonts w:ascii="宋体" w:eastAsia="宋体" w:hAnsi="宋体" w:cs="宋体"/>
          <w:color w:val="000000"/>
        </w:rPr>
        <w:t>②得：</w:t>
      </w:r>
      <w:r>
        <w:rPr>
          <w:rFonts w:ascii="Times New Roman" w:eastAsia="Times New Roman" w:hAnsi="Times New Roman" w:cs="Times New Roman"/>
          <w:i/>
          <w:color w:val="000000"/>
        </w:rPr>
        <w:t>c</w:t>
      </w:r>
      <w:r>
        <w:rPr>
          <w:rFonts w:ascii="Times New Roman" w:eastAsia="Times New Roman" w:hAnsi="Times New Roman" w:cs="Times New Roman"/>
          <w:color w:val="000000"/>
        </w:rPr>
        <w:t>=0.5</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i/>
          <w:color w:val="000000"/>
        </w:rPr>
        <w:t>c</w:t>
      </w:r>
      <w:r>
        <w:rPr>
          <w:rFonts w:ascii="Times New Roman" w:eastAsia="Times New Roman" w:hAnsi="Times New Roman" w:cs="Times New Roman"/>
          <w:color w:val="000000"/>
        </w:rPr>
        <w:t>=0.5</w:t>
      </w:r>
      <w:r>
        <w:rPr>
          <w:rFonts w:ascii="宋体" w:eastAsia="宋体" w:hAnsi="宋体" w:cs="宋体"/>
          <w:color w:val="000000"/>
        </w:rPr>
        <w:t>代入①得：</w:t>
      </w:r>
      <w:r>
        <w:rPr>
          <w:rFonts w:ascii="Times New Roman" w:eastAsia="Times New Roman" w:hAnsi="Times New Roman" w:cs="Times New Roman"/>
          <w:color w:val="000000"/>
        </w:rPr>
        <w:t>4</w:t>
      </w:r>
      <w:r>
        <w:rPr>
          <w:rFonts w:ascii="Times New Roman" w:eastAsia="Times New Roman" w:hAnsi="Times New Roman" w:cs="Times New Roman"/>
          <w:i/>
          <w:color w:val="000000"/>
        </w:rPr>
        <w:t>a</w:t>
      </w:r>
      <w:r>
        <w:rPr>
          <w:rFonts w:ascii="Times New Roman" w:eastAsia="Times New Roman" w:hAnsi="Times New Roman" w:cs="Times New Roman"/>
          <w:color w:val="000000"/>
        </w:rPr>
        <w:t>+6</w:t>
      </w:r>
      <w:r>
        <w:rPr>
          <w:rFonts w:ascii="Times New Roman" w:eastAsia="Times New Roman" w:hAnsi="Times New Roman" w:cs="Times New Roman"/>
          <w:i/>
          <w:color w:val="000000"/>
        </w:rPr>
        <w:t>b</w:t>
      </w:r>
      <w:r>
        <w:rPr>
          <w:rFonts w:ascii="Times New Roman" w:eastAsia="Times New Roman" w:hAnsi="Times New Roman" w:cs="Times New Roman"/>
          <w:color w:val="000000"/>
        </w:rPr>
        <w:t>=9</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③</w:t>
      </w:r>
      <w:r>
        <w:rPr>
          <w:rFonts w:ascii="Times New Roman" w:eastAsia="Times New Roman" w:hAnsi="Times New Roman" w:cs="Times New Roman"/>
          <w:color w:val="000000"/>
        </w:rPr>
        <w:t>-</w:t>
      </w:r>
      <w:r>
        <w:rPr>
          <w:rFonts w:ascii="宋体" w:eastAsia="宋体" w:hAnsi="宋体" w:cs="宋体"/>
          <w:color w:val="000000"/>
        </w:rPr>
        <w:t xml:space="preserve">②得： </w:t>
      </w:r>
      <w:r>
        <w:rPr>
          <w:rFonts w:ascii="Times New Roman" w:eastAsia="Times New Roman" w:hAnsi="Times New Roman" w:cs="Times New Roman"/>
          <w:i/>
          <w:color w:val="000000"/>
        </w:rPr>
        <w:t>b</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4</w:t>
      </w:r>
      <w:r>
        <w:rPr>
          <w:rFonts w:ascii="Times New Roman" w:eastAsia="Times New Roman" w:hAnsi="Times New Roman" w:cs="Times New Roman"/>
          <w:i/>
          <w:color w:val="000000"/>
        </w:rPr>
        <w:t>a</w:t>
      </w:r>
      <w:r>
        <w:rPr>
          <w:rFonts w:ascii="Times New Roman" w:eastAsia="Times New Roman" w:hAnsi="Times New Roman" w:cs="Times New Roman"/>
          <w:color w:val="000000"/>
        </w:rPr>
        <w:t>+6</w:t>
      </w:r>
      <w:r>
        <w:rPr>
          <w:rFonts w:ascii="Times New Roman" w:eastAsia="Times New Roman" w:hAnsi="Times New Roman" w:cs="Times New Roman"/>
          <w:i/>
          <w:color w:val="000000"/>
        </w:rPr>
        <w:t>b</w:t>
      </w:r>
      <w:r>
        <w:rPr>
          <w:rFonts w:ascii="Times New Roman" w:eastAsia="Times New Roman" w:hAnsi="Times New Roman" w:cs="Times New Roman"/>
          <w:color w:val="000000"/>
        </w:rPr>
        <w:t>=9</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rPr>
        <w:t>=0</w:t>
      </w:r>
      <w:r>
        <w:rPr>
          <w:rFonts w:ascii="Times New Roman" w:eastAsia="Times New Roman" w:hAnsi="Times New Roman" w:cs="Times New Roman"/>
          <w:color w:val="000000"/>
          <w:position w:val="-22"/>
        </w:rPr>
        <w:drawing>
          <wp:inline>
            <wp:extent cx="31750" cy="88900"/>
            <wp:docPr id="41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4" name=""/>
                    <pic:cNvPicPr>
                      <a:picLocks noChangeAspect="1"/>
                    </pic:cNvPicPr>
                  </pic:nvPicPr>
                  <pic:blipFill>
                    <a:blip r:embed="rId525"/>
                    <a:stretch>
                      <a:fillRect/>
                    </a:stretch>
                  </pic:blipFill>
                  <pic:spPr>
                    <a:xfrm>
                      <a:off x="0" y="0"/>
                      <a:ext cx="31750" cy="88900"/>
                    </a:xfrm>
                    <a:prstGeom prst="rect">
                      <a:avLst/>
                    </a:prstGeom>
                  </pic:spPr>
                </pic:pic>
              </a:graphicData>
            </a:graphic>
          </wp:inline>
        </w:drawing>
      </w:r>
      <w:r>
        <w:rPr>
          <w:rFonts w:ascii="Times New Roman" w:eastAsia="Times New Roman" w:hAnsi="Times New Roman" w:cs="Times New Roman"/>
          <w:color w:val="000000"/>
        </w:rPr>
        <w:t>75</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∴体育小组每次活动时间为</w:t>
      </w:r>
      <w:r>
        <w:rPr>
          <w:rFonts w:ascii="Times New Roman" w:eastAsia="Times New Roman" w:hAnsi="Times New Roman" w:cs="Times New Roman"/>
          <w:color w:val="000000"/>
        </w:rPr>
        <w:t>0.75</w:t>
      </w:r>
      <w:r>
        <w:rPr>
          <w:rFonts w:ascii="宋体" w:eastAsia="宋体" w:hAnsi="宋体" w:cs="宋体"/>
          <w:color w:val="000000"/>
        </w:rPr>
        <w:t>小时，科技小组每次活动时间为</w:t>
      </w:r>
      <w:r>
        <w:rPr>
          <w:rFonts w:ascii="Times New Roman" w:eastAsia="Times New Roman" w:hAnsi="Times New Roman" w:cs="Times New Roman"/>
          <w:color w:val="000000"/>
        </w:rPr>
        <w:t>1</w:t>
      </w:r>
      <w:r>
        <w:rPr>
          <w:rFonts w:ascii="宋体" w:eastAsia="宋体" w:hAnsi="宋体" w:cs="宋体"/>
          <w:color w:val="000000"/>
        </w:rPr>
        <w:t>小时，文艺小组每次活动时间为</w:t>
      </w:r>
      <w:r>
        <w:rPr>
          <w:rFonts w:ascii="Times New Roman" w:eastAsia="Times New Roman" w:hAnsi="Times New Roman" w:cs="Times New Roman"/>
          <w:color w:val="000000"/>
        </w:rPr>
        <w:t>0.5</w:t>
      </w:r>
      <w:r>
        <w:rPr>
          <w:rFonts w:ascii="宋体" w:eastAsia="宋体" w:hAnsi="宋体" w:cs="宋体"/>
          <w:color w:val="000000"/>
        </w:rPr>
        <w:t>小时；</w:t>
      </w:r>
    </w:p>
    <w:p>
      <w:pPr>
        <w:spacing w:line="360" w:lineRule="auto"/>
        <w:jc w:val="left"/>
        <w:textAlignment w:val="center"/>
        <w:rPr>
          <w:color w:val="000000"/>
        </w:rPr>
      </w:pPr>
      <w:r>
        <w:rPr>
          <w:rFonts w:ascii="宋体" w:eastAsia="宋体" w:hAnsi="宋体" w:cs="宋体"/>
          <w:color w:val="000000"/>
        </w:rPr>
        <w:t>设该年级</w:t>
      </w:r>
      <w:r>
        <w:rPr>
          <w:rFonts w:ascii="Times New Roman" w:eastAsia="Times New Roman" w:hAnsi="Times New Roman" w:cs="Times New Roman"/>
          <w:color w:val="000000"/>
        </w:rPr>
        <w:t>4</w:t>
      </w:r>
      <w:r>
        <w:rPr>
          <w:rFonts w:ascii="宋体" w:eastAsia="宋体" w:hAnsi="宋体" w:cs="宋体"/>
          <w:color w:val="000000"/>
        </w:rPr>
        <w:t>班这个月体育小组活动次数为</w:t>
      </w:r>
      <w:r>
        <w:rPr>
          <w:rFonts w:ascii="Times New Roman" w:eastAsia="Times New Roman" w:hAnsi="Times New Roman" w:cs="Times New Roman"/>
          <w:i/>
          <w:color w:val="000000"/>
        </w:rPr>
        <w:t>m</w:t>
      </w:r>
      <w:r>
        <w:rPr>
          <w:rFonts w:ascii="宋体" w:eastAsia="宋体" w:hAnsi="宋体" w:cs="宋体"/>
          <w:color w:val="000000"/>
        </w:rPr>
        <w:t>，文艺小组活动次数为</w:t>
      </w:r>
      <w:r>
        <w:rPr>
          <w:rFonts w:ascii="Times New Roman" w:eastAsia="Times New Roman" w:hAnsi="Times New Roman" w:cs="Times New Roman"/>
          <w:i/>
          <w:color w:val="000000"/>
        </w:rPr>
        <w:t>n</w:t>
      </w:r>
      <w:r>
        <w:rPr>
          <w:rFonts w:ascii="宋体" w:eastAsia="宋体" w:hAnsi="宋体" w:cs="宋体"/>
          <w:color w:val="000000"/>
        </w:rPr>
        <w:t>，则</w:t>
      </w:r>
    </w:p>
    <w:p>
      <w:pPr>
        <w:pStyle w:val="Heading2"/>
      </w:pPr>
      <w:r>
        <w:t>海淀区</w:t>
      </w:r>
    </w:p>
    <w:p>
      <w:pPr>
        <w:spacing w:line="360" w:lineRule="auto"/>
        <w:jc w:val="left"/>
        <w:textAlignment w:val="center"/>
        <w:rPr>
          <w:color w:val="000000"/>
        </w:rPr>
      </w:pPr>
      <w:r>
        <w:rPr>
          <w:color w:val="000000"/>
        </w:rPr>
        <w:t xml:space="preserve">18. </w:t>
      </w:r>
      <w:r>
        <w:rPr>
          <w:rFonts w:ascii="宋体" w:eastAsia="宋体" w:hAnsi="宋体" w:cs="宋体"/>
          <w:color w:val="000000"/>
        </w:rPr>
        <w:t>如图，若一个表格的行数代表关于</w:t>
      </w:r>
      <w:r>
        <w:rPr>
          <w:rFonts w:ascii="Times New Roman" w:eastAsia="Times New Roman" w:hAnsi="Times New Roman" w:cs="Times New Roman"/>
          <w:i/>
          <w:color w:val="000000"/>
        </w:rPr>
        <w:t>x</w:t>
      </w:r>
      <w:r>
        <w:rPr>
          <w:rFonts w:ascii="宋体" w:eastAsia="宋体" w:hAnsi="宋体" w:cs="宋体"/>
          <w:color w:val="000000"/>
        </w:rPr>
        <w:t>的整式的次数，列数代表关于</w:t>
      </w:r>
      <w:r>
        <w:rPr>
          <w:rFonts w:ascii="Times New Roman" w:eastAsia="Times New Roman" w:hAnsi="Times New Roman" w:cs="Times New Roman"/>
          <w:i/>
          <w:color w:val="000000"/>
        </w:rPr>
        <w:t>x</w:t>
      </w:r>
      <w:r>
        <w:rPr>
          <w:rFonts w:ascii="宋体" w:eastAsia="宋体" w:hAnsi="宋体" w:cs="宋体"/>
          <w:color w:val="000000"/>
        </w:rPr>
        <w:t>的整式的项数（规定单项式的项数为</w:t>
      </w:r>
      <w:r>
        <w:rPr>
          <w:rFonts w:ascii="Times New Roman" w:eastAsia="Times New Roman" w:hAnsi="Times New Roman" w:cs="Times New Roman"/>
          <w:color w:val="000000"/>
        </w:rPr>
        <w:t>1</w:t>
      </w:r>
      <w:r>
        <w:rPr>
          <w:rFonts w:ascii="宋体" w:eastAsia="宋体" w:hAnsi="宋体" w:cs="宋体"/>
          <w:color w:val="000000"/>
        </w:rPr>
        <w:t>），那么每个关于</w:t>
      </w:r>
      <w:r>
        <w:rPr>
          <w:rFonts w:ascii="Times New Roman" w:eastAsia="Times New Roman" w:hAnsi="Times New Roman" w:cs="Times New Roman"/>
          <w:i/>
          <w:color w:val="000000"/>
        </w:rPr>
        <w:t>x</w:t>
      </w:r>
      <w:r>
        <w:rPr>
          <w:rFonts w:ascii="宋体" w:eastAsia="宋体" w:hAnsi="宋体" w:cs="宋体"/>
          <w:color w:val="000000"/>
        </w:rPr>
        <w:t>的整式均会对应表格中的某个小方格．若关于</w:t>
      </w:r>
      <w:r>
        <w:rPr>
          <w:rFonts w:ascii="Times New Roman" w:eastAsia="Times New Roman" w:hAnsi="Times New Roman" w:cs="Times New Roman"/>
          <w:i/>
          <w:color w:val="000000"/>
        </w:rPr>
        <w:t>x</w:t>
      </w:r>
      <w:r>
        <w:rPr>
          <w:rFonts w:ascii="宋体" w:eastAsia="宋体" w:hAnsi="宋体" w:cs="宋体"/>
          <w:color w:val="000000"/>
        </w:rPr>
        <w:t>的整式</w:t>
      </w:r>
      <w:r>
        <w:rPr>
          <w:rFonts w:ascii="Times New Roman" w:eastAsia="Times New Roman" w:hAnsi="Times New Roman" w:cs="Times New Roman"/>
          <w:i/>
          <w:color w:val="000000"/>
        </w:rPr>
        <w:t>A</w:t>
      </w:r>
      <w:r>
        <w:rPr>
          <w:rFonts w:ascii="宋体" w:eastAsia="宋体" w:hAnsi="宋体" w:cs="宋体"/>
          <w:color w:val="000000"/>
        </w:rPr>
        <w:t>是三次二项式，则</w:t>
      </w:r>
      <w:r>
        <w:rPr>
          <w:rFonts w:ascii="Times New Roman" w:eastAsia="Times New Roman" w:hAnsi="Times New Roman" w:cs="Times New Roman"/>
          <w:i/>
          <w:color w:val="000000"/>
        </w:rPr>
        <w:t>A</w:t>
      </w:r>
      <w:r>
        <w:rPr>
          <w:rFonts w:ascii="宋体" w:eastAsia="宋体" w:hAnsi="宋体" w:cs="宋体"/>
          <w:color w:val="000000"/>
        </w:rPr>
        <w:t>对应表格中标★的小方格．已知</w:t>
      </w:r>
      <w:r>
        <w:rPr>
          <w:rFonts w:ascii="Times New Roman" w:eastAsia="Times New Roman" w:hAnsi="Times New Roman" w:cs="Times New Roman"/>
          <w:i/>
          <w:color w:val="000000"/>
        </w:rPr>
        <w:t>B</w:t>
      </w:r>
      <w:r>
        <w:rPr>
          <w:rFonts w:ascii="宋体" w:eastAsia="宋体" w:hAnsi="宋体" w:cs="宋体"/>
          <w:color w:val="000000"/>
        </w:rPr>
        <w:t>也是关于</w:t>
      </w:r>
      <w:r>
        <w:rPr>
          <w:rFonts w:ascii="Times New Roman" w:eastAsia="Times New Roman" w:hAnsi="Times New Roman" w:cs="Times New Roman"/>
          <w:i/>
          <w:color w:val="000000"/>
        </w:rPr>
        <w:t>x</w:t>
      </w:r>
      <w:r>
        <w:rPr>
          <w:rFonts w:ascii="宋体" w:eastAsia="宋体" w:hAnsi="宋体" w:cs="宋体"/>
          <w:color w:val="000000"/>
        </w:rPr>
        <w:t>的整式，下列说法正确的有</w:t>
      </w:r>
      <w:r>
        <w:rPr>
          <w:color w:val="000000"/>
        </w:rPr>
        <w:t>______</w:t>
      </w:r>
      <w:r>
        <w:rPr>
          <w:rFonts w:ascii="宋体" w:eastAsia="宋体" w:hAnsi="宋体" w:cs="宋体"/>
          <w:color w:val="000000"/>
        </w:rPr>
        <w:t>．（写出所有正确的序号）</w:t>
      </w:r>
    </w:p>
    <w:p>
      <w:pPr>
        <w:spacing w:line="360" w:lineRule="auto"/>
        <w:jc w:val="left"/>
        <w:textAlignment w:val="center"/>
        <w:rPr>
          <w:color w:val="000000"/>
        </w:rPr>
      </w:pPr>
      <w:r>
        <w:rPr>
          <w:color w:val="000000"/>
        </w:rPr>
        <w:drawing>
          <wp:inline>
            <wp:extent cx="1362075" cy="1390650"/>
            <wp:docPr id="413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6" name=""/>
                    <pic:cNvPicPr>
                      <a:picLocks noChangeAspect="1"/>
                    </pic:cNvPicPr>
                  </pic:nvPicPr>
                  <pic:blipFill>
                    <a:blip r:embed="rId526"/>
                    <a:stretch>
                      <a:fillRect/>
                    </a:stretch>
                  </pic:blipFill>
                  <pic:spPr>
                    <a:xfrm>
                      <a:off x="0" y="0"/>
                      <a:ext cx="1362075" cy="13906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①若</w:t>
      </w:r>
      <w:r>
        <w:rPr>
          <w:rFonts w:ascii="Times New Roman" w:eastAsia="Times New Roman" w:hAnsi="Times New Roman" w:cs="Times New Roman"/>
          <w:i/>
          <w:color w:val="000000"/>
        </w:rPr>
        <w:t>B</w:t>
      </w:r>
      <w:r>
        <w:rPr>
          <w:rFonts w:ascii="宋体" w:eastAsia="宋体" w:hAnsi="宋体" w:cs="宋体"/>
          <w:color w:val="000000"/>
        </w:rPr>
        <w:t>对应的小方格行数是</w:t>
      </w:r>
      <w:r>
        <w:rPr>
          <w:rFonts w:ascii="Times New Roman" w:eastAsia="Times New Roman" w:hAnsi="Times New Roman" w:cs="Times New Roman"/>
          <w:color w:val="000000"/>
        </w:rPr>
        <w:t>4</w:t>
      </w:r>
      <w:r>
        <w:rPr>
          <w:rFonts w:ascii="宋体" w:eastAsia="宋体" w:hAnsi="宋体" w:cs="宋体"/>
          <w:color w:val="000000"/>
        </w:rPr>
        <w:t>，则</w:t>
      </w:r>
      <w:r>
        <w:pict>
          <v:shape id="_x0000_i721458" type="#_x0000_t75" alt="学科网(www.zxxk.com)--教育资源门户，提供试卷、教案、课件、论文、素材以及各类教学资源下载，还有大量而丰富的教学相关资讯！" style="width:30.75pt;height:12.75pt" o:oleicon="f" o:ole="">
            <v:imagedata r:id="rId527" o:title="eqId6ce69cd33d105ce280170f0cd0513026"/>
          </v:shape>
        </w:pict>
      </w:r>
      <w:r>
        <w:rPr>
          <w:rFonts w:ascii="宋体" w:eastAsia="宋体" w:hAnsi="宋体" w:cs="宋体"/>
          <w:color w:val="000000"/>
        </w:rPr>
        <w:t>对应的小方格行数一定是</w:t>
      </w:r>
      <w:r>
        <w:rPr>
          <w:rFonts w:ascii="Times New Roman" w:eastAsia="Times New Roman" w:hAnsi="Times New Roman" w:cs="Times New Roman"/>
          <w:color w:val="000000"/>
        </w:rPr>
        <w:t>4</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②若</w:t>
      </w:r>
      <w:r>
        <w:pict>
          <v:shape id="_x0000_i721459" type="#_x0000_t75" alt="学科网(www.zxxk.com)--教育资源门户，提供试卷、教案、课件、论文、素材以及各类教学资源下载，还有大量而丰富的教学相关资讯！" style="width:30.75pt;height:12.75pt" o:oleicon="f" o:ole="">
            <v:imagedata r:id="rId528" o:title="eqId6ce69cd33d105ce280170f0cd0513026"/>
          </v:shape>
        </w:pict>
      </w:r>
      <w:r>
        <w:rPr>
          <w:rFonts w:ascii="宋体" w:eastAsia="宋体" w:hAnsi="宋体" w:cs="宋体"/>
          <w:color w:val="000000"/>
        </w:rPr>
        <w:t>对应的小方格列数是</w:t>
      </w:r>
      <w:r>
        <w:rPr>
          <w:rFonts w:ascii="Times New Roman" w:eastAsia="Times New Roman" w:hAnsi="Times New Roman" w:cs="Times New Roman"/>
          <w:color w:val="000000"/>
        </w:rPr>
        <w:t>5</w:t>
      </w:r>
      <w:r>
        <w:rPr>
          <w:rFonts w:ascii="宋体" w:eastAsia="宋体" w:hAnsi="宋体" w:cs="宋体"/>
          <w:color w:val="000000"/>
        </w:rPr>
        <w:t>，则</w:t>
      </w:r>
      <w:r>
        <w:rPr>
          <w:rFonts w:ascii="Times New Roman" w:eastAsia="Times New Roman" w:hAnsi="Times New Roman" w:cs="Times New Roman"/>
          <w:color w:val="000000"/>
        </w:rPr>
        <w:t>B</w:t>
      </w:r>
      <w:r>
        <w:rPr>
          <w:rFonts w:ascii="宋体" w:eastAsia="宋体" w:hAnsi="宋体" w:cs="宋体"/>
          <w:color w:val="000000"/>
        </w:rPr>
        <w:t>对应的小方格列数一定是</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③若</w:t>
      </w:r>
      <w:r>
        <w:rPr>
          <w:rFonts w:ascii="Times New Roman" w:eastAsia="Times New Roman" w:hAnsi="Times New Roman" w:cs="Times New Roman"/>
          <w:i/>
          <w:color w:val="000000"/>
        </w:rPr>
        <w:t>B</w:t>
      </w:r>
      <w:r>
        <w:rPr>
          <w:rFonts w:ascii="宋体" w:eastAsia="宋体" w:hAnsi="宋体" w:cs="宋体"/>
          <w:color w:val="000000"/>
        </w:rPr>
        <w:t>对应的小方格列数是</w:t>
      </w:r>
      <w:r>
        <w:rPr>
          <w:rFonts w:ascii="Times New Roman" w:eastAsia="Times New Roman" w:hAnsi="Times New Roman" w:cs="Times New Roman"/>
          <w:color w:val="000000"/>
        </w:rPr>
        <w:t>3</w:t>
      </w:r>
      <w:r>
        <w:rPr>
          <w:rFonts w:ascii="宋体" w:eastAsia="宋体" w:hAnsi="宋体" w:cs="宋体"/>
          <w:color w:val="000000"/>
        </w:rPr>
        <w:t>，且</w:t>
      </w:r>
      <w:r>
        <w:pict>
          <v:shape id="_x0000_i721460" type="#_x0000_t75" alt="学科网(www.zxxk.com)--教育资源门户，提供试卷、教案、课件、论文、素材以及各类教学资源下载，还有大量而丰富的教学相关资讯！" style="width:30.75pt;height:12.75pt" o:oleicon="f" o:ole="">
            <v:imagedata r:id="rId529" o:title="eqId6ce69cd33d105ce280170f0cd0513026"/>
          </v:shape>
        </w:pict>
      </w:r>
      <w:r>
        <w:rPr>
          <w:rFonts w:ascii="宋体" w:eastAsia="宋体" w:hAnsi="宋体" w:cs="宋体"/>
          <w:color w:val="000000"/>
        </w:rPr>
        <w:t>对应的小方格列数是</w:t>
      </w:r>
      <w:r>
        <w:rPr>
          <w:rFonts w:ascii="Times New Roman" w:eastAsia="Times New Roman" w:hAnsi="Times New Roman" w:cs="Times New Roman"/>
          <w:color w:val="000000"/>
        </w:rPr>
        <w:t>5</w:t>
      </w:r>
      <w:r>
        <w:rPr>
          <w:rFonts w:ascii="宋体" w:eastAsia="宋体" w:hAnsi="宋体" w:cs="宋体"/>
          <w:color w:val="000000"/>
        </w:rPr>
        <w:t>，则</w:t>
      </w:r>
      <w:r>
        <w:rPr>
          <w:rFonts w:ascii="Times New Roman" w:eastAsia="Times New Roman" w:hAnsi="Times New Roman" w:cs="Times New Roman"/>
          <w:i/>
          <w:color w:val="000000"/>
        </w:rPr>
        <w:t>B</w:t>
      </w:r>
      <w:r>
        <w:rPr>
          <w:rFonts w:ascii="宋体" w:eastAsia="宋体" w:hAnsi="宋体" w:cs="宋体"/>
          <w:color w:val="000000"/>
        </w:rPr>
        <w:t>对应的小方格行数不可能是</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textAlignment w:val="center"/>
        <w:rPr>
          <w:color w:val="000000"/>
        </w:rPr>
      </w:pPr>
      <w:r>
        <w:rPr>
          <w:color w:val="2E75B6"/>
        </w:rPr>
        <w:t>【答案】</w:t>
      </w:r>
      <w:r>
        <w:rPr>
          <w:rFonts w:ascii="宋体" w:eastAsia="宋体" w:hAnsi="宋体" w:cs="宋体"/>
          <w:color w:val="000000"/>
        </w:rPr>
        <w:t>①③##③①</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根据多项式的次数与项数，整式的加减，逐项分析判断即可</w:t>
      </w:r>
    </w:p>
    <w:p>
      <w:pPr>
        <w:spacing w:line="360" w:lineRule="auto"/>
        <w:jc w:val="left"/>
        <w:textAlignment w:val="center"/>
        <w:rPr>
          <w:color w:val="000000"/>
        </w:rPr>
      </w:pPr>
      <w:r>
        <w:rPr>
          <w:color w:val="000000"/>
        </w:rPr>
        <w:t>【详解】</w:t>
      </w:r>
      <w:r>
        <w:rPr>
          <w:rFonts w:ascii="宋体" w:eastAsia="宋体" w:hAnsi="宋体" w:cs="宋体"/>
          <w:color w:val="000000"/>
        </w:rPr>
        <w:t>解：</w:t>
      </w:r>
      <w:r>
        <w:pict>
          <v:shape id="_x0000_i721461" type="#_x0000_t75" alt="学科网(www.zxxk.com)--教育资源门户，提供试卷、教案、课件、论文、素材以及各类教学资源下载，还有大量而丰富的教学相关资讯！" style="width:21pt;height:12.75pt" o:oleicon="f" o:ole="">
            <v:imagedata r:id="rId531" o:title="eqIde9e4c464ac8cfa27d6e3957d91e214fc"/>
          </v:shape>
        </w:pict>
      </w:r>
      <w:r>
        <w:rPr>
          <w:rFonts w:ascii="宋体" w:eastAsia="宋体" w:hAnsi="宋体" w:cs="宋体"/>
          <w:color w:val="000000"/>
          <w:position w:val="0"/>
        </w:rPr>
        <w:drawing>
          <wp:inline>
            <wp:extent cx="132080" cy="167640"/>
            <wp:docPr id="413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8" name=""/>
                    <pic:cNvPicPr>
                      <a:picLocks noChangeAspect="1"/>
                    </pic:cNvPicPr>
                  </pic:nvPicPr>
                  <pic:blipFill>
                    <a:blip r:embed="rId530"/>
                    <a:stretch>
                      <a:fillRect/>
                    </a:stretch>
                  </pic:blipFill>
                  <pic:spPr>
                    <a:xfrm>
                      <a:off x="0" y="0"/>
                      <a:ext cx="132080" cy="167640"/>
                    </a:xfrm>
                    <a:prstGeom prst="rect">
                      <a:avLst/>
                    </a:prstGeom>
                  </pic:spPr>
                </pic:pic>
              </a:graphicData>
            </a:graphic>
          </wp:inline>
        </w:drawing>
      </w:r>
      <w:r>
        <w:rPr>
          <w:rFonts w:ascii="宋体" w:eastAsia="宋体" w:hAnsi="宋体" w:cs="宋体"/>
          <w:color w:val="000000"/>
        </w:rPr>
        <w:t>三次二次项式，</w:t>
      </w:r>
    </w:p>
    <w:p>
      <w:pPr>
        <w:spacing w:line="360" w:lineRule="auto"/>
        <w:jc w:val="left"/>
        <w:textAlignment w:val="center"/>
        <w:rPr>
          <w:color w:val="000000"/>
        </w:rPr>
      </w:pPr>
      <w:r>
        <w:pict>
          <v:shape id="_x0000_i721462" type="#_x0000_t75" alt="学科网(www.zxxk.com)--教育资源门户，提供试卷、教案、课件、论文、素材以及各类教学资源下载，还有大量而丰富的教学相关资讯！" style="width:9.75pt;height:9pt" o:oleicon="f" o:ole="">
            <v:imagedata r:id="rId532" o:title="eqId2de0d10ef8b748d4531250c37c5d3f9e"/>
          </v:shape>
        </w:pict>
      </w:r>
      <w:r>
        <w:pict>
          <v:shape id="_x0000_i721463" type="#_x0000_t75" alt="学科网(www.zxxk.com)--教育资源门户，提供试卷、教案、课件、论文、素材以及各类教学资源下载，还有大量而丰富的教学相关资讯！" style="width:12pt;height:12pt" o:oleicon="f" o:ole="">
            <v:imagedata r:id="rId533" o:title="eqId5963abe8f421bd99a2aaa94831a951e9"/>
          </v:shape>
        </w:pict>
      </w:r>
      <w:r>
        <w:rPr>
          <w:rFonts w:ascii="宋体" w:eastAsia="宋体" w:hAnsi="宋体" w:cs="宋体"/>
          <w:color w:val="000000"/>
        </w:rPr>
        <w:t>对应的行数是</w:t>
      </w:r>
      <w:r>
        <w:rPr>
          <w:rFonts w:ascii="Times New Roman" w:eastAsia="Times New Roman" w:hAnsi="Times New Roman" w:cs="Times New Roman"/>
          <w:color w:val="000000"/>
        </w:rPr>
        <w:t>3</w:t>
      </w:r>
      <w:r>
        <w:rPr>
          <w:rFonts w:ascii="宋体" w:eastAsia="宋体" w:hAnsi="宋体" w:cs="宋体"/>
          <w:color w:val="000000"/>
        </w:rPr>
        <w:t>，列数是</w:t>
      </w:r>
      <w:r>
        <w:rPr>
          <w:rFonts w:ascii="Times New Roman" w:eastAsia="Times New Roman" w:hAnsi="Times New Roman" w:cs="Times New Roman"/>
          <w:color w:val="000000"/>
        </w:rPr>
        <w:t>2</w:t>
      </w:r>
    </w:p>
    <w:p>
      <w:pPr>
        <w:spacing w:line="360" w:lineRule="auto"/>
        <w:jc w:val="left"/>
        <w:textAlignment w:val="center"/>
        <w:rPr>
          <w:color w:val="000000"/>
        </w:rPr>
      </w:pPr>
      <w:r>
        <w:rPr>
          <w:rFonts w:ascii="宋体" w:eastAsia="宋体" w:hAnsi="宋体" w:cs="宋体"/>
          <w:color w:val="000000"/>
        </w:rPr>
        <w:t>①若</w:t>
      </w:r>
      <w:r>
        <w:rPr>
          <w:rFonts w:ascii="Times New Roman" w:eastAsia="Times New Roman" w:hAnsi="Times New Roman" w:cs="Times New Roman"/>
          <w:i/>
          <w:color w:val="000000"/>
        </w:rPr>
        <w:t>B</w:t>
      </w:r>
      <w:r>
        <w:rPr>
          <w:rFonts w:ascii="宋体" w:eastAsia="宋体" w:hAnsi="宋体" w:cs="宋体"/>
          <w:color w:val="000000"/>
        </w:rPr>
        <w:t>对应的小方格行数是</w:t>
      </w:r>
      <w:r>
        <w:rPr>
          <w:rFonts w:ascii="Times New Roman" w:eastAsia="Times New Roman" w:hAnsi="Times New Roman" w:cs="Times New Roman"/>
          <w:color w:val="000000"/>
        </w:rPr>
        <w:t>4</w:t>
      </w:r>
      <w:r>
        <w:rPr>
          <w:rFonts w:ascii="宋体" w:eastAsia="宋体" w:hAnsi="宋体" w:cs="宋体"/>
          <w:color w:val="000000"/>
        </w:rPr>
        <w:t>，则</w:t>
      </w:r>
      <w:r>
        <w:pict>
          <v:shape id="_x0000_i721464" type="#_x0000_t75" alt="学科网(www.zxxk.com)--教育资源门户，提供试卷、教案、课件、论文、素材以及各类教学资源下载，还有大量而丰富的教学相关资讯！" style="width:9.75pt;height:10.5pt" o:oleicon="f" o:ole="">
            <v:imagedata r:id="rId534" o:title="eqId7f9e8449aad35c5d840a3395ea86df6d"/>
          </v:shape>
        </w:pict>
      </w:r>
      <w:r>
        <w:rPr>
          <w:rFonts w:ascii="宋体" w:eastAsia="宋体" w:hAnsi="宋体" w:cs="宋体"/>
          <w:color w:val="000000"/>
        </w:rPr>
        <w:t>是四次多项式，则</w:t>
      </w:r>
      <w:r>
        <w:pict>
          <v:shape id="_x0000_i721465" type="#_x0000_t75" alt="学科网(www.zxxk.com)--教育资源门户，提供试卷、教案、课件、论文、素材以及各类教学资源下载，还有大量而丰富的教学相关资讯！" style="width:30.75pt;height:12.75pt" o:oleicon="f" o:ole="">
            <v:imagedata r:id="rId535" o:title="eqId6ce69cd33d105ce280170f0cd0513026"/>
          </v:shape>
        </w:pict>
      </w:r>
      <w:r>
        <w:rPr>
          <w:rFonts w:ascii="宋体" w:eastAsia="宋体" w:hAnsi="宋体" w:cs="宋体"/>
          <w:color w:val="000000"/>
        </w:rPr>
        <w:t>也是四次多项式，则</w:t>
      </w:r>
      <w:r>
        <w:pict>
          <v:shape id="_x0000_i721466" type="#_x0000_t75" alt="学科网(www.zxxk.com)--教育资源门户，提供试卷、教案、课件、论文、素材以及各类教学资源下载，还有大量而丰富的教学相关资讯！" style="width:30.75pt;height:12.75pt" o:oleicon="f" o:ole="">
            <v:imagedata r:id="rId535" o:title="eqId6ce69cd33d105ce280170f0cd0513026"/>
          </v:shape>
        </w:pict>
      </w:r>
      <w:r>
        <w:rPr>
          <w:rFonts w:ascii="宋体" w:eastAsia="宋体" w:hAnsi="宋体" w:cs="宋体"/>
          <w:color w:val="000000"/>
        </w:rPr>
        <w:t>对应的小方格行数一定是</w:t>
      </w:r>
      <w:r>
        <w:rPr>
          <w:rFonts w:ascii="Times New Roman" w:eastAsia="Times New Roman" w:hAnsi="Times New Roman" w:cs="Times New Roman"/>
          <w:color w:val="000000"/>
        </w:rPr>
        <w:t>4，</w:t>
      </w:r>
      <w:r>
        <w:rPr>
          <w:rFonts w:ascii="宋体" w:eastAsia="宋体" w:hAnsi="宋体" w:cs="宋体"/>
          <w:color w:val="000000"/>
        </w:rPr>
        <w:t>故①正确；</w:t>
      </w:r>
    </w:p>
    <w:p>
      <w:pPr>
        <w:spacing w:line="360" w:lineRule="auto"/>
        <w:jc w:val="left"/>
        <w:textAlignment w:val="center"/>
        <w:rPr>
          <w:color w:val="000000"/>
        </w:rPr>
      </w:pPr>
      <w:r>
        <w:rPr>
          <w:rFonts w:ascii="宋体" w:eastAsia="宋体" w:hAnsi="宋体" w:cs="宋体"/>
          <w:color w:val="000000"/>
        </w:rPr>
        <w:t>②若</w:t>
      </w:r>
      <w:r>
        <w:pict>
          <v:shape id="_x0000_i721467" type="#_x0000_t75" alt="学科网(www.zxxk.com)--教育资源门户，提供试卷、教案、课件、论文、素材以及各类教学资源下载，还有大量而丰富的教学相关资讯！" style="width:30.75pt;height:12.75pt" o:oleicon="f" o:ole="">
            <v:imagedata r:id="rId536" o:title="eqId6ce69cd33d105ce280170f0cd0513026"/>
          </v:shape>
        </w:pict>
      </w:r>
      <w:r>
        <w:rPr>
          <w:rFonts w:ascii="宋体" w:eastAsia="宋体" w:hAnsi="宋体" w:cs="宋体"/>
          <w:color w:val="000000"/>
        </w:rPr>
        <w:t>对应的小方格列数是</w:t>
      </w:r>
      <w:r>
        <w:rPr>
          <w:rFonts w:ascii="Times New Roman" w:eastAsia="Times New Roman" w:hAnsi="Times New Roman" w:cs="Times New Roman"/>
          <w:color w:val="000000"/>
        </w:rPr>
        <w:t>5</w:t>
      </w:r>
      <w:r>
        <w:rPr>
          <w:rFonts w:ascii="宋体" w:eastAsia="宋体" w:hAnsi="宋体" w:cs="宋体"/>
          <w:color w:val="000000"/>
        </w:rPr>
        <w:t>，则说明</w:t>
      </w:r>
      <w:r>
        <w:pict>
          <v:shape id="_x0000_i721468" type="#_x0000_t75" alt="学科网(www.zxxk.com)--教育资源门户，提供试卷、教案、课件、论文、素材以及各类教学资源下载，还有大量而丰富的教学相关资讯！" style="width:30.75pt;height:12.75pt" o:oleicon="f" o:ole="">
            <v:imagedata r:id="rId536" o:title="eqId6ce69cd33d105ce280170f0cd0513026"/>
          </v:shape>
        </w:pict>
      </w:r>
      <w:r>
        <w:rPr>
          <w:rFonts w:ascii="宋体" w:eastAsia="宋体" w:hAnsi="宋体" w:cs="宋体"/>
          <w:color w:val="000000"/>
        </w:rPr>
        <w:t>是五项多项式，</w:t>
      </w:r>
      <w:r>
        <w:pict>
          <v:shape id="_x0000_i721469" type="#_x0000_t75" alt="学科网(www.zxxk.com)--教育资源门户，提供试卷、教案、课件、论文、素材以及各类教学资源下载，还有大量而丰富的教学相关资讯！" style="width:9.75pt;height:10.5pt" o:oleicon="f" o:ole="">
            <v:imagedata r:id="rId537" o:title="eqId7f9e8449aad35c5d840a3395ea86df6d"/>
          </v:shape>
        </w:pict>
      </w:r>
      <w:r>
        <w:rPr>
          <w:rFonts w:ascii="宋体" w:eastAsia="宋体" w:hAnsi="宋体" w:cs="宋体"/>
          <w:color w:val="000000"/>
        </w:rPr>
        <w:t>不一定是三项，有可能四项或五项，通过</w:t>
      </w:r>
      <w:r>
        <w:pict>
          <v:shape id="_x0000_i721470" type="#_x0000_t75" alt="学科网(www.zxxk.com)--教育资源门户，提供试卷、教案、课件、论文、素材以及各类教学资源下载，还有大量而丰富的教学相关资讯！" style="width:30.75pt;height:12.75pt" o:oleicon="f" o:ole="">
            <v:imagedata r:id="rId536" o:title="eqId6ce69cd33d105ce280170f0cd0513026"/>
          </v:shape>
        </w:pict>
      </w:r>
      <w:r>
        <w:rPr>
          <w:rFonts w:ascii="宋体" w:eastAsia="宋体" w:hAnsi="宋体" w:cs="宋体"/>
          <w:color w:val="000000"/>
        </w:rPr>
        <w:t>合并同类项之后仍为五项，故②不正确；</w:t>
      </w:r>
    </w:p>
    <w:p>
      <w:pPr>
        <w:spacing w:line="360" w:lineRule="auto"/>
        <w:jc w:val="left"/>
        <w:textAlignment w:val="center"/>
        <w:rPr>
          <w:color w:val="000000"/>
        </w:rPr>
      </w:pPr>
      <w:r>
        <w:rPr>
          <w:rFonts w:ascii="宋体" w:eastAsia="宋体" w:hAnsi="宋体" w:cs="宋体"/>
          <w:color w:val="000000"/>
        </w:rPr>
        <w:t>③若</w:t>
      </w:r>
      <w:r>
        <w:rPr>
          <w:rFonts w:ascii="Times New Roman" w:eastAsia="Times New Roman" w:hAnsi="Times New Roman" w:cs="Times New Roman"/>
          <w:i/>
          <w:color w:val="000000"/>
        </w:rPr>
        <w:t>B</w:t>
      </w:r>
      <w:r>
        <w:rPr>
          <w:rFonts w:ascii="宋体" w:eastAsia="宋体" w:hAnsi="宋体" w:cs="宋体"/>
          <w:color w:val="000000"/>
        </w:rPr>
        <w:t>对应的小方格行数为</w:t>
      </w:r>
      <w:r>
        <w:rPr>
          <w:rFonts w:ascii="Times New Roman" w:eastAsia="Times New Roman" w:hAnsi="Times New Roman" w:cs="Times New Roman"/>
          <w:color w:val="000000"/>
        </w:rPr>
        <w:t>3</w:t>
      </w:r>
      <w:r>
        <w:rPr>
          <w:rFonts w:ascii="宋体" w:eastAsia="宋体" w:hAnsi="宋体" w:cs="宋体"/>
          <w:color w:val="000000"/>
        </w:rPr>
        <w:t>，则</w:t>
      </w:r>
      <w:r>
        <w:pict>
          <v:shape id="_x0000_i721471" type="#_x0000_t75" alt="学科网(www.zxxk.com)--教育资源门户，提供试卷、教案、课件、论文、素材以及各类教学资源下载，还有大量而丰富的教学相关资讯！" style="width:12pt;height:12pt" o:oleicon="f" o:ole="">
            <v:imagedata r:id="rId538" o:title="eqId5963abe8f421bd99a2aaa94831a951e9"/>
          </v:shape>
        </w:pict>
      </w:r>
      <w:r>
        <w:rPr>
          <w:rFonts w:ascii="宋体" w:eastAsia="宋体" w:hAnsi="宋体" w:cs="宋体"/>
          <w:color w:val="000000"/>
        </w:rPr>
        <w:t>与</w:t>
      </w:r>
      <w:r>
        <w:pict>
          <v:shape id="_x0000_i721472" type="#_x0000_t75" alt="学科网(www.zxxk.com)--教育资源门户，提供试卷、教案、课件、论文、素材以及各类教学资源下载，还有大量而丰富的教学相关资讯！" style="width:9.75pt;height:10.5pt" o:oleicon="f" o:ole="">
            <v:imagedata r:id="rId539" o:title="eqId7f9e8449aad35c5d840a3395ea86df6d"/>
          </v:shape>
        </w:pict>
      </w:r>
      <w:r>
        <w:rPr>
          <w:rFonts w:ascii="宋体" w:eastAsia="宋体" w:hAnsi="宋体" w:cs="宋体"/>
          <w:color w:val="000000"/>
        </w:rPr>
        <w:t>中存在</w:t>
      </w:r>
      <w:r>
        <w:pict>
          <v:shape id="_x0000_i721473" type="#_x0000_t75" alt="学科网(www.zxxk.com)--教育资源门户，提供试卷、教案、课件、论文、素材以及各类教学资源下载，还有大量而丰富的教学相关资讯！" style="width:9pt;height:9.75pt" o:oleicon="f" o:ole="">
            <v:imagedata r:id="rId540" o:title="eqId81dea63b8ce3e51adf66cf7b9982a248"/>
          </v:shape>
        </w:pict>
      </w:r>
      <w:r>
        <w:rPr>
          <w:rFonts w:ascii="宋体" w:eastAsia="宋体" w:hAnsi="宋体" w:cs="宋体"/>
          <w:color w:val="000000"/>
        </w:rPr>
        <w:t>的三次项，通过</w:t>
      </w:r>
      <w:r>
        <w:pict>
          <v:shape id="_x0000_i721474" type="#_x0000_t75" alt="学科网(www.zxxk.com)--教育资源门户，提供试卷、教案、课件、论文、素材以及各类教学资源下载，还有大量而丰富的教学相关资讯！" style="width:30.75pt;height:12.75pt" o:oleicon="f" o:ole="">
            <v:imagedata r:id="rId541" o:title="eqId6ce69cd33d105ce280170f0cd0513026"/>
          </v:shape>
        </w:pict>
      </w:r>
      <w:r>
        <w:rPr>
          <w:rFonts w:ascii="宋体" w:eastAsia="宋体" w:hAnsi="宋体" w:cs="宋体"/>
          <w:color w:val="000000"/>
        </w:rPr>
        <w:t>合并同类项之后的多项式的项数不可能为</w:t>
      </w:r>
      <w:r>
        <w:rPr>
          <w:rFonts w:ascii="Times New Roman" w:eastAsia="Times New Roman" w:hAnsi="Times New Roman" w:cs="Times New Roman"/>
          <w:color w:val="000000"/>
        </w:rPr>
        <w:t>5</w:t>
      </w:r>
      <w:r>
        <w:rPr>
          <w:rFonts w:ascii="宋体" w:eastAsia="宋体" w:hAnsi="宋体" w:cs="宋体"/>
          <w:color w:val="000000"/>
        </w:rPr>
        <w:t>，即</w:t>
      </w:r>
      <w:r>
        <w:pict>
          <v:shape id="_x0000_i721475" type="#_x0000_t75" alt="学科网(www.zxxk.com)--教育资源门户，提供试卷、教案、课件、论文、素材以及各类教学资源下载，还有大量而丰富的教学相关资讯！" style="width:30.75pt;height:12.75pt" o:oleicon="f" o:ole="">
            <v:imagedata r:id="rId541" o:title="eqId6ce69cd33d105ce280170f0cd0513026"/>
          </v:shape>
        </w:pict>
      </w:r>
      <w:r>
        <w:rPr>
          <w:rFonts w:ascii="宋体" w:eastAsia="宋体" w:hAnsi="宋体" w:cs="宋体"/>
          <w:color w:val="000000"/>
        </w:rPr>
        <w:t>的列数不为</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w:t>
      </w:r>
      <w:r>
        <w:rPr>
          <w:rFonts w:ascii="Times New Roman" w:eastAsia="Times New Roman" w:hAnsi="Times New Roman" w:cs="Times New Roman"/>
          <w:i/>
          <w:color w:val="000000"/>
        </w:rPr>
        <w:t>B</w:t>
      </w:r>
      <w:r>
        <w:rPr>
          <w:rFonts w:ascii="宋体" w:eastAsia="宋体" w:hAnsi="宋体" w:cs="宋体"/>
          <w:color w:val="000000"/>
        </w:rPr>
        <w:t>对应的小方格行数不可能是</w:t>
      </w:r>
      <w:r>
        <w:rPr>
          <w:rFonts w:ascii="Times New Roman" w:eastAsia="Times New Roman" w:hAnsi="Times New Roman" w:cs="Times New Roman"/>
          <w:color w:val="000000"/>
        </w:rPr>
        <w:t>3</w:t>
      </w:r>
      <w:r>
        <w:rPr>
          <w:rFonts w:ascii="宋体" w:eastAsia="宋体" w:hAnsi="宋体" w:cs="宋体"/>
          <w:color w:val="000000"/>
        </w:rPr>
        <w:t>；故③正确；</w:t>
      </w:r>
    </w:p>
    <w:p>
      <w:pPr>
        <w:spacing w:line="360" w:lineRule="auto"/>
        <w:jc w:val="left"/>
        <w:textAlignment w:val="center"/>
        <w:rPr>
          <w:color w:val="000000"/>
        </w:rPr>
      </w:pPr>
      <w:r>
        <w:rPr>
          <w:rFonts w:ascii="宋体" w:eastAsia="宋体" w:hAnsi="宋体" w:cs="宋体"/>
          <w:color w:val="000000"/>
        </w:rPr>
        <w:t>故答案为：①③</w:t>
      </w:r>
    </w:p>
    <w:p>
      <w:pPr>
        <w:spacing w:line="360" w:lineRule="auto"/>
        <w:jc w:val="left"/>
        <w:textAlignment w:val="center"/>
        <w:rPr>
          <w:color w:val="000000"/>
        </w:rPr>
      </w:pPr>
      <w:r>
        <w:rPr>
          <w:color w:val="000000"/>
        </w:rPr>
        <w:t>【点睛】</w:t>
      </w:r>
      <w:r>
        <w:rPr>
          <w:rFonts w:ascii="宋体" w:eastAsia="宋体" w:hAnsi="宋体" w:cs="宋体"/>
          <w:color w:val="000000"/>
        </w:rPr>
        <w:t>本题考查了多项式的次数与项数，合并同类项，弄起题意中的行数和列数分别对应次数和项数是解题的关键．</w:t>
      </w:r>
    </w:p>
    <w:p>
      <w:pPr>
        <w:spacing w:line="285" w:lineRule="auto"/>
        <w:jc w:val="left"/>
        <w:textAlignment w:val="center"/>
        <w:rPr>
          <w:color w:val="000000"/>
        </w:rPr>
      </w:pPr>
      <w:r>
        <w:rPr>
          <w:rFonts w:ascii="宋体" w:eastAsia="宋体" w:hAnsi="宋体" w:cs="宋体"/>
          <w:b/>
          <w:color w:val="000000"/>
          <w:sz w:val="24"/>
        </w:rPr>
        <w:t>三、解答题（本题共</w:t>
      </w:r>
      <w:r>
        <w:rPr>
          <w:rFonts w:ascii="Times New Roman" w:eastAsia="Times New Roman" w:hAnsi="Times New Roman" w:cs="Times New Roman"/>
          <w:b/>
          <w:color w:val="000000"/>
          <w:sz w:val="24"/>
        </w:rPr>
        <w:t>-54-</w:t>
      </w:r>
      <w:r>
        <w:rPr>
          <w:rFonts w:ascii="宋体" w:eastAsia="宋体" w:hAnsi="宋体" w:cs="宋体"/>
          <w:b/>
          <w:color w:val="000000"/>
          <w:sz w:val="24"/>
        </w:rPr>
        <w:t>分，第</w:t>
      </w:r>
      <w:r>
        <w:rPr>
          <w:rFonts w:ascii="Times New Roman" w:eastAsia="Times New Roman" w:hAnsi="Times New Roman" w:cs="Times New Roman"/>
          <w:b/>
          <w:color w:val="000000"/>
          <w:sz w:val="24"/>
        </w:rPr>
        <w:t>19</w:t>
      </w:r>
      <w:r>
        <w:rPr>
          <w:rFonts w:ascii="宋体" w:eastAsia="宋体" w:hAnsi="宋体" w:cs="宋体"/>
          <w:b/>
          <w:color w:val="000000"/>
          <w:sz w:val="24"/>
        </w:rPr>
        <w:t>题</w:t>
      </w:r>
      <w:r>
        <w:rPr>
          <w:rFonts w:ascii="Times New Roman" w:eastAsia="Times New Roman" w:hAnsi="Times New Roman" w:cs="Times New Roman"/>
          <w:b/>
          <w:color w:val="000000"/>
          <w:sz w:val="24"/>
        </w:rPr>
        <w:t>6-</w:t>
      </w:r>
      <w:r>
        <w:rPr>
          <w:rFonts w:ascii="宋体" w:eastAsia="宋体" w:hAnsi="宋体" w:cs="宋体"/>
          <w:b/>
          <w:color w:val="000000"/>
          <w:sz w:val="24"/>
        </w:rPr>
        <w:t>分，第</w:t>
      </w:r>
      <w:r>
        <w:rPr>
          <w:rFonts w:ascii="Times New Roman" w:eastAsia="Times New Roman" w:hAnsi="Times New Roman" w:cs="Times New Roman"/>
          <w:b/>
          <w:color w:val="000000"/>
          <w:sz w:val="24"/>
        </w:rPr>
        <w:t>20-</w:t>
      </w:r>
      <w:r>
        <w:rPr>
          <w:rFonts w:ascii="宋体" w:eastAsia="宋体" w:hAnsi="宋体" w:cs="宋体"/>
          <w:b/>
          <w:color w:val="000000"/>
          <w:sz w:val="24"/>
        </w:rPr>
        <w:t>题</w:t>
      </w:r>
      <w:r>
        <w:rPr>
          <w:rFonts w:ascii="Times New Roman" w:eastAsia="Times New Roman" w:hAnsi="Times New Roman" w:cs="Times New Roman"/>
          <w:b/>
          <w:color w:val="000000"/>
          <w:sz w:val="24"/>
        </w:rPr>
        <w:t>8</w:t>
      </w:r>
      <w:r>
        <w:rPr>
          <w:rFonts w:ascii="宋体" w:eastAsia="宋体" w:hAnsi="宋体" w:cs="宋体"/>
          <w:b/>
          <w:color w:val="000000"/>
          <w:sz w:val="24"/>
        </w:rPr>
        <w:t>分，第</w:t>
      </w:r>
      <w:r>
        <w:rPr>
          <w:rFonts w:ascii="Times New Roman" w:eastAsia="Times New Roman" w:hAnsi="Times New Roman" w:cs="Times New Roman"/>
          <w:b/>
          <w:color w:val="000000"/>
          <w:sz w:val="24"/>
        </w:rPr>
        <w:t>21-</w:t>
      </w:r>
      <w:r>
        <w:rPr>
          <w:rFonts w:ascii="宋体" w:eastAsia="宋体" w:hAnsi="宋体" w:cs="宋体"/>
          <w:b/>
          <w:color w:val="000000"/>
          <w:sz w:val="24"/>
        </w:rPr>
        <w:t>题</w:t>
      </w:r>
      <w:r>
        <w:rPr>
          <w:rFonts w:ascii="Times New Roman" w:eastAsia="Times New Roman" w:hAnsi="Times New Roman" w:cs="Times New Roman"/>
          <w:b/>
          <w:color w:val="000000"/>
          <w:sz w:val="24"/>
        </w:rPr>
        <w:t>6</w:t>
      </w:r>
      <w:r>
        <w:rPr>
          <w:rFonts w:ascii="宋体" w:eastAsia="宋体" w:hAnsi="宋体" w:cs="宋体"/>
          <w:b/>
          <w:color w:val="000000"/>
          <w:sz w:val="24"/>
        </w:rPr>
        <w:t>分，第</w:t>
      </w:r>
      <w:r>
        <w:rPr>
          <w:rFonts w:ascii="Times New Roman" w:eastAsia="Times New Roman" w:hAnsi="Times New Roman" w:cs="Times New Roman"/>
          <w:b/>
          <w:color w:val="000000"/>
          <w:sz w:val="24"/>
        </w:rPr>
        <w:t>22-23-</w:t>
      </w:r>
      <w:r>
        <w:rPr>
          <w:rFonts w:ascii="宋体" w:eastAsia="宋体" w:hAnsi="宋体" w:cs="宋体"/>
          <w:b/>
          <w:color w:val="000000"/>
          <w:sz w:val="24"/>
        </w:rPr>
        <w:t>题，每小题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24</w:t>
      </w:r>
      <w:r>
        <w:rPr>
          <w:rFonts w:ascii="宋体" w:eastAsia="宋体" w:hAnsi="宋体" w:cs="宋体"/>
          <w:b/>
          <w:color w:val="000000"/>
          <w:sz w:val="24"/>
        </w:rPr>
        <w:t>题</w:t>
      </w:r>
      <w:r>
        <w:rPr>
          <w:rFonts w:ascii="Times New Roman" w:eastAsia="Times New Roman" w:hAnsi="Times New Roman" w:cs="Times New Roman"/>
          <w:b/>
          <w:color w:val="000000"/>
          <w:sz w:val="24"/>
        </w:rPr>
        <w:t>6</w:t>
      </w:r>
      <w:r>
        <w:rPr>
          <w:rFonts w:ascii="宋体" w:eastAsia="宋体" w:hAnsi="宋体" w:cs="宋体"/>
          <w:b/>
          <w:color w:val="000000"/>
          <w:sz w:val="24"/>
        </w:rPr>
        <w:t>分，第</w:t>
      </w:r>
      <w:r>
        <w:rPr>
          <w:rFonts w:ascii="Times New Roman" w:eastAsia="Times New Roman" w:hAnsi="Times New Roman" w:cs="Times New Roman"/>
          <w:b/>
          <w:color w:val="000000"/>
          <w:sz w:val="24"/>
        </w:rPr>
        <w:t>25</w:t>
      </w:r>
      <w:r>
        <w:rPr>
          <w:rFonts w:ascii="宋体" w:eastAsia="宋体" w:hAnsi="宋体" w:cs="宋体"/>
          <w:b/>
          <w:color w:val="000000"/>
          <w:sz w:val="24"/>
        </w:rPr>
        <w:t>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26</w:t>
      </w:r>
      <w:r>
        <w:rPr>
          <w:rFonts w:ascii="宋体" w:eastAsia="宋体" w:hAnsi="宋体" w:cs="宋体"/>
          <w:b/>
          <w:color w:val="000000"/>
          <w:sz w:val="24"/>
        </w:rPr>
        <w:t>题</w:t>
      </w:r>
      <w:r>
        <w:rPr>
          <w:rFonts w:ascii="Times New Roman" w:eastAsia="Times New Roman" w:hAnsi="Times New Roman" w:cs="Times New Roman"/>
          <w:b/>
          <w:color w:val="000000"/>
          <w:sz w:val="24"/>
        </w:rPr>
        <w:t>6-</w:t>
      </w:r>
      <w:r>
        <w:rPr>
          <w:rFonts w:ascii="宋体" w:eastAsia="宋体" w:hAnsi="宋体" w:cs="宋体"/>
          <w:b/>
          <w:color w:val="000000"/>
          <w:sz w:val="24"/>
        </w:rPr>
        <w:t>分，第</w:t>
      </w:r>
      <w:r>
        <w:rPr>
          <w:rFonts w:ascii="Times New Roman" w:eastAsia="Times New Roman" w:hAnsi="Times New Roman" w:cs="Times New Roman"/>
          <w:b/>
          <w:color w:val="000000"/>
          <w:sz w:val="24"/>
        </w:rPr>
        <w:t>27</w:t>
      </w:r>
      <w:r>
        <w:rPr>
          <w:rFonts w:ascii="宋体" w:eastAsia="宋体" w:hAnsi="宋体" w:cs="宋体"/>
          <w:b/>
          <w:color w:val="000000"/>
          <w:sz w:val="24"/>
        </w:rPr>
        <w:t>题</w:t>
      </w:r>
      <w:r>
        <w:rPr>
          <w:rFonts w:ascii="Times New Roman" w:eastAsia="Times New Roman" w:hAnsi="Times New Roman" w:cs="Times New Roman"/>
          <w:b/>
          <w:color w:val="000000"/>
          <w:sz w:val="24"/>
        </w:rPr>
        <w:t>7</w:t>
      </w:r>
      <w:r>
        <w:rPr>
          <w:rFonts w:ascii="宋体" w:eastAsia="宋体" w:hAnsi="宋体" w:cs="宋体"/>
          <w:b/>
          <w:color w:val="000000"/>
          <w:sz w:val="24"/>
        </w:rPr>
        <w:t>．分）</w:t>
      </w:r>
    </w:p>
    <w:p>
      <w:pPr>
        <w:pStyle w:val="Heading2"/>
      </w:pPr>
      <w:r>
        <w:t>海淀区清华大学附属中学</w:t>
      </w:r>
    </w:p>
    <w:p>
      <w:pPr>
        <w:spacing w:line="360" w:lineRule="auto"/>
        <w:jc w:val="left"/>
        <w:textAlignment w:val="center"/>
        <w:rPr>
          <w:color w:val="000000"/>
        </w:rPr>
      </w:pPr>
      <w:r>
        <w:rPr>
          <w:color w:val="000000"/>
        </w:rPr>
        <w:t xml:space="preserve">18. </w:t>
      </w:r>
      <w:r>
        <w:rPr>
          <w:rFonts w:ascii="宋体" w:eastAsia="宋体" w:hAnsi="宋体" w:cs="宋体"/>
          <w:color w:val="000000"/>
        </w:rPr>
        <w:t>甲、乙两商场在做促销，如下所示，已知两家商场相同商品的标价都一样．</w:t>
      </w:r>
    </w:p>
    <w:p>
      <w:pPr>
        <w:spacing w:line="360" w:lineRule="auto"/>
        <w:jc w:val="left"/>
        <w:textAlignment w:val="center"/>
        <w:rPr>
          <w:color w:val="000000"/>
        </w:rPr>
      </w:pPr>
      <w:r>
        <w:rPr>
          <w:rFonts w:ascii="宋体" w:eastAsia="宋体" w:hAnsi="宋体" w:cs="宋体"/>
          <w:color w:val="000000"/>
        </w:rPr>
        <w:t>甲商场：全场均打八五折；</w:t>
      </w:r>
    </w:p>
    <w:p>
      <w:pPr>
        <w:spacing w:line="360" w:lineRule="auto"/>
        <w:jc w:val="left"/>
        <w:textAlignment w:val="center"/>
        <w:rPr>
          <w:color w:val="000000"/>
        </w:rPr>
      </w:pPr>
      <w:r>
        <w:rPr>
          <w:rFonts w:ascii="宋体" w:eastAsia="宋体" w:hAnsi="宋体" w:cs="宋体"/>
          <w:color w:val="000000"/>
        </w:rPr>
        <w:t>乙商场：购物不超过</w:t>
      </w:r>
      <w:r>
        <w:rPr>
          <w:rFonts w:ascii="Times New Roman" w:eastAsia="Times New Roman" w:hAnsi="Times New Roman" w:cs="Times New Roman"/>
          <w:color w:val="000000"/>
        </w:rPr>
        <w:t>200</w:t>
      </w:r>
      <w:r>
        <w:rPr>
          <w:rFonts w:ascii="宋体" w:eastAsia="宋体" w:hAnsi="宋体" w:cs="宋体"/>
          <w:color w:val="000000"/>
        </w:rPr>
        <w:t>元，不给予优惠；超过了</w:t>
      </w:r>
      <w:r>
        <w:rPr>
          <w:rFonts w:ascii="Times New Roman" w:eastAsia="Times New Roman" w:hAnsi="Times New Roman" w:cs="Times New Roman"/>
          <w:color w:val="000000"/>
        </w:rPr>
        <w:t>200</w:t>
      </w:r>
      <w:r>
        <w:rPr>
          <w:rFonts w:ascii="宋体" w:eastAsia="宋体" w:hAnsi="宋体" w:cs="宋体"/>
          <w:color w:val="000000"/>
        </w:rPr>
        <w:t>元而不超过</w:t>
      </w:r>
      <w:r>
        <w:rPr>
          <w:rFonts w:ascii="Times New Roman" w:eastAsia="Times New Roman" w:hAnsi="Times New Roman" w:cs="Times New Roman"/>
          <w:color w:val="000000"/>
        </w:rPr>
        <w:t>500</w:t>
      </w:r>
      <w:r>
        <w:rPr>
          <w:rFonts w:ascii="宋体" w:eastAsia="宋体" w:hAnsi="宋体" w:cs="宋体"/>
          <w:color w:val="000000"/>
        </w:rPr>
        <w:t>元，一律打八八折；超过</w:t>
      </w:r>
      <w:r>
        <w:rPr>
          <w:rFonts w:ascii="Times New Roman" w:eastAsia="Times New Roman" w:hAnsi="Times New Roman" w:cs="Times New Roman"/>
          <w:color w:val="000000"/>
        </w:rPr>
        <w:t>500</w:t>
      </w:r>
      <w:r>
        <w:rPr>
          <w:rFonts w:ascii="宋体" w:eastAsia="宋体" w:hAnsi="宋体" w:cs="宋体"/>
          <w:color w:val="000000"/>
        </w:rPr>
        <w:t>元时，其中的</w:t>
      </w:r>
      <w:r>
        <w:rPr>
          <w:rFonts w:ascii="Times New Roman" w:eastAsia="Times New Roman" w:hAnsi="Times New Roman" w:cs="Times New Roman"/>
          <w:color w:val="000000"/>
        </w:rPr>
        <w:t>500</w:t>
      </w:r>
      <w:r>
        <w:rPr>
          <w:rFonts w:ascii="宋体" w:eastAsia="宋体" w:hAnsi="宋体" w:cs="宋体"/>
          <w:color w:val="000000"/>
        </w:rPr>
        <w:t>元打八八折，超过</w:t>
      </w:r>
      <w:r>
        <w:rPr>
          <w:rFonts w:ascii="Times New Roman" w:eastAsia="Times New Roman" w:hAnsi="Times New Roman" w:cs="Times New Roman"/>
          <w:color w:val="000000"/>
        </w:rPr>
        <w:t>500</w:t>
      </w:r>
      <w:r>
        <w:rPr>
          <w:rFonts w:ascii="宋体" w:eastAsia="宋体" w:hAnsi="宋体" w:cs="宋体"/>
          <w:color w:val="000000"/>
        </w:rPr>
        <w:t>元的部分打八折．</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）某顾客要购买商品的总标价为</w:t>
      </w:r>
      <w:r>
        <w:rPr>
          <w:rFonts w:ascii="Times New Roman" w:eastAsia="Times New Roman" w:hAnsi="Times New Roman" w:cs="Times New Roman"/>
          <w:color w:val="000000"/>
        </w:rPr>
        <w:t>600</w:t>
      </w:r>
      <w:r>
        <w:rPr>
          <w:rFonts w:ascii="宋体" w:eastAsia="宋体" w:hAnsi="宋体" w:cs="宋体"/>
          <w:color w:val="000000"/>
        </w:rPr>
        <w:t>元，该顾客选择</w:t>
      </w:r>
      <w:r>
        <w:rPr>
          <w:color w:val="000000"/>
        </w:rPr>
        <w:t>_____</w:t>
      </w:r>
      <w:r>
        <w:rPr>
          <w:rFonts w:ascii="宋体" w:eastAsia="宋体" w:hAnsi="宋体" w:cs="宋体"/>
          <w:color w:val="000000"/>
        </w:rPr>
        <w:t>（填“甲”或“乙”）商场更划算；</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）当购物总额是</w:t>
      </w:r>
      <w:r>
        <w:rPr>
          <w:color w:val="000000"/>
        </w:rPr>
        <w:t>_____</w:t>
      </w:r>
      <w:r>
        <w:rPr>
          <w:rFonts w:ascii="宋体" w:eastAsia="宋体" w:hAnsi="宋体" w:cs="宋体"/>
          <w:color w:val="000000"/>
        </w:rPr>
        <w:t>元时，甲、乙两商场实付款相同．</w:t>
      </w:r>
    </w:p>
    <w:p>
      <w:pPr>
        <w:spacing w:line="360" w:lineRule="auto"/>
        <w:textAlignment w:val="center"/>
        <w:rPr>
          <w:color w:val="000000"/>
        </w:rPr>
      </w:pPr>
      <w:r>
        <w:rPr>
          <w:color w:val="2E75B6"/>
        </w:rPr>
        <w:t>【答案】</w:t>
      </w:r>
      <w:r>
        <w:rPr>
          <w:color w:val="000000"/>
        </w:rPr>
        <w:t xml:space="preserve">    ①. </w:t>
      </w:r>
      <w:r>
        <w:rPr>
          <w:rFonts w:ascii="宋体" w:eastAsia="宋体" w:hAnsi="宋体" w:cs="宋体"/>
          <w:color w:val="000000"/>
        </w:rPr>
        <w:t>甲</w:t>
      </w:r>
      <w:r>
        <w:rPr>
          <w:color w:val="000000"/>
        </w:rPr>
        <w:t xml:space="preserve">    ②. </w:t>
      </w:r>
      <w:r>
        <w:pict>
          <v:shape id="_x0000_i721476" type="#_x0000_t75" alt="学科网(www.zxxk.com)--教育资源门户，提供试卷、教案、课件、论文、素材以及各类教学资源下载，还有大量而丰富的教学相关资讯！" style="width:21pt;height:14.25pt" o:oleicon="f" o:ole="">
            <v:imagedata r:id="rId542" o:title="eqIdd4f0e3992efedab109b99e6e172e6238"/>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）根据两商场的促销方案，即可求出哪家商场更划算；</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）设购物总额是</w:t>
      </w:r>
      <w:r>
        <w:rPr>
          <w:rFonts w:ascii="Times New Roman" w:eastAsia="Times New Roman" w:hAnsi="Times New Roman" w:cs="Times New Roman"/>
          <w:i/>
          <w:color w:val="000000"/>
        </w:rPr>
        <w:t>x</w:t>
      </w:r>
      <w:r>
        <w:rPr>
          <w:rFonts w:ascii="宋体" w:eastAsia="宋体" w:hAnsi="宋体" w:cs="宋体"/>
          <w:color w:val="000000"/>
        </w:rPr>
        <w:t>元时，甲、乙两商场实付款相同，选择适当的等量关系列出一元一次方程解方程求解即可</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）甲商场需要：</w:t>
      </w:r>
      <w:r>
        <w:pict>
          <v:shape id="_x0000_i721477" type="#_x0000_t75" alt="学科网(www.zxxk.com)--教育资源门户，提供试卷、教案、课件、论文、素材以及各类教学资源下载，还有大量而丰富的教学相关资讯！" style="width:81.15pt;height:13.95pt" o:oleicon="f" o:ole="">
            <v:imagedata r:id="rId543" o:title="eqIdf0015910822443446390c97fe54a2a8e"/>
          </v:shape>
        </w:pict>
      </w:r>
      <w:r>
        <w:rPr>
          <w:rFonts w:ascii="宋体" w:eastAsia="宋体" w:hAnsi="宋体" w:cs="宋体"/>
          <w:color w:val="000000"/>
        </w:rPr>
        <w:t>（元）</w:t>
      </w:r>
    </w:p>
    <w:p>
      <w:pPr>
        <w:spacing w:line="360" w:lineRule="auto"/>
        <w:jc w:val="left"/>
        <w:textAlignment w:val="center"/>
        <w:rPr>
          <w:color w:val="000000"/>
        </w:rPr>
      </w:pPr>
      <w:r>
        <w:rPr>
          <w:rFonts w:ascii="宋体" w:eastAsia="宋体" w:hAnsi="宋体" w:cs="宋体"/>
          <w:color w:val="000000"/>
        </w:rPr>
        <w:t>乙商场需要：</w:t>
      </w:r>
      <w:r>
        <w:pict>
          <v:shape id="_x0000_i721478" type="#_x0000_t75" alt="学科网(www.zxxk.com)--教育资源门户，提供试卷、教案、课件、论文、素材以及各类教学资源下载，还有大量而丰富的教学相关资讯！" style="width:170.85pt;height:19.9pt" o:oleicon="f" o:ole="">
            <v:imagedata r:id="rId544" o:title="eqId92988a8474a4fd14090144d35fcff2a3"/>
          </v:shape>
        </w:pict>
      </w:r>
      <w:r>
        <w:rPr>
          <w:rFonts w:ascii="宋体" w:eastAsia="宋体" w:hAnsi="宋体" w:cs="宋体"/>
          <w:color w:val="000000"/>
        </w:rPr>
        <w:t>（元）</w:t>
      </w:r>
    </w:p>
    <w:p>
      <w:pPr>
        <w:spacing w:line="360" w:lineRule="auto"/>
        <w:jc w:val="left"/>
        <w:textAlignment w:val="center"/>
        <w:rPr>
          <w:color w:val="000000"/>
        </w:rPr>
      </w:pPr>
      <w:r>
        <w:pict>
          <v:shape id="_x0000_i721479" type="#_x0000_t75" alt="学科网(www.zxxk.com)--教育资源门户，提供试卷、教案、课件、论文、素材以及各类教学资源下载，还有大量而丰富的教学相关资讯！" style="width:60.2pt;height:13.95pt" o:oleicon="f" o:ole="">
            <v:imagedata r:id="rId545" o:title="eqId535aa9b9363618d65b324309e73c77a8"/>
          </v:shape>
        </w:pict>
      </w:r>
    </w:p>
    <w:p>
      <w:pPr>
        <w:spacing w:line="360" w:lineRule="auto"/>
        <w:jc w:val="left"/>
        <w:textAlignment w:val="center"/>
        <w:rPr>
          <w:color w:val="000000"/>
        </w:rPr>
      </w:pPr>
      <w:r>
        <w:pict>
          <v:shape id="_x0000_i721480" type="#_x0000_t75" alt="学科网(www.zxxk.com)--教育资源门户，提供试卷、教案、课件、论文、素材以及各类教学资源下载，还有大量而丰富的教学相关资讯！" style="width:9.75pt;height:9pt" o:oleicon="f" o:ole="">
            <v:imagedata r:id="rId546" o:title="eqId2de0d10ef8b748d4531250c37c5d3f9e"/>
          </v:shape>
        </w:pict>
      </w:r>
      <w:r>
        <w:rPr>
          <w:rFonts w:ascii="宋体" w:eastAsia="宋体" w:hAnsi="宋体" w:cs="宋体"/>
          <w:color w:val="000000"/>
        </w:rPr>
        <w:t>该顾客选择甲商场更划算；</w:t>
      </w:r>
    </w:p>
    <w:p>
      <w:pPr>
        <w:spacing w:line="360" w:lineRule="auto"/>
        <w:jc w:val="left"/>
        <w:textAlignment w:val="center"/>
        <w:rPr>
          <w:color w:val="000000"/>
        </w:rPr>
      </w:pPr>
      <w:r>
        <w:rPr>
          <w:rFonts w:ascii="宋体" w:eastAsia="宋体" w:hAnsi="宋体" w:cs="宋体"/>
          <w:color w:val="000000"/>
        </w:rPr>
        <w:t>故答案为：甲</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）设购物总额是</w:t>
      </w:r>
      <w:r>
        <w:pict>
          <v:shape id="_x0000_i721481" type="#_x0000_t75" alt="学科网(www.zxxk.com)--教育资源门户，提供试卷、教案、课件、论文、素材以及各类教学资源下载，还有大量而丰富的教学相关资讯！" style="width:9pt;height:9.75pt" o:oleicon="f" o:ole="">
            <v:imagedata r:id="rId547" o:title="eqId81dea63b8ce3e51adf66cf7b9982a248"/>
          </v:shape>
        </w:pict>
      </w:r>
      <w:r>
        <w:rPr>
          <w:rFonts w:ascii="宋体" w:eastAsia="宋体" w:hAnsi="宋体" w:cs="宋体"/>
          <w:color w:val="000000"/>
        </w:rPr>
        <w:t>元时，甲、乙两商场实付款相同，</w:t>
      </w:r>
    </w:p>
    <w:p>
      <w:pPr>
        <w:spacing w:line="360" w:lineRule="auto"/>
        <w:jc w:val="left"/>
        <w:textAlignment w:val="center"/>
        <w:rPr>
          <w:color w:val="000000"/>
        </w:rPr>
      </w:pPr>
      <w:r>
        <w:rPr>
          <w:rFonts w:ascii="宋体" w:eastAsia="宋体" w:hAnsi="宋体" w:cs="宋体"/>
          <w:color w:val="000000"/>
        </w:rPr>
        <w:t>当</w:t>
      </w:r>
      <w:r>
        <w:pict>
          <v:shape id="_x0000_i721482" type="#_x0000_t75" alt="学科网(www.zxxk.com)--教育资源门户，提供试卷、教案、课件、论文、素材以及各类教学资源下载，还有大量而丰富的教学相关资讯！" style="width:39.75pt;height:14.25pt" o:oleicon="f" o:ole="">
            <v:imagedata r:id="rId548" o:title="eqId493bf8c443434d0c3a0adc4697e1cbb0"/>
          </v:shape>
        </w:pict>
      </w:r>
      <w:r>
        <w:rPr>
          <w:rFonts w:ascii="宋体" w:eastAsia="宋体" w:hAnsi="宋体" w:cs="宋体"/>
          <w:color w:val="000000"/>
        </w:rPr>
        <w:t>时，</w:t>
      </w:r>
      <w:r>
        <w:pict>
          <v:shape id="_x0000_i721483" type="#_x0000_t75" alt="学科网(www.zxxk.com)--教育资源门户，提供试卷、教案、课件、论文、素材以及各类教学资源下载，还有大量而丰富的教学相关资讯！" style="width:48.9pt;height:13.95pt" o:oleicon="f" o:ole="">
            <v:imagedata r:id="rId549" o:title="eqId65841f6bfc7c8c1ffddcdb2f97b7d727"/>
          </v:shape>
        </w:pict>
      </w:r>
      <w:r>
        <w:rPr>
          <w:rFonts w:ascii="宋体" w:eastAsia="宋体" w:hAnsi="宋体" w:cs="宋体"/>
          <w:color w:val="000000"/>
        </w:rPr>
        <w:t>，此方程无解，</w:t>
      </w:r>
    </w:p>
    <w:p>
      <w:pPr>
        <w:spacing w:line="360" w:lineRule="auto"/>
        <w:jc w:val="left"/>
        <w:textAlignment w:val="center"/>
        <w:rPr>
          <w:color w:val="000000"/>
        </w:rPr>
      </w:pPr>
      <w:r>
        <w:rPr>
          <w:rFonts w:ascii="宋体" w:eastAsia="宋体" w:hAnsi="宋体" w:cs="宋体"/>
          <w:color w:val="000000"/>
        </w:rPr>
        <w:t>当</w:t>
      </w:r>
      <w:r>
        <w:pict>
          <v:shape id="_x0000_i721484" type="#_x0000_t75" alt="学科网(www.zxxk.com)--教育资源门户，提供试卷、教案、课件、论文、素材以及各类教学资源下载，还有大量而丰富的教学相关资讯！" style="width:69pt;height:14.25pt" o:oleicon="f" o:ole="">
            <v:imagedata r:id="rId550" o:title="eqIdc3680b29315f1a95851432602c036c22"/>
          </v:shape>
        </w:pict>
      </w:r>
      <w:r>
        <w:rPr>
          <w:rFonts w:ascii="宋体" w:eastAsia="宋体" w:hAnsi="宋体" w:cs="宋体"/>
          <w:color w:val="000000"/>
        </w:rPr>
        <w:t>时，则</w:t>
      </w:r>
      <w:r>
        <w:pict>
          <v:shape id="_x0000_i721485" type="#_x0000_t75" alt="学科网(www.zxxk.com)--教育资源门户，提供试卷、教案、课件、论文、素材以及各类教学资源下载，还有大量而丰富的教学相关资讯！" style="width:69.85pt;height:13.95pt" o:oleicon="f" o:ole="">
            <v:imagedata r:id="rId551" o:title="eqId3ec55d876223d4d345f5319387ad4b80"/>
          </v:shape>
        </w:pict>
      </w:r>
      <w:r>
        <w:rPr>
          <w:rFonts w:ascii="宋体" w:eastAsia="宋体" w:hAnsi="宋体" w:cs="宋体"/>
          <w:color w:val="000000"/>
        </w:rPr>
        <w:t>，此方程无解</w:t>
      </w:r>
    </w:p>
    <w:p>
      <w:pPr>
        <w:spacing w:line="360" w:lineRule="auto"/>
        <w:jc w:val="left"/>
        <w:textAlignment w:val="center"/>
        <w:rPr>
          <w:color w:val="000000"/>
        </w:rPr>
      </w:pPr>
      <w:r>
        <w:rPr>
          <w:rFonts w:ascii="宋体" w:eastAsia="宋体" w:hAnsi="宋体" w:cs="宋体"/>
          <w:color w:val="000000"/>
        </w:rPr>
        <w:t>当</w:t>
      </w:r>
      <w:r>
        <w:pict>
          <v:shape id="_x0000_i721486" type="#_x0000_t75" alt="学科网(www.zxxk.com)--教育资源门户，提供试卷、教案、课件、论文、素材以及各类教学资源下载，还有大量而丰富的教学相关资讯！" style="width:39.75pt;height:14.25pt" o:oleicon="f" o:ole="">
            <v:imagedata r:id="rId552" o:title="eqIda107647d02ee84ff7660cf5d91174f4b"/>
          </v:shape>
        </w:pict>
      </w:r>
      <w:r>
        <w:rPr>
          <w:rFonts w:ascii="宋体" w:eastAsia="宋体" w:hAnsi="宋体" w:cs="宋体"/>
          <w:color w:val="000000"/>
        </w:rPr>
        <w:t>时</w:t>
      </w:r>
    </w:p>
    <w:p>
      <w:pPr>
        <w:spacing w:line="360" w:lineRule="auto"/>
        <w:jc w:val="left"/>
        <w:textAlignment w:val="center"/>
        <w:rPr>
          <w:color w:val="000000"/>
        </w:rPr>
      </w:pPr>
      <w:r>
        <w:rPr>
          <w:rFonts w:ascii="宋体" w:eastAsia="宋体" w:hAnsi="宋体" w:cs="宋体"/>
          <w:color w:val="000000"/>
        </w:rPr>
        <w:t>依题意，</w:t>
      </w:r>
      <w:r>
        <w:pict>
          <v:shape id="_x0000_i721487" type="#_x0000_t75" alt="学科网(www.zxxk.com)--教育资源门户，提供试卷、教案、课件、论文、素材以及各类教学资源下载，还有大量而丰富的教学相关资讯！" style="width:161.2pt;height:19.9pt" o:oleicon="f" o:ole="">
            <v:imagedata r:id="rId553" o:title="eqIde8fbd4f4f3dda6ea860d8d32687b1c03"/>
          </v:shape>
        </w:pict>
      </w:r>
    </w:p>
    <w:p>
      <w:pPr>
        <w:spacing w:line="360" w:lineRule="auto"/>
        <w:jc w:val="left"/>
        <w:textAlignment w:val="center"/>
        <w:rPr>
          <w:color w:val="000000"/>
        </w:rPr>
      </w:pPr>
      <w:r>
        <w:rPr>
          <w:rFonts w:ascii="宋体" w:eastAsia="宋体" w:hAnsi="宋体" w:cs="宋体"/>
          <w:color w:val="000000"/>
        </w:rPr>
        <w:t>解得</w:t>
      </w:r>
      <w:r>
        <w:pict>
          <v:shape id="_x0000_i721488" type="#_x0000_t75" alt="学科网(www.zxxk.com)--教育资源门户，提供试卷、教案、课件、论文、素材以及各类教学资源下载，还有大量而丰富的教学相关资讯！" style="width:39pt;height:14.25pt" o:oleicon="f" o:ole="">
            <v:imagedata r:id="rId554" o:title="eqId4ead39e46fa44678ca653067d190a636"/>
          </v:shape>
        </w:pict>
      </w:r>
    </w:p>
    <w:p>
      <w:pPr>
        <w:spacing w:line="360" w:lineRule="auto"/>
        <w:jc w:val="left"/>
        <w:textAlignment w:val="center"/>
        <w:rPr>
          <w:color w:val="000000"/>
        </w:rPr>
      </w:pPr>
      <w:r>
        <w:rPr>
          <w:rFonts w:ascii="宋体" w:eastAsia="宋体" w:hAnsi="宋体" w:cs="宋体"/>
          <w:color w:val="000000"/>
        </w:rPr>
        <w:t>故答案为：</w:t>
      </w:r>
      <w:r>
        <w:pict>
          <v:shape id="_x0000_i721489" type="#_x0000_t75" alt="学科网(www.zxxk.com)--教育资源门户，提供试卷、教案、课件、论文、素材以及各类教学资源下载，还有大量而丰富的教学相关资讯！" style="width:21pt;height:14.25pt" o:oleicon="f" o:ole="">
            <v:imagedata r:id="rId555" o:title="eqIdd4f0e3992efedab109b99e6e172e6238"/>
          </v:shape>
        </w:pict>
      </w:r>
    </w:p>
    <w:p>
      <w:pPr>
        <w:spacing w:line="360" w:lineRule="auto"/>
        <w:jc w:val="left"/>
        <w:textAlignment w:val="center"/>
        <w:rPr>
          <w:color w:val="000000"/>
        </w:rPr>
      </w:pPr>
      <w:r>
        <w:rPr>
          <w:color w:val="000000"/>
        </w:rPr>
        <w:t>【点睛】</w:t>
      </w:r>
      <w:r>
        <w:rPr>
          <w:rFonts w:ascii="宋体" w:eastAsia="宋体" w:hAnsi="宋体" w:cs="宋体"/>
          <w:color w:val="000000"/>
        </w:rPr>
        <w:t>本题考查了一元一次方程的应用，找出题目中的数量关系是解题的关键．</w:t>
      </w:r>
    </w:p>
    <w:p>
      <w:pPr>
        <w:spacing w:line="360" w:lineRule="auto"/>
        <w:jc w:val="left"/>
        <w:textAlignment w:val="center"/>
        <w:rPr>
          <w:color w:val="000000"/>
        </w:rPr>
      </w:pPr>
      <w:r>
        <w:rPr>
          <w:rFonts w:ascii="宋体" w:eastAsia="宋体" w:hAnsi="宋体" w:cs="宋体"/>
          <w:b/>
          <w:color w:val="000000"/>
          <w:sz w:val="24"/>
        </w:rPr>
        <w:t>三、解答题（本大题共</w:t>
      </w:r>
      <w:r>
        <w:rPr>
          <w:rFonts w:ascii="Times New Roman" w:eastAsia="Times New Roman" w:hAnsi="Times New Roman" w:cs="Times New Roman"/>
          <w:b/>
          <w:color w:val="000000"/>
          <w:sz w:val="24"/>
        </w:rPr>
        <w:t>54</w:t>
      </w:r>
      <w:r>
        <w:rPr>
          <w:rFonts w:ascii="宋体" w:eastAsia="宋体" w:hAnsi="宋体" w:cs="宋体"/>
          <w:b/>
          <w:color w:val="000000"/>
          <w:sz w:val="24"/>
        </w:rPr>
        <w:t>分，第</w:t>
      </w:r>
      <w:r>
        <w:rPr>
          <w:rFonts w:ascii="Times New Roman" w:eastAsia="Times New Roman" w:hAnsi="Times New Roman" w:cs="Times New Roman"/>
          <w:b/>
          <w:color w:val="000000"/>
          <w:sz w:val="24"/>
        </w:rPr>
        <w:t>19</w:t>
      </w:r>
      <w:r>
        <w:rPr>
          <w:rFonts w:ascii="宋体" w:eastAsia="宋体" w:hAnsi="宋体" w:cs="宋体"/>
          <w:b/>
          <w:color w:val="000000"/>
          <w:sz w:val="24"/>
        </w:rPr>
        <w:t>，</w:t>
      </w:r>
      <w:r>
        <w:rPr>
          <w:rFonts w:ascii="Times New Roman" w:eastAsia="Times New Roman" w:hAnsi="Times New Roman" w:cs="Times New Roman"/>
          <w:b/>
          <w:color w:val="000000"/>
          <w:sz w:val="24"/>
        </w:rPr>
        <w:t>20</w:t>
      </w:r>
      <w:r>
        <w:rPr>
          <w:rFonts w:ascii="宋体" w:eastAsia="宋体" w:hAnsi="宋体" w:cs="宋体"/>
          <w:b/>
          <w:color w:val="000000"/>
          <w:sz w:val="24"/>
        </w:rPr>
        <w:t>题，每小题</w:t>
      </w:r>
      <w:r>
        <w:rPr>
          <w:rFonts w:ascii="Times New Roman" w:eastAsia="Times New Roman" w:hAnsi="Times New Roman" w:cs="Times New Roman"/>
          <w:b/>
          <w:color w:val="000000"/>
          <w:sz w:val="24"/>
        </w:rPr>
        <w:t>8</w:t>
      </w:r>
      <w:r>
        <w:rPr>
          <w:rFonts w:ascii="宋体" w:eastAsia="宋体" w:hAnsi="宋体" w:cs="宋体"/>
          <w:b/>
          <w:color w:val="000000"/>
          <w:sz w:val="24"/>
        </w:rPr>
        <w:t>分，第</w:t>
      </w:r>
      <w:r>
        <w:rPr>
          <w:rFonts w:ascii="Times New Roman" w:eastAsia="Times New Roman" w:hAnsi="Times New Roman" w:cs="Times New Roman"/>
          <w:b/>
          <w:color w:val="000000"/>
          <w:sz w:val="24"/>
        </w:rPr>
        <w:t>21~25</w:t>
      </w:r>
      <w:r>
        <w:rPr>
          <w:rFonts w:ascii="宋体" w:eastAsia="宋体" w:hAnsi="宋体" w:cs="宋体"/>
          <w:b/>
          <w:color w:val="000000"/>
          <w:sz w:val="24"/>
        </w:rPr>
        <w:t>题，每小题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26</w:t>
      </w:r>
      <w:r>
        <w:rPr>
          <w:rFonts w:ascii="宋体" w:eastAsia="宋体" w:hAnsi="宋体" w:cs="宋体"/>
          <w:b/>
          <w:color w:val="000000"/>
          <w:sz w:val="24"/>
        </w:rPr>
        <w:t>题</w:t>
      </w:r>
      <w:r>
        <w:rPr>
          <w:rFonts w:ascii="Times New Roman" w:eastAsia="Times New Roman" w:hAnsi="Times New Roman" w:cs="Times New Roman"/>
          <w:b/>
          <w:color w:val="000000"/>
          <w:sz w:val="24"/>
        </w:rPr>
        <w:t>7</w:t>
      </w:r>
      <w:r>
        <w:rPr>
          <w:rFonts w:ascii="宋体" w:eastAsia="宋体" w:hAnsi="宋体" w:cs="宋体"/>
          <w:b/>
          <w:color w:val="000000"/>
          <w:sz w:val="24"/>
        </w:rPr>
        <w:t>分，第</w:t>
      </w:r>
      <w:r>
        <w:rPr>
          <w:rFonts w:ascii="Times New Roman" w:eastAsia="Times New Roman" w:hAnsi="Times New Roman" w:cs="Times New Roman"/>
          <w:b/>
          <w:color w:val="000000"/>
          <w:sz w:val="24"/>
        </w:rPr>
        <w:t>27</w:t>
      </w:r>
      <w:r>
        <w:rPr>
          <w:rFonts w:ascii="宋体" w:eastAsia="宋体" w:hAnsi="宋体" w:cs="宋体"/>
          <w:b/>
          <w:color w:val="000000"/>
          <w:sz w:val="24"/>
        </w:rPr>
        <w:t>题</w:t>
      </w:r>
      <w:r>
        <w:rPr>
          <w:rFonts w:ascii="Times New Roman" w:eastAsia="Times New Roman" w:hAnsi="Times New Roman" w:cs="Times New Roman"/>
          <w:b/>
          <w:color w:val="000000"/>
          <w:sz w:val="24"/>
        </w:rPr>
        <w:t>6</w:t>
      </w:r>
      <w:r>
        <w:rPr>
          <w:rFonts w:ascii="宋体" w:eastAsia="宋体" w:hAnsi="宋体" w:cs="宋体"/>
          <w:b/>
          <w:color w:val="000000"/>
          <w:sz w:val="24"/>
        </w:rPr>
        <w:t>分）</w:t>
      </w:r>
    </w:p>
    <w:p>
      <w:pPr>
        <w:pStyle w:val="Heading2"/>
      </w:pPr>
      <w:r>
        <w:t>燕山区</w:t>
      </w:r>
    </w:p>
    <w:p>
      <w:pPr>
        <w:spacing w:line="360" w:lineRule="auto"/>
        <w:jc w:val="left"/>
        <w:textAlignment w:val="center"/>
        <w:rPr>
          <w:color w:val="000000"/>
        </w:rPr>
      </w:pPr>
      <w:r>
        <w:rPr>
          <w:color w:val="000000"/>
        </w:rPr>
        <w:t xml:space="preserve">16. </w:t>
      </w:r>
      <w:r>
        <w:rPr>
          <w:rFonts w:ascii="宋体" w:eastAsia="宋体" w:hAnsi="宋体" w:cs="宋体"/>
          <w:color w:val="000000"/>
        </w:rPr>
        <w:t>周末，小康一家和姑姑一家</w:t>
      </w:r>
      <w:r>
        <w:rPr>
          <w:rFonts w:ascii="Times New Roman" w:eastAsia="Times New Roman" w:hAnsi="Times New Roman" w:cs="Times New Roman"/>
          <w:color w:val="000000"/>
        </w:rPr>
        <w:t>(</w:t>
      </w:r>
      <w:r>
        <w:rPr>
          <w:rFonts w:ascii="宋体" w:eastAsia="宋体" w:hAnsi="宋体" w:cs="宋体"/>
          <w:color w:val="000000"/>
        </w:rPr>
        <w:t>共</w:t>
      </w:r>
      <w:r>
        <w:rPr>
          <w:rFonts w:ascii="Times New Roman" w:eastAsia="Times New Roman" w:hAnsi="Times New Roman" w:cs="Times New Roman"/>
          <w:color w:val="000000"/>
        </w:rPr>
        <w:t>6</w:t>
      </w:r>
      <w:r>
        <w:rPr>
          <w:rFonts w:ascii="宋体" w:eastAsia="宋体" w:hAnsi="宋体" w:cs="宋体"/>
          <w:color w:val="000000"/>
        </w:rPr>
        <w:t>人</w:t>
      </w:r>
      <w:r>
        <w:rPr>
          <w:rFonts w:ascii="Times New Roman" w:eastAsia="Times New Roman" w:hAnsi="Times New Roman" w:cs="Times New Roman"/>
          <w:color w:val="000000"/>
        </w:rPr>
        <w:t>)</w:t>
      </w:r>
      <w:r>
        <w:rPr>
          <w:rFonts w:ascii="宋体" w:eastAsia="宋体" w:hAnsi="宋体" w:cs="宋体"/>
          <w:color w:val="000000"/>
        </w:rPr>
        <w:t>相约一起去观看电影《长津湖》．小康用手机查到家附近两家影城的票价和优惠活动如下：</w:t>
      </w:r>
    </w:p>
    <w:tbl>
      <w:tblPr>
        <w:tblStyle w:val="TableNormal"/>
        <w:tblW w:w="5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724"/>
        <w:gridCol w:w="1556"/>
        <w:gridCol w:w="2370"/>
      </w:tblGrid>
      <w:tr>
        <w:tblPrEx>
          <w:tblW w:w="5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255"/>
        </w:trPr>
        <w:tc>
          <w:tcPr>
            <w:tcW w:w="18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影城</w:t>
            </w:r>
          </w:p>
        </w:tc>
        <w:tc>
          <w:tcPr>
            <w:tcW w:w="18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票价</w:t>
            </w:r>
            <w:r>
              <w:rPr>
                <w:rFonts w:ascii="Times New Roman" w:eastAsia="Times New Roman" w:hAnsi="Times New Roman" w:cs="Times New Roman"/>
                <w:color w:val="000000"/>
              </w:rPr>
              <w:t>(</w:t>
            </w:r>
            <w:r>
              <w:rPr>
                <w:rFonts w:ascii="宋体" w:eastAsia="宋体" w:hAnsi="宋体" w:cs="宋体"/>
                <w:color w:val="000000"/>
              </w:rPr>
              <w:t>元</w:t>
            </w:r>
            <w:r>
              <w:rPr>
                <w:rFonts w:ascii="Times New Roman" w:eastAsia="Times New Roman" w:hAnsi="Times New Roman" w:cs="Times New Roman"/>
                <w:color w:val="000000"/>
              </w:rPr>
              <w:t>)</w:t>
            </w:r>
          </w:p>
        </w:tc>
        <w:tc>
          <w:tcPr>
            <w:tcW w:w="18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优惠活动</w:t>
            </w:r>
          </w:p>
        </w:tc>
      </w:tr>
      <w:tr>
        <w:tblPrEx>
          <w:tblW w:w="5670" w:type="dxa"/>
          <w:tblCellMar>
            <w:top w:w="120" w:type="dxa"/>
            <w:left w:w="120" w:type="dxa"/>
            <w:bottom w:w="120" w:type="dxa"/>
            <w:right w:w="120" w:type="dxa"/>
          </w:tblCellMar>
        </w:tblPrEx>
        <w:trPr>
          <w:cantSplit w:val="0"/>
          <w:trHeight w:val="255"/>
        </w:trPr>
        <w:tc>
          <w:tcPr>
            <w:tcW w:w="18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时光影城</w:t>
            </w:r>
          </w:p>
        </w:tc>
        <w:tc>
          <w:tcPr>
            <w:tcW w:w="18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48</w:t>
            </w:r>
          </w:p>
        </w:tc>
        <w:tc>
          <w:tcPr>
            <w:tcW w:w="18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学生票半价</w:t>
            </w:r>
          </w:p>
        </w:tc>
      </w:tr>
      <w:tr>
        <w:tblPrEx>
          <w:tblW w:w="5670" w:type="dxa"/>
          <w:tblCellMar>
            <w:top w:w="120" w:type="dxa"/>
            <w:left w:w="120" w:type="dxa"/>
            <w:bottom w:w="120" w:type="dxa"/>
            <w:right w:w="120" w:type="dxa"/>
          </w:tblCellMar>
        </w:tblPrEx>
        <w:trPr>
          <w:cantSplit w:val="0"/>
          <w:trHeight w:val="255"/>
        </w:trPr>
        <w:tc>
          <w:tcPr>
            <w:tcW w:w="18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遇见影城</w:t>
            </w:r>
          </w:p>
        </w:tc>
        <w:tc>
          <w:tcPr>
            <w:tcW w:w="18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50</w:t>
            </w:r>
          </w:p>
        </w:tc>
        <w:tc>
          <w:tcPr>
            <w:tcW w:w="18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网络购票，总价打八折</w:t>
            </w:r>
          </w:p>
        </w:tc>
      </w:tr>
    </w:tbl>
    <w:p>
      <w:pPr>
        <w:spacing w:line="360" w:lineRule="auto"/>
        <w:jc w:val="left"/>
        <w:textAlignment w:val="center"/>
        <w:rPr>
          <w:color w:val="000000"/>
        </w:rPr>
      </w:pPr>
      <w:r>
        <w:rPr>
          <w:rFonts w:ascii="宋体" w:eastAsia="宋体" w:hAnsi="宋体" w:cs="宋体"/>
          <w:color w:val="000000"/>
        </w:rPr>
        <w:t>小康利用网络给所有人都购了票，他发现在两家影城购票的总费用相同，则购票的总费用是</w:t>
      </w:r>
      <w:r>
        <w:rPr>
          <w:color w:val="000000"/>
        </w:rPr>
        <w:t>_____</w:t>
      </w:r>
      <w:r>
        <w:rPr>
          <w:rFonts w:ascii="宋体" w:eastAsia="宋体" w:hAnsi="宋体" w:cs="宋体"/>
          <w:color w:val="000000"/>
        </w:rPr>
        <w:t>元，两家共有学生</w:t>
      </w:r>
      <w:r>
        <w:rPr>
          <w:color w:val="000000"/>
        </w:rPr>
        <w:t>______</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 xml:space="preserve">    ①. </w:t>
      </w:r>
      <w:r>
        <w:rPr>
          <w:rFonts w:ascii="Times New Roman" w:eastAsia="Times New Roman" w:hAnsi="Times New Roman" w:cs="Times New Roman"/>
          <w:color w:val="000000"/>
        </w:rPr>
        <w:t>240</w:t>
      </w:r>
      <w:r>
        <w:rPr>
          <w:color w:val="000000"/>
        </w:rPr>
        <w:t xml:space="preserve">    ②. </w:t>
      </w:r>
      <w:r>
        <w:rPr>
          <w:rFonts w:ascii="Times New Roman" w:eastAsia="Times New Roman" w:hAnsi="Times New Roman" w:cs="Times New Roman"/>
          <w:color w:val="000000"/>
        </w:rPr>
        <w:t>2人</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先根据“遇见影城”的优惠方式可计算出总费用；然后设</w:t>
      </w:r>
      <w:r>
        <w:rPr>
          <w:rFonts w:ascii="Times New Roman" w:eastAsia="Times New Roman" w:hAnsi="Times New Roman" w:cs="Times New Roman"/>
          <w:color w:val="000000"/>
        </w:rPr>
        <w:t>6</w:t>
      </w:r>
      <w:r>
        <w:rPr>
          <w:rFonts w:ascii="宋体" w:eastAsia="宋体" w:hAnsi="宋体" w:cs="宋体"/>
          <w:color w:val="000000"/>
        </w:rPr>
        <w:t>人中学生</w:t>
      </w:r>
      <w:r>
        <w:rPr>
          <w:rFonts w:ascii="Times New Roman" w:eastAsia="Times New Roman" w:hAnsi="Times New Roman" w:cs="Times New Roman"/>
          <w:i/>
          <w:color w:val="000000"/>
        </w:rPr>
        <w:t>x</w:t>
      </w:r>
      <w:r>
        <w:rPr>
          <w:rFonts w:ascii="宋体" w:eastAsia="宋体" w:hAnsi="宋体" w:cs="宋体"/>
          <w:color w:val="000000"/>
        </w:rPr>
        <w:t>人，则成年人</w:t>
      </w:r>
      <w:r>
        <w:pict>
          <v:shape id="_x0000_i721490" type="#_x0000_t75" alt="学科网(www.zxxk.com)--教育资源门户，提供试卷、教案、课件、论文、素材以及各类教学资源下载，还有大量而丰富的教学相关资讯！" style="width:35.25pt;height:20.25pt" o:oleicon="f" o:ole="">
            <v:imagedata r:id="rId556" o:title="eqIdc9aa749cda5a74baaed14ccd4a09c9ed"/>
          </v:shape>
        </w:pict>
      </w:r>
      <w:r>
        <w:rPr>
          <w:rFonts w:ascii="宋体" w:eastAsia="宋体" w:hAnsi="宋体" w:cs="宋体"/>
          <w:color w:val="000000"/>
        </w:rPr>
        <w:t>人，根据“时光影城”的优惠方式计算费用列出方程求解即可得．</w:t>
      </w:r>
    </w:p>
    <w:p>
      <w:pPr>
        <w:spacing w:line="360" w:lineRule="auto"/>
        <w:jc w:val="left"/>
        <w:textAlignment w:val="center"/>
        <w:rPr>
          <w:color w:val="000000"/>
        </w:rPr>
      </w:pPr>
      <w:r>
        <w:rPr>
          <w:color w:val="000000"/>
        </w:rPr>
        <w:t>【详解】</w:t>
      </w:r>
      <w:r>
        <w:rPr>
          <w:rFonts w:ascii="宋体" w:eastAsia="宋体" w:hAnsi="宋体" w:cs="宋体"/>
          <w:color w:val="000000"/>
        </w:rPr>
        <w:t>解：共有</w:t>
      </w:r>
      <w:r>
        <w:rPr>
          <w:rFonts w:ascii="Times New Roman" w:eastAsia="Times New Roman" w:hAnsi="Times New Roman" w:cs="Times New Roman"/>
          <w:color w:val="000000"/>
        </w:rPr>
        <w:t>6</w:t>
      </w:r>
      <w:r>
        <w:rPr>
          <w:rFonts w:ascii="宋体" w:eastAsia="宋体" w:hAnsi="宋体" w:cs="宋体"/>
          <w:color w:val="000000"/>
        </w:rPr>
        <w:t>人看电影，根据“遇见影城”的优惠方式总费用为：</w:t>
      </w:r>
    </w:p>
    <w:p>
      <w:pPr>
        <w:spacing w:line="360" w:lineRule="auto"/>
        <w:jc w:val="left"/>
        <w:textAlignment w:val="center"/>
        <w:rPr>
          <w:color w:val="000000"/>
        </w:rPr>
      </w:pPr>
      <w:r>
        <w:pict>
          <v:shape id="_x0000_i721491" type="#_x0000_t75" alt="学科网(www.zxxk.com)--教育资源门户，提供试卷、教案、课件、论文、素材以及各类教学资源下载，还有大量而丰富的教学相关资讯！" style="width:90.75pt;height:14.25pt" o:oleicon="f" o:ole="">
            <v:imagedata r:id="rId557" o:title="eqId1aff4ec056c718fec4e0bd011f9e5d76"/>
          </v:shape>
        </w:pict>
      </w:r>
      <w:r>
        <w:rPr>
          <w:rFonts w:ascii="宋体" w:eastAsia="宋体" w:hAnsi="宋体" w:cs="宋体"/>
          <w:color w:val="000000"/>
        </w:rPr>
        <w:t>（元），</w:t>
      </w:r>
    </w:p>
    <w:p>
      <w:pPr>
        <w:spacing w:line="360" w:lineRule="auto"/>
        <w:jc w:val="left"/>
        <w:textAlignment w:val="center"/>
        <w:rPr>
          <w:color w:val="000000"/>
        </w:rPr>
      </w:pPr>
      <w:r>
        <w:rPr>
          <w:rFonts w:ascii="Cambria Math" w:eastAsia="Cambria Math" w:hAnsi="Cambria Math" w:cs="Cambria Math"/>
          <w:color w:val="000000"/>
        </w:rPr>
        <w:t>∴</w:t>
      </w:r>
      <w:r>
        <w:rPr>
          <w:rFonts w:ascii="宋体" w:eastAsia="宋体" w:hAnsi="宋体" w:cs="宋体"/>
          <w:color w:val="000000"/>
        </w:rPr>
        <w:t>购票的总费用是</w:t>
      </w:r>
      <w:r>
        <w:rPr>
          <w:rFonts w:ascii="Times New Roman" w:eastAsia="Times New Roman" w:hAnsi="Times New Roman" w:cs="Times New Roman"/>
          <w:color w:val="000000"/>
        </w:rPr>
        <w:t>240</w:t>
      </w:r>
      <w:r>
        <w:rPr>
          <w:rFonts w:ascii="宋体" w:eastAsia="宋体" w:hAnsi="宋体" w:cs="宋体"/>
          <w:color w:val="000000"/>
        </w:rPr>
        <w:t>元；</w:t>
      </w:r>
    </w:p>
    <w:p>
      <w:pPr>
        <w:spacing w:line="360" w:lineRule="auto"/>
        <w:jc w:val="left"/>
        <w:textAlignment w:val="center"/>
        <w:rPr>
          <w:color w:val="000000"/>
        </w:rPr>
      </w:pPr>
      <w:r>
        <w:rPr>
          <w:rFonts w:ascii="宋体" w:eastAsia="宋体" w:hAnsi="宋体" w:cs="宋体"/>
          <w:color w:val="000000"/>
        </w:rPr>
        <w:t>设</w:t>
      </w:r>
      <w:r>
        <w:rPr>
          <w:rFonts w:ascii="Times New Roman" w:eastAsia="Times New Roman" w:hAnsi="Times New Roman" w:cs="Times New Roman"/>
          <w:color w:val="000000"/>
        </w:rPr>
        <w:t>6</w:t>
      </w:r>
      <w:r>
        <w:rPr>
          <w:rFonts w:ascii="宋体" w:eastAsia="宋体" w:hAnsi="宋体" w:cs="宋体"/>
          <w:color w:val="000000"/>
        </w:rPr>
        <w:t>人中学生</w:t>
      </w:r>
      <w:r>
        <w:rPr>
          <w:rFonts w:ascii="Times New Roman" w:eastAsia="Times New Roman" w:hAnsi="Times New Roman" w:cs="Times New Roman"/>
          <w:i/>
          <w:color w:val="000000"/>
        </w:rPr>
        <w:t>x</w:t>
      </w:r>
      <w:r>
        <w:rPr>
          <w:rFonts w:ascii="宋体" w:eastAsia="宋体" w:hAnsi="宋体" w:cs="宋体"/>
          <w:color w:val="000000"/>
        </w:rPr>
        <w:t>人，则成年人</w:t>
      </w:r>
      <w:r>
        <w:pict>
          <v:shape id="_x0000_i721492" type="#_x0000_t75" alt="学科网(www.zxxk.com)--教育资源门户，提供试卷、教案、课件、论文、素材以及各类教学资源下载，还有大量而丰富的教学相关资讯！" style="width:35.25pt;height:20.25pt" o:oleicon="f" o:ole="">
            <v:imagedata r:id="rId558" o:title="eqIdc9aa749cda5a74baaed14ccd4a09c9ed"/>
          </v:shape>
        </w:pict>
      </w:r>
      <w:r>
        <w:rPr>
          <w:rFonts w:ascii="宋体" w:eastAsia="宋体" w:hAnsi="宋体" w:cs="宋体"/>
          <w:color w:val="000000"/>
        </w:rPr>
        <w:t>人，</w:t>
      </w:r>
    </w:p>
    <w:p>
      <w:pPr>
        <w:spacing w:line="360" w:lineRule="auto"/>
        <w:jc w:val="left"/>
        <w:textAlignment w:val="center"/>
        <w:rPr>
          <w:color w:val="000000"/>
        </w:rPr>
      </w:pPr>
      <w:r>
        <w:rPr>
          <w:rFonts w:ascii="宋体" w:eastAsia="宋体" w:hAnsi="宋体" w:cs="宋体"/>
          <w:color w:val="000000"/>
        </w:rPr>
        <w:t>根据“时光影城”的优惠方式计算费用得：</w:t>
      </w:r>
      <w:r>
        <w:pict>
          <v:shape id="_x0000_i721493" type="#_x0000_t75" alt="学科网(www.zxxk.com)--教育资源门户，提供试卷、教案、课件、论文、素材以及各类教学资源下载，还有大量而丰富的教学相关资讯！" style="width:132.75pt;height:30.75pt" o:oleicon="f" o:ole="">
            <v:imagedata r:id="rId559" o:title="eqId190274d500245f2be0d7dbe13aa8e7cb"/>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pict>
          <v:shape id="_x0000_i721494" type="#_x0000_t75" alt="学科网(www.zxxk.com)--教育资源门户，提供试卷、教案、课件、论文、素材以及各类教学资源下载，还有大量而丰富的教学相关资讯！" style="width:27.75pt;height:14.25pt" o:oleicon="f" o:ole="">
            <v:imagedata r:id="rId560" o:title="eqId2600a54b7bf3f79aaec7d49a47f6b4d2"/>
          </v:shape>
        </w:pict>
      </w:r>
      <w:r>
        <w:rPr>
          <w:rFonts w:ascii="宋体" w:eastAsia="宋体" w:hAnsi="宋体" w:cs="宋体"/>
          <w:color w:val="000000"/>
        </w:rPr>
        <w:t>，</w:t>
      </w:r>
    </w:p>
    <w:p>
      <w:pPr>
        <w:spacing w:line="360" w:lineRule="auto"/>
        <w:jc w:val="left"/>
        <w:textAlignment w:val="center"/>
        <w:rPr>
          <w:color w:val="000000"/>
        </w:rPr>
      </w:pPr>
      <w:r>
        <w:rPr>
          <w:rFonts w:ascii="Cambria Math" w:eastAsia="Cambria Math" w:hAnsi="Cambria Math" w:cs="Cambria Math"/>
          <w:color w:val="000000"/>
        </w:rPr>
        <w:t>∴</w:t>
      </w:r>
      <w:r>
        <w:rPr>
          <w:rFonts w:ascii="宋体" w:eastAsia="宋体" w:hAnsi="宋体" w:cs="宋体"/>
          <w:color w:val="000000"/>
        </w:rPr>
        <w:t>两家共有学生</w:t>
      </w:r>
      <w:r>
        <w:rPr>
          <w:rFonts w:ascii="Times New Roman" w:eastAsia="Times New Roman" w:hAnsi="Times New Roman" w:cs="Times New Roman"/>
          <w:color w:val="000000"/>
        </w:rPr>
        <w:t>2</w:t>
      </w:r>
      <w:r>
        <w:rPr>
          <w:rFonts w:ascii="宋体" w:eastAsia="宋体" w:hAnsi="宋体" w:cs="宋体"/>
          <w:color w:val="000000"/>
        </w:rPr>
        <w:t>人；</w:t>
      </w:r>
    </w:p>
    <w:p>
      <w:pPr>
        <w:spacing w:line="360" w:lineRule="auto"/>
        <w:jc w:val="left"/>
        <w:textAlignment w:val="center"/>
        <w:rPr>
          <w:color w:val="000000"/>
        </w:rPr>
      </w:pPr>
      <w:r>
        <w:rPr>
          <w:rFonts w:ascii="宋体" w:eastAsia="宋体" w:hAnsi="宋体" w:cs="宋体"/>
          <w:color w:val="000000"/>
        </w:rPr>
        <w:t>故答案为：①</w:t>
      </w:r>
      <w:r>
        <w:rPr>
          <w:rFonts w:ascii="Times New Roman" w:eastAsia="Times New Roman" w:hAnsi="Times New Roman" w:cs="Times New Roman"/>
          <w:color w:val="000000"/>
        </w:rPr>
        <w:t>240</w:t>
      </w:r>
      <w:r>
        <w:rPr>
          <w:rFonts w:ascii="宋体" w:eastAsia="宋体" w:hAnsi="宋体" w:cs="宋体"/>
          <w:color w:val="000000"/>
        </w:rPr>
        <w:t>；②</w:t>
      </w:r>
      <w:r>
        <w:rPr>
          <w:rFonts w:ascii="Times New Roman" w:eastAsia="Times New Roman" w:hAnsi="Times New Roman" w:cs="Times New Roman"/>
          <w:color w:val="000000"/>
        </w:rPr>
        <w:t>2</w:t>
      </w:r>
      <w:r>
        <w:rPr>
          <w:rFonts w:ascii="宋体" w:eastAsia="宋体" w:hAnsi="宋体" w:cs="宋体"/>
          <w:color w:val="000000"/>
        </w:rPr>
        <w:t>人．</w:t>
      </w:r>
    </w:p>
    <w:p>
      <w:pPr>
        <w:spacing w:line="360" w:lineRule="auto"/>
        <w:jc w:val="left"/>
        <w:textAlignment w:val="center"/>
        <w:rPr>
          <w:color w:val="000000"/>
        </w:rPr>
      </w:pPr>
      <w:r>
        <w:rPr>
          <w:color w:val="000000"/>
        </w:rPr>
        <w:t>【点睛】</w:t>
      </w:r>
      <w:r>
        <w:rPr>
          <w:rFonts w:ascii="宋体" w:eastAsia="宋体" w:hAnsi="宋体" w:cs="宋体"/>
          <w:color w:val="000000"/>
        </w:rPr>
        <w:t>题目主要考查一元一次方程的应用，理解题意，列出方程是解题关键．</w:t>
      </w:r>
    </w:p>
    <w:p>
      <w:pPr>
        <w:spacing w:line="240" w:lineRule="auto"/>
        <w:jc w:val="left"/>
        <w:textAlignment w:val="center"/>
        <w:rPr>
          <w:color w:val="000000"/>
        </w:rPr>
      </w:pPr>
      <w:r>
        <w:rPr>
          <w:rFonts w:ascii="宋体" w:eastAsia="宋体" w:hAnsi="宋体" w:cs="宋体"/>
          <w:b/>
          <w:color w:val="000000"/>
          <w:sz w:val="24"/>
        </w:rPr>
        <w:t>三、解答题</w:t>
      </w:r>
    </w:p>
    <w:p>
      <w:pPr>
        <w:pStyle w:val="Heading2"/>
      </w:pPr>
      <w:r>
        <w:t>石景山区</w:t>
      </w:r>
    </w:p>
    <w:p>
      <w:pPr>
        <w:spacing w:line="360" w:lineRule="auto"/>
        <w:jc w:val="left"/>
        <w:textAlignment w:val="center"/>
        <w:rPr>
          <w:color w:val="000000"/>
        </w:rPr>
      </w:pPr>
      <w:r>
        <w:rPr>
          <w:color w:val="000000"/>
        </w:rPr>
        <w:t xml:space="preserve">16. </w:t>
      </w:r>
      <w:r>
        <w:rPr>
          <w:rFonts w:ascii="宋体" w:eastAsia="宋体" w:hAnsi="宋体" w:cs="宋体"/>
          <w:color w:val="000000"/>
        </w:rPr>
        <w:t>一组按规律排列的代数式：</w:t>
      </w:r>
      <w:r>
        <w:pict>
          <v:shape id="_x0000_i721495" type="#_x0000_t75" alt="学科网(www.zxxk.com)--教育资源门户，提供试卷、教案、课件、论文、素材以及各类教学资源下载，还有大量而丰富的教学相关资讯！" style="width:152.9pt;height:17.3pt" o:oleicon="f" o:ole="">
            <v:imagedata r:id="rId561" o:title="eqId16af2e00a84994f970e9895babd51be1"/>
          </v:shape>
        </w:pict>
      </w:r>
      <w:r>
        <w:rPr>
          <w:rFonts w:ascii="宋体" w:eastAsia="宋体" w:hAnsi="宋体" w:cs="宋体"/>
          <w:color w:val="000000"/>
        </w:rPr>
        <w:t>，则第</w:t>
      </w:r>
      <w:r>
        <w:rPr>
          <w:rFonts w:ascii="Times New Roman" w:eastAsia="Times New Roman" w:hAnsi="Times New Roman" w:cs="Times New Roman"/>
          <w:color w:val="000000"/>
        </w:rPr>
        <w:t>5</w:t>
      </w:r>
      <w:r>
        <w:rPr>
          <w:rFonts w:ascii="宋体" w:eastAsia="宋体" w:hAnsi="宋体" w:cs="宋体"/>
          <w:color w:val="000000"/>
        </w:rPr>
        <w:t>个式子是</w:t>
      </w:r>
      <w:r>
        <w:rPr>
          <w:color w:val="000000"/>
        </w:rPr>
        <w:t>____</w:t>
      </w:r>
      <w:r>
        <w:rPr>
          <w:rFonts w:ascii="宋体" w:eastAsia="宋体" w:hAnsi="宋体" w:cs="宋体"/>
          <w:color w:val="000000"/>
        </w:rPr>
        <w:t>．第</w:t>
      </w:r>
      <w:r>
        <w:rPr>
          <w:rFonts w:ascii="Times New Roman" w:eastAsia="Times New Roman" w:hAnsi="Times New Roman" w:cs="Times New Roman"/>
          <w:color w:val="000000"/>
        </w:rPr>
        <w:t>2022</w:t>
      </w:r>
      <w:r>
        <w:rPr>
          <w:rFonts w:ascii="宋体" w:eastAsia="宋体" w:hAnsi="宋体" w:cs="宋体"/>
          <w:color w:val="000000"/>
        </w:rPr>
        <w:t>个式子是</w:t>
      </w:r>
      <w:r>
        <w:rPr>
          <w:color w:val="000000"/>
        </w:rPr>
        <w:t>___</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 xml:space="preserve">    ①. </w:t>
      </w:r>
      <w:r>
        <w:pict>
          <v:shape id="_x0000_i721496" type="#_x0000_t75" alt="学科网(www.zxxk.com)--教育资源门户，提供试卷、教案、课件、论文、素材以及各类教学资源下载，还有大量而丰富的教学相关资讯！" style="width:34.8pt;height:16.2pt" o:oleicon="f" o:ole="">
            <v:imagedata r:id="rId562" o:title="eqId6df0524aaa13bae4bec8218485e05c8c"/>
          </v:shape>
        </w:pict>
      </w:r>
      <w:r>
        <w:rPr>
          <w:color w:val="000000"/>
        </w:rPr>
        <w:t xml:space="preserve">    ②. </w:t>
      </w:r>
      <w:r>
        <w:pict>
          <v:shape id="_x0000_i721497" type="#_x0000_t75" alt="学科网(www.zxxk.com)--教育资源门户，提供试卷、教案、课件、论文、素材以及各类教学资源下载，还有大量而丰富的教学相关资讯！" style="width:55.8pt;height:16.2pt" o:oleicon="f" o:ole="">
            <v:imagedata r:id="rId563" o:title="eqId57c6dd2dce3d7030d50d00f2c8fc94d7"/>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根据已知式子得到每个式子的第一项中</w:t>
      </w:r>
      <w:r>
        <w:rPr>
          <w:rFonts w:ascii="Times New Roman" w:eastAsia="Times New Roman" w:hAnsi="Times New Roman" w:cs="Times New Roman"/>
          <w:i/>
          <w:color w:val="000000"/>
        </w:rPr>
        <w:t>a</w:t>
      </w:r>
      <w:r>
        <w:rPr>
          <w:rFonts w:ascii="宋体" w:eastAsia="宋体" w:hAnsi="宋体" w:cs="宋体"/>
          <w:color w:val="000000"/>
        </w:rPr>
        <w:t>的次数是式子的序号，第二项的符号：奇数项的符号都是正，偶数项的符号都是负，且第二项式子中</w:t>
      </w:r>
      <w:r>
        <w:rPr>
          <w:rFonts w:ascii="Times New Roman" w:eastAsia="Times New Roman" w:hAnsi="Times New Roman" w:cs="Times New Roman"/>
          <w:i/>
          <w:color w:val="000000"/>
        </w:rPr>
        <w:t>b</w:t>
      </w:r>
      <w:r>
        <w:rPr>
          <w:rFonts w:ascii="宋体" w:eastAsia="宋体" w:hAnsi="宋体" w:cs="宋体"/>
          <w:color w:val="000000"/>
        </w:rPr>
        <w:t>的次数是奇数</w:t>
      </w:r>
      <w:r>
        <w:rPr>
          <w:rFonts w:ascii="Times New Roman" w:eastAsia="Times New Roman" w:hAnsi="Times New Roman" w:cs="Times New Roman"/>
          <w:color w:val="000000"/>
        </w:rPr>
        <w:t>2</w:t>
      </w:r>
      <w:r>
        <w:rPr>
          <w:rFonts w:ascii="Times New Roman" w:eastAsia="Times New Roman" w:hAnsi="Times New Roman" w:cs="Times New Roman"/>
          <w:i/>
          <w:color w:val="000000"/>
        </w:rPr>
        <w:t>n</w:t>
      </w:r>
      <w:r>
        <w:rPr>
          <w:rFonts w:ascii="Times New Roman" w:eastAsia="Times New Roman" w:hAnsi="Times New Roman" w:cs="Times New Roman"/>
          <w:color w:val="000000"/>
        </w:rPr>
        <w:t>-1</w:t>
      </w:r>
      <w:r>
        <w:rPr>
          <w:rFonts w:ascii="宋体" w:eastAsia="宋体" w:hAnsi="宋体" w:cs="宋体"/>
          <w:color w:val="000000"/>
        </w:rPr>
        <w:t>，据此解题．</w:t>
      </w:r>
    </w:p>
    <w:p>
      <w:pPr>
        <w:spacing w:line="360" w:lineRule="auto"/>
        <w:jc w:val="left"/>
        <w:textAlignment w:val="center"/>
        <w:rPr>
          <w:color w:val="000000"/>
        </w:rPr>
      </w:pPr>
      <w:r>
        <w:rPr>
          <w:color w:val="000000"/>
        </w:rPr>
        <w:t>【详解】</w:t>
      </w:r>
      <w:r>
        <w:rPr>
          <w:rFonts w:ascii="宋体" w:eastAsia="宋体" w:hAnsi="宋体" w:cs="宋体"/>
          <w:color w:val="000000"/>
        </w:rPr>
        <w:t>解：由题意可得：</w:t>
      </w:r>
      <w:r>
        <w:pict>
          <v:shape id="_x0000_i721498" type="#_x0000_t75" alt="学科网(www.zxxk.com)--教育资源门户，提供试卷、教案、课件、论文、素材以及各类教学资源下载，还有大量而丰富的教学相关资讯！" style="width:152.9pt;height:17.3pt" o:oleicon="f" o:ole="">
            <v:imagedata r:id="rId564" o:title="eqId16af2e00a84994f970e9895babd51be1"/>
          </v:shape>
        </w:pict>
      </w:r>
      <w:r>
        <w:rPr>
          <w:rFonts w:ascii="宋体" w:eastAsia="宋体" w:hAnsi="宋体" w:cs="宋体"/>
          <w:color w:val="000000"/>
        </w:rPr>
        <w:t>，则第</w:t>
      </w:r>
      <w:r>
        <w:rPr>
          <w:rFonts w:ascii="Times New Roman" w:eastAsia="Times New Roman" w:hAnsi="Times New Roman" w:cs="Times New Roman"/>
          <w:color w:val="000000"/>
        </w:rPr>
        <w:t>5</w:t>
      </w:r>
      <w:r>
        <w:rPr>
          <w:rFonts w:ascii="宋体" w:eastAsia="宋体" w:hAnsi="宋体" w:cs="宋体"/>
          <w:color w:val="000000"/>
        </w:rPr>
        <w:t>个式子是</w:t>
      </w:r>
      <w:r>
        <w:pict>
          <v:shape id="_x0000_i721499" type="#_x0000_t75" alt="学科网(www.zxxk.com)--教育资源门户，提供试卷、教案、课件、论文、素材以及各类教学资源下载，还有大量而丰富的教学相关资讯！" style="width:34.8pt;height:16.2pt" o:oleicon="f" o:ole="">
            <v:imagedata r:id="rId565" o:title="eqId6df0524aaa13bae4bec8218485e05c8c"/>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2022</w:t>
      </w:r>
      <w:r>
        <w:rPr>
          <w:rFonts w:ascii="宋体" w:eastAsia="宋体" w:hAnsi="宋体" w:cs="宋体"/>
          <w:color w:val="000000"/>
        </w:rPr>
        <w:t>个式子是</w:t>
      </w:r>
      <w:r>
        <w:pict>
          <v:shape id="_x0000_i721500" type="#_x0000_t75" alt="学科网(www.zxxk.com)--教育资源门户，提供试卷、教案、课件、论文、素材以及各类教学资源下载，还有大量而丰富的教学相关资讯！" style="width:55.8pt;height:16.2pt" o:oleicon="f" o:ole="">
            <v:imagedata r:id="rId566" o:title="eqId57c6dd2dce3d7030d50d00f2c8fc94d7"/>
          </v:shape>
        </w:pict>
      </w:r>
    </w:p>
    <w:p>
      <w:pPr>
        <w:spacing w:line="360" w:lineRule="auto"/>
        <w:jc w:val="left"/>
        <w:textAlignment w:val="center"/>
        <w:rPr>
          <w:color w:val="000000"/>
        </w:rPr>
      </w:pPr>
      <w:r>
        <w:rPr>
          <w:rFonts w:ascii="宋体" w:eastAsia="宋体" w:hAnsi="宋体" w:cs="宋体"/>
          <w:color w:val="000000"/>
        </w:rPr>
        <w:t>故答案为：</w:t>
      </w:r>
      <w:r>
        <w:pict>
          <v:shape id="_x0000_i721501" type="#_x0000_t75" alt="学科网(www.zxxk.com)--教育资源门户，提供试卷、教案、课件、论文、素材以及各类教学资源下载，还有大量而丰富的教学相关资讯！" style="width:34.8pt;height:16.2pt" o:oleicon="f" o:ole="">
            <v:imagedata r:id="rId567" o:title="eqId6df0524aaa13bae4bec8218485e05c8c"/>
          </v:shape>
        </w:pict>
      </w:r>
      <w:r>
        <w:rPr>
          <w:rFonts w:ascii="宋体" w:eastAsia="宋体" w:hAnsi="宋体" w:cs="宋体"/>
          <w:color w:val="000000"/>
        </w:rPr>
        <w:t>，</w:t>
      </w:r>
      <w:r>
        <w:pict>
          <v:shape id="_x0000_i721502" type="#_x0000_t75" alt="学科网(www.zxxk.com)--教育资源门户，提供试卷、教案、课件、论文、素材以及各类教学资源下载，还有大量而丰富的教学相关资讯！" style="width:55.8pt;height:16.2pt" o:oleicon="f" o:ole="">
            <v:imagedata r:id="rId568" o:title="eqId57c6dd2dce3d7030d50d00f2c8fc94d7"/>
          </v:shape>
        </w:pi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本题考查多项式，属于找规律的题型，是基础考点，掌握相关知识是解题关键．</w:t>
      </w:r>
    </w:p>
    <w:p>
      <w:pPr>
        <w:spacing w:line="360" w:lineRule="auto"/>
        <w:jc w:val="left"/>
        <w:textAlignment w:val="center"/>
        <w:rPr>
          <w:color w:val="000000"/>
        </w:rPr>
      </w:pPr>
      <w:r>
        <w:rPr>
          <w:rFonts w:ascii="宋体" w:eastAsia="宋体" w:hAnsi="宋体" w:cs="宋体"/>
          <w:b/>
          <w:color w:val="000000"/>
          <w:sz w:val="24"/>
        </w:rPr>
        <w:t>三、解答题（解答应写出文字说明、演算步骤或证明过程）</w:t>
      </w:r>
    </w:p>
    <w:p>
      <w:pPr>
        <w:pStyle w:val="Heading2"/>
      </w:pPr>
      <w:r>
        <w:t>西城区</w:t>
      </w:r>
    </w:p>
    <w:p>
      <w:pPr>
        <w:spacing w:line="360" w:lineRule="auto"/>
        <w:jc w:val="left"/>
        <w:textAlignment w:val="center"/>
        <w:rPr>
          <w:color w:val="000000"/>
        </w:rPr>
      </w:pPr>
      <w:r>
        <w:rPr>
          <w:color w:val="000000"/>
        </w:rPr>
        <w:t xml:space="preserve">16. </w:t>
      </w:r>
      <w:r>
        <w:rPr>
          <w:rFonts w:ascii="宋体" w:eastAsia="宋体" w:hAnsi="宋体" w:cs="宋体"/>
          <w:color w:val="000000"/>
        </w:rPr>
        <w:t>在如图所示的星形图案中，十个“圆圈”中的数字分别是</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9</w:t>
      </w:r>
      <w:r>
        <w:rPr>
          <w:rFonts w:ascii="宋体" w:eastAsia="宋体" w:hAnsi="宋体" w:cs="宋体"/>
          <w:color w:val="000000"/>
        </w:rPr>
        <w:t>，</w:t>
      </w:r>
      <w:r>
        <w:rPr>
          <w:rFonts w:ascii="Times New Roman" w:eastAsia="Times New Roman" w:hAnsi="Times New Roman" w:cs="Times New Roman"/>
          <w:color w:val="000000"/>
        </w:rPr>
        <w:t>10</w:t>
      </w:r>
      <w:r>
        <w:rPr>
          <w:rFonts w:ascii="宋体" w:eastAsia="宋体" w:hAnsi="宋体" w:cs="宋体"/>
          <w:color w:val="000000"/>
        </w:rPr>
        <w:t>，</w:t>
      </w:r>
      <w:r>
        <w:rPr>
          <w:rFonts w:ascii="Times New Roman" w:eastAsia="Times New Roman" w:hAnsi="Times New Roman" w:cs="Times New Roman"/>
          <w:color w:val="000000"/>
        </w:rPr>
        <w:t>12</w:t>
      </w:r>
      <w:r>
        <w:rPr>
          <w:rFonts w:ascii="宋体" w:eastAsia="宋体" w:hAnsi="宋体" w:cs="宋体"/>
          <w:color w:val="000000"/>
        </w:rPr>
        <w:t>，并且每条“直线”上的四个数字之和都相等．请将图中的数字补全</w:t>
      </w:r>
      <w:r>
        <w:rPr>
          <w:color w:val="000000"/>
        </w:rPr>
        <w:t>______</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257425" cy="2143125"/>
            <wp:docPr id="413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0" name=""/>
                    <pic:cNvPicPr>
                      <a:picLocks noChangeAspect="1"/>
                    </pic:cNvPicPr>
                  </pic:nvPicPr>
                  <pic:blipFill>
                    <a:blip r:embed="rId569"/>
                    <a:stretch>
                      <a:fillRect/>
                    </a:stretch>
                  </pic:blipFill>
                  <pic:spPr>
                    <a:xfrm>
                      <a:off x="0" y="0"/>
                      <a:ext cx="2257425" cy="2143125"/>
                    </a:xfrm>
                    <a:prstGeom prst="rect">
                      <a:avLst/>
                    </a:prstGeom>
                  </pic:spPr>
                </pic:pic>
              </a:graphicData>
            </a:graphic>
          </wp:inline>
        </w:drawing>
      </w:r>
    </w:p>
    <w:p>
      <w:pPr>
        <w:spacing w:line="360" w:lineRule="auto"/>
        <w:textAlignment w:val="center"/>
        <w:rPr>
          <w:color w:val="000000"/>
        </w:rPr>
      </w:pPr>
      <w:r>
        <w:rPr>
          <w:color w:val="2E75B6"/>
        </w:rPr>
        <w:t>【答案】</w:t>
      </w:r>
      <w:r>
        <w:rPr>
          <w:rFonts w:ascii="宋体" w:eastAsia="宋体" w:hAnsi="宋体" w:cs="宋体"/>
          <w:color w:val="000000"/>
        </w:rPr>
        <w:t>见解析</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根据每条“直线”上</w:t>
      </w:r>
      <w:r>
        <w:rPr>
          <w:rFonts w:ascii="宋体" w:eastAsia="宋体" w:hAnsi="宋体" w:cs="宋体"/>
          <w:color w:val="000000"/>
          <w:position w:val="0"/>
        </w:rPr>
        <w:drawing>
          <wp:inline>
            <wp:extent cx="133350" cy="177800"/>
            <wp:docPr id="414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2" name=""/>
                    <pic:cNvPicPr>
                      <a:picLocks noChangeAspect="1"/>
                    </pic:cNvPicPr>
                  </pic:nvPicPr>
                  <pic:blipFill>
                    <a:blip r:embed="rId570"/>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四个数字之和都相等代入计算即可求解．</w:t>
      </w:r>
    </w:p>
    <w:p>
      <w:pPr>
        <w:spacing w:line="360" w:lineRule="auto"/>
        <w:jc w:val="left"/>
        <w:textAlignment w:val="center"/>
        <w:rPr>
          <w:color w:val="000000"/>
        </w:rPr>
      </w:pPr>
      <w:r>
        <w:rPr>
          <w:color w:val="000000"/>
        </w:rPr>
        <w:t>【详解】</w:t>
      </w:r>
      <w:r>
        <w:rPr>
          <w:rFonts w:ascii="宋体" w:eastAsia="宋体" w:hAnsi="宋体" w:cs="宋体"/>
          <w:color w:val="000000"/>
        </w:rPr>
        <w:t>解：根据每条“直线”上的四个数字之和都相等，可得：</w:t>
      </w:r>
    </w:p>
    <w:p>
      <w:pPr>
        <w:spacing w:line="360" w:lineRule="auto"/>
        <w:jc w:val="left"/>
        <w:textAlignment w:val="center"/>
        <w:rPr>
          <w:color w:val="000000"/>
        </w:rPr>
      </w:pPr>
      <w:r>
        <w:pict>
          <v:shape id="_x0000_i721503" type="#_x0000_t75" alt="学科网(www.zxxk.com)--教育资源门户，提供试卷、教案、课件、论文、素材以及各类教学资源下载，还有大量而丰富的教学相关资讯！" style="width:429.57pt;height:15.75pt" o:oleicon="f" o:ole="">
            <v:imagedata r:id="rId571" o:title="eqId7001fc6fb07d582d74a8d4e39fcdd8eb"/>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如图所示：</w:t>
      </w:r>
    </w:p>
    <w:p>
      <w:pPr>
        <w:spacing w:line="360" w:lineRule="auto"/>
        <w:jc w:val="left"/>
        <w:textAlignment w:val="center"/>
        <w:rPr>
          <w:color w:val="000000"/>
        </w:rPr>
      </w:pPr>
      <w:r>
        <w:rPr>
          <w:color w:val="000000"/>
        </w:rPr>
        <w:drawing>
          <wp:inline>
            <wp:extent cx="2247900" cy="2305050"/>
            <wp:docPr id="414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4" name=""/>
                    <pic:cNvPicPr>
                      <a:picLocks noChangeAspect="1"/>
                    </pic:cNvPicPr>
                  </pic:nvPicPr>
                  <pic:blipFill>
                    <a:blip r:embed="rId572"/>
                    <a:stretch>
                      <a:fillRect/>
                    </a:stretch>
                  </pic:blipFill>
                  <pic:spPr>
                    <a:xfrm>
                      <a:off x="0" y="0"/>
                      <a:ext cx="2247900" cy="23050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故答案为：</w:t>
      </w:r>
      <w:r>
        <w:rPr>
          <w:color w:val="000000"/>
        </w:rPr>
        <w:drawing>
          <wp:inline>
            <wp:extent cx="2247900" cy="2305050"/>
            <wp:docPr id="414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6" name=""/>
                    <pic:cNvPicPr>
                      <a:picLocks noChangeAspect="1"/>
                    </pic:cNvPicPr>
                  </pic:nvPicPr>
                  <pic:blipFill>
                    <a:blip r:embed="rId573"/>
                    <a:stretch>
                      <a:fillRect/>
                    </a:stretch>
                  </pic:blipFill>
                  <pic:spPr>
                    <a:xfrm>
                      <a:off x="0" y="0"/>
                      <a:ext cx="2247900" cy="2305050"/>
                    </a:xfrm>
                    <a:prstGeom prst="rect">
                      <a:avLst/>
                    </a:prstGeom>
                  </pic:spPr>
                </pic:pic>
              </a:graphicData>
            </a:graphic>
          </wp:inline>
        </w:drawing>
      </w:r>
    </w:p>
    <w:p>
      <w:pPr>
        <w:spacing w:line="360" w:lineRule="auto"/>
        <w:jc w:val="left"/>
        <w:textAlignment w:val="center"/>
        <w:rPr>
          <w:color w:val="000000"/>
        </w:rPr>
      </w:pPr>
      <w:r>
        <w:rPr>
          <w:color w:val="000000"/>
        </w:rPr>
        <w:t>【点睛】</w:t>
      </w:r>
      <w:r>
        <w:rPr>
          <w:rFonts w:ascii="宋体" w:eastAsia="宋体" w:hAnsi="宋体" w:cs="宋体"/>
          <w:color w:val="000000"/>
        </w:rPr>
        <w:t>本题考查有理数的加法，解题关键是根据每条“直线”上的四个数字之和都相等进行计算．</w:t>
      </w:r>
    </w:p>
    <w:p>
      <w:pPr>
        <w:spacing w:line="360" w:lineRule="auto"/>
        <w:jc w:val="left"/>
        <w:textAlignment w:val="center"/>
        <w:rPr>
          <w:color w:val="000000"/>
        </w:rPr>
      </w:pPr>
      <w:r>
        <w:rPr>
          <w:rFonts w:ascii="宋体" w:eastAsia="宋体" w:hAnsi="宋体" w:cs="宋体"/>
          <w:b/>
          <w:color w:val="000000"/>
          <w:sz w:val="24"/>
        </w:rPr>
        <w:t>三、解答题（共</w:t>
      </w:r>
      <w:r>
        <w:rPr>
          <w:rFonts w:ascii="Times New Roman" w:eastAsia="Times New Roman" w:hAnsi="Times New Roman" w:cs="Times New Roman"/>
          <w:b/>
          <w:color w:val="000000"/>
          <w:sz w:val="24"/>
        </w:rPr>
        <w:t>68</w:t>
      </w:r>
      <w:r>
        <w:rPr>
          <w:rFonts w:ascii="宋体" w:eastAsia="宋体" w:hAnsi="宋体" w:cs="宋体"/>
          <w:b/>
          <w:color w:val="000000"/>
          <w:sz w:val="24"/>
        </w:rPr>
        <w:t>分，第</w:t>
      </w:r>
      <w:r>
        <w:rPr>
          <w:rFonts w:ascii="Times New Roman" w:eastAsia="Times New Roman" w:hAnsi="Times New Roman" w:cs="Times New Roman"/>
          <w:b/>
          <w:color w:val="000000"/>
          <w:sz w:val="24"/>
        </w:rPr>
        <w:t>17</w:t>
      </w:r>
      <w:r>
        <w:rPr>
          <w:rFonts w:ascii="宋体" w:eastAsia="宋体" w:hAnsi="宋体" w:cs="宋体"/>
          <w:b/>
          <w:color w:val="000000"/>
          <w:sz w:val="24"/>
        </w:rPr>
        <w:t>题</w:t>
      </w:r>
      <w:r>
        <w:rPr>
          <w:rFonts w:ascii="Times New Roman" w:eastAsia="Times New Roman" w:hAnsi="Times New Roman" w:cs="Times New Roman"/>
          <w:b/>
          <w:color w:val="000000"/>
          <w:sz w:val="24"/>
        </w:rPr>
        <w:t>18</w:t>
      </w:r>
      <w:r>
        <w:rPr>
          <w:rFonts w:ascii="宋体" w:eastAsia="宋体" w:hAnsi="宋体" w:cs="宋体"/>
          <w:b/>
          <w:color w:val="000000"/>
          <w:sz w:val="24"/>
        </w:rPr>
        <w:t>分，第</w:t>
      </w:r>
      <w:r>
        <w:pict>
          <v:shape id="_x0000_i721504" type="#_x0000_t75" alt="学科网(www.zxxk.com)--教育资源门户，提供试卷、教案、课件、论文、素材以及各类教学资源下载，还有大量而丰富的教学相关资讯！" style="width:35.25pt;height:14.25pt" o:oleicon="f" o:ole="">
            <v:imagedata r:id="rId574" o:title="eqId6cf29332c38c4a5cd64578693358be8c"/>
          </v:shape>
        </w:pict>
      </w:r>
      <w:r>
        <w:rPr>
          <w:rFonts w:ascii="宋体" w:eastAsia="宋体" w:hAnsi="宋体" w:cs="宋体"/>
          <w:b/>
          <w:color w:val="000000"/>
          <w:sz w:val="24"/>
        </w:rPr>
        <w:t>题，每题</w:t>
      </w:r>
      <w:r>
        <w:rPr>
          <w:rFonts w:ascii="Times New Roman" w:eastAsia="Times New Roman" w:hAnsi="Times New Roman" w:cs="Times New Roman"/>
          <w:b/>
          <w:color w:val="000000"/>
          <w:sz w:val="24"/>
        </w:rPr>
        <w:t>6</w:t>
      </w:r>
      <w:r>
        <w:rPr>
          <w:rFonts w:ascii="宋体" w:eastAsia="宋体" w:hAnsi="宋体" w:cs="宋体"/>
          <w:b/>
          <w:color w:val="000000"/>
          <w:sz w:val="24"/>
        </w:rPr>
        <w:t>分，第</w:t>
      </w:r>
      <w:r>
        <w:rPr>
          <w:rFonts w:ascii="Times New Roman" w:eastAsia="Times New Roman" w:hAnsi="Times New Roman" w:cs="Times New Roman"/>
          <w:b/>
          <w:color w:val="000000"/>
          <w:sz w:val="24"/>
        </w:rPr>
        <w:t>20</w:t>
      </w:r>
      <w:r>
        <w:rPr>
          <w:rFonts w:ascii="宋体" w:eastAsia="宋体" w:hAnsi="宋体" w:cs="宋体"/>
          <w:b/>
          <w:color w:val="000000"/>
          <w:sz w:val="24"/>
        </w:rPr>
        <w:t>题</w:t>
      </w:r>
      <w:r>
        <w:rPr>
          <w:rFonts w:ascii="Times New Roman" w:eastAsia="Times New Roman" w:hAnsi="Times New Roman" w:cs="Times New Roman"/>
          <w:b/>
          <w:color w:val="000000"/>
          <w:sz w:val="24"/>
        </w:rPr>
        <w:t>11</w:t>
      </w:r>
      <w:r>
        <w:rPr>
          <w:rFonts w:ascii="宋体" w:eastAsia="宋体" w:hAnsi="宋体" w:cs="宋体"/>
          <w:b/>
          <w:color w:val="000000"/>
          <w:sz w:val="24"/>
        </w:rPr>
        <w:t>分，第</w:t>
      </w:r>
      <w:r>
        <w:rPr>
          <w:rFonts w:ascii="Times New Roman" w:eastAsia="Times New Roman" w:hAnsi="Times New Roman" w:cs="Times New Roman"/>
          <w:b/>
          <w:color w:val="000000"/>
          <w:sz w:val="24"/>
        </w:rPr>
        <w:t>21</w:t>
      </w:r>
      <w:r>
        <w:rPr>
          <w:rFonts w:ascii="宋体" w:eastAsia="宋体" w:hAnsi="宋体" w:cs="宋体"/>
          <w:b/>
          <w:color w:val="000000"/>
          <w:sz w:val="24"/>
        </w:rPr>
        <w:t>题</w:t>
      </w:r>
      <w:r>
        <w:rPr>
          <w:rFonts w:ascii="Times New Roman" w:eastAsia="Times New Roman" w:hAnsi="Times New Roman" w:cs="Times New Roman"/>
          <w:b/>
          <w:color w:val="000000"/>
          <w:sz w:val="24"/>
        </w:rPr>
        <w:t>7</w:t>
      </w:r>
      <w:r>
        <w:rPr>
          <w:rFonts w:ascii="宋体" w:eastAsia="宋体" w:hAnsi="宋体" w:cs="宋体"/>
          <w:b/>
          <w:color w:val="000000"/>
          <w:sz w:val="24"/>
        </w:rPr>
        <w:t>分，第</w:t>
      </w:r>
      <w:r>
        <w:rPr>
          <w:rFonts w:ascii="Times New Roman" w:eastAsia="Times New Roman" w:hAnsi="Times New Roman" w:cs="Times New Roman"/>
          <w:b/>
          <w:color w:val="000000"/>
          <w:sz w:val="24"/>
        </w:rPr>
        <w:t>22</w:t>
      </w:r>
      <w:r>
        <w:rPr>
          <w:rFonts w:ascii="宋体" w:eastAsia="宋体" w:hAnsi="宋体" w:cs="宋体"/>
          <w:b/>
          <w:color w:val="000000"/>
          <w:sz w:val="24"/>
        </w:rPr>
        <w:t>题</w:t>
      </w:r>
      <w:r>
        <w:rPr>
          <w:rFonts w:ascii="Times New Roman" w:eastAsia="Times New Roman" w:hAnsi="Times New Roman" w:cs="Times New Roman"/>
          <w:b/>
          <w:color w:val="000000"/>
          <w:sz w:val="24"/>
        </w:rPr>
        <w:t>8</w:t>
      </w:r>
      <w:r>
        <w:rPr>
          <w:rFonts w:ascii="宋体" w:eastAsia="宋体" w:hAnsi="宋体" w:cs="宋体"/>
          <w:b/>
          <w:color w:val="000000"/>
          <w:sz w:val="24"/>
        </w:rPr>
        <w:t>分，第</w:t>
      </w:r>
      <w:r>
        <w:pict>
          <v:shape id="_x0000_i721505" type="#_x0000_t75" alt="学科网(www.zxxk.com)--教育资源门户，提供试卷、教案、课件、论文、素材以及各类教学资源下载，还有大量而丰富的教学相关资讯！" style="width:38.5pt;height:14.5pt" o:oleicon="f" o:ole="">
            <v:imagedata r:id="rId575" o:title="eqId1cb9b476daad4f10c614daf095d50dfb"/>
          </v:shape>
        </w:pict>
      </w:r>
      <w:r>
        <w:rPr>
          <w:rFonts w:ascii="宋体" w:eastAsia="宋体" w:hAnsi="宋体" w:cs="宋体"/>
          <w:b/>
          <w:color w:val="000000"/>
          <w:sz w:val="24"/>
        </w:rPr>
        <w:t>题，每题</w:t>
      </w:r>
      <w:r>
        <w:rPr>
          <w:rFonts w:ascii="Times New Roman" w:eastAsia="Times New Roman" w:hAnsi="Times New Roman" w:cs="Times New Roman"/>
          <w:b/>
          <w:color w:val="000000"/>
          <w:sz w:val="24"/>
        </w:rPr>
        <w:t>6</w:t>
      </w:r>
      <w:r>
        <w:rPr>
          <w:rFonts w:ascii="宋体" w:eastAsia="宋体" w:hAnsi="宋体" w:cs="宋体"/>
          <w:b/>
          <w:color w:val="000000"/>
          <w:sz w:val="24"/>
        </w:rPr>
        <w:t>分）</w:t>
      </w:r>
    </w:p>
    <w:p>
      <w:pPr>
        <w:pStyle w:val="Heading2"/>
      </w:pPr>
      <w:r>
        <w:t>通州区</w:t>
      </w:r>
    </w:p>
    <w:p>
      <w:pPr>
        <w:spacing w:line="360" w:lineRule="auto"/>
        <w:jc w:val="left"/>
        <w:textAlignment w:val="center"/>
        <w:rPr>
          <w:color w:val="000000"/>
        </w:rPr>
      </w:pPr>
      <w:r>
        <w:rPr>
          <w:color w:val="000000"/>
        </w:rPr>
        <w:t xml:space="preserve">18. </w:t>
      </w:r>
      <w:r>
        <w:rPr>
          <w:rFonts w:ascii="宋体" w:eastAsia="宋体" w:hAnsi="宋体" w:cs="宋体"/>
          <w:color w:val="000000"/>
        </w:rPr>
        <w:t>如图，在数轴上有一点</w:t>
      </w:r>
      <w:r>
        <w:rPr>
          <w:rFonts w:ascii="Times New Roman" w:eastAsia="Times New Roman" w:hAnsi="Times New Roman" w:cs="Times New Roman"/>
          <w:i/>
          <w:color w:val="000000"/>
        </w:rPr>
        <w:t>A</w:t>
      </w:r>
      <w:r>
        <w:rPr>
          <w:rFonts w:ascii="宋体" w:eastAsia="宋体" w:hAnsi="宋体" w:cs="宋体"/>
          <w:color w:val="000000"/>
        </w:rPr>
        <w:t>，将点</w:t>
      </w:r>
      <w:r>
        <w:rPr>
          <w:rFonts w:ascii="Times New Roman" w:eastAsia="Times New Roman" w:hAnsi="Times New Roman" w:cs="Times New Roman"/>
          <w:i/>
          <w:color w:val="000000"/>
        </w:rPr>
        <w:t>A</w:t>
      </w:r>
      <w:r>
        <w:rPr>
          <w:rFonts w:ascii="宋体" w:eastAsia="宋体" w:hAnsi="宋体" w:cs="宋体"/>
          <w:color w:val="000000"/>
        </w:rPr>
        <w:t>向右移动</w:t>
      </w:r>
      <w:r>
        <w:rPr>
          <w:rFonts w:ascii="Times New Roman" w:eastAsia="Times New Roman" w:hAnsi="Times New Roman" w:cs="Times New Roman"/>
          <w:color w:val="000000"/>
        </w:rPr>
        <w:t>1</w:t>
      </w:r>
      <w:r>
        <w:rPr>
          <w:rFonts w:ascii="宋体" w:eastAsia="宋体" w:hAnsi="宋体" w:cs="宋体"/>
          <w:color w:val="000000"/>
        </w:rPr>
        <w:t>个单位得到点</w:t>
      </w:r>
      <w:r>
        <w:rPr>
          <w:rFonts w:ascii="Times New Roman" w:eastAsia="Times New Roman" w:hAnsi="Times New Roman" w:cs="Times New Roman"/>
          <w:i/>
          <w:color w:val="000000"/>
        </w:rPr>
        <w:t>B</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向右移动</w:t>
      </w:r>
      <w:r>
        <w:rPr>
          <w:rFonts w:ascii="Times New Roman" w:eastAsia="Times New Roman" w:hAnsi="Times New Roman" w:cs="Times New Roman"/>
          <w:color w:val="000000"/>
        </w:rPr>
        <w:t>2</w:t>
      </w:r>
      <w:r>
        <w:rPr>
          <w:rFonts w:ascii="宋体" w:eastAsia="宋体" w:hAnsi="宋体" w:cs="宋体"/>
          <w:color w:val="000000"/>
        </w:rPr>
        <w:t>个单位得到点</w:t>
      </w:r>
      <w:r>
        <w:rPr>
          <w:rFonts w:ascii="Times New Roman" w:eastAsia="Times New Roman" w:hAnsi="Times New Roman" w:cs="Times New Roman"/>
          <w:i/>
          <w:color w:val="000000"/>
        </w:rPr>
        <w:t>C</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分别表示有理数</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三点在数轴上的位置如图所示，</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三个数的乘积为负数．若这三个数的和与其中的一个数相等，则</w:t>
      </w:r>
      <w:r>
        <w:rPr>
          <w:rFonts w:ascii="Times New Roman" w:eastAsia="Times New Roman" w:hAnsi="Times New Roman" w:cs="Times New Roman"/>
          <w:i/>
          <w:color w:val="000000"/>
        </w:rPr>
        <w:t>a</w:t>
      </w:r>
      <w:r>
        <w:rPr>
          <w:rFonts w:ascii="宋体" w:eastAsia="宋体" w:hAnsi="宋体" w:cs="宋体"/>
          <w:color w:val="000000"/>
        </w:rPr>
        <w:t>的值为</w:t>
      </w:r>
      <w:r>
        <w:rPr>
          <w:color w:val="000000"/>
        </w:rPr>
        <w:t>_________</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152650" cy="238125"/>
            <wp:docPr id="414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8" name=""/>
                    <pic:cNvPicPr>
                      <a:picLocks noChangeAspect="1"/>
                    </pic:cNvPicPr>
                  </pic:nvPicPr>
                  <pic:blipFill>
                    <a:blip r:embed="rId576"/>
                    <a:stretch>
                      <a:fillRect/>
                    </a:stretch>
                  </pic:blipFill>
                  <pic:spPr>
                    <a:xfrm>
                      <a:off x="0" y="0"/>
                      <a:ext cx="2152650" cy="238125"/>
                    </a:xfrm>
                    <a:prstGeom prst="rect">
                      <a:avLst/>
                    </a:prstGeom>
                  </pic:spPr>
                </pic:pic>
              </a:graphicData>
            </a:graphic>
          </wp:inline>
        </w:drawing>
      </w:r>
      <w:r>
        <w:rPr>
          <w:color w:val="000000"/>
        </w:rPr>
        <w:br/>
      </w:r>
    </w:p>
    <w:p>
      <w:pPr>
        <w:spacing w:line="360" w:lineRule="auto"/>
        <w:textAlignment w:val="center"/>
        <w:rPr>
          <w:color w:val="000000"/>
        </w:rPr>
      </w:pPr>
      <w:r>
        <w:rPr>
          <w:color w:val="2E75B6"/>
        </w:rPr>
        <w:t>【答案】</w:t>
      </w:r>
      <w:r>
        <w:pict>
          <v:shape id="_x0000_i721506" type="#_x0000_t75" alt="学科网(www.zxxk.com)--教育资源门户，提供试卷、教案、课件、论文、素材以及各类教学资源下载，还有大量而丰富的教学相关资讯！" style="width:20.2pt;height:31.1pt" o:oleicon="f" o:ole="">
            <v:imagedata r:id="rId577" o:title="eqId3389f53711264b0acba3ba6019f8b908"/>
          </v:shape>
        </w:pict>
      </w:r>
      <w:r>
        <w:rPr>
          <w:color w:val="000000"/>
        </w:rPr>
        <w:t>##-0.5</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根据数轴、结合题意设</w:t>
      </w:r>
      <w:r>
        <w:pict>
          <v:shape id="_x0000_i721507" type="#_x0000_t75" alt="学科网(www.zxxk.com)--教育资源门户，提供试卷、教案、课件、论文、素材以及各类教学资源下载，还有大量而丰富的教学相关资讯！" style="width:9pt;height:9.75pt" o:oleicon="f" o:ole="">
            <v:imagedata r:id="rId578" o:title="eqId0a6936d370d6a238a608ca56f87198de"/>
          </v:shape>
        </w:pict>
      </w:r>
      <w:r>
        <w:rPr>
          <w:rFonts w:ascii="宋体" w:eastAsia="宋体" w:hAnsi="宋体" w:cs="宋体"/>
          <w:color w:val="000000"/>
        </w:rPr>
        <w:t>的值为</w:t>
      </w:r>
      <w:r>
        <w:pict>
          <v:shape id="_x0000_i721508" type="#_x0000_t75" alt="学科网(www.zxxk.com)--教育资源门户，提供试卷、教案、课件、论文、素材以及各类教学资源下载，还有大量而丰富的教学相关资讯！" style="width:9pt;height:9.75pt" o:oleicon="f" o:ole="">
            <v:imagedata r:id="rId579" o:title="eqId81dea63b8ce3e51adf66cf7b9982a248"/>
          </v:shape>
        </w:pict>
      </w:r>
      <w:r>
        <w:rPr>
          <w:rFonts w:ascii="宋体" w:eastAsia="宋体" w:hAnsi="宋体" w:cs="宋体"/>
          <w:color w:val="000000"/>
        </w:rPr>
        <w:t>，分情况列出方程，解方程即可．</w:t>
      </w:r>
    </w:p>
    <w:p>
      <w:pPr>
        <w:spacing w:line="360" w:lineRule="auto"/>
        <w:jc w:val="left"/>
        <w:textAlignment w:val="center"/>
        <w:rPr>
          <w:color w:val="000000"/>
        </w:rPr>
      </w:pPr>
      <w:r>
        <w:rPr>
          <w:color w:val="000000"/>
        </w:rPr>
        <w:t>【详解】</w:t>
      </w:r>
      <w:r>
        <w:rPr>
          <w:rFonts w:ascii="宋体" w:eastAsia="宋体" w:hAnsi="宋体" w:cs="宋体"/>
          <w:color w:val="000000"/>
        </w:rPr>
        <w:t>解：设</w:t>
      </w:r>
      <w:r>
        <w:pict>
          <v:shape id="_x0000_i721509" type="#_x0000_t75" alt="学科网(www.zxxk.com)--教育资源门户，提供试卷、教案、课件、论文、素材以及各类教学资源下载，还有大量而丰富的教学相关资讯！" style="width:9pt;height:9.75pt" o:oleicon="f" o:ole="">
            <v:imagedata r:id="rId580" o:title="eqId0a6936d370d6a238a608ca56f87198de"/>
          </v:shape>
        </w:pict>
      </w:r>
      <w:r>
        <w:rPr>
          <w:rFonts w:ascii="宋体" w:eastAsia="宋体" w:hAnsi="宋体" w:cs="宋体"/>
          <w:color w:val="000000"/>
        </w:rPr>
        <w:t>的值为</w:t>
      </w:r>
      <w:r>
        <w:pict>
          <v:shape id="_x0000_i721510" type="#_x0000_t75" alt="学科网(www.zxxk.com)--教育资源门户，提供试卷、教案、课件、论文、素材以及各类教学资源下载，还有大量而丰富的教学相关资讯！" style="width:9pt;height:9.75pt" o:oleicon="f" o:ole="">
            <v:imagedata r:id="rId581" o:title="eqId81dea63b8ce3e51adf66cf7b9982a248"/>
          </v:shape>
        </w:pict>
      </w:r>
      <w:r>
        <w:rPr>
          <w:rFonts w:ascii="宋体" w:eastAsia="宋体" w:hAnsi="宋体" w:cs="宋体"/>
          <w:color w:val="000000"/>
        </w:rPr>
        <w:t>，则</w:t>
      </w:r>
      <w:r>
        <w:pict>
          <v:shape id="_x0000_i721511" type="#_x0000_t75" alt="学科网(www.zxxk.com)--教育资源门户，提供试卷、教案、课件、论文、素材以及各类教学资源下载，还有大量而丰富的教学相关资讯！" style="width:9.9pt;height:14.35pt" o:oleicon="f" o:ole="">
            <v:imagedata r:id="rId582" o:title="eqId2c94bb12cee76221e13f9ef955b0aab1"/>
          </v:shape>
        </w:pict>
      </w:r>
      <w:r>
        <w:rPr>
          <w:rFonts w:ascii="宋体" w:eastAsia="宋体" w:hAnsi="宋体" w:cs="宋体"/>
          <w:color w:val="000000"/>
        </w:rPr>
        <w:t>的值为</w:t>
      </w:r>
      <w:r>
        <w:pict>
          <v:shape id="_x0000_i721512" type="#_x0000_t75" alt="学科网(www.zxxk.com)--教育资源门户，提供试卷、教案、课件、论文、素材以及各类教学资源下载，还有大量而丰富的教学相关资讯！" style="width:24pt;height:14.25pt" o:oleicon="f" o:ole="">
            <v:imagedata r:id="rId583" o:title="eqId73b5a9de8a72dda70e3eefeb0a408ffd"/>
          </v:shape>
        </w:pict>
      </w:r>
      <w:r>
        <w:rPr>
          <w:rFonts w:ascii="宋体" w:eastAsia="宋体" w:hAnsi="宋体" w:cs="宋体"/>
          <w:color w:val="000000"/>
        </w:rPr>
        <w:t>，</w:t>
      </w:r>
      <w:r>
        <w:pict>
          <v:shape id="_x0000_i721513" type="#_x0000_t75" alt="学科网(www.zxxk.com)--教育资源门户，提供试卷、教案、课件、论文、素材以及各类教学资源下载，还有大量而丰富的教学相关资讯！" style="width:9pt;height:11.25pt" o:oleicon="f" o:ole="">
            <v:imagedata r:id="rId584" o:title="eqId071a7e733d466949ac935b4b8ee8d183"/>
          </v:shape>
        </w:pict>
      </w:r>
      <w:r>
        <w:rPr>
          <w:rFonts w:ascii="宋体" w:eastAsia="宋体" w:hAnsi="宋体" w:cs="宋体"/>
          <w:color w:val="000000"/>
        </w:rPr>
        <w:t>的值为</w:t>
      </w:r>
      <w:r>
        <w:pict>
          <v:shape id="_x0000_i721514" type="#_x0000_t75" alt="学科网(www.zxxk.com)--教育资源门户，提供试卷、教案、课件、论文、素材以及各类教学资源下载，还有大量而丰富的教学相关资讯！" style="width:26.25pt;height:14.25pt" o:oleicon="f" o:ole="">
            <v:imagedata r:id="rId585" o:title="eqIde8314e2f98928b76d7fb74b09283f3db"/>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pict>
          <v:shape id="_x0000_i721515" type="#_x0000_t75" alt="学科网(www.zxxk.com)--教育资源门户，提供试卷、教案、课件、论文、素材以及各类教学资源下载，还有大量而丰富的教学相关资讯！" style="width:84pt;height:13pt" o:oleicon="f" o:ole="">
            <v:imagedata r:id="rId586" o:title="eqIda630f4d2e5538c50d1c5854a1c17f1c1"/>
          </v:shape>
        </w:pict>
      </w:r>
      <w:r>
        <w:rPr>
          <w:rFonts w:ascii="宋体" w:eastAsia="宋体" w:hAnsi="宋体" w:cs="宋体"/>
          <w:color w:val="000000"/>
        </w:rPr>
        <w:t>时，</w:t>
      </w:r>
      <w:r>
        <w:pict>
          <v:shape id="_x0000_i721516" type="#_x0000_t75" alt="学科网(www.zxxk.com)--教育资源门户，提供试卷、教案、课件、论文、素材以及各类教学资源下载，还有大量而丰富的教学相关资讯！" style="width:30.75pt;height:12.75pt" o:oleicon="f" o:ole="">
            <v:imagedata r:id="rId587" o:title="eqId639c3d2ff5ee566fcc1b69c65712a661"/>
          </v:shape>
        </w:pict>
      </w:r>
      <w:r>
        <w:rPr>
          <w:rFonts w:ascii="宋体" w:eastAsia="宋体" w:hAnsi="宋体" w:cs="宋体"/>
          <w:color w:val="000000"/>
        </w:rPr>
        <w:t>，</w:t>
      </w:r>
    </w:p>
    <w:p>
      <w:pPr>
        <w:spacing w:line="360" w:lineRule="auto"/>
        <w:jc w:val="left"/>
        <w:textAlignment w:val="center"/>
        <w:rPr>
          <w:color w:val="000000"/>
        </w:rPr>
      </w:pPr>
      <w:r>
        <w:pict>
          <v:shape id="_x0000_i721517" type="#_x0000_t75" alt="学科网(www.zxxk.com)--教育资源门户，提供试卷、教案、课件、论文、素材以及各类教学资源下载，还有大量而丰富的教学相关资讯！" style="width:30.75pt;height:12.75pt" o:oleicon="f" o:ole="">
            <v:imagedata r:id="rId588" o:title="eqIdf22a4a0dd7307a1323d25331e60782d8"/>
          </v:shape>
        </w:pict>
      </w:r>
      <w:r>
        <w:rPr>
          <w:rFonts w:ascii="宋体" w:eastAsia="宋体" w:hAnsi="宋体" w:cs="宋体"/>
          <w:color w:val="000000"/>
        </w:rPr>
        <w:t>，</w:t>
      </w:r>
      <w:r>
        <w:pict>
          <v:shape id="_x0000_i721518" type="#_x0000_t75" alt="学科网(www.zxxk.com)--教育资源门户，提供试卷、教案、课件、论文、素材以及各类教学资源下载，还有大量而丰富的教学相关资讯！" style="width:33.25pt;height:14.55pt" o:oleicon="f" o:ole="">
            <v:imagedata r:id="rId589" o:title="eqIdb86304c3e26200299a0480641525a283"/>
          </v:shape>
        </w:pict>
      </w:r>
      <w:r>
        <w:rPr>
          <w:rFonts w:ascii="宋体" w:eastAsia="宋体" w:hAnsi="宋体" w:cs="宋体"/>
          <w:color w:val="000000"/>
        </w:rPr>
        <w:t>，</w:t>
      </w:r>
      <w:r>
        <w:pict>
          <v:shape id="_x0000_i721519" type="#_x0000_t75" alt="学科网(www.zxxk.com)--教育资源门户，提供试卷、教案、课件、论文、素材以及各类教学资源下载，还有大量而丰富的教学相关资讯！" style="width:24.6pt;height:14.4pt" o:oleicon="f" o:ole="">
            <v:imagedata r:id="rId590" o:title="eqId4580cc037c0c760c728cdbb74a8154c6"/>
          </v:shape>
        </w:pict>
      </w:r>
      <w:r>
        <w:rPr>
          <w:rFonts w:ascii="宋体" w:eastAsia="宋体" w:hAnsi="宋体" w:cs="宋体"/>
          <w:color w:val="000000"/>
        </w:rPr>
        <w:t>，</w:t>
      </w:r>
    </w:p>
    <w:p>
      <w:pPr>
        <w:spacing w:line="360" w:lineRule="auto"/>
        <w:jc w:val="left"/>
        <w:textAlignment w:val="center"/>
        <w:rPr>
          <w:color w:val="000000"/>
        </w:rPr>
      </w:pPr>
      <w:r>
        <w:pict>
          <v:shape id="_x0000_i721520" type="#_x0000_t75" alt="学科网(www.zxxk.com)--教育资源门户，提供试卷、教案、课件、论文、素材以及各类教学资源下载，还有大量而丰富的教学相关资讯！" style="width:39pt;height:14.25pt" o:oleicon="f" o:ole="">
            <v:imagedata r:id="rId591" o:title="eqId73c21bd0bd90a89b7ff5ac0eacf612a5"/>
          </v:shape>
        </w:pict>
      </w:r>
      <w:r>
        <w:rPr>
          <w:rFonts w:ascii="宋体" w:eastAsia="宋体" w:hAnsi="宋体" w:cs="宋体"/>
          <w:color w:val="000000"/>
        </w:rPr>
        <w:t>，不合题意；</w:t>
      </w:r>
    </w:p>
    <w:p>
      <w:pPr>
        <w:spacing w:line="360" w:lineRule="auto"/>
        <w:jc w:val="left"/>
        <w:textAlignment w:val="center"/>
        <w:rPr>
          <w:color w:val="000000"/>
        </w:rPr>
      </w:pPr>
      <w:r>
        <w:rPr>
          <w:rFonts w:ascii="宋体" w:eastAsia="宋体" w:hAnsi="宋体" w:cs="宋体"/>
          <w:color w:val="000000"/>
        </w:rPr>
        <w:t>当</w:t>
      </w:r>
      <w:r>
        <w:pict>
          <v:shape id="_x0000_i721521" type="#_x0000_t75" alt="学科网(www.zxxk.com)--教育资源门户，提供试卷、教案、课件、论文、素材以及各类教学资源下载，还有大量而丰富的教学相关资讯！" style="width:97pt;height:13pt" o:oleicon="f" o:ole="">
            <v:imagedata r:id="rId592" o:title="eqIdc9f29ab6f5bd061f2d7d6f2d0498062a"/>
          </v:shape>
        </w:pict>
      </w:r>
      <w:r>
        <w:rPr>
          <w:rFonts w:ascii="宋体" w:eastAsia="宋体" w:hAnsi="宋体" w:cs="宋体"/>
          <w:color w:val="000000"/>
        </w:rPr>
        <w:t>时，</w:t>
      </w:r>
      <w:r>
        <w:pict>
          <v:shape id="_x0000_i721522" type="#_x0000_t75" alt="学科网(www.zxxk.com)--教育资源门户，提供试卷、教案、课件、论文、素材以及各类教学资源下载，还有大量而丰富的教学相关资讯！" style="width:38.25pt;height:30.75pt" o:oleicon="f" o:ole="">
            <v:imagedata r:id="rId593" o:title="eqId44ffc12c0f0e4be8074472571c9079cd"/>
          </v:shape>
        </w:pict>
      </w:r>
      <w:r>
        <w:rPr>
          <w:rFonts w:ascii="宋体" w:eastAsia="宋体" w:hAnsi="宋体" w:cs="宋体"/>
          <w:color w:val="000000"/>
        </w:rPr>
        <w:t>，</w:t>
      </w:r>
    </w:p>
    <w:p>
      <w:pPr>
        <w:spacing w:line="360" w:lineRule="auto"/>
        <w:jc w:val="left"/>
        <w:textAlignment w:val="center"/>
        <w:rPr>
          <w:color w:val="000000"/>
        </w:rPr>
      </w:pPr>
      <w:r>
        <w:pict>
          <v:shape id="_x0000_i721523" type="#_x0000_t75" alt="学科网(www.zxxk.com)--教育资源门户，提供试卷、教案、课件、论文、素材以及各类教学资源下载，还有大量而丰富的教学相关资讯！" style="width:38.25pt;height:30.75pt" o:oleicon="f" o:ole="">
            <v:imagedata r:id="rId594" o:title="eqId521976f4b831d5e16926de504af83567"/>
          </v:shape>
        </w:pict>
      </w:r>
      <w:r>
        <w:rPr>
          <w:rFonts w:ascii="宋体" w:eastAsia="宋体" w:hAnsi="宋体" w:cs="宋体"/>
          <w:color w:val="000000"/>
        </w:rPr>
        <w:t>，</w:t>
      </w:r>
      <w:r>
        <w:pict>
          <v:shape id="_x0000_i721524" type="#_x0000_t75" alt="学科网(www.zxxk.com)--教育资源门户，提供试卷、教案、课件、论文、素材以及各类教学资源下载，还有大量而丰富的教学相关资讯！" style="width:38.25pt;height:30.75pt" o:oleicon="f" o:ole="">
            <v:imagedata r:id="rId595" o:title="eqId94e7c300c2def88e87e2a8108655993c"/>
          </v:shape>
        </w:pict>
      </w:r>
      <w:r>
        <w:rPr>
          <w:rFonts w:ascii="宋体" w:eastAsia="宋体" w:hAnsi="宋体" w:cs="宋体"/>
          <w:color w:val="000000"/>
        </w:rPr>
        <w:t>，</w:t>
      </w:r>
      <w:r>
        <w:pict>
          <v:shape id="_x0000_i721525" type="#_x0000_t75" alt="学科网(www.zxxk.com)--教育资源门户，提供试卷、教案、课件、论文、素材以及各类教学资源下载，还有大量而丰富的教学相关资讯！" style="width:29.25pt;height:30.75pt" o:oleicon="f" o:ole="">
            <v:imagedata r:id="rId596" o:title="eqIdd773e8f41cd19e3efd7465374d0d9945"/>
          </v:shape>
        </w:pict>
      </w:r>
      <w:r>
        <w:rPr>
          <w:rFonts w:ascii="宋体" w:eastAsia="宋体" w:hAnsi="宋体" w:cs="宋体"/>
          <w:color w:val="000000"/>
        </w:rPr>
        <w:t>，</w:t>
      </w:r>
    </w:p>
    <w:p>
      <w:pPr>
        <w:spacing w:line="360" w:lineRule="auto"/>
        <w:jc w:val="left"/>
        <w:textAlignment w:val="center"/>
        <w:rPr>
          <w:color w:val="000000"/>
        </w:rPr>
      </w:pPr>
      <w:r>
        <w:pict>
          <v:shape id="_x0000_i721526" type="#_x0000_t75" alt="学科网(www.zxxk.com)--教育资源门户，提供试卷、教案、课件、论文、素材以及各类教学资源下载，还有大量而丰富的教学相关资讯！" style="width:39pt;height:14.25pt" o:oleicon="f" o:ole="">
            <v:imagedata r:id="rId597" o:title="eqId73c21bd0bd90a89b7ff5ac0eacf612a5"/>
          </v:shape>
        </w:pict>
      </w:r>
      <w:r>
        <w:rPr>
          <w:rFonts w:ascii="宋体" w:eastAsia="宋体" w:hAnsi="宋体" w:cs="宋体"/>
          <w:color w:val="000000"/>
        </w:rPr>
        <w:t>，不合题意；</w:t>
      </w:r>
    </w:p>
    <w:p>
      <w:pPr>
        <w:spacing w:line="360" w:lineRule="auto"/>
        <w:jc w:val="left"/>
        <w:textAlignment w:val="center"/>
        <w:rPr>
          <w:color w:val="000000"/>
        </w:rPr>
      </w:pPr>
      <w:r>
        <w:rPr>
          <w:rFonts w:ascii="宋体" w:eastAsia="宋体" w:hAnsi="宋体" w:cs="宋体"/>
          <w:color w:val="000000"/>
        </w:rPr>
        <w:t>当</w:t>
      </w:r>
      <w:r>
        <w:pict>
          <v:shape id="_x0000_i721527" type="#_x0000_t75" alt="学科网(www.zxxk.com)--教育资源门户，提供试卷、教案、课件、论文、素材以及各类教学资源下载，还有大量而丰富的教学相关资讯！" style="width:98.5pt;height:13pt" o:oleicon="f" o:ole="">
            <v:imagedata r:id="rId598" o:title="eqId8c5733781178e56a60aec3ca8157a0ed"/>
          </v:shape>
        </w:pict>
      </w:r>
      <w:r>
        <w:rPr>
          <w:rFonts w:ascii="宋体" w:eastAsia="宋体" w:hAnsi="宋体" w:cs="宋体"/>
          <w:color w:val="000000"/>
        </w:rPr>
        <w:t>时，</w:t>
      </w:r>
      <w:r>
        <w:pict>
          <v:shape id="_x0000_i721528" type="#_x0000_t75" alt="学科网(www.zxxk.com)--教育资源门户，提供试卷、教案、课件、论文、素材以及各类教学资源下载，还有大量而丰富的教学相关资讯！" style="width:33.75pt;height:27.75pt" o:oleicon="f" o:ole="">
            <v:imagedata r:id="rId599" o:title="eqId1c98a7f3a8bf384b1dfc1d34aebd46d2"/>
          </v:shape>
        </w:pict>
      </w:r>
      <w:r>
        <w:rPr>
          <w:rFonts w:ascii="宋体" w:eastAsia="宋体" w:hAnsi="宋体" w:cs="宋体"/>
          <w:color w:val="000000"/>
        </w:rPr>
        <w:t>，</w:t>
      </w:r>
    </w:p>
    <w:p>
      <w:pPr>
        <w:spacing w:line="360" w:lineRule="auto"/>
        <w:jc w:val="left"/>
        <w:textAlignment w:val="center"/>
        <w:rPr>
          <w:color w:val="000000"/>
        </w:rPr>
      </w:pPr>
      <w:r>
        <w:pict>
          <v:shape id="_x0000_i721529" type="#_x0000_t75" alt="学科网(www.zxxk.com)--教育资源门户，提供试卷、教案、课件、论文、素材以及各类教学资源下载，还有大量而丰富的教学相关资讯！" style="width:38.2pt;height:31.3pt" o:oleicon="f" o:ole="">
            <v:imagedata r:id="rId600" o:title="eqId37e9222ffc26c0e6bfbf252ab5d8a520"/>
          </v:shape>
        </w:pict>
      </w:r>
      <w:r>
        <w:rPr>
          <w:rFonts w:ascii="宋体" w:eastAsia="宋体" w:hAnsi="宋体" w:cs="宋体"/>
          <w:color w:val="000000"/>
        </w:rPr>
        <w:t>，</w:t>
      </w:r>
      <w:r>
        <w:pict>
          <v:shape id="_x0000_i721530" type="#_x0000_t75" alt="学科网(www.zxxk.com)--教育资源门户，提供试卷、教案、课件、论文、素材以及各类教学资源下载，还有大量而丰富的教学相关资讯！" style="width:29pt;height:31pt" o:oleicon="f" o:ole="">
            <v:imagedata r:id="rId601" o:title="eqIddc64eaf4cd6737b000b28f1fcdd16c4b"/>
          </v:shape>
        </w:pict>
      </w:r>
      <w:r>
        <w:rPr>
          <w:rFonts w:ascii="宋体" w:eastAsia="宋体" w:hAnsi="宋体" w:cs="宋体"/>
          <w:color w:val="000000"/>
        </w:rPr>
        <w:t>，</w:t>
      </w:r>
      <w:r>
        <w:pict>
          <v:shape id="_x0000_i721531" type="#_x0000_t75" alt="学科网(www.zxxk.com)--教育资源门户，提供试卷、教案、课件、论文、素材以及各类教学资源下载，还有大量而丰富的教学相关资讯！" style="width:29.25pt;height:30.75pt" o:oleicon="f" o:ole="">
            <v:imagedata r:id="rId602" o:title="eqId3c4876cb81ea77153ed3324a139b723d"/>
          </v:shape>
        </w:pict>
      </w:r>
      <w:r>
        <w:rPr>
          <w:rFonts w:ascii="宋体" w:eastAsia="宋体" w:hAnsi="宋体" w:cs="宋体"/>
          <w:color w:val="000000"/>
        </w:rPr>
        <w:t>，</w:t>
      </w:r>
    </w:p>
    <w:p>
      <w:pPr>
        <w:spacing w:line="360" w:lineRule="auto"/>
        <w:jc w:val="left"/>
        <w:textAlignment w:val="center"/>
        <w:rPr>
          <w:color w:val="000000"/>
        </w:rPr>
      </w:pPr>
      <w:r>
        <w:pict>
          <v:shape id="_x0000_i721532" type="#_x0000_t75" alt="学科网(www.zxxk.com)--教育资源门户，提供试卷、教案、课件、论文、素材以及各类教学资源下载，还有大量而丰富的教学相关资讯！" style="width:36pt;height:14.1pt" o:oleicon="f" o:ole="">
            <v:imagedata r:id="rId603" o:title="eqId16de2d7f06346a0fc6b5d6822e746237"/>
          </v:shape>
        </w:pict>
      </w:r>
      <w:r>
        <w:rPr>
          <w:rFonts w:ascii="宋体" w:eastAsia="宋体" w:hAnsi="宋体" w:cs="宋体"/>
          <w:color w:val="000000"/>
        </w:rPr>
        <w:t>，符合题意，</w:t>
      </w:r>
    </w:p>
    <w:p>
      <w:pPr>
        <w:spacing w:line="360" w:lineRule="auto"/>
        <w:jc w:val="left"/>
        <w:textAlignment w:val="center"/>
        <w:rPr>
          <w:color w:val="000000"/>
        </w:rPr>
      </w:pPr>
      <w:r>
        <w:rPr>
          <w:rFonts w:ascii="宋体" w:eastAsia="宋体" w:hAnsi="宋体" w:cs="宋体"/>
          <w:color w:val="000000"/>
        </w:rPr>
        <w:t>故答案是：</w:t>
      </w:r>
      <w:r>
        <w:pict>
          <v:shape id="_x0000_i721533" type="#_x0000_t75" alt="学科网(www.zxxk.com)--教育资源门户，提供试卷、教案、课件、论文、素材以及各类教学资源下载，还有大量而丰富的教学相关资讯！" style="width:20.2pt;height:31.1pt" o:oleicon="f" o:ole="">
            <v:imagedata r:id="rId604" o:title="eqId3389f53711264b0acba3ba6019f8b908"/>
          </v:shape>
        </w:pi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w:t>
      </w:r>
      <w:r>
        <w:rPr>
          <w:rFonts w:ascii="宋体" w:eastAsia="宋体" w:hAnsi="宋体" w:cs="宋体"/>
          <w:color w:val="000000"/>
          <w:position w:val="0"/>
        </w:rPr>
        <w:drawing>
          <wp:inline>
            <wp:extent cx="133350" cy="177800"/>
            <wp:docPr id="414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0" name=""/>
                    <pic:cNvPicPr>
                      <a:picLocks noChangeAspect="1"/>
                    </pic:cNvPicPr>
                  </pic:nvPicPr>
                  <pic:blipFill>
                    <a:blip r:embed="rId605"/>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是有理数的乘法、一元一次方程、数轴，解题的关键是掌握有理数的乘法法则、灵活运用分类讨论思想解决．</w:t>
      </w:r>
    </w:p>
    <w:p>
      <w:pPr>
        <w:spacing w:line="240" w:lineRule="auto"/>
        <w:jc w:val="left"/>
        <w:textAlignment w:val="center"/>
        <w:rPr>
          <w:color w:val="000000"/>
        </w:rPr>
      </w:pPr>
      <w:r>
        <w:rPr>
          <w:rFonts w:ascii="宋体" w:eastAsia="宋体" w:hAnsi="宋体" w:cs="宋体"/>
          <w:b/>
          <w:color w:val="000000"/>
          <w:sz w:val="24"/>
        </w:rPr>
        <w:t>三、解答题</w:t>
      </w:r>
    </w:p>
    <w:p>
      <w:pPr>
        <w:pStyle w:val="Heading2"/>
      </w:pPr>
      <w:r>
        <w:t>门头沟区</w:t>
      </w:r>
    </w:p>
    <w:p>
      <w:pPr>
        <w:spacing w:line="360" w:lineRule="auto"/>
        <w:jc w:val="left"/>
        <w:textAlignment w:val="center"/>
        <w:rPr>
          <w:color w:val="000000"/>
        </w:rPr>
      </w:pPr>
      <w:r>
        <w:rPr>
          <w:color w:val="000000"/>
        </w:rPr>
        <w:t xml:space="preserve">16. </w:t>
      </w:r>
      <w:r>
        <w:rPr>
          <w:rFonts w:ascii="宋体" w:eastAsia="宋体" w:hAnsi="宋体" w:cs="宋体"/>
          <w:color w:val="000000"/>
        </w:rPr>
        <w:t>观察下列各等式：</w:t>
      </w:r>
    </w:p>
    <w:p>
      <w:pPr>
        <w:spacing w:line="360" w:lineRule="auto"/>
        <w:jc w:val="left"/>
        <w:textAlignment w:val="center"/>
        <w:rPr>
          <w:color w:val="000000"/>
        </w:rPr>
      </w:pPr>
      <w:r>
        <w:pict>
          <v:shape id="_x0000_i721534" type="#_x0000_t75" alt="学科网(www.zxxk.com)--教育资源门户，提供试卷、教案、课件、论文、素材以及各类教学资源下载，还有大量而丰富的教学相关资讯！" style="width:48pt;height:13.95pt" o:oleicon="f" o:ole="">
            <v:imagedata r:id="rId606" o:title="eqId4b1539be4c774ad7769c04157977029d"/>
          </v:shape>
        </w:pict>
      </w:r>
    </w:p>
    <w:p>
      <w:pPr>
        <w:spacing w:line="360" w:lineRule="auto"/>
        <w:jc w:val="left"/>
        <w:textAlignment w:val="center"/>
        <w:rPr>
          <w:color w:val="000000"/>
        </w:rPr>
      </w:pPr>
      <w:r>
        <w:pict>
          <v:shape id="_x0000_i721535" type="#_x0000_t75" alt="学科网(www.zxxk.com)--教育资源门户，提供试卷、教案、课件、论文、素材以及各类教学资源下载，还有大量而丰富的教学相关资讯！" style="width:83.25pt;height:14.25pt" o:oleicon="f" o:ole="">
            <v:imagedata r:id="rId607" o:title="eqId7aadc4bf724109edb518455aeb97d54c"/>
          </v:shape>
        </w:pict>
      </w:r>
    </w:p>
    <w:p>
      <w:pPr>
        <w:spacing w:line="360" w:lineRule="auto"/>
        <w:jc w:val="left"/>
        <w:textAlignment w:val="center"/>
        <w:rPr>
          <w:color w:val="000000"/>
        </w:rPr>
      </w:pPr>
      <w:r>
        <w:pict>
          <v:shape id="_x0000_i721536" type="#_x0000_t75" alt="学科网(www.zxxk.com)--教育资源门户，提供试卷、教案、课件、论文、素材以及各类教学资源下载，还有大量而丰富的教学相关资讯！" style="width:144.75pt;height:13.5pt" o:oleicon="f" o:ole="">
            <v:imagedata r:id="rId608" o:title="eqId7da15f7c593d494274d667f0072813a0"/>
          </v:shape>
        </w:pict>
      </w:r>
    </w:p>
    <w:p>
      <w:pPr>
        <w:spacing w:line="360" w:lineRule="auto"/>
        <w:jc w:val="left"/>
        <w:textAlignment w:val="center"/>
        <w:rPr>
          <w:color w:val="000000"/>
        </w:rPr>
      </w:pPr>
      <w:r>
        <w:pict>
          <v:shape id="_x0000_i721537" type="#_x0000_t75" alt="学科网(www.zxxk.com)--教育资源门户，提供试卷、教案、课件、论文、素材以及各类教学资源下载，还有大量而丰富的教学相关资讯！" style="width:198.75pt;height:13.5pt" o:oleicon="f" o:ole="">
            <v:imagedata r:id="rId609" o:title="eqIdf2e369cef1eaecc41395f75445e09d2c"/>
          </v:shape>
        </w:pict>
      </w:r>
    </w:p>
    <w:p>
      <w:pPr>
        <w:spacing w:line="360" w:lineRule="auto"/>
        <w:jc w:val="left"/>
        <w:textAlignment w:val="center"/>
        <w:rPr>
          <w:color w:val="000000"/>
        </w:rPr>
      </w:pP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根据以上规律可知第</w:t>
      </w:r>
      <w:r>
        <w:rPr>
          <w:rFonts w:ascii="Times New Roman" w:eastAsia="Times New Roman" w:hAnsi="Times New Roman" w:cs="Times New Roman"/>
          <w:color w:val="000000"/>
        </w:rPr>
        <w:t>13</w:t>
      </w:r>
      <w:r>
        <w:rPr>
          <w:rFonts w:ascii="宋体" w:eastAsia="宋体" w:hAnsi="宋体" w:cs="宋体"/>
          <w:color w:val="000000"/>
        </w:rPr>
        <w:t>行所列等式等号右边的数是</w:t>
      </w:r>
      <w:r>
        <w:rPr>
          <w:color w:val="000000"/>
        </w:rPr>
        <w:t>__</w:t>
      </w:r>
      <w:r>
        <w:rPr>
          <w:rFonts w:ascii="宋体" w:eastAsia="宋体" w:hAnsi="宋体" w:cs="宋体"/>
          <w:color w:val="000000"/>
        </w:rPr>
        <w:t>．</w:t>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169</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根据已知等式得：第一个等式等号右边的数等于</w:t>
      </w:r>
      <w:r>
        <w:rPr>
          <w:rFonts w:ascii="Times New Roman" w:eastAsia="Times New Roman" w:hAnsi="Times New Roman" w:cs="Times New Roman"/>
          <w:color w:val="000000"/>
        </w:rPr>
        <w:t>1</w:t>
      </w:r>
      <w:r>
        <w:rPr>
          <w:rFonts w:ascii="宋体" w:eastAsia="宋体" w:hAnsi="宋体" w:cs="宋体"/>
          <w:color w:val="000000"/>
        </w:rPr>
        <w:t>的平方；第二个等式等式等号右边的数是</w:t>
      </w:r>
      <w:r>
        <w:rPr>
          <w:rFonts w:ascii="Times New Roman" w:eastAsia="Times New Roman" w:hAnsi="Times New Roman" w:cs="Times New Roman"/>
          <w:color w:val="000000"/>
        </w:rPr>
        <w:t>2</w:t>
      </w:r>
      <w:r>
        <w:rPr>
          <w:rFonts w:ascii="宋体" w:eastAsia="宋体" w:hAnsi="宋体" w:cs="宋体"/>
          <w:color w:val="000000"/>
        </w:rPr>
        <w:t>的平方；依次得到规律，由此得到答案．</w:t>
      </w:r>
    </w:p>
    <w:p>
      <w:pPr>
        <w:spacing w:line="360" w:lineRule="auto"/>
        <w:jc w:val="left"/>
        <w:textAlignment w:val="center"/>
        <w:rPr>
          <w:color w:val="000000"/>
        </w:rPr>
      </w:pPr>
      <w:r>
        <w:rPr>
          <w:color w:val="000000"/>
        </w:rPr>
        <w:t>【详解】</w:t>
      </w:r>
      <w:r>
        <w:rPr>
          <w:rFonts w:ascii="宋体" w:eastAsia="宋体" w:hAnsi="宋体" w:cs="宋体"/>
          <w:color w:val="000000"/>
        </w:rPr>
        <w:t>解：</w:t>
      </w:r>
      <w:r>
        <w:pict>
          <v:shape id="_x0000_i721538" type="#_x0000_t75" alt="学科网(www.zxxk.com)--教育资源门户，提供试卷、教案、课件、论文、素材以及各类教学资源下载，还有大量而丰富的教学相关资讯！" style="width:48pt;height:13.95pt" o:oleicon="f" o:ole="">
            <v:imagedata r:id="rId610" o:title="eqId4b1539be4c774ad7769c04157977029d"/>
          </v:shape>
        </w:pict>
      </w:r>
      <w:r>
        <w:rPr>
          <w:rFonts w:ascii="Times New Roman" w:eastAsia="Times New Roman" w:hAnsi="Times New Roman" w:cs="Times New Roman"/>
          <w:color w:val="000000"/>
        </w:rPr>
        <w:t>=1</w:t>
      </w:r>
      <w:r>
        <w:rPr>
          <w:rFonts w:ascii="Times New Roman" w:eastAsia="Times New Roman" w:hAnsi="Times New Roman" w:cs="Times New Roman"/>
          <w:color w:val="000000"/>
          <w:vertAlign w:val="superscript"/>
        </w:rPr>
        <w:t>2</w:t>
      </w:r>
      <w:r>
        <w:rPr>
          <w:rFonts w:ascii="宋体" w:eastAsia="宋体" w:hAnsi="宋体" w:cs="宋体"/>
          <w:color w:val="000000"/>
        </w:rPr>
        <w:t>，</w:t>
      </w:r>
    </w:p>
    <w:p>
      <w:pPr>
        <w:spacing w:line="360" w:lineRule="auto"/>
        <w:jc w:val="left"/>
        <w:textAlignment w:val="center"/>
        <w:rPr>
          <w:color w:val="000000"/>
        </w:rPr>
      </w:pPr>
      <w:r>
        <w:pict>
          <v:shape id="_x0000_i721539" type="#_x0000_t75" alt="学科网(www.zxxk.com)--教育资源门户，提供试卷、教案、课件、论文、素材以及各类教学资源下载，还有大量而丰富的教学相关资讯！" style="width:83.25pt;height:14.25pt" o:oleicon="f" o:ole="">
            <v:imagedata r:id="rId611" o:title="eqId7aadc4bf724109edb518455aeb97d54c"/>
          </v:shape>
        </w:pict>
      </w:r>
      <w:r>
        <w:rPr>
          <w:rFonts w:ascii="Times New Roman" w:eastAsia="Times New Roman" w:hAnsi="Times New Roman" w:cs="Times New Roman"/>
          <w:color w:val="000000"/>
        </w:rPr>
        <w:t>=2</w:t>
      </w:r>
      <w:r>
        <w:rPr>
          <w:rFonts w:ascii="Times New Roman" w:eastAsia="Times New Roman" w:hAnsi="Times New Roman" w:cs="Times New Roman"/>
          <w:color w:val="000000"/>
          <w:vertAlign w:val="superscript"/>
        </w:rPr>
        <w:t>2</w:t>
      </w:r>
      <w:r>
        <w:rPr>
          <w:rFonts w:ascii="宋体" w:eastAsia="宋体" w:hAnsi="宋体" w:cs="宋体"/>
          <w:color w:val="000000"/>
        </w:rPr>
        <w:t>，</w:t>
      </w:r>
    </w:p>
    <w:p>
      <w:pPr>
        <w:spacing w:line="360" w:lineRule="auto"/>
        <w:jc w:val="left"/>
        <w:textAlignment w:val="center"/>
        <w:rPr>
          <w:color w:val="000000"/>
        </w:rPr>
      </w:pPr>
      <w:r>
        <w:pict>
          <v:shape id="_x0000_i721540" type="#_x0000_t75" alt="学科网(www.zxxk.com)--教育资源门户，提供试卷、教案、课件、论文、素材以及各类教学资源下载，还有大量而丰富的教学相关资讯！" style="width:144.75pt;height:13.5pt" o:oleicon="f" o:ole="">
            <v:imagedata r:id="rId612" o:title="eqId7da15f7c593d494274d667f0072813a0"/>
          </v:shape>
        </w:pict>
      </w:r>
      <w:r>
        <w:rPr>
          <w:rFonts w:ascii="Times New Roman" w:eastAsia="Times New Roman" w:hAnsi="Times New Roman" w:cs="Times New Roman"/>
          <w:color w:val="000000"/>
        </w:rPr>
        <w:t>=3</w:t>
      </w:r>
      <w:r>
        <w:rPr>
          <w:rFonts w:ascii="Times New Roman" w:eastAsia="Times New Roman" w:hAnsi="Times New Roman" w:cs="Times New Roman"/>
          <w:color w:val="000000"/>
          <w:vertAlign w:val="superscript"/>
        </w:rPr>
        <w:t>2</w:t>
      </w:r>
      <w:r>
        <w:rPr>
          <w:rFonts w:ascii="宋体" w:eastAsia="宋体" w:hAnsi="宋体" w:cs="宋体"/>
          <w:color w:val="000000"/>
        </w:rPr>
        <w:t>，</w:t>
      </w:r>
    </w:p>
    <w:p>
      <w:pPr>
        <w:spacing w:line="360" w:lineRule="auto"/>
        <w:jc w:val="left"/>
        <w:textAlignment w:val="center"/>
        <w:rPr>
          <w:color w:val="000000"/>
        </w:rPr>
      </w:pPr>
      <w:r>
        <w:pict>
          <v:shape id="_x0000_i721541" type="#_x0000_t75" alt="学科网(www.zxxk.com)--教育资源门户，提供试卷、教案、课件、论文、素材以及各类教学资源下载，还有大量而丰富的教学相关资讯！" style="width:198.75pt;height:13.5pt" o:oleicon="f" o:ole="">
            <v:imagedata r:id="rId613" o:title="eqIdf2e369cef1eaecc41395f75445e09d2c"/>
          </v:shape>
        </w:pict>
      </w:r>
      <w:r>
        <w:rPr>
          <w:rFonts w:ascii="Times New Roman" w:eastAsia="Times New Roman" w:hAnsi="Times New Roman" w:cs="Times New Roman"/>
          <w:color w:val="000000"/>
        </w:rPr>
        <w:t>=4</w:t>
      </w:r>
      <w:r>
        <w:rPr>
          <w:rFonts w:ascii="Times New Roman" w:eastAsia="Times New Roman" w:hAnsi="Times New Roman" w:cs="Times New Roman"/>
          <w:color w:val="000000"/>
          <w:vertAlign w:val="superscript"/>
        </w:rPr>
        <w:t>2</w:t>
      </w:r>
      <w:r>
        <w:rPr>
          <w:rFonts w:ascii="宋体" w:eastAsia="宋体" w:hAnsi="宋体" w:cs="宋体"/>
          <w:color w:val="000000"/>
        </w:rPr>
        <w:t>，</w:t>
      </w:r>
    </w:p>
    <w:p>
      <w:pPr>
        <w:spacing w:line="360" w:lineRule="auto"/>
        <w:jc w:val="left"/>
        <w:textAlignment w:val="center"/>
        <w:rPr>
          <w:color w:val="000000"/>
        </w:rPr>
      </w:pPr>
      <w:r>
        <w:pict>
          <v:shape id="_x0000_i721542" type="#_x0000_t75" alt="学科网(www.zxxk.com)--教育资源门户，提供试卷、教案、课件、论文、素材以及各类教学资源下载，还有大量而丰富的教学相关资讯！" style="width:13.95pt;height:8pt" o:oleicon="f" o:ole="">
            <v:imagedata r:id="rId614" o:title="eqIddaa5e9bd516f6282483b92cfe6074623"/>
          </v:shape>
        </w:pict>
      </w:r>
      <w:r>
        <w:pict>
          <v:shape id="_x0000_i721543" type="#_x0000_t75" alt="学科网(www.zxxk.com)--教育资源门户，提供试卷、教案、课件、论文、素材以及各类教学资源下载，还有大量而丰富的教学相关资讯！" style="width:13.95pt;height:8pt" o:oleicon="f" o:ole="">
            <v:imagedata r:id="rId614" o:title="eqIddaa5e9bd516f6282483b92cfe6074623"/>
          </v:shape>
        </w:pict>
      </w:r>
    </w:p>
    <w:p>
      <w:pPr>
        <w:spacing w:line="360" w:lineRule="auto"/>
        <w:jc w:val="left"/>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13</w:t>
      </w:r>
      <w:r>
        <w:rPr>
          <w:rFonts w:ascii="宋体" w:eastAsia="宋体" w:hAnsi="宋体" w:cs="宋体"/>
          <w:color w:val="000000"/>
        </w:rPr>
        <w:t>行所列等式等号右边的数是</w:t>
      </w:r>
      <w:r>
        <w:rPr>
          <w:rFonts w:ascii="Times New Roman" w:eastAsia="Times New Roman" w:hAnsi="Times New Roman" w:cs="Times New Roman"/>
          <w:color w:val="000000"/>
        </w:rPr>
        <w:t>13</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=169</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169</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此题考查了等式的计算规律探究，将每个等式的结果写成平方形式，由此得到规律并应用是解题的关键．</w:t>
      </w:r>
    </w:p>
    <w:p>
      <w:pPr>
        <w:spacing w:line="360" w:lineRule="auto"/>
        <w:jc w:val="left"/>
        <w:textAlignment w:val="center"/>
        <w:rPr>
          <w:color w:val="000000"/>
        </w:rPr>
      </w:pPr>
      <w:r>
        <w:rPr>
          <w:rFonts w:ascii="宋体" w:eastAsia="宋体" w:hAnsi="宋体" w:cs="宋体"/>
          <w:b/>
          <w:color w:val="000000"/>
          <w:sz w:val="24"/>
        </w:rPr>
        <w:t>三、解答题（本题共</w:t>
      </w:r>
      <w:r>
        <w:rPr>
          <w:rFonts w:ascii="Times New Roman" w:eastAsia="Times New Roman" w:hAnsi="Times New Roman" w:cs="Times New Roman"/>
          <w:b/>
          <w:color w:val="000000"/>
          <w:sz w:val="24"/>
        </w:rPr>
        <w:t>68</w:t>
      </w:r>
      <w:r>
        <w:rPr>
          <w:rFonts w:ascii="宋体" w:eastAsia="宋体" w:hAnsi="宋体" w:cs="宋体"/>
          <w:b/>
          <w:color w:val="000000"/>
          <w:sz w:val="24"/>
        </w:rPr>
        <w:t>分，第</w:t>
      </w:r>
      <w:r>
        <w:rPr>
          <w:rFonts w:ascii="Times New Roman" w:eastAsia="Times New Roman" w:hAnsi="Times New Roman" w:cs="Times New Roman"/>
          <w:b/>
          <w:color w:val="000000"/>
          <w:sz w:val="24"/>
        </w:rPr>
        <w:t>17</w:t>
      </w:r>
      <w:r>
        <w:rPr>
          <w:rFonts w:ascii="宋体" w:eastAsia="宋体" w:hAnsi="宋体" w:cs="宋体"/>
          <w:b/>
          <w:color w:val="000000"/>
          <w:sz w:val="24"/>
        </w:rPr>
        <w:t>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18</w:t>
      </w:r>
      <w:r>
        <w:rPr>
          <w:rFonts w:ascii="宋体" w:eastAsia="宋体" w:hAnsi="宋体" w:cs="宋体"/>
          <w:b/>
          <w:color w:val="000000"/>
          <w:sz w:val="24"/>
        </w:rPr>
        <w:t>、</w:t>
      </w:r>
      <w:r>
        <w:rPr>
          <w:rFonts w:ascii="Times New Roman" w:eastAsia="Times New Roman" w:hAnsi="Times New Roman" w:cs="Times New Roman"/>
          <w:b/>
          <w:color w:val="000000"/>
          <w:sz w:val="24"/>
        </w:rPr>
        <w:t>19</w:t>
      </w:r>
      <w:r>
        <w:rPr>
          <w:rFonts w:ascii="宋体" w:eastAsia="宋体" w:hAnsi="宋体" w:cs="宋体"/>
          <w:b/>
          <w:color w:val="000000"/>
          <w:sz w:val="24"/>
        </w:rPr>
        <w:t>题各</w:t>
      </w:r>
      <w:r>
        <w:rPr>
          <w:rFonts w:ascii="Times New Roman" w:eastAsia="Times New Roman" w:hAnsi="Times New Roman" w:cs="Times New Roman"/>
          <w:b/>
          <w:color w:val="000000"/>
          <w:sz w:val="24"/>
        </w:rPr>
        <w:t>8</w:t>
      </w:r>
      <w:r>
        <w:rPr>
          <w:rFonts w:ascii="宋体" w:eastAsia="宋体" w:hAnsi="宋体" w:cs="宋体"/>
          <w:b/>
          <w:color w:val="000000"/>
          <w:sz w:val="24"/>
        </w:rPr>
        <w:t>分，第</w:t>
      </w:r>
      <w:r>
        <w:rPr>
          <w:rFonts w:ascii="Times New Roman" w:eastAsia="Times New Roman" w:hAnsi="Times New Roman" w:cs="Times New Roman"/>
          <w:b/>
          <w:color w:val="000000"/>
          <w:sz w:val="24"/>
        </w:rPr>
        <w:t>20</w:t>
      </w:r>
      <w:r>
        <w:rPr>
          <w:rFonts w:ascii="宋体" w:eastAsia="宋体" w:hAnsi="宋体" w:cs="宋体"/>
          <w:b/>
          <w:color w:val="000000"/>
          <w:sz w:val="24"/>
        </w:rPr>
        <w:t>、</w:t>
      </w:r>
      <w:r>
        <w:rPr>
          <w:rFonts w:ascii="Times New Roman" w:eastAsia="Times New Roman" w:hAnsi="Times New Roman" w:cs="Times New Roman"/>
          <w:b/>
          <w:color w:val="000000"/>
          <w:sz w:val="24"/>
        </w:rPr>
        <w:t>21</w:t>
      </w:r>
      <w:r>
        <w:rPr>
          <w:rFonts w:ascii="宋体" w:eastAsia="宋体" w:hAnsi="宋体" w:cs="宋体"/>
          <w:b/>
          <w:color w:val="000000"/>
          <w:sz w:val="24"/>
        </w:rPr>
        <w:t>题各</w:t>
      </w:r>
      <w:r>
        <w:rPr>
          <w:rFonts w:ascii="Times New Roman" w:eastAsia="Times New Roman" w:hAnsi="Times New Roman" w:cs="Times New Roman"/>
          <w:b/>
          <w:color w:val="000000"/>
          <w:sz w:val="24"/>
        </w:rPr>
        <w:t>4</w:t>
      </w:r>
      <w:r>
        <w:rPr>
          <w:rFonts w:ascii="宋体" w:eastAsia="宋体" w:hAnsi="宋体" w:cs="宋体"/>
          <w:b/>
          <w:color w:val="000000"/>
          <w:sz w:val="24"/>
        </w:rPr>
        <w:t>分，第</w:t>
      </w:r>
      <w:r>
        <w:rPr>
          <w:rFonts w:ascii="Times New Roman" w:eastAsia="Times New Roman" w:hAnsi="Times New Roman" w:cs="Times New Roman"/>
          <w:b/>
          <w:color w:val="000000"/>
          <w:sz w:val="24"/>
        </w:rPr>
        <w:t>22</w:t>
      </w:r>
      <w:r>
        <w:rPr>
          <w:rFonts w:ascii="宋体" w:eastAsia="宋体" w:hAnsi="宋体" w:cs="宋体"/>
          <w:b/>
          <w:color w:val="000000"/>
          <w:sz w:val="24"/>
        </w:rPr>
        <w:t>、</w:t>
      </w:r>
      <w:r>
        <w:rPr>
          <w:rFonts w:ascii="Times New Roman" w:eastAsia="Times New Roman" w:hAnsi="Times New Roman" w:cs="Times New Roman"/>
          <w:b/>
          <w:color w:val="000000"/>
          <w:sz w:val="24"/>
        </w:rPr>
        <w:t>23</w:t>
      </w:r>
      <w:r>
        <w:rPr>
          <w:rFonts w:ascii="宋体" w:eastAsia="宋体" w:hAnsi="宋体" w:cs="宋体"/>
          <w:b/>
          <w:color w:val="000000"/>
          <w:sz w:val="24"/>
        </w:rPr>
        <w:t>、</w:t>
      </w:r>
      <w:r>
        <w:rPr>
          <w:rFonts w:ascii="Times New Roman" w:eastAsia="Times New Roman" w:hAnsi="Times New Roman" w:cs="Times New Roman"/>
          <w:b/>
          <w:color w:val="000000"/>
          <w:sz w:val="24"/>
        </w:rPr>
        <w:t>24</w:t>
      </w:r>
      <w:r>
        <w:rPr>
          <w:rFonts w:ascii="宋体" w:eastAsia="宋体" w:hAnsi="宋体" w:cs="宋体"/>
          <w:b/>
          <w:color w:val="000000"/>
          <w:sz w:val="24"/>
        </w:rPr>
        <w:t>题各</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25</w:t>
      </w:r>
      <w:r>
        <w:rPr>
          <w:rFonts w:ascii="宋体" w:eastAsia="宋体" w:hAnsi="宋体" w:cs="宋体"/>
          <w:b/>
          <w:color w:val="000000"/>
          <w:sz w:val="24"/>
        </w:rPr>
        <w:t>、</w:t>
      </w:r>
      <w:r>
        <w:rPr>
          <w:rFonts w:ascii="Times New Roman" w:eastAsia="Times New Roman" w:hAnsi="Times New Roman" w:cs="Times New Roman"/>
          <w:b/>
          <w:color w:val="000000"/>
          <w:sz w:val="24"/>
        </w:rPr>
        <w:t>26</w:t>
      </w:r>
      <w:r>
        <w:rPr>
          <w:rFonts w:ascii="宋体" w:eastAsia="宋体" w:hAnsi="宋体" w:cs="宋体"/>
          <w:b/>
          <w:color w:val="000000"/>
          <w:sz w:val="24"/>
        </w:rPr>
        <w:t>、</w:t>
      </w:r>
      <w:r>
        <w:rPr>
          <w:rFonts w:ascii="Times New Roman" w:eastAsia="Times New Roman" w:hAnsi="Times New Roman" w:cs="Times New Roman"/>
          <w:b/>
          <w:color w:val="000000"/>
          <w:sz w:val="24"/>
        </w:rPr>
        <w:t>27</w:t>
      </w:r>
      <w:r>
        <w:rPr>
          <w:rFonts w:ascii="宋体" w:eastAsia="宋体" w:hAnsi="宋体" w:cs="宋体"/>
          <w:b/>
          <w:color w:val="000000"/>
          <w:sz w:val="24"/>
        </w:rPr>
        <w:t>、</w:t>
      </w:r>
      <w:r>
        <w:rPr>
          <w:rFonts w:ascii="Times New Roman" w:eastAsia="Times New Roman" w:hAnsi="Times New Roman" w:cs="Times New Roman"/>
          <w:b/>
          <w:color w:val="000000"/>
          <w:sz w:val="24"/>
        </w:rPr>
        <w:t>28</w:t>
      </w:r>
      <w:r>
        <w:rPr>
          <w:rFonts w:ascii="宋体" w:eastAsia="宋体" w:hAnsi="宋体" w:cs="宋体"/>
          <w:b/>
          <w:color w:val="000000"/>
          <w:sz w:val="24"/>
        </w:rPr>
        <w:t>题各</w:t>
      </w:r>
      <w:r>
        <w:rPr>
          <w:rFonts w:ascii="Times New Roman" w:eastAsia="Times New Roman" w:hAnsi="Times New Roman" w:cs="Times New Roman"/>
          <w:b/>
          <w:color w:val="000000"/>
          <w:sz w:val="24"/>
        </w:rPr>
        <w:t>6</w:t>
      </w:r>
      <w:r>
        <w:rPr>
          <w:rFonts w:ascii="宋体" w:eastAsia="宋体" w:hAnsi="宋体" w:cs="宋体"/>
          <w:b/>
          <w:color w:val="000000"/>
          <w:sz w:val="24"/>
        </w:rPr>
        <w:t>分）</w:t>
      </w:r>
    </w:p>
    <w:p>
      <w:pPr>
        <w:pStyle w:val="Heading2"/>
      </w:pPr>
      <w:r>
        <w:t>顺义区</w:t>
      </w:r>
    </w:p>
    <w:p>
      <w:pPr>
        <w:spacing w:line="360" w:lineRule="auto"/>
        <w:jc w:val="left"/>
        <w:textAlignment w:val="center"/>
        <w:rPr>
          <w:rFonts w:ascii="宋体" w:eastAsia="宋体" w:hAnsi="宋体" w:cs="宋体"/>
          <w:color w:val="000000"/>
        </w:rPr>
      </w:pPr>
      <w:r>
        <w:rPr>
          <w:color w:val="000000"/>
        </w:rPr>
        <w:t xml:space="preserve">18. </w:t>
      </w:r>
      <w:r>
        <w:rPr>
          <w:rFonts w:ascii="宋体" w:eastAsia="宋体" w:hAnsi="宋体" w:cs="宋体"/>
          <w:color w:val="000000"/>
        </w:rPr>
        <w:t>某公园划船项目收费标准如下：</w:t>
      </w:r>
    </w:p>
    <w:tbl>
      <w:tblPr>
        <w:tblStyle w:val="TableNormal"/>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536"/>
        <w:gridCol w:w="2161"/>
        <w:gridCol w:w="2161"/>
        <w:gridCol w:w="2161"/>
        <w:gridCol w:w="2161"/>
      </w:tblGrid>
      <w:tr>
        <w:tblPrEx>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330"/>
        </w:trPr>
        <w:tc>
          <w:tcPr>
            <w:tcW w:w="20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rFonts w:ascii="宋体" w:eastAsia="宋体" w:hAnsi="宋体" w:cs="宋体"/>
                <w:color w:val="000000"/>
              </w:rPr>
            </w:pPr>
            <w:r>
              <w:rPr>
                <w:rFonts w:ascii="宋体" w:eastAsia="宋体" w:hAnsi="宋体" w:cs="宋体"/>
                <w:color w:val="000000"/>
              </w:rPr>
              <w:t>船型</w:t>
            </w:r>
          </w:p>
        </w:tc>
        <w:tc>
          <w:tcPr>
            <w:tcW w:w="20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rFonts w:ascii="宋体" w:eastAsia="宋体" w:hAnsi="宋体" w:cs="宋体"/>
                <w:color w:val="000000"/>
              </w:rPr>
            </w:pPr>
            <w:r>
              <w:rPr>
                <w:rFonts w:ascii="宋体" w:eastAsia="宋体" w:hAnsi="宋体" w:cs="宋体"/>
                <w:color w:val="000000"/>
              </w:rPr>
              <w:t>两人船（限乘两人）</w:t>
            </w:r>
          </w:p>
        </w:tc>
        <w:tc>
          <w:tcPr>
            <w:tcW w:w="20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rFonts w:ascii="宋体" w:eastAsia="宋体" w:hAnsi="宋体" w:cs="宋体"/>
                <w:color w:val="000000"/>
              </w:rPr>
            </w:pPr>
            <w:r>
              <w:rPr>
                <w:rFonts w:ascii="宋体" w:eastAsia="宋体" w:hAnsi="宋体" w:cs="宋体"/>
                <w:color w:val="000000"/>
              </w:rPr>
              <w:t>四人船（限乘四人）</w:t>
            </w:r>
          </w:p>
        </w:tc>
        <w:tc>
          <w:tcPr>
            <w:tcW w:w="20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rFonts w:ascii="宋体" w:eastAsia="宋体" w:hAnsi="宋体" w:cs="宋体"/>
                <w:color w:val="000000"/>
              </w:rPr>
            </w:pPr>
            <w:r>
              <w:rPr>
                <w:rFonts w:ascii="宋体" w:eastAsia="宋体" w:hAnsi="宋体" w:cs="宋体"/>
                <w:color w:val="000000"/>
              </w:rPr>
              <w:t>六人船（限乘六人）</w:t>
            </w:r>
          </w:p>
        </w:tc>
        <w:tc>
          <w:tcPr>
            <w:tcW w:w="20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rFonts w:ascii="宋体" w:eastAsia="宋体" w:hAnsi="宋体" w:cs="宋体"/>
                <w:color w:val="000000"/>
              </w:rPr>
            </w:pPr>
            <w:r>
              <w:rPr>
                <w:rFonts w:ascii="宋体" w:eastAsia="宋体" w:hAnsi="宋体" w:cs="宋体"/>
                <w:color w:val="000000"/>
              </w:rPr>
              <w:t>八人船（限乘八人）</w:t>
            </w:r>
          </w:p>
        </w:tc>
      </w:tr>
      <w:tr>
        <w:tblPrEx>
          <w:tblW w:w="10200" w:type="dxa"/>
          <w:tblCellMar>
            <w:top w:w="120" w:type="dxa"/>
            <w:left w:w="120" w:type="dxa"/>
            <w:bottom w:w="120" w:type="dxa"/>
            <w:right w:w="120" w:type="dxa"/>
          </w:tblCellMar>
        </w:tblPrEx>
        <w:trPr>
          <w:cantSplit w:val="0"/>
          <w:trHeight w:val="330"/>
        </w:trPr>
        <w:tc>
          <w:tcPr>
            <w:tcW w:w="20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rFonts w:ascii="宋体" w:eastAsia="宋体" w:hAnsi="宋体" w:cs="宋体"/>
                <w:color w:val="000000"/>
              </w:rPr>
            </w:pPr>
            <w:r>
              <w:rPr>
                <w:rFonts w:ascii="宋体" w:eastAsia="宋体" w:hAnsi="宋体" w:cs="宋体"/>
                <w:color w:val="000000"/>
              </w:rPr>
              <w:t>每船租金（元</w:t>
            </w:r>
            <w:r>
              <w:rPr>
                <w:rFonts w:ascii="Times New Roman" w:eastAsia="Times New Roman" w:hAnsi="Times New Roman" w:cs="Times New Roman"/>
                <w:color w:val="000000"/>
              </w:rPr>
              <w:t>/</w:t>
            </w:r>
            <w:r>
              <w:rPr>
                <w:rFonts w:ascii="宋体" w:eastAsia="宋体" w:hAnsi="宋体" w:cs="宋体"/>
                <w:color w:val="000000"/>
              </w:rPr>
              <w:t>小时）</w:t>
            </w:r>
          </w:p>
        </w:tc>
        <w:tc>
          <w:tcPr>
            <w:tcW w:w="20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20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110</w:t>
            </w:r>
          </w:p>
        </w:tc>
        <w:tc>
          <w:tcPr>
            <w:tcW w:w="20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140</w:t>
            </w:r>
          </w:p>
        </w:tc>
        <w:tc>
          <w:tcPr>
            <w:tcW w:w="20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160</w:t>
            </w:r>
          </w:p>
        </w:tc>
      </w:tr>
    </w:tbl>
    <w:p>
      <w:pPr>
        <w:spacing w:line="360" w:lineRule="auto"/>
        <w:jc w:val="left"/>
        <w:textAlignment w:val="center"/>
        <w:rPr>
          <w:rFonts w:ascii="宋体" w:eastAsia="宋体" w:hAnsi="宋体" w:cs="宋体"/>
          <w:color w:val="000000"/>
        </w:rPr>
      </w:pPr>
      <w:r>
        <w:rPr>
          <w:rFonts w:ascii="宋体" w:eastAsia="宋体" w:hAnsi="宋体" w:cs="宋体"/>
          <w:color w:val="000000"/>
        </w:rPr>
        <w:t>某班</w:t>
      </w:r>
      <w:r>
        <w:rPr>
          <w:rFonts w:ascii="Times New Roman" w:eastAsia="Times New Roman" w:hAnsi="Times New Roman" w:cs="Times New Roman"/>
          <w:color w:val="000000"/>
        </w:rPr>
        <w:t>18</w:t>
      </w:r>
      <w:r>
        <w:rPr>
          <w:rFonts w:ascii="宋体" w:eastAsia="宋体" w:hAnsi="宋体" w:cs="宋体"/>
          <w:color w:val="000000"/>
        </w:rPr>
        <w:t>名同学一起去该公园划船，若每人划船的时间均为</w:t>
      </w:r>
      <w:r>
        <w:rPr>
          <w:rFonts w:ascii="Times New Roman" w:eastAsia="Times New Roman" w:hAnsi="Times New Roman" w:cs="Times New Roman"/>
          <w:color w:val="000000"/>
        </w:rPr>
        <w:t>1</w:t>
      </w:r>
      <w:r>
        <w:rPr>
          <w:rFonts w:ascii="宋体" w:eastAsia="宋体" w:hAnsi="宋体" w:cs="宋体"/>
          <w:color w:val="000000"/>
        </w:rPr>
        <w:t>小时，则租船的总费用最低为</w:t>
      </w:r>
      <w:r>
        <w:rPr>
          <w:rFonts w:ascii="宋体" w:eastAsia="宋体" w:hAnsi="宋体" w:cs="宋体"/>
          <w:color w:val="000000"/>
        </w:rPr>
        <w:t>_________</w:t>
      </w:r>
      <w:r>
        <w:rPr>
          <w:rFonts w:ascii="宋体" w:eastAsia="宋体" w:hAnsi="宋体" w:cs="宋体"/>
          <w:color w:val="000000"/>
        </w:rPr>
        <w:t>元．</w:t>
      </w:r>
    </w:p>
    <w:p>
      <w:pPr>
        <w:spacing w:line="360" w:lineRule="auto"/>
        <w:textAlignment w:val="center"/>
        <w:rPr>
          <w:rFonts w:ascii="Times New Roman" w:eastAsia="Times New Roman" w:hAnsi="Times New Roman" w:cs="Times New Roman"/>
          <w:color w:val="000000"/>
        </w:rPr>
      </w:pPr>
      <w:r>
        <w:rPr>
          <w:color w:val="2E75B6"/>
        </w:rPr>
        <w:t>【答案】</w:t>
      </w:r>
      <w:r>
        <w:rPr>
          <w:rFonts w:ascii="Times New Roman" w:eastAsia="Times New Roman" w:hAnsi="Times New Roman" w:cs="Times New Roman"/>
          <w:color w:val="000000"/>
        </w:rPr>
        <w:t>410</w:t>
      </w:r>
    </w:p>
    <w:p>
      <w:pPr>
        <w:spacing w:line="360" w:lineRule="auto"/>
        <w:textAlignment w:val="center"/>
        <w:rPr>
          <w:color w:val="000000"/>
        </w:rPr>
      </w:pPr>
      <w:r>
        <w:rPr>
          <w:color w:val="2E75B6"/>
        </w:rPr>
        <w:t>【解析】</w:t>
      </w:r>
    </w:p>
    <w:p>
      <w:pPr>
        <w:spacing w:line="360" w:lineRule="auto"/>
        <w:textAlignment w:val="center"/>
        <w:rPr>
          <w:rFonts w:ascii="宋体" w:eastAsia="宋体" w:hAnsi="宋体" w:cs="宋体"/>
          <w:color w:val="000000"/>
        </w:rPr>
      </w:pPr>
      <w:r>
        <w:rPr>
          <w:color w:val="000000"/>
        </w:rPr>
        <w:t>【分析】</w:t>
      </w:r>
      <w:r>
        <w:rPr>
          <w:rFonts w:ascii="宋体" w:eastAsia="宋体" w:hAnsi="宋体" w:cs="宋体"/>
          <w:color w:val="000000"/>
        </w:rPr>
        <w:t>根据题意直接分五种情况，分别进行分析计算即可得出结论．</w:t>
      </w:r>
    </w:p>
    <w:p>
      <w:pPr>
        <w:spacing w:line="360" w:lineRule="auto"/>
        <w:textAlignment w:val="center"/>
        <w:rPr>
          <w:rFonts w:ascii="Times New Roman" w:eastAsia="Times New Roman" w:hAnsi="Times New Roman" w:cs="Times New Roman"/>
          <w:color w:val="000000"/>
        </w:rPr>
      </w:pPr>
      <w:r>
        <w:rPr>
          <w:color w:val="000000"/>
        </w:rPr>
        <w:t>【详解】</w:t>
      </w:r>
      <w:r>
        <w:rPr>
          <w:rFonts w:ascii="宋体" w:eastAsia="宋体" w:hAnsi="宋体" w:cs="宋体"/>
          <w:color w:val="000000"/>
        </w:rPr>
        <w:t>解：∵共有</w:t>
      </w:r>
      <w:r>
        <w:rPr>
          <w:rFonts w:ascii="Times New Roman" w:eastAsia="Times New Roman" w:hAnsi="Times New Roman" w:cs="Times New Roman"/>
          <w:color w:val="000000"/>
        </w:rPr>
        <w:t>18</w:t>
      </w:r>
      <w:r>
        <w:rPr>
          <w:rFonts w:ascii="宋体" w:eastAsia="宋体" w:hAnsi="宋体" w:cs="宋体"/>
          <w:color w:val="000000"/>
        </w:rPr>
        <w:t>人，</w:t>
      </w:r>
      <w:r>
        <w:rPr>
          <w:color w:val="000000"/>
        </w:rPr>
        <w:br/>
      </w:r>
      <w:r>
        <w:rPr>
          <w:rFonts w:ascii="宋体" w:eastAsia="宋体" w:hAnsi="宋体" w:cs="宋体"/>
          <w:color w:val="000000"/>
        </w:rPr>
        <w:t>当租两人船时，∴</w:t>
      </w:r>
      <w:r>
        <w:rPr>
          <w:rFonts w:ascii="Times New Roman" w:eastAsia="Times New Roman" w:hAnsi="Times New Roman" w:cs="Times New Roman"/>
          <w:color w:val="000000"/>
        </w:rPr>
        <w:t>18÷2=9</w:t>
      </w:r>
      <w:r>
        <w:rPr>
          <w:rFonts w:ascii="宋体" w:eastAsia="宋体" w:hAnsi="宋体" w:cs="宋体"/>
          <w:color w:val="000000"/>
        </w:rPr>
        <w:t>（艘），∵每小时</w:t>
      </w:r>
      <w:r>
        <w:rPr>
          <w:rFonts w:ascii="Times New Roman" w:eastAsia="Times New Roman" w:hAnsi="Times New Roman" w:cs="Times New Roman"/>
          <w:color w:val="000000"/>
        </w:rPr>
        <w:t>100</w:t>
      </w:r>
      <w:r>
        <w:rPr>
          <w:rFonts w:ascii="宋体" w:eastAsia="宋体" w:hAnsi="宋体" w:cs="宋体"/>
          <w:color w:val="000000"/>
        </w:rPr>
        <w:t>元，∴租船费用为</w:t>
      </w:r>
      <w:r>
        <w:rPr>
          <w:rFonts w:ascii="Times New Roman" w:eastAsia="Times New Roman" w:hAnsi="Times New Roman" w:cs="Times New Roman"/>
          <w:color w:val="000000"/>
        </w:rPr>
        <w:t>100×9=900</w:t>
      </w:r>
      <w:r>
        <w:rPr>
          <w:rFonts w:ascii="宋体" w:eastAsia="宋体" w:hAnsi="宋体" w:cs="宋体"/>
          <w:color w:val="000000"/>
        </w:rPr>
        <w:t>元，</w:t>
      </w:r>
      <w:r>
        <w:rPr>
          <w:color w:val="000000"/>
        </w:rPr>
        <w:br/>
      </w:r>
      <w:r>
        <w:rPr>
          <w:rFonts w:ascii="宋体" w:eastAsia="宋体" w:hAnsi="宋体" w:cs="宋体"/>
          <w:color w:val="000000"/>
        </w:rPr>
        <w:t>当租四人船时，∵</w:t>
      </w:r>
      <w:r>
        <w:rPr>
          <w:rFonts w:ascii="Times New Roman" w:eastAsia="Times New Roman" w:hAnsi="Times New Roman" w:cs="Times New Roman"/>
          <w:color w:val="000000"/>
        </w:rPr>
        <w:t>18÷4=4</w:t>
      </w:r>
      <w:r>
        <w:rPr>
          <w:rFonts w:ascii="宋体" w:eastAsia="宋体" w:hAnsi="宋体" w:cs="宋体"/>
          <w:color w:val="000000"/>
        </w:rPr>
        <w:t>余</w:t>
      </w:r>
      <w:r>
        <w:rPr>
          <w:rFonts w:ascii="Times New Roman" w:eastAsia="Times New Roman" w:hAnsi="Times New Roman" w:cs="Times New Roman"/>
          <w:color w:val="000000"/>
        </w:rPr>
        <w:t>2</w:t>
      </w:r>
      <w:r>
        <w:rPr>
          <w:rFonts w:ascii="宋体" w:eastAsia="宋体" w:hAnsi="宋体" w:cs="宋体"/>
          <w:color w:val="000000"/>
        </w:rPr>
        <w:t>人，∴要租</w:t>
      </w:r>
      <w:r>
        <w:rPr>
          <w:rFonts w:ascii="Times New Roman" w:eastAsia="Times New Roman" w:hAnsi="Times New Roman" w:cs="Times New Roman"/>
          <w:color w:val="000000"/>
        </w:rPr>
        <w:t>4</w:t>
      </w:r>
      <w:r>
        <w:rPr>
          <w:rFonts w:ascii="宋体" w:eastAsia="宋体" w:hAnsi="宋体" w:cs="宋体"/>
          <w:color w:val="000000"/>
        </w:rPr>
        <w:t>艘四人船和</w:t>
      </w:r>
      <w:r>
        <w:rPr>
          <w:rFonts w:ascii="Times New Roman" w:eastAsia="Times New Roman" w:hAnsi="Times New Roman" w:cs="Times New Roman"/>
          <w:color w:val="000000"/>
        </w:rPr>
        <w:t>1</w:t>
      </w:r>
      <w:r>
        <w:rPr>
          <w:rFonts w:ascii="宋体" w:eastAsia="宋体" w:hAnsi="宋体" w:cs="宋体"/>
          <w:color w:val="000000"/>
        </w:rPr>
        <w:t>艘两人船，∵四人船每小时</w:t>
      </w:r>
      <w:r>
        <w:rPr>
          <w:rFonts w:ascii="Times New Roman" w:eastAsia="Times New Roman" w:hAnsi="Times New Roman" w:cs="Times New Roman"/>
          <w:color w:val="000000"/>
        </w:rPr>
        <w:t>110</w:t>
      </w:r>
      <w:r>
        <w:rPr>
          <w:rFonts w:ascii="宋体" w:eastAsia="宋体" w:hAnsi="宋体" w:cs="宋体"/>
          <w:color w:val="000000"/>
        </w:rPr>
        <w:t>元，</w:t>
      </w:r>
      <w:r>
        <w:rPr>
          <w:color w:val="000000"/>
        </w:rPr>
        <w:br/>
      </w:r>
      <w:r>
        <w:rPr>
          <w:rFonts w:ascii="宋体" w:eastAsia="宋体" w:hAnsi="宋体" w:cs="宋体"/>
          <w:color w:val="000000"/>
        </w:rPr>
        <w:t>∴租船费用为</w:t>
      </w:r>
      <w:r>
        <w:rPr>
          <w:rFonts w:ascii="Times New Roman" w:eastAsia="Times New Roman" w:hAnsi="Times New Roman" w:cs="Times New Roman"/>
          <w:color w:val="000000"/>
        </w:rPr>
        <w:t>110×4+100=540</w:t>
      </w:r>
      <w:r>
        <w:rPr>
          <w:rFonts w:ascii="宋体" w:eastAsia="宋体" w:hAnsi="宋体" w:cs="宋体"/>
          <w:color w:val="000000"/>
        </w:rPr>
        <w:t>元，</w:t>
      </w:r>
      <w:r>
        <w:rPr>
          <w:color w:val="000000"/>
        </w:rPr>
        <w:br/>
      </w:r>
      <w:r>
        <w:rPr>
          <w:rFonts w:ascii="宋体" w:eastAsia="宋体" w:hAnsi="宋体" w:cs="宋体"/>
          <w:color w:val="000000"/>
        </w:rPr>
        <w:t>当租六人船时，∵</w:t>
      </w:r>
      <w:r>
        <w:rPr>
          <w:rFonts w:ascii="Times New Roman" w:eastAsia="Times New Roman" w:hAnsi="Times New Roman" w:cs="Times New Roman"/>
          <w:color w:val="000000"/>
        </w:rPr>
        <w:t>18÷6=3</w:t>
      </w:r>
      <w:r>
        <w:rPr>
          <w:rFonts w:ascii="宋体" w:eastAsia="宋体" w:hAnsi="宋体" w:cs="宋体"/>
          <w:color w:val="000000"/>
        </w:rPr>
        <w:t>（艘），∵每小时</w:t>
      </w:r>
      <w:r>
        <w:rPr>
          <w:rFonts w:ascii="Times New Roman" w:eastAsia="Times New Roman" w:hAnsi="Times New Roman" w:cs="Times New Roman"/>
          <w:color w:val="000000"/>
        </w:rPr>
        <w:t>140</w:t>
      </w:r>
      <w:r>
        <w:rPr>
          <w:rFonts w:ascii="宋体" w:eastAsia="宋体" w:hAnsi="宋体" w:cs="宋体"/>
          <w:color w:val="000000"/>
        </w:rPr>
        <w:t>元，∴租船费用为</w:t>
      </w:r>
      <w:r>
        <w:rPr>
          <w:rFonts w:ascii="Times New Roman" w:eastAsia="Times New Roman" w:hAnsi="Times New Roman" w:cs="Times New Roman"/>
          <w:color w:val="000000"/>
        </w:rPr>
        <w:t>140×3=420</w:t>
      </w:r>
      <w:r>
        <w:rPr>
          <w:rFonts w:ascii="宋体" w:eastAsia="宋体" w:hAnsi="宋体" w:cs="宋体"/>
          <w:color w:val="000000"/>
        </w:rPr>
        <w:t>元，</w:t>
      </w:r>
      <w:r>
        <w:rPr>
          <w:color w:val="000000"/>
        </w:rPr>
        <w:br/>
      </w:r>
      <w:r>
        <w:rPr>
          <w:rFonts w:ascii="宋体" w:eastAsia="宋体" w:hAnsi="宋体" w:cs="宋体"/>
          <w:color w:val="000000"/>
        </w:rPr>
        <w:t>当租八人船时，∵</w:t>
      </w:r>
      <w:r>
        <w:rPr>
          <w:rFonts w:ascii="Times New Roman" w:eastAsia="Times New Roman" w:hAnsi="Times New Roman" w:cs="Times New Roman"/>
          <w:color w:val="000000"/>
        </w:rPr>
        <w:t>18÷8=2</w:t>
      </w:r>
      <w:r>
        <w:rPr>
          <w:rFonts w:ascii="宋体" w:eastAsia="宋体" w:hAnsi="宋体" w:cs="宋体"/>
          <w:color w:val="000000"/>
        </w:rPr>
        <w:t>余</w:t>
      </w:r>
      <w:r>
        <w:rPr>
          <w:rFonts w:ascii="Times New Roman" w:eastAsia="Times New Roman" w:hAnsi="Times New Roman" w:cs="Times New Roman"/>
          <w:color w:val="000000"/>
        </w:rPr>
        <w:t>2</w:t>
      </w:r>
      <w:r>
        <w:rPr>
          <w:rFonts w:ascii="宋体" w:eastAsia="宋体" w:hAnsi="宋体" w:cs="宋体"/>
          <w:color w:val="000000"/>
        </w:rPr>
        <w:t>人，∴要租</w:t>
      </w:r>
      <w:r>
        <w:rPr>
          <w:rFonts w:ascii="Times New Roman" w:eastAsia="Times New Roman" w:hAnsi="Times New Roman" w:cs="Times New Roman"/>
          <w:color w:val="000000"/>
        </w:rPr>
        <w:t>2</w:t>
      </w:r>
      <w:r>
        <w:rPr>
          <w:rFonts w:ascii="宋体" w:eastAsia="宋体" w:hAnsi="宋体" w:cs="宋体"/>
          <w:color w:val="000000"/>
        </w:rPr>
        <w:t>艘八人船和</w:t>
      </w:r>
      <w:r>
        <w:rPr>
          <w:rFonts w:ascii="Times New Roman" w:eastAsia="Times New Roman" w:hAnsi="Times New Roman" w:cs="Times New Roman"/>
          <w:color w:val="000000"/>
        </w:rPr>
        <w:t>1</w:t>
      </w:r>
      <w:r>
        <w:rPr>
          <w:rFonts w:ascii="宋体" w:eastAsia="宋体" w:hAnsi="宋体" w:cs="宋体"/>
          <w:color w:val="000000"/>
        </w:rPr>
        <w:t>艘两人船，∵</w:t>
      </w:r>
      <w:r>
        <w:rPr>
          <w:rFonts w:ascii="Times New Roman" w:eastAsia="Times New Roman" w:hAnsi="Times New Roman" w:cs="Times New Roman"/>
          <w:color w:val="000000"/>
        </w:rPr>
        <w:t>8</w:t>
      </w:r>
      <w:r>
        <w:rPr>
          <w:rFonts w:ascii="宋体" w:eastAsia="宋体" w:hAnsi="宋体" w:cs="宋体"/>
          <w:color w:val="000000"/>
        </w:rPr>
        <w:t>人船每小时</w:t>
      </w:r>
      <w:r>
        <w:rPr>
          <w:rFonts w:ascii="Times New Roman" w:eastAsia="Times New Roman" w:hAnsi="Times New Roman" w:cs="Times New Roman"/>
          <w:color w:val="000000"/>
        </w:rPr>
        <w:t>160</w:t>
      </w:r>
      <w:r>
        <w:rPr>
          <w:rFonts w:ascii="宋体" w:eastAsia="宋体" w:hAnsi="宋体" w:cs="宋体"/>
          <w:color w:val="000000"/>
        </w:rPr>
        <w:t>元，</w:t>
      </w:r>
      <w:r>
        <w:rPr>
          <w:color w:val="000000"/>
        </w:rPr>
        <w:br/>
      </w:r>
      <w:r>
        <w:rPr>
          <w:rFonts w:ascii="宋体" w:eastAsia="宋体" w:hAnsi="宋体" w:cs="宋体"/>
          <w:color w:val="000000"/>
        </w:rPr>
        <w:t>∴租船费用</w:t>
      </w:r>
      <w:r>
        <w:rPr>
          <w:rFonts w:ascii="Times New Roman" w:eastAsia="Times New Roman" w:hAnsi="Times New Roman" w:cs="Times New Roman"/>
          <w:color w:val="000000"/>
        </w:rPr>
        <w:t>160×2+100=420</w:t>
      </w:r>
      <w:r>
        <w:rPr>
          <w:rFonts w:ascii="宋体" w:eastAsia="宋体" w:hAnsi="宋体" w:cs="宋体"/>
          <w:color w:val="000000"/>
        </w:rPr>
        <w:t>元</w:t>
      </w:r>
      <w:r>
        <w:rPr>
          <w:color w:val="000000"/>
        </w:rPr>
        <w:br/>
      </w:r>
      <w:r>
        <w:rPr>
          <w:rFonts w:ascii="宋体" w:eastAsia="宋体" w:hAnsi="宋体" w:cs="宋体"/>
          <w:color w:val="000000"/>
        </w:rPr>
        <w:t>当租</w:t>
      </w:r>
      <w:r>
        <w:rPr>
          <w:rFonts w:ascii="Times New Roman" w:eastAsia="Times New Roman" w:hAnsi="Times New Roman" w:cs="Times New Roman"/>
          <w:color w:val="000000"/>
        </w:rPr>
        <w:t>1</w:t>
      </w:r>
      <w:r>
        <w:rPr>
          <w:rFonts w:ascii="宋体" w:eastAsia="宋体" w:hAnsi="宋体" w:cs="宋体"/>
          <w:color w:val="000000"/>
        </w:rPr>
        <w:t>艘四人船，</w:t>
      </w:r>
      <w:r>
        <w:rPr>
          <w:rFonts w:ascii="Times New Roman" w:eastAsia="Times New Roman" w:hAnsi="Times New Roman" w:cs="Times New Roman"/>
          <w:color w:val="000000"/>
        </w:rPr>
        <w:t>1</w:t>
      </w:r>
      <w:r>
        <w:rPr>
          <w:rFonts w:ascii="宋体" w:eastAsia="宋体" w:hAnsi="宋体" w:cs="宋体"/>
          <w:color w:val="000000"/>
        </w:rPr>
        <w:t>艘六人船，</w:t>
      </w:r>
      <w:r>
        <w:rPr>
          <w:rFonts w:ascii="Times New Roman" w:eastAsia="Times New Roman" w:hAnsi="Times New Roman" w:cs="Times New Roman"/>
          <w:color w:val="000000"/>
        </w:rPr>
        <w:t>1</w:t>
      </w:r>
      <w:r>
        <w:rPr>
          <w:rFonts w:ascii="宋体" w:eastAsia="宋体" w:hAnsi="宋体" w:cs="宋体"/>
          <w:color w:val="000000"/>
        </w:rPr>
        <w:t>艘八人船，</w:t>
      </w:r>
      <w:r>
        <w:rPr>
          <w:rFonts w:ascii="Times New Roman" w:eastAsia="Times New Roman" w:hAnsi="Times New Roman" w:cs="Times New Roman"/>
          <w:color w:val="000000"/>
        </w:rPr>
        <w:t>110+140+160=410</w:t>
      </w:r>
      <w:r>
        <w:rPr>
          <w:rFonts w:ascii="宋体" w:eastAsia="宋体" w:hAnsi="宋体" w:cs="宋体"/>
          <w:color w:val="000000"/>
        </w:rPr>
        <w:t>元</w:t>
      </w:r>
      <w:r>
        <w:rPr>
          <w:color w:val="000000"/>
        </w:rPr>
        <w:br/>
      </w:r>
      <w:r>
        <w:rPr>
          <w:rFonts w:ascii="宋体" w:eastAsia="宋体" w:hAnsi="宋体" w:cs="宋体"/>
          <w:color w:val="000000"/>
        </w:rPr>
        <w:t>∵</w:t>
      </w:r>
      <w:r>
        <w:rPr>
          <w:rFonts w:ascii="Times New Roman" w:eastAsia="Times New Roman" w:hAnsi="Times New Roman" w:cs="Times New Roman"/>
          <w:color w:val="000000"/>
        </w:rPr>
        <w:t>900</w:t>
      </w:r>
      <w:r>
        <w:rPr>
          <w:rFonts w:ascii="宋体" w:eastAsia="宋体" w:hAnsi="宋体" w:cs="宋体"/>
          <w:color w:val="000000"/>
        </w:rPr>
        <w:t>＞</w:t>
      </w:r>
      <w:r>
        <w:rPr>
          <w:rFonts w:ascii="Times New Roman" w:eastAsia="Times New Roman" w:hAnsi="Times New Roman" w:cs="Times New Roman"/>
          <w:color w:val="000000"/>
        </w:rPr>
        <w:t>540</w:t>
      </w:r>
      <w:r>
        <w:rPr>
          <w:rFonts w:ascii="宋体" w:eastAsia="宋体" w:hAnsi="宋体" w:cs="宋体"/>
          <w:color w:val="000000"/>
        </w:rPr>
        <w:t>＞</w:t>
      </w:r>
      <w:r>
        <w:rPr>
          <w:rFonts w:ascii="Times New Roman" w:eastAsia="Times New Roman" w:hAnsi="Times New Roman" w:cs="Times New Roman"/>
          <w:color w:val="000000"/>
        </w:rPr>
        <w:t>420</w:t>
      </w:r>
      <w:r>
        <w:rPr>
          <w:rFonts w:ascii="宋体" w:eastAsia="宋体" w:hAnsi="宋体" w:cs="宋体"/>
          <w:color w:val="000000"/>
        </w:rPr>
        <w:t>＞</w:t>
      </w:r>
      <w:r>
        <w:rPr>
          <w:rFonts w:ascii="Times New Roman" w:eastAsia="Times New Roman" w:hAnsi="Times New Roman" w:cs="Times New Roman"/>
          <w:color w:val="000000"/>
        </w:rPr>
        <w:t>410</w:t>
      </w:r>
      <w:r>
        <w:rPr>
          <w:rFonts w:ascii="宋体" w:eastAsia="宋体" w:hAnsi="宋体" w:cs="宋体"/>
          <w:color w:val="000000"/>
        </w:rPr>
        <w:t>，</w:t>
      </w:r>
      <w:r>
        <w:rPr>
          <w:color w:val="000000"/>
        </w:rPr>
        <w:br/>
      </w:r>
      <w:r>
        <w:rPr>
          <w:rFonts w:ascii="宋体" w:eastAsia="宋体" w:hAnsi="宋体" w:cs="宋体"/>
          <w:color w:val="000000"/>
        </w:rPr>
        <w:t>∴当租</w:t>
      </w:r>
      <w:r>
        <w:rPr>
          <w:rFonts w:ascii="Times New Roman" w:eastAsia="Times New Roman" w:hAnsi="Times New Roman" w:cs="Times New Roman"/>
          <w:color w:val="000000"/>
        </w:rPr>
        <w:t>1</w:t>
      </w:r>
      <w:r>
        <w:rPr>
          <w:rFonts w:ascii="宋体" w:eastAsia="宋体" w:hAnsi="宋体" w:cs="宋体"/>
          <w:color w:val="000000"/>
        </w:rPr>
        <w:t>艘四人船，</w:t>
      </w:r>
      <w:r>
        <w:rPr>
          <w:rFonts w:ascii="Times New Roman" w:eastAsia="Times New Roman" w:hAnsi="Times New Roman" w:cs="Times New Roman"/>
          <w:color w:val="000000"/>
        </w:rPr>
        <w:t>1</w:t>
      </w:r>
      <w:r>
        <w:rPr>
          <w:rFonts w:ascii="宋体" w:eastAsia="宋体" w:hAnsi="宋体" w:cs="宋体"/>
          <w:color w:val="000000"/>
        </w:rPr>
        <w:t>艘六人船，</w:t>
      </w:r>
      <w:r>
        <w:rPr>
          <w:rFonts w:ascii="Times New Roman" w:eastAsia="Times New Roman" w:hAnsi="Times New Roman" w:cs="Times New Roman"/>
          <w:color w:val="000000"/>
        </w:rPr>
        <w:t>1</w:t>
      </w:r>
      <w:r>
        <w:rPr>
          <w:rFonts w:ascii="宋体" w:eastAsia="宋体" w:hAnsi="宋体" w:cs="宋体"/>
          <w:color w:val="000000"/>
        </w:rPr>
        <w:t>艘八人船费用最低是</w:t>
      </w:r>
      <w:r>
        <w:rPr>
          <w:rFonts w:ascii="Times New Roman" w:eastAsia="Times New Roman" w:hAnsi="Times New Roman" w:cs="Times New Roman"/>
          <w:color w:val="000000"/>
        </w:rPr>
        <w:t>410</w:t>
      </w:r>
      <w:r>
        <w:rPr>
          <w:rFonts w:ascii="宋体" w:eastAsia="宋体" w:hAnsi="宋体" w:cs="宋体"/>
          <w:color w:val="000000"/>
        </w:rPr>
        <w:t>元</w:t>
      </w:r>
      <w:r>
        <w:rPr>
          <w:rFonts w:ascii="Times New Roman" w:eastAsia="Times New Roman" w:hAnsi="Times New Roman" w:cs="Times New Roman"/>
          <w:color w:val="000000"/>
        </w:rPr>
        <w:t>.</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故答案为：</w:t>
      </w:r>
      <w:r>
        <w:rPr>
          <w:rFonts w:ascii="Times New Roman" w:eastAsia="Times New Roman" w:hAnsi="Times New Roman" w:cs="Times New Roman"/>
          <w:color w:val="000000"/>
        </w:rPr>
        <w:t>410.</w:t>
      </w:r>
    </w:p>
    <w:p>
      <w:pPr>
        <w:spacing w:line="360" w:lineRule="auto"/>
        <w:jc w:val="left"/>
        <w:textAlignment w:val="center"/>
        <w:rPr>
          <w:rFonts w:ascii="宋体" w:eastAsia="宋体" w:hAnsi="宋体" w:cs="宋体"/>
          <w:color w:val="000000"/>
        </w:rPr>
      </w:pPr>
      <w:r>
        <w:rPr>
          <w:color w:val="000000"/>
        </w:rPr>
        <w:t>【点睛】</w:t>
      </w:r>
      <w:r>
        <w:rPr>
          <w:rFonts w:ascii="宋体" w:eastAsia="宋体" w:hAnsi="宋体" w:cs="宋体"/>
          <w:color w:val="000000"/>
        </w:rPr>
        <w:t>本题主要考查有理数的混合运算与有理数的大小比较，注意运用分类讨论的思想解决问题是解答本题的关键．</w:t>
      </w:r>
    </w:p>
    <w:p>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t>三、解答题（共</w:t>
      </w:r>
      <w:r>
        <w:rPr>
          <w:rFonts w:ascii="Times New Roman" w:eastAsia="Times New Roman" w:hAnsi="Times New Roman" w:cs="Times New Roman"/>
          <w:b/>
          <w:color w:val="000000"/>
          <w:sz w:val="24"/>
        </w:rPr>
        <w:t>12</w:t>
      </w:r>
      <w:r>
        <w:rPr>
          <w:rFonts w:ascii="宋体" w:eastAsia="宋体" w:hAnsi="宋体" w:cs="宋体"/>
          <w:b/>
          <w:color w:val="000000"/>
          <w:sz w:val="24"/>
        </w:rPr>
        <w:t>道小题，其中</w:t>
      </w:r>
      <w:r>
        <w:rPr>
          <w:rFonts w:ascii="Times New Roman" w:eastAsia="Times New Roman" w:hAnsi="Times New Roman" w:cs="Times New Roman"/>
          <w:b/>
          <w:color w:val="000000"/>
          <w:sz w:val="24"/>
        </w:rPr>
        <w:t>22</w:t>
      </w:r>
      <w:r>
        <w:rPr>
          <w:rFonts w:ascii="宋体" w:eastAsia="宋体" w:hAnsi="宋体" w:cs="宋体"/>
          <w:b/>
          <w:color w:val="000000"/>
          <w:sz w:val="24"/>
        </w:rPr>
        <w:t>，</w:t>
      </w:r>
      <w:r>
        <w:rPr>
          <w:rFonts w:ascii="Times New Roman" w:eastAsia="Times New Roman" w:hAnsi="Times New Roman" w:cs="Times New Roman"/>
          <w:b/>
          <w:color w:val="000000"/>
          <w:sz w:val="24"/>
        </w:rPr>
        <w:t>26</w:t>
      </w:r>
      <w:r>
        <w:rPr>
          <w:rFonts w:ascii="宋体" w:eastAsia="宋体" w:hAnsi="宋体" w:cs="宋体"/>
          <w:b/>
          <w:color w:val="000000"/>
          <w:sz w:val="24"/>
        </w:rPr>
        <w:t>，</w:t>
      </w:r>
      <w:r>
        <w:rPr>
          <w:rFonts w:ascii="Times New Roman" w:eastAsia="Times New Roman" w:hAnsi="Times New Roman" w:cs="Times New Roman"/>
          <w:b/>
          <w:color w:val="000000"/>
          <w:sz w:val="24"/>
        </w:rPr>
        <w:t>29</w:t>
      </w:r>
      <w:r>
        <w:rPr>
          <w:rFonts w:ascii="宋体" w:eastAsia="宋体" w:hAnsi="宋体" w:cs="宋体"/>
          <w:b/>
          <w:color w:val="000000"/>
          <w:sz w:val="24"/>
        </w:rPr>
        <w:t>，</w:t>
      </w:r>
      <w:r>
        <w:rPr>
          <w:rFonts w:ascii="Times New Roman" w:eastAsia="Times New Roman" w:hAnsi="Times New Roman" w:cs="Times New Roman"/>
          <w:b/>
          <w:color w:val="000000"/>
          <w:sz w:val="24"/>
        </w:rPr>
        <w:t>30</w:t>
      </w:r>
      <w:r>
        <w:rPr>
          <w:rFonts w:ascii="宋体" w:eastAsia="宋体" w:hAnsi="宋体" w:cs="宋体"/>
          <w:b/>
          <w:color w:val="000000"/>
          <w:sz w:val="24"/>
        </w:rPr>
        <w:t>每小题</w:t>
      </w:r>
      <w:r>
        <w:rPr>
          <w:rFonts w:ascii="Times New Roman" w:eastAsia="Times New Roman" w:hAnsi="Times New Roman" w:cs="Times New Roman"/>
          <w:b/>
          <w:color w:val="000000"/>
          <w:sz w:val="24"/>
        </w:rPr>
        <w:t>6</w:t>
      </w:r>
      <w:r>
        <w:rPr>
          <w:rFonts w:ascii="宋体" w:eastAsia="宋体" w:hAnsi="宋体" w:cs="宋体"/>
          <w:b/>
          <w:color w:val="000000"/>
          <w:sz w:val="24"/>
        </w:rPr>
        <w:t>分，其它每小题均</w:t>
      </w:r>
      <w:r>
        <w:rPr>
          <w:rFonts w:ascii="Times New Roman" w:eastAsia="Times New Roman" w:hAnsi="Times New Roman" w:cs="Times New Roman"/>
          <w:b/>
          <w:color w:val="000000"/>
          <w:sz w:val="24"/>
        </w:rPr>
        <w:t>5</w:t>
      </w:r>
      <w:r>
        <w:rPr>
          <w:rFonts w:ascii="宋体" w:eastAsia="宋体" w:hAnsi="宋体" w:cs="宋体"/>
          <w:b/>
          <w:color w:val="000000"/>
          <w:sz w:val="24"/>
        </w:rPr>
        <w:t>分，共</w:t>
      </w:r>
      <w:r>
        <w:rPr>
          <w:rFonts w:ascii="Times New Roman" w:eastAsia="Times New Roman" w:hAnsi="Times New Roman" w:cs="Times New Roman"/>
          <w:b/>
          <w:color w:val="000000"/>
          <w:sz w:val="24"/>
        </w:rPr>
        <w:t>64</w:t>
      </w:r>
      <w:r>
        <w:rPr>
          <w:rFonts w:ascii="宋体" w:eastAsia="宋体" w:hAnsi="宋体" w:cs="宋体"/>
          <w:b/>
          <w:color w:val="000000"/>
          <w:sz w:val="24"/>
        </w:rPr>
        <w:t>分）</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hAnsi="仿宋" w:eastAsia="仿宋"/>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eastAsia="微软雅黑" w:ascii="微软雅黑" w:hAnsi="微软雅黑"/>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eastAsia="微软雅黑" w:ascii="微软雅黑" w:hAnsi="微软雅黑"/>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eastAsia="微软雅黑" w:ascii="微软雅黑" w:hAnsi="微软雅黑"/>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eastAsia="微软雅黑" w:ascii="微软雅黑" w:hAnsi="微软雅黑"/>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x20596.png"/><Relationship Id="rId10" Type="http://schemas.openxmlformats.org/officeDocument/2006/relationships/image" Target="media/x20597.wmf"/><Relationship Id="rId11" Type="http://schemas.openxmlformats.org/officeDocument/2006/relationships/image" Target="media/x20598.wmf"/><Relationship Id="rId12" Type="http://schemas.openxmlformats.org/officeDocument/2006/relationships/image" Target="media/x20599.wmf"/><Relationship Id="rId13" Type="http://schemas.openxmlformats.org/officeDocument/2006/relationships/image" Target="media/x20600.wmf"/><Relationship Id="rId14" Type="http://schemas.openxmlformats.org/officeDocument/2006/relationships/image" Target="media/x20601.wmf"/><Relationship Id="rId15" Type="http://schemas.openxmlformats.org/officeDocument/2006/relationships/image" Target="media/x20602.wmf"/><Relationship Id="rId16" Type="http://schemas.openxmlformats.org/officeDocument/2006/relationships/image" Target="media/x20603.wmf"/><Relationship Id="rId17" Type="http://schemas.openxmlformats.org/officeDocument/2006/relationships/image" Target="media/x20604.wmf"/><Relationship Id="rId18" Type="http://schemas.openxmlformats.org/officeDocument/2006/relationships/image" Target="media/x20605.png"/><Relationship Id="rId19" Type="http://schemas.openxmlformats.org/officeDocument/2006/relationships/image" Target="media/x20606.png"/><Relationship Id="rId20" Type="http://schemas.openxmlformats.org/officeDocument/2006/relationships/image" Target="media/x20607.png"/><Relationship Id="rId21" Type="http://schemas.openxmlformats.org/officeDocument/2006/relationships/image" Target="media/x20608.png"/><Relationship Id="rId22" Type="http://schemas.openxmlformats.org/officeDocument/2006/relationships/image" Target="media/x20609.png"/><Relationship Id="rId23" Type="http://schemas.openxmlformats.org/officeDocument/2006/relationships/image" Target="media/x20610.wmf"/><Relationship Id="rId24" Type="http://schemas.openxmlformats.org/officeDocument/2006/relationships/image" Target="media/x20611.wmf"/><Relationship Id="rId25" Type="http://schemas.openxmlformats.org/officeDocument/2006/relationships/image" Target="media/x20612.wmf"/><Relationship Id="rId26" Type="http://schemas.openxmlformats.org/officeDocument/2006/relationships/image" Target="media/x20613.wmf"/><Relationship Id="rId27" Type="http://schemas.openxmlformats.org/officeDocument/2006/relationships/image" Target="media/x20614.png"/><Relationship Id="rId28" Type="http://schemas.openxmlformats.org/officeDocument/2006/relationships/image" Target="media/x20615.wmf"/><Relationship Id="rId29" Type="http://schemas.openxmlformats.org/officeDocument/2006/relationships/image" Target="media/x20616.wmf"/><Relationship Id="rId30" Type="http://schemas.openxmlformats.org/officeDocument/2006/relationships/image" Target="media/x20617.wmf"/><Relationship Id="rId31" Type="http://schemas.openxmlformats.org/officeDocument/2006/relationships/image" Target="media/x20618.wmf"/><Relationship Id="rId32" Type="http://schemas.openxmlformats.org/officeDocument/2006/relationships/image" Target="media/x20619.wmf"/><Relationship Id="rId33" Type="http://schemas.openxmlformats.org/officeDocument/2006/relationships/image" Target="media/x20620.wmf"/><Relationship Id="rId34" Type="http://schemas.openxmlformats.org/officeDocument/2006/relationships/image" Target="media/x20621.wmf"/><Relationship Id="rId35" Type="http://schemas.openxmlformats.org/officeDocument/2006/relationships/image" Target="media/x20622.wmf"/><Relationship Id="rId36" Type="http://schemas.openxmlformats.org/officeDocument/2006/relationships/image" Target="media/x20623.wmf"/><Relationship Id="rId37" Type="http://schemas.openxmlformats.org/officeDocument/2006/relationships/image" Target="media/x20624.wmf"/><Relationship Id="rId38" Type="http://schemas.openxmlformats.org/officeDocument/2006/relationships/image" Target="media/x20625.wmf"/><Relationship Id="rId39" Type="http://schemas.openxmlformats.org/officeDocument/2006/relationships/image" Target="media/x20626.png"/><Relationship Id="rId40" Type="http://schemas.openxmlformats.org/officeDocument/2006/relationships/image" Target="media/x20627.png"/><Relationship Id="rId41" Type="http://schemas.openxmlformats.org/officeDocument/2006/relationships/image" Target="media/x20628.png"/><Relationship Id="rId42" Type="http://schemas.openxmlformats.org/officeDocument/2006/relationships/image" Target="media/x20629.wmf"/><Relationship Id="rId43" Type="http://schemas.openxmlformats.org/officeDocument/2006/relationships/image" Target="media/x20630.wmf"/><Relationship Id="rId44" Type="http://schemas.openxmlformats.org/officeDocument/2006/relationships/image" Target="media/x20631.png"/><Relationship Id="rId45" Type="http://schemas.openxmlformats.org/officeDocument/2006/relationships/image" Target="media/x20632.wmf"/><Relationship Id="rId46" Type="http://schemas.openxmlformats.org/officeDocument/2006/relationships/image" Target="media/x20633.wmf"/><Relationship Id="rId47" Type="http://schemas.openxmlformats.org/officeDocument/2006/relationships/image" Target="media/x20634.png"/><Relationship Id="rId48" Type="http://schemas.openxmlformats.org/officeDocument/2006/relationships/image" Target="media/x20635.wmf"/><Relationship Id="rId49" Type="http://schemas.openxmlformats.org/officeDocument/2006/relationships/image" Target="media/x20636.wmf"/><Relationship Id="rId50" Type="http://schemas.openxmlformats.org/officeDocument/2006/relationships/image" Target="media/x20637.png"/><Relationship Id="rId51" Type="http://schemas.openxmlformats.org/officeDocument/2006/relationships/image" Target="media/x20638.wmf"/><Relationship Id="rId52" Type="http://schemas.openxmlformats.org/officeDocument/2006/relationships/image" Target="media/x20639.wmf"/><Relationship Id="rId53" Type="http://schemas.openxmlformats.org/officeDocument/2006/relationships/image" Target="media/x20640.png"/><Relationship Id="rId54" Type="http://schemas.openxmlformats.org/officeDocument/2006/relationships/image" Target="media/x20641.wmf"/><Relationship Id="rId55" Type="http://schemas.openxmlformats.org/officeDocument/2006/relationships/image" Target="media/x20642.wmf"/><Relationship Id="rId56" Type="http://schemas.openxmlformats.org/officeDocument/2006/relationships/image" Target="media/x20643.png"/><Relationship Id="rId57" Type="http://schemas.openxmlformats.org/officeDocument/2006/relationships/image" Target="media/x20644.wmf"/><Relationship Id="rId58" Type="http://schemas.openxmlformats.org/officeDocument/2006/relationships/image" Target="media/x20645.wmf"/><Relationship Id="rId59" Type="http://schemas.openxmlformats.org/officeDocument/2006/relationships/image" Target="media/x20646.png"/><Relationship Id="rId60" Type="http://schemas.openxmlformats.org/officeDocument/2006/relationships/image" Target="media/x20647.wmf"/><Relationship Id="rId61" Type="http://schemas.openxmlformats.org/officeDocument/2006/relationships/image" Target="media/x20648.wmf"/><Relationship Id="rId62" Type="http://schemas.openxmlformats.org/officeDocument/2006/relationships/image" Target="media/x20649.wmf"/><Relationship Id="rId63" Type="http://schemas.openxmlformats.org/officeDocument/2006/relationships/image" Target="media/x20650.png"/><Relationship Id="rId64" Type="http://schemas.openxmlformats.org/officeDocument/2006/relationships/image" Target="media/x20651.wmf"/><Relationship Id="rId65" Type="http://schemas.openxmlformats.org/officeDocument/2006/relationships/image" Target="media/x20652.wmf"/><Relationship Id="rId66" Type="http://schemas.openxmlformats.org/officeDocument/2006/relationships/image" Target="media/x20653.wmf"/><Relationship Id="rId67" Type="http://schemas.openxmlformats.org/officeDocument/2006/relationships/image" Target="media/x20654.png"/><Relationship Id="rId68" Type="http://schemas.openxmlformats.org/officeDocument/2006/relationships/image" Target="media/x20655.wmf"/><Relationship Id="rId69" Type="http://schemas.openxmlformats.org/officeDocument/2006/relationships/image" Target="media/x20656.wmf"/><Relationship Id="rId70" Type="http://schemas.openxmlformats.org/officeDocument/2006/relationships/image" Target="media/x20657.wmf"/><Relationship Id="rId71" Type="http://schemas.openxmlformats.org/officeDocument/2006/relationships/image" Target="media/x20658.png"/><Relationship Id="rId72" Type="http://schemas.openxmlformats.org/officeDocument/2006/relationships/image" Target="media/x20659.wmf"/><Relationship Id="rId73" Type="http://schemas.openxmlformats.org/officeDocument/2006/relationships/image" Target="media/x20660.wmf"/><Relationship Id="rId74" Type="http://schemas.openxmlformats.org/officeDocument/2006/relationships/image" Target="media/x20661.wmf"/><Relationship Id="rId75" Type="http://schemas.openxmlformats.org/officeDocument/2006/relationships/image" Target="media/x20662.png"/><Relationship Id="rId76" Type="http://schemas.openxmlformats.org/officeDocument/2006/relationships/image" Target="media/x20663.wmf"/><Relationship Id="rId77" Type="http://schemas.openxmlformats.org/officeDocument/2006/relationships/image" Target="media/x20664.png"/><Relationship Id="rId78" Type="http://schemas.openxmlformats.org/officeDocument/2006/relationships/image" Target="media/x20665.png"/><Relationship Id="rId79" Type="http://schemas.openxmlformats.org/officeDocument/2006/relationships/image" Target="media/x20666.png"/><Relationship Id="rId80" Type="http://schemas.openxmlformats.org/officeDocument/2006/relationships/image" Target="media/x20667.wmf"/><Relationship Id="rId81" Type="http://schemas.openxmlformats.org/officeDocument/2006/relationships/image" Target="media/x20668.wmf"/><Relationship Id="rId82" Type="http://schemas.openxmlformats.org/officeDocument/2006/relationships/image" Target="media/x20669.png"/><Relationship Id="rId83" Type="http://schemas.openxmlformats.org/officeDocument/2006/relationships/image" Target="media/x20670.wmf"/><Relationship Id="rId84" Type="http://schemas.openxmlformats.org/officeDocument/2006/relationships/image" Target="media/x20671.wmf"/><Relationship Id="rId85" Type="http://schemas.openxmlformats.org/officeDocument/2006/relationships/image" Target="media/x20672.wmf"/><Relationship Id="rId86" Type="http://schemas.openxmlformats.org/officeDocument/2006/relationships/image" Target="media/x20673.wmf"/><Relationship Id="rId87" Type="http://schemas.openxmlformats.org/officeDocument/2006/relationships/image" Target="media/x20674.wmf"/><Relationship Id="rId88" Type="http://schemas.openxmlformats.org/officeDocument/2006/relationships/image" Target="media/x20675.wmf"/><Relationship Id="rId89" Type="http://schemas.openxmlformats.org/officeDocument/2006/relationships/image" Target="media/x20676.wmf"/><Relationship Id="rId90" Type="http://schemas.openxmlformats.org/officeDocument/2006/relationships/image" Target="media/x20677.wmf"/><Relationship Id="rId91" Type="http://schemas.openxmlformats.org/officeDocument/2006/relationships/image" Target="media/x20678.wmf"/><Relationship Id="rId92" Type="http://schemas.openxmlformats.org/officeDocument/2006/relationships/image" Target="media/x20679.wmf"/><Relationship Id="rId93" Type="http://schemas.openxmlformats.org/officeDocument/2006/relationships/image" Target="media/x20680.wmf"/><Relationship Id="rId94" Type="http://schemas.openxmlformats.org/officeDocument/2006/relationships/image" Target="media/x20681.wmf"/><Relationship Id="rId95" Type="http://schemas.openxmlformats.org/officeDocument/2006/relationships/image" Target="media/x20682.wmf"/><Relationship Id="rId96" Type="http://schemas.openxmlformats.org/officeDocument/2006/relationships/image" Target="media/x20683.wmf"/><Relationship Id="rId97" Type="http://schemas.openxmlformats.org/officeDocument/2006/relationships/image" Target="media/x20684.wmf"/><Relationship Id="rId98" Type="http://schemas.openxmlformats.org/officeDocument/2006/relationships/image" Target="media/x20685.wmf"/><Relationship Id="rId99" Type="http://schemas.openxmlformats.org/officeDocument/2006/relationships/image" Target="media/x20686.wmf"/><Relationship Id="rId100" Type="http://schemas.openxmlformats.org/officeDocument/2006/relationships/image" Target="media/x20687.wmf"/><Relationship Id="rId101" Type="http://schemas.openxmlformats.org/officeDocument/2006/relationships/image" Target="media/x20688.wmf"/><Relationship Id="rId102" Type="http://schemas.openxmlformats.org/officeDocument/2006/relationships/image" Target="media/x20689.wmf"/><Relationship Id="rId103" Type="http://schemas.openxmlformats.org/officeDocument/2006/relationships/image" Target="media/x20690.wmf"/><Relationship Id="rId104" Type="http://schemas.openxmlformats.org/officeDocument/2006/relationships/image" Target="media/x20691.wmf"/><Relationship Id="rId105" Type="http://schemas.openxmlformats.org/officeDocument/2006/relationships/image" Target="media/x20692.wmf"/><Relationship Id="rId106" Type="http://schemas.openxmlformats.org/officeDocument/2006/relationships/image" Target="media/x20693.wmf"/><Relationship Id="rId107" Type="http://schemas.openxmlformats.org/officeDocument/2006/relationships/image" Target="media/x20694.wmf"/><Relationship Id="rId108" Type="http://schemas.openxmlformats.org/officeDocument/2006/relationships/image" Target="media/x20695.wmf"/><Relationship Id="rId109" Type="http://schemas.openxmlformats.org/officeDocument/2006/relationships/image" Target="media/x20696.wmf"/><Relationship Id="rId110" Type="http://schemas.openxmlformats.org/officeDocument/2006/relationships/image" Target="media/x20697.wmf"/><Relationship Id="rId111" Type="http://schemas.openxmlformats.org/officeDocument/2006/relationships/image" Target="media/x20698.wmf"/><Relationship Id="rId112" Type="http://schemas.openxmlformats.org/officeDocument/2006/relationships/image" Target="media/x20699.wmf"/><Relationship Id="rId113" Type="http://schemas.openxmlformats.org/officeDocument/2006/relationships/image" Target="media/x20700.wmf"/><Relationship Id="rId114" Type="http://schemas.openxmlformats.org/officeDocument/2006/relationships/image" Target="media/x20701.wmf"/><Relationship Id="rId115" Type="http://schemas.openxmlformats.org/officeDocument/2006/relationships/image" Target="media/x20702.wmf"/><Relationship Id="rId116" Type="http://schemas.openxmlformats.org/officeDocument/2006/relationships/image" Target="media/x20703.wmf"/><Relationship Id="rId117" Type="http://schemas.openxmlformats.org/officeDocument/2006/relationships/image" Target="media/x20704.wmf"/><Relationship Id="rId118" Type="http://schemas.openxmlformats.org/officeDocument/2006/relationships/image" Target="media/x20705.wmf"/><Relationship Id="rId119" Type="http://schemas.openxmlformats.org/officeDocument/2006/relationships/image" Target="media/x20706.wmf"/><Relationship Id="rId120" Type="http://schemas.openxmlformats.org/officeDocument/2006/relationships/image" Target="media/x20707.wmf"/><Relationship Id="rId121" Type="http://schemas.openxmlformats.org/officeDocument/2006/relationships/image" Target="media/x20708.wmf"/><Relationship Id="rId122" Type="http://schemas.openxmlformats.org/officeDocument/2006/relationships/image" Target="media/x20709.wmf"/><Relationship Id="rId123" Type="http://schemas.openxmlformats.org/officeDocument/2006/relationships/image" Target="media/x20710.wmf"/><Relationship Id="rId124" Type="http://schemas.openxmlformats.org/officeDocument/2006/relationships/image" Target="media/x20711.wmf"/><Relationship Id="rId125" Type="http://schemas.openxmlformats.org/officeDocument/2006/relationships/image" Target="media/x20712.wmf"/><Relationship Id="rId126" Type="http://schemas.openxmlformats.org/officeDocument/2006/relationships/image" Target="media/x20713.wmf"/><Relationship Id="rId127" Type="http://schemas.openxmlformats.org/officeDocument/2006/relationships/image" Target="media/x20714.wmf"/><Relationship Id="rId128" Type="http://schemas.openxmlformats.org/officeDocument/2006/relationships/image" Target="media/x20715.wmf"/><Relationship Id="rId129" Type="http://schemas.openxmlformats.org/officeDocument/2006/relationships/image" Target="media/x20716.wmf"/><Relationship Id="rId130" Type="http://schemas.openxmlformats.org/officeDocument/2006/relationships/image" Target="media/x20717.wmf"/><Relationship Id="rId131" Type="http://schemas.openxmlformats.org/officeDocument/2006/relationships/image" Target="media/x20718.wmf"/><Relationship Id="rId132" Type="http://schemas.openxmlformats.org/officeDocument/2006/relationships/image" Target="media/x20719.wmf"/><Relationship Id="rId133" Type="http://schemas.openxmlformats.org/officeDocument/2006/relationships/image" Target="media/x20720.wmf"/><Relationship Id="rId134" Type="http://schemas.openxmlformats.org/officeDocument/2006/relationships/image" Target="media/x20721.wmf"/><Relationship Id="rId135" Type="http://schemas.openxmlformats.org/officeDocument/2006/relationships/image" Target="media/x20722.wmf"/><Relationship Id="rId136" Type="http://schemas.openxmlformats.org/officeDocument/2006/relationships/image" Target="media/x20723.wmf"/><Relationship Id="rId137" Type="http://schemas.openxmlformats.org/officeDocument/2006/relationships/image" Target="media/x20724.wmf"/><Relationship Id="rId138" Type="http://schemas.openxmlformats.org/officeDocument/2006/relationships/image" Target="media/x20725.wmf"/><Relationship Id="rId139" Type="http://schemas.openxmlformats.org/officeDocument/2006/relationships/image" Target="media/x20726.wmf"/><Relationship Id="rId140" Type="http://schemas.openxmlformats.org/officeDocument/2006/relationships/image" Target="media/x20727.wmf"/><Relationship Id="rId141" Type="http://schemas.openxmlformats.org/officeDocument/2006/relationships/image" Target="media/x20728.wmf"/><Relationship Id="rId142" Type="http://schemas.openxmlformats.org/officeDocument/2006/relationships/image" Target="media/x20729.wmf"/><Relationship Id="rId143" Type="http://schemas.openxmlformats.org/officeDocument/2006/relationships/image" Target="media/x20730.wmf"/><Relationship Id="rId144" Type="http://schemas.openxmlformats.org/officeDocument/2006/relationships/image" Target="media/x20731.wmf"/><Relationship Id="rId145" Type="http://schemas.openxmlformats.org/officeDocument/2006/relationships/image" Target="media/x20732.wmf"/><Relationship Id="rId146" Type="http://schemas.openxmlformats.org/officeDocument/2006/relationships/image" Target="media/x20733.wmf"/><Relationship Id="rId147" Type="http://schemas.openxmlformats.org/officeDocument/2006/relationships/image" Target="media/x20734.wmf"/><Relationship Id="rId148" Type="http://schemas.openxmlformats.org/officeDocument/2006/relationships/image" Target="media/x20735.wmf"/><Relationship Id="rId149" Type="http://schemas.openxmlformats.org/officeDocument/2006/relationships/image" Target="media/x20736.wmf"/><Relationship Id="rId150" Type="http://schemas.openxmlformats.org/officeDocument/2006/relationships/image" Target="media/x20737.wmf"/><Relationship Id="rId151" Type="http://schemas.openxmlformats.org/officeDocument/2006/relationships/image" Target="media/x20738.wmf"/><Relationship Id="rId152" Type="http://schemas.openxmlformats.org/officeDocument/2006/relationships/image" Target="media/x20739.wmf"/><Relationship Id="rId153" Type="http://schemas.openxmlformats.org/officeDocument/2006/relationships/image" Target="media/x20740.wmf"/><Relationship Id="rId154" Type="http://schemas.openxmlformats.org/officeDocument/2006/relationships/image" Target="media/x20741.wmf"/><Relationship Id="rId155" Type="http://schemas.openxmlformats.org/officeDocument/2006/relationships/image" Target="media/x20742.wmf"/><Relationship Id="rId156" Type="http://schemas.openxmlformats.org/officeDocument/2006/relationships/image" Target="media/x20743.wmf"/><Relationship Id="rId157" Type="http://schemas.openxmlformats.org/officeDocument/2006/relationships/image" Target="media/x20744.wmf"/><Relationship Id="rId158" Type="http://schemas.openxmlformats.org/officeDocument/2006/relationships/image" Target="media/x20745.wmf"/><Relationship Id="rId159" Type="http://schemas.openxmlformats.org/officeDocument/2006/relationships/image" Target="media/x20746.wmf"/><Relationship Id="rId160" Type="http://schemas.openxmlformats.org/officeDocument/2006/relationships/image" Target="media/x20747.wmf"/><Relationship Id="rId161" Type="http://schemas.openxmlformats.org/officeDocument/2006/relationships/image" Target="media/x20748.wmf"/><Relationship Id="rId162" Type="http://schemas.openxmlformats.org/officeDocument/2006/relationships/image" Target="media/x20749.wmf"/><Relationship Id="rId163" Type="http://schemas.openxmlformats.org/officeDocument/2006/relationships/image" Target="media/x20750.wmf"/><Relationship Id="rId164" Type="http://schemas.openxmlformats.org/officeDocument/2006/relationships/image" Target="media/x20751.png"/><Relationship Id="rId165" Type="http://schemas.openxmlformats.org/officeDocument/2006/relationships/image" Target="media/x20752.wmf"/><Relationship Id="rId166" Type="http://schemas.openxmlformats.org/officeDocument/2006/relationships/image" Target="media/x20753.wmf"/><Relationship Id="rId167" Type="http://schemas.openxmlformats.org/officeDocument/2006/relationships/image" Target="media/x20754.png"/><Relationship Id="rId168" Type="http://schemas.openxmlformats.org/officeDocument/2006/relationships/image" Target="media/x20755.wmf"/><Relationship Id="rId169" Type="http://schemas.openxmlformats.org/officeDocument/2006/relationships/image" Target="media/x20756.wmf"/><Relationship Id="rId170" Type="http://schemas.openxmlformats.org/officeDocument/2006/relationships/image" Target="media/x20757.wmf"/><Relationship Id="rId171" Type="http://schemas.openxmlformats.org/officeDocument/2006/relationships/image" Target="media/x20758.wmf"/><Relationship Id="rId172" Type="http://schemas.openxmlformats.org/officeDocument/2006/relationships/image" Target="media/x20759.png"/><Relationship Id="rId173" Type="http://schemas.openxmlformats.org/officeDocument/2006/relationships/image" Target="media/x20760.wmf"/><Relationship Id="rId174" Type="http://schemas.openxmlformats.org/officeDocument/2006/relationships/image" Target="media/x20761.wmf"/><Relationship Id="rId175" Type="http://schemas.openxmlformats.org/officeDocument/2006/relationships/image" Target="media/x20762.wmf"/><Relationship Id="rId176" Type="http://schemas.openxmlformats.org/officeDocument/2006/relationships/image" Target="media/x20763.wmf"/><Relationship Id="rId177" Type="http://schemas.openxmlformats.org/officeDocument/2006/relationships/image" Target="media/x20764.wmf"/><Relationship Id="rId178" Type="http://schemas.openxmlformats.org/officeDocument/2006/relationships/image" Target="media/x20765.wmf"/><Relationship Id="rId179" Type="http://schemas.openxmlformats.org/officeDocument/2006/relationships/image" Target="media/x20766.wmf"/><Relationship Id="rId180" Type="http://schemas.openxmlformats.org/officeDocument/2006/relationships/image" Target="media/x20767.wmf"/><Relationship Id="rId181" Type="http://schemas.openxmlformats.org/officeDocument/2006/relationships/image" Target="media/x20768.wmf"/><Relationship Id="rId182" Type="http://schemas.openxmlformats.org/officeDocument/2006/relationships/image" Target="media/x20769.wmf"/><Relationship Id="rId183" Type="http://schemas.openxmlformats.org/officeDocument/2006/relationships/image" Target="media/x20770.wmf"/><Relationship Id="rId184" Type="http://schemas.openxmlformats.org/officeDocument/2006/relationships/image" Target="media/x20771.wmf"/><Relationship Id="rId185" Type="http://schemas.openxmlformats.org/officeDocument/2006/relationships/image" Target="media/x20772.wmf"/><Relationship Id="rId186" Type="http://schemas.openxmlformats.org/officeDocument/2006/relationships/image" Target="media/x20773.wmf"/><Relationship Id="rId187" Type="http://schemas.openxmlformats.org/officeDocument/2006/relationships/image" Target="media/x20774.wmf"/><Relationship Id="rId188" Type="http://schemas.openxmlformats.org/officeDocument/2006/relationships/image" Target="media/x20775.wmf"/><Relationship Id="rId189" Type="http://schemas.openxmlformats.org/officeDocument/2006/relationships/image" Target="media/x20776.wmf"/><Relationship Id="rId190" Type="http://schemas.openxmlformats.org/officeDocument/2006/relationships/image" Target="media/x20777.wmf"/><Relationship Id="rId191" Type="http://schemas.openxmlformats.org/officeDocument/2006/relationships/image" Target="media/x20778.wmf"/><Relationship Id="rId192" Type="http://schemas.openxmlformats.org/officeDocument/2006/relationships/image" Target="media/x20779.wmf"/><Relationship Id="rId193" Type="http://schemas.openxmlformats.org/officeDocument/2006/relationships/image" Target="media/x20780.wmf"/><Relationship Id="rId194" Type="http://schemas.openxmlformats.org/officeDocument/2006/relationships/image" Target="media/x20781.wmf"/><Relationship Id="rId195" Type="http://schemas.openxmlformats.org/officeDocument/2006/relationships/image" Target="media/x20782.wmf"/><Relationship Id="rId196" Type="http://schemas.openxmlformats.org/officeDocument/2006/relationships/image" Target="media/x20783.wmf"/><Relationship Id="rId197" Type="http://schemas.openxmlformats.org/officeDocument/2006/relationships/image" Target="media/x20784.wmf"/><Relationship Id="rId198" Type="http://schemas.openxmlformats.org/officeDocument/2006/relationships/image" Target="media/x20785.wmf"/><Relationship Id="rId199" Type="http://schemas.openxmlformats.org/officeDocument/2006/relationships/image" Target="media/x20786.wmf"/><Relationship Id="rId200" Type="http://schemas.openxmlformats.org/officeDocument/2006/relationships/image" Target="media/x20787.wmf"/><Relationship Id="rId201" Type="http://schemas.openxmlformats.org/officeDocument/2006/relationships/image" Target="media/x20788.wmf"/><Relationship Id="rId202" Type="http://schemas.openxmlformats.org/officeDocument/2006/relationships/image" Target="media/x20789.wmf"/><Relationship Id="rId203" Type="http://schemas.openxmlformats.org/officeDocument/2006/relationships/image" Target="media/x20790.wmf"/><Relationship Id="rId204" Type="http://schemas.openxmlformats.org/officeDocument/2006/relationships/image" Target="media/x20791.wmf"/><Relationship Id="rId205" Type="http://schemas.openxmlformats.org/officeDocument/2006/relationships/image" Target="media/x20792.wmf"/><Relationship Id="rId206" Type="http://schemas.openxmlformats.org/officeDocument/2006/relationships/image" Target="media/x20793.wmf"/><Relationship Id="rId207" Type="http://schemas.openxmlformats.org/officeDocument/2006/relationships/image" Target="media/x20794.wmf"/><Relationship Id="rId208" Type="http://schemas.openxmlformats.org/officeDocument/2006/relationships/image" Target="media/x20795.wmf"/><Relationship Id="rId209" Type="http://schemas.openxmlformats.org/officeDocument/2006/relationships/image" Target="media/x20796.wmf"/><Relationship Id="rId210" Type="http://schemas.openxmlformats.org/officeDocument/2006/relationships/image" Target="media/x20797.wmf"/><Relationship Id="rId211" Type="http://schemas.openxmlformats.org/officeDocument/2006/relationships/image" Target="media/x20798.wmf"/><Relationship Id="rId212" Type="http://schemas.openxmlformats.org/officeDocument/2006/relationships/image" Target="media/x20799.wmf"/><Relationship Id="rId213" Type="http://schemas.openxmlformats.org/officeDocument/2006/relationships/image" Target="media/x20800.wmf"/><Relationship Id="rId214" Type="http://schemas.openxmlformats.org/officeDocument/2006/relationships/image" Target="media/x20801.wmf"/><Relationship Id="rId215" Type="http://schemas.openxmlformats.org/officeDocument/2006/relationships/image" Target="media/x20802.wmf"/><Relationship Id="rId216" Type="http://schemas.openxmlformats.org/officeDocument/2006/relationships/image" Target="media/x20803.wmf"/><Relationship Id="rId217" Type="http://schemas.openxmlformats.org/officeDocument/2006/relationships/image" Target="media/x20804.png"/><Relationship Id="rId218" Type="http://schemas.openxmlformats.org/officeDocument/2006/relationships/image" Target="media/x20805.png"/><Relationship Id="rId219" Type="http://schemas.openxmlformats.org/officeDocument/2006/relationships/image" Target="media/x20806.wmf"/><Relationship Id="rId220" Type="http://schemas.openxmlformats.org/officeDocument/2006/relationships/image" Target="media/x20807.wmf"/><Relationship Id="rId221" Type="http://schemas.openxmlformats.org/officeDocument/2006/relationships/image" Target="media/x20808.wmf"/><Relationship Id="rId222" Type="http://schemas.openxmlformats.org/officeDocument/2006/relationships/image" Target="media/x20809.wmf"/><Relationship Id="rId223" Type="http://schemas.openxmlformats.org/officeDocument/2006/relationships/image" Target="media/x20810.wmf"/><Relationship Id="rId224" Type="http://schemas.openxmlformats.org/officeDocument/2006/relationships/image" Target="media/x20811.wmf"/><Relationship Id="rId225" Type="http://schemas.openxmlformats.org/officeDocument/2006/relationships/image" Target="media/x20812.wmf"/><Relationship Id="rId226" Type="http://schemas.openxmlformats.org/officeDocument/2006/relationships/image" Target="media/x20813.wmf"/><Relationship Id="rId227" Type="http://schemas.openxmlformats.org/officeDocument/2006/relationships/image" Target="media/x20814.wmf"/><Relationship Id="rId228" Type="http://schemas.openxmlformats.org/officeDocument/2006/relationships/image" Target="media/x20815.wmf"/><Relationship Id="rId229" Type="http://schemas.openxmlformats.org/officeDocument/2006/relationships/image" Target="media/x20816.wmf"/><Relationship Id="rId230" Type="http://schemas.openxmlformats.org/officeDocument/2006/relationships/image" Target="media/x20817.wmf"/><Relationship Id="rId231" Type="http://schemas.openxmlformats.org/officeDocument/2006/relationships/image" Target="media/x20818.wmf"/><Relationship Id="rId232" Type="http://schemas.openxmlformats.org/officeDocument/2006/relationships/image" Target="media/x20819.wmf"/><Relationship Id="rId233" Type="http://schemas.openxmlformats.org/officeDocument/2006/relationships/image" Target="media/x20820.wmf"/><Relationship Id="rId234" Type="http://schemas.openxmlformats.org/officeDocument/2006/relationships/image" Target="media/x20821.wmf"/><Relationship Id="rId235" Type="http://schemas.openxmlformats.org/officeDocument/2006/relationships/image" Target="media/x20822.wmf"/><Relationship Id="rId236" Type="http://schemas.openxmlformats.org/officeDocument/2006/relationships/image" Target="media/x20823.wmf"/><Relationship Id="rId237" Type="http://schemas.openxmlformats.org/officeDocument/2006/relationships/image" Target="media/x20824.wmf"/><Relationship Id="rId238" Type="http://schemas.openxmlformats.org/officeDocument/2006/relationships/image" Target="media/x20825.wmf"/><Relationship Id="rId239" Type="http://schemas.openxmlformats.org/officeDocument/2006/relationships/image" Target="media/x20826.wmf"/><Relationship Id="rId240" Type="http://schemas.openxmlformats.org/officeDocument/2006/relationships/image" Target="media/x20827.wmf"/><Relationship Id="rId241" Type="http://schemas.openxmlformats.org/officeDocument/2006/relationships/image" Target="media/x20828.wmf"/><Relationship Id="rId242" Type="http://schemas.openxmlformats.org/officeDocument/2006/relationships/image" Target="media/x20829.wmf"/><Relationship Id="rId243" Type="http://schemas.openxmlformats.org/officeDocument/2006/relationships/image" Target="media/x20830.wmf"/><Relationship Id="rId244" Type="http://schemas.openxmlformats.org/officeDocument/2006/relationships/image" Target="media/x20831.wmf"/><Relationship Id="rId245" Type="http://schemas.openxmlformats.org/officeDocument/2006/relationships/image" Target="media/x20832.wmf"/><Relationship Id="rId246" Type="http://schemas.openxmlformats.org/officeDocument/2006/relationships/image" Target="media/x20833.png"/><Relationship Id="rId247" Type="http://schemas.openxmlformats.org/officeDocument/2006/relationships/image" Target="media/x20834.wmf"/><Relationship Id="rId248" Type="http://schemas.openxmlformats.org/officeDocument/2006/relationships/image" Target="media/x20835.wmf"/><Relationship Id="rId249" Type="http://schemas.openxmlformats.org/officeDocument/2006/relationships/image" Target="media/x20836.wmf"/><Relationship Id="rId250" Type="http://schemas.openxmlformats.org/officeDocument/2006/relationships/image" Target="media/x20837.wmf"/><Relationship Id="rId251" Type="http://schemas.openxmlformats.org/officeDocument/2006/relationships/image" Target="media/x20838.wmf"/><Relationship Id="rId252" Type="http://schemas.openxmlformats.org/officeDocument/2006/relationships/image" Target="media/x20839.wmf"/><Relationship Id="rId253" Type="http://schemas.openxmlformats.org/officeDocument/2006/relationships/image" Target="media/x20840.wmf"/><Relationship Id="rId254" Type="http://schemas.openxmlformats.org/officeDocument/2006/relationships/image" Target="media/x20841.png"/><Relationship Id="rId255" Type="http://schemas.openxmlformats.org/officeDocument/2006/relationships/image" Target="media/x20842.png"/><Relationship Id="rId256" Type="http://schemas.openxmlformats.org/officeDocument/2006/relationships/image" Target="media/x20843.wmf"/><Relationship Id="rId257" Type="http://schemas.openxmlformats.org/officeDocument/2006/relationships/image" Target="media/x20844.wmf"/><Relationship Id="rId258" Type="http://schemas.openxmlformats.org/officeDocument/2006/relationships/image" Target="media/x20845.wmf"/><Relationship Id="rId259" Type="http://schemas.openxmlformats.org/officeDocument/2006/relationships/image" Target="media/x20846.wmf"/><Relationship Id="rId260" Type="http://schemas.openxmlformats.org/officeDocument/2006/relationships/image" Target="media/x20847.wmf"/><Relationship Id="rId261" Type="http://schemas.openxmlformats.org/officeDocument/2006/relationships/image" Target="media/x20848.wmf"/><Relationship Id="rId262" Type="http://schemas.openxmlformats.org/officeDocument/2006/relationships/image" Target="media/x20849.wmf"/><Relationship Id="rId263" Type="http://schemas.openxmlformats.org/officeDocument/2006/relationships/image" Target="media/x20850.wmf"/><Relationship Id="rId264" Type="http://schemas.openxmlformats.org/officeDocument/2006/relationships/image" Target="media/x20851.wmf"/><Relationship Id="rId265" Type="http://schemas.openxmlformats.org/officeDocument/2006/relationships/image" Target="media/x20852.wmf"/><Relationship Id="rId266" Type="http://schemas.openxmlformats.org/officeDocument/2006/relationships/image" Target="media/x20853.wmf"/><Relationship Id="rId267" Type="http://schemas.openxmlformats.org/officeDocument/2006/relationships/image" Target="media/x20854.wmf"/><Relationship Id="rId268" Type="http://schemas.openxmlformats.org/officeDocument/2006/relationships/image" Target="media/x20855.wmf"/><Relationship Id="rId269" Type="http://schemas.openxmlformats.org/officeDocument/2006/relationships/image" Target="media/x20856.wmf"/><Relationship Id="rId270" Type="http://schemas.openxmlformats.org/officeDocument/2006/relationships/image" Target="media/x20857.wmf"/><Relationship Id="rId271" Type="http://schemas.openxmlformats.org/officeDocument/2006/relationships/image" Target="media/x20858.wmf"/><Relationship Id="rId272" Type="http://schemas.openxmlformats.org/officeDocument/2006/relationships/image" Target="media/x20859.wmf"/><Relationship Id="rId273" Type="http://schemas.openxmlformats.org/officeDocument/2006/relationships/image" Target="media/x20860.wmf"/><Relationship Id="rId274" Type="http://schemas.openxmlformats.org/officeDocument/2006/relationships/image" Target="media/x20861.wmf"/><Relationship Id="rId275" Type="http://schemas.openxmlformats.org/officeDocument/2006/relationships/image" Target="media/x20862.wmf"/><Relationship Id="rId276" Type="http://schemas.openxmlformats.org/officeDocument/2006/relationships/image" Target="media/x20863.wmf"/><Relationship Id="rId277" Type="http://schemas.openxmlformats.org/officeDocument/2006/relationships/image" Target="media/x20864.wmf"/><Relationship Id="rId278" Type="http://schemas.openxmlformats.org/officeDocument/2006/relationships/image" Target="media/x20865.wmf"/><Relationship Id="rId279" Type="http://schemas.openxmlformats.org/officeDocument/2006/relationships/image" Target="media/x20866.wmf"/><Relationship Id="rId280" Type="http://schemas.openxmlformats.org/officeDocument/2006/relationships/image" Target="media/x20867.wmf"/><Relationship Id="rId281" Type="http://schemas.openxmlformats.org/officeDocument/2006/relationships/image" Target="media/x20868.wmf"/><Relationship Id="rId282" Type="http://schemas.openxmlformats.org/officeDocument/2006/relationships/image" Target="media/x20869.wmf"/><Relationship Id="rId283" Type="http://schemas.openxmlformats.org/officeDocument/2006/relationships/image" Target="media/x20870.wmf"/><Relationship Id="rId284" Type="http://schemas.openxmlformats.org/officeDocument/2006/relationships/image" Target="media/x20871.wmf"/><Relationship Id="rId285" Type="http://schemas.openxmlformats.org/officeDocument/2006/relationships/image" Target="media/x20872.wmf"/><Relationship Id="rId286" Type="http://schemas.openxmlformats.org/officeDocument/2006/relationships/image" Target="media/x20873.wmf"/><Relationship Id="rId287" Type="http://schemas.openxmlformats.org/officeDocument/2006/relationships/image" Target="media/x20874.wmf"/><Relationship Id="rId288" Type="http://schemas.openxmlformats.org/officeDocument/2006/relationships/image" Target="media/x20875.wmf"/><Relationship Id="rId289" Type="http://schemas.openxmlformats.org/officeDocument/2006/relationships/image" Target="media/x20876.wmf"/><Relationship Id="rId290" Type="http://schemas.openxmlformats.org/officeDocument/2006/relationships/image" Target="media/x20877.wmf"/><Relationship Id="rId291" Type="http://schemas.openxmlformats.org/officeDocument/2006/relationships/image" Target="media/x20878.wmf"/><Relationship Id="rId292" Type="http://schemas.openxmlformats.org/officeDocument/2006/relationships/image" Target="media/x20879.wmf"/><Relationship Id="rId293" Type="http://schemas.openxmlformats.org/officeDocument/2006/relationships/image" Target="media/x20880.wmf"/><Relationship Id="rId294" Type="http://schemas.openxmlformats.org/officeDocument/2006/relationships/image" Target="media/x20881.wmf"/><Relationship Id="rId295" Type="http://schemas.openxmlformats.org/officeDocument/2006/relationships/image" Target="media/x20882.wmf"/><Relationship Id="rId296" Type="http://schemas.openxmlformats.org/officeDocument/2006/relationships/image" Target="media/x20883.wmf"/><Relationship Id="rId297" Type="http://schemas.openxmlformats.org/officeDocument/2006/relationships/image" Target="media/x20884.wmf"/><Relationship Id="rId298" Type="http://schemas.openxmlformats.org/officeDocument/2006/relationships/image" Target="media/x20885.wmf"/><Relationship Id="rId299" Type="http://schemas.openxmlformats.org/officeDocument/2006/relationships/image" Target="media/x20886.wmf"/><Relationship Id="rId300" Type="http://schemas.openxmlformats.org/officeDocument/2006/relationships/image" Target="media/x20887.wmf"/><Relationship Id="rId301" Type="http://schemas.openxmlformats.org/officeDocument/2006/relationships/image" Target="media/x20888.wmf"/><Relationship Id="rId302" Type="http://schemas.openxmlformats.org/officeDocument/2006/relationships/image" Target="media/x20889.wmf"/><Relationship Id="rId303" Type="http://schemas.openxmlformats.org/officeDocument/2006/relationships/image" Target="media/x20890.wmf"/><Relationship Id="rId304" Type="http://schemas.openxmlformats.org/officeDocument/2006/relationships/image" Target="media/x20891.wmf"/><Relationship Id="rId305" Type="http://schemas.openxmlformats.org/officeDocument/2006/relationships/image" Target="media/x20892.png"/><Relationship Id="rId306" Type="http://schemas.openxmlformats.org/officeDocument/2006/relationships/image" Target="media/x20893.png"/><Relationship Id="rId307" Type="http://schemas.openxmlformats.org/officeDocument/2006/relationships/image" Target="media/x20894.wmf"/><Relationship Id="rId308" Type="http://schemas.openxmlformats.org/officeDocument/2006/relationships/image" Target="media/x20895.wmf"/><Relationship Id="rId309" Type="http://schemas.openxmlformats.org/officeDocument/2006/relationships/image" Target="media/x20896.wmf"/><Relationship Id="rId310" Type="http://schemas.openxmlformats.org/officeDocument/2006/relationships/image" Target="media/x20897.wmf"/><Relationship Id="rId311" Type="http://schemas.openxmlformats.org/officeDocument/2006/relationships/image" Target="media/x20898.wmf"/><Relationship Id="rId312" Type="http://schemas.openxmlformats.org/officeDocument/2006/relationships/image" Target="media/x20899.wmf"/><Relationship Id="rId313" Type="http://schemas.openxmlformats.org/officeDocument/2006/relationships/image" Target="media/x20900.wmf"/><Relationship Id="rId314" Type="http://schemas.openxmlformats.org/officeDocument/2006/relationships/image" Target="media/x20901.wmf"/><Relationship Id="rId315" Type="http://schemas.openxmlformats.org/officeDocument/2006/relationships/image" Target="media/x20902.wmf"/><Relationship Id="rId316" Type="http://schemas.openxmlformats.org/officeDocument/2006/relationships/image" Target="media/x20903.wmf"/><Relationship Id="rId317" Type="http://schemas.openxmlformats.org/officeDocument/2006/relationships/image" Target="media/x20904.wmf"/><Relationship Id="rId318" Type="http://schemas.openxmlformats.org/officeDocument/2006/relationships/image" Target="media/x20905.wmf"/><Relationship Id="rId319" Type="http://schemas.openxmlformats.org/officeDocument/2006/relationships/image" Target="media/x20906.wmf"/><Relationship Id="rId320" Type="http://schemas.openxmlformats.org/officeDocument/2006/relationships/image" Target="media/x20907.wmf"/><Relationship Id="rId321" Type="http://schemas.openxmlformats.org/officeDocument/2006/relationships/image" Target="media/x20908.wmf"/><Relationship Id="rId322" Type="http://schemas.openxmlformats.org/officeDocument/2006/relationships/image" Target="media/x20909.wmf"/><Relationship Id="rId323" Type="http://schemas.openxmlformats.org/officeDocument/2006/relationships/image" Target="media/x20910.wmf"/><Relationship Id="rId324" Type="http://schemas.openxmlformats.org/officeDocument/2006/relationships/image" Target="media/x20911.wmf"/><Relationship Id="rId325" Type="http://schemas.openxmlformats.org/officeDocument/2006/relationships/image" Target="media/x20912.wmf"/><Relationship Id="rId326" Type="http://schemas.openxmlformats.org/officeDocument/2006/relationships/image" Target="media/x20913.png"/><Relationship Id="rId327" Type="http://schemas.openxmlformats.org/officeDocument/2006/relationships/image" Target="media/x20914.wmf"/><Relationship Id="rId328" Type="http://schemas.openxmlformats.org/officeDocument/2006/relationships/image" Target="media/x20915.png"/><Relationship Id="rId329" Type="http://schemas.openxmlformats.org/officeDocument/2006/relationships/image" Target="media/x20916.png"/><Relationship Id="rId330" Type="http://schemas.openxmlformats.org/officeDocument/2006/relationships/image" Target="media/x20917.wmf"/><Relationship Id="rId331" Type="http://schemas.openxmlformats.org/officeDocument/2006/relationships/image" Target="media/x20918.wmf"/><Relationship Id="rId332" Type="http://schemas.openxmlformats.org/officeDocument/2006/relationships/image" Target="media/x20919.wmf"/><Relationship Id="rId333" Type="http://schemas.openxmlformats.org/officeDocument/2006/relationships/image" Target="media/x20920.wmf"/><Relationship Id="rId334" Type="http://schemas.openxmlformats.org/officeDocument/2006/relationships/image" Target="media/x20921.wmf"/><Relationship Id="rId335" Type="http://schemas.openxmlformats.org/officeDocument/2006/relationships/image" Target="media/x20922.wmf"/><Relationship Id="rId336" Type="http://schemas.openxmlformats.org/officeDocument/2006/relationships/image" Target="media/x20923.wmf"/><Relationship Id="rId337" Type="http://schemas.openxmlformats.org/officeDocument/2006/relationships/image" Target="media/x20924.wmf"/><Relationship Id="rId338" Type="http://schemas.openxmlformats.org/officeDocument/2006/relationships/image" Target="media/x20925.wmf"/><Relationship Id="rId339" Type="http://schemas.openxmlformats.org/officeDocument/2006/relationships/image" Target="media/x20926.wmf"/><Relationship Id="rId340" Type="http://schemas.openxmlformats.org/officeDocument/2006/relationships/image" Target="media/x20927.wmf"/><Relationship Id="rId341" Type="http://schemas.openxmlformats.org/officeDocument/2006/relationships/image" Target="media/x20928.wmf"/><Relationship Id="rId342" Type="http://schemas.openxmlformats.org/officeDocument/2006/relationships/image" Target="media/x20929.wmf"/><Relationship Id="rId343" Type="http://schemas.openxmlformats.org/officeDocument/2006/relationships/image" Target="media/x20930.wmf"/><Relationship Id="rId344" Type="http://schemas.openxmlformats.org/officeDocument/2006/relationships/image" Target="media/x20931.wmf"/><Relationship Id="rId345" Type="http://schemas.openxmlformats.org/officeDocument/2006/relationships/image" Target="media/x20932.wmf"/><Relationship Id="rId346" Type="http://schemas.openxmlformats.org/officeDocument/2006/relationships/image" Target="media/x20933.wmf"/><Relationship Id="rId347" Type="http://schemas.openxmlformats.org/officeDocument/2006/relationships/image" Target="media/x20934.wmf"/><Relationship Id="rId348" Type="http://schemas.openxmlformats.org/officeDocument/2006/relationships/image" Target="media/x20935.wmf"/><Relationship Id="rId349" Type="http://schemas.openxmlformats.org/officeDocument/2006/relationships/image" Target="media/x20936.wmf"/><Relationship Id="rId350" Type="http://schemas.openxmlformats.org/officeDocument/2006/relationships/image" Target="media/x20937.wmf"/><Relationship Id="rId351" Type="http://schemas.openxmlformats.org/officeDocument/2006/relationships/image" Target="media/x20938.wmf"/><Relationship Id="rId352" Type="http://schemas.openxmlformats.org/officeDocument/2006/relationships/image" Target="media/x20939.png"/><Relationship Id="rId353" Type="http://schemas.openxmlformats.org/officeDocument/2006/relationships/image" Target="media/x20940.wmf"/><Relationship Id="rId354" Type="http://schemas.openxmlformats.org/officeDocument/2006/relationships/image" Target="media/x20941.wmf"/><Relationship Id="rId355" Type="http://schemas.openxmlformats.org/officeDocument/2006/relationships/image" Target="media/x20942.wmf"/><Relationship Id="rId356" Type="http://schemas.openxmlformats.org/officeDocument/2006/relationships/image" Target="media/x20943.wmf"/><Relationship Id="rId357" Type="http://schemas.openxmlformats.org/officeDocument/2006/relationships/image" Target="media/x20944.wmf"/><Relationship Id="rId358" Type="http://schemas.openxmlformats.org/officeDocument/2006/relationships/image" Target="media/x20945.wmf"/><Relationship Id="rId359" Type="http://schemas.openxmlformats.org/officeDocument/2006/relationships/image" Target="media/x20946.wmf"/><Relationship Id="rId360" Type="http://schemas.openxmlformats.org/officeDocument/2006/relationships/image" Target="media/x20947.wmf"/><Relationship Id="rId361" Type="http://schemas.openxmlformats.org/officeDocument/2006/relationships/image" Target="media/x20948.wmf"/><Relationship Id="rId362" Type="http://schemas.openxmlformats.org/officeDocument/2006/relationships/image" Target="media/x20949.wmf"/><Relationship Id="rId363" Type="http://schemas.openxmlformats.org/officeDocument/2006/relationships/image" Target="media/x20950.wmf"/><Relationship Id="rId364" Type="http://schemas.openxmlformats.org/officeDocument/2006/relationships/image" Target="media/x20951.wmf"/><Relationship Id="rId365" Type="http://schemas.openxmlformats.org/officeDocument/2006/relationships/image" Target="media/x20952.wmf"/><Relationship Id="rId366" Type="http://schemas.openxmlformats.org/officeDocument/2006/relationships/image" Target="media/x20953.wmf"/><Relationship Id="rId367" Type="http://schemas.openxmlformats.org/officeDocument/2006/relationships/image" Target="media/x20954.wmf"/><Relationship Id="rId368" Type="http://schemas.openxmlformats.org/officeDocument/2006/relationships/image" Target="media/x20955.wmf"/><Relationship Id="rId369" Type="http://schemas.openxmlformats.org/officeDocument/2006/relationships/image" Target="media/x20956.wmf"/><Relationship Id="rId370" Type="http://schemas.openxmlformats.org/officeDocument/2006/relationships/image" Target="media/x20957.wmf"/><Relationship Id="rId371" Type="http://schemas.openxmlformats.org/officeDocument/2006/relationships/image" Target="media/x20958.wmf"/><Relationship Id="rId372" Type="http://schemas.openxmlformats.org/officeDocument/2006/relationships/image" Target="media/x20959.wmf"/><Relationship Id="rId373" Type="http://schemas.openxmlformats.org/officeDocument/2006/relationships/image" Target="media/x20960.wmf"/><Relationship Id="rId374" Type="http://schemas.openxmlformats.org/officeDocument/2006/relationships/image" Target="media/x20961.wmf"/><Relationship Id="rId375" Type="http://schemas.openxmlformats.org/officeDocument/2006/relationships/image" Target="media/x20962.wmf"/><Relationship Id="rId376" Type="http://schemas.openxmlformats.org/officeDocument/2006/relationships/image" Target="media/x20963.wmf"/><Relationship Id="rId377" Type="http://schemas.openxmlformats.org/officeDocument/2006/relationships/image" Target="media/x20964.wmf"/><Relationship Id="rId378" Type="http://schemas.openxmlformats.org/officeDocument/2006/relationships/image" Target="media/x20965.wmf"/><Relationship Id="rId379" Type="http://schemas.openxmlformats.org/officeDocument/2006/relationships/image" Target="media/x20966.wmf"/><Relationship Id="rId380" Type="http://schemas.openxmlformats.org/officeDocument/2006/relationships/image" Target="media/x20967.wmf"/><Relationship Id="rId381" Type="http://schemas.openxmlformats.org/officeDocument/2006/relationships/image" Target="media/x20968.wmf"/><Relationship Id="rId382" Type="http://schemas.openxmlformats.org/officeDocument/2006/relationships/image" Target="media/x20969.wmf"/><Relationship Id="rId383" Type="http://schemas.openxmlformats.org/officeDocument/2006/relationships/image" Target="media/x20970.wmf"/><Relationship Id="rId384" Type="http://schemas.openxmlformats.org/officeDocument/2006/relationships/image" Target="media/x20971.wmf"/><Relationship Id="rId385" Type="http://schemas.openxmlformats.org/officeDocument/2006/relationships/image" Target="media/x20972.wmf"/><Relationship Id="rId386" Type="http://schemas.openxmlformats.org/officeDocument/2006/relationships/image" Target="media/x20973.wmf"/><Relationship Id="rId387" Type="http://schemas.openxmlformats.org/officeDocument/2006/relationships/image" Target="media/x20974.wmf"/><Relationship Id="rId388" Type="http://schemas.openxmlformats.org/officeDocument/2006/relationships/image" Target="media/x20975.wmf"/><Relationship Id="rId389" Type="http://schemas.openxmlformats.org/officeDocument/2006/relationships/image" Target="media/x20976.wmf"/><Relationship Id="rId390" Type="http://schemas.openxmlformats.org/officeDocument/2006/relationships/image" Target="media/x20977.wmf"/><Relationship Id="rId391" Type="http://schemas.openxmlformats.org/officeDocument/2006/relationships/image" Target="media/x20978.wmf"/><Relationship Id="rId392" Type="http://schemas.openxmlformats.org/officeDocument/2006/relationships/image" Target="media/x20979.wmf"/><Relationship Id="rId393" Type="http://schemas.openxmlformats.org/officeDocument/2006/relationships/image" Target="media/x20980.wmf"/><Relationship Id="rId394" Type="http://schemas.openxmlformats.org/officeDocument/2006/relationships/image" Target="media/x20981.wmf"/><Relationship Id="rId395" Type="http://schemas.openxmlformats.org/officeDocument/2006/relationships/image" Target="media/x20982.wmf"/><Relationship Id="rId396" Type="http://schemas.openxmlformats.org/officeDocument/2006/relationships/image" Target="media/x20983.wmf"/><Relationship Id="rId397" Type="http://schemas.openxmlformats.org/officeDocument/2006/relationships/image" Target="media/x20984.wmf"/><Relationship Id="rId398" Type="http://schemas.openxmlformats.org/officeDocument/2006/relationships/image" Target="media/x20985.wmf"/><Relationship Id="rId399" Type="http://schemas.openxmlformats.org/officeDocument/2006/relationships/image" Target="media/x20986.wmf"/><Relationship Id="rId400" Type="http://schemas.openxmlformats.org/officeDocument/2006/relationships/image" Target="media/x20987.wmf"/><Relationship Id="rId401" Type="http://schemas.openxmlformats.org/officeDocument/2006/relationships/image" Target="media/x20988.wmf"/><Relationship Id="rId402" Type="http://schemas.openxmlformats.org/officeDocument/2006/relationships/image" Target="media/x20989.wmf"/><Relationship Id="rId403" Type="http://schemas.openxmlformats.org/officeDocument/2006/relationships/image" Target="media/x20990.wmf"/><Relationship Id="rId404" Type="http://schemas.openxmlformats.org/officeDocument/2006/relationships/image" Target="media/x20991.png"/><Relationship Id="rId405" Type="http://schemas.openxmlformats.org/officeDocument/2006/relationships/image" Target="media/x20992.wmf"/><Relationship Id="rId406" Type="http://schemas.openxmlformats.org/officeDocument/2006/relationships/image" Target="media/x20993.wmf"/><Relationship Id="rId407" Type="http://schemas.openxmlformats.org/officeDocument/2006/relationships/image" Target="media/x20994.wmf"/><Relationship Id="rId408" Type="http://schemas.openxmlformats.org/officeDocument/2006/relationships/image" Target="media/x20995.wmf"/><Relationship Id="rId409" Type="http://schemas.openxmlformats.org/officeDocument/2006/relationships/image" Target="media/x20996.wmf"/><Relationship Id="rId410" Type="http://schemas.openxmlformats.org/officeDocument/2006/relationships/image" Target="media/x20997.wmf"/><Relationship Id="rId411" Type="http://schemas.openxmlformats.org/officeDocument/2006/relationships/image" Target="media/x20998.wmf"/><Relationship Id="rId412" Type="http://schemas.openxmlformats.org/officeDocument/2006/relationships/image" Target="media/x20999.wmf"/><Relationship Id="rId413" Type="http://schemas.openxmlformats.org/officeDocument/2006/relationships/image" Target="media/x21000.wmf"/><Relationship Id="rId414" Type="http://schemas.openxmlformats.org/officeDocument/2006/relationships/image" Target="media/x21001.wmf"/><Relationship Id="rId415" Type="http://schemas.openxmlformats.org/officeDocument/2006/relationships/image" Target="media/x21002.wmf"/><Relationship Id="rId416" Type="http://schemas.openxmlformats.org/officeDocument/2006/relationships/image" Target="media/x21003.wmf"/><Relationship Id="rId417" Type="http://schemas.openxmlformats.org/officeDocument/2006/relationships/image" Target="media/x21004.wmf"/><Relationship Id="rId418" Type="http://schemas.openxmlformats.org/officeDocument/2006/relationships/image" Target="media/x21005.png"/><Relationship Id="rId419" Type="http://schemas.openxmlformats.org/officeDocument/2006/relationships/image" Target="media/x21006.wmf"/><Relationship Id="rId420" Type="http://schemas.openxmlformats.org/officeDocument/2006/relationships/image" Target="media/x21007.png"/><Relationship Id="rId421" Type="http://schemas.openxmlformats.org/officeDocument/2006/relationships/image" Target="media/x21008.wmf"/><Relationship Id="rId422" Type="http://schemas.openxmlformats.org/officeDocument/2006/relationships/image" Target="media/x21009.png"/><Relationship Id="rId423" Type="http://schemas.openxmlformats.org/officeDocument/2006/relationships/image" Target="media/x21010.wmf"/><Relationship Id="rId424" Type="http://schemas.openxmlformats.org/officeDocument/2006/relationships/image" Target="media/x21011.wmf"/><Relationship Id="rId425" Type="http://schemas.openxmlformats.org/officeDocument/2006/relationships/image" Target="media/x21012.wmf"/><Relationship Id="rId426" Type="http://schemas.openxmlformats.org/officeDocument/2006/relationships/image" Target="media/x21013.wmf"/><Relationship Id="rId427" Type="http://schemas.openxmlformats.org/officeDocument/2006/relationships/image" Target="media/x21014.wmf"/><Relationship Id="rId428" Type="http://schemas.openxmlformats.org/officeDocument/2006/relationships/image" Target="media/x21015.wmf"/><Relationship Id="rId429" Type="http://schemas.openxmlformats.org/officeDocument/2006/relationships/image" Target="media/x21016.wmf"/><Relationship Id="rId430" Type="http://schemas.openxmlformats.org/officeDocument/2006/relationships/image" Target="media/x21017.wmf"/><Relationship Id="rId431" Type="http://schemas.openxmlformats.org/officeDocument/2006/relationships/image" Target="media/x21018.wmf"/><Relationship Id="rId432" Type="http://schemas.openxmlformats.org/officeDocument/2006/relationships/image" Target="media/x21019.wmf"/><Relationship Id="rId433" Type="http://schemas.openxmlformats.org/officeDocument/2006/relationships/image" Target="media/x21020.wmf"/><Relationship Id="rId434" Type="http://schemas.openxmlformats.org/officeDocument/2006/relationships/image" Target="media/x21021.wmf"/><Relationship Id="rId435" Type="http://schemas.openxmlformats.org/officeDocument/2006/relationships/image" Target="media/x21022.wmf"/><Relationship Id="rId436" Type="http://schemas.openxmlformats.org/officeDocument/2006/relationships/image" Target="media/x21023.wmf"/><Relationship Id="rId437" Type="http://schemas.openxmlformats.org/officeDocument/2006/relationships/image" Target="media/x21024.wmf"/><Relationship Id="rId438" Type="http://schemas.openxmlformats.org/officeDocument/2006/relationships/image" Target="media/x21025.wmf"/><Relationship Id="rId439" Type="http://schemas.openxmlformats.org/officeDocument/2006/relationships/image" Target="media/x21026.wmf"/><Relationship Id="rId440" Type="http://schemas.openxmlformats.org/officeDocument/2006/relationships/image" Target="media/x21027.wmf"/><Relationship Id="rId441" Type="http://schemas.openxmlformats.org/officeDocument/2006/relationships/image" Target="media/x21028.wmf"/><Relationship Id="rId442" Type="http://schemas.openxmlformats.org/officeDocument/2006/relationships/image" Target="media/x21029.wmf"/><Relationship Id="rId443" Type="http://schemas.openxmlformats.org/officeDocument/2006/relationships/image" Target="media/x21030.wmf"/><Relationship Id="rId444" Type="http://schemas.openxmlformats.org/officeDocument/2006/relationships/image" Target="media/x21031.wmf"/><Relationship Id="rId445" Type="http://schemas.openxmlformats.org/officeDocument/2006/relationships/image" Target="media/x21032.wmf"/><Relationship Id="rId446" Type="http://schemas.openxmlformats.org/officeDocument/2006/relationships/image" Target="media/x21033.wmf"/><Relationship Id="rId447" Type="http://schemas.openxmlformats.org/officeDocument/2006/relationships/image" Target="media/x21034.wmf"/><Relationship Id="rId448" Type="http://schemas.openxmlformats.org/officeDocument/2006/relationships/image" Target="media/x21035.wmf"/><Relationship Id="rId449" Type="http://schemas.openxmlformats.org/officeDocument/2006/relationships/image" Target="media/x21036.wmf"/><Relationship Id="rId450" Type="http://schemas.openxmlformats.org/officeDocument/2006/relationships/image" Target="media/x21037.wmf"/><Relationship Id="rId451" Type="http://schemas.openxmlformats.org/officeDocument/2006/relationships/image" Target="media/x21038.wmf"/><Relationship Id="rId452" Type="http://schemas.openxmlformats.org/officeDocument/2006/relationships/image" Target="media/x21039.wmf"/><Relationship Id="rId453" Type="http://schemas.openxmlformats.org/officeDocument/2006/relationships/image" Target="media/x21040.wmf"/><Relationship Id="rId454" Type="http://schemas.openxmlformats.org/officeDocument/2006/relationships/image" Target="media/x21041.wmf"/><Relationship Id="rId455" Type="http://schemas.openxmlformats.org/officeDocument/2006/relationships/image" Target="media/x21042.wmf"/><Relationship Id="rId456" Type="http://schemas.openxmlformats.org/officeDocument/2006/relationships/image" Target="media/x21043.wmf"/><Relationship Id="rId457" Type="http://schemas.openxmlformats.org/officeDocument/2006/relationships/image" Target="media/x21044.wmf"/><Relationship Id="rId458" Type="http://schemas.openxmlformats.org/officeDocument/2006/relationships/image" Target="media/x21045.png"/><Relationship Id="rId459" Type="http://schemas.openxmlformats.org/officeDocument/2006/relationships/image" Target="media/x21046.png"/><Relationship Id="rId460" Type="http://schemas.openxmlformats.org/officeDocument/2006/relationships/image" Target="media/x21047.wmf"/><Relationship Id="rId461" Type="http://schemas.openxmlformats.org/officeDocument/2006/relationships/image" Target="media/x21048.png"/><Relationship Id="rId462" Type="http://schemas.openxmlformats.org/officeDocument/2006/relationships/image" Target="media/x21049.png"/><Relationship Id="rId463" Type="http://schemas.openxmlformats.org/officeDocument/2006/relationships/image" Target="media/x21050.png"/><Relationship Id="rId464" Type="http://schemas.openxmlformats.org/officeDocument/2006/relationships/image" Target="media/x21051.png"/><Relationship Id="rId465" Type="http://schemas.openxmlformats.org/officeDocument/2006/relationships/image" Target="media/x21052.png"/><Relationship Id="rId466" Type="http://schemas.openxmlformats.org/officeDocument/2006/relationships/image" Target="media/x21053.wmf"/><Relationship Id="rId467" Type="http://schemas.openxmlformats.org/officeDocument/2006/relationships/image" Target="media/x21054.wmf"/><Relationship Id="rId468" Type="http://schemas.openxmlformats.org/officeDocument/2006/relationships/image" Target="media/x21055.wmf"/><Relationship Id="rId469" Type="http://schemas.openxmlformats.org/officeDocument/2006/relationships/image" Target="media/x21056.wmf"/><Relationship Id="rId470" Type="http://schemas.openxmlformats.org/officeDocument/2006/relationships/image" Target="media/x21057.wmf"/><Relationship Id="rId471" Type="http://schemas.openxmlformats.org/officeDocument/2006/relationships/image" Target="media/x21058.wmf"/><Relationship Id="rId472" Type="http://schemas.openxmlformats.org/officeDocument/2006/relationships/image" Target="media/x21059.wmf"/><Relationship Id="rId473" Type="http://schemas.openxmlformats.org/officeDocument/2006/relationships/image" Target="media/x21060.wmf"/><Relationship Id="rId474" Type="http://schemas.openxmlformats.org/officeDocument/2006/relationships/image" Target="media/x21061.wmf"/><Relationship Id="rId475" Type="http://schemas.openxmlformats.org/officeDocument/2006/relationships/image" Target="media/x21062.wmf"/><Relationship Id="rId476" Type="http://schemas.openxmlformats.org/officeDocument/2006/relationships/image" Target="media/x21063.wmf"/><Relationship Id="rId477" Type="http://schemas.openxmlformats.org/officeDocument/2006/relationships/image" Target="media/x21064.wmf"/><Relationship Id="rId478" Type="http://schemas.openxmlformats.org/officeDocument/2006/relationships/image" Target="media/x21065.wmf"/><Relationship Id="rId479" Type="http://schemas.openxmlformats.org/officeDocument/2006/relationships/image" Target="media/x21066.wmf"/><Relationship Id="rId480" Type="http://schemas.openxmlformats.org/officeDocument/2006/relationships/image" Target="media/x21067.wmf"/><Relationship Id="rId481" Type="http://schemas.openxmlformats.org/officeDocument/2006/relationships/image" Target="media/x21068.wmf"/><Relationship Id="rId482" Type="http://schemas.openxmlformats.org/officeDocument/2006/relationships/image" Target="media/x21069.wmf"/><Relationship Id="rId483" Type="http://schemas.openxmlformats.org/officeDocument/2006/relationships/image" Target="media/x21070.wmf"/><Relationship Id="rId484" Type="http://schemas.openxmlformats.org/officeDocument/2006/relationships/image" Target="media/x21071.wmf"/><Relationship Id="rId485" Type="http://schemas.openxmlformats.org/officeDocument/2006/relationships/image" Target="media/x21072.wmf"/><Relationship Id="rId486" Type="http://schemas.openxmlformats.org/officeDocument/2006/relationships/image" Target="media/x21073.wmf"/><Relationship Id="rId487" Type="http://schemas.openxmlformats.org/officeDocument/2006/relationships/image" Target="media/x21074.wmf"/><Relationship Id="rId488" Type="http://schemas.openxmlformats.org/officeDocument/2006/relationships/image" Target="media/x21075.wmf"/><Relationship Id="rId489" Type="http://schemas.openxmlformats.org/officeDocument/2006/relationships/image" Target="media/x21076.wmf"/><Relationship Id="rId490" Type="http://schemas.openxmlformats.org/officeDocument/2006/relationships/image" Target="media/x21077.wmf"/><Relationship Id="rId491" Type="http://schemas.openxmlformats.org/officeDocument/2006/relationships/image" Target="media/x21078.png"/><Relationship Id="rId492" Type="http://schemas.openxmlformats.org/officeDocument/2006/relationships/image" Target="media/x21079.wmf"/><Relationship Id="rId493" Type="http://schemas.openxmlformats.org/officeDocument/2006/relationships/image" Target="media/x21080.wmf"/><Relationship Id="rId494" Type="http://schemas.openxmlformats.org/officeDocument/2006/relationships/image" Target="media/x21081.wmf"/><Relationship Id="rId495" Type="http://schemas.openxmlformats.org/officeDocument/2006/relationships/image" Target="media/x21082.wmf"/><Relationship Id="rId496" Type="http://schemas.openxmlformats.org/officeDocument/2006/relationships/image" Target="media/x21083.wmf"/><Relationship Id="rId497" Type="http://schemas.openxmlformats.org/officeDocument/2006/relationships/image" Target="media/x21084.wmf"/><Relationship Id="rId498" Type="http://schemas.openxmlformats.org/officeDocument/2006/relationships/image" Target="media/x21085.wmf"/><Relationship Id="rId499" Type="http://schemas.openxmlformats.org/officeDocument/2006/relationships/image" Target="media/x21086.wmf"/><Relationship Id="rId500" Type="http://schemas.openxmlformats.org/officeDocument/2006/relationships/image" Target="media/x21087.wmf"/><Relationship Id="rId501" Type="http://schemas.openxmlformats.org/officeDocument/2006/relationships/image" Target="media/x21088.wmf"/><Relationship Id="rId502" Type="http://schemas.openxmlformats.org/officeDocument/2006/relationships/image" Target="media/x21089.wmf"/><Relationship Id="rId503" Type="http://schemas.openxmlformats.org/officeDocument/2006/relationships/image" Target="media/x21090.wmf"/><Relationship Id="rId504" Type="http://schemas.openxmlformats.org/officeDocument/2006/relationships/image" Target="media/x21091.wmf"/><Relationship Id="rId505" Type="http://schemas.openxmlformats.org/officeDocument/2006/relationships/image" Target="media/x21092.wmf"/><Relationship Id="rId506" Type="http://schemas.openxmlformats.org/officeDocument/2006/relationships/image" Target="media/x21093.wmf"/><Relationship Id="rId507" Type="http://schemas.openxmlformats.org/officeDocument/2006/relationships/image" Target="media/x21094.wmf"/><Relationship Id="rId508" Type="http://schemas.openxmlformats.org/officeDocument/2006/relationships/image" Target="media/x21095.wmf"/><Relationship Id="rId509" Type="http://schemas.openxmlformats.org/officeDocument/2006/relationships/image" Target="media/x21096.wmf"/><Relationship Id="rId510" Type="http://schemas.openxmlformats.org/officeDocument/2006/relationships/image" Target="media/x21097.wmf"/><Relationship Id="rId511" Type="http://schemas.openxmlformats.org/officeDocument/2006/relationships/image" Target="media/x21098.wmf"/><Relationship Id="rId512" Type="http://schemas.openxmlformats.org/officeDocument/2006/relationships/image" Target="media/x21099.wmf"/><Relationship Id="rId513" Type="http://schemas.openxmlformats.org/officeDocument/2006/relationships/image" Target="media/x21100.wmf"/><Relationship Id="rId514" Type="http://schemas.openxmlformats.org/officeDocument/2006/relationships/image" Target="media/x21101.wmf"/><Relationship Id="rId515" Type="http://schemas.openxmlformats.org/officeDocument/2006/relationships/image" Target="media/x21102.wmf"/><Relationship Id="rId516" Type="http://schemas.openxmlformats.org/officeDocument/2006/relationships/image" Target="media/x21103.png"/><Relationship Id="rId517" Type="http://schemas.openxmlformats.org/officeDocument/2006/relationships/image" Target="media/x21104.wmf"/><Relationship Id="rId518" Type="http://schemas.openxmlformats.org/officeDocument/2006/relationships/image" Target="media/x21105.wmf"/><Relationship Id="rId519" Type="http://schemas.openxmlformats.org/officeDocument/2006/relationships/image" Target="media/x21106.wmf"/><Relationship Id="rId520" Type="http://schemas.openxmlformats.org/officeDocument/2006/relationships/image" Target="media/x21107.wmf"/><Relationship Id="rId521" Type="http://schemas.openxmlformats.org/officeDocument/2006/relationships/image" Target="media/x21108.wmf"/><Relationship Id="rId522" Type="http://schemas.openxmlformats.org/officeDocument/2006/relationships/image" Target="media/x21109.wmf"/><Relationship Id="rId523" Type="http://schemas.openxmlformats.org/officeDocument/2006/relationships/image" Target="media/x21110.png"/><Relationship Id="rId524" Type="http://schemas.openxmlformats.org/officeDocument/2006/relationships/image" Target="media/x21111.wmf"/><Relationship Id="rId525" Type="http://schemas.openxmlformats.org/officeDocument/2006/relationships/image" Target="media/x21112.wmf"/><Relationship Id="rId526" Type="http://schemas.openxmlformats.org/officeDocument/2006/relationships/image" Target="media/x21113.png"/><Relationship Id="rId527" Type="http://schemas.openxmlformats.org/officeDocument/2006/relationships/image" Target="media/x21114.wmf"/><Relationship Id="rId528" Type="http://schemas.openxmlformats.org/officeDocument/2006/relationships/image" Target="media/x21115.wmf"/><Relationship Id="rId529" Type="http://schemas.openxmlformats.org/officeDocument/2006/relationships/image" Target="media/x21116.wmf"/><Relationship Id="rId530" Type="http://schemas.openxmlformats.org/officeDocument/2006/relationships/image" Target="media/x21117.wmf"/><Relationship Id="rId531" Type="http://schemas.openxmlformats.org/officeDocument/2006/relationships/image" Target="media/x21118.wmf"/><Relationship Id="rId532" Type="http://schemas.openxmlformats.org/officeDocument/2006/relationships/image" Target="media/x21119.wmf"/><Relationship Id="rId533" Type="http://schemas.openxmlformats.org/officeDocument/2006/relationships/image" Target="media/x21120.wmf"/><Relationship Id="rId534" Type="http://schemas.openxmlformats.org/officeDocument/2006/relationships/image" Target="media/x21121.wmf"/><Relationship Id="rId535" Type="http://schemas.openxmlformats.org/officeDocument/2006/relationships/image" Target="media/x21122.wmf"/><Relationship Id="rId536" Type="http://schemas.openxmlformats.org/officeDocument/2006/relationships/image" Target="media/x21123.wmf"/><Relationship Id="rId537" Type="http://schemas.openxmlformats.org/officeDocument/2006/relationships/image" Target="media/x21124.wmf"/><Relationship Id="rId538" Type="http://schemas.openxmlformats.org/officeDocument/2006/relationships/image" Target="media/x21125.wmf"/><Relationship Id="rId539" Type="http://schemas.openxmlformats.org/officeDocument/2006/relationships/image" Target="media/x21126.wmf"/><Relationship Id="rId540" Type="http://schemas.openxmlformats.org/officeDocument/2006/relationships/image" Target="media/x21127.wmf"/><Relationship Id="rId541" Type="http://schemas.openxmlformats.org/officeDocument/2006/relationships/image" Target="media/x21128.wmf"/><Relationship Id="rId542" Type="http://schemas.openxmlformats.org/officeDocument/2006/relationships/image" Target="media/x21129.wmf"/><Relationship Id="rId543" Type="http://schemas.openxmlformats.org/officeDocument/2006/relationships/image" Target="media/x21130.wmf"/><Relationship Id="rId544" Type="http://schemas.openxmlformats.org/officeDocument/2006/relationships/image" Target="media/x21131.wmf"/><Relationship Id="rId545" Type="http://schemas.openxmlformats.org/officeDocument/2006/relationships/image" Target="media/x21132.wmf"/><Relationship Id="rId546" Type="http://schemas.openxmlformats.org/officeDocument/2006/relationships/image" Target="media/x21133.wmf"/><Relationship Id="rId547" Type="http://schemas.openxmlformats.org/officeDocument/2006/relationships/image" Target="media/x21134.wmf"/><Relationship Id="rId548" Type="http://schemas.openxmlformats.org/officeDocument/2006/relationships/image" Target="media/x21135.wmf"/><Relationship Id="rId549" Type="http://schemas.openxmlformats.org/officeDocument/2006/relationships/image" Target="media/x21136.wmf"/><Relationship Id="rId550" Type="http://schemas.openxmlformats.org/officeDocument/2006/relationships/image" Target="media/x21137.wmf"/><Relationship Id="rId551" Type="http://schemas.openxmlformats.org/officeDocument/2006/relationships/image" Target="media/x21138.wmf"/><Relationship Id="rId552" Type="http://schemas.openxmlformats.org/officeDocument/2006/relationships/image" Target="media/x21139.wmf"/><Relationship Id="rId553" Type="http://schemas.openxmlformats.org/officeDocument/2006/relationships/image" Target="media/x21140.wmf"/><Relationship Id="rId554" Type="http://schemas.openxmlformats.org/officeDocument/2006/relationships/image" Target="media/x21141.wmf"/><Relationship Id="rId555" Type="http://schemas.openxmlformats.org/officeDocument/2006/relationships/image" Target="media/x21142.wmf"/><Relationship Id="rId556" Type="http://schemas.openxmlformats.org/officeDocument/2006/relationships/image" Target="media/x21143.wmf"/><Relationship Id="rId557" Type="http://schemas.openxmlformats.org/officeDocument/2006/relationships/image" Target="media/x21144.wmf"/><Relationship Id="rId558" Type="http://schemas.openxmlformats.org/officeDocument/2006/relationships/image" Target="media/x21145.wmf"/><Relationship Id="rId559" Type="http://schemas.openxmlformats.org/officeDocument/2006/relationships/image" Target="media/x21146.wmf"/><Relationship Id="rId560" Type="http://schemas.openxmlformats.org/officeDocument/2006/relationships/image" Target="media/x21147.wmf"/><Relationship Id="rId561" Type="http://schemas.openxmlformats.org/officeDocument/2006/relationships/image" Target="media/x21148.wmf"/><Relationship Id="rId562" Type="http://schemas.openxmlformats.org/officeDocument/2006/relationships/image" Target="media/x21149.wmf"/><Relationship Id="rId563" Type="http://schemas.openxmlformats.org/officeDocument/2006/relationships/image" Target="media/x21150.wmf"/><Relationship Id="rId564" Type="http://schemas.openxmlformats.org/officeDocument/2006/relationships/image" Target="media/x21151.wmf"/><Relationship Id="rId565" Type="http://schemas.openxmlformats.org/officeDocument/2006/relationships/image" Target="media/x21152.wmf"/><Relationship Id="rId566" Type="http://schemas.openxmlformats.org/officeDocument/2006/relationships/image" Target="media/x21153.wmf"/><Relationship Id="rId567" Type="http://schemas.openxmlformats.org/officeDocument/2006/relationships/image" Target="media/x21154.wmf"/><Relationship Id="rId568" Type="http://schemas.openxmlformats.org/officeDocument/2006/relationships/image" Target="media/x21155.wmf"/><Relationship Id="rId569" Type="http://schemas.openxmlformats.org/officeDocument/2006/relationships/image" Target="media/x21156.png"/><Relationship Id="rId570" Type="http://schemas.openxmlformats.org/officeDocument/2006/relationships/image" Target="media/x21157.wmf"/><Relationship Id="rId571" Type="http://schemas.openxmlformats.org/officeDocument/2006/relationships/image" Target="media/x21158.wmf"/><Relationship Id="rId572" Type="http://schemas.openxmlformats.org/officeDocument/2006/relationships/image" Target="media/x21159.png"/><Relationship Id="rId573" Type="http://schemas.openxmlformats.org/officeDocument/2006/relationships/image" Target="media/x21160.png"/><Relationship Id="rId574" Type="http://schemas.openxmlformats.org/officeDocument/2006/relationships/image" Target="media/x21161.wmf"/><Relationship Id="rId575" Type="http://schemas.openxmlformats.org/officeDocument/2006/relationships/image" Target="media/x21162.wmf"/><Relationship Id="rId576" Type="http://schemas.openxmlformats.org/officeDocument/2006/relationships/image" Target="media/x21163.png"/><Relationship Id="rId577" Type="http://schemas.openxmlformats.org/officeDocument/2006/relationships/image" Target="media/x21164.wmf"/><Relationship Id="rId578" Type="http://schemas.openxmlformats.org/officeDocument/2006/relationships/image" Target="media/x21165.wmf"/><Relationship Id="rId579" Type="http://schemas.openxmlformats.org/officeDocument/2006/relationships/image" Target="media/x21166.wmf"/><Relationship Id="rId580" Type="http://schemas.openxmlformats.org/officeDocument/2006/relationships/image" Target="media/x21167.wmf"/><Relationship Id="rId581" Type="http://schemas.openxmlformats.org/officeDocument/2006/relationships/image" Target="media/x21168.wmf"/><Relationship Id="rId582" Type="http://schemas.openxmlformats.org/officeDocument/2006/relationships/image" Target="media/x21169.wmf"/><Relationship Id="rId583" Type="http://schemas.openxmlformats.org/officeDocument/2006/relationships/image" Target="media/x21170.wmf"/><Relationship Id="rId584" Type="http://schemas.openxmlformats.org/officeDocument/2006/relationships/image" Target="media/x21171.wmf"/><Relationship Id="rId585" Type="http://schemas.openxmlformats.org/officeDocument/2006/relationships/image" Target="media/x21172.wmf"/><Relationship Id="rId586" Type="http://schemas.openxmlformats.org/officeDocument/2006/relationships/image" Target="media/x21173.wmf"/><Relationship Id="rId587" Type="http://schemas.openxmlformats.org/officeDocument/2006/relationships/image" Target="media/x21174.wmf"/><Relationship Id="rId588" Type="http://schemas.openxmlformats.org/officeDocument/2006/relationships/image" Target="media/x21175.wmf"/><Relationship Id="rId589" Type="http://schemas.openxmlformats.org/officeDocument/2006/relationships/image" Target="media/x21176.wmf"/><Relationship Id="rId590" Type="http://schemas.openxmlformats.org/officeDocument/2006/relationships/image" Target="media/x21177.wmf"/><Relationship Id="rId591" Type="http://schemas.openxmlformats.org/officeDocument/2006/relationships/image" Target="media/x21178.wmf"/><Relationship Id="rId592" Type="http://schemas.openxmlformats.org/officeDocument/2006/relationships/image" Target="media/x21179.wmf"/><Relationship Id="rId593" Type="http://schemas.openxmlformats.org/officeDocument/2006/relationships/image" Target="media/x21180.wmf"/><Relationship Id="rId594" Type="http://schemas.openxmlformats.org/officeDocument/2006/relationships/image" Target="media/x21181.wmf"/><Relationship Id="rId595" Type="http://schemas.openxmlformats.org/officeDocument/2006/relationships/image" Target="media/x21182.wmf"/><Relationship Id="rId596" Type="http://schemas.openxmlformats.org/officeDocument/2006/relationships/image" Target="media/x21183.wmf"/><Relationship Id="rId597" Type="http://schemas.openxmlformats.org/officeDocument/2006/relationships/image" Target="media/x21184.wmf"/><Relationship Id="rId598" Type="http://schemas.openxmlformats.org/officeDocument/2006/relationships/image" Target="media/x21185.wmf"/><Relationship Id="rId599" Type="http://schemas.openxmlformats.org/officeDocument/2006/relationships/image" Target="media/x21186.wmf"/><Relationship Id="rId600" Type="http://schemas.openxmlformats.org/officeDocument/2006/relationships/image" Target="media/x21187.wmf"/><Relationship Id="rId601" Type="http://schemas.openxmlformats.org/officeDocument/2006/relationships/image" Target="media/x21188.wmf"/><Relationship Id="rId602" Type="http://schemas.openxmlformats.org/officeDocument/2006/relationships/image" Target="media/x21189.wmf"/><Relationship Id="rId603" Type="http://schemas.openxmlformats.org/officeDocument/2006/relationships/image" Target="media/x21190.wmf"/><Relationship Id="rId604" Type="http://schemas.openxmlformats.org/officeDocument/2006/relationships/image" Target="media/x21191.wmf"/><Relationship Id="rId605" Type="http://schemas.openxmlformats.org/officeDocument/2006/relationships/image" Target="media/x21192.wmf"/><Relationship Id="rId606" Type="http://schemas.openxmlformats.org/officeDocument/2006/relationships/image" Target="media/x21193.wmf"/><Relationship Id="rId607" Type="http://schemas.openxmlformats.org/officeDocument/2006/relationships/image" Target="media/x21194.wmf"/><Relationship Id="rId608" Type="http://schemas.openxmlformats.org/officeDocument/2006/relationships/image" Target="media/x21195.wmf"/><Relationship Id="rId609" Type="http://schemas.openxmlformats.org/officeDocument/2006/relationships/image" Target="media/x21196.wmf"/><Relationship Id="rId610" Type="http://schemas.openxmlformats.org/officeDocument/2006/relationships/image" Target="media/x21197.wmf"/><Relationship Id="rId611" Type="http://schemas.openxmlformats.org/officeDocument/2006/relationships/image" Target="media/x21198.wmf"/><Relationship Id="rId612" Type="http://schemas.openxmlformats.org/officeDocument/2006/relationships/image" Target="media/x21199.wmf"/><Relationship Id="rId613" Type="http://schemas.openxmlformats.org/officeDocument/2006/relationships/image" Target="media/x21200.wmf"/><Relationship Id="rId614" Type="http://schemas.openxmlformats.org/officeDocument/2006/relationships/image" Target="media/x2120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