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北京七年级(上)数学 填空最后一题答案 · 2022-2023学年</w:t>
      </w:r>
    </w:p>
    <w:p>
      <w:pPr>
        <w:spacing w:before="0" w:after="160"/>
        <w:jc w:val="center"/>
      </w:pPr>
      <w:r>
        <w:rPr>
          <w:rFonts w:ascii="仿宋" w:hAnsi="仿宋" w:eastAsia="仿宋"/>
          <w:b w:val="0"/>
          <w:sz w:val="21"/>
        </w:rPr>
        <w:t>共 64 份试卷 · 章节见 Word 导航窗格（视图→导航窗格）</w:t>
      </w:r>
    </w:p>
    <w:p>
      <w:r>
        <w:fldChar w:fldCharType="begin"/>
        <w:instrText xml:space="preserve">TOC \o "1-2" \h \z \u</w:instrText>
        <w:fldChar w:fldCharType="separate"/>
        <w:t>【目录】右键→更新域，或按 F9 生成页码定位</w:t>
        <w:fldChar w:fldCharType="end"/>
      </w:r>
    </w:p>
    <w:p>
      <w:r>
        <w:br w:type="page"/>
      </w:r>
    </w:p>
    <w:p>
      <w:pPr>
        <w:pStyle w:val="Heading1"/>
      </w:pPr>
      <w:r>
        <w:t>月考</w:t>
      </w:r>
    </w:p>
    <w:p>
      <w:pPr>
        <w:pStyle w:val="Heading2"/>
      </w:pPr>
      <w:r>
        <w:t>中国人民大学附属中学（其他）</w:t>
      </w:r>
    </w:p>
    <w:p>
      <w:pPr>
        <w:spacing w:line="360" w:lineRule="auto"/>
        <w:jc w:val="left"/>
        <w:textAlignment w:val="center"/>
        <w:rPr>
          <w:color w:val="000000"/>
        </w:rPr>
      </w:pPr>
      <w:r>
        <w:rPr>
          <w:color w:val="000000"/>
        </w:rPr>
        <w:t xml:space="preserve">20. </w:t>
      </w:r>
      <w:r>
        <w:rPr>
          <w:rFonts w:ascii="宋体" w:hAnsi="宋体" w:eastAsia="宋体" w:cs="宋体"/>
          <w:color w:val="000000"/>
        </w:rPr>
        <w:t>如图，在</w:t>
      </w:r>
      <w:r>
        <w:pict>
          <v:shape id="_x0000_i72154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9" o:title="eqId6d7b2fe01a33c4825f9974ed9663a99c"/>
            <o:lock v:ext="edit" aspectratio="t"/>
            <w10:wrap type="none"/>
            <w10:anchorlock/>
          </v:shape>
        </w:pict>
      </w:r>
      <w:r>
        <w:rPr>
          <w:rFonts w:ascii="宋体" w:hAnsi="宋体" w:eastAsia="宋体" w:cs="宋体"/>
          <w:color w:val="000000"/>
        </w:rPr>
        <w:t>的内部有</w:t>
      </w:r>
      <w:r>
        <w:pict>
          <v:shape id="_x0000_i721545"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0" o:title="eqId5ca7d1107389675d32b56ec097464c14"/>
            <o:lock v:ext="edit" aspectratio="t"/>
            <w10:wrap type="none"/>
            <w10:anchorlock/>
          </v:shape>
        </w:pict>
      </w:r>
      <w:r>
        <w:rPr>
          <w:rFonts w:ascii="宋体" w:hAnsi="宋体" w:eastAsia="宋体" w:cs="宋体"/>
          <w:color w:val="000000"/>
        </w:rPr>
        <w:t>条射线</w:t>
      </w:r>
      <w:r>
        <w:pict>
          <v:shape id="_x0000_i721546"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11" o:title="eqId828628c0876b45381c9a0edeb0fec236"/>
            <o:lock v:ext="edit" aspectratio="t"/>
            <w10:wrap type="none"/>
            <w10:anchorlock/>
          </v:shape>
        </w:pict>
      </w:r>
      <w:r>
        <w:rPr>
          <w:rFonts w:ascii="宋体" w:hAnsi="宋体" w:eastAsia="宋体" w:cs="宋体"/>
          <w:color w:val="000000"/>
        </w:rPr>
        <w:t>，</w:t>
      </w:r>
      <w:r>
        <w:pict>
          <v:shape id="_x0000_i721547"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12" o:title="eqId683c590673eece14fea3319c4fd5eb55"/>
            <o:lock v:ext="edit" aspectratio="t"/>
            <w10:wrap type="none"/>
            <w10:anchorlock/>
          </v:shape>
        </w:pict>
      </w:r>
      <w:r>
        <w:rPr>
          <w:rFonts w:ascii="宋体" w:hAnsi="宋体" w:eastAsia="宋体" w:cs="宋体"/>
          <w:color w:val="000000"/>
        </w:rPr>
        <w:t>，</w:t>
      </w:r>
      <w:r>
        <w:pict>
          <v:shape id="_x0000_i721548"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13" o:title="eqIda299d2b999568e80be8005565ba209a4"/>
            <o:lock v:ext="edit" aspectratio="t"/>
            <w10:wrap type="none"/>
            <w10:anchorlock/>
          </v:shape>
        </w:pict>
      </w:r>
      <w:r>
        <w:rPr>
          <w:rFonts w:ascii="宋体" w:hAnsi="宋体" w:eastAsia="宋体" w:cs="宋体"/>
          <w:color w:val="000000"/>
        </w:rPr>
        <w:t>，若</w:t>
      </w:r>
      <w:r>
        <w:pict>
          <v:shape id="_x0000_i721549"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14" o:title="eqId618ede24ca37aa33a3789867be8f66b4"/>
            <o:lock v:ext="edit" aspectratio="t"/>
            <w10:wrap type="none"/>
            <w10:anchorlock/>
          </v:shape>
        </w:pict>
      </w:r>
      <w:r>
        <w:rPr>
          <w:rFonts w:ascii="宋体" w:hAnsi="宋体" w:eastAsia="宋体" w:cs="宋体"/>
          <w:color w:val="000000"/>
        </w:rPr>
        <w:t>，</w:t>
      </w:r>
      <w:r>
        <w:pict>
          <v:shape id="_x0000_i721550" o:spt="75" alt="学科网(www.zxxk.com)--教育资源门户，提供试卷、教案、课件、论文、素材以及各类教学资源下载，还有大量而丰富的教学相关资讯！" type="#_x0000_t75" style="height:31.7pt;width:91.9pt;" o:ole="t" filled="f" o:preferrelative="t" stroked="f" coordsize="21600,21600">
            <v:path/>
            <v:fill on="f" focussize="0,0"/>
            <v:stroke on="f" joinstyle="miter"/>
            <v:imagedata r:id="rId15" o:title="eqId6a8dda1c53b3abaf2e5e98a6b4cd8bdf"/>
            <o:lock v:ext="edit" aspectratio="t"/>
            <w10:wrap type="none"/>
            <w10:anchorlock/>
          </v:shape>
        </w:pict>
      </w:r>
      <w:r>
        <w:rPr>
          <w:rFonts w:ascii="宋体" w:hAnsi="宋体" w:eastAsia="宋体" w:cs="宋体"/>
          <w:color w:val="000000"/>
        </w:rPr>
        <w:t>，</w:t>
      </w:r>
      <w:r>
        <w:pict>
          <v:shape id="_x0000_i721551" o:spt="75" alt="学科网(www.zxxk.com)--教育资源门户，提供试卷、教案、课件、论文、素材以及各类教学资源下载，还有大量而丰富的教学相关资讯！" type="#_x0000_t75" style="height:31.7pt;width:91.9pt;" o:ole="t" filled="f" o:preferrelative="t" stroked="f" coordsize="21600,21600">
            <v:path/>
            <v:fill on="f" focussize="0,0"/>
            <v:stroke on="f" joinstyle="miter"/>
            <v:imagedata r:id="rId16" o:title="eqIda814c276a225b1e05329f42879b5b611"/>
            <o:lock v:ext="edit" aspectratio="t"/>
            <w10:wrap type="none"/>
            <w10:anchorlock/>
          </v:shape>
        </w:pict>
      </w:r>
      <w:r>
        <w:rPr>
          <w:rFonts w:ascii="宋体" w:hAnsi="宋体" w:eastAsia="宋体" w:cs="宋体"/>
          <w:color w:val="000000"/>
        </w:rPr>
        <w:t>，则</w:t>
      </w:r>
      <w:r>
        <w:pict>
          <v:shape id="_x0000_i721552" o:spt="75" alt="学科网(www.zxxk.com)--教育资源门户，提供试卷、教案、课件、论文、素材以及各类教学资源下载，还有大量而丰富的教学相关资讯！" type="#_x0000_t75" style="height:14.25pt;width:46.5pt;" o:ole="t" filled="f" o:preferrelative="t" stroked="f" coordsize="21600,21600">
            <v:path/>
            <v:fill on="f" focussize="0,0"/>
            <v:stroke on="f" joinstyle="miter"/>
            <v:imagedata r:id="rId17" o:title="eqIdb600f913d6d700bbd332b34220b78a21"/>
            <o:lock v:ext="edit" aspectratio="t"/>
            <w10:wrap type="none"/>
            <w10:anchorlock/>
          </v:shape>
        </w:pict>
      </w:r>
      <w:r>
        <w:rPr>
          <w:color w:val="000000"/>
        </w:rPr>
        <w:t>____________</w:t>
      </w:r>
      <w:r>
        <w:pict>
          <v:shape id="_x0000_i721553" o:spt="75" alt="学科网(www.zxxk.com)--教育资源门户，提供试卷、教案、课件、论文、素材以及各类教学资源下载，还有大量而丰富的教学相关资讯！" type="#_x0000_t75" style="height:12pt;width:8.25pt;" o:ole="t" filled="f" o:preferrelative="t" stroked="f" coordsize="21600,21600">
            <v:path/>
            <v:fill on="f" focussize="0,0"/>
            <v:stroke on="f" joinstyle="miter"/>
            <v:imagedata r:id="rId18" o:title="eqId83873a9d782f2588c5eedbfe73f9bc2f"/>
            <o:lock v:ext="edit" aspectratio="t"/>
            <w10:wrap type="none"/>
            <w10:anchorlock/>
          </v:shape>
        </w:pict>
      </w:r>
      <w:r>
        <w:rPr>
          <w:rFonts w:ascii="宋体" w:hAnsi="宋体" w:eastAsia="宋体" w:cs="宋体"/>
          <w:color w:val="000000"/>
        </w:rPr>
        <w:t>（用含</w:t>
      </w:r>
      <w:r>
        <w:pict>
          <v:shape id="_x0000_i721554"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9" o:title="eqIdb6a24198bd04c29321ae5dc5a28fe421"/>
            <o:lock v:ext="edit" aspectratio="t"/>
            <w10:wrap type="none"/>
            <w10:anchorlock/>
          </v:shape>
        </w:pict>
      </w:r>
      <w:r>
        <w:rPr>
          <w:rFonts w:ascii="宋体" w:hAnsi="宋体" w:eastAsia="宋体" w:cs="宋体"/>
          <w:color w:val="000000"/>
        </w:rPr>
        <w:t>的代数式表示）．</w:t>
      </w:r>
    </w:p>
    <w:p>
      <w:pPr>
        <w:spacing w:line="360" w:lineRule="auto"/>
        <w:jc w:val="left"/>
        <w:textAlignment w:val="center"/>
        <w:rPr>
          <w:color w:val="000000"/>
        </w:rPr>
      </w:pPr>
      <w:r>
        <w:rPr>
          <w:color w:val="000000"/>
        </w:rPr>
        <w:drawing>
          <wp:inline distT="0" distB="0" distL="114300" distR="114300">
            <wp:extent cx="1638300" cy="1552575"/>
            <wp:effectExtent l="0" t="0" r="0" b="0"/>
            <wp:docPr id="4151"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 name="图片 10003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638300" cy="1552575"/>
                    </a:xfrm>
                    <a:prstGeom prst="rect">
                      <a:avLst/>
                    </a:prstGeom>
                  </pic:spPr>
                </pic:pic>
              </a:graphicData>
            </a:graphic>
          </wp:inline>
        </w:drawing>
      </w:r>
    </w:p>
    <w:p>
      <w:pPr>
        <w:spacing w:line="360" w:lineRule="auto"/>
        <w:textAlignment w:val="center"/>
        <w:rPr>
          <w:color w:val="000000"/>
        </w:rPr>
      </w:pPr>
      <w:r>
        <w:rPr>
          <w:color w:val="2E75B6"/>
        </w:rPr>
        <w:t>【答案】</w:t>
      </w:r>
      <w:r>
        <w:pict>
          <v:shape id="_x0000_i721555" o:spt="75" alt="学科网(www.zxxk.com)--教育资源门户，提供试卷、教案、课件、论文、素材以及各类教学资源下载，还有大量而丰富的教学相关资讯！" type="#_x0000_t75" style="height:31.05pt;width:17.15pt;" o:ole="t" filled="f" o:preferrelative="t" stroked="f" coordsize="21600,21600">
            <v:path/>
            <v:fill on="f" focussize="0,0"/>
            <v:stroke on="f" joinstyle="miter"/>
            <v:imagedata r:id="rId21" o:title="eqId9189d422fe273c010ac676a6008adc8a"/>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根据各个角之间的关系，表示∠</w:t>
      </w:r>
      <w:r>
        <w:rPr>
          <w:rFonts w:ascii="Times New Roman" w:hAnsi="Times New Roman" w:eastAsia="Times New Roman" w:cs="Times New Roman"/>
          <w:color w:val="000000"/>
        </w:rPr>
        <w:t>BOC</w:t>
      </w:r>
      <w:r>
        <w:rPr>
          <w:rFonts w:ascii="宋体" w:hAnsi="宋体" w:eastAsia="宋体" w:cs="宋体"/>
          <w:color w:val="000000"/>
        </w:rPr>
        <w:t>、∠</w:t>
      </w:r>
      <w:r>
        <w:rPr>
          <w:rFonts w:ascii="Times New Roman" w:hAnsi="Times New Roman" w:eastAsia="Times New Roman" w:cs="Times New Roman"/>
          <w:color w:val="000000"/>
        </w:rPr>
        <w:t>AOB</w:t>
      </w:r>
      <w:r>
        <w:rPr>
          <w:rFonts w:ascii="宋体" w:hAnsi="宋体" w:eastAsia="宋体" w:cs="宋体"/>
          <w:color w:val="000000"/>
        </w:rPr>
        <w:t>、∠</w:t>
      </w:r>
      <w:r>
        <w:rPr>
          <w:rFonts w:ascii="Times New Roman" w:hAnsi="Times New Roman" w:eastAsia="Times New Roman" w:cs="Times New Roman"/>
          <w:color w:val="000000"/>
        </w:rPr>
        <w:t>BOD</w:t>
      </w:r>
      <w:r>
        <w:rPr>
          <w:rFonts w:ascii="宋体" w:hAnsi="宋体" w:eastAsia="宋体" w:cs="宋体"/>
          <w:color w:val="000000"/>
        </w:rPr>
        <w:t>，进而求出∠</w:t>
      </w:r>
      <w:r>
        <w:rPr>
          <w:rFonts w:ascii="Times New Roman" w:hAnsi="Times New Roman" w:eastAsia="Times New Roman" w:cs="Times New Roman"/>
          <w:color w:val="000000"/>
        </w:rPr>
        <w:t>DOE</w:t>
      </w:r>
      <w:r>
        <w:rPr>
          <w:rFonts w:ascii="宋体" w:hAnsi="宋体" w:eastAsia="宋体" w:cs="宋体"/>
          <w:color w:val="000000"/>
        </w:rPr>
        <w:t>的大小即可．</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BOE=</w:t>
      </w:r>
      <w:r>
        <w:pict>
          <v:shape id="_x0000_i721556" o:spt="75" alt="学科网(www.zxxk.com)--教育资源门户，提供试卷、教案、课件、论文、素材以及各类教学资源下载，还有大量而丰富的教学相关资讯！" type="#_x0000_t75" style="height:30.45pt;width:11.75pt;" o:ole="t" filled="f" o:preferrelative="t" stroked="f" coordsize="21600,21600">
            <v:path/>
            <v:fill on="f" focussize="0,0"/>
            <v:stroke on="f" joinstyle="miter"/>
            <v:imagedata r:id="rId22" o:title="eqIdee6a2eba56d4f2d1670b0256b8d86b92"/>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BOC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BOC=n</w:t>
      </w:r>
      <w:r>
        <w:rPr>
          <w:rFonts w:ascii="宋体" w:hAnsi="宋体" w:eastAsia="宋体" w:cs="宋体"/>
          <w:color w:val="000000"/>
        </w:rPr>
        <w:t>∠</w:t>
      </w:r>
      <w:r>
        <w:rPr>
          <w:rFonts w:ascii="Times New Roman" w:hAnsi="Times New Roman" w:eastAsia="Times New Roman" w:cs="Times New Roman"/>
          <w:color w:val="000000"/>
        </w:rPr>
        <w:t>BOE</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AOB=</w:t>
      </w:r>
      <w:r>
        <w:rPr>
          <w:rFonts w:ascii="宋体" w:hAnsi="宋体" w:eastAsia="宋体" w:cs="宋体"/>
          <w:color w:val="000000"/>
        </w:rPr>
        <w:t>∠</w:t>
      </w:r>
      <w:r>
        <w:rPr>
          <w:rFonts w:ascii="Times New Roman" w:hAnsi="Times New Roman" w:eastAsia="Times New Roman" w:cs="Times New Roman"/>
          <w:color w:val="000000"/>
        </w:rPr>
        <w:t>AOC+</w:t>
      </w:r>
      <w:r>
        <w:rPr>
          <w:rFonts w:ascii="宋体" w:hAnsi="宋体" w:eastAsia="宋体" w:cs="宋体"/>
          <w:color w:val="000000"/>
        </w:rPr>
        <w:t>∠</w:t>
      </w:r>
      <w:r>
        <w:rPr>
          <w:rFonts w:ascii="Times New Roman" w:hAnsi="Times New Roman" w:eastAsia="Times New Roman" w:cs="Times New Roman"/>
          <w:color w:val="000000"/>
        </w:rPr>
        <w:t>BOC=50°+ n</w:t>
      </w:r>
      <w:r>
        <w:rPr>
          <w:rFonts w:ascii="宋体" w:hAnsi="宋体" w:eastAsia="宋体" w:cs="宋体"/>
          <w:color w:val="000000"/>
        </w:rPr>
        <w:t>∠</w:t>
      </w:r>
      <w:r>
        <w:rPr>
          <w:rFonts w:ascii="Times New Roman" w:hAnsi="Times New Roman" w:eastAsia="Times New Roman" w:cs="Times New Roman"/>
          <w:color w:val="000000"/>
        </w:rPr>
        <w:t>BOE</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BOD=</w:t>
      </w:r>
      <w:r>
        <w:pict>
          <v:shape id="_x0000_i721557" o:spt="75" alt="学科网(www.zxxk.com)--教育资源门户，提供试卷、教案、课件、论文、素材以及各类教学资源下载，还有大量而丰富的教学相关资讯！" type="#_x0000_t75" style="height:30.45pt;width:11.75pt;" o:ole="t" filled="f" o:preferrelative="t" stroked="f" coordsize="21600,21600">
            <v:path/>
            <v:fill on="f" focussize="0,0"/>
            <v:stroke on="f" joinstyle="miter"/>
            <v:imagedata r:id="rId23" o:title="eqIdee6a2eba56d4f2d1670b0256b8d86b92"/>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AOB=</w:t>
      </w:r>
      <w:r>
        <w:pict>
          <v:shape id="_x0000_i721558" o:spt="75" alt="学科网(www.zxxk.com)--教育资源门户，提供试卷、教案、课件、论文、素材以及各类教学资源下载，还有大量而丰富的教学相关资讯！" type="#_x0000_t75" style="height:31pt;width:165pt;" o:ole="t" filled="f" o:preferrelative="t" stroked="f" coordsize="21600,21600">
            <v:path/>
            <v:fill on="f" focussize="0,0"/>
            <v:stroke on="f" joinstyle="miter"/>
            <v:imagedata r:id="rId24" o:title="eqId192932d447c0fc7181ea1dfc7d15b02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DOE=</w:t>
      </w:r>
      <w:r>
        <w:rPr>
          <w:rFonts w:ascii="宋体" w:hAnsi="宋体" w:eastAsia="宋体" w:cs="宋体"/>
          <w:color w:val="000000"/>
        </w:rPr>
        <w:t>∠</w:t>
      </w:r>
      <w:r>
        <w:rPr>
          <w:rFonts w:ascii="Times New Roman" w:hAnsi="Times New Roman" w:eastAsia="Times New Roman" w:cs="Times New Roman"/>
          <w:color w:val="000000"/>
        </w:rPr>
        <w:t>BOD</w:t>
      </w:r>
      <w:r>
        <w:rPr>
          <w:rFonts w:ascii="宋体" w:hAnsi="宋体" w:eastAsia="宋体" w:cs="宋体"/>
          <w:color w:val="000000"/>
        </w:rPr>
        <w:t>﹣∠</w:t>
      </w:r>
      <w:r>
        <w:rPr>
          <w:rFonts w:ascii="Times New Roman" w:hAnsi="Times New Roman" w:eastAsia="Times New Roman" w:cs="Times New Roman"/>
          <w:color w:val="000000"/>
        </w:rPr>
        <w:t>BOE=</w:t>
      </w:r>
      <w:r>
        <w:pict>
          <v:shape id="_x0000_i721559" o:spt="75" alt="学科网(www.zxxk.com)--教育资源门户，提供试卷、教案、课件、论文、素材以及各类教学资源下载，还有大量而丰富的教学相关资讯！" type="#_x0000_t75" style="height:31pt;width:142pt;" o:ole="t" filled="f" o:preferrelative="t" stroked="f" coordsize="21600,21600">
            <v:path/>
            <v:fill on="f" focussize="0,0"/>
            <v:stroke on="f" joinstyle="miter"/>
            <v:imagedata r:id="rId25" o:title="eqId779c5c1915771702217b93fe50ac6ca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21560"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26" o:title="eqId4017b5601db28c94e5979ada614a81a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考查角的有关计算，通过图形找出各个角之间的关系是解决问题的关键，用代数的方法解决几何图形问题也是常用的方法．</w:t>
      </w:r>
    </w:p>
    <w:p>
      <w:pPr>
        <w:spacing w:line="360" w:lineRule="auto"/>
        <w:jc w:val="left"/>
        <w:textAlignment w:val="center"/>
        <w:rPr>
          <w:color w:val="000000"/>
        </w:rPr>
      </w:pPr>
      <w:r>
        <w:rPr>
          <w:rFonts w:ascii="宋体" w:hAnsi="宋体" w:eastAsia="宋体" w:cs="宋体"/>
          <w:b/>
          <w:color w:val="000000"/>
          <w:sz w:val="24"/>
        </w:rPr>
        <w:t>三、解答题（</w:t>
      </w:r>
      <w:r>
        <w:rPr>
          <w:rFonts w:ascii="Times New Roman" w:hAnsi="Times New Roman" w:eastAsia="Times New Roman" w:cs="Times New Roman"/>
          <w:b/>
          <w:color w:val="000000"/>
          <w:sz w:val="24"/>
        </w:rPr>
        <w:t>21</w:t>
      </w:r>
      <w:r>
        <w:rPr>
          <w:rFonts w:ascii="宋体" w:hAnsi="宋体" w:eastAsia="宋体" w:cs="宋体"/>
          <w:b/>
          <w:color w:val="000000"/>
          <w:sz w:val="24"/>
        </w:rPr>
        <w:t>题</w:t>
      </w:r>
      <w:r>
        <w:rPr>
          <w:rFonts w:ascii="Times New Roman" w:hAnsi="Times New Roman" w:eastAsia="Times New Roman" w:cs="Times New Roman"/>
          <w:b/>
          <w:color w:val="000000"/>
          <w:sz w:val="24"/>
        </w:rPr>
        <w:t>5</w:t>
      </w:r>
      <w:r>
        <w:rPr>
          <w:rFonts w:ascii="宋体" w:hAnsi="宋体" w:eastAsia="宋体" w:cs="宋体"/>
          <w:b/>
          <w:color w:val="000000"/>
          <w:sz w:val="24"/>
        </w:rPr>
        <w:t>分，</w:t>
      </w:r>
      <w:r>
        <w:rPr>
          <w:rFonts w:ascii="Times New Roman" w:hAnsi="Times New Roman" w:eastAsia="Times New Roman" w:cs="Times New Roman"/>
          <w:b/>
          <w:color w:val="000000"/>
          <w:sz w:val="24"/>
        </w:rPr>
        <w:t>22-25</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w:t>
      </w:r>
      <w:r>
        <w:rPr>
          <w:rFonts w:ascii="Times New Roman" w:hAnsi="Times New Roman" w:eastAsia="Times New Roman" w:cs="Times New Roman"/>
          <w:b/>
          <w:color w:val="000000"/>
          <w:sz w:val="24"/>
        </w:rPr>
        <w:t>26</w:t>
      </w:r>
      <w:r>
        <w:rPr>
          <w:rFonts w:ascii="宋体" w:hAnsi="宋体" w:eastAsia="宋体" w:cs="宋体"/>
          <w:b/>
          <w:color w:val="000000"/>
          <w:sz w:val="24"/>
        </w:rPr>
        <w:t>题每题</w:t>
      </w:r>
      <w:r>
        <w:rPr>
          <w:rFonts w:ascii="Times New Roman" w:hAnsi="Times New Roman" w:eastAsia="Times New Roman" w:cs="Times New Roman"/>
          <w:b/>
          <w:color w:val="000000"/>
          <w:sz w:val="24"/>
        </w:rPr>
        <w:t>7</w:t>
      </w:r>
      <w:r>
        <w:rPr>
          <w:rFonts w:ascii="宋体" w:hAnsi="宋体" w:eastAsia="宋体" w:cs="宋体"/>
          <w:b/>
          <w:color w:val="000000"/>
          <w:sz w:val="24"/>
        </w:rPr>
        <w:t>分）</w:t>
      </w:r>
    </w:p>
    <w:p>
      <w:pPr>
        <w:pStyle w:val="Heading2"/>
      </w:pPr>
      <w:r>
        <w:t>中国人民大学附属中学朝阳学校（10月月考）</w:t>
      </w:r>
    </w:p>
    <w:p>
      <w:pPr>
        <w:spacing w:line="360" w:lineRule="auto"/>
        <w:jc w:val="left"/>
        <w:textAlignment w:val="center"/>
        <w:rPr>
          <w:color w:val="000000"/>
        </w:rPr>
      </w:pPr>
      <w:r>
        <w:rPr>
          <w:color w:val="000000"/>
        </w:rPr>
        <w:t xml:space="preserve">16. </w:t>
      </w:r>
      <w:r>
        <w:rPr>
          <w:rFonts w:ascii="宋体" w:hAnsi="宋体" w:eastAsia="宋体" w:cs="宋体"/>
          <w:color w:val="000000"/>
        </w:rPr>
        <w:t>猜数字游戏中，小明写出如下一组数：</w:t>
      </w:r>
      <w:r>
        <w:pict>
          <v:shape id="_x0000_i721561" o:spt="75" alt="学科网(www.zxxk.com)--教育资源门户，提供试卷、教案、课件、论文、素材以及各类教学资源下载，还有大量而丰富的教学相关资讯！" type="#_x0000_t75" style="height:31pt;width:100pt;" o:ole="t" filled="f" o:preferrelative="t" stroked="f" coordsize="21600,21600">
            <v:path/>
            <v:fill on="f" focussize="0,0"/>
            <v:stroke on="f" joinstyle="miter"/>
            <v:imagedata r:id="rId27" o:title="eqIdf631354bc0e2582f3daa3f67edec26ff"/>
            <o:lock v:ext="edit" aspectratio="t"/>
            <w10:wrap type="none"/>
            <w10:anchorlock/>
          </v:shape>
        </w:pict>
      </w:r>
      <w:r>
        <w:rPr>
          <w:rFonts w:ascii="宋体" w:hAnsi="宋体" w:eastAsia="宋体" w:cs="宋体"/>
          <w:color w:val="000000"/>
        </w:rPr>
        <w:t>，小亮猜想出第六个数字是</w:t>
      </w:r>
      <w:r>
        <w:pict>
          <v:shape id="_x0000_i721562" o:spt="75" alt="学科网(www.zxxk.com)--教育资源门户，提供试卷、教案、课件、论文、素材以及各类教学资源下载，还有大量而丰富的教学相关资讯！" type="#_x0000_t75" style="height:31pt;width:18pt;" o:ole="t" filled="f" o:preferrelative="t" stroked="f" coordsize="21600,21600">
            <v:path/>
            <v:fill on="f" focussize="0,0"/>
            <v:stroke on="f" joinstyle="miter"/>
            <v:imagedata r:id="rId28" o:title="eqIdf6625d0e9c657e26b637f721559036e9"/>
            <o:lock v:ext="edit" aspectratio="t"/>
            <w10:wrap type="none"/>
            <w10:anchorlock/>
          </v:shape>
        </w:pict>
      </w:r>
      <w:r>
        <w:rPr>
          <w:rFonts w:ascii="宋体" w:hAnsi="宋体" w:eastAsia="宋体" w:cs="宋体"/>
          <w:color w:val="000000"/>
        </w:rPr>
        <w:t>，根据此规律，第</w:t>
      </w:r>
      <w:r>
        <w:rPr>
          <w:rFonts w:ascii="Times New Roman" w:hAnsi="Times New Roman" w:eastAsia="Times New Roman" w:cs="Times New Roman"/>
          <w:color w:val="000000"/>
        </w:rPr>
        <w:t>n</w:t>
      </w:r>
      <w:r>
        <w:rPr>
          <w:rFonts w:ascii="宋体" w:hAnsi="宋体" w:eastAsia="宋体" w:cs="宋体"/>
          <w:color w:val="000000"/>
        </w:rPr>
        <w:t>个数是</w:t>
      </w:r>
      <w:r>
        <w:rPr>
          <w:color w:val="000000"/>
        </w:rPr>
        <w:t>____</w:t>
      </w:r>
      <w:r>
        <w:rPr>
          <w:rFonts w:ascii="宋体" w:hAnsi="宋体" w:eastAsia="宋体" w:cs="宋体"/>
          <w:color w:val="000000"/>
        </w:rPr>
        <w:t>．</w:t>
      </w:r>
    </w:p>
    <w:p>
      <w:pPr>
        <w:spacing w:line="360" w:lineRule="auto"/>
        <w:textAlignment w:val="center"/>
        <w:rPr>
          <w:color w:val="000000"/>
        </w:rPr>
      </w:pPr>
      <w:r>
        <w:rPr>
          <w:color w:val="2E75B6"/>
        </w:rPr>
        <w:t>【答案】</w:t>
      </w:r>
      <w:r>
        <w:pict>
          <v:shape id="_x0000_i721563" o:spt="75" alt="学科网(www.zxxk.com)--教育资源门户，提供试卷、教案、课件、论文、素材以及各类教学资源下载，还有大量而丰富的教学相关资讯！" type="#_x0000_t75" style="height:33pt;width:30pt;" o:ole="t" filled="f" o:preferrelative="t" stroked="f" coordsize="21600,21600">
            <v:path/>
            <v:fill on="f" focussize="0,0"/>
            <v:stroke on="f" joinstyle="miter"/>
            <v:imagedata r:id="rId29" o:title="eqIdc788191c2db675d448740c8cd36f7bdb"/>
            <o:lock v:ext="edit" aspectratio="t"/>
            <w10:wrap type="none"/>
            <w10:anchorlock/>
          </v:shape>
        </w:pict>
      </w:r>
      <w:r>
        <w:rPr>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w:t>
      </w:r>
      <w:r>
        <w:rPr>
          <w:rFonts w:ascii="Times New Roman" w:hAnsi="Times New Roman" w:eastAsia="Times New Roman" w:cs="Times New Roman"/>
          <w:color w:val="000000"/>
        </w:rPr>
        <w:t>∵</w:t>
      </w:r>
      <w:r>
        <w:rPr>
          <w:rFonts w:ascii="宋体" w:hAnsi="宋体" w:eastAsia="宋体" w:cs="宋体"/>
          <w:color w:val="000000"/>
        </w:rPr>
        <w:t>分数的分子分别是：</w:t>
      </w:r>
      <w:r>
        <w:rPr>
          <w:rFonts w:ascii="Times New Roman" w:hAnsi="Times New Roman" w:eastAsia="Times New Roman" w:cs="Times New Roman"/>
          <w:color w:val="000000"/>
        </w:rPr>
        <w:t>2</w:t>
      </w:r>
      <w:r>
        <w:rPr>
          <w:rFonts w:ascii="Times New Roman" w:hAnsi="Times New Roman" w:eastAsia="Times New Roman" w:cs="Times New Roman"/>
          <w:color w:val="000000"/>
          <w:vertAlign w:val="superscript"/>
        </w:rPr>
        <w:t xml:space="preserve"> 1</w:t>
      </w:r>
      <w:r>
        <w:rPr>
          <w:rFonts w:ascii="Times New Roman" w:hAnsi="Times New Roman" w:eastAsia="Times New Roman" w:cs="Times New Roman"/>
          <w:color w:val="000000"/>
        </w:rPr>
        <w:t>=2,2</w:t>
      </w:r>
      <w:r>
        <w:rPr>
          <w:rFonts w:ascii="Times New Roman" w:hAnsi="Times New Roman" w:eastAsia="Times New Roman" w:cs="Times New Roman"/>
          <w:color w:val="000000"/>
          <w:vertAlign w:val="superscript"/>
        </w:rPr>
        <w:t xml:space="preserve"> 2</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color w:val="000000"/>
          <w:vertAlign w:val="superscript"/>
        </w:rPr>
        <w:t>4</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color w:val="000000"/>
          <w:vertAlign w:val="superscript"/>
        </w:rPr>
        <w:t>n</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分数的分母分别是：</w:t>
      </w:r>
      <w:r>
        <w:rPr>
          <w:rFonts w:ascii="Times New Roman" w:hAnsi="Times New Roman" w:eastAsia="Times New Roman" w:cs="Times New Roman"/>
          <w:color w:val="000000"/>
        </w:rPr>
        <w:t>2</w:t>
      </w:r>
      <w:r>
        <w:rPr>
          <w:rFonts w:ascii="Times New Roman" w:hAnsi="Times New Roman" w:eastAsia="Times New Roman" w:cs="Times New Roman"/>
          <w:color w:val="000000"/>
          <w:vertAlign w:val="superscript"/>
        </w:rPr>
        <w:t xml:space="preserve"> 1</w:t>
      </w:r>
      <w:r>
        <w:rPr>
          <w:rFonts w:ascii="Times New Roman" w:hAnsi="Times New Roman" w:eastAsia="Times New Roman" w:cs="Times New Roman"/>
          <w:color w:val="000000"/>
        </w:rPr>
        <w:t>+3=5</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color w:val="000000"/>
          <w:vertAlign w:val="superscript"/>
        </w:rPr>
        <w:t xml:space="preserve"> 2</w:t>
      </w:r>
      <w:r>
        <w:rPr>
          <w:rFonts w:ascii="Times New Roman" w:hAnsi="Times New Roman" w:eastAsia="Times New Roman" w:cs="Times New Roman"/>
          <w:color w:val="000000"/>
        </w:rPr>
        <w:t>+3=7</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+3=11</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color w:val="000000"/>
          <w:vertAlign w:val="superscript"/>
        </w:rPr>
        <w:t>4</w:t>
      </w:r>
      <w:r>
        <w:rPr>
          <w:rFonts w:ascii="Times New Roman" w:hAnsi="Times New Roman" w:eastAsia="Times New Roman" w:cs="Times New Roman"/>
          <w:color w:val="000000"/>
        </w:rPr>
        <w:t>+3=19</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color w:val="000000"/>
          <w:vertAlign w:val="superscript"/>
        </w:rPr>
        <w:t>n</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第</w:t>
      </w:r>
      <w:r>
        <w:rPr>
          <w:rFonts w:ascii="Times New Roman" w:hAnsi="Times New Roman" w:eastAsia="Times New Roman" w:cs="Times New Roman"/>
          <w:color w:val="000000"/>
        </w:rPr>
        <w:t>n</w:t>
      </w:r>
      <w:r>
        <w:rPr>
          <w:rFonts w:ascii="宋体" w:hAnsi="宋体" w:eastAsia="宋体" w:cs="宋体"/>
          <w:color w:val="000000"/>
        </w:rPr>
        <w:t>个数是</w:t>
      </w:r>
      <w:r>
        <w:pict>
          <v:shape id="_x0000_i721564" o:spt="75" alt="学科网(www.zxxk.com)--教育资源门户，提供试卷、教案、课件、论文、素材以及各类教学资源下载，还有大量而丰富的教学相关资讯！" type="#_x0000_t75" style="height:33pt;width:30pt;" o:ole="t" filled="f" o:preferrelative="t" stroked="f" coordsize="21600,21600">
            <v:path/>
            <v:fill on="f" focussize="0,0"/>
            <v:stroke on="f" joinstyle="miter"/>
            <v:imagedata r:id="rId30" o:title="eqIdc788191c2db675d448740c8cd36f7bd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b/>
          <w:color w:val="000000"/>
          <w:sz w:val="24"/>
        </w:rPr>
        <w:t>三．解答题</w:t>
      </w:r>
    </w:p>
    <w:p>
      <w:pPr>
        <w:pStyle w:val="Heading2"/>
      </w:pPr>
      <w:r>
        <w:t>北京大学附中学</w:t>
      </w:r>
    </w:p>
    <w:p>
      <w:pPr>
        <w:spacing w:line="360" w:lineRule="auto"/>
        <w:jc w:val="left"/>
        <w:textAlignment w:val="center"/>
        <w:rPr>
          <w:color w:val="000000"/>
        </w:rPr>
      </w:pPr>
      <w:r>
        <w:rPr>
          <w:color w:val="000000"/>
        </w:rPr>
        <w:t xml:space="preserve">18. </w:t>
      </w:r>
      <w:r>
        <w:rPr>
          <w:rFonts w:ascii="宋体" w:hAnsi="宋体" w:eastAsia="宋体" w:cs="宋体"/>
          <w:color w:val="000000"/>
        </w:rPr>
        <w:t>从</w:t>
      </w:r>
      <w:r>
        <w:rPr>
          <w:rFonts w:ascii="Times New Roman" w:hAnsi="Times New Roman" w:eastAsia="Times New Roman" w:cs="Times New Roman"/>
          <w:color w:val="000000"/>
        </w:rPr>
        <w:t>2020</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月开始，一群野生亚洲象从云南西双版纳傣族自治州走出丛林，一路北上，历经</w:t>
      </w:r>
      <w:r>
        <w:rPr>
          <w:rFonts w:ascii="Times New Roman" w:hAnsi="Times New Roman" w:eastAsia="Times New Roman" w:cs="Times New Roman"/>
          <w:color w:val="000000"/>
        </w:rPr>
        <w:t>17</w:t>
      </w:r>
      <w:r>
        <w:rPr>
          <w:rFonts w:ascii="宋体" w:hAnsi="宋体" w:eastAsia="宋体" w:cs="宋体"/>
          <w:color w:val="000000"/>
        </w:rPr>
        <w:t>个月迁徙逾</w:t>
      </w:r>
      <w:r>
        <w:rPr>
          <w:rFonts w:ascii="Times New Roman" w:hAnsi="Times New Roman" w:eastAsia="Times New Roman" w:cs="Times New Roman"/>
          <w:color w:val="000000"/>
        </w:rPr>
        <w:t>500</w:t>
      </w:r>
      <w:r>
        <w:rPr>
          <w:rFonts w:ascii="宋体" w:hAnsi="宋体" w:eastAsia="宋体" w:cs="宋体"/>
          <w:color w:val="000000"/>
        </w:rPr>
        <w:t>公里安全返回栖息地，引发国内外一波“观象热潮”．象群北移途经峨山县时，一头亚洲象曾脱离象群．如图，</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分别表示峨山县、象群位置、独象位置．经测量，象群在峨山县的西北方向，独象在峨山县的北偏西</w:t>
      </w:r>
      <w:r>
        <w:pict>
          <v:shape id="_x0000_i721565" o:spt="75" alt="学科网(www.zxxk.com)--教育资源门户，提供试卷、教案、课件、论文、素材以及各类教学资源下载，还有大量而丰富的教学相关资讯！" type="#_x0000_t75" style="height:13.75pt;width:33.9pt;" o:ole="t" filled="f" o:preferrelative="t" stroked="f" coordsize="21600,21600">
            <v:path/>
            <v:fill on="f" focussize="0,0"/>
            <v:stroke on="f" joinstyle="miter"/>
            <v:imagedata r:id="rId31" o:title="eqId5605bc3722679cc332f4bdc32353832b"/>
            <o:lock v:ext="edit" aspectratio="t"/>
            <w10:wrap type="none"/>
            <w10:anchorlock/>
          </v:shape>
        </w:pict>
      </w:r>
      <w:r>
        <w:rPr>
          <w:rFonts w:ascii="宋体" w:hAnsi="宋体" w:eastAsia="宋体" w:cs="宋体"/>
          <w:color w:val="000000"/>
        </w:rPr>
        <w:t>方向，则∠</w:t>
      </w:r>
      <w:r>
        <w:rPr>
          <w:rFonts w:ascii="Times New Roman" w:hAnsi="Times New Roman" w:eastAsia="Times New Roman" w:cs="Times New Roman"/>
          <w:i/>
          <w:color w:val="000000"/>
        </w:rPr>
        <w:t>BAC</w:t>
      </w:r>
      <w:r>
        <w:rPr>
          <w:rFonts w:ascii="Times New Roman" w:hAnsi="Times New Roman" w:eastAsia="Times New Roman" w:cs="Times New Roman"/>
          <w:color w:val="000000"/>
        </w:rPr>
        <w:t>=</w:t>
      </w:r>
      <w:r>
        <w:rPr>
          <w:color w:val="000000"/>
        </w:rPr>
        <w:t>_______</w:t>
      </w:r>
      <w:r>
        <w:rPr>
          <w:rFonts w:ascii="宋体" w:hAnsi="宋体" w:eastAsia="宋体" w:cs="宋体"/>
          <w:color w:val="000000"/>
        </w:rPr>
        <w:t>度</w:t>
      </w:r>
      <w:r>
        <w:rPr>
          <w:color w:val="000000"/>
        </w:rPr>
        <w:t>_______</w:t>
      </w:r>
      <w:r>
        <w:rPr>
          <w:rFonts w:ascii="宋体" w:hAnsi="宋体" w:eastAsia="宋体" w:cs="宋体"/>
          <w:color w:val="000000"/>
        </w:rPr>
        <w:t>分．</w:t>
      </w:r>
    </w:p>
    <w:p>
      <w:pPr>
        <w:spacing w:line="360" w:lineRule="auto"/>
        <w:jc w:val="left"/>
        <w:textAlignment w:val="center"/>
        <w:rPr>
          <w:color w:val="000000"/>
        </w:rPr>
      </w:pPr>
      <w:r>
        <w:rPr>
          <w:color w:val="000000"/>
        </w:rPr>
        <w:drawing>
          <wp:inline distT="0" distB="0" distL="114300" distR="114300">
            <wp:extent cx="4314825" cy="1876425"/>
            <wp:effectExtent l="0" t="0" r="0" b="0"/>
            <wp:docPr id="4153"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 name="图片 100055"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4314825" cy="18764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28</w:t>
      </w:r>
      <w:r>
        <w:rPr>
          <w:color w:val="000000"/>
        </w:rPr>
        <w:t xml:space="preserve">    ②. </w:t>
      </w:r>
      <w:r>
        <w:rPr>
          <w:rFonts w:ascii="Times New Roman" w:hAnsi="Times New Roman" w:eastAsia="Times New Roman" w:cs="Times New Roman"/>
          <w:color w:val="000000"/>
        </w:rPr>
        <w:t>12</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先根据方向角的定义以及利用数形结合即可解答．</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i/>
          <w:color w:val="000000"/>
        </w:rPr>
        <w:t>BAC</w:t>
      </w:r>
      <w:r>
        <w:rPr>
          <w:rFonts w:ascii="Times New Roman" w:hAnsi="Times New Roman" w:eastAsia="Times New Roman" w:cs="Times New Roman"/>
          <w:color w:val="000000"/>
        </w:rPr>
        <w:t>=45°-16°48′=28°12′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28</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本题考查的是方向角的概念，根据方向角的表示方法画出图形，利用数形结合进行求解是解答此题的关键．</w:t>
      </w:r>
    </w:p>
    <w:p>
      <w:pPr>
        <w:spacing w:line="360" w:lineRule="auto"/>
        <w:jc w:val="both"/>
        <w:textAlignment w:val="center"/>
        <w:rPr>
          <w:color w:val="000000"/>
        </w:rPr>
      </w:pPr>
      <w:r>
        <w:rPr>
          <w:rFonts w:ascii="宋体" w:hAnsi="宋体" w:eastAsia="宋体" w:cs="宋体"/>
          <w:b/>
          <w:color w:val="000000"/>
          <w:sz w:val="24"/>
        </w:rPr>
        <w:t>三、解答题（本大题共</w:t>
      </w:r>
      <w:r>
        <w:rPr>
          <w:rFonts w:ascii="Times New Roman" w:hAnsi="Times New Roman" w:eastAsia="Times New Roman" w:cs="Times New Roman"/>
          <w:b/>
          <w:color w:val="000000"/>
          <w:sz w:val="24"/>
        </w:rPr>
        <w:t>38</w:t>
      </w:r>
      <w:r>
        <w:rPr>
          <w:rFonts w:ascii="宋体" w:hAnsi="宋体" w:eastAsia="宋体" w:cs="宋体"/>
          <w:b/>
          <w:color w:val="000000"/>
          <w:sz w:val="24"/>
        </w:rPr>
        <w:t>分，第</w:t>
      </w:r>
      <w:r>
        <w:rPr>
          <w:rFonts w:ascii="Times New Roman" w:hAnsi="Times New Roman" w:eastAsia="Times New Roman" w:cs="Times New Roman"/>
          <w:b/>
          <w:color w:val="000000"/>
          <w:sz w:val="24"/>
        </w:rPr>
        <w:t>19</w:t>
      </w:r>
      <w:r>
        <w:rPr>
          <w:rFonts w:ascii="宋体" w:hAnsi="宋体" w:eastAsia="宋体" w:cs="宋体"/>
          <w:b/>
          <w:color w:val="000000"/>
          <w:sz w:val="24"/>
        </w:rPr>
        <w:t>题</w:t>
      </w:r>
      <w:r>
        <w:rPr>
          <w:rFonts w:ascii="Times New Roman" w:hAnsi="Times New Roman" w:eastAsia="Times New Roman" w:cs="Times New Roman"/>
          <w:b/>
          <w:color w:val="000000"/>
          <w:sz w:val="24"/>
        </w:rPr>
        <w:t>9</w:t>
      </w:r>
      <w:r>
        <w:rPr>
          <w:rFonts w:ascii="宋体" w:hAnsi="宋体" w:eastAsia="宋体" w:cs="宋体"/>
          <w:b/>
          <w:color w:val="000000"/>
          <w:sz w:val="24"/>
        </w:rPr>
        <w:t>分，第</w:t>
      </w:r>
      <w:r>
        <w:rPr>
          <w:rFonts w:ascii="Times New Roman" w:hAnsi="Times New Roman" w:eastAsia="Times New Roman" w:cs="Times New Roman"/>
          <w:b/>
          <w:color w:val="000000"/>
          <w:sz w:val="24"/>
        </w:rPr>
        <w:t>20</w:t>
      </w:r>
      <w:r>
        <w:rPr>
          <w:rFonts w:ascii="宋体" w:hAnsi="宋体" w:eastAsia="宋体" w:cs="宋体"/>
          <w:b/>
          <w:color w:val="000000"/>
          <w:sz w:val="24"/>
        </w:rPr>
        <w:t>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21</w:t>
      </w:r>
      <w:r>
        <w:rPr>
          <w:rFonts w:ascii="宋体" w:hAnsi="宋体" w:eastAsia="宋体" w:cs="宋体"/>
          <w:b/>
          <w:color w:val="000000"/>
          <w:sz w:val="24"/>
        </w:rPr>
        <w:t>题</w:t>
      </w:r>
      <w:r>
        <w:rPr>
          <w:rFonts w:ascii="Times New Roman" w:hAnsi="Times New Roman" w:eastAsia="Times New Roman" w:cs="Times New Roman"/>
          <w:b/>
          <w:color w:val="000000"/>
          <w:sz w:val="24"/>
        </w:rPr>
        <w:t>10</w:t>
      </w:r>
      <w:r>
        <w:rPr>
          <w:rFonts w:ascii="宋体" w:hAnsi="宋体" w:eastAsia="宋体" w:cs="宋体"/>
          <w:b/>
          <w:color w:val="000000"/>
          <w:sz w:val="24"/>
        </w:rPr>
        <w:t>分，第</w:t>
      </w:r>
      <w:r>
        <w:rPr>
          <w:rFonts w:ascii="Times New Roman" w:hAnsi="Times New Roman" w:eastAsia="Times New Roman" w:cs="Times New Roman"/>
          <w:b/>
          <w:color w:val="000000"/>
          <w:sz w:val="24"/>
        </w:rPr>
        <w:t>22</w:t>
      </w:r>
      <w:r>
        <w:rPr>
          <w:rFonts w:ascii="宋体" w:hAnsi="宋体" w:eastAsia="宋体" w:cs="宋体"/>
          <w:b/>
          <w:color w:val="000000"/>
          <w:sz w:val="24"/>
        </w:rPr>
        <w:t>题</w:t>
      </w:r>
      <w:r>
        <w:rPr>
          <w:rFonts w:ascii="Times New Roman" w:hAnsi="Times New Roman" w:eastAsia="Times New Roman" w:cs="Times New Roman"/>
          <w:b/>
          <w:color w:val="000000"/>
          <w:sz w:val="24"/>
        </w:rPr>
        <w:t>11</w:t>
      </w:r>
      <w:r>
        <w:rPr>
          <w:rFonts w:ascii="宋体" w:hAnsi="宋体" w:eastAsia="宋体" w:cs="宋体"/>
          <w:b/>
          <w:color w:val="000000"/>
          <w:sz w:val="24"/>
        </w:rPr>
        <w:t>分）</w:t>
      </w:r>
    </w:p>
    <w:p>
      <w:pPr>
        <w:pStyle w:val="Heading2"/>
      </w:pPr>
      <w:r>
        <w:t>海淀区首都师范大学附属中学第一分校</w:t>
      </w:r>
    </w:p>
    <w:p>
      <w:pPr>
        <w:spacing w:line="360" w:lineRule="auto"/>
        <w:jc w:val="left"/>
        <w:textAlignment w:val="center"/>
        <w:rPr>
          <w:color w:val="000000"/>
        </w:rPr>
      </w:pPr>
      <w:r>
        <w:rPr>
          <w:color w:val="000000"/>
        </w:rPr>
        <w:t xml:space="preserve">18. </w:t>
      </w:r>
      <w:r>
        <w:rPr>
          <w:rFonts w:ascii="宋体" w:hAnsi="宋体" w:eastAsia="宋体" w:cs="宋体"/>
          <w:color w:val="000000"/>
        </w:rPr>
        <w:t>如图，这是一个数据转换器的示意图，三个滚珠可以在槽内左右滚动．输入</w:t>
      </w:r>
      <w:r>
        <w:rPr>
          <w:rFonts w:ascii="Times New Roman" w:hAnsi="Times New Roman" w:eastAsia="Times New Roman" w:cs="Times New Roman"/>
          <w:i/>
          <w:color w:val="000000"/>
        </w:rPr>
        <w:t>x</w:t>
      </w:r>
      <w:r>
        <w:rPr>
          <w:rFonts w:ascii="宋体" w:hAnsi="宋体" w:eastAsia="宋体" w:cs="宋体"/>
          <w:color w:val="000000"/>
        </w:rPr>
        <w:t>的值，当滚珠发生撞击，就输出</w:t>
      </w:r>
      <w:r>
        <w:rPr>
          <w:rFonts w:ascii="宋体" w:hAnsi="宋体" w:eastAsia="宋体" w:cs="宋体"/>
          <w:color w:val="000000"/>
          <w:em w:val="dot"/>
        </w:rPr>
        <w:t>相撞滚珠</w:t>
      </w:r>
      <w:r>
        <w:rPr>
          <w:rFonts w:ascii="宋体" w:hAnsi="宋体" w:eastAsia="宋体" w:cs="宋体"/>
          <w:color w:val="000000"/>
        </w:rPr>
        <w:t>上代数式所表示数的</w:t>
      </w:r>
      <w:r>
        <w:rPr>
          <w:rFonts w:ascii="宋体" w:hAnsi="宋体" w:eastAsia="宋体" w:cs="宋体"/>
          <w:color w:val="000000"/>
          <w:em w:val="dot"/>
        </w:rPr>
        <w:t>和</w:t>
      </w:r>
      <w:r>
        <w:rPr>
          <w:rFonts w:ascii="Times New Roman" w:hAnsi="Times New Roman" w:eastAsia="Times New Roman" w:cs="Times New Roman"/>
          <w:i/>
          <w:color w:val="000000"/>
        </w:rPr>
        <w:t>y</w:t>
      </w:r>
      <w:r>
        <w:rPr>
          <w:rFonts w:ascii="宋体" w:hAnsi="宋体" w:eastAsia="宋体" w:cs="宋体"/>
          <w:color w:val="000000"/>
        </w:rPr>
        <w:t>．已知当三个滚珠同时相撞时，不论输入</w:t>
      </w:r>
      <w:r>
        <w:rPr>
          <w:rFonts w:ascii="Times New Roman" w:hAnsi="Times New Roman" w:eastAsia="Times New Roman" w:cs="Times New Roman"/>
          <w:i/>
          <w:color w:val="000000"/>
        </w:rPr>
        <w:t>x</w:t>
      </w:r>
      <w:r>
        <w:rPr>
          <w:rFonts w:ascii="宋体" w:hAnsi="宋体" w:eastAsia="宋体" w:cs="宋体"/>
          <w:color w:val="000000"/>
        </w:rPr>
        <w:t>的值为多大，输出</w:t>
      </w:r>
      <w:r>
        <w:rPr>
          <w:rFonts w:ascii="Times New Roman" w:hAnsi="Times New Roman" w:eastAsia="Times New Roman" w:cs="Times New Roman"/>
          <w:i/>
          <w:color w:val="000000"/>
        </w:rPr>
        <w:t>y</w:t>
      </w:r>
      <w:r>
        <w:rPr>
          <w:rFonts w:ascii="宋体" w:hAnsi="宋体" w:eastAsia="宋体" w:cs="宋体"/>
          <w:color w:val="000000"/>
        </w:rPr>
        <w:t>的值总不变．</w:t>
      </w:r>
    </w:p>
    <w:p>
      <w:pPr>
        <w:spacing w:line="360" w:lineRule="auto"/>
        <w:jc w:val="left"/>
        <w:textAlignment w:val="center"/>
        <w:rPr>
          <w:color w:val="000000"/>
        </w:rPr>
      </w:pPr>
      <w:r>
        <w:rPr>
          <w:color w:val="000000"/>
        </w:rPr>
        <w:drawing>
          <wp:inline distT="0" distB="0" distL="114300" distR="114300">
            <wp:extent cx="2819400" cy="447675"/>
            <wp:effectExtent l="0" t="0" r="0" b="9525"/>
            <wp:docPr id="415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 name="图片 100025"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2819400" cy="44767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（1）</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color w:val="000000"/>
        </w:rPr>
        <w:t>_____________</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）若输入一个整数</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宋体" w:hAnsi="宋体" w:eastAsia="宋体" w:cs="宋体"/>
          <w:color w:val="000000"/>
          <w:em w:val="dot"/>
        </w:rPr>
        <w:t>某些</w:t>
      </w:r>
      <w:r>
        <w:rPr>
          <w:rFonts w:ascii="宋体" w:hAnsi="宋体" w:eastAsia="宋体" w:cs="宋体"/>
          <w:color w:val="000000"/>
        </w:rPr>
        <w:t>滚珠相撞，输出</w:t>
      </w:r>
      <w:r>
        <w:rPr>
          <w:rFonts w:ascii="Times New Roman" w:hAnsi="Times New Roman" w:eastAsia="Times New Roman" w:cs="Times New Roman"/>
          <w:i/>
          <w:color w:val="000000"/>
        </w:rPr>
        <w:t>y</w:t>
      </w:r>
      <w:r>
        <w:rPr>
          <w:rFonts w:ascii="宋体" w:hAnsi="宋体" w:eastAsia="宋体" w:cs="宋体"/>
          <w:color w:val="000000"/>
        </w:rPr>
        <w:t>值恰好为</w:t>
      </w:r>
      <w:r>
        <w:rPr>
          <w:rFonts w:ascii="Times New Roman" w:hAnsi="Times New Roman" w:eastAsia="Times New Roman" w:cs="Times New Roman"/>
          <w:color w:val="000000"/>
        </w:rPr>
        <w:t>-1</w:t>
      </w:r>
      <w:r>
        <w:rPr>
          <w:rFonts w:ascii="宋体" w:hAnsi="宋体" w:eastAsia="宋体" w:cs="宋体"/>
          <w:color w:val="000000"/>
        </w:rPr>
        <w:t>，则</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color w:val="000000"/>
        </w:rPr>
        <w:t>________</w:t>
      </w:r>
      <w:r>
        <w:rPr>
          <w:rFonts w:ascii="Times New Roman" w:hAnsi="Times New Roman" w:eastAsia="Times New Roman" w:cs="Times New Roman"/>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-2,</w:t>
      </w:r>
      <w:r>
        <w:rPr>
          <w:color w:val="000000"/>
        </w:rPr>
        <w:t xml:space="preserve">    ②. </w:t>
      </w:r>
      <w:r>
        <w:rPr>
          <w:rFonts w:ascii="宋体" w:hAnsi="宋体" w:eastAsia="宋体" w:cs="宋体"/>
          <w:color w:val="000000"/>
        </w:rPr>
        <w:t>2</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Times New Roman" w:hAnsi="Times New Roman" w:eastAsia="Times New Roman" w:cs="Times New Roman"/>
          <w:color w:val="000000"/>
        </w:rPr>
        <w:t>（1</w:t>
      </w:r>
      <w:r>
        <w:rPr>
          <w:rFonts w:ascii="宋体" w:hAnsi="宋体" w:eastAsia="宋体" w:cs="宋体"/>
          <w:color w:val="000000"/>
        </w:rPr>
        <w:t>）由当三个滚珠同时相撞时，不论输入</w:t>
      </w:r>
      <w:r>
        <w:rPr>
          <w:rFonts w:ascii="Times New Roman" w:hAnsi="Times New Roman" w:eastAsia="Times New Roman" w:cs="Times New Roman"/>
          <w:i/>
          <w:color w:val="000000"/>
        </w:rPr>
        <w:t>x</w:t>
      </w:r>
      <w:r>
        <w:rPr>
          <w:rFonts w:ascii="宋体" w:hAnsi="宋体" w:eastAsia="宋体" w:cs="宋体"/>
          <w:color w:val="000000"/>
        </w:rPr>
        <w:t>的值为多大，输出</w:t>
      </w:r>
      <w:r>
        <w:rPr>
          <w:rFonts w:ascii="Times New Roman" w:hAnsi="Times New Roman" w:eastAsia="Times New Roman" w:cs="Times New Roman"/>
          <w:i/>
          <w:color w:val="000000"/>
        </w:rPr>
        <w:t>y</w:t>
      </w:r>
      <w:r>
        <w:rPr>
          <w:rFonts w:ascii="宋体" w:hAnsi="宋体" w:eastAsia="宋体" w:cs="宋体"/>
          <w:color w:val="000000"/>
        </w:rPr>
        <w:t>的值总不变</w:t>
      </w:r>
      <w:r>
        <w:rPr>
          <w:rFonts w:ascii="Times New Roman" w:hAnsi="Times New Roman" w:eastAsia="Times New Roman" w:cs="Times New Roman"/>
          <w:color w:val="000000"/>
        </w:rPr>
        <w:t>，</w:t>
      </w:r>
      <w:r>
        <w:rPr>
          <w:rFonts w:ascii="宋体" w:hAnsi="宋体" w:eastAsia="宋体" w:cs="宋体"/>
          <w:color w:val="000000"/>
        </w:rPr>
        <w:t>可知三个代数式和的取值与</w:t>
      </w:r>
      <w:r>
        <w:rPr>
          <w:rFonts w:ascii="Times New Roman" w:hAnsi="Times New Roman" w:eastAsia="Times New Roman" w:cs="Times New Roman"/>
          <w:i/>
          <w:color w:val="000000"/>
        </w:rPr>
        <w:t>x</w:t>
      </w:r>
      <w:r>
        <w:rPr>
          <w:rFonts w:ascii="宋体" w:hAnsi="宋体" w:eastAsia="宋体" w:cs="宋体"/>
          <w:color w:val="000000"/>
        </w:rPr>
        <w:t>的取值无关，据此可求出</w:t>
      </w:r>
      <w:r>
        <w:rPr>
          <w:rFonts w:ascii="Times New Roman" w:hAnsi="Times New Roman" w:eastAsia="Times New Roman" w:cs="Times New Roman"/>
          <w:i/>
          <w:color w:val="000000"/>
        </w:rPr>
        <w:t>a</w:t>
      </w:r>
      <w:r>
        <w:rPr>
          <w:rFonts w:ascii="宋体" w:hAnsi="宋体" w:eastAsia="宋体" w:cs="宋体"/>
          <w:color w:val="000000"/>
        </w:rPr>
        <w:t>的值；</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）分</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与</w:t>
      </w:r>
      <w:r>
        <w:rPr>
          <w:rFonts w:ascii="Times New Roman" w:hAnsi="Times New Roman" w:eastAsia="Times New Roman" w:cs="Times New Roman"/>
          <w:color w:val="000000"/>
        </w:rPr>
        <w:t>3</w:t>
      </w:r>
      <w:r>
        <w:rPr>
          <w:rFonts w:ascii="宋体" w:hAnsi="宋体" w:eastAsia="宋体" w:cs="宋体"/>
          <w:color w:val="000000"/>
        </w:rPr>
        <w:t>相撞和</w:t>
      </w:r>
      <w:r>
        <w:rPr>
          <w:rFonts w:ascii="Times New Roman" w:hAnsi="Times New Roman" w:eastAsia="Times New Roman" w:cs="Times New Roman"/>
          <w:i/>
          <w:color w:val="000000"/>
        </w:rPr>
        <w:t>ax</w:t>
      </w:r>
      <w:r>
        <w:rPr>
          <w:rFonts w:ascii="宋体" w:hAnsi="宋体" w:eastAsia="宋体" w:cs="宋体"/>
          <w:color w:val="000000"/>
        </w:rPr>
        <w:t>与</w:t>
      </w:r>
      <w:r>
        <w:rPr>
          <w:rFonts w:ascii="Times New Roman" w:hAnsi="Times New Roman" w:eastAsia="Times New Roman" w:cs="Times New Roman"/>
          <w:color w:val="000000"/>
        </w:rPr>
        <w:t>3</w:t>
      </w:r>
      <w:r>
        <w:rPr>
          <w:rFonts w:ascii="宋体" w:hAnsi="宋体" w:eastAsia="宋体" w:cs="宋体"/>
          <w:color w:val="000000"/>
        </w:rPr>
        <w:t>相撞两种情况求解即可</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（1）</w:t>
      </w:r>
      <w:r>
        <w:rPr>
          <w:rFonts w:ascii="Times New Roman" w:hAnsi="Times New Roman" w:eastAsia="Times New Roman" w:cs="Times New Roman"/>
          <w:i/>
          <w:color w:val="000000"/>
        </w:rPr>
        <w:t>y</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-1+3+</w:t>
      </w:r>
      <w:r>
        <w:rPr>
          <w:rFonts w:ascii="Times New Roman" w:hAnsi="Times New Roman" w:eastAsia="Times New Roman" w:cs="Times New Roman"/>
          <w:i/>
          <w:color w:val="000000"/>
        </w:rPr>
        <w:t>ax</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p>
    <w:p>
      <w:pPr>
        <w:spacing w:line="360" w:lineRule="auto"/>
        <w:jc w:val="left"/>
        <w:textAlignment w:val="center"/>
        <w:rPr>
          <w:color w:val="000000"/>
        </w:rPr>
      </w:pPr>
      <w:r>
        <w:rPr>
          <w:rFonts w:ascii="宋体" w:hAnsi="宋体" w:eastAsia="宋体" w:cs="宋体"/>
          <w:color w:val="000000"/>
        </w:rPr>
        <w:t>∵不论输入</w:t>
      </w:r>
      <w:r>
        <w:rPr>
          <w:rFonts w:ascii="Times New Roman" w:hAnsi="Times New Roman" w:eastAsia="Times New Roman" w:cs="Times New Roman"/>
          <w:i/>
          <w:color w:val="000000"/>
        </w:rPr>
        <w:t>x</w:t>
      </w:r>
      <w:r>
        <w:rPr>
          <w:rFonts w:ascii="宋体" w:hAnsi="宋体" w:eastAsia="宋体" w:cs="宋体"/>
          <w:color w:val="000000"/>
        </w:rPr>
        <w:t>的值为多大，输出</w:t>
      </w:r>
      <w:r>
        <w:rPr>
          <w:rFonts w:ascii="Times New Roman" w:hAnsi="Times New Roman" w:eastAsia="Times New Roman" w:cs="Times New Roman"/>
          <w:i/>
          <w:color w:val="000000"/>
        </w:rPr>
        <w:t>y</w:t>
      </w:r>
      <w:r>
        <w:rPr>
          <w:rFonts w:ascii="宋体" w:hAnsi="宋体" w:eastAsia="宋体" w:cs="宋体"/>
          <w:color w:val="000000"/>
        </w:rPr>
        <w:t>的值总不变，</w:t>
      </w:r>
    </w:p>
    <w:p>
      <w:pPr>
        <w:spacing w:line="360" w:lineRule="auto"/>
        <w:jc w:val="left"/>
        <w:textAlignment w:val="center"/>
        <w:rPr>
          <w:color w:val="000000"/>
        </w:rPr>
      </w:pP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rPr>
        <w:t>=0,</w:t>
      </w:r>
    </w:p>
    <w:p>
      <w:pPr>
        <w:spacing w:line="360" w:lineRule="auto"/>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由题意知，不可能三个球同时相撞，也不可能</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与</w:t>
      </w:r>
      <w:r>
        <w:rPr>
          <w:rFonts w:ascii="Times New Roman" w:hAnsi="Times New Roman" w:eastAsia="Times New Roman" w:cs="Times New Roman"/>
          <w:i/>
          <w:color w:val="000000"/>
        </w:rPr>
        <w:t>ax</w:t>
      </w:r>
      <w:r>
        <w:rPr>
          <w:rFonts w:ascii="宋体" w:hAnsi="宋体" w:eastAsia="宋体" w:cs="宋体"/>
          <w:color w:val="000000"/>
        </w:rPr>
        <w:t>相撞</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与</w:t>
      </w:r>
      <w:r>
        <w:rPr>
          <w:rFonts w:ascii="Times New Roman" w:hAnsi="Times New Roman" w:eastAsia="Times New Roman" w:cs="Times New Roman"/>
          <w:color w:val="000000"/>
        </w:rPr>
        <w:t>3</w:t>
      </w:r>
      <w:r>
        <w:rPr>
          <w:rFonts w:ascii="宋体" w:hAnsi="宋体" w:eastAsia="宋体" w:cs="宋体"/>
          <w:color w:val="000000"/>
        </w:rPr>
        <w:t>相撞时，</w:t>
      </w:r>
    </w:p>
    <w:p>
      <w:pPr>
        <w:spacing w:line="360" w:lineRule="auto"/>
        <w:jc w:val="left"/>
        <w:textAlignment w:val="center"/>
        <w:rPr>
          <w:color w:val="000000"/>
        </w:rPr>
      </w:pPr>
      <w:r>
        <w:rPr>
          <w:rFonts w:ascii="宋体" w:hAnsi="宋体" w:eastAsia="宋体" w:cs="宋体"/>
          <w:color w:val="000000"/>
        </w:rPr>
        <w:t>由题意得，</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-1+3=-1,</w:t>
      </w:r>
    </w:p>
    <w:p>
      <w:pPr>
        <w:spacing w:line="360" w:lineRule="auto"/>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pict>
          <v:shape id="_x0000_i721566"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34" o:title="eqId103070abee09399f1e9510a75c3ba9e8"/>
            <o:lock v:ext="edit" aspectratio="t"/>
            <w10:wrap type="none"/>
            <w10:anchorlock/>
          </v:shape>
        </w:pict>
      </w:r>
      <w:r>
        <w:rPr>
          <w:rFonts w:ascii="Times New Roman" w:hAnsi="Times New Roman" w:eastAsia="Times New Roman" w:cs="Times New Roman"/>
          <w:color w:val="000000"/>
        </w:rPr>
        <w:t>,</w:t>
      </w:r>
      <w:r>
        <w:rPr>
          <w:rFonts w:ascii="宋体" w:hAnsi="宋体" w:eastAsia="宋体" w:cs="宋体"/>
          <w:color w:val="000000"/>
        </w:rPr>
        <w:t>不合题意，舍去；</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ax</w:t>
      </w:r>
      <w:r>
        <w:rPr>
          <w:rFonts w:ascii="宋体" w:hAnsi="宋体" w:eastAsia="宋体" w:cs="宋体"/>
          <w:color w:val="000000"/>
        </w:rPr>
        <w:t>与</w:t>
      </w:r>
      <w:r>
        <w:rPr>
          <w:rFonts w:ascii="Times New Roman" w:hAnsi="Times New Roman" w:eastAsia="Times New Roman" w:cs="Times New Roman"/>
          <w:color w:val="000000"/>
        </w:rPr>
        <w:t>3</w:t>
      </w:r>
      <w:r>
        <w:rPr>
          <w:rFonts w:ascii="宋体" w:hAnsi="宋体" w:eastAsia="宋体" w:cs="宋体"/>
          <w:color w:val="000000"/>
        </w:rPr>
        <w:t>相撞时，</w:t>
      </w:r>
    </w:p>
    <w:p>
      <w:pPr>
        <w:spacing w:line="360" w:lineRule="auto"/>
        <w:jc w:val="left"/>
        <w:textAlignment w:val="center"/>
        <w:rPr>
          <w:color w:val="000000"/>
        </w:rPr>
      </w:pPr>
      <w:r>
        <w:rPr>
          <w:rFonts w:ascii="宋体" w:hAnsi="宋体" w:eastAsia="宋体" w:cs="宋体"/>
          <w:color w:val="000000"/>
        </w:rPr>
        <w:t>由题意得，</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+3=-1,</w:t>
      </w:r>
    </w:p>
    <w:p>
      <w:pPr>
        <w:spacing w:line="360" w:lineRule="auto"/>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-2；2.</w:t>
      </w:r>
    </w:p>
    <w:p>
      <w:pPr>
        <w:spacing w:line="360" w:lineRule="auto"/>
        <w:jc w:val="left"/>
        <w:textAlignment w:val="center"/>
        <w:rPr>
          <w:color w:val="000000"/>
        </w:rPr>
      </w:pPr>
      <w:r>
        <w:rPr>
          <w:color w:val="000000"/>
        </w:rPr>
        <w:t>【点睛】</w:t>
      </w:r>
      <w:r>
        <w:rPr>
          <w:rFonts w:ascii="宋体" w:hAnsi="宋体" w:eastAsia="宋体" w:cs="宋体"/>
          <w:color w:val="000000"/>
        </w:rPr>
        <w:t>本题考查了本题考查了整式的加减</w:t>
      </w:r>
      <w:r>
        <w:rPr>
          <w:rFonts w:ascii="Times New Roman" w:hAnsi="Times New Roman" w:eastAsia="Times New Roman" w:cs="Times New Roman"/>
          <w:color w:val="000000"/>
        </w:rPr>
        <w:t>---</w:t>
      </w:r>
      <w:r>
        <w:rPr>
          <w:rFonts w:ascii="宋体" w:hAnsi="宋体" w:eastAsia="宋体" w:cs="宋体"/>
          <w:color w:val="000000"/>
        </w:rPr>
        <w:t>无关型问题，解答本题的关键是理解题目中与字母</w:t>
      </w:r>
      <w:r>
        <w:rPr>
          <w:rFonts w:ascii="Times New Roman" w:hAnsi="Times New Roman" w:eastAsia="Times New Roman" w:cs="Times New Roman"/>
          <w:i/>
          <w:color w:val="000000"/>
        </w:rPr>
        <w:t>x</w:t>
      </w:r>
      <w:r>
        <w:rPr>
          <w:rFonts w:ascii="宋体" w:hAnsi="宋体" w:eastAsia="宋体" w:cs="宋体"/>
          <w:color w:val="000000"/>
        </w:rPr>
        <w:t>的取值无关的意思，与哪一项无关，就是合并同类项后令其系数等于</w:t>
      </w:r>
      <w:r>
        <w:rPr>
          <w:rFonts w:ascii="Times New Roman" w:hAnsi="Times New Roman" w:eastAsia="Times New Roman" w:cs="Times New Roman"/>
          <w:color w:val="000000"/>
        </w:rPr>
        <w:t>0．</w:t>
      </w:r>
    </w:p>
    <w:p>
      <w:pPr>
        <w:spacing w:line="360" w:lineRule="auto"/>
        <w:jc w:val="left"/>
        <w:textAlignment w:val="center"/>
        <w:rPr>
          <w:color w:val="000000"/>
        </w:rPr>
      </w:pPr>
      <w:r>
        <w:rPr>
          <w:rFonts w:ascii="宋体" w:hAnsi="宋体" w:eastAsia="宋体" w:cs="宋体"/>
          <w:b/>
          <w:color w:val="000000"/>
          <w:sz w:val="24"/>
        </w:rPr>
        <w:t>三、解答题（</w:t>
      </w:r>
      <w:r>
        <w:rPr>
          <w:rFonts w:ascii="Times New Roman" w:hAnsi="Times New Roman" w:eastAsia="Times New Roman" w:cs="Times New Roman"/>
          <w:b/>
          <w:color w:val="000000"/>
          <w:sz w:val="24"/>
        </w:rPr>
        <w:t>19</w:t>
      </w:r>
      <w:r>
        <w:rPr>
          <w:rFonts w:ascii="宋体" w:hAnsi="宋体" w:eastAsia="宋体" w:cs="宋体"/>
          <w:b/>
          <w:color w:val="000000"/>
          <w:sz w:val="24"/>
        </w:rPr>
        <w:t>、</w:t>
      </w:r>
      <w:r>
        <w:rPr>
          <w:rFonts w:ascii="Times New Roman" w:hAnsi="Times New Roman" w:eastAsia="Times New Roman" w:cs="Times New Roman"/>
          <w:b/>
          <w:color w:val="000000"/>
          <w:sz w:val="24"/>
        </w:rPr>
        <w:t>20</w:t>
      </w:r>
      <w:r>
        <w:rPr>
          <w:rFonts w:ascii="宋体" w:hAnsi="宋体" w:eastAsia="宋体" w:cs="宋体"/>
          <w:b/>
          <w:color w:val="000000"/>
          <w:sz w:val="24"/>
        </w:rPr>
        <w:t>题各</w:t>
      </w:r>
      <w:r>
        <w:rPr>
          <w:rFonts w:ascii="Times New Roman" w:hAnsi="Times New Roman" w:eastAsia="Times New Roman" w:cs="Times New Roman"/>
          <w:b/>
          <w:color w:val="000000"/>
          <w:sz w:val="24"/>
        </w:rPr>
        <w:t>10</w:t>
      </w:r>
      <w:r>
        <w:rPr>
          <w:rFonts w:ascii="宋体" w:hAnsi="宋体" w:eastAsia="宋体" w:cs="宋体"/>
          <w:b/>
          <w:color w:val="000000"/>
          <w:sz w:val="24"/>
        </w:rPr>
        <w:t>分，</w:t>
      </w:r>
      <w:r>
        <w:rPr>
          <w:rFonts w:ascii="Times New Roman" w:hAnsi="Times New Roman" w:eastAsia="Times New Roman" w:cs="Times New Roman"/>
          <w:b/>
          <w:color w:val="000000"/>
          <w:sz w:val="24"/>
        </w:rPr>
        <w:t>25</w:t>
      </w:r>
      <w:r>
        <w:rPr>
          <w:rFonts w:ascii="宋体" w:hAnsi="宋体" w:eastAsia="宋体" w:cs="宋体"/>
          <w:b/>
          <w:color w:val="000000"/>
          <w:sz w:val="24"/>
        </w:rPr>
        <w:t>、</w:t>
      </w:r>
      <w:r>
        <w:rPr>
          <w:rFonts w:ascii="Times New Roman" w:hAnsi="Times New Roman" w:eastAsia="Times New Roman" w:cs="Times New Roman"/>
          <w:b/>
          <w:color w:val="000000"/>
          <w:sz w:val="24"/>
        </w:rPr>
        <w:t>26</w:t>
      </w:r>
      <w:r>
        <w:rPr>
          <w:rFonts w:ascii="宋体" w:hAnsi="宋体" w:eastAsia="宋体" w:cs="宋体"/>
          <w:b/>
          <w:color w:val="000000"/>
          <w:sz w:val="24"/>
        </w:rPr>
        <w:t>题各</w:t>
      </w:r>
      <w:r>
        <w:rPr>
          <w:rFonts w:ascii="Times New Roman" w:hAnsi="Times New Roman" w:eastAsia="Times New Roman" w:cs="Times New Roman"/>
          <w:b/>
          <w:color w:val="000000"/>
          <w:sz w:val="24"/>
        </w:rPr>
        <w:t>6</w:t>
      </w:r>
      <w:r>
        <w:rPr>
          <w:rFonts w:ascii="宋体" w:hAnsi="宋体" w:eastAsia="宋体" w:cs="宋体"/>
          <w:b/>
          <w:color w:val="000000"/>
          <w:sz w:val="24"/>
        </w:rPr>
        <w:t>分，</w:t>
      </w:r>
      <w:r>
        <w:rPr>
          <w:rFonts w:ascii="Times New Roman" w:hAnsi="Times New Roman" w:eastAsia="Times New Roman" w:cs="Times New Roman"/>
          <w:b/>
          <w:color w:val="000000"/>
          <w:sz w:val="24"/>
        </w:rPr>
        <w:t>21-24</w:t>
      </w:r>
      <w:r>
        <w:rPr>
          <w:rFonts w:ascii="宋体" w:hAnsi="宋体" w:eastAsia="宋体" w:cs="宋体"/>
          <w:b/>
          <w:color w:val="000000"/>
          <w:sz w:val="24"/>
        </w:rPr>
        <w:t>题，每题</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pStyle w:val="Heading2"/>
      </w:pPr>
      <w:r>
        <w:t>第一六六中学（12月月考）</w:t>
      </w:r>
    </w:p>
    <w:p>
      <w:pPr>
        <w:spacing w:line="360" w:lineRule="auto"/>
        <w:jc w:val="left"/>
        <w:textAlignment w:val="center"/>
        <w:rPr>
          <w:color w:val="000000"/>
        </w:rPr>
      </w:pPr>
      <w:r>
        <w:rPr>
          <w:color w:val="000000"/>
        </w:rPr>
        <w:t xml:space="preserve">16. </w:t>
      </w:r>
      <w:r>
        <w:rPr>
          <w:rFonts w:ascii="宋体" w:hAnsi="宋体" w:eastAsia="宋体" w:cs="宋体"/>
          <w:color w:val="000000"/>
        </w:rPr>
        <w:t>对于任意两个有理数</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，可以组成一个有理数对</w:t>
      </w:r>
      <w:r>
        <w:pict>
          <v:shape id="_x0000_i721567" o:spt="75" alt="学科网(www.zxxk.com)--教育资源门户，提供试卷、教案、课件、论文、素材以及各类教学资源下载，还有大量而丰富的教学相关资讯！" type="#_x0000_t75" style="height:20.25pt;width:30.75pt;" o:ole="t" filled="f" o:preferrelative="t" stroked="f" coordsize="21600,21600">
            <v:path/>
            <v:fill on="f" focussize="0,0"/>
            <v:stroke on="f" joinstyle="miter"/>
            <v:imagedata r:id="rId35" o:title="eqId57b85a97933a1d984f6e484b4021c800"/>
            <o:lock v:ext="edit" aspectratio="t"/>
            <w10:wrap type="none"/>
            <w10:anchorlock/>
          </v:shape>
        </w:pict>
      </w:r>
      <w:r>
        <w:rPr>
          <w:rFonts w:ascii="宋体" w:hAnsi="宋体" w:eastAsia="宋体" w:cs="宋体"/>
          <w:color w:val="000000"/>
        </w:rPr>
        <w:t>，我们规定</w:t>
      </w:r>
      <w:r>
        <w:pict>
          <v:shape id="_x0000_i721568" o:spt="75" alt="学科网(www.zxxk.com)--教育资源门户，提供试卷、教案、课件、论文、素材以及各类教学资源下载，还有大量而丰富的教学相关资讯！" type="#_x0000_t75" style="height:19.8pt;width:82.8pt;" o:ole="t" filled="f" o:preferrelative="t" stroked="f" coordsize="21600,21600">
            <v:path/>
            <v:fill on="f" focussize="0,0"/>
            <v:stroke on="f" joinstyle="miter"/>
            <v:imagedata r:id="rId36" o:title="eqId23a00b3f9d376947bb9c6fbcd8c1127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例如</w:t>
      </w:r>
      <w:r>
        <w:pict>
          <v:shape id="_x0000_i721569" o:spt="75" alt="学科网(www.zxxk.com)--教育资源门户，提供试卷、教案、课件、论文、素材以及各类教学资源下载，还有大量而丰富的教学相关资讯！" type="#_x0000_t75" style="height:19.8pt;width:106.2pt;" o:ole="t" filled="f" o:preferrelative="t" stroked="f" coordsize="21600,21600">
            <v:path/>
            <v:fill on="f" focussize="0,0"/>
            <v:stroke on="f" joinstyle="miter"/>
            <v:imagedata r:id="rId37" o:title="eqId3fa703d59eaa087b5274277ac7c1bff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根据上述规定解决下列问题：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）有理数对</w:t>
      </w:r>
      <w:r>
        <w:pict>
          <v:shape id="_x0000_i721570" o:spt="75" alt="学科网(www.zxxk.com)--教育资源门户，提供试卷、教案、课件、论文、素材以及各类教学资源下载，还有大量而丰富的教学相关资讯！" type="#_x0000_t75" style="height:19.8pt;width:43.2pt;" o:ole="t" filled="f" o:preferrelative="t" stroked="f" coordsize="21600,21600">
            <v:path/>
            <v:fill on="f" focussize="0,0"/>
            <v:stroke on="f" joinstyle="miter"/>
            <v:imagedata r:id="rId38" o:title="eqId96ebc595eb7f233a1ca42e8443b6f3aa"/>
            <o:lock v:ext="edit" aspectratio="t"/>
            <w10:wrap type="none"/>
            <w10:anchorlock/>
          </v:shape>
        </w:pic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）当满足等式</w:t>
      </w:r>
      <w:r>
        <w:pict>
          <v:shape id="_x0000_i721571" o:spt="75" alt="学科网(www.zxxk.com)--教育资源门户，提供试卷、教案、课件、论文、素材以及各类教学资源下载，还有大量而丰富的教学相关资讯！" type="#_x0000_t75" style="height:19.8pt;width:82.2pt;" o:ole="t" filled="f" o:preferrelative="t" stroked="f" coordsize="21600,21600">
            <v:path/>
            <v:fill on="f" focussize="0,0"/>
            <v:stroke on="f" joinstyle="miter"/>
            <v:imagedata r:id="rId39" o:title="eqId69d155ffcf9de72ef5e9bf2c9279aa12"/>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i/>
          <w:color w:val="000000"/>
        </w:rPr>
        <w:t>x</w:t>
      </w:r>
      <w:r>
        <w:rPr>
          <w:rFonts w:ascii="宋体" w:hAnsi="宋体" w:eastAsia="宋体" w:cs="宋体"/>
          <w:color w:val="000000"/>
        </w:rPr>
        <w:t>是正整数时，则</w:t>
      </w:r>
      <w:r>
        <w:rPr>
          <w:rFonts w:ascii="Times New Roman" w:hAnsi="Times New Roman" w:eastAsia="Times New Roman" w:cs="Times New Roman"/>
          <w:i/>
          <w:color w:val="000000"/>
        </w:rPr>
        <w:t>p</w:t>
      </w:r>
      <w:r>
        <w:rPr>
          <w:rFonts w:ascii="宋体" w:hAnsi="宋体" w:eastAsia="宋体" w:cs="宋体"/>
          <w:color w:val="000000"/>
        </w:rPr>
        <w:t>的正整数值为</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3</w:t>
      </w:r>
      <w:r>
        <w:rPr>
          <w:color w:val="000000"/>
        </w:rPr>
        <w:t xml:space="preserve">    ②. </w:t>
      </w:r>
      <w:r>
        <w:pict>
          <v:shape id="_x0000_i721572"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40" o:title="eqIdbdaa19de263700a15fcf213d64a8cd5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4##</w:t>
      </w:r>
      <w:r>
        <w:pict>
          <v:shape id="_x0000_i721573"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41" o:title="eqIdb8860d9787671b53b1ab68b3d526f5ca"/>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）根据题目给出的信息列式计算即可；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）根据题目给出的信息列出关于</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的关系式，然后根据</w:t>
      </w:r>
      <w:r>
        <w:rPr>
          <w:rFonts w:ascii="Times New Roman" w:hAnsi="Times New Roman" w:eastAsia="Times New Roman" w:cs="Times New Roman"/>
          <w:i/>
          <w:color w:val="000000"/>
        </w:rPr>
        <w:t>x</w:t>
      </w:r>
      <w:r>
        <w:rPr>
          <w:rFonts w:ascii="宋体" w:hAnsi="宋体" w:eastAsia="宋体" w:cs="宋体"/>
          <w:color w:val="000000"/>
        </w:rPr>
        <w:t>是正整数，找出符合条件的正整数</w:t>
      </w:r>
      <w:r>
        <w:rPr>
          <w:rFonts w:ascii="Times New Roman" w:hAnsi="Times New Roman" w:eastAsia="Times New Roman" w:cs="Times New Roman"/>
          <w:i/>
          <w:color w:val="000000"/>
        </w:rPr>
        <w:t>p</w:t>
      </w:r>
      <w:r>
        <w:rPr>
          <w:rFonts w:ascii="宋体" w:hAnsi="宋体" w:eastAsia="宋体" w:cs="宋体"/>
          <w:color w:val="000000"/>
        </w:rPr>
        <w:t>即可．</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4157" name="图片 1762250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 name="图片 1762250777"/>
                    <pic:cNvPicPr>
                      <a:picLocks noChangeAspect="1"/>
                    </pic:cNvPicPr>
                  </pic:nvPicPr>
                  <pic:blipFill>
                    <a:blip r:embed="rId42"/>
                    <a:stretch>
                      <a:fillRect/>
                    </a:stretch>
                  </pic:blipFill>
                  <pic:spPr>
                    <a:xfrm>
                      <a:off x="0" y="0"/>
                      <a:ext cx="95250" cy="171450"/>
                    </a:xfrm>
                    <a:prstGeom prst="rect">
                      <a:avLst/>
                    </a:prstGeom>
                  </pic:spPr>
                </pic:pic>
              </a:graphicData>
            </a:graphic>
          </wp:inline>
        </w:drawing>
      </w: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w:t>
      </w:r>
      <w:r>
        <w:pict>
          <v:shape id="_x0000_i721574" o:spt="75" alt="学科网(www.zxxk.com)--教育资源门户，提供试卷、教案、课件、论文、素材以及各类教学资源下载，还有大量而丰富的教学相关资讯！" type="#_x0000_t75" style="height:19.8pt;width:150pt;" o:ole="t" filled="f" o:preferrelative="t" stroked="f" coordsize="21600,21600">
            <v:path/>
            <v:fill on="f" focussize="0,0"/>
            <v:stroke on="f" joinstyle="miter"/>
            <v:imagedata r:id="rId43" o:title="eqId9cdbcc1ee2b86216838e6474a7359cd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21575" o:spt="75" alt="学科网(www.zxxk.com)--教育资源门户，提供试卷、教案、课件、论文、素材以及各类教学资源下载，还有大量而丰富的教学相关资讯！" type="#_x0000_t75" style="height:19.8pt;width:82.2pt;" o:ole="t" filled="f" o:preferrelative="t" stroked="f" coordsize="21600,21600">
            <v:path/>
            <v:fill on="f" focussize="0,0"/>
            <v:stroke on="f" joinstyle="miter"/>
            <v:imagedata r:id="rId44" o:title="eqId69d155ffcf9de72ef5e9bf2c9279aa1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1576" o:spt="75" alt="学科网(www.zxxk.com)--教育资源门户，提供试卷、教案、课件、论文、素材以及各类教学资源下载，还有大量而丰富的教学相关资讯！" type="#_x0000_t75" style="height:16.2pt;width:94.8pt;" o:ole="t" filled="f" o:preferrelative="t" stroked="f" coordsize="21600,21600">
            <v:path/>
            <v:fill on="f" focussize="0,0"/>
            <v:stroke on="f" joinstyle="miter"/>
            <v:imagedata r:id="rId45" o:title="eqId959ccfa53d023a85628b62881ba4652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pict>
          <v:shape id="_x0000_i721577" o:spt="75" alt="学科网(www.zxxk.com)--教育资源门户，提供试卷、教案、课件、论文、素材以及各类教学资源下载，还有大量而丰富的教学相关资讯！" type="#_x0000_t75" style="height:31.2pt;width:58.2pt;" o:ole="t" filled="f" o:preferrelative="t" stroked="f" coordsize="21600,21600">
            <v:path/>
            <v:fill on="f" focussize="0,0"/>
            <v:stroke on="f" joinstyle="miter"/>
            <v:imagedata r:id="rId46" o:title="eqId0a3158eb21997e0709ebe0bd1f862b3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是正整数，</w:t>
      </w:r>
    </w:p>
    <w:p>
      <w:pPr>
        <w:spacing w:line="360" w:lineRule="auto"/>
        <w:jc w:val="left"/>
        <w:textAlignment w:val="center"/>
        <w:rPr>
          <w:color w:val="000000"/>
        </w:rPr>
      </w:pPr>
      <w:r>
        <w:rPr>
          <w:rFonts w:ascii="宋体" w:hAnsi="宋体" w:eastAsia="宋体" w:cs="宋体"/>
          <w:color w:val="000000"/>
        </w:rPr>
        <w:t>∴正整数</w:t>
      </w:r>
      <w:r>
        <w:rPr>
          <w:rFonts w:ascii="Times New Roman" w:hAnsi="Times New Roman" w:eastAsia="Times New Roman" w:cs="Times New Roman"/>
          <w:i/>
          <w:color w:val="000000"/>
        </w:rPr>
        <w:t>p</w:t>
      </w:r>
      <w:r>
        <w:rPr>
          <w:rFonts w:ascii="宋体" w:hAnsi="宋体" w:eastAsia="宋体" w:cs="宋体"/>
          <w:color w:val="000000"/>
        </w:rPr>
        <w:t>的值可能是：</w:t>
      </w:r>
      <w:r>
        <w:pict>
          <v:shape id="_x0000_i721578"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47" o:title="eqIdbdaa19de263700a15fcf213d64a8cd5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21579"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48" o:title="eqIdbdaa19de263700a15fcf213d64a8cd5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本题主要考查了有理数的加减运算的应用，解题的关键是理解题意，列出相应的算式．</w:t>
      </w:r>
    </w:p>
    <w:p>
      <w:pPr>
        <w:spacing w:line="360" w:lineRule="auto"/>
        <w:jc w:val="left"/>
        <w:textAlignment w:val="center"/>
        <w:rPr>
          <w:color w:val="000000"/>
        </w:rPr>
      </w:pPr>
      <w:r>
        <w:rPr>
          <w:rFonts w:ascii="宋体" w:hAnsi="宋体" w:eastAsia="宋体" w:cs="宋体"/>
          <w:b/>
          <w:color w:val="000000"/>
          <w:sz w:val="24"/>
        </w:rPr>
        <w:t>三、解答题（本题共</w:t>
      </w:r>
      <w:r>
        <w:rPr>
          <w:rFonts w:ascii="Times New Roman" w:hAnsi="Times New Roman" w:eastAsia="Times New Roman" w:cs="Times New Roman"/>
          <w:b/>
          <w:color w:val="000000"/>
          <w:sz w:val="24"/>
        </w:rPr>
        <w:t>52</w:t>
      </w:r>
      <w:r>
        <w:rPr>
          <w:rFonts w:ascii="宋体" w:hAnsi="宋体" w:eastAsia="宋体" w:cs="宋体"/>
          <w:b/>
          <w:color w:val="000000"/>
          <w:sz w:val="24"/>
        </w:rPr>
        <w:t>分，第</w:t>
      </w:r>
      <w:r>
        <w:rPr>
          <w:rFonts w:ascii="Times New Roman" w:hAnsi="Times New Roman" w:eastAsia="Times New Roman" w:cs="Times New Roman"/>
          <w:b/>
          <w:color w:val="000000"/>
          <w:sz w:val="24"/>
        </w:rPr>
        <w:t>17</w:t>
      </w:r>
      <w:r>
        <w:rPr>
          <w:rFonts w:ascii="宋体" w:hAnsi="宋体" w:eastAsia="宋体" w:cs="宋体"/>
          <w:b/>
          <w:color w:val="000000"/>
          <w:sz w:val="24"/>
        </w:rPr>
        <w:t>题</w:t>
      </w:r>
      <w:r>
        <w:rPr>
          <w:rFonts w:ascii="Times New Roman" w:hAnsi="Times New Roman" w:eastAsia="Times New Roman" w:cs="Times New Roman"/>
          <w:b/>
          <w:color w:val="000000"/>
          <w:sz w:val="24"/>
        </w:rPr>
        <w:t>18</w:t>
      </w:r>
      <w:r>
        <w:rPr>
          <w:rFonts w:ascii="宋体" w:hAnsi="宋体" w:eastAsia="宋体" w:cs="宋体"/>
          <w:b/>
          <w:color w:val="000000"/>
          <w:sz w:val="24"/>
        </w:rPr>
        <w:t>分，第</w:t>
      </w:r>
      <w:r>
        <w:rPr>
          <w:rFonts w:ascii="Times New Roman" w:hAnsi="Times New Roman" w:eastAsia="Times New Roman" w:cs="Times New Roman"/>
          <w:b/>
          <w:color w:val="000000"/>
          <w:sz w:val="24"/>
        </w:rPr>
        <w:t>18</w:t>
      </w:r>
      <w:r>
        <w:rPr>
          <w:rFonts w:ascii="宋体" w:hAnsi="宋体" w:eastAsia="宋体" w:cs="宋体"/>
          <w:b/>
          <w:color w:val="000000"/>
          <w:sz w:val="24"/>
        </w:rPr>
        <w:t>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19</w:t>
      </w:r>
      <w:r>
        <w:rPr>
          <w:rFonts w:ascii="宋体" w:hAnsi="宋体" w:eastAsia="宋体" w:cs="宋体"/>
          <w:b/>
          <w:color w:val="000000"/>
          <w:sz w:val="24"/>
        </w:rPr>
        <w:t>～</w:t>
      </w:r>
      <w:r>
        <w:rPr>
          <w:rFonts w:ascii="Times New Roman" w:hAnsi="Times New Roman" w:eastAsia="Times New Roman" w:cs="Times New Roman"/>
          <w:b/>
          <w:color w:val="000000"/>
          <w:sz w:val="24"/>
        </w:rPr>
        <w:t>21</w:t>
      </w:r>
      <w:r>
        <w:rPr>
          <w:rFonts w:ascii="宋体" w:hAnsi="宋体" w:eastAsia="宋体" w:cs="宋体"/>
          <w:b/>
          <w:color w:val="000000"/>
          <w:sz w:val="24"/>
        </w:rPr>
        <w:t>题，每题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22</w:t>
      </w:r>
      <w:r>
        <w:rPr>
          <w:rFonts w:ascii="宋体" w:hAnsi="宋体" w:eastAsia="宋体" w:cs="宋体"/>
          <w:b/>
          <w:color w:val="000000"/>
          <w:sz w:val="24"/>
        </w:rPr>
        <w:t>题</w:t>
      </w:r>
      <w:r>
        <w:rPr>
          <w:rFonts w:ascii="Times New Roman" w:hAnsi="Times New Roman" w:eastAsia="Times New Roman" w:cs="Times New Roman"/>
          <w:b/>
          <w:color w:val="000000"/>
          <w:sz w:val="24"/>
        </w:rPr>
        <w:t>8</w:t>
      </w:r>
      <w:r>
        <w:rPr>
          <w:rFonts w:ascii="宋体" w:hAnsi="宋体" w:eastAsia="宋体" w:cs="宋体"/>
          <w:b/>
          <w:color w:val="000000"/>
          <w:sz w:val="24"/>
        </w:rPr>
        <w:t>分）</w:t>
      </w:r>
    </w:p>
    <w:p>
      <w:pPr>
        <w:pStyle w:val="Heading2"/>
      </w:pPr>
      <w:r>
        <w:t>第二十中学（12月月考）</w:t>
      </w:r>
    </w:p>
    <w:p>
      <w:pPr>
        <w:spacing w:line="360" w:lineRule="auto"/>
        <w:jc w:val="left"/>
        <w:textAlignment w:val="center"/>
        <w:rPr>
          <w:color w:val="000000"/>
        </w:rPr>
      </w:pPr>
      <w:r>
        <w:rPr>
          <w:color w:val="000000"/>
        </w:rPr>
        <w:t xml:space="preserve">18. </w:t>
      </w:r>
      <w:r>
        <w:rPr>
          <w:rFonts w:ascii="宋体" w:hAnsi="宋体" w:eastAsia="宋体" w:cs="宋体"/>
          <w:color w:val="000000"/>
        </w:rPr>
        <w:t>如图，这是一个数据转换器的示意图，三个滚珠可以在槽内左右滚动．输入</w:t>
      </w:r>
      <w:r>
        <w:rPr>
          <w:rFonts w:ascii="Times New Roman" w:hAnsi="Times New Roman" w:eastAsia="Times New Roman" w:cs="Times New Roman"/>
          <w:i/>
          <w:color w:val="000000"/>
        </w:rPr>
        <w:t>x</w:t>
      </w:r>
      <w:r>
        <w:rPr>
          <w:rFonts w:ascii="宋体" w:hAnsi="宋体" w:eastAsia="宋体" w:cs="宋体"/>
          <w:color w:val="000000"/>
        </w:rPr>
        <w:t>的值，当滚珠发生撞击，就输出</w:t>
      </w:r>
      <w:r>
        <w:rPr>
          <w:rFonts w:ascii="宋体" w:hAnsi="宋体" w:eastAsia="宋体" w:cs="宋体"/>
          <w:color w:val="000000"/>
          <w:em w:val="dot"/>
        </w:rPr>
        <w:t>相撞滚珠</w:t>
      </w:r>
      <w:r>
        <w:rPr>
          <w:rFonts w:ascii="宋体" w:hAnsi="宋体" w:eastAsia="宋体" w:cs="宋体"/>
          <w:color w:val="000000"/>
        </w:rPr>
        <w:t>上代数式所表示数的</w:t>
      </w:r>
      <w:r>
        <w:rPr>
          <w:rFonts w:ascii="宋体" w:hAnsi="宋体" w:eastAsia="宋体" w:cs="宋体"/>
          <w:color w:val="000000"/>
          <w:em w:val="dot"/>
        </w:rPr>
        <w:t>和</w:t>
      </w:r>
      <w:r>
        <w:rPr>
          <w:rFonts w:ascii="Times New Roman" w:hAnsi="Times New Roman" w:eastAsia="Times New Roman" w:cs="Times New Roman"/>
          <w:i/>
          <w:color w:val="000000"/>
        </w:rPr>
        <w:t>y</w:t>
      </w:r>
      <w:r>
        <w:rPr>
          <w:rFonts w:ascii="宋体" w:hAnsi="宋体" w:eastAsia="宋体" w:cs="宋体"/>
          <w:color w:val="000000"/>
        </w:rPr>
        <w:t>．已知当三个滚珠同时相撞时，不论输入</w:t>
      </w:r>
      <w:r>
        <w:rPr>
          <w:rFonts w:ascii="Times New Roman" w:hAnsi="Times New Roman" w:eastAsia="Times New Roman" w:cs="Times New Roman"/>
          <w:i/>
          <w:color w:val="000000"/>
        </w:rPr>
        <w:t>x</w:t>
      </w:r>
      <w:r>
        <w:rPr>
          <w:rFonts w:ascii="宋体" w:hAnsi="宋体" w:eastAsia="宋体" w:cs="宋体"/>
          <w:color w:val="000000"/>
        </w:rPr>
        <w:t>的值为多大，输出</w:t>
      </w:r>
      <w:r>
        <w:rPr>
          <w:rFonts w:ascii="Times New Roman" w:hAnsi="Times New Roman" w:eastAsia="Times New Roman" w:cs="Times New Roman"/>
          <w:i/>
          <w:color w:val="000000"/>
        </w:rPr>
        <w:t>y</w:t>
      </w:r>
      <w:r>
        <w:rPr>
          <w:rFonts w:ascii="宋体" w:hAnsi="宋体" w:eastAsia="宋体" w:cs="宋体"/>
          <w:color w:val="000000"/>
        </w:rPr>
        <w:t>的值总不变．</w:t>
      </w:r>
    </w:p>
    <w:p>
      <w:pPr>
        <w:spacing w:line="360" w:lineRule="auto"/>
        <w:jc w:val="left"/>
        <w:textAlignment w:val="center"/>
        <w:rPr>
          <w:color w:val="000000"/>
        </w:rPr>
      </w:pPr>
      <w:r>
        <w:rPr>
          <w:color w:val="000000"/>
        </w:rPr>
        <w:drawing>
          <wp:inline distT="0" distB="0" distL="114300" distR="114300">
            <wp:extent cx="2819400" cy="447675"/>
            <wp:effectExtent l="0" t="0" r="0" b="0"/>
            <wp:docPr id="4159"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 name="图片 100021"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2819400" cy="44767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（1）</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color w:val="000000"/>
        </w:rPr>
        <w:t>_____________</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）若输入一个整数</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宋体" w:hAnsi="宋体" w:eastAsia="宋体" w:cs="宋体"/>
          <w:color w:val="000000"/>
          <w:em w:val="dot"/>
        </w:rPr>
        <w:t>某些</w:t>
      </w:r>
      <w:r>
        <w:rPr>
          <w:rFonts w:ascii="宋体" w:hAnsi="宋体" w:eastAsia="宋体" w:cs="宋体"/>
          <w:color w:val="000000"/>
        </w:rPr>
        <w:t>滚珠相撞，输出</w:t>
      </w:r>
      <w:r>
        <w:rPr>
          <w:rFonts w:ascii="Times New Roman" w:hAnsi="Times New Roman" w:eastAsia="Times New Roman" w:cs="Times New Roman"/>
          <w:i/>
          <w:color w:val="000000"/>
        </w:rPr>
        <w:t>y</w:t>
      </w:r>
      <w:r>
        <w:rPr>
          <w:rFonts w:ascii="宋体" w:hAnsi="宋体" w:eastAsia="宋体" w:cs="宋体"/>
          <w:color w:val="000000"/>
        </w:rPr>
        <w:t>值恰好为</w:t>
      </w:r>
      <w:r>
        <w:rPr>
          <w:rFonts w:ascii="Times New Roman" w:hAnsi="Times New Roman" w:eastAsia="Times New Roman" w:cs="Times New Roman"/>
          <w:color w:val="000000"/>
        </w:rPr>
        <w:t>-1</w:t>
      </w:r>
      <w:r>
        <w:rPr>
          <w:rFonts w:ascii="宋体" w:hAnsi="宋体" w:eastAsia="宋体" w:cs="宋体"/>
          <w:color w:val="000000"/>
        </w:rPr>
        <w:t>，则</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color w:val="000000"/>
        </w:rPr>
        <w:t>________</w:t>
      </w:r>
      <w:r>
        <w:rPr>
          <w:rFonts w:ascii="Times New Roman" w:hAnsi="Times New Roman" w:eastAsia="Times New Roman" w:cs="Times New Roman"/>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-2,</w:t>
      </w:r>
      <w:r>
        <w:rPr>
          <w:color w:val="000000"/>
        </w:rPr>
        <w:t xml:space="preserve">    ②. </w:t>
      </w:r>
      <w:r>
        <w:rPr>
          <w:rFonts w:ascii="宋体" w:hAnsi="宋体" w:eastAsia="宋体" w:cs="宋体"/>
          <w:color w:val="000000"/>
        </w:rPr>
        <w:t>2</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Times New Roman" w:hAnsi="Times New Roman" w:eastAsia="Times New Roman" w:cs="Times New Roman"/>
          <w:color w:val="000000"/>
        </w:rPr>
        <w:t>（1</w:t>
      </w:r>
      <w:r>
        <w:rPr>
          <w:rFonts w:ascii="宋体" w:hAnsi="宋体" w:eastAsia="宋体" w:cs="宋体"/>
          <w:color w:val="000000"/>
        </w:rPr>
        <w:t>）由当三个滚珠同时相撞时，不论输入</w:t>
      </w:r>
      <w:r>
        <w:rPr>
          <w:rFonts w:ascii="Times New Roman" w:hAnsi="Times New Roman" w:eastAsia="Times New Roman" w:cs="Times New Roman"/>
          <w:i/>
          <w:color w:val="000000"/>
        </w:rPr>
        <w:t>x</w:t>
      </w:r>
      <w:r>
        <w:rPr>
          <w:rFonts w:ascii="宋体" w:hAnsi="宋体" w:eastAsia="宋体" w:cs="宋体"/>
          <w:color w:val="000000"/>
        </w:rPr>
        <w:t>的值为多大，输出</w:t>
      </w:r>
      <w:r>
        <w:rPr>
          <w:rFonts w:ascii="Times New Roman" w:hAnsi="Times New Roman" w:eastAsia="Times New Roman" w:cs="Times New Roman"/>
          <w:i/>
          <w:color w:val="000000"/>
        </w:rPr>
        <w:t>y</w:t>
      </w:r>
      <w:r>
        <w:rPr>
          <w:rFonts w:ascii="宋体" w:hAnsi="宋体" w:eastAsia="宋体" w:cs="宋体"/>
          <w:color w:val="000000"/>
        </w:rPr>
        <w:t>的值总不变</w:t>
      </w:r>
      <w:r>
        <w:rPr>
          <w:rFonts w:ascii="Times New Roman" w:hAnsi="Times New Roman" w:eastAsia="Times New Roman" w:cs="Times New Roman"/>
          <w:color w:val="000000"/>
        </w:rPr>
        <w:t>，</w:t>
      </w:r>
      <w:r>
        <w:rPr>
          <w:rFonts w:ascii="宋体" w:hAnsi="宋体" w:eastAsia="宋体" w:cs="宋体"/>
          <w:color w:val="000000"/>
        </w:rPr>
        <w:t>可知三个代数式和的取值与</w:t>
      </w:r>
      <w:r>
        <w:rPr>
          <w:rFonts w:ascii="Times New Roman" w:hAnsi="Times New Roman" w:eastAsia="Times New Roman" w:cs="Times New Roman"/>
          <w:i/>
          <w:color w:val="000000"/>
        </w:rPr>
        <w:t>x</w:t>
      </w:r>
      <w:r>
        <w:rPr>
          <w:rFonts w:ascii="宋体" w:hAnsi="宋体" w:eastAsia="宋体" w:cs="宋体"/>
          <w:color w:val="000000"/>
        </w:rPr>
        <w:t>的取值无关，据此可求出</w:t>
      </w:r>
      <w:r>
        <w:rPr>
          <w:rFonts w:ascii="Times New Roman" w:hAnsi="Times New Roman" w:eastAsia="Times New Roman" w:cs="Times New Roman"/>
          <w:i/>
          <w:color w:val="000000"/>
        </w:rPr>
        <w:t>a</w:t>
      </w:r>
      <w:r>
        <w:rPr>
          <w:rFonts w:ascii="宋体" w:hAnsi="宋体" w:eastAsia="宋体" w:cs="宋体"/>
          <w:color w:val="000000"/>
        </w:rPr>
        <w:t>的值；</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）分</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与</w:t>
      </w:r>
      <w:r>
        <w:rPr>
          <w:rFonts w:ascii="Times New Roman" w:hAnsi="Times New Roman" w:eastAsia="Times New Roman" w:cs="Times New Roman"/>
          <w:color w:val="000000"/>
        </w:rPr>
        <w:t>3</w:t>
      </w:r>
      <w:r>
        <w:rPr>
          <w:rFonts w:ascii="宋体" w:hAnsi="宋体" w:eastAsia="宋体" w:cs="宋体"/>
          <w:color w:val="000000"/>
        </w:rPr>
        <w:t>相撞和</w:t>
      </w:r>
      <w:r>
        <w:rPr>
          <w:rFonts w:ascii="Times New Roman" w:hAnsi="Times New Roman" w:eastAsia="Times New Roman" w:cs="Times New Roman"/>
          <w:i/>
          <w:color w:val="000000"/>
        </w:rPr>
        <w:t>ax</w:t>
      </w:r>
      <w:r>
        <w:rPr>
          <w:rFonts w:ascii="宋体" w:hAnsi="宋体" w:eastAsia="宋体" w:cs="宋体"/>
          <w:color w:val="000000"/>
        </w:rPr>
        <w:t>与</w:t>
      </w:r>
      <w:r>
        <w:rPr>
          <w:rFonts w:ascii="Times New Roman" w:hAnsi="Times New Roman" w:eastAsia="Times New Roman" w:cs="Times New Roman"/>
          <w:color w:val="000000"/>
        </w:rPr>
        <w:t>3</w:t>
      </w:r>
      <w:r>
        <w:rPr>
          <w:rFonts w:ascii="宋体" w:hAnsi="宋体" w:eastAsia="宋体" w:cs="宋体"/>
          <w:color w:val="000000"/>
        </w:rPr>
        <w:t>相撞两种情况求解即可</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（1）</w:t>
      </w:r>
      <w:r>
        <w:rPr>
          <w:rFonts w:ascii="Times New Roman" w:hAnsi="Times New Roman" w:eastAsia="Times New Roman" w:cs="Times New Roman"/>
          <w:i/>
          <w:color w:val="000000"/>
        </w:rPr>
        <w:t>y</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-1+3+</w:t>
      </w:r>
      <w:r>
        <w:rPr>
          <w:rFonts w:ascii="Times New Roman" w:hAnsi="Times New Roman" w:eastAsia="Times New Roman" w:cs="Times New Roman"/>
          <w:i/>
          <w:color w:val="000000"/>
        </w:rPr>
        <w:t>ax</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p>
    <w:p>
      <w:pPr>
        <w:spacing w:line="360" w:lineRule="auto"/>
        <w:jc w:val="left"/>
        <w:textAlignment w:val="center"/>
        <w:rPr>
          <w:color w:val="000000"/>
        </w:rPr>
      </w:pPr>
      <w:r>
        <w:rPr>
          <w:rFonts w:ascii="宋体" w:hAnsi="宋体" w:eastAsia="宋体" w:cs="宋体"/>
          <w:color w:val="000000"/>
        </w:rPr>
        <w:t>∵不论输入</w:t>
      </w:r>
      <w:r>
        <w:rPr>
          <w:rFonts w:ascii="Times New Roman" w:hAnsi="Times New Roman" w:eastAsia="Times New Roman" w:cs="Times New Roman"/>
          <w:i/>
          <w:color w:val="000000"/>
        </w:rPr>
        <w:t>x</w:t>
      </w:r>
      <w:r>
        <w:rPr>
          <w:rFonts w:ascii="宋体" w:hAnsi="宋体" w:eastAsia="宋体" w:cs="宋体"/>
          <w:color w:val="000000"/>
        </w:rPr>
        <w:t>的值为多大，输出</w:t>
      </w:r>
      <w:r>
        <w:rPr>
          <w:rFonts w:ascii="Times New Roman" w:hAnsi="Times New Roman" w:eastAsia="Times New Roman" w:cs="Times New Roman"/>
          <w:i/>
          <w:color w:val="000000"/>
        </w:rPr>
        <w:t>y</w:t>
      </w:r>
      <w:r>
        <w:rPr>
          <w:rFonts w:ascii="宋体" w:hAnsi="宋体" w:eastAsia="宋体" w:cs="宋体"/>
          <w:color w:val="000000"/>
        </w:rPr>
        <w:t>的值总不变，</w:t>
      </w:r>
    </w:p>
    <w:p>
      <w:pPr>
        <w:spacing w:line="360" w:lineRule="auto"/>
        <w:jc w:val="left"/>
        <w:textAlignment w:val="center"/>
        <w:rPr>
          <w:color w:val="000000"/>
        </w:rPr>
      </w:pP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rPr>
        <w:t>=0,</w:t>
      </w:r>
    </w:p>
    <w:p>
      <w:pPr>
        <w:spacing w:line="360" w:lineRule="auto"/>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由题意知，不可能三个球同时相撞，也不可能</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与</w:t>
      </w:r>
      <w:r>
        <w:rPr>
          <w:rFonts w:ascii="Times New Roman" w:hAnsi="Times New Roman" w:eastAsia="Times New Roman" w:cs="Times New Roman"/>
          <w:i/>
          <w:color w:val="000000"/>
        </w:rPr>
        <w:t>ax</w:t>
      </w:r>
      <w:r>
        <w:rPr>
          <w:rFonts w:ascii="宋体" w:hAnsi="宋体" w:eastAsia="宋体" w:cs="宋体"/>
          <w:color w:val="000000"/>
        </w:rPr>
        <w:t>相撞</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与</w:t>
      </w:r>
      <w:r>
        <w:rPr>
          <w:rFonts w:ascii="Times New Roman" w:hAnsi="Times New Roman" w:eastAsia="Times New Roman" w:cs="Times New Roman"/>
          <w:color w:val="000000"/>
        </w:rPr>
        <w:t>3</w:t>
      </w:r>
      <w:r>
        <w:rPr>
          <w:rFonts w:ascii="宋体" w:hAnsi="宋体" w:eastAsia="宋体" w:cs="宋体"/>
          <w:color w:val="000000"/>
        </w:rPr>
        <w:t>相撞时，</w:t>
      </w:r>
    </w:p>
    <w:p>
      <w:pPr>
        <w:spacing w:line="360" w:lineRule="auto"/>
        <w:jc w:val="left"/>
        <w:textAlignment w:val="center"/>
        <w:rPr>
          <w:color w:val="000000"/>
        </w:rPr>
      </w:pPr>
      <w:r>
        <w:rPr>
          <w:rFonts w:ascii="宋体" w:hAnsi="宋体" w:eastAsia="宋体" w:cs="宋体"/>
          <w:color w:val="000000"/>
        </w:rPr>
        <w:t>由题意得，</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-1+3=-1,</w:t>
      </w:r>
    </w:p>
    <w:p>
      <w:pPr>
        <w:spacing w:line="360" w:lineRule="auto"/>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pict>
          <v:shape id="_x0000_i721580"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50" o:title="eqId103070abee09399f1e9510a75c3ba9e8"/>
            <o:lock v:ext="edit" aspectratio="t"/>
            <w10:wrap type="none"/>
            <w10:anchorlock/>
          </v:shape>
        </w:pict>
      </w:r>
      <w:r>
        <w:rPr>
          <w:rFonts w:ascii="Times New Roman" w:hAnsi="Times New Roman" w:eastAsia="Times New Roman" w:cs="Times New Roman"/>
          <w:color w:val="000000"/>
        </w:rPr>
        <w:t>,</w:t>
      </w:r>
      <w:r>
        <w:rPr>
          <w:rFonts w:ascii="宋体" w:hAnsi="宋体" w:eastAsia="宋体" w:cs="宋体"/>
          <w:color w:val="000000"/>
        </w:rPr>
        <w:t>不合题意，舍去；</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ax</w:t>
      </w:r>
      <w:r>
        <w:rPr>
          <w:rFonts w:ascii="宋体" w:hAnsi="宋体" w:eastAsia="宋体" w:cs="宋体"/>
          <w:color w:val="000000"/>
        </w:rPr>
        <w:t>与</w:t>
      </w:r>
      <w:r>
        <w:rPr>
          <w:rFonts w:ascii="Times New Roman" w:hAnsi="Times New Roman" w:eastAsia="Times New Roman" w:cs="Times New Roman"/>
          <w:color w:val="000000"/>
        </w:rPr>
        <w:t>3</w:t>
      </w:r>
      <w:r>
        <w:rPr>
          <w:rFonts w:ascii="宋体" w:hAnsi="宋体" w:eastAsia="宋体" w:cs="宋体"/>
          <w:color w:val="000000"/>
        </w:rPr>
        <w:t>相撞时，</w:t>
      </w:r>
    </w:p>
    <w:p>
      <w:pPr>
        <w:spacing w:line="360" w:lineRule="auto"/>
        <w:jc w:val="left"/>
        <w:textAlignment w:val="center"/>
        <w:rPr>
          <w:color w:val="000000"/>
        </w:rPr>
      </w:pPr>
      <w:r>
        <w:rPr>
          <w:rFonts w:ascii="宋体" w:hAnsi="宋体" w:eastAsia="宋体" w:cs="宋体"/>
          <w:color w:val="000000"/>
        </w:rPr>
        <w:t>由题意得，</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+3=-1,</w:t>
      </w:r>
    </w:p>
    <w:p>
      <w:pPr>
        <w:spacing w:line="360" w:lineRule="auto"/>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-2；2.</w:t>
      </w:r>
    </w:p>
    <w:p>
      <w:pPr>
        <w:spacing w:line="360" w:lineRule="auto"/>
        <w:jc w:val="left"/>
        <w:textAlignment w:val="center"/>
        <w:rPr>
          <w:color w:val="000000"/>
        </w:rPr>
      </w:pPr>
      <w:r>
        <w:rPr>
          <w:color w:val="000000"/>
        </w:rPr>
        <w:t>【点睛】</w:t>
      </w:r>
      <w:r>
        <w:rPr>
          <w:rFonts w:ascii="宋体" w:hAnsi="宋体" w:eastAsia="宋体" w:cs="宋体"/>
          <w:color w:val="000000"/>
        </w:rPr>
        <w:t>本题考查了本题考查了整式的加减</w:t>
      </w:r>
      <w:r>
        <w:rPr>
          <w:rFonts w:ascii="Times New Roman" w:hAnsi="Times New Roman" w:eastAsia="Times New Roman" w:cs="Times New Roman"/>
          <w:color w:val="000000"/>
        </w:rPr>
        <w:t>---</w:t>
      </w:r>
      <w:r>
        <w:rPr>
          <w:rFonts w:ascii="宋体" w:hAnsi="宋体" w:eastAsia="宋体" w:cs="宋体"/>
          <w:color w:val="000000"/>
        </w:rPr>
        <w:t>无关型问题，解答本题的关键是理解题目中与字母</w:t>
      </w:r>
      <w:r>
        <w:rPr>
          <w:rFonts w:ascii="Times New Roman" w:hAnsi="Times New Roman" w:eastAsia="Times New Roman" w:cs="Times New Roman"/>
          <w:i/>
          <w:color w:val="000000"/>
        </w:rPr>
        <w:t>x</w:t>
      </w:r>
      <w:r>
        <w:rPr>
          <w:rFonts w:ascii="宋体" w:hAnsi="宋体" w:eastAsia="宋体" w:cs="宋体"/>
          <w:color w:val="000000"/>
        </w:rPr>
        <w:t>的取值无关的意思，与哪一项无关，就是合并同类项后令其系数等于</w:t>
      </w:r>
      <w:r>
        <w:rPr>
          <w:rFonts w:ascii="Times New Roman" w:hAnsi="Times New Roman" w:eastAsia="Times New Roman" w:cs="Times New Roman"/>
          <w:color w:val="000000"/>
        </w:rPr>
        <w:t>0．</w:t>
      </w:r>
    </w:p>
    <w:p>
      <w:pPr>
        <w:spacing w:line="360" w:lineRule="auto"/>
        <w:jc w:val="left"/>
        <w:textAlignment w:val="center"/>
        <w:rPr>
          <w:color w:val="000000"/>
        </w:rPr>
      </w:pPr>
      <w:r>
        <w:rPr>
          <w:rFonts w:ascii="宋体" w:hAnsi="宋体" w:eastAsia="宋体" w:cs="宋体"/>
          <w:b/>
          <w:color w:val="000000"/>
          <w:sz w:val="24"/>
        </w:rPr>
        <w:t>三、解答题（本大题</w:t>
      </w:r>
      <w:r>
        <w:rPr>
          <w:rFonts w:ascii="Times New Roman" w:hAnsi="Times New Roman" w:eastAsia="Times New Roman" w:cs="Times New Roman"/>
          <w:b/>
          <w:color w:val="000000"/>
          <w:sz w:val="24"/>
        </w:rPr>
        <w:t>4</w:t>
      </w:r>
      <w:r>
        <w:rPr>
          <w:rFonts w:ascii="宋体" w:hAnsi="宋体" w:eastAsia="宋体" w:cs="宋体"/>
          <w:b/>
          <w:color w:val="000000"/>
          <w:sz w:val="24"/>
        </w:rPr>
        <w:t>个小题，第</w:t>
      </w:r>
      <w:r>
        <w:rPr>
          <w:rFonts w:ascii="Times New Roman" w:hAnsi="Times New Roman" w:eastAsia="Times New Roman" w:cs="Times New Roman"/>
          <w:b/>
          <w:color w:val="000000"/>
          <w:sz w:val="24"/>
        </w:rPr>
        <w:t>19</w:t>
      </w:r>
      <w:r>
        <w:rPr>
          <w:rFonts w:ascii="宋体" w:hAnsi="宋体" w:eastAsia="宋体" w:cs="宋体"/>
          <w:b/>
          <w:color w:val="000000"/>
          <w:sz w:val="24"/>
        </w:rPr>
        <w:t>、</w:t>
      </w:r>
      <w:r>
        <w:rPr>
          <w:rFonts w:ascii="Times New Roman" w:hAnsi="Times New Roman" w:eastAsia="Times New Roman" w:cs="Times New Roman"/>
          <w:b/>
          <w:color w:val="000000"/>
          <w:sz w:val="24"/>
        </w:rPr>
        <w:t>21</w:t>
      </w:r>
      <w:r>
        <w:rPr>
          <w:rFonts w:ascii="宋体" w:hAnsi="宋体" w:eastAsia="宋体" w:cs="宋体"/>
          <w:b/>
          <w:color w:val="000000"/>
          <w:sz w:val="24"/>
        </w:rPr>
        <w:t>每个题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20</w:t>
      </w:r>
      <w:r>
        <w:rPr>
          <w:rFonts w:ascii="宋体" w:hAnsi="宋体" w:eastAsia="宋体" w:cs="宋体"/>
          <w:b/>
          <w:color w:val="000000"/>
          <w:sz w:val="24"/>
        </w:rPr>
        <w:t>题</w:t>
      </w:r>
      <w:r>
        <w:rPr>
          <w:rFonts w:ascii="Times New Roman" w:hAnsi="Times New Roman" w:eastAsia="Times New Roman" w:cs="Times New Roman"/>
          <w:b/>
          <w:color w:val="000000"/>
          <w:sz w:val="24"/>
        </w:rPr>
        <w:t>4</w:t>
      </w:r>
      <w:r>
        <w:rPr>
          <w:rFonts w:ascii="宋体" w:hAnsi="宋体" w:eastAsia="宋体" w:cs="宋体"/>
          <w:b/>
          <w:color w:val="000000"/>
          <w:sz w:val="24"/>
        </w:rPr>
        <w:t>分、</w:t>
      </w:r>
      <w:r>
        <w:rPr>
          <w:rFonts w:ascii="Times New Roman" w:hAnsi="Times New Roman" w:eastAsia="Times New Roman" w:cs="Times New Roman"/>
          <w:b/>
          <w:color w:val="000000"/>
          <w:sz w:val="24"/>
        </w:rPr>
        <w:t>22</w:t>
      </w:r>
      <w:r>
        <w:rPr>
          <w:rFonts w:ascii="宋体" w:hAnsi="宋体" w:eastAsia="宋体" w:cs="宋体"/>
          <w:b/>
          <w:color w:val="000000"/>
          <w:sz w:val="24"/>
        </w:rPr>
        <w:t>题</w:t>
      </w:r>
      <w:r>
        <w:rPr>
          <w:rFonts w:ascii="Times New Roman" w:hAnsi="Times New Roman" w:eastAsia="Times New Roman" w:cs="Times New Roman"/>
          <w:b/>
          <w:color w:val="000000"/>
          <w:sz w:val="24"/>
        </w:rPr>
        <w:t>5</w:t>
      </w:r>
      <w:r>
        <w:rPr>
          <w:rFonts w:ascii="宋体" w:hAnsi="宋体" w:eastAsia="宋体" w:cs="宋体"/>
          <w:b/>
          <w:color w:val="000000"/>
          <w:sz w:val="24"/>
        </w:rPr>
        <w:t>分，共</w:t>
      </w:r>
      <w:r>
        <w:rPr>
          <w:rFonts w:ascii="Times New Roman" w:hAnsi="Times New Roman" w:eastAsia="Times New Roman" w:cs="Times New Roman"/>
          <w:b/>
          <w:color w:val="000000"/>
          <w:sz w:val="24"/>
        </w:rPr>
        <w:t>25</w:t>
      </w:r>
      <w:r>
        <w:rPr>
          <w:rFonts w:ascii="宋体" w:hAnsi="宋体" w:eastAsia="宋体" w:cs="宋体"/>
          <w:b/>
          <w:color w:val="000000"/>
          <w:sz w:val="24"/>
        </w:rPr>
        <w:t>分）</w:t>
      </w:r>
    </w:p>
    <w:p>
      <w:pPr>
        <w:pStyle w:val="Heading2"/>
      </w:pPr>
      <w:r>
        <w:t>西城区三帆中学</w:t>
      </w:r>
    </w:p>
    <w:p>
      <w:pPr>
        <w:spacing w:line="360" w:lineRule="auto"/>
        <w:jc w:val="left"/>
        <w:textAlignment w:val="center"/>
        <w:rPr>
          <w:color w:val="000000"/>
        </w:rPr>
      </w:pPr>
      <w:r>
        <w:rPr>
          <w:color w:val="000000"/>
        </w:rPr>
        <w:t xml:space="preserve">18. </w:t>
      </w:r>
      <w:r>
        <w:rPr>
          <w:rFonts w:ascii="宋体" w:hAnsi="宋体" w:eastAsia="宋体" w:cs="宋体"/>
          <w:color w:val="000000"/>
        </w:rPr>
        <w:t>新年联欢，老师为同学们准备了</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两种礼物，</w:t>
      </w:r>
      <w:r>
        <w:rPr>
          <w:rFonts w:ascii="Times New Roman" w:hAnsi="Times New Roman" w:eastAsia="Times New Roman" w:cs="Times New Roman"/>
          <w:i/>
          <w:color w:val="000000"/>
        </w:rPr>
        <w:t>A</w:t>
      </w:r>
      <w:r>
        <w:rPr>
          <w:rFonts w:ascii="宋体" w:hAnsi="宋体" w:eastAsia="宋体" w:cs="宋体"/>
          <w:color w:val="000000"/>
        </w:rPr>
        <w:t>礼物单价</w:t>
      </w:r>
      <w:r>
        <w:rPr>
          <w:rFonts w:ascii="Times New Roman" w:hAnsi="Times New Roman" w:eastAsia="Times New Roman" w:cs="Times New Roman"/>
          <w:i/>
          <w:color w:val="000000"/>
        </w:rPr>
        <w:t>a</w:t>
      </w:r>
      <w:r>
        <w:rPr>
          <w:rFonts w:ascii="宋体" w:hAnsi="宋体" w:eastAsia="宋体" w:cs="宋体"/>
          <w:color w:val="000000"/>
        </w:rPr>
        <w:t>元，重</w:t>
      </w:r>
      <w:r>
        <w:rPr>
          <w:rFonts w:ascii="Times New Roman" w:hAnsi="Times New Roman" w:eastAsia="Times New Roman" w:cs="Times New Roman"/>
          <w:i/>
          <w:color w:val="000000"/>
        </w:rPr>
        <w:t>m</w:t>
      </w:r>
      <w:r>
        <w:rPr>
          <w:rFonts w:ascii="宋体" w:hAnsi="宋体" w:eastAsia="宋体" w:cs="宋体"/>
          <w:color w:val="000000"/>
        </w:rPr>
        <w:t>千克，</w:t>
      </w:r>
      <w:r>
        <w:rPr>
          <w:rFonts w:ascii="Times New Roman" w:hAnsi="Times New Roman" w:eastAsia="Times New Roman" w:cs="Times New Roman"/>
          <w:i/>
          <w:color w:val="000000"/>
        </w:rPr>
        <w:t>B</w:t>
      </w:r>
      <w:r>
        <w:rPr>
          <w:rFonts w:ascii="宋体" w:hAnsi="宋体" w:eastAsia="宋体" w:cs="宋体"/>
          <w:color w:val="000000"/>
        </w:rPr>
        <w:t>礼物单价</w:t>
      </w:r>
      <w:r>
        <w:pict>
          <v:shape id="_x0000_i721581" o:spt="75" alt="学科网(www.zxxk.com)--教育资源门户，提供试卷、教案、课件、论文、素材以及各类教学资源下载，还有大量而丰富的教学相关资讯！" type="#_x0000_t75" style="height:20.25pt;width:33.75pt;" o:ole="t" filled="f" o:preferrelative="t" stroked="f" coordsize="21600,21600">
            <v:path/>
            <v:fill on="f" focussize="0,0"/>
            <v:stroke on="f" joinstyle="miter"/>
            <v:imagedata r:id="rId51" o:title="eqIdf8a5da05151fc52347a3f3cc676b0a46"/>
            <o:lock v:ext="edit" aspectratio="t"/>
            <w10:wrap type="none"/>
            <w10:anchorlock/>
          </v:shape>
        </w:pict>
      </w:r>
      <w:r>
        <w:rPr>
          <w:rFonts w:ascii="宋体" w:hAnsi="宋体" w:eastAsia="宋体" w:cs="宋体"/>
          <w:color w:val="000000"/>
        </w:rPr>
        <w:t>元，重</w:t>
      </w:r>
      <w:r>
        <w:pict>
          <v:shape id="_x0000_i721582"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52" o:title="eqId740258428293fd57420fd7b35a8e7670"/>
            <o:lock v:ext="edit" aspectratio="t"/>
            <w10:wrap type="none"/>
            <w10:anchorlock/>
          </v:shape>
        </w:pict>
      </w:r>
      <w:r>
        <w:rPr>
          <w:rFonts w:ascii="宋体" w:hAnsi="宋体" w:eastAsia="宋体" w:cs="宋体"/>
          <w:color w:val="000000"/>
        </w:rPr>
        <w:t>千克，为了增加趣味性，老师把礼物随机组合装在盲盒里，每个盲盒里均放两个，装好后，称重盲盒，发现：</w:t>
      </w:r>
    </w:p>
    <w:tbl>
      <w:tblPr>
        <w:tblStyle w:val="4"/>
        <w:tblW w:w="6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45"/>
        <w:gridCol w:w="1642"/>
        <w:gridCol w:w="2436"/>
        <w:gridCol w:w="1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称重情况</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重量最大的盲盒</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重量介于最大和最轻之间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重量最轻的盲盒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盲盒个数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12</w:t>
            </w:r>
            <w:r>
              <w:rPr>
                <w:rFonts w:ascii="宋体" w:hAnsi="宋体" w:eastAsia="宋体" w:cs="宋体"/>
                <w:color w:val="000000"/>
              </w:rPr>
              <w:t>个</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r>
              <w:rPr>
                <w:rFonts w:ascii="宋体" w:hAnsi="宋体" w:eastAsia="宋体" w:cs="宋体"/>
                <w:color w:val="000000"/>
              </w:rPr>
              <w:t>个</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8</w:t>
            </w:r>
            <w:r>
              <w:rPr>
                <w:rFonts w:ascii="宋体" w:hAnsi="宋体" w:eastAsia="宋体" w:cs="宋体"/>
                <w:color w:val="000000"/>
              </w:rPr>
              <w:t>个</w:t>
            </w:r>
          </w:p>
        </w:tc>
      </w:tr>
    </w:tbl>
    <w:p>
      <w:pPr>
        <w:spacing w:line="360" w:lineRule="auto"/>
        <w:jc w:val="left"/>
        <w:textAlignment w:val="center"/>
        <w:rPr>
          <w:color w:val="000000"/>
        </w:rPr>
      </w:pPr>
      <w:r>
        <w:rPr>
          <w:rFonts w:ascii="宋体" w:hAnsi="宋体" w:eastAsia="宋体" w:cs="宋体"/>
          <w:color w:val="000000"/>
        </w:rPr>
        <w:t>若这些礼物共花费</w:t>
      </w:r>
      <w:r>
        <w:rPr>
          <w:rFonts w:ascii="Times New Roman" w:hAnsi="Times New Roman" w:eastAsia="Times New Roman" w:cs="Times New Roman"/>
          <w:color w:val="000000"/>
        </w:rPr>
        <w:t>836</w:t>
      </w:r>
      <w:r>
        <w:rPr>
          <w:rFonts w:ascii="宋体" w:hAnsi="宋体" w:eastAsia="宋体" w:cs="宋体"/>
          <w:color w:val="000000"/>
        </w:rPr>
        <w:t>元，则</w:t>
      </w:r>
      <w:r>
        <w:pict>
          <v:shape id="_x0000_i721583" o:spt="75" alt="学科网(www.zxxk.com)--教育资源门户，提供试卷、教案、课件、论文、素材以及各类教学资源下载，还有大量而丰富的教学相关资讯！" type="#_x0000_t75" style="height:11.4pt;width:20.4pt;" o:ole="t" filled="f" o:preferrelative="t" stroked="f" coordsize="21600,21600">
            <v:path/>
            <v:fill on="f" focussize="0,0"/>
            <v:stroke on="f" joinstyle="miter"/>
            <v:imagedata r:id="rId53" o:title="eqId380bbacf854e30e2e747fc286d2b9997"/>
            <o:lock v:ext="edit" aspectratio="t"/>
            <w10:wrap type="none"/>
            <w10:anchorlock/>
          </v:shape>
        </w:pict>
      </w:r>
      <w:r>
        <w:rPr>
          <w:color w:val="000000"/>
        </w:rPr>
        <w:t>____</w:t>
      </w:r>
      <w:r>
        <w:rPr>
          <w:rFonts w:ascii="宋体" w:hAnsi="宋体" w:eastAsia="宋体" w:cs="宋体"/>
          <w:color w:val="000000"/>
        </w:rPr>
        <w:t>元．</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10</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w:t>
      </w:r>
      <w:r>
        <w:rPr>
          <w:rFonts w:ascii="Times New Roman" w:hAnsi="Times New Roman" w:eastAsia="Times New Roman" w:cs="Times New Roman"/>
          <w:i/>
          <w:color w:val="000000"/>
        </w:rPr>
        <w:t>A</w:t>
      </w:r>
      <w:r>
        <w:rPr>
          <w:rFonts w:ascii="宋体" w:hAnsi="宋体" w:eastAsia="宋体" w:cs="宋体"/>
          <w:color w:val="000000"/>
        </w:rPr>
        <w:t>礼物重</w:t>
      </w:r>
      <w:r>
        <w:rPr>
          <w:rFonts w:ascii="Times New Roman" w:hAnsi="Times New Roman" w:eastAsia="Times New Roman" w:cs="Times New Roman"/>
          <w:i/>
          <w:color w:val="000000"/>
        </w:rPr>
        <w:t>m</w:t>
      </w:r>
      <w:r>
        <w:rPr>
          <w:rFonts w:ascii="宋体" w:hAnsi="宋体" w:eastAsia="宋体" w:cs="宋体"/>
          <w:color w:val="000000"/>
        </w:rPr>
        <w:t>千克，</w:t>
      </w:r>
      <w:r>
        <w:rPr>
          <w:rFonts w:ascii="Times New Roman" w:hAnsi="Times New Roman" w:eastAsia="Times New Roman" w:cs="Times New Roman"/>
          <w:i/>
          <w:color w:val="000000"/>
        </w:rPr>
        <w:t>B</w:t>
      </w:r>
      <w:r>
        <w:rPr>
          <w:rFonts w:ascii="宋体" w:hAnsi="宋体" w:eastAsia="宋体" w:cs="宋体"/>
          <w:color w:val="000000"/>
        </w:rPr>
        <w:t>礼物重</w:t>
      </w:r>
      <w:r>
        <w:pict>
          <v:shape id="_x0000_i721584" o:spt="75" alt="学科网(www.zxxk.com)--教育资源门户，提供试卷、教案、课件、论文、素材以及各类教学资源下载，还有大量而丰富的教学相关资讯！" type="#_x0000_t75" style="height:19.5pt;width:35.25pt;" o:ole="t" filled="f" o:preferrelative="t" stroked="f" coordsize="21600,21600">
            <v:path/>
            <v:fill on="f" focussize="0,0"/>
            <v:stroke on="f" joinstyle="miter"/>
            <v:imagedata r:id="rId54" o:title="eqId0c8ff23f77ff1f394a5200845770d0b6"/>
            <o:lock v:ext="edit" aspectratio="t"/>
            <w10:wrap type="none"/>
            <w10:anchorlock/>
          </v:shape>
        </w:pict>
      </w:r>
      <w:r>
        <w:rPr>
          <w:rFonts w:ascii="宋体" w:hAnsi="宋体" w:eastAsia="宋体" w:cs="宋体"/>
          <w:color w:val="000000"/>
        </w:rPr>
        <w:t>千克，可知</w:t>
      </w:r>
      <w:r>
        <w:rPr>
          <w:rFonts w:ascii="Times New Roman" w:hAnsi="Times New Roman" w:eastAsia="Times New Roman" w:cs="Times New Roman"/>
          <w:i/>
          <w:color w:val="000000"/>
        </w:rPr>
        <w:t>A</w:t>
      </w:r>
      <w:r>
        <w:rPr>
          <w:rFonts w:ascii="宋体" w:hAnsi="宋体" w:eastAsia="宋体" w:cs="宋体"/>
          <w:color w:val="000000"/>
        </w:rPr>
        <w:t>礼物比</w:t>
      </w:r>
      <w:r>
        <w:rPr>
          <w:rFonts w:ascii="Times New Roman" w:hAnsi="Times New Roman" w:eastAsia="Times New Roman" w:cs="Times New Roman"/>
          <w:i/>
          <w:color w:val="000000"/>
        </w:rPr>
        <w:t>B</w:t>
      </w:r>
      <w:r>
        <w:rPr>
          <w:rFonts w:ascii="宋体" w:hAnsi="宋体" w:eastAsia="宋体" w:cs="宋体"/>
          <w:color w:val="000000"/>
        </w:rPr>
        <w:t>礼物</w:t>
      </w:r>
      <w:r>
        <w:rPr>
          <w:rFonts w:ascii="Times New Roman" w:hAnsi="Times New Roman" w:eastAsia="Times New Roman" w:cs="Times New Roman"/>
          <w:color w:val="000000"/>
        </w:rPr>
        <w:t>1</w:t>
      </w:r>
      <w:r>
        <w:rPr>
          <w:rFonts w:ascii="宋体" w:hAnsi="宋体" w:eastAsia="宋体" w:cs="宋体"/>
          <w:color w:val="000000"/>
        </w:rPr>
        <w:t>千克，又因为每个盲盒里均放两个，所以重量最大的盲盒是两个</w:t>
      </w:r>
      <w:r>
        <w:rPr>
          <w:rFonts w:ascii="Times New Roman" w:hAnsi="Times New Roman" w:eastAsia="Times New Roman" w:cs="Times New Roman"/>
          <w:i/>
          <w:color w:val="000000"/>
        </w:rPr>
        <w:t>A</w:t>
      </w:r>
      <w:r>
        <w:rPr>
          <w:rFonts w:ascii="宋体" w:hAnsi="宋体" w:eastAsia="宋体" w:cs="宋体"/>
          <w:color w:val="000000"/>
        </w:rPr>
        <w:t>礼物，重量最轻的盲盒是两个</w:t>
      </w:r>
      <w:r>
        <w:rPr>
          <w:rFonts w:ascii="Times New Roman" w:hAnsi="Times New Roman" w:eastAsia="Times New Roman" w:cs="Times New Roman"/>
          <w:i/>
          <w:color w:val="000000"/>
        </w:rPr>
        <w:t>B</w:t>
      </w:r>
      <w:r>
        <w:rPr>
          <w:rFonts w:ascii="宋体" w:hAnsi="宋体" w:eastAsia="宋体" w:cs="宋体"/>
          <w:color w:val="000000"/>
        </w:rPr>
        <w:t>礼物，重量介于最大和最轻之间的是</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i/>
          <w:color w:val="000000"/>
        </w:rPr>
        <w:t>A</w:t>
      </w:r>
      <w:r>
        <w:rPr>
          <w:rFonts w:ascii="宋体" w:hAnsi="宋体" w:eastAsia="宋体" w:cs="宋体"/>
          <w:color w:val="000000"/>
        </w:rPr>
        <w:t>礼物和</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i/>
          <w:color w:val="000000"/>
        </w:rPr>
        <w:t>B</w:t>
      </w:r>
      <w:r>
        <w:rPr>
          <w:rFonts w:ascii="宋体" w:hAnsi="宋体" w:eastAsia="宋体" w:cs="宋体"/>
          <w:color w:val="000000"/>
        </w:rPr>
        <w:t>礼物，再根据重量最大的盲盒</w:t>
      </w:r>
      <w:r>
        <w:rPr>
          <w:rFonts w:ascii="Times New Roman" w:hAnsi="Times New Roman" w:eastAsia="Times New Roman" w:cs="Times New Roman"/>
          <w:color w:val="000000"/>
        </w:rPr>
        <w:t>12</w:t>
      </w:r>
      <w:r>
        <w:rPr>
          <w:rFonts w:ascii="宋体" w:hAnsi="宋体" w:eastAsia="宋体" w:cs="宋体"/>
          <w:color w:val="000000"/>
        </w:rPr>
        <w:t>个，重量介于最大和最轻之间的盲盒</w:t>
      </w:r>
      <w:r>
        <w:rPr>
          <w:rFonts w:ascii="Times New Roman" w:hAnsi="Times New Roman" w:eastAsia="Times New Roman" w:cs="Times New Roman"/>
          <w:color w:val="000000"/>
        </w:rPr>
        <w:t>20</w:t>
      </w:r>
      <w:r>
        <w:rPr>
          <w:rFonts w:ascii="宋体" w:hAnsi="宋体" w:eastAsia="宋体" w:cs="宋体"/>
          <w:color w:val="000000"/>
        </w:rPr>
        <w:t>个，重量最轻的盲盒</w:t>
      </w:r>
      <w:r>
        <w:rPr>
          <w:rFonts w:ascii="Times New Roman" w:hAnsi="Times New Roman" w:eastAsia="Times New Roman" w:cs="Times New Roman"/>
          <w:color w:val="000000"/>
        </w:rPr>
        <w:t>8</w:t>
      </w:r>
      <w:r>
        <w:rPr>
          <w:rFonts w:ascii="宋体" w:hAnsi="宋体" w:eastAsia="宋体" w:cs="宋体"/>
          <w:color w:val="000000"/>
        </w:rPr>
        <w:t>个，由这些礼物共花费</w:t>
      </w:r>
      <w:r>
        <w:rPr>
          <w:rFonts w:ascii="Times New Roman" w:hAnsi="Times New Roman" w:eastAsia="Times New Roman" w:cs="Times New Roman"/>
          <w:color w:val="000000"/>
        </w:rPr>
        <w:t>836</w:t>
      </w:r>
      <w:r>
        <w:rPr>
          <w:rFonts w:ascii="宋体" w:hAnsi="宋体" w:eastAsia="宋体" w:cs="宋体"/>
          <w:color w:val="000000"/>
        </w:rPr>
        <w:t>元，可列方程求解．</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i/>
          <w:color w:val="000000"/>
        </w:rPr>
        <w:t>A</w:t>
      </w:r>
      <w:r>
        <w:rPr>
          <w:rFonts w:ascii="宋体" w:hAnsi="宋体" w:eastAsia="宋体" w:cs="宋体"/>
          <w:color w:val="000000"/>
        </w:rPr>
        <w:t>礼物重</w:t>
      </w:r>
      <w:r>
        <w:rPr>
          <w:rFonts w:ascii="Times New Roman" w:hAnsi="Times New Roman" w:eastAsia="Times New Roman" w:cs="Times New Roman"/>
          <w:i/>
          <w:color w:val="000000"/>
        </w:rPr>
        <w:t>m</w:t>
      </w:r>
      <w:r>
        <w:rPr>
          <w:rFonts w:ascii="宋体" w:hAnsi="宋体" w:eastAsia="宋体" w:cs="宋体"/>
          <w:color w:val="000000"/>
        </w:rPr>
        <w:t>千克，</w:t>
      </w:r>
      <w:r>
        <w:rPr>
          <w:rFonts w:ascii="Times New Roman" w:hAnsi="Times New Roman" w:eastAsia="Times New Roman" w:cs="Times New Roman"/>
          <w:i/>
          <w:color w:val="000000"/>
        </w:rPr>
        <w:t>B</w:t>
      </w:r>
      <w:r>
        <w:rPr>
          <w:rFonts w:ascii="宋体" w:hAnsi="宋体" w:eastAsia="宋体" w:cs="宋体"/>
          <w:color w:val="000000"/>
        </w:rPr>
        <w:t>礼物重</w:t>
      </w:r>
      <w:r>
        <w:pict>
          <v:shape id="_x0000_i721585" o:spt="75" alt="学科网(www.zxxk.com)--教育资源门户，提供试卷、教案、课件、论文、素材以及各类教学资源下载，还有大量而丰富的教学相关资讯！" type="#_x0000_t75" style="height:19.5pt;width:35.25pt;" o:ole="t" filled="f" o:preferrelative="t" stroked="f" coordsize="21600,21600">
            <v:path/>
            <v:fill on="f" focussize="0,0"/>
            <v:stroke on="f" joinstyle="miter"/>
            <v:imagedata r:id="rId55" o:title="eqId0c8ff23f77ff1f394a5200845770d0b6"/>
            <o:lock v:ext="edit" aspectratio="t"/>
            <w10:wrap type="none"/>
            <w10:anchorlock/>
          </v:shape>
        </w:pict>
      </w:r>
      <w:r>
        <w:rPr>
          <w:rFonts w:ascii="宋体" w:hAnsi="宋体" w:eastAsia="宋体" w:cs="宋体"/>
          <w:color w:val="000000"/>
        </w:rPr>
        <w:t>千克，</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礼物比</w:t>
      </w:r>
      <w:r>
        <w:rPr>
          <w:rFonts w:ascii="Times New Roman" w:hAnsi="Times New Roman" w:eastAsia="Times New Roman" w:cs="Times New Roman"/>
          <w:i/>
          <w:color w:val="000000"/>
        </w:rPr>
        <w:t>B</w:t>
      </w:r>
      <w:r>
        <w:rPr>
          <w:rFonts w:ascii="宋体" w:hAnsi="宋体" w:eastAsia="宋体" w:cs="宋体"/>
          <w:color w:val="000000"/>
        </w:rPr>
        <w:t>礼物</w:t>
      </w:r>
      <w:r>
        <w:rPr>
          <w:rFonts w:ascii="Times New Roman" w:hAnsi="Times New Roman" w:eastAsia="Times New Roman" w:cs="Times New Roman"/>
          <w:color w:val="000000"/>
        </w:rPr>
        <w:t>1</w:t>
      </w:r>
      <w:r>
        <w:rPr>
          <w:rFonts w:ascii="宋体" w:hAnsi="宋体" w:eastAsia="宋体" w:cs="宋体"/>
          <w:color w:val="000000"/>
        </w:rPr>
        <w:t>千克，</w:t>
      </w:r>
    </w:p>
    <w:p>
      <w:pPr>
        <w:spacing w:line="360" w:lineRule="auto"/>
        <w:jc w:val="left"/>
        <w:textAlignment w:val="center"/>
        <w:rPr>
          <w:color w:val="000000"/>
        </w:rPr>
      </w:pPr>
      <w:r>
        <w:rPr>
          <w:rFonts w:ascii="宋体" w:hAnsi="宋体" w:eastAsia="宋体" w:cs="宋体"/>
          <w:color w:val="000000"/>
        </w:rPr>
        <w:t>∵每个盲盒里均放两样，</w:t>
      </w:r>
    </w:p>
    <w:p>
      <w:pPr>
        <w:spacing w:line="360" w:lineRule="auto"/>
        <w:jc w:val="left"/>
        <w:textAlignment w:val="center"/>
        <w:rPr>
          <w:color w:val="000000"/>
        </w:rPr>
      </w:pPr>
      <w:r>
        <w:rPr>
          <w:rFonts w:ascii="宋体" w:hAnsi="宋体" w:eastAsia="宋体" w:cs="宋体"/>
          <w:color w:val="000000"/>
        </w:rPr>
        <w:t>∴所以重量最大的盲盒是两个</w:t>
      </w:r>
      <w:r>
        <w:rPr>
          <w:rFonts w:ascii="Times New Roman" w:hAnsi="Times New Roman" w:eastAsia="Times New Roman" w:cs="Times New Roman"/>
          <w:i/>
          <w:color w:val="000000"/>
        </w:rPr>
        <w:t>A</w:t>
      </w:r>
      <w:r>
        <w:rPr>
          <w:rFonts w:ascii="宋体" w:hAnsi="宋体" w:eastAsia="宋体" w:cs="宋体"/>
          <w:color w:val="000000"/>
        </w:rPr>
        <w:t>礼物，重量最轻的盲盒是两个</w:t>
      </w:r>
      <w:r>
        <w:rPr>
          <w:rFonts w:ascii="Times New Roman" w:hAnsi="Times New Roman" w:eastAsia="Times New Roman" w:cs="Times New Roman"/>
          <w:i/>
          <w:color w:val="000000"/>
        </w:rPr>
        <w:t>B</w:t>
      </w:r>
      <w:r>
        <w:rPr>
          <w:rFonts w:ascii="宋体" w:hAnsi="宋体" w:eastAsia="宋体" w:cs="宋体"/>
          <w:color w:val="000000"/>
        </w:rPr>
        <w:t>礼物，重量介于最大和最轻之间的是</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i/>
          <w:color w:val="000000"/>
        </w:rPr>
        <w:t>A</w:t>
      </w:r>
      <w:r>
        <w:rPr>
          <w:rFonts w:ascii="宋体" w:hAnsi="宋体" w:eastAsia="宋体" w:cs="宋体"/>
          <w:color w:val="000000"/>
        </w:rPr>
        <w:t>礼物和</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i/>
          <w:color w:val="000000"/>
        </w:rPr>
        <w:t>B</w:t>
      </w:r>
      <w:r>
        <w:rPr>
          <w:rFonts w:ascii="宋体" w:hAnsi="宋体" w:eastAsia="宋体" w:cs="宋体"/>
          <w:color w:val="000000"/>
        </w:rPr>
        <w:t>礼物，</w:t>
      </w:r>
    </w:p>
    <w:p>
      <w:pPr>
        <w:spacing w:line="360" w:lineRule="auto"/>
        <w:jc w:val="left"/>
        <w:textAlignment w:val="center"/>
        <w:rPr>
          <w:color w:val="000000"/>
        </w:rPr>
      </w:pPr>
      <w:r>
        <w:rPr>
          <w:rFonts w:ascii="宋体" w:hAnsi="宋体" w:eastAsia="宋体" w:cs="宋体"/>
          <w:color w:val="000000"/>
        </w:rPr>
        <w:t>根据题意，得</w:t>
      </w:r>
    </w:p>
    <w:p>
      <w:pPr>
        <w:spacing w:line="360" w:lineRule="auto"/>
        <w:jc w:val="left"/>
        <w:textAlignment w:val="center"/>
        <w:rPr>
          <w:color w:val="000000"/>
        </w:rPr>
      </w:pPr>
      <w:r>
        <w:pict>
          <v:shape id="_x0000_i721586" o:spt="75" alt="学科网(www.zxxk.com)--教育资源门户，提供试卷、教案、课件、论文、素材以及各类教学资源下载，还有大量而丰富的教学相关资讯！" type="#_x0000_t75" style="height:21.9pt;width:209.75pt;" o:ole="t" filled="f" o:preferrelative="t" stroked="f" coordsize="21600,21600">
            <v:path/>
            <v:fill on="f" focussize="0,0"/>
            <v:stroke on="f" joinstyle="miter"/>
            <v:imagedata r:id="rId56" o:title="eqId19dfea63d1f3b319df777a57c7acc268"/>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解得：</w:t>
      </w:r>
      <w:r>
        <w:pict>
          <v:shape id="_x0000_i721587"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57" o:title="eqId825793ebd4bb376a09621f163ac990a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10</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本题考查一元一次方程的应用，解题关键是能判断出重量最大的盲盒是两个</w:t>
      </w:r>
      <w:r>
        <w:rPr>
          <w:rFonts w:ascii="Times New Roman" w:hAnsi="Times New Roman" w:eastAsia="Times New Roman" w:cs="Times New Roman"/>
          <w:i/>
          <w:color w:val="000000"/>
        </w:rPr>
        <w:t>A</w:t>
      </w:r>
      <w:r>
        <w:rPr>
          <w:rFonts w:ascii="宋体" w:hAnsi="宋体" w:eastAsia="宋体" w:cs="宋体"/>
          <w:color w:val="000000"/>
        </w:rPr>
        <w:t>礼物，重量最轻的盲盒是两个</w:t>
      </w:r>
      <w:r>
        <w:rPr>
          <w:rFonts w:ascii="Times New Roman" w:hAnsi="Times New Roman" w:eastAsia="Times New Roman" w:cs="Times New Roman"/>
          <w:i/>
          <w:color w:val="000000"/>
        </w:rPr>
        <w:t>B</w:t>
      </w:r>
      <w:r>
        <w:rPr>
          <w:rFonts w:ascii="宋体" w:hAnsi="宋体" w:eastAsia="宋体" w:cs="宋体"/>
          <w:color w:val="000000"/>
        </w:rPr>
        <w:t>礼物，重量介于最大和最轻之间的是</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i/>
          <w:color w:val="000000"/>
        </w:rPr>
        <w:t>A</w:t>
      </w:r>
      <w:r>
        <w:rPr>
          <w:rFonts w:ascii="宋体" w:hAnsi="宋体" w:eastAsia="宋体" w:cs="宋体"/>
          <w:color w:val="000000"/>
        </w:rPr>
        <w:t>礼物和</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i/>
          <w:color w:val="000000"/>
        </w:rPr>
        <w:t>B</w:t>
      </w:r>
      <w:r>
        <w:rPr>
          <w:rFonts w:ascii="宋体" w:hAnsi="宋体" w:eastAsia="宋体" w:cs="宋体"/>
          <w:color w:val="000000"/>
        </w:rPr>
        <w:t>礼物．</w:t>
      </w:r>
    </w:p>
    <w:p>
      <w:pPr>
        <w:spacing w:line="360" w:lineRule="auto"/>
        <w:jc w:val="left"/>
        <w:textAlignment w:val="center"/>
        <w:rPr>
          <w:color w:val="000000"/>
        </w:rPr>
      </w:pPr>
      <w:r>
        <w:rPr>
          <w:rFonts w:ascii="宋体" w:hAnsi="宋体" w:eastAsia="宋体" w:cs="宋体"/>
          <w:b/>
          <w:color w:val="000000"/>
          <w:sz w:val="24"/>
        </w:rPr>
        <w:t>三、计算题（每小题</w:t>
      </w:r>
      <w:r>
        <w:rPr>
          <w:rFonts w:ascii="Times New Roman" w:hAnsi="Times New Roman" w:eastAsia="Times New Roman" w:cs="Times New Roman"/>
          <w:b/>
          <w:color w:val="000000"/>
          <w:sz w:val="24"/>
        </w:rPr>
        <w:t>16</w:t>
      </w:r>
      <w:r>
        <w:rPr>
          <w:rFonts w:ascii="宋体" w:hAnsi="宋体" w:eastAsia="宋体" w:cs="宋体"/>
          <w:b/>
          <w:color w:val="000000"/>
          <w:sz w:val="24"/>
        </w:rPr>
        <w:t>分，共</w:t>
      </w:r>
      <w:r>
        <w:rPr>
          <w:rFonts w:ascii="Times New Roman" w:hAnsi="Times New Roman" w:eastAsia="Times New Roman" w:cs="Times New Roman"/>
          <w:b/>
          <w:color w:val="000000"/>
          <w:sz w:val="24"/>
        </w:rPr>
        <w:t>16</w:t>
      </w:r>
      <w:r>
        <w:rPr>
          <w:rFonts w:ascii="宋体" w:hAnsi="宋体" w:eastAsia="宋体" w:cs="宋体"/>
          <w:b/>
          <w:color w:val="000000"/>
          <w:sz w:val="24"/>
        </w:rPr>
        <w:t>分）</w:t>
      </w:r>
    </w:p>
    <w:p>
      <w:pPr>
        <w:pStyle w:val="Heading2"/>
      </w:pPr>
      <w:r>
        <w:t>顺义区牛栏山一中实验学校（10月月考）</w:t>
      </w:r>
    </w:p>
    <w:p>
      <w:pPr>
        <w:spacing w:line="360" w:lineRule="auto"/>
        <w:jc w:val="left"/>
        <w:textAlignment w:val="center"/>
        <w:rPr>
          <w:color w:val="000000"/>
        </w:rPr>
      </w:pPr>
      <w:r>
        <w:rPr>
          <w:color w:val="000000"/>
        </w:rPr>
        <w:t xml:space="preserve">25. </w:t>
      </w:r>
      <w:r>
        <w:rPr>
          <w:rFonts w:ascii="宋体" w:eastAsia="宋体" w:hAnsi="宋体" w:cs="宋体"/>
          <w:color w:val="000000"/>
        </w:rPr>
        <w:t>尊老敬老是中华民族的传统美德，某校文艺社团的同学准备在“五一”假期去一所敬老院进行慰问演出，他们一共准备了</w:t>
      </w:r>
      <w:r>
        <w:rPr>
          <w:rFonts w:ascii="Times New Roman" w:eastAsia="Times New Roman" w:hAnsi="Times New Roman" w:cs="Times New Roman"/>
          <w:color w:val="000000"/>
        </w:rPr>
        <w:t>6</w:t>
      </w:r>
      <w:r>
        <w:rPr>
          <w:rFonts w:ascii="宋体" w:eastAsia="宋体" w:hAnsi="宋体" w:cs="宋体"/>
          <w:color w:val="000000"/>
        </w:rPr>
        <w:t>个节目，全体演员中有</w:t>
      </w:r>
      <w:r>
        <w:rPr>
          <w:rFonts w:ascii="Times New Roman" w:eastAsia="Times New Roman" w:hAnsi="Times New Roman" w:cs="Times New Roman"/>
          <w:color w:val="000000"/>
        </w:rPr>
        <w:t>8</w:t>
      </w:r>
      <w:r>
        <w:rPr>
          <w:rFonts w:ascii="宋体" w:eastAsia="宋体" w:hAnsi="宋体" w:cs="宋体"/>
          <w:color w:val="000000"/>
        </w:rPr>
        <w:t>人需参加两个或两个以上的节目演出，情况如下表：</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43"/>
        <w:gridCol w:w="796"/>
        <w:gridCol w:w="796"/>
        <w:gridCol w:w="796"/>
        <w:gridCol w:w="796"/>
        <w:gridCol w:w="796"/>
        <w:gridCol w:w="796"/>
        <w:gridCol w:w="796"/>
        <w:gridCol w:w="796"/>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演员</w:t>
            </w: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演员</w:t>
            </w: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演员</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演员</w:t>
            </w: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演员</w:t>
            </w: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演员</w:t>
            </w: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演员</w:t>
            </w: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演员</w:t>
            </w:r>
            <w:r>
              <w:rPr>
                <w:rFonts w:ascii="Times New Roman" w:eastAsia="Times New Roman" w:hAnsi="Times New Roman" w:cs="Times New Roman"/>
                <w:color w:val="000000"/>
              </w:rPr>
              <w:t>8</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节目</w:t>
            </w:r>
            <w:r>
              <w:rPr>
                <w:rFonts w:ascii="Times New Roman" w:eastAsia="Times New Roman" w:hAnsi="Times New Roman" w:cs="Times New Roman"/>
                <w:color w:val="000000"/>
              </w:rPr>
              <w:t>A</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节目</w:t>
            </w:r>
            <w:r>
              <w:rPr>
                <w:rFonts w:ascii="Times New Roman" w:eastAsia="Times New Roman" w:hAnsi="Times New Roman" w:cs="Times New Roman"/>
                <w:color w:val="000000"/>
              </w:rPr>
              <w:t>B</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节目</w:t>
            </w:r>
            <w:r>
              <w:rPr>
                <w:rFonts w:ascii="Times New Roman" w:eastAsia="Times New Roman" w:hAnsi="Times New Roman" w:cs="Times New Roman"/>
                <w:color w:val="000000"/>
              </w:rPr>
              <w:t>C</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节目</w:t>
            </w:r>
            <w:r>
              <w:rPr>
                <w:rFonts w:ascii="Times New Roman" w:eastAsia="Times New Roman" w:hAnsi="Times New Roman" w:cs="Times New Roman"/>
                <w:color w:val="000000"/>
              </w:rPr>
              <w:t>D</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节目</w:t>
            </w:r>
            <w:r>
              <w:rPr>
                <w:rFonts w:ascii="Times New Roman" w:eastAsia="Times New Roman" w:hAnsi="Times New Roman" w:cs="Times New Roman"/>
                <w:color w:val="000000"/>
              </w:rPr>
              <w:t>E</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节目</w:t>
            </w:r>
            <w:r>
              <w:rPr>
                <w:rFonts w:ascii="Times New Roman" w:eastAsia="Times New Roman" w:hAnsi="Times New Roman" w:cs="Times New Roman"/>
                <w:color w:val="000000"/>
              </w:rPr>
              <w:t>F</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bl>
    <w:p>
      <w:pPr>
        <w:spacing w:line="360" w:lineRule="auto"/>
        <w:jc w:val="left"/>
        <w:textAlignment w:val="center"/>
        <w:rPr>
          <w:color w:val="000000"/>
        </w:rPr>
      </w:pPr>
      <w:r>
        <w:rPr>
          <w:rFonts w:ascii="宋体" w:eastAsia="宋体" w:hAnsi="宋体" w:cs="宋体"/>
          <w:color w:val="000000"/>
        </w:rPr>
        <w:t>从演员换装的角度考虑，每位演员不能连续参加两个节目的演出，从节目安排的角度考虑，首尾两个节目分别是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，中间节目的顺序可以调换，请写出一种符合条件的节目先后顺序</w:t>
      </w:r>
      <w:r>
        <w:rPr>
          <w:color w:val="000000"/>
        </w:rPr>
        <w:t>___________</w:t>
      </w:r>
      <w:r>
        <w:rPr>
          <w:rFonts w:ascii="宋体" w:eastAsia="宋体" w:hAnsi="宋体" w:cs="宋体"/>
          <w:color w:val="000000"/>
        </w:rPr>
        <w:t>（只需按演出顺序填写中间</w:t>
      </w:r>
      <w:r>
        <w:rPr>
          <w:rFonts w:ascii="Times New Roman" w:eastAsia="Times New Roman" w:hAnsi="Times New Roman" w:cs="Times New Roman"/>
          <w:color w:val="000000"/>
        </w:rPr>
        <w:t>4</w:t>
      </w:r>
      <w:r>
        <w:rPr>
          <w:rFonts w:ascii="宋体" w:eastAsia="宋体" w:hAnsi="宋体" w:cs="宋体"/>
          <w:color w:val="000000"/>
        </w:rPr>
        <w:t>个节目的字母即可）．</w:t>
      </w:r>
    </w:p>
    <w:p>
      <w:pPr>
        <w:spacing w:line="360" w:lineRule="auto"/>
        <w:textAlignment w:val="center"/>
        <w:rPr>
          <w:color w:val="000000"/>
        </w:rPr>
      </w:pPr>
      <w:r>
        <w:rPr>
          <w:color w:val="2E75B6"/>
        </w:rPr>
        <w:t>【答案】</w:t>
      </w:r>
      <w:r>
        <w:rPr>
          <w:rFonts w:ascii="Times New Roman" w:eastAsia="Times New Roman" w:hAnsi="Times New Roman" w:cs="Times New Roman"/>
          <w:i/>
          <w:color w:val="000000"/>
        </w:rPr>
        <w:t>EBDC</w:t>
      </w:r>
      <w:r>
        <w:rPr>
          <w:rFonts w:ascii="Times New Roman" w:eastAsia="Times New Roman" w:hAnsi="Times New Roman" w:cs="Times New Roman"/>
          <w:color w:val="000000"/>
        </w:rPr>
        <w:t>##</w:t>
      </w:r>
      <w:r>
        <w:rPr>
          <w:rFonts w:ascii="Times New Roman" w:eastAsia="Times New Roman" w:hAnsi="Times New Roman" w:cs="Times New Roman"/>
          <w:i/>
          <w:color w:val="000000"/>
        </w:rPr>
        <w:t>ECDB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根据题意，可先确定第二个节目为节目</w:t>
      </w:r>
      <w:r>
        <w:rPr>
          <w:rFonts w:ascii="Times New Roman" w:eastAsia="Times New Roman" w:hAnsi="Times New Roman" w:cs="Times New Roman"/>
          <w:i/>
          <w:color w:val="000000"/>
        </w:rPr>
        <w:t>E</w:t>
      </w:r>
      <w:r>
        <w:rPr>
          <w:rFonts w:ascii="宋体" w:eastAsia="宋体" w:hAnsi="宋体" w:cs="宋体"/>
          <w:color w:val="000000"/>
        </w:rPr>
        <w:t>，继而确定第三个节目和第五个节目的可能性，最后确定了第四个节目，即可得到答案．</w:t>
      </w:r>
    </w:p>
    <w:p>
      <w:pPr>
        <w:spacing w:line="360" w:lineRule="auto"/>
        <w:jc w:val="left"/>
        <w:textAlignment w:val="center"/>
        <w:rPr>
          <w:color w:val="000000"/>
        </w:rPr>
      </w:pPr>
      <w:r>
        <w:rPr>
          <w:color w:val="000000"/>
        </w:rPr>
        <w:t>【详解】</w:t>
      </w:r>
      <w:r>
        <w:rPr>
          <w:rFonts w:ascii="宋体" w:eastAsia="宋体" w:hAnsi="宋体" w:cs="宋体"/>
          <w:color w:val="000000"/>
        </w:rPr>
        <w:t>由题意得，首尾两个节目分别是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，节目</w:t>
      </w:r>
      <w:r>
        <w:rPr>
          <w:rFonts w:ascii="Times New Roman" w:eastAsia="Times New Roman" w:hAnsi="Times New Roman" w:cs="Times New Roman"/>
          <w:i/>
          <w:color w:val="000000"/>
        </w:rPr>
        <w:t>A</w:t>
      </w:r>
      <w:r>
        <w:rPr>
          <w:rFonts w:ascii="宋体" w:eastAsia="宋体" w:hAnsi="宋体" w:cs="宋体"/>
          <w:color w:val="000000"/>
        </w:rPr>
        <w:t>参演演员有</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，节目</w:t>
      </w:r>
      <w:r>
        <w:rPr>
          <w:rFonts w:ascii="Times New Roman" w:eastAsia="Times New Roman" w:hAnsi="Times New Roman" w:cs="Times New Roman"/>
          <w:i/>
          <w:color w:val="000000"/>
        </w:rPr>
        <w:t>F</w:t>
      </w:r>
      <w:r>
        <w:rPr>
          <w:rFonts w:ascii="宋体" w:eastAsia="宋体" w:hAnsi="宋体" w:cs="宋体"/>
          <w:color w:val="000000"/>
        </w:rPr>
        <w:t>参演演员有</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由于从演员换装的角度考虑，每位演员不能连续参加两个节目的演出</w:t>
      </w:r>
    </w:p>
    <w:p>
      <w:pPr>
        <w:spacing w:line="360" w:lineRule="auto"/>
        <w:jc w:val="left"/>
        <w:textAlignment w:val="center"/>
        <w:rPr>
          <w:color w:val="000000"/>
        </w:rPr>
      </w:pPr>
      <w:r>
        <w:rPr>
          <w:rFonts w:ascii="宋体" w:eastAsia="宋体" w:hAnsi="宋体" w:cs="宋体"/>
          <w:color w:val="000000"/>
        </w:rPr>
        <w:t>故可先确定第二个节目为不含演员</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的节目，即节目</w:t>
      </w:r>
      <w:r>
        <w:rPr>
          <w:rFonts w:ascii="Times New Roman" w:eastAsia="Times New Roman" w:hAnsi="Times New Roman" w:cs="Times New Roman"/>
          <w:i/>
          <w:color w:val="000000"/>
        </w:rPr>
        <w:t>E</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第三个节目为不含</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的节目，即节目</w:t>
      </w:r>
      <w:r>
        <w:rPr>
          <w:rFonts w:ascii="Times New Roman" w:eastAsia="Times New Roman" w:hAnsi="Times New Roman" w:cs="Times New Roman"/>
          <w:i/>
          <w:color w:val="000000"/>
        </w:rPr>
        <w:t>B</w:t>
      </w:r>
      <w:r>
        <w:rPr>
          <w:rFonts w:ascii="宋体" w:eastAsia="宋体" w:hAnsi="宋体" w:cs="宋体"/>
          <w:color w:val="000000"/>
        </w:rPr>
        <w:t>或</w:t>
      </w:r>
      <w:r>
        <w:rPr>
          <w:rFonts w:ascii="Times New Roman" w:eastAsia="Times New Roman" w:hAnsi="Times New Roman" w:cs="Times New Roman"/>
          <w:i/>
          <w:color w:val="000000"/>
        </w:rPr>
        <w:t>C</w:t>
      </w:r>
    </w:p>
    <w:p>
      <w:pPr>
        <w:spacing w:line="360" w:lineRule="auto"/>
        <w:jc w:val="left"/>
        <w:textAlignment w:val="center"/>
        <w:rPr>
          <w:color w:val="000000"/>
        </w:rPr>
      </w:pPr>
      <w:r>
        <w:rPr>
          <w:rFonts w:ascii="宋体" w:eastAsia="宋体" w:hAnsi="宋体" w:cs="宋体"/>
          <w:color w:val="000000"/>
        </w:rPr>
        <w:t>第五个节目为不含</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的节目，即节目</w:t>
      </w:r>
      <w:r>
        <w:rPr>
          <w:rFonts w:ascii="Times New Roman" w:eastAsia="Times New Roman" w:hAnsi="Times New Roman" w:cs="Times New Roman"/>
          <w:i/>
          <w:color w:val="000000"/>
        </w:rPr>
        <w:t>B</w:t>
      </w:r>
      <w:r>
        <w:rPr>
          <w:rFonts w:ascii="宋体" w:eastAsia="宋体" w:hAnsi="宋体" w:cs="宋体"/>
          <w:color w:val="000000"/>
        </w:rPr>
        <w:t>或</w:t>
      </w:r>
      <w:r>
        <w:rPr>
          <w:rFonts w:ascii="Times New Roman" w:eastAsia="Times New Roman" w:hAnsi="Times New Roman" w:cs="Times New Roman"/>
          <w:i/>
          <w:color w:val="000000"/>
        </w:rPr>
        <w:t>C</w:t>
      </w:r>
    </w:p>
    <w:p>
      <w:pPr>
        <w:spacing w:line="360" w:lineRule="auto"/>
        <w:jc w:val="left"/>
        <w:textAlignment w:val="center"/>
        <w:rPr>
          <w:color w:val="000000"/>
        </w:rPr>
      </w:pPr>
      <w:r>
        <w:rPr>
          <w:rFonts w:ascii="宋体" w:eastAsia="宋体" w:hAnsi="宋体" w:cs="宋体"/>
          <w:color w:val="000000"/>
        </w:rPr>
        <w:t>所以，可确定第四个节目为节目</w:t>
      </w:r>
      <w:r>
        <w:rPr>
          <w:rFonts w:ascii="Times New Roman" w:eastAsia="Times New Roman" w:hAnsi="Times New Roman" w:cs="Times New Roman"/>
          <w:i/>
          <w:color w:val="000000"/>
        </w:rPr>
        <w:t>D</w:t>
      </w:r>
    </w:p>
    <w:p>
      <w:pPr>
        <w:spacing w:line="360" w:lineRule="auto"/>
        <w:jc w:val="left"/>
        <w:textAlignment w:val="center"/>
        <w:rPr>
          <w:color w:val="000000"/>
        </w:rPr>
      </w:pPr>
      <w:r>
        <w:rPr>
          <w:rFonts w:ascii="宋体" w:eastAsia="宋体" w:hAnsi="宋体" w:cs="宋体"/>
          <w:color w:val="000000"/>
        </w:rPr>
        <w:t>综上，演出顺序为节目</w:t>
      </w:r>
      <w:r>
        <w:rPr>
          <w:rFonts w:ascii="Times New Roman" w:eastAsia="Times New Roman" w:hAnsi="Times New Roman" w:cs="Times New Roman"/>
          <w:i/>
          <w:color w:val="000000"/>
        </w:rPr>
        <w:t>AEBDCF</w:t>
      </w:r>
      <w:r>
        <w:rPr>
          <w:rFonts w:ascii="宋体" w:eastAsia="宋体" w:hAnsi="宋体" w:cs="宋体"/>
          <w:color w:val="000000"/>
        </w:rPr>
        <w:t>或</w:t>
      </w:r>
      <w:r>
        <w:rPr>
          <w:rFonts w:ascii="Times New Roman" w:eastAsia="Times New Roman" w:hAnsi="Times New Roman" w:cs="Times New Roman"/>
          <w:i/>
          <w:color w:val="000000"/>
        </w:rPr>
        <w:t>AECDBF</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i/>
          <w:color w:val="000000"/>
        </w:rPr>
        <w:t>EBDC</w:t>
      </w:r>
      <w:r>
        <w:rPr>
          <w:rFonts w:ascii="宋体" w:eastAsia="宋体" w:hAnsi="宋体" w:cs="宋体"/>
          <w:color w:val="000000"/>
        </w:rPr>
        <w:t>或</w:t>
      </w:r>
      <w:r>
        <w:rPr>
          <w:rFonts w:ascii="Times New Roman" w:eastAsia="Times New Roman" w:hAnsi="Times New Roman" w:cs="Times New Roman"/>
          <w:i/>
          <w:color w:val="000000"/>
        </w:rPr>
        <w:t>ECDB</w:t>
      </w:r>
      <w:r>
        <w:rPr>
          <w:rFonts w:ascii="宋体" w:eastAsia="宋体" w:hAnsi="宋体" w:cs="宋体"/>
          <w:color w:val="000000"/>
        </w:rPr>
        <w:t>（写一种即可）．</w:t>
      </w:r>
    </w:p>
    <w:p>
      <w:pPr>
        <w:spacing w:line="360" w:lineRule="auto"/>
        <w:jc w:val="left"/>
        <w:textAlignment w:val="center"/>
        <w:rPr>
          <w:color w:val="000000"/>
        </w:rPr>
      </w:pPr>
      <w:r>
        <w:rPr>
          <w:color w:val="000000"/>
        </w:rPr>
        <w:t>【点睛】</w:t>
      </w:r>
      <w:r>
        <w:rPr>
          <w:rFonts w:ascii="宋体" w:eastAsia="宋体" w:hAnsi="宋体" w:cs="宋体"/>
          <w:color w:val="000000"/>
        </w:rPr>
        <w:t>本题考查了统计表、利用信息做出决策或方案，能够正确理解题意是解题的关键．</w:t>
      </w:r>
    </w:p>
    <w:p>
      <w:pPr>
        <w:spacing w:line="285" w:lineRule="auto"/>
        <w:jc w:val="both"/>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50</w:t>
      </w:r>
      <w:r>
        <w:rPr>
          <w:rFonts w:ascii="宋体" w:eastAsia="宋体" w:hAnsi="宋体" w:cs="宋体"/>
          <w:b/>
          <w:color w:val="000000"/>
          <w:sz w:val="24"/>
        </w:rPr>
        <w:t>分）</w:t>
      </w:r>
    </w:p>
    <w:p>
      <w:pPr>
        <w:pStyle w:val="Heading2"/>
      </w:pPr>
      <w:r>
        <w:t>首都师范大学附属中学（12月月考）</w:t>
      </w:r>
    </w:p>
    <w:p>
      <w:pPr>
        <w:spacing w:line="360" w:lineRule="auto"/>
        <w:jc w:val="both"/>
        <w:textAlignment w:val="center"/>
        <w:rPr>
          <w:color w:val="000000"/>
        </w:rPr>
      </w:pPr>
      <w:r>
        <w:rPr>
          <w:color w:val="000000"/>
        </w:rPr>
        <w:t xml:space="preserve">18. </w:t>
      </w:r>
      <w:r>
        <w:pict>
          <v:shape id="_x0000_i72158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8" o:title="eqId0a6936d370d6a238a608ca56f87198de"/>
            <o:lock v:ext="edit" aspectratio="t"/>
            <w10:wrap type="none"/>
            <w10:anchorlock/>
          </v:shape>
        </w:pict>
      </w:r>
      <w:r>
        <w:rPr>
          <w:rFonts w:ascii="宋体" w:hAnsi="宋体" w:eastAsia="宋体" w:cs="宋体"/>
          <w:color w:val="000000"/>
        </w:rPr>
        <w:t>，</w:t>
      </w:r>
      <w:r>
        <w:pict>
          <v:shape id="_x0000_i721589"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59" o:title="eqId2c94bb12cee76221e13f9ef955b0aab1"/>
            <o:lock v:ext="edit" aspectratio="t"/>
            <w10:wrap type="none"/>
            <w10:anchorlock/>
          </v:shape>
        </w:pict>
      </w:r>
      <w:r>
        <w:rPr>
          <w:rFonts w:ascii="宋体" w:hAnsi="宋体" w:eastAsia="宋体" w:cs="宋体"/>
          <w:color w:val="000000"/>
        </w:rPr>
        <w:t>为有理数，且</w:t>
      </w:r>
      <w:r>
        <w:pict>
          <v:shape id="_x0000_i721590"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60" o:title="eqId20d6fc9b90f370fbb27552876b650f8f"/>
            <o:lock v:ext="edit" aspectratio="t"/>
            <w10:wrap type="none"/>
            <w10:anchorlock/>
          </v:shape>
        </w:pict>
      </w:r>
      <w:r>
        <w:rPr>
          <w:rFonts w:ascii="宋体" w:hAnsi="宋体" w:eastAsia="宋体" w:cs="宋体"/>
          <w:color w:val="000000"/>
        </w:rPr>
        <w:t>和</w:t>
      </w:r>
      <w:r>
        <w:pict>
          <v:shape id="_x0000_i721591" o:spt="75" alt="学科网(www.zxxk.com)--教育资源门户，提供试卷、教案、课件、论文、素材以及各类教学资源下载，还有大量而丰富的教学相关资讯！" type="#_x0000_t75" style="height:14.2pt;width:26.2pt;" o:ole="t" filled="f" o:preferrelative="t" stroked="f" coordsize="21600,21600">
            <v:path/>
            <v:fill on="f" focussize="0,0"/>
            <v:stroke on="f" joinstyle="miter"/>
            <v:imagedata r:id="rId61" o:title="eqIdc9f2416d1f75a45a314331146550832e"/>
            <o:lock v:ext="edit" aspectratio="t"/>
            <w10:wrap type="none"/>
            <w10:anchorlock/>
          </v:shape>
        </w:pict>
      </w:r>
      <w:r>
        <w:rPr>
          <w:rFonts w:ascii="宋体" w:hAnsi="宋体" w:eastAsia="宋体" w:cs="宋体"/>
          <w:color w:val="000000"/>
        </w:rPr>
        <w:t>在数轴上的位置如下图所示，则</w:t>
      </w:r>
      <w:r>
        <w:pict>
          <v:shape id="_x0000_i72159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8" o:title="eqId0a6936d370d6a238a608ca56f87198de"/>
            <o:lock v:ext="edit" aspectratio="t"/>
            <w10:wrap type="none"/>
            <w10:anchorlock/>
          </v:shape>
        </w:pict>
      </w:r>
      <w:r>
        <w:rPr>
          <w:color w:val="000000"/>
        </w:rPr>
        <w:t>________</w:t>
      </w:r>
      <w:r>
        <w:rPr>
          <w:rFonts w:ascii="Times New Roman" w:hAnsi="Times New Roman" w:eastAsia="Times New Roman" w:cs="Times New Roman"/>
          <w:color w:val="000000"/>
        </w:rPr>
        <w:t>0</w:t>
      </w:r>
      <w:r>
        <w:rPr>
          <w:rFonts w:ascii="宋体" w:hAnsi="宋体" w:eastAsia="宋体" w:cs="宋体"/>
          <w:color w:val="000000"/>
        </w:rPr>
        <w:t>，</w:t>
      </w:r>
      <w:r>
        <w:pict>
          <v:shape id="_x0000_i721593"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59" o:title="eqId2c94bb12cee76221e13f9ef955b0aab1"/>
            <o:lock v:ext="edit" aspectratio="t"/>
            <w10:wrap type="none"/>
            <w10:anchorlock/>
          </v:shape>
        </w:pict>
      </w:r>
      <w:r>
        <w:rPr>
          <w:color w:val="000000"/>
        </w:rPr>
        <w:t>_______</w:t>
      </w:r>
      <w:r>
        <w:rPr>
          <w:rFonts w:ascii="Times New Roman" w:hAnsi="Times New Roman" w:eastAsia="Times New Roman" w:cs="Times New Roman"/>
          <w:color w:val="000000"/>
        </w:rPr>
        <w:t>0</w:t>
      </w:r>
      <w:r>
        <w:rPr>
          <w:rFonts w:ascii="宋体" w:hAnsi="宋体" w:eastAsia="宋体" w:cs="宋体"/>
          <w:color w:val="000000"/>
        </w:rPr>
        <w:t>，</w:t>
      </w:r>
      <w:r>
        <w:pict>
          <v:shape id="_x0000_i72159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8" o:title="eqId0a6936d370d6a238a608ca56f87198de"/>
            <o:lock v:ext="edit" aspectratio="t"/>
            <w10:wrap type="none"/>
            <w10:anchorlock/>
          </v:shape>
        </w:pict>
      </w:r>
      <w:r>
        <w:rPr>
          <w:color w:val="000000"/>
        </w:rPr>
        <w:t>______</w:t>
      </w:r>
      <w:r>
        <w:pict>
          <v:shape id="_x0000_i721595"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59" o:title="eqId2c94bb12cee76221e13f9ef955b0aab1"/>
            <o:lock v:ext="edit" aspectratio="t"/>
            <w10:wrap type="none"/>
            <w10:anchorlock/>
          </v:shape>
        </w:pict>
      </w:r>
      <w:r>
        <w:rPr>
          <w:rFonts w:ascii="宋体" w:hAnsi="宋体" w:eastAsia="宋体" w:cs="宋体"/>
          <w:color w:val="000000"/>
        </w:rPr>
        <w:t>（用“＞”，“＜”“＝”填空）．</w:t>
      </w:r>
    </w:p>
    <w:p>
      <w:pPr>
        <w:spacing w:line="360" w:lineRule="auto"/>
        <w:jc w:val="both"/>
        <w:textAlignment w:val="center"/>
        <w:rPr>
          <w:color w:val="000000"/>
        </w:rPr>
      </w:pPr>
      <w:r>
        <w:rPr>
          <w:color w:val="000000"/>
        </w:rPr>
        <w:drawing>
          <wp:inline distT="0" distB="0" distL="114300" distR="114300">
            <wp:extent cx="2476500" cy="438150"/>
            <wp:effectExtent l="0" t="0" r="0" b="0"/>
            <wp:docPr id="4161"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2" name="图片 100035" descr="学科网(www.zxxk.com)--教育资源门户，提供试卷、教案、课件、论文、素材以及各类教学资源下载，还有大量而丰富的教学相关资讯！"/>
                    <pic:cNvPicPr>
                      <a:picLocks noChangeAspect="1"/>
                    </pic:cNvPicPr>
                  </pic:nvPicPr>
                  <pic:blipFill>
                    <a:blip r:embed="rId62"/>
                    <a:stretch>
                      <a:fillRect/>
                    </a:stretch>
                  </pic:blipFill>
                  <pic:spPr>
                    <a:xfrm>
                      <a:off x="0" y="0"/>
                      <a:ext cx="2476500" cy="4381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&gt;</w:t>
      </w:r>
      <w:r>
        <w:rPr>
          <w:color w:val="000000"/>
        </w:rPr>
        <w:t xml:space="preserve">    ②. </w:t>
      </w:r>
      <w:r>
        <w:rPr>
          <w:rFonts w:ascii="Times New Roman" w:hAnsi="Times New Roman" w:eastAsia="Times New Roman" w:cs="Times New Roman"/>
          <w:color w:val="000000"/>
        </w:rPr>
        <w:t>&lt;</w:t>
      </w:r>
      <w:r>
        <w:rPr>
          <w:color w:val="000000"/>
        </w:rPr>
        <w:t xml:space="preserve">    ③. </w:t>
      </w:r>
      <w:r>
        <w:rPr>
          <w:rFonts w:ascii="Times New Roman" w:hAnsi="Times New Roman" w:eastAsia="Times New Roman" w:cs="Times New Roman"/>
          <w:color w:val="000000"/>
        </w:rPr>
        <w:t>&gt;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根据点在数轴上</w:t>
      </w:r>
      <w:r>
        <w:rPr>
          <w:rFonts w:ascii="宋体" w:hAnsi="宋体" w:eastAsia="宋体" w:cs="宋体"/>
          <w:color w:val="000000"/>
          <w:position w:val="0"/>
        </w:rPr>
        <w:drawing>
          <wp:inline distT="0" distB="0" distL="114300" distR="114300">
            <wp:extent cx="133350" cy="177800"/>
            <wp:effectExtent l="0" t="0" r="0" b="13335"/>
            <wp:docPr id="4163" name="图片 1026033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 name="图片 1026033270"/>
                    <pic:cNvPicPr>
                      <a:picLocks noChangeAspect="1"/>
                    </pic:cNvPicPr>
                  </pic:nvPicPr>
                  <pic:blipFill>
                    <a:blip r:embed="rId6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位置，确定取值范围，然后进行求解即可．</w:t>
      </w:r>
    </w:p>
    <w:p>
      <w:pPr>
        <w:spacing w:line="360" w:lineRule="auto"/>
        <w:jc w:val="left"/>
        <w:textAlignment w:val="center"/>
        <w:rPr>
          <w:color w:val="000000"/>
        </w:rPr>
      </w:pPr>
      <w:r>
        <w:rPr>
          <w:color w:val="000000"/>
        </w:rPr>
        <w:t>【详解】</w:t>
      </w:r>
      <w:r>
        <w:rPr>
          <w:rFonts w:ascii="宋体" w:hAnsi="宋体" w:eastAsia="宋体" w:cs="宋体"/>
          <w:color w:val="000000"/>
        </w:rPr>
        <w:t>解：由图可知：</w:t>
      </w:r>
      <w:r>
        <w:pict>
          <v:shape id="_x0000_i721596" o:spt="75" alt="学科网(www.zxxk.com)--教育资源门户，提供试卷、教案、课件、论文、素材以及各类教学资源下载，还有大量而丰富的教学相关资讯！" type="#_x0000_t75" style="height:15.75pt;width:111.75pt;" o:ole="t" filled="f" o:preferrelative="t" stroked="f" coordsize="21600,21600">
            <v:path/>
            <v:fill on="f" focussize="0,0"/>
            <v:stroke on="f" joinstyle="miter"/>
            <v:imagedata r:id="rId64" o:title="eqIddd91e4499b9fd76dd3a58799a3567d5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1597" o:spt="75" alt="学科网(www.zxxk.com)--教育资源门户，提供试卷、教案、课件、论文、素材以及各类教学资源下载，还有大量而丰富的教学相关资讯！" type="#_x0000_t75" style="height:14.25pt;width:132.75pt;" o:ole="t" filled="f" o:preferrelative="t" stroked="f" coordsize="21600,21600">
            <v:path/>
            <v:fill on="f" focussize="0,0"/>
            <v:stroke on="f" joinstyle="miter"/>
            <v:imagedata r:id="rId65" o:title="eqId1a7beca95bab3f9f71b133a66f58bfb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pict>
          <v:shape id="_x0000_i721598" o:spt="75" alt="学科网(www.zxxk.com)--教育资源门户，提供试卷、教案、课件、论文、素材以及各类教学资源下载，还有大量而丰富的教学相关资讯！" type="#_x0000_t75" style="height:14.3pt;width:51.1pt;" o:ole="t" filled="f" o:preferrelative="t" stroked="f" coordsize="21600,21600">
            <v:path/>
            <v:fill on="f" focussize="0,0"/>
            <v:stroke on="f" joinstyle="miter"/>
            <v:imagedata r:id="rId66" o:title="eqId2b1bcdb79d5ded0f1d41bfac99362e6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1599" o:spt="75" alt="学科网(www.zxxk.com)--教育资源门户，提供试卷、教案、课件、论文、素材以及各类教学资源下载，还有大量而丰富的教学相关资讯！" type="#_x0000_t75" style="height:31.2pt;width:48pt;" o:ole="t" filled="f" o:preferrelative="t" stroked="f" coordsize="21600,21600">
            <v:path/>
            <v:fill on="f" focussize="0,0"/>
            <v:stroke on="f" joinstyle="miter"/>
            <v:imagedata r:id="rId67" o:title="eqIdacc99d091a3f67ea98ccb1231d2ad8c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1600" o:spt="75" alt="学科网(www.zxxk.com)--教育资源门户，提供试卷、教案、课件、论文、素材以及各类教学资源下载，还有大量而丰富的教学相关资讯！" type="#_x0000_t75" style="height:14.15pt;width:39.1pt;" o:ole="t" filled="f" o:preferrelative="t" stroked="f" coordsize="21600,21600">
            <v:path/>
            <v:fill on="f" focussize="0,0"/>
            <v:stroke on="f" joinstyle="miter"/>
            <v:imagedata r:id="rId68" o:title="eqIdb0debb5d3bc78bb28af3b60b910a8731"/>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w:t>
      </w:r>
      <w:r>
        <w:pict>
          <v:shape id="_x0000_i721601" o:spt="75" alt="学科网(www.zxxk.com)--教育资源门户，提供试卷、教案、课件、论文、素材以及各类教学资源下载，还有大量而丰富的教学相关资讯！" type="#_x0000_t75" style="height:14.25pt;width:60.75pt;" o:ole="t" filled="f" o:preferrelative="t" stroked="f" coordsize="21600,21600">
            <v:path/>
            <v:fill on="f" focussize="0,0"/>
            <v:stroke on="f" joinstyle="miter"/>
            <v:imagedata r:id="rId69" o:title="eqId3e630c7307e1f5a06d2c391b8e2f248d"/>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21602" o:spt="75" alt="学科网(www.zxxk.com)--教育资源门户，提供试卷、教案、课件、论文、素材以及各类教学资源下载，还有大量而丰富的教学相关资讯！" type="#_x0000_t75" style="height:14.1pt;width:45.2pt;" o:ole="t" filled="f" o:preferrelative="t" stroked="f" coordsize="21600,21600">
            <v:path/>
            <v:fill on="f" focussize="0,0"/>
            <v:stroke on="f" joinstyle="miter"/>
            <v:imagedata r:id="rId70" o:title="eqIdd903954372b6e7319d9bf418fc17743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21603" o:spt="75" alt="学科网(www.zxxk.com)--教育资源门户，提供试卷、教案、课件、论文、素材以及各类教学资源下载，还有大量而丰富的教学相关资讯！" type="#_x0000_t75" style="height:13pt;width:31.95pt;" o:ole="t" filled="f" o:preferrelative="t" stroked="f" coordsize="21600,21600">
            <v:path/>
            <v:fill on="f" focussize="0,0"/>
            <v:stroke on="f" joinstyle="miter"/>
            <v:imagedata r:id="rId71" o:title="eqId69c61f464089916fff21f7bd66ae243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本题考查利用数轴判断式子的正负，以及整式的加法．根据数轴上点的位置，确定出式子的取值范围，是解题的关键．</w:t>
      </w:r>
    </w:p>
    <w:p>
      <w:pPr>
        <w:spacing w:line="285" w:lineRule="auto"/>
        <w:jc w:val="both"/>
        <w:textAlignment w:val="center"/>
        <w:rPr>
          <w:color w:val="000000"/>
        </w:rPr>
      </w:pPr>
      <w:r>
        <w:rPr>
          <w:rFonts w:ascii="宋体" w:hAnsi="宋体" w:eastAsia="宋体" w:cs="宋体"/>
          <w:b/>
          <w:color w:val="000000"/>
          <w:sz w:val="24"/>
        </w:rPr>
        <w:t>三、解答题</w:t>
      </w:r>
    </w:p>
    <w:p>
      <w:pPr>
        <w:pStyle w:val="Heading1"/>
      </w:pPr>
      <w:r>
        <w:t>期中</w:t>
      </w:r>
    </w:p>
    <w:p>
      <w:pPr>
        <w:pStyle w:val="Heading2"/>
      </w:pPr>
      <w:r>
        <w:t>东城区广渠门中学</w:t>
      </w:r>
    </w:p>
    <w:p>
      <w:pPr>
        <w:spacing w:line="360" w:lineRule="auto"/>
        <w:jc w:val="left"/>
        <w:textAlignment w:val="center"/>
        <w:rPr>
          <w:color w:val="000000"/>
        </w:rPr>
      </w:pPr>
      <w:r>
        <w:rPr>
          <w:color w:val="000000"/>
        </w:rPr>
        <w:t xml:space="preserve">18. </w:t>
      </w:r>
      <w:r>
        <w:rPr>
          <w:rFonts w:ascii="宋体" w:eastAsia="宋体" w:hAnsi="宋体" w:cs="宋体"/>
          <w:color w:val="000000"/>
        </w:rPr>
        <w:t>下表是我校七年级各班某月课外选修课程上课时间的统计表，其中各班同一选修课程上课时间相同．</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586"/>
        <w:gridCol w:w="1742"/>
        <w:gridCol w:w="1742"/>
        <w:gridCol w:w="1742"/>
        <w:gridCol w:w="2063"/>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音体美选修课程</w:t>
            </w:r>
          </w:p>
          <w:p>
            <w:pPr>
              <w:spacing w:line="360" w:lineRule="auto"/>
              <w:jc w:val="center"/>
              <w:textAlignment w:val="center"/>
              <w:rPr>
                <w:color w:val="000000"/>
              </w:rPr>
            </w:pPr>
            <w:r>
              <w:rPr>
                <w:rFonts w:ascii="宋体" w:eastAsia="宋体" w:hAnsi="宋体" w:cs="宋体"/>
                <w:color w:val="000000"/>
              </w:rPr>
              <w:t>上课次数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科技类选修课程</w:t>
            </w:r>
          </w:p>
          <w:p>
            <w:pPr>
              <w:spacing w:line="360" w:lineRule="auto"/>
              <w:jc w:val="center"/>
              <w:textAlignment w:val="center"/>
              <w:rPr>
                <w:color w:val="000000"/>
              </w:rPr>
            </w:pPr>
            <w:r>
              <w:rPr>
                <w:rFonts w:ascii="宋体" w:eastAsia="宋体" w:hAnsi="宋体" w:cs="宋体"/>
                <w:color w:val="000000"/>
              </w:rPr>
              <w:t>上课次数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学科类选修课程</w:t>
            </w:r>
          </w:p>
          <w:p>
            <w:pPr>
              <w:spacing w:line="360" w:lineRule="auto"/>
              <w:jc w:val="center"/>
              <w:textAlignment w:val="center"/>
              <w:rPr>
                <w:color w:val="000000"/>
              </w:rPr>
            </w:pPr>
            <w:r>
              <w:rPr>
                <w:rFonts w:ascii="宋体" w:eastAsia="宋体" w:hAnsi="宋体" w:cs="宋体"/>
                <w:color w:val="000000"/>
              </w:rPr>
              <w:t>上课次数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选修课程上课</w:t>
            </w:r>
          </w:p>
          <w:p>
            <w:pPr>
              <w:spacing w:line="360" w:lineRule="auto"/>
              <w:jc w:val="center"/>
              <w:textAlignment w:val="center"/>
              <w:rPr>
                <w:color w:val="000000"/>
              </w:rPr>
            </w:pPr>
            <w:r>
              <w:rPr>
                <w:rFonts w:ascii="宋体" w:eastAsia="宋体" w:hAnsi="宋体" w:cs="宋体"/>
                <w:color w:val="000000"/>
              </w:rPr>
              <w:t>总时间（单位：</w:t>
            </w:r>
            <w:r>
              <w:rPr>
                <w:rFonts w:ascii="Calibri" w:eastAsia="Calibri" w:hAnsi="Calibri" w:cs="Calibri"/>
                <w:color w:val="000000"/>
              </w:rPr>
              <w:t>h</w:t>
            </w:r>
            <w:r>
              <w:rPr>
                <w:rFonts w:ascii="宋体" w:eastAsia="宋体" w:hAnsi="宋体" w:cs="宋体"/>
                <w:color w:val="000000"/>
              </w:rPr>
              <w:t>）</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w:t>
            </w:r>
            <w:r>
              <w:rPr>
                <w:rFonts w:ascii="宋体" w:eastAsia="宋体" w:hAnsi="宋体" w:cs="宋体"/>
                <w:color w:val="000000"/>
              </w:rPr>
              <w:t>班</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14.5</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班</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14</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r>
              <w:rPr>
                <w:rFonts w:ascii="宋体" w:eastAsia="宋体" w:hAnsi="宋体" w:cs="宋体"/>
                <w:color w:val="000000"/>
              </w:rPr>
              <w:t>班</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15</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r>
              <w:rPr>
                <w:rFonts w:ascii="宋体" w:eastAsia="宋体" w:hAnsi="宋体" w:cs="宋体"/>
                <w:color w:val="000000"/>
              </w:rPr>
              <w:t>班</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pict>
                <v:shape id="_x0000_i721604" type="#_x0000_t75" alt="学科网(www.zxxk.com)--教育资源门户，提供试卷、教案、课件、论文、素材以及各类教学资源下载，还有大量而丰富的教学相关资讯！" style="width:9pt;height:9.75pt" o:oleicon="f" o:ole="">
                  <v:imagedata r:id="rId72" o:title="eqId0a6936d370d6a238a608ca56f87198de"/>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b</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14</w:t>
            </w:r>
          </w:p>
        </w:tc>
      </w:tr>
    </w:tbl>
    <w:p>
      <w:pPr>
        <w:spacing w:line="360" w:lineRule="auto"/>
        <w:jc w:val="left"/>
        <w:textAlignment w:val="center"/>
        <w:rPr>
          <w:color w:val="000000"/>
        </w:rPr>
      </w:pPr>
      <w:r>
        <w:rPr>
          <w:rFonts w:ascii="宋体" w:eastAsia="宋体" w:hAnsi="宋体" w:cs="宋体"/>
          <w:color w:val="000000"/>
        </w:rPr>
        <w:t>科技类选修课程每次上课时间为</w:t>
      </w:r>
      <w:r>
        <w:rPr>
          <w:color w:val="000000"/>
        </w:rPr>
        <w:t>_________</w:t>
      </w:r>
      <w:r>
        <w:rPr>
          <w:rFonts w:ascii="Times New Roman" w:eastAsia="Times New Roman" w:hAnsi="Times New Roman" w:cs="Times New Roman"/>
          <w:color w:val="000000"/>
        </w:rPr>
        <w:t>h</w:t>
      </w:r>
      <w:r>
        <w:rPr>
          <w:rFonts w:ascii="宋体" w:eastAsia="宋体" w:hAnsi="宋体" w:cs="宋体"/>
          <w:color w:val="000000"/>
        </w:rPr>
        <w:t>，该年级</w:t>
      </w:r>
      <w:r>
        <w:rPr>
          <w:rFonts w:ascii="Times New Roman" w:eastAsia="Times New Roman" w:hAnsi="Times New Roman" w:cs="Times New Roman"/>
          <w:color w:val="000000"/>
        </w:rPr>
        <w:t>4</w:t>
      </w:r>
      <w:r>
        <w:rPr>
          <w:rFonts w:ascii="宋体" w:eastAsia="宋体" w:hAnsi="宋体" w:cs="宋体"/>
          <w:color w:val="000000"/>
        </w:rPr>
        <w:t>班这个月音体美选修课程上课次数最多可能是</w:t>
      </w:r>
      <w:r>
        <w:rPr>
          <w:color w:val="000000"/>
        </w:rPr>
        <w:t>_________</w:t>
      </w:r>
      <w:r>
        <w:rPr>
          <w:rFonts w:ascii="宋体" w:eastAsia="宋体" w:hAnsi="宋体" w:cs="宋体"/>
          <w:color w:val="000000"/>
        </w:rPr>
        <w:t>次．</w:t>
      </w:r>
    </w:p>
    <w:p>
      <w:pPr>
        <w:spacing w:line="360" w:lineRule="auto"/>
        <w:textAlignment w:val="center"/>
        <w:rPr>
          <w:color w:val="000000"/>
        </w:rPr>
      </w:pPr>
      <w:r>
        <w:rPr>
          <w:color w:val="2E75B6"/>
        </w:rPr>
        <w:t>【答案】</w:t>
      </w:r>
      <w:r>
        <w:rPr>
          <w:color w:val="000000"/>
        </w:rPr>
        <w:t xml:space="preserve">    ①. </w:t>
      </w:r>
      <w:r>
        <w:rPr>
          <w:color w:val="000000"/>
        </w:rPr>
        <w:t>科技类选修课程每次上课时间为1h，</w:t>
      </w:r>
      <w:r>
        <w:rPr>
          <w:color w:val="000000"/>
        </w:rPr>
        <w:t xml:space="preserve">    ②. </w:t>
      </w:r>
      <w:r>
        <w:rPr>
          <w:color w:val="000000"/>
        </w:rPr>
        <w:t>该年级4班这个月音体美选修课程上课次数最多可能是6</w:t>
      </w:r>
      <w:r>
        <w:rPr>
          <w:rFonts w:ascii="宋体" w:eastAsia="宋体" w:hAnsi="宋体" w:cs="宋体"/>
          <w:color w:val="000000"/>
        </w:rPr>
        <w:t>次</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根据题意和题目中的数据，可以先求出科技类选修课程上课的时间和学科类选修课程上课的时间，然后根据活动次数都是正整数和</w:t>
      </w:r>
      <w:r>
        <w:rPr>
          <w:rFonts w:ascii="Times New Roman" w:eastAsia="Times New Roman" w:hAnsi="Times New Roman" w:cs="Times New Roman"/>
          <w:color w:val="000000"/>
        </w:rPr>
        <w:t>0</w:t>
      </w:r>
      <w:r>
        <w:rPr>
          <w:rFonts w:ascii="宋体" w:eastAsia="宋体" w:hAnsi="宋体" w:cs="宋体"/>
          <w:color w:val="000000"/>
        </w:rPr>
        <w:t>，即可得答案．</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 xml:space="preserve"> </w:t>
      </w:r>
      <w:r>
        <w:rPr>
          <w:rFonts w:ascii="宋体" w:eastAsia="宋体" w:hAnsi="宋体" w:cs="宋体"/>
          <w:color w:val="000000"/>
        </w:rPr>
        <w:t>设科技类选修课程上课的时间</w:t>
      </w:r>
      <w:r>
        <w:rPr>
          <w:rFonts w:ascii="Times New Roman" w:eastAsia="Times New Roman" w:hAnsi="Times New Roman" w:cs="Times New Roman"/>
          <w:i/>
          <w:color w:val="000000"/>
        </w:rPr>
        <w:t>x</w:t>
      </w:r>
      <w:r>
        <w:rPr>
          <w:rFonts w:ascii="Times New Roman" w:eastAsia="Times New Roman" w:hAnsi="Times New Roman" w:cs="Times New Roman"/>
          <w:color w:val="000000"/>
        </w:rPr>
        <w:t>h</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由题意得：</w:t>
      </w:r>
      <w:r>
        <w:pict>
          <v:shape id="_x0000_i721605" type="#_x0000_t75" alt="学科网(www.zxxk.com)--教育资源门户，提供试卷、教案、课件、论文、素材以及各类教学资源下载，还有大量而丰富的教学相关资讯！" style="width:87pt;height:20.25pt" o:oleicon="f" o:ole="">
            <v:imagedata r:id="rId73" o:title="eqId52063f421bc944b06d271bf50385778a"/>
          </v:shape>
        </w:pict>
      </w:r>
    </w:p>
    <w:p>
      <w:pPr>
        <w:spacing w:line="360" w:lineRule="auto"/>
        <w:jc w:val="both"/>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both"/>
        <w:textAlignment w:val="center"/>
        <w:rPr>
          <w:color w:val="000000"/>
        </w:rPr>
      </w:pPr>
      <w:r>
        <w:pict>
          <v:shape id="_x0000_i721606" type="#_x0000_t75" alt="学科网(www.zxxk.com)--教育资源门户，提供试卷、教案、课件、论文、素材以及各类教学资源下载，还有大量而丰富的教学相关资讯！" style="width:9.75pt;height:9pt" o:oleicon="f" o:ole="">
            <v:imagedata r:id="rId74" o:title="eqId2de0d10ef8b748d4531250c37c5d3f9e"/>
          </v:shape>
        </w:pict>
      </w:r>
      <w:r>
        <w:rPr>
          <w:rFonts w:ascii="宋体" w:eastAsia="宋体" w:hAnsi="宋体" w:cs="宋体"/>
          <w:color w:val="000000"/>
        </w:rPr>
        <w:t>科技类选修课程上课的时间为</w:t>
      </w:r>
      <w:r>
        <w:rPr>
          <w:rFonts w:ascii="Times New Roman" w:eastAsia="Times New Roman" w:hAnsi="Times New Roman" w:cs="Times New Roman"/>
          <w:color w:val="000000"/>
        </w:rPr>
        <w:t>1h</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同理可以求出学科类选修课程上课的时间为：</w:t>
      </w:r>
      <w:r>
        <w:pict>
          <v:shape id="_x0000_i721607" type="#_x0000_t75" alt="学科网(www.zxxk.com)--教育资源门户，提供试卷、教案、课件、论文、素材以及各类教学资源下载，还有大量而丰富的教学相关资讯！" style="width:123.75pt;height:18pt" o:oleicon="f" o:ole="">
            <v:imagedata r:id="rId75" o:title="eqId3b78744ebc233aa2e801090870294df2"/>
          </v:shape>
        </w:pict>
      </w:r>
    </w:p>
    <w:p>
      <w:pPr>
        <w:spacing w:line="360" w:lineRule="auto"/>
        <w:jc w:val="both"/>
        <w:textAlignment w:val="center"/>
        <w:rPr>
          <w:color w:val="000000"/>
        </w:rPr>
      </w:pPr>
      <w:r>
        <w:pict>
          <v:shape id="_x0000_i721608" type="#_x0000_t75" alt="学科网(www.zxxk.com)--教育资源门户，提供试卷、教案、课件、论文、素材以及各类教学资源下载，还有大量而丰富的教学相关资讯！" style="width:9.75pt;height:9pt" o:oleicon="f" o:ole="">
            <v:imagedata r:id="rId76" o:title="eqId2de0d10ef8b748d4531250c37c5d3f9e"/>
          </v:shape>
        </w:pict>
      </w:r>
      <w:r>
        <w:rPr>
          <w:rFonts w:ascii="宋体" w:eastAsia="宋体" w:hAnsi="宋体" w:cs="宋体"/>
          <w:color w:val="000000"/>
        </w:rPr>
        <w:t>音体美选修课程上课时间为：</w:t>
      </w:r>
      <w:r>
        <w:pict>
          <v:shape id="_x0000_i721609" type="#_x0000_t75" alt="学科网(www.zxxk.com)--教育资源门户，提供试卷、教案、课件、论文、素材以及各类教学资源下载，还有大量而丰富的教学相关资讯！" style="width:137.25pt;height:18pt" o:oleicon="f" o:ole="">
            <v:imagedata r:id="rId77" o:title="eqIdccb83314f61ec00d37996e3606d52676"/>
          </v:shape>
        </w:pict>
      </w:r>
      <w:r>
        <w:rPr>
          <w:rFonts w:ascii="Times New Roman" w:eastAsia="Times New Roman" w:hAnsi="Times New Roman" w:cs="Times New Roman"/>
          <w:color w:val="000000"/>
        </w:rPr>
        <w:t>h</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设</w:t>
      </w:r>
      <w:r>
        <w:rPr>
          <w:rFonts w:ascii="Times New Roman" w:eastAsia="Times New Roman" w:hAnsi="Times New Roman" w:cs="Times New Roman"/>
          <w:color w:val="000000"/>
        </w:rPr>
        <w:t>4</w:t>
      </w:r>
      <w:r>
        <w:rPr>
          <w:rFonts w:ascii="宋体" w:eastAsia="宋体" w:hAnsi="宋体" w:cs="宋体"/>
          <w:color w:val="000000"/>
        </w:rPr>
        <w:t>班音体美选修课程上课次数最多为</w:t>
      </w:r>
      <w:r>
        <w:rPr>
          <w:rFonts w:ascii="Times New Roman" w:eastAsia="Times New Roman" w:hAnsi="Times New Roman" w:cs="Times New Roman"/>
          <w:i/>
          <w:color w:val="000000"/>
        </w:rPr>
        <w:t>y</w:t>
      </w:r>
      <w:r>
        <w:rPr>
          <w:rFonts w:ascii="宋体" w:eastAsia="宋体" w:hAnsi="宋体" w:cs="宋体"/>
          <w:color w:val="000000"/>
        </w:rPr>
        <w:t>次，则</w:t>
      </w:r>
      <w:r>
        <w:rPr>
          <w:rFonts w:ascii="Times New Roman" w:eastAsia="Times New Roman" w:hAnsi="Times New Roman" w:cs="Times New Roman"/>
          <w:color w:val="000000"/>
        </w:rPr>
        <w:t>4</w:t>
      </w:r>
      <w:r>
        <w:rPr>
          <w:rFonts w:ascii="宋体" w:eastAsia="宋体" w:hAnsi="宋体" w:cs="宋体"/>
          <w:color w:val="000000"/>
        </w:rPr>
        <w:t>班学科类选修课程上课的次数为：</w:t>
      </w:r>
    </w:p>
    <w:p>
      <w:pPr>
        <w:spacing w:line="360" w:lineRule="auto"/>
        <w:jc w:val="both"/>
        <w:textAlignment w:val="center"/>
        <w:rPr>
          <w:color w:val="000000"/>
        </w:rPr>
      </w:pPr>
      <w:r>
        <w:pict>
          <v:shape id="_x0000_i721610" type="#_x0000_t75" alt="学科网(www.zxxk.com)--教育资源门户，提供试卷、教案、课件、论文、素材以及各类教学资源下载，还有大量而丰富的教学相关资讯！" style="width:173.25pt;height:30.75pt" o:oleicon="f" o:ole="">
            <v:imagedata r:id="rId78" o:title="eqIdc532090b03ceb4149ea936f755ac3603"/>
          </v:shape>
        </w:pict>
      </w:r>
      <w:r>
        <w:rPr>
          <w:rFonts w:ascii="Times New Roman" w:eastAsia="Times New Roman" w:hAnsi="Times New Roman" w:cs="Times New Roman"/>
          <w:color w:val="000000"/>
        </w:rPr>
        <w:t xml:space="preserve"> </w:t>
      </w:r>
    </w:p>
    <w:p>
      <w:pPr>
        <w:spacing w:line="360" w:lineRule="auto"/>
        <w:jc w:val="both"/>
        <w:textAlignment w:val="center"/>
        <w:rPr>
          <w:color w:val="000000"/>
        </w:rPr>
      </w:pPr>
      <w:r>
        <w:pict>
          <v:shape id="_x0000_i721611" type="#_x0000_t75" alt="学科网(www.zxxk.com)--教育资源门户，提供试卷、教案、课件、论文、素材以及各类教学资源下载，还有大量而丰富的教学相关资讯！" style="width:9.75pt;height:8.25pt" o:oleicon="f" o:ole="">
            <v:imagedata r:id="rId79" o:title="eqId16f3d198e76391779fa3badc848c8ac8"/>
          </v:shape>
        </w:pict>
      </w:r>
      <w:r>
        <w:rPr>
          <w:color w:val="000000"/>
        </w:rPr>
        <w:t>上课次数</w:t>
      </w:r>
      <w:r>
        <w:rPr>
          <w:rFonts w:ascii="宋体" w:eastAsia="宋体" w:hAnsi="宋体" w:cs="宋体"/>
          <w:color w:val="000000"/>
        </w:rPr>
        <w:t>都是正整数和</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both"/>
        <w:textAlignment w:val="center"/>
        <w:rPr>
          <w:color w:val="000000"/>
        </w:rPr>
      </w:pPr>
      <w:r>
        <w:pict>
          <v:shape id="_x0000_i721612" type="#_x0000_t75" alt="学科网(www.zxxk.com)--教育资源门户，提供试卷、教案、课件、论文、素材以及各类教学资源下载，还有大量而丰富的教学相关资讯！" style="width:47.25pt;height:15pt" o:oleicon="f" o:ole="">
            <v:imagedata r:id="rId80" o:title="eqId25b9c2dc69282e991f710afc44c7ab29"/>
          </v:shape>
        </w:pict>
      </w:r>
      <w:r>
        <w:rPr>
          <w:rFonts w:ascii="宋体" w:eastAsia="宋体" w:hAnsi="宋体" w:cs="宋体"/>
          <w:color w:val="000000"/>
        </w:rPr>
        <w:t>一定是正整数和</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both"/>
        <w:textAlignment w:val="center"/>
        <w:rPr>
          <w:color w:val="000000"/>
        </w:rPr>
      </w:pPr>
      <w:r>
        <w:pict>
          <v:shape id="_x0000_i721613" type="#_x0000_t75" alt="学科网(www.zxxk.com)--教育资源门户，提供试卷、教案、课件、论文、素材以及各类教学资源下载，还有大量而丰富的教学相关资讯！" style="width:18.5pt;height:13pt" o:oleicon="f" o:ole="">
            <v:imagedata r:id="rId81" o:title="eqId9a33b12b3e29154e6615d4136e943045"/>
          </v:shape>
        </w:pict>
      </w:r>
      <w:r>
        <w:rPr>
          <w:rFonts w:ascii="宋体" w:eastAsia="宋体" w:hAnsi="宋体" w:cs="宋体"/>
          <w:color w:val="000000"/>
        </w:rPr>
        <w:t>的值可以为</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或</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both"/>
        <w:textAlignment w:val="center"/>
        <w:rPr>
          <w:color w:val="000000"/>
        </w:rPr>
      </w:pPr>
      <w:r>
        <w:pict>
          <v:shape id="_x0000_i721614" type="#_x0000_t75" alt="学科网(www.zxxk.com)--教育资源门户，提供试卷、教案、课件、论文、素材以及各类教学资源下载，还有大量而丰富的教学相关资讯！" style="width:9.75pt;height:9pt" o:oleicon="f" o:ole="">
            <v:imagedata r:id="rId82" o:title="eqId2de0d10ef8b748d4531250c37c5d3f9e"/>
          </v:shape>
        </w:pict>
      </w:r>
      <w:r>
        <w:rPr>
          <w:rFonts w:ascii="Times New Roman" w:eastAsia="Times New Roman" w:hAnsi="Times New Roman" w:cs="Times New Roman"/>
          <w:color w:val="000000"/>
        </w:rPr>
        <w:t xml:space="preserve"> </w:t>
      </w:r>
      <w:r>
        <w:rPr>
          <w:rFonts w:ascii="宋体" w:eastAsia="宋体" w:hAnsi="宋体" w:cs="宋体"/>
          <w:color w:val="000000"/>
        </w:rPr>
        <w:t>该年级</w:t>
      </w:r>
      <w:r>
        <w:rPr>
          <w:rFonts w:ascii="Times New Roman" w:eastAsia="Times New Roman" w:hAnsi="Times New Roman" w:cs="Times New Roman"/>
          <w:color w:val="000000"/>
        </w:rPr>
        <w:t>4</w:t>
      </w:r>
      <w:r>
        <w:rPr>
          <w:rFonts w:ascii="宋体" w:eastAsia="宋体" w:hAnsi="宋体" w:cs="宋体"/>
          <w:color w:val="000000"/>
        </w:rPr>
        <w:t>班这个月音体美选修课程上课次数最多是</w:t>
      </w:r>
      <w:r>
        <w:rPr>
          <w:rFonts w:ascii="Times New Roman" w:eastAsia="Times New Roman" w:hAnsi="Times New Roman" w:cs="Times New Roman"/>
          <w:color w:val="000000"/>
        </w:rPr>
        <w:t>6</w:t>
      </w:r>
      <w:r>
        <w:rPr>
          <w:rFonts w:ascii="宋体" w:eastAsia="宋体" w:hAnsi="宋体" w:cs="宋体"/>
          <w:color w:val="000000"/>
        </w:rPr>
        <w:t>次．</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本题主要考查了一元一次方程的应用，解题的关键求出科技类选修课程上课的时间和学科类选修课程上课的时间．</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8</w:t>
      </w:r>
      <w:r>
        <w:rPr>
          <w:rFonts w:ascii="宋体" w:eastAsia="宋体" w:hAnsi="宋体" w:cs="宋体"/>
          <w:b/>
          <w:color w:val="000000"/>
          <w:sz w:val="24"/>
        </w:rPr>
        <w:t>个小题）</w:t>
      </w:r>
    </w:p>
    <w:p>
      <w:pPr>
        <w:pStyle w:val="Heading2"/>
      </w:pPr>
      <w:r>
        <w:t>东城区文汇中学</w:t>
      </w:r>
    </w:p>
    <w:p>
      <w:pPr>
        <w:spacing w:line="360" w:lineRule="auto"/>
        <w:jc w:val="left"/>
        <w:textAlignment w:val="center"/>
        <w:rPr>
          <w:color w:val="000000"/>
        </w:rPr>
      </w:pPr>
      <w:r>
        <w:rPr>
          <w:color w:val="000000"/>
        </w:rPr>
        <w:t xml:space="preserve">18. </w:t>
      </w:r>
      <w:r>
        <w:rPr>
          <w:rFonts w:ascii="宋体" w:eastAsia="宋体" w:hAnsi="宋体" w:cs="宋体"/>
          <w:color w:val="000000"/>
        </w:rPr>
        <w:t>一只小球落在数轴上的某点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，第一次从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向左跳</w:t>
      </w:r>
      <w:r>
        <w:rPr>
          <w:rFonts w:ascii="Times New Roman" w:eastAsia="Times New Roman" w:hAnsi="Times New Roman" w:cs="Times New Roman"/>
          <w:color w:val="000000"/>
        </w:rPr>
        <w:t>1</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，第二次从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向右跳</w:t>
      </w:r>
      <w:r>
        <w:rPr>
          <w:rFonts w:ascii="Times New Roman" w:eastAsia="Times New Roman" w:hAnsi="Times New Roman" w:cs="Times New Roman"/>
          <w:color w:val="000000"/>
        </w:rPr>
        <w:t>2</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，第三次从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向左跳</w:t>
      </w:r>
      <w:r>
        <w:rPr>
          <w:rFonts w:ascii="Times New Roman" w:eastAsia="Times New Roman" w:hAnsi="Times New Roman" w:cs="Times New Roman"/>
          <w:color w:val="000000"/>
        </w:rPr>
        <w:t>3</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．第四次从</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向右跳</w:t>
      </w:r>
      <w:r>
        <w:rPr>
          <w:rFonts w:ascii="Times New Roman" w:eastAsia="Times New Roman" w:hAnsi="Times New Roman" w:cs="Times New Roman"/>
          <w:color w:val="000000"/>
        </w:rPr>
        <w:t>4</w:t>
      </w:r>
      <w:r>
        <w:rPr>
          <w:rFonts w:ascii="宋体" w:eastAsia="宋体" w:hAnsi="宋体" w:cs="宋体"/>
          <w:color w:val="000000"/>
        </w:rPr>
        <w:t>个单位到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4</w:t>
      </w:r>
      <w:r>
        <w:rPr>
          <w:rFonts w:ascii="宋体" w:eastAsia="宋体" w:hAnsi="宋体" w:cs="宋体"/>
          <w:color w:val="000000"/>
        </w:rPr>
        <w:t>…．若小球从原点出发，按以上规律跳了</w:t>
      </w:r>
      <w:r>
        <w:rPr>
          <w:rFonts w:ascii="Times New Roman" w:eastAsia="Times New Roman" w:hAnsi="Times New Roman" w:cs="Times New Roman"/>
          <w:color w:val="000000"/>
        </w:rPr>
        <w:t>6</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6</w:t>
      </w:r>
      <w:r>
        <w:rPr>
          <w:rFonts w:ascii="宋体" w:eastAsia="宋体" w:hAnsi="宋体" w:cs="宋体"/>
          <w:color w:val="000000"/>
        </w:rPr>
        <w:t>所表示的数是</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；若小球按以上规律跳了</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2n</w:t>
      </w:r>
      <w:r>
        <w:rPr>
          <w:rFonts w:ascii="宋体" w:eastAsia="宋体" w:hAnsi="宋体" w:cs="宋体"/>
          <w:color w:val="000000"/>
        </w:rPr>
        <w:t>所表示的数恰好是</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，则这只小球的初始位置点所表示的数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是</w:t>
      </w:r>
      <w:r>
        <w:rPr>
          <w:rFonts w:ascii="Times New Roman" w:eastAsia="Times New Roman" w:hAnsi="Times New Roman" w:cs="Times New Roman"/>
          <w:color w:val="000000"/>
        </w:rPr>
        <w:t xml:space="preserve"> </w:t>
      </w:r>
      <w:r>
        <w:rPr>
          <w:color w:val="000000"/>
        </w:rPr>
        <w:t>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3</w:t>
      </w:r>
      <w:r>
        <w:rPr>
          <w:color w:val="000000"/>
        </w:rPr>
        <w:t xml:space="preserve">    ②. </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根据向左减向右加的规律计算得到第</w:t>
      </w:r>
      <w:r>
        <w:rPr>
          <w:rFonts w:ascii="Times New Roman" w:eastAsia="Times New Roman" w:hAnsi="Times New Roman" w:cs="Times New Roman"/>
          <w:color w:val="000000"/>
        </w:rPr>
        <w:t>6</w:t>
      </w:r>
      <w:r>
        <w:rPr>
          <w:rFonts w:ascii="宋体" w:eastAsia="宋体" w:hAnsi="宋体" w:cs="宋体"/>
          <w:color w:val="000000"/>
        </w:rPr>
        <w:t>次跳后落点所表示的数，再计算第</w:t>
      </w:r>
      <w:r>
        <w:rPr>
          <w:rFonts w:ascii="Times New Roman" w:eastAsia="Times New Roman" w:hAnsi="Times New Roman" w:cs="Times New Roman"/>
          <w:color w:val="000000"/>
        </w:rPr>
        <w:t>8</w:t>
      </w:r>
      <w:r>
        <w:rPr>
          <w:rFonts w:ascii="宋体" w:eastAsia="宋体" w:hAnsi="宋体" w:cs="宋体"/>
          <w:color w:val="000000"/>
        </w:rPr>
        <w:t>次，第</w:t>
      </w:r>
      <w:r>
        <w:rPr>
          <w:rFonts w:ascii="Times New Roman" w:eastAsia="Times New Roman" w:hAnsi="Times New Roman" w:cs="Times New Roman"/>
          <w:color w:val="000000"/>
        </w:rPr>
        <w:t>10</w:t>
      </w:r>
      <w:r>
        <w:rPr>
          <w:rFonts w:ascii="宋体" w:eastAsia="宋体" w:hAnsi="宋体" w:cs="宋体"/>
          <w:color w:val="000000"/>
        </w:rPr>
        <w:t>次跳后表示的数，由此得到规律：跳了</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2n</w:t>
      </w:r>
      <w:r>
        <w:rPr>
          <w:rFonts w:ascii="宋体" w:eastAsia="宋体" w:hAnsi="宋体" w:cs="宋体"/>
          <w:color w:val="000000"/>
        </w:rPr>
        <w:t>所表示的数</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pict>
          <v:shape id="_x0000_i721615" type="#_x0000_t75" alt="学科网(www.zxxk.com)--教育资源门户，提供试卷、教案、课件、论文、素材以及各类教学资源下载，还有大量而丰富的教学相关资讯！" style="width:9.75pt;height:9.75pt" o:oleicon="f" o:ole="">
            <v:imagedata r:id="rId83" o:title="eqId09052719a6d55df23d74d8e3956257ea"/>
          </v:shape>
        </w:pic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，由此再列得</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，计算即可．</w:t>
      </w:r>
    </w:p>
    <w:p>
      <w:pPr>
        <w:spacing w:line="360" w:lineRule="auto"/>
        <w:jc w:val="left"/>
        <w:textAlignment w:val="center"/>
        <w:rPr>
          <w:color w:val="000000"/>
        </w:rPr>
      </w:pPr>
      <w:r>
        <w:rPr>
          <w:color w:val="000000"/>
        </w:rPr>
        <w:t>【详解】</w:t>
      </w:r>
      <w:r>
        <w:rPr>
          <w:rFonts w:ascii="宋体" w:eastAsia="宋体" w:hAnsi="宋体" w:cs="宋体"/>
          <w:color w:val="000000"/>
        </w:rPr>
        <w:t>解：小球从原点出发，跳了</w:t>
      </w:r>
      <w:r>
        <w:rPr>
          <w:rFonts w:ascii="Times New Roman" w:eastAsia="Times New Roman" w:hAnsi="Times New Roman" w:cs="Times New Roman"/>
          <w:color w:val="000000"/>
        </w:rPr>
        <w:t>6</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6</w:t>
      </w:r>
      <w:r>
        <w:rPr>
          <w:rFonts w:ascii="宋体" w:eastAsia="宋体" w:hAnsi="宋体" w:cs="宋体"/>
          <w:color w:val="000000"/>
        </w:rPr>
        <w:t>所表示的数是</w:t>
      </w:r>
      <w:r>
        <w:rPr>
          <w:rFonts w:ascii="Times New Roman" w:eastAsia="Times New Roman" w:hAnsi="Times New Roman" w:cs="Times New Roman"/>
          <w:color w:val="000000"/>
        </w:rPr>
        <w:t>0-1+2-3+4-5+6=3</w:t>
      </w:r>
      <w:r>
        <w:rPr>
          <w:rFonts w:ascii="宋体" w:eastAsia="宋体" w:hAnsi="宋体" w:cs="宋体"/>
          <w:color w:val="000000"/>
        </w:rPr>
        <w:t>，即</w:t>
      </w:r>
      <w:r>
        <w:rPr>
          <w:rFonts w:ascii="Times New Roman" w:eastAsia="Times New Roman" w:hAnsi="Times New Roman" w:cs="Times New Roman"/>
          <w:color w:val="000000"/>
        </w:rPr>
        <w:t>6</w:t>
      </w:r>
      <w:r>
        <w:pict>
          <v:shape id="_x0000_i721616" type="#_x0000_t75" alt="学科网(www.zxxk.com)--教育资源门户，提供试卷、教案、课件、论文、素材以及各类教学资源下载，还有大量而丰富的教学相关资讯！" style="width:9.75pt;height:9.75pt" o:oleicon="f" o:ole="">
            <v:imagedata r:id="rId84" o:title="eqId09052719a6d55df23d74d8e3956257ea"/>
          </v:shape>
        </w:pict>
      </w:r>
      <w:r>
        <w:rPr>
          <w:rFonts w:ascii="Times New Roman" w:eastAsia="Times New Roman" w:hAnsi="Times New Roman" w:cs="Times New Roman"/>
          <w:color w:val="000000"/>
        </w:rPr>
        <w:t>2=3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小球从原点出发，跳了</w:t>
      </w:r>
      <w:r>
        <w:rPr>
          <w:rFonts w:ascii="Times New Roman" w:eastAsia="Times New Roman" w:hAnsi="Times New Roman" w:cs="Times New Roman"/>
          <w:color w:val="000000"/>
        </w:rPr>
        <w:t>8</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8</w:t>
      </w:r>
      <w:r>
        <w:rPr>
          <w:rFonts w:ascii="宋体" w:eastAsia="宋体" w:hAnsi="宋体" w:cs="宋体"/>
          <w:color w:val="000000"/>
        </w:rPr>
        <w:t>所表示的数是</w:t>
      </w:r>
      <w:r>
        <w:rPr>
          <w:rFonts w:ascii="Times New Roman" w:eastAsia="Times New Roman" w:hAnsi="Times New Roman" w:cs="Times New Roman"/>
          <w:color w:val="000000"/>
        </w:rPr>
        <w:t>0-1+2-3+4-5+6-7+8=4</w:t>
      </w:r>
      <w:r>
        <w:rPr>
          <w:rFonts w:ascii="宋体" w:eastAsia="宋体" w:hAnsi="宋体" w:cs="宋体"/>
          <w:color w:val="000000"/>
        </w:rPr>
        <w:t>，即</w:t>
      </w:r>
      <w:r>
        <w:rPr>
          <w:rFonts w:ascii="Times New Roman" w:eastAsia="Times New Roman" w:hAnsi="Times New Roman" w:cs="Times New Roman"/>
          <w:color w:val="000000"/>
        </w:rPr>
        <w:t>8</w:t>
      </w:r>
      <w:r>
        <w:pict>
          <v:shape id="_x0000_i721617" type="#_x0000_t75" alt="学科网(www.zxxk.com)--教育资源门户，提供试卷、教案、课件、论文、素材以及各类教学资源下载，还有大量而丰富的教学相关资讯！" style="width:9.75pt;height:9.75pt" o:oleicon="f" o:ole="">
            <v:imagedata r:id="rId85" o:title="eqId09052719a6d55df23d74d8e3956257ea"/>
          </v:shape>
        </w:pict>
      </w:r>
      <w:r>
        <w:rPr>
          <w:rFonts w:ascii="Times New Roman" w:eastAsia="Times New Roman" w:hAnsi="Times New Roman" w:cs="Times New Roman"/>
          <w:color w:val="000000"/>
        </w:rPr>
        <w:t>2=4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小球从原点出发，跳了</w:t>
      </w:r>
      <w:r>
        <w:rPr>
          <w:rFonts w:ascii="Times New Roman" w:eastAsia="Times New Roman" w:hAnsi="Times New Roman" w:cs="Times New Roman"/>
          <w:color w:val="000000"/>
        </w:rPr>
        <w:t>10</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10</w:t>
      </w:r>
      <w:r>
        <w:rPr>
          <w:rFonts w:ascii="宋体" w:eastAsia="宋体" w:hAnsi="宋体" w:cs="宋体"/>
          <w:color w:val="000000"/>
        </w:rPr>
        <w:t>所表示的数是</w:t>
      </w:r>
      <w:r>
        <w:rPr>
          <w:rFonts w:ascii="Times New Roman" w:eastAsia="Times New Roman" w:hAnsi="Times New Roman" w:cs="Times New Roman"/>
          <w:color w:val="000000"/>
        </w:rPr>
        <w:t>0-1+2-3+4-5+6-7+8-9+10=5</w:t>
      </w:r>
      <w:r>
        <w:rPr>
          <w:rFonts w:ascii="宋体" w:eastAsia="宋体" w:hAnsi="宋体" w:cs="宋体"/>
          <w:color w:val="000000"/>
        </w:rPr>
        <w:t>，即</w:t>
      </w:r>
      <w:r>
        <w:rPr>
          <w:rFonts w:ascii="Times New Roman" w:eastAsia="Times New Roman" w:hAnsi="Times New Roman" w:cs="Times New Roman"/>
          <w:color w:val="000000"/>
        </w:rPr>
        <w:t>10</w:t>
      </w:r>
      <w:r>
        <w:pict>
          <v:shape id="_x0000_i721618" type="#_x0000_t75" alt="学科网(www.zxxk.com)--教育资源门户，提供试卷、教案、课件、论文、素材以及各类教学资源下载，还有大量而丰富的教学相关资讯！" style="width:9.75pt;height:9.75pt" o:oleicon="f" o:ole="">
            <v:imagedata r:id="rId86" o:title="eqId09052719a6d55df23d74d8e3956257ea"/>
          </v:shape>
        </w:pict>
      </w:r>
      <w:r>
        <w:rPr>
          <w:rFonts w:ascii="Times New Roman" w:eastAsia="Times New Roman" w:hAnsi="Times New Roman" w:cs="Times New Roman"/>
          <w:color w:val="000000"/>
        </w:rPr>
        <w:t>2=5</w:t>
      </w:r>
      <w:r>
        <w:rPr>
          <w:rFonts w:ascii="宋体" w:eastAsia="宋体" w:hAnsi="宋体" w:cs="宋体"/>
          <w:color w:val="000000"/>
        </w:rPr>
        <w:t>；</w:t>
      </w:r>
    </w:p>
    <w:p>
      <w:pPr>
        <w:spacing w:line="360" w:lineRule="auto"/>
        <w:jc w:val="left"/>
        <w:textAlignment w:val="center"/>
        <w:rPr>
          <w:color w:val="000000"/>
        </w:rPr>
      </w:pPr>
      <w:r>
        <w:pict>
          <v:shape id="_x0000_i721619" type="#_x0000_t75" alt="学科网(www.zxxk.com)--教育资源门户，提供试卷、教案、课件、论文、素材以及各类教学资源下载，还有大量而丰富的教学相关资讯！" style="width:13.95pt;height:8pt" o:oleicon="f" o:ole="">
            <v:imagedata r:id="rId87" o:title="eqIddaa5e9bd516f6282483b92cfe6074623"/>
          </v:shape>
        </w:pi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由此可得：若小球按以上规律跳了</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次时，它落在数轴上的点</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2n</w:t>
      </w:r>
      <w:r>
        <w:rPr>
          <w:rFonts w:ascii="宋体" w:eastAsia="宋体" w:hAnsi="宋体" w:cs="宋体"/>
          <w:color w:val="000000"/>
        </w:rPr>
        <w:t>所表示的数</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pict>
          <v:shape id="_x0000_i721620" type="#_x0000_t75" alt="学科网(www.zxxk.com)--教育资源门户，提供试卷、教案、课件、论文、素材以及各类教学资源下载，还有大量而丰富的教学相关资讯！" style="width:9.75pt;height:9.75pt" o:oleicon="f" o:ole="">
            <v:imagedata r:id="rId88" o:title="eqId09052719a6d55df23d74d8e3956257ea"/>
          </v:shape>
        </w:pic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2n</w:t>
      </w:r>
      <w:r>
        <w:rPr>
          <w:rFonts w:ascii="宋体" w:eastAsia="宋体" w:hAnsi="宋体" w:cs="宋体"/>
          <w:color w:val="000000"/>
        </w:rPr>
        <w:t>所表示的数恰好是</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∴这只小球的初始位置点所表示的数</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0</w:t>
      </w:r>
      <w:r>
        <w:rPr>
          <w:rFonts w:ascii="宋体" w:eastAsia="宋体" w:hAnsi="宋体" w:cs="宋体"/>
          <w:color w:val="000000"/>
        </w:rPr>
        <w:t>是</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此题考查数轴上点的运动规律计算，数字列规律计算，发现规律并应用解决问题是解题的关键．</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54</w:t>
      </w:r>
      <w:r>
        <w:rPr>
          <w:rFonts w:ascii="宋体" w:eastAsia="宋体" w:hAnsi="宋体" w:cs="宋体"/>
          <w:b/>
          <w:color w:val="000000"/>
          <w:sz w:val="24"/>
        </w:rPr>
        <w:t>分）</w:t>
      </w:r>
    </w:p>
    <w:p>
      <w:pPr>
        <w:pStyle w:val="Heading2"/>
      </w:pPr>
      <w:r>
        <w:t>丰台区丰台二中</w:t>
      </w:r>
    </w:p>
    <w:p>
      <w:pPr>
        <w:spacing w:line="360" w:lineRule="auto"/>
        <w:jc w:val="left"/>
        <w:textAlignment w:val="center"/>
        <w:rPr>
          <w:color w:val="000000"/>
        </w:rPr>
      </w:pPr>
      <w:r>
        <w:rPr>
          <w:color w:val="000000"/>
        </w:rPr>
        <w:t xml:space="preserve">18. </w:t>
      </w:r>
      <w:r>
        <w:rPr>
          <w:rFonts w:ascii="宋体" w:eastAsia="宋体" w:hAnsi="宋体" w:cs="宋体"/>
          <w:color w:val="000000"/>
        </w:rPr>
        <w:t>为了保密，许多情况下需要采用密码，破译密码有一把“钥匙”．如图</w:t>
      </w:r>
      <w:r>
        <w:rPr>
          <w:rFonts w:ascii="Times New Roman" w:eastAsia="Times New Roman" w:hAnsi="Times New Roman" w:cs="Times New Roman"/>
          <w:color w:val="000000"/>
        </w:rPr>
        <w:t>1</w:t>
      </w:r>
      <w:r>
        <w:rPr>
          <w:rFonts w:ascii="宋体" w:eastAsia="宋体" w:hAnsi="宋体" w:cs="宋体"/>
          <w:color w:val="000000"/>
        </w:rPr>
        <w:t>，密码“钥匙”显示</w:t>
      </w:r>
      <w:r>
        <w:pict>
          <v:shape id="_x0000_i721621" type="#_x0000_t75" alt="学科网(www.zxxk.com)--教育资源门户，提供试卷、教案、课件、论文、素材以及各类教学资源下载，还有大量而丰富的教学相关资讯！" style="width:29.25pt;height:14.25pt" o:oleicon="f" o:ole="">
            <v:imagedata r:id="rId89" o:title="eqId22380481f5b7de102beb0fc0788cbc5a"/>
          </v:shape>
        </w:pict>
      </w:r>
      <w:r>
        <w:rPr>
          <w:rFonts w:ascii="宋体" w:eastAsia="宋体" w:hAnsi="宋体" w:cs="宋体"/>
          <w:color w:val="000000"/>
        </w:rPr>
        <w:t>，表示将密文中每个字母在图</w:t>
      </w:r>
      <w:r>
        <w:rPr>
          <w:rFonts w:ascii="Times New Roman" w:eastAsia="Times New Roman" w:hAnsi="Times New Roman" w:cs="Times New Roman"/>
          <w:color w:val="000000"/>
        </w:rPr>
        <w:t>2</w:t>
      </w:r>
      <w:r>
        <w:rPr>
          <w:rFonts w:ascii="宋体" w:eastAsia="宋体" w:hAnsi="宋体" w:cs="宋体"/>
          <w:color w:val="000000"/>
        </w:rPr>
        <w:t>中沿逆时针方向转动</w:t>
      </w:r>
      <w:r>
        <w:rPr>
          <w:rFonts w:ascii="Times New Roman" w:eastAsia="Times New Roman" w:hAnsi="Times New Roman" w:cs="Times New Roman"/>
          <w:color w:val="000000"/>
        </w:rPr>
        <w:t>3</w:t>
      </w:r>
      <w:r>
        <w:rPr>
          <w:rFonts w:ascii="宋体" w:eastAsia="宋体" w:hAnsi="宋体" w:cs="宋体"/>
          <w:color w:val="000000"/>
        </w:rPr>
        <w:t>位．例如，破译</w:t>
      </w:r>
      <w:r>
        <w:rPr>
          <w:rFonts w:ascii="Times New Roman" w:eastAsia="Times New Roman" w:hAnsi="Times New Roman" w:cs="Times New Roman"/>
          <w:i/>
          <w:color w:val="000000"/>
        </w:rPr>
        <w:t>kdssb</w:t>
      </w:r>
      <w:r>
        <w:rPr>
          <w:rFonts w:ascii="宋体" w:eastAsia="宋体" w:hAnsi="宋体" w:cs="宋体"/>
          <w:color w:val="000000"/>
        </w:rPr>
        <w:t>得</w:t>
      </w:r>
      <w:r>
        <w:rPr>
          <w:rFonts w:ascii="Times New Roman" w:eastAsia="Times New Roman" w:hAnsi="Times New Roman" w:cs="Times New Roman"/>
          <w:i/>
          <w:color w:val="000000"/>
        </w:rPr>
        <w:t>happy</w:t>
      </w:r>
      <w:r>
        <w:rPr>
          <w:rFonts w:ascii="宋体" w:eastAsia="宋体" w:hAnsi="宋体" w:cs="宋体"/>
          <w:color w:val="000000"/>
        </w:rPr>
        <w:t>．继续使用此密码“钥匙”，破译</w:t>
      </w:r>
      <w:r>
        <w:rPr>
          <w:rFonts w:ascii="Times New Roman" w:eastAsia="Times New Roman" w:hAnsi="Times New Roman" w:cs="Times New Roman"/>
          <w:i/>
          <w:color w:val="000000"/>
        </w:rPr>
        <w:t>pdwk</w:t>
      </w:r>
      <w:r>
        <w:rPr>
          <w:rFonts w:ascii="宋体" w:eastAsia="宋体" w:hAnsi="宋体" w:cs="宋体"/>
          <w:color w:val="000000"/>
        </w:rPr>
        <w:t>得</w:t>
      </w:r>
      <w:r>
        <w:rPr>
          <w:color w:val="000000"/>
        </w:rPr>
        <w:t>__________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429000" cy="1704975"/>
            <wp:docPr id="41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 name=""/>
                    <pic:cNvPicPr>
                      <a:picLocks noChangeAspect="1"/>
                    </pic:cNvPicPr>
                  </pic:nvPicPr>
                  <pic:blipFill>
                    <a:blip r:embed="rId90"/>
                    <a:stretch>
                      <a:fillRect/>
                    </a:stretch>
                  </pic:blipFill>
                  <pic:spPr>
                    <a:xfrm>
                      <a:off x="0" y="0"/>
                      <a:ext cx="3429000" cy="1704975"/>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i/>
          <w:color w:val="000000"/>
        </w:rPr>
        <w:t>math</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根据密码</w:t>
      </w:r>
      <w:r>
        <w:rPr>
          <w:rFonts w:ascii="Times New Roman" w:eastAsia="Times New Roman" w:hAnsi="Times New Roman" w:cs="Times New Roman"/>
          <w:color w:val="000000"/>
        </w:rPr>
        <w:t>“</w:t>
      </w:r>
      <w:r>
        <w:rPr>
          <w:rFonts w:ascii="宋体" w:eastAsia="宋体" w:hAnsi="宋体" w:cs="宋体"/>
          <w:color w:val="000000"/>
        </w:rPr>
        <w:t>钥匙</w:t>
      </w:r>
      <w:r>
        <w:rPr>
          <w:rFonts w:ascii="Times New Roman" w:eastAsia="Times New Roman" w:hAnsi="Times New Roman" w:cs="Times New Roman"/>
          <w:color w:val="000000"/>
        </w:rPr>
        <w:t>”</w:t>
      </w:r>
      <w:r>
        <w:rPr>
          <w:rFonts w:ascii="宋体" w:eastAsia="宋体" w:hAnsi="宋体" w:cs="宋体"/>
          <w:color w:val="000000"/>
        </w:rPr>
        <w:t>，逐一破译即可．</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i/>
          <w:color w:val="000000"/>
        </w:rPr>
        <w:t>pdwk</w:t>
      </w:r>
      <w:r>
        <w:rPr>
          <w:rFonts w:ascii="宋体" w:eastAsia="宋体" w:hAnsi="宋体" w:cs="宋体"/>
          <w:color w:val="000000"/>
        </w:rPr>
        <w:t>破译得</w:t>
      </w:r>
      <w:r>
        <w:rPr>
          <w:rFonts w:ascii="Times New Roman" w:eastAsia="Times New Roman" w:hAnsi="Times New Roman" w:cs="Times New Roman"/>
          <w:i/>
          <w:color w:val="000000"/>
        </w:rPr>
        <w:t>math</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i/>
          <w:color w:val="000000"/>
        </w:rPr>
        <w:t>math</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本题考查了密码问题，正确理解密码的意义是解题的关键．</w:t>
      </w:r>
    </w:p>
    <w:p>
      <w:pPr>
        <w:spacing w:line="360" w:lineRule="auto"/>
        <w:jc w:val="left"/>
        <w:textAlignment w:val="center"/>
        <w:rPr>
          <w:color w:val="000000"/>
        </w:rPr>
      </w:pPr>
      <w:r>
        <w:rPr>
          <w:rFonts w:ascii="宋体" w:eastAsia="宋体" w:hAnsi="宋体" w:cs="宋体"/>
          <w:b/>
          <w:color w:val="000000"/>
          <w:sz w:val="24"/>
        </w:rPr>
        <w:t>三、解答题（第</w:t>
      </w:r>
      <w:r>
        <w:rPr>
          <w:rFonts w:ascii="Times New Roman" w:eastAsia="Times New Roman" w:hAnsi="Times New Roman" w:cs="Times New Roman"/>
          <w:b/>
          <w:color w:val="000000"/>
          <w:sz w:val="24"/>
        </w:rPr>
        <w:t>19</w:t>
      </w:r>
      <w:r>
        <w:rPr>
          <w:rFonts w:ascii="宋体" w:eastAsia="宋体" w:hAnsi="宋体" w:cs="宋体"/>
          <w:b/>
          <w:color w:val="000000"/>
          <w:sz w:val="24"/>
        </w:rPr>
        <w:t>题中每小题</w:t>
      </w:r>
      <w:r>
        <w:rPr>
          <w:rFonts w:ascii="Times New Roman" w:eastAsia="Times New Roman" w:hAnsi="Times New Roman" w:cs="Times New Roman"/>
          <w:b/>
          <w:color w:val="000000"/>
          <w:sz w:val="24"/>
        </w:rPr>
        <w:t>4</w:t>
      </w:r>
      <w:r>
        <w:rPr>
          <w:rFonts w:ascii="宋体" w:eastAsia="宋体" w:hAnsi="宋体" w:cs="宋体"/>
          <w:b/>
          <w:color w:val="000000"/>
          <w:sz w:val="24"/>
        </w:rPr>
        <w:t>分共</w:t>
      </w:r>
      <w:r>
        <w:rPr>
          <w:rFonts w:ascii="Times New Roman" w:eastAsia="Times New Roman" w:hAnsi="Times New Roman" w:cs="Times New Roman"/>
          <w:b/>
          <w:color w:val="000000"/>
          <w:sz w:val="24"/>
        </w:rPr>
        <w:t>16</w:t>
      </w:r>
      <w:r>
        <w:rPr>
          <w:rFonts w:ascii="宋体" w:eastAsia="宋体" w:hAnsi="宋体" w:cs="宋体"/>
          <w:b/>
          <w:color w:val="000000"/>
          <w:sz w:val="24"/>
        </w:rPr>
        <w:t>分，第</w:t>
      </w:r>
      <w:r>
        <w:rPr>
          <w:rFonts w:ascii="Times New Roman" w:eastAsia="Times New Roman" w:hAnsi="Times New Roman" w:cs="Times New Roman"/>
          <w:b/>
          <w:color w:val="000000"/>
          <w:sz w:val="24"/>
        </w:rPr>
        <w:t>20</w:t>
      </w:r>
      <w:r>
        <w:rPr>
          <w:rFonts w:ascii="宋体" w:eastAsia="宋体" w:hAnsi="宋体" w:cs="宋体"/>
          <w:b/>
          <w:color w:val="000000"/>
          <w:sz w:val="24"/>
        </w:rPr>
        <w:t>题中每小题</w:t>
      </w:r>
      <w:r>
        <w:rPr>
          <w:rFonts w:ascii="Times New Roman" w:eastAsia="Times New Roman" w:hAnsi="Times New Roman" w:cs="Times New Roman"/>
          <w:b/>
          <w:color w:val="000000"/>
          <w:sz w:val="24"/>
        </w:rPr>
        <w:t>4</w:t>
      </w:r>
      <w:r>
        <w:rPr>
          <w:rFonts w:ascii="宋体" w:eastAsia="宋体" w:hAnsi="宋体" w:cs="宋体"/>
          <w:b/>
          <w:color w:val="000000"/>
          <w:sz w:val="24"/>
        </w:rPr>
        <w:t>分共</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题中每小题</w:t>
      </w:r>
      <w:r>
        <w:rPr>
          <w:rFonts w:ascii="Times New Roman" w:eastAsia="Times New Roman" w:hAnsi="Times New Roman" w:cs="Times New Roman"/>
          <w:b/>
          <w:color w:val="000000"/>
          <w:sz w:val="24"/>
        </w:rPr>
        <w:t>4</w:t>
      </w:r>
      <w:r>
        <w:rPr>
          <w:rFonts w:ascii="宋体" w:eastAsia="宋体" w:hAnsi="宋体" w:cs="宋体"/>
          <w:b/>
          <w:color w:val="000000"/>
          <w:sz w:val="24"/>
        </w:rPr>
        <w:t>分共</w:t>
      </w:r>
      <w:r>
        <w:rPr>
          <w:rFonts w:ascii="Times New Roman" w:eastAsia="Times New Roman" w:hAnsi="Times New Roman" w:cs="Times New Roman"/>
          <w:b/>
          <w:color w:val="000000"/>
          <w:sz w:val="24"/>
        </w:rPr>
        <w:t>16</w:t>
      </w:r>
      <w:r>
        <w:rPr>
          <w:rFonts w:ascii="宋体" w:eastAsia="宋体" w:hAnsi="宋体" w:cs="宋体"/>
          <w:b/>
          <w:color w:val="000000"/>
          <w:sz w:val="24"/>
        </w:rPr>
        <w:t>分，第</w:t>
      </w:r>
      <w:r>
        <w:rPr>
          <w:rFonts w:ascii="Times New Roman" w:eastAsia="Times New Roman" w:hAnsi="Times New Roman" w:cs="Times New Roman"/>
          <w:b/>
          <w:color w:val="000000"/>
          <w:sz w:val="24"/>
        </w:rPr>
        <w:t>23</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24</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w:t>
      </w:r>
    </w:p>
    <w:p>
      <w:pPr>
        <w:pStyle w:val="Heading2"/>
      </w:pPr>
      <w:r>
        <w:t>丰台区第十二中学</w:t>
      </w:r>
    </w:p>
    <w:p>
      <w:pPr>
        <w:spacing w:line="360" w:lineRule="auto"/>
        <w:jc w:val="left"/>
        <w:textAlignment w:val="center"/>
        <w:rPr>
          <w:color w:val="000000"/>
        </w:rPr>
      </w:pPr>
      <w:r>
        <w:rPr>
          <w:color w:val="000000"/>
        </w:rPr>
        <w:t xml:space="preserve">26. </w:t>
      </w:r>
      <w:r>
        <w:rPr>
          <w:rFonts w:ascii="宋体" w:eastAsia="宋体" w:hAnsi="宋体" w:cs="宋体"/>
          <w:color w:val="000000"/>
        </w:rPr>
        <w:t>在求两位数的平方时，可以用</w:t>
      </w:r>
      <w:r>
        <w:rPr>
          <w:rFonts w:ascii="Times New Roman" w:eastAsia="Times New Roman" w:hAnsi="Times New Roman" w:cs="Times New Roman"/>
          <w:color w:val="000000"/>
        </w:rPr>
        <w:t>“</w:t>
      </w:r>
      <w:r>
        <w:rPr>
          <w:rFonts w:ascii="宋体" w:eastAsia="宋体" w:hAnsi="宋体" w:cs="宋体"/>
          <w:color w:val="000000"/>
        </w:rPr>
        <w:t>列竖式</w:t>
      </w:r>
      <w:r>
        <w:rPr>
          <w:rFonts w:ascii="Times New Roman" w:eastAsia="Times New Roman" w:hAnsi="Times New Roman" w:cs="Times New Roman"/>
          <w:color w:val="000000"/>
        </w:rPr>
        <w:t>”</w:t>
      </w:r>
      <w:r>
        <w:rPr>
          <w:rFonts w:ascii="宋体" w:eastAsia="宋体" w:hAnsi="宋体" w:cs="宋体"/>
          <w:color w:val="000000"/>
        </w:rPr>
        <w:t>的方法进行速算，求解过程如图</w:t>
      </w:r>
      <w:r>
        <w:rPr>
          <w:rFonts w:ascii="Times New Roman" w:eastAsia="Times New Roman" w:hAnsi="Times New Roman" w:cs="Times New Roman"/>
          <w:color w:val="000000"/>
        </w:rPr>
        <w:t>1</w:t>
      </w:r>
      <w:r>
        <w:rPr>
          <w:rFonts w:ascii="宋体" w:eastAsia="宋体" w:hAnsi="宋体" w:cs="宋体"/>
          <w:color w:val="000000"/>
        </w:rPr>
        <w:t>所示．仿照图</w:t>
      </w:r>
      <w:r>
        <w:rPr>
          <w:rFonts w:ascii="Times New Roman" w:eastAsia="Times New Roman" w:hAnsi="Times New Roman" w:cs="Times New Roman"/>
          <w:color w:val="000000"/>
        </w:rPr>
        <w:t>1</w:t>
      </w:r>
      <w:r>
        <w:rPr>
          <w:rFonts w:ascii="宋体" w:eastAsia="宋体" w:hAnsi="宋体" w:cs="宋体"/>
          <w:color w:val="000000"/>
        </w:rPr>
        <w:t>，用</w:t>
      </w:r>
      <w:r>
        <w:rPr>
          <w:rFonts w:ascii="Times New Roman" w:eastAsia="Times New Roman" w:hAnsi="Times New Roman" w:cs="Times New Roman"/>
          <w:color w:val="000000"/>
        </w:rPr>
        <w:t>“</w:t>
      </w:r>
      <w:r>
        <w:rPr>
          <w:rFonts w:ascii="宋体" w:eastAsia="宋体" w:hAnsi="宋体" w:cs="宋体"/>
          <w:color w:val="000000"/>
        </w:rPr>
        <w:t>列竖式</w:t>
      </w:r>
      <w:r>
        <w:rPr>
          <w:rFonts w:ascii="Times New Roman" w:eastAsia="Times New Roman" w:hAnsi="Times New Roman" w:cs="Times New Roman"/>
          <w:color w:val="000000"/>
        </w:rPr>
        <w:t>”</w:t>
      </w:r>
      <w:r>
        <w:rPr>
          <w:rFonts w:ascii="宋体" w:eastAsia="宋体" w:hAnsi="宋体" w:cs="宋体"/>
          <w:color w:val="000000"/>
        </w:rPr>
        <w:t>的方法计算一个两位数的平方，过程部分如图</w:t>
      </w:r>
      <w:r>
        <w:rPr>
          <w:rFonts w:ascii="Times New Roman" w:eastAsia="Times New Roman" w:hAnsi="Times New Roman" w:cs="Times New Roman"/>
          <w:color w:val="000000"/>
        </w:rPr>
        <w:t>2</w:t>
      </w:r>
      <w:r>
        <w:rPr>
          <w:rFonts w:ascii="宋体" w:eastAsia="宋体" w:hAnsi="宋体" w:cs="宋体"/>
          <w:color w:val="000000"/>
        </w:rPr>
        <w:t>所示，则</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rPr>
        <w:t>+</w:t>
      </w:r>
      <w:r>
        <w:rPr>
          <w:rFonts w:ascii="Times New Roman" w:eastAsia="Times New Roman" w:hAnsi="Times New Roman" w:cs="Times New Roman"/>
          <w:i/>
          <w:color w:val="000000"/>
        </w:rPr>
        <w:t>e</w:t>
      </w:r>
      <w:r>
        <w:rPr>
          <w:rFonts w:ascii="Times New Roman" w:eastAsia="Times New Roman" w:hAnsi="Times New Roman" w:cs="Times New Roman"/>
          <w:color w:val="000000"/>
        </w:rPr>
        <w:t>+</w:t>
      </w:r>
      <w:r>
        <w:rPr>
          <w:rFonts w:ascii="Times New Roman" w:eastAsia="Times New Roman" w:hAnsi="Times New Roman" w:cs="Times New Roman"/>
          <w:i/>
          <w:color w:val="000000"/>
        </w:rPr>
        <w:t>f</w:t>
      </w:r>
      <w:r>
        <w:rPr>
          <w:rFonts w:ascii="Times New Roman" w:eastAsia="Times New Roman" w:hAnsi="Times New Roman" w:cs="Times New Roman"/>
          <w:color w:val="000000"/>
        </w:rPr>
        <w:t>+</w:t>
      </w:r>
      <w:r>
        <w:rPr>
          <w:rFonts w:ascii="Times New Roman" w:eastAsia="Times New Roman" w:hAnsi="Times New Roman" w:cs="Times New Roman"/>
          <w:i/>
          <w:color w:val="000000"/>
        </w:rPr>
        <w:t>g</w:t>
      </w:r>
      <w:r>
        <w:rPr>
          <w:rFonts w:ascii="Times New Roman" w:eastAsia="Times New Roman" w:hAnsi="Times New Roman" w:cs="Times New Roman"/>
          <w:color w:val="000000"/>
        </w:rPr>
        <w:t>+</w:t>
      </w:r>
      <w:r>
        <w:rPr>
          <w:rFonts w:ascii="Times New Roman" w:eastAsia="Times New Roman" w:hAnsi="Times New Roman" w:cs="Times New Roman"/>
          <w:i/>
          <w:color w:val="000000"/>
        </w:rPr>
        <w:t>h</w:t>
      </w:r>
      <w:r>
        <w:rPr>
          <w:rFonts w:ascii="Times New Roman" w:eastAsia="Times New Roman" w:hAnsi="Times New Roman" w:cs="Times New Roman"/>
          <w:color w:val="000000"/>
        </w:rPr>
        <w:t>=</w:t>
      </w:r>
      <w:r>
        <w:rPr>
          <w:color w:val="000000"/>
        </w:rPr>
        <w:t>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352925" cy="1247775"/>
            <wp:docPr id="41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8" name=""/>
                    <pic:cNvPicPr>
                      <a:picLocks noChangeAspect="1"/>
                    </pic:cNvPicPr>
                  </pic:nvPicPr>
                  <pic:blipFill>
                    <a:blip r:embed="rId91"/>
                    <a:stretch>
                      <a:fillRect/>
                    </a:stretch>
                  </pic:blipFill>
                  <pic:spPr>
                    <a:xfrm>
                      <a:off x="0" y="0"/>
                      <a:ext cx="4352925" cy="1247775"/>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23</w:t>
      </w:r>
      <w:r>
        <w:rPr>
          <w:rFonts w:ascii="宋体" w:eastAsia="宋体" w:hAnsi="宋体" w:cs="宋体"/>
          <w:color w:val="000000"/>
        </w:rPr>
        <w:t>或</w:t>
      </w:r>
      <w:r>
        <w:rPr>
          <w:rFonts w:ascii="Times New Roman" w:eastAsia="Times New Roman" w:hAnsi="Times New Roman" w:cs="Times New Roman"/>
          <w:color w:val="000000"/>
        </w:rPr>
        <w:t>32##32</w:t>
      </w:r>
      <w:r>
        <w:rPr>
          <w:rFonts w:ascii="宋体" w:eastAsia="宋体" w:hAnsi="宋体" w:cs="宋体"/>
          <w:color w:val="000000"/>
        </w:rPr>
        <w:t>或</w:t>
      </w:r>
      <w:r>
        <w:rPr>
          <w:rFonts w:ascii="Times New Roman" w:eastAsia="Times New Roman" w:hAnsi="Times New Roman" w:cs="Times New Roman"/>
          <w:color w:val="000000"/>
        </w:rPr>
        <w:t>23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观察图象可知，第一行从右向左分别为个位数和十位数字的平方，每个数的平方占两个空，平方是一位数的前面的空用</w:t>
      </w:r>
      <w:r>
        <w:rPr>
          <w:rFonts w:ascii="Times New Roman" w:eastAsia="Times New Roman" w:hAnsi="Times New Roman" w:cs="Times New Roman"/>
          <w:color w:val="000000"/>
        </w:rPr>
        <w:t>0</w:t>
      </w:r>
      <w:r>
        <w:rPr>
          <w:rFonts w:ascii="宋体" w:eastAsia="宋体" w:hAnsi="宋体" w:cs="宋体"/>
          <w:color w:val="000000"/>
        </w:rPr>
        <w:t>填补，第二行从左边第</w:t>
      </w:r>
      <w:r>
        <w:rPr>
          <w:rFonts w:ascii="Times New Roman" w:eastAsia="Times New Roman" w:hAnsi="Times New Roman" w:cs="Times New Roman"/>
          <w:color w:val="000000"/>
        </w:rPr>
        <w:t>2</w:t>
      </w:r>
      <w:r>
        <w:rPr>
          <w:rFonts w:ascii="宋体" w:eastAsia="宋体" w:hAnsi="宋体" w:cs="宋体"/>
          <w:color w:val="000000"/>
        </w:rPr>
        <w:t>个空开始向右是这个两位数的两个数字的乘积的</w:t>
      </w:r>
      <w:r>
        <w:rPr>
          <w:rFonts w:ascii="Times New Roman" w:eastAsia="Times New Roman" w:hAnsi="Times New Roman" w:cs="Times New Roman"/>
          <w:color w:val="000000"/>
        </w:rPr>
        <w:t>2</w:t>
      </w:r>
      <w:r>
        <w:rPr>
          <w:rFonts w:ascii="宋体" w:eastAsia="宋体" w:hAnsi="宋体" w:cs="宋体"/>
          <w:color w:val="000000"/>
        </w:rPr>
        <w:t>倍，然后相加即为这个两位数的平方，根据此规律求解即可</w:t>
      </w:r>
    </w:p>
    <w:p>
      <w:pPr>
        <w:spacing w:line="360" w:lineRule="auto"/>
        <w:jc w:val="left"/>
        <w:textAlignment w:val="center"/>
        <w:rPr>
          <w:color w:val="000000"/>
        </w:rPr>
      </w:pPr>
      <w:r>
        <w:rPr>
          <w:color w:val="000000"/>
        </w:rPr>
        <w:t>【详解】</w:t>
      </w:r>
      <w:r>
        <w:rPr>
          <w:rFonts w:ascii="宋体" w:eastAsia="宋体" w:hAnsi="宋体" w:cs="宋体"/>
          <w:color w:val="000000"/>
        </w:rPr>
        <w:t>解：观察图象可知，第一行从右向左分别为个位数和十位数字的平方，每个数的平方占两个空，平方是一位数的前面的空用</w:t>
      </w:r>
      <w:r>
        <w:rPr>
          <w:rFonts w:ascii="Times New Roman" w:eastAsia="Times New Roman" w:hAnsi="Times New Roman" w:cs="Times New Roman"/>
          <w:color w:val="000000"/>
        </w:rPr>
        <w:t>0</w:t>
      </w:r>
      <w:r>
        <w:rPr>
          <w:rFonts w:ascii="宋体" w:eastAsia="宋体" w:hAnsi="宋体" w:cs="宋体"/>
          <w:color w:val="000000"/>
        </w:rPr>
        <w:t>填补，第二行从左边第</w:t>
      </w:r>
      <w:r>
        <w:rPr>
          <w:rFonts w:ascii="Times New Roman" w:eastAsia="Times New Roman" w:hAnsi="Times New Roman" w:cs="Times New Roman"/>
          <w:color w:val="000000"/>
        </w:rPr>
        <w:t>2</w:t>
      </w:r>
      <w:r>
        <w:rPr>
          <w:rFonts w:ascii="宋体" w:eastAsia="宋体" w:hAnsi="宋体" w:cs="宋体"/>
          <w:color w:val="000000"/>
        </w:rPr>
        <w:t>个空开始向右是这个两位数的两个数字的乘积的</w:t>
      </w:r>
      <w:r>
        <w:rPr>
          <w:rFonts w:ascii="Times New Roman" w:eastAsia="Times New Roman" w:hAnsi="Times New Roman" w:cs="Times New Roman"/>
          <w:color w:val="000000"/>
        </w:rPr>
        <w:t>2</w:t>
      </w:r>
      <w:r>
        <w:rPr>
          <w:rFonts w:ascii="宋体" w:eastAsia="宋体" w:hAnsi="宋体" w:cs="宋体"/>
          <w:color w:val="000000"/>
        </w:rPr>
        <w:t>倍，然后相加即为这个两位数的平方．</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行数是</w:t>
      </w:r>
      <w:r>
        <w:rPr>
          <w:rFonts w:ascii="Times New Roman" w:eastAsia="Times New Roman" w:hAnsi="Times New Roman" w:cs="Times New Roman"/>
          <w:color w:val="000000"/>
        </w:rPr>
        <w:t>40</w:t>
      </w:r>
      <w:r>
        <w:rPr>
          <w:rFonts w:ascii="宋体" w:eastAsia="宋体" w:hAnsi="宋体" w:cs="宋体"/>
          <w:color w:val="000000"/>
        </w:rPr>
        <w:t>，所以原数的十位数字和个位数字的乘积是</w:t>
      </w:r>
      <w:r>
        <w:rPr>
          <w:rFonts w:ascii="Times New Roman" w:eastAsia="Times New Roman" w:hAnsi="Times New Roman" w:cs="Times New Roman"/>
          <w:color w:val="000000"/>
        </w:rPr>
        <w:t>40÷2=20</w:t>
      </w:r>
      <w:r>
        <w:rPr>
          <w:rFonts w:ascii="宋体" w:eastAsia="宋体" w:hAnsi="宋体" w:cs="宋体"/>
          <w:color w:val="000000"/>
        </w:rPr>
        <w:t>，那么这两个数就应该是</w:t>
      </w:r>
      <w:r>
        <w:rPr>
          <w:rFonts w:ascii="Times New Roman" w:eastAsia="Times New Roman" w:hAnsi="Times New Roman" w:cs="Times New Roman"/>
          <w:color w:val="000000"/>
        </w:rPr>
        <w:t>4</w:t>
      </w:r>
      <w:r>
        <w:rPr>
          <w:rFonts w:ascii="宋体" w:eastAsia="宋体" w:hAnsi="宋体" w:cs="宋体"/>
          <w:color w:val="000000"/>
        </w:rPr>
        <w:t>和</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所以这两位数是</w:t>
      </w:r>
      <w:r>
        <w:rPr>
          <w:rFonts w:ascii="Times New Roman" w:eastAsia="Times New Roman" w:hAnsi="Times New Roman" w:cs="Times New Roman"/>
          <w:color w:val="000000"/>
        </w:rPr>
        <w:t>45</w:t>
      </w:r>
      <w:r>
        <w:rPr>
          <w:rFonts w:ascii="宋体" w:eastAsia="宋体" w:hAnsi="宋体" w:cs="宋体"/>
          <w:color w:val="000000"/>
        </w:rPr>
        <w:t>或</w:t>
      </w:r>
      <w:r>
        <w:rPr>
          <w:rFonts w:ascii="Times New Roman" w:eastAsia="Times New Roman" w:hAnsi="Times New Roman" w:cs="Times New Roman"/>
          <w:color w:val="000000"/>
        </w:rPr>
        <w:t>54</w:t>
      </w:r>
      <w:r>
        <w:rPr>
          <w:rFonts w:ascii="宋体" w:eastAsia="宋体" w:hAnsi="宋体" w:cs="宋体"/>
          <w:color w:val="000000"/>
        </w:rPr>
        <w:t>，即</w:t>
      </w:r>
      <w:r>
        <w:pict>
          <v:shape id="_x0000_i721622" type="#_x0000_t75" alt="学科网(www.zxxk.com)--教育资源门户，提供试卷、教案、课件、论文、素材以及各类教学资源下载，还有大量而丰富的教学相关资讯！" style="width:56.5pt;height:16pt" o:oleicon="f" o:ole="">
            <v:imagedata r:id="rId92" o:title="eqId011c45e7d2fd5539737eabf566123fcf"/>
          </v:shape>
        </w:pict>
      </w:r>
      <w:r>
        <w:rPr>
          <w:rFonts w:ascii="宋体" w:eastAsia="宋体" w:hAnsi="宋体" w:cs="宋体"/>
          <w:color w:val="000000"/>
        </w:rPr>
        <w:t>或</w:t>
      </w:r>
      <w:r>
        <w:pict>
          <v:shape id="_x0000_i721623" type="#_x0000_t75" alt="学科网(www.zxxk.com)--教育资源门户，提供试卷、教案、课件、论文、素材以及各类教学资源下载，还有大量而丰富的教学相关资讯！" style="width:56.1pt;height:15.9pt" o:oleicon="f" o:ole="">
            <v:imagedata r:id="rId93" o:title="eqId8ed5eaa0c61fb077b5b7469caf32f8c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rPr>
        <w:t>+</w:t>
      </w:r>
      <w:r>
        <w:rPr>
          <w:rFonts w:ascii="Times New Roman" w:eastAsia="Times New Roman" w:hAnsi="Times New Roman" w:cs="Times New Roman"/>
          <w:i/>
          <w:color w:val="000000"/>
        </w:rPr>
        <w:t>e</w:t>
      </w:r>
      <w:r>
        <w:rPr>
          <w:rFonts w:ascii="Times New Roman" w:eastAsia="Times New Roman" w:hAnsi="Times New Roman" w:cs="Times New Roman"/>
          <w:color w:val="000000"/>
        </w:rPr>
        <w:t>+</w:t>
      </w:r>
      <w:r>
        <w:rPr>
          <w:rFonts w:ascii="Times New Roman" w:eastAsia="Times New Roman" w:hAnsi="Times New Roman" w:cs="Times New Roman"/>
          <w:i/>
          <w:color w:val="000000"/>
        </w:rPr>
        <w:t>f</w:t>
      </w:r>
      <w:r>
        <w:rPr>
          <w:rFonts w:ascii="Times New Roman" w:eastAsia="Times New Roman" w:hAnsi="Times New Roman" w:cs="Times New Roman"/>
          <w:color w:val="000000"/>
        </w:rPr>
        <w:t>+</w:t>
      </w:r>
      <w:r>
        <w:rPr>
          <w:rFonts w:ascii="Times New Roman" w:eastAsia="Times New Roman" w:hAnsi="Times New Roman" w:cs="Times New Roman"/>
          <w:i/>
          <w:color w:val="000000"/>
        </w:rPr>
        <w:t>g</w:t>
      </w:r>
      <w:r>
        <w:rPr>
          <w:rFonts w:ascii="Times New Roman" w:eastAsia="Times New Roman" w:hAnsi="Times New Roman" w:cs="Times New Roman"/>
          <w:color w:val="000000"/>
        </w:rPr>
        <w:t>+</w:t>
      </w:r>
      <w:r>
        <w:rPr>
          <w:rFonts w:ascii="Times New Roman" w:eastAsia="Times New Roman" w:hAnsi="Times New Roman" w:cs="Times New Roman"/>
          <w:i/>
          <w:color w:val="000000"/>
        </w:rPr>
        <w:t>h</w:t>
      </w:r>
      <w:r>
        <w:rPr>
          <w:rFonts w:ascii="Times New Roman" w:eastAsia="Times New Roman" w:hAnsi="Times New Roman" w:cs="Times New Roman"/>
          <w:color w:val="000000"/>
        </w:rPr>
        <w:t>=1+6+2+5+2+0+2+5=23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或</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rPr>
        <w:t>+</w:t>
      </w:r>
      <w:r>
        <w:rPr>
          <w:rFonts w:ascii="Times New Roman" w:eastAsia="Times New Roman" w:hAnsi="Times New Roman" w:cs="Times New Roman"/>
          <w:i/>
          <w:color w:val="000000"/>
        </w:rPr>
        <w:t>e</w:t>
      </w:r>
      <w:r>
        <w:rPr>
          <w:rFonts w:ascii="Times New Roman" w:eastAsia="Times New Roman" w:hAnsi="Times New Roman" w:cs="Times New Roman"/>
          <w:color w:val="000000"/>
        </w:rPr>
        <w:t>+</w:t>
      </w:r>
      <w:r>
        <w:rPr>
          <w:rFonts w:ascii="Times New Roman" w:eastAsia="Times New Roman" w:hAnsi="Times New Roman" w:cs="Times New Roman"/>
          <w:i/>
          <w:color w:val="000000"/>
        </w:rPr>
        <w:t>f</w:t>
      </w:r>
      <w:r>
        <w:rPr>
          <w:rFonts w:ascii="Times New Roman" w:eastAsia="Times New Roman" w:hAnsi="Times New Roman" w:cs="Times New Roman"/>
          <w:color w:val="000000"/>
        </w:rPr>
        <w:t>+</w:t>
      </w:r>
      <w:r>
        <w:rPr>
          <w:rFonts w:ascii="Times New Roman" w:eastAsia="Times New Roman" w:hAnsi="Times New Roman" w:cs="Times New Roman"/>
          <w:i/>
          <w:color w:val="000000"/>
        </w:rPr>
        <w:t>g</w:t>
      </w:r>
      <w:r>
        <w:rPr>
          <w:rFonts w:ascii="Times New Roman" w:eastAsia="Times New Roman" w:hAnsi="Times New Roman" w:cs="Times New Roman"/>
          <w:color w:val="000000"/>
        </w:rPr>
        <w:t>+</w:t>
      </w:r>
      <w:r>
        <w:rPr>
          <w:rFonts w:ascii="Times New Roman" w:eastAsia="Times New Roman" w:hAnsi="Times New Roman" w:cs="Times New Roman"/>
          <w:i/>
          <w:color w:val="000000"/>
        </w:rPr>
        <w:t>h</w:t>
      </w:r>
      <w:r>
        <w:rPr>
          <w:rFonts w:ascii="Times New Roman" w:eastAsia="Times New Roman" w:hAnsi="Times New Roman" w:cs="Times New Roman"/>
          <w:color w:val="000000"/>
        </w:rPr>
        <w:t>=2+5+1+6+2+9+1+6=32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23</w:t>
      </w:r>
      <w:r>
        <w:rPr>
          <w:rFonts w:ascii="宋体" w:eastAsia="宋体" w:hAnsi="宋体" w:cs="宋体"/>
          <w:color w:val="000000"/>
        </w:rPr>
        <w:t>或</w:t>
      </w:r>
      <w:r>
        <w:rPr>
          <w:rFonts w:ascii="Times New Roman" w:eastAsia="Times New Roman" w:hAnsi="Times New Roman" w:cs="Times New Roman"/>
          <w:color w:val="000000"/>
        </w:rPr>
        <w:t>32</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本题是对数字变化规律的考查，仔细观察图形，观察出前两行的数与两位数的十位和个位上的数字的关系是解题的关键．</w:t>
      </w:r>
    </w:p>
    <w:p>
      <w:pPr>
        <w:spacing w:line="360" w:lineRule="auto"/>
        <w:jc w:val="left"/>
        <w:textAlignment w:val="center"/>
        <w:rPr>
          <w:color w:val="000000"/>
        </w:rPr>
      </w:pPr>
      <w:r>
        <w:rPr>
          <w:rFonts w:ascii="宋体" w:eastAsia="宋体" w:hAnsi="宋体" w:cs="宋体"/>
          <w:b/>
          <w:color w:val="000000"/>
          <w:sz w:val="24"/>
        </w:rPr>
        <w:t>三、解答题</w:t>
      </w:r>
    </w:p>
    <w:p>
      <w:pPr>
        <w:pStyle w:val="Heading2"/>
      </w:pPr>
      <w:r>
        <w:t>京源学校</w:t>
      </w:r>
    </w:p>
    <w:p>
      <w:pPr>
        <w:spacing w:line="360" w:lineRule="auto"/>
        <w:jc w:val="left"/>
        <w:textAlignment w:val="center"/>
        <w:rPr>
          <w:color w:val="000000"/>
        </w:rPr>
      </w:pPr>
      <w:r>
        <w:rPr>
          <w:color w:val="000000"/>
        </w:rPr>
        <w:t xml:space="preserve">18. </w:t>
      </w:r>
      <w:r>
        <w:rPr>
          <w:rFonts w:ascii="宋体" w:eastAsia="宋体" w:hAnsi="宋体" w:cs="宋体"/>
          <w:color w:val="000000"/>
        </w:rPr>
        <w:t>如图，用相同的小正方形按照某种规律进行摆放．根据图中小正方形的排列规律解答下列问题：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个图中有</w:t>
      </w:r>
      <w:r>
        <w:rPr>
          <w:color w:val="000000"/>
        </w:rPr>
        <w:t>_____</w:t>
      </w:r>
      <w:r>
        <w:rPr>
          <w:rFonts w:ascii="宋体" w:eastAsia="宋体" w:hAnsi="宋体" w:cs="宋体"/>
          <w:color w:val="000000"/>
        </w:rPr>
        <w:t>个小正方形；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）写出你猜想的第</w:t>
      </w:r>
      <w:r>
        <w:rPr>
          <w:rFonts w:ascii="Times New Roman" w:eastAsia="Times New Roman" w:hAnsi="Times New Roman" w:cs="Times New Roman"/>
          <w:i/>
          <w:color w:val="000000"/>
        </w:rPr>
        <w:t>n</w:t>
      </w:r>
      <w:r>
        <w:rPr>
          <w:rFonts w:ascii="宋体" w:eastAsia="宋体" w:hAnsi="宋体" w:cs="宋体"/>
          <w:color w:val="000000"/>
        </w:rPr>
        <w:t>个图中小正方形的个数是</w:t>
      </w:r>
      <w:r>
        <w:rPr>
          <w:color w:val="000000"/>
        </w:rPr>
        <w:t>_____</w:t>
      </w:r>
      <w:r>
        <w:rPr>
          <w:rFonts w:ascii="宋体" w:eastAsia="宋体" w:hAnsi="宋体" w:cs="宋体"/>
          <w:color w:val="000000"/>
        </w:rPr>
        <w:t>（用含</w:t>
      </w:r>
      <w:r>
        <w:rPr>
          <w:rFonts w:ascii="Times New Roman" w:eastAsia="Times New Roman" w:hAnsi="Times New Roman" w:cs="Times New Roman"/>
          <w:i/>
          <w:color w:val="000000"/>
        </w:rPr>
        <w:t>n</w:t>
      </w:r>
      <w:r>
        <w:rPr>
          <w:rFonts w:ascii="宋体" w:eastAsia="宋体" w:hAnsi="宋体" w:cs="宋体"/>
          <w:color w:val="000000"/>
        </w:rPr>
        <w:t>的式子表示）．</w:t>
      </w:r>
    </w:p>
    <w:p>
      <w:pPr>
        <w:spacing w:line="360" w:lineRule="auto"/>
        <w:jc w:val="left"/>
        <w:textAlignment w:val="center"/>
        <w:rPr>
          <w:color w:val="000000"/>
        </w:rPr>
      </w:pPr>
      <w:r>
        <w:rPr>
          <w:color w:val="000000"/>
        </w:rPr>
        <w:drawing>
          <wp:inline>
            <wp:extent cx="5057775" cy="1314450"/>
            <wp:docPr id="416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 name=""/>
                    <pic:cNvPicPr>
                      <a:picLocks noChangeAspect="1"/>
                    </pic:cNvPicPr>
                  </pic:nvPicPr>
                  <pic:blipFill>
                    <a:blip r:embed="rId94"/>
                    <a:stretch>
                      <a:fillRect/>
                    </a:stretch>
                  </pic:blipFill>
                  <pic:spPr>
                    <a:xfrm>
                      <a:off x="0" y="0"/>
                      <a:ext cx="5057775" cy="13144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41</w:t>
      </w:r>
      <w:r>
        <w:rPr>
          <w:color w:val="000000"/>
        </w:rPr>
        <w:t xml:space="preserve">    ②. </w:t>
      </w:r>
      <w:r>
        <w:pict>
          <v:shape id="_x0000_i721624" type="#_x0000_t75" alt="学科网(www.zxxk.com)--教育资源门户，提供试卷、教案、课件、论文、素材以及各类教学资源下载，还有大量而丰富的教学相关资讯！" style="width:54.75pt;height:18pt" o:oleicon="f" o:ole="">
            <v:imagedata r:id="rId95" o:title="eqId71a70d4de28d9ee150c262d935a0d265"/>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）观察图形可知，观察图形可知，第</w:t>
      </w:r>
      <w:r>
        <w:rPr>
          <w:rFonts w:ascii="Times New Roman" w:eastAsia="Times New Roman" w:hAnsi="Times New Roman" w:cs="Times New Roman"/>
          <w:color w:val="000000"/>
        </w:rPr>
        <w:t>1</w:t>
      </w:r>
      <w:r>
        <w:rPr>
          <w:rFonts w:ascii="宋体" w:eastAsia="宋体" w:hAnsi="宋体" w:cs="宋体"/>
          <w:color w:val="000000"/>
        </w:rPr>
        <w:t>个图形共有小正方形的个数为</w:t>
      </w:r>
      <w:r>
        <w:rPr>
          <w:rFonts w:ascii="Times New Roman" w:eastAsia="Times New Roman" w:hAnsi="Times New Roman" w:cs="Times New Roman"/>
          <w:color w:val="000000"/>
        </w:rPr>
        <w:t>2×2+1</w: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个图形共有小正方形的个数为</w:t>
      </w:r>
      <w:r>
        <w:rPr>
          <w:rFonts w:ascii="Times New Roman" w:eastAsia="Times New Roman" w:hAnsi="Times New Roman" w:cs="Times New Roman"/>
          <w:color w:val="000000"/>
        </w:rPr>
        <w:t>3×3+2</w:t>
      </w: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个图形共有小正方形的个数为</w:t>
      </w:r>
      <w:r>
        <w:rPr>
          <w:rFonts w:ascii="Times New Roman" w:eastAsia="Times New Roman" w:hAnsi="Times New Roman" w:cs="Times New Roman"/>
          <w:color w:val="000000"/>
        </w:rPr>
        <w:t>4×4+3</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，据此可得；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）知第</w:t>
      </w:r>
      <w:r>
        <w:rPr>
          <w:rFonts w:ascii="Times New Roman" w:eastAsia="Times New Roman" w:hAnsi="Times New Roman" w:cs="Times New Roman"/>
          <w:i/>
          <w:color w:val="000000"/>
        </w:rPr>
        <w:t>n</w:t>
      </w:r>
      <w:r>
        <w:rPr>
          <w:rFonts w:ascii="宋体" w:eastAsia="宋体" w:hAnsi="宋体" w:cs="宋体"/>
          <w:color w:val="000000"/>
        </w:rPr>
        <w:t>个图形共有小正方形的个数为（</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个图形共有小正方形的个数为</w:t>
      </w:r>
      <w:r>
        <w:rPr>
          <w:rFonts w:ascii="Times New Roman" w:eastAsia="Times New Roman" w:hAnsi="Times New Roman" w:cs="Times New Roman"/>
          <w:color w:val="000000"/>
        </w:rPr>
        <w:t>2×2+1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个图形共有小正方形的个数为</w:t>
      </w:r>
      <w:r>
        <w:rPr>
          <w:rFonts w:ascii="Times New Roman" w:eastAsia="Times New Roman" w:hAnsi="Times New Roman" w:cs="Times New Roman"/>
          <w:color w:val="000000"/>
        </w:rPr>
        <w:t>3×3+2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个图形共有小正方形的个数为</w:t>
      </w:r>
      <w:r>
        <w:rPr>
          <w:rFonts w:ascii="Times New Roman" w:eastAsia="Times New Roman" w:hAnsi="Times New Roman" w:cs="Times New Roman"/>
          <w:color w:val="000000"/>
        </w:rPr>
        <w:t>4×4+3</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个图形共有小正方形的个数为</w:t>
      </w:r>
      <w:r>
        <w:rPr>
          <w:rFonts w:ascii="Times New Roman" w:eastAsia="Times New Roman" w:hAnsi="Times New Roman" w:cs="Times New Roman"/>
          <w:color w:val="000000"/>
        </w:rPr>
        <w:t>6×6+5=41</w:t>
      </w:r>
      <w:r>
        <w:rPr>
          <w:rFonts w:ascii="宋体" w:eastAsia="宋体" w:hAnsi="宋体" w:cs="宋体"/>
          <w:color w:val="000000"/>
        </w:rPr>
        <w:t>，故答案为：</w:t>
      </w:r>
      <w:r>
        <w:rPr>
          <w:rFonts w:ascii="Times New Roman" w:eastAsia="Times New Roman" w:hAnsi="Times New Roman" w:cs="Times New Roman"/>
          <w:color w:val="000000"/>
        </w:rPr>
        <w:t>41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）知第</w:t>
      </w:r>
      <w:r>
        <w:rPr>
          <w:rFonts w:ascii="Times New Roman" w:eastAsia="Times New Roman" w:hAnsi="Times New Roman" w:cs="Times New Roman"/>
          <w:i/>
          <w:color w:val="000000"/>
        </w:rPr>
        <w:t>n</w:t>
      </w:r>
      <w:r>
        <w:rPr>
          <w:rFonts w:ascii="宋体" w:eastAsia="宋体" w:hAnsi="宋体" w:cs="宋体"/>
          <w:color w:val="000000"/>
        </w:rPr>
        <w:t>个图形共有小正方形的个数为（</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规律型：图形的变化类，解决这类问题首先要从简单图形入手，抓住随着“编号”或“序号”增加时，后一个图形与前一个图形相比，在数量上增加（或倍数）情况的变化，找出数量上的变化规律，从而推出一般性的结论．</w:t>
      </w:r>
    </w:p>
    <w:p>
      <w:pPr>
        <w:spacing w:line="360" w:lineRule="auto"/>
        <w:jc w:val="both"/>
        <w:textAlignment w:val="center"/>
        <w:rPr>
          <w:color w:val="000000"/>
        </w:rPr>
      </w:pPr>
      <w:r>
        <w:rPr>
          <w:rFonts w:ascii="宋体" w:eastAsia="宋体" w:hAnsi="宋体" w:cs="宋体"/>
          <w:b/>
          <w:color w:val="000000"/>
          <w:sz w:val="24"/>
        </w:rPr>
        <w:t>三、解答题</w:t>
      </w:r>
    </w:p>
    <w:p>
      <w:pPr>
        <w:pStyle w:val="Heading2"/>
      </w:pPr>
      <w:r>
        <w:t>北京22中、21中联盟校</w:t>
      </w:r>
    </w:p>
    <w:p>
      <w:pPr>
        <w:spacing w:line="360" w:lineRule="auto"/>
        <w:jc w:val="both"/>
        <w:textAlignment w:val="center"/>
        <w:rPr>
          <w:color w:val="000000"/>
        </w:rPr>
      </w:pPr>
      <w:r>
        <w:rPr>
          <w:color w:val="000000"/>
        </w:rPr>
        <w:t xml:space="preserve">18. </w:t>
      </w:r>
      <w:r>
        <w:rPr>
          <w:rFonts w:ascii="宋体" w:eastAsia="宋体" w:hAnsi="宋体" w:cs="宋体"/>
          <w:color w:val="000000"/>
        </w:rPr>
        <w:t>如图，把同样大小的黑色棋子摆放在正多边形的边上，按照这样的规律摆下去，则第五个图形需要黑色棋子的个数是</w:t>
      </w:r>
      <w:r>
        <w:rPr>
          <w:color w:val="000000"/>
        </w:rPr>
        <w:t>_____</w:t>
      </w: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个图形需要黑色棋子的个数是</w:t>
      </w:r>
      <w:r>
        <w:rPr>
          <w:color w:val="000000"/>
        </w:rPr>
        <w:t>______</w:t>
      </w:r>
      <w:r>
        <w:rPr>
          <w:rFonts w:ascii="宋体" w:eastAsia="宋体" w:hAnsi="宋体" w:cs="宋体"/>
          <w:color w:val="000000"/>
        </w:rPr>
        <w:t>（</w:t>
      </w:r>
      <w:r>
        <w:pict>
          <v:shape id="_x0000_i721625" type="#_x0000_t75" alt="学科网(www.zxxk.com)--教育资源门户，提供试卷、教案、课件、论文、素材以及各类教学资源下载，还有大量而丰富的教学相关资讯！" style="width:25.15pt;height:13.9pt" o:oleicon="f" o:ole="">
            <v:imagedata r:id="rId96" o:title="eqIde167b43045b3297248e334c41c621b8f"/>
          </v:shape>
        </w:pict>
      </w:r>
      <w:r>
        <w:rPr>
          <w:rFonts w:ascii="宋体" w:eastAsia="宋体" w:hAnsi="宋体" w:cs="宋体"/>
          <w:color w:val="000000"/>
        </w:rPr>
        <w:t>，且</w:t>
      </w:r>
      <w:r>
        <w:rPr>
          <w:rFonts w:ascii="Times New Roman" w:eastAsia="Times New Roman" w:hAnsi="Times New Roman" w:cs="Times New Roman"/>
          <w:i/>
          <w:color w:val="000000"/>
        </w:rPr>
        <w:t>n</w:t>
      </w:r>
      <w:r>
        <w:rPr>
          <w:rFonts w:ascii="宋体" w:eastAsia="宋体" w:hAnsi="宋体" w:cs="宋体"/>
          <w:color w:val="000000"/>
        </w:rPr>
        <w:t>为整数）．</w:t>
      </w:r>
    </w:p>
    <w:p>
      <w:pPr>
        <w:spacing w:line="360" w:lineRule="auto"/>
        <w:jc w:val="both"/>
        <w:textAlignment w:val="center"/>
        <w:rPr>
          <w:color w:val="000000"/>
        </w:rPr>
      </w:pPr>
      <w:r>
        <w:rPr>
          <w:color w:val="000000"/>
        </w:rPr>
        <w:drawing>
          <wp:inline>
            <wp:extent cx="3390900" cy="657225"/>
            <wp:docPr id="41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2" name=""/>
                    <pic:cNvPicPr>
                      <a:picLocks noChangeAspect="1"/>
                    </pic:cNvPicPr>
                  </pic:nvPicPr>
                  <pic:blipFill>
                    <a:blip r:embed="rId97"/>
                    <a:stretch>
                      <a:fillRect/>
                    </a:stretch>
                  </pic:blipFill>
                  <pic:spPr>
                    <a:xfrm>
                      <a:off x="0" y="0"/>
                      <a:ext cx="3390900" cy="6572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w:t>
      </w:r>
      <w:r>
        <w:rPr>
          <w:color w:val="000000"/>
          <w:position w:val="-22"/>
        </w:rPr>
        <w:drawing>
          <wp:inline>
            <wp:extent cx="31750" cy="88900"/>
            <wp:docPr id="417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4" name=""/>
                    <pic:cNvPicPr>
                      <a:picLocks noChangeAspect="1"/>
                    </pic:cNvPicPr>
                  </pic:nvPicPr>
                  <pic:blipFill>
                    <a:blip r:embed="rId98"/>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eastAsia="Times New Roman" w:hAnsi="Times New Roman" w:cs="Times New Roman"/>
          <w:color w:val="000000"/>
        </w:rPr>
        <w:t>35</w:t>
      </w:r>
      <w:r>
        <w:rPr>
          <w:color w:val="000000"/>
        </w:rPr>
        <w:t xml:space="preserve">    ②. </w:t>
      </w:r>
      <w:r>
        <w:pict>
          <v:shape id="_x0000_i721626" type="#_x0000_t75" alt="学科网(www.zxxk.com)--教育资源门户，提供试卷、教案、课件、论文、素材以及各类教学资源下载，还有大量而丰富的教学相关资讯！" style="width:43.1pt;height:20.05pt" o:oleicon="f" o:ole="">
            <v:imagedata r:id="rId99" o:title="eqIdc61d241cf4ae78b2af2f1bb0c9820bfe"/>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根据题意，分析可得第</w:t>
      </w:r>
      <w:r>
        <w:rPr>
          <w:rFonts w:ascii="Times New Roman" w:eastAsia="Times New Roman" w:hAnsi="Times New Roman" w:cs="Times New Roman"/>
          <w:color w:val="000000"/>
        </w:rPr>
        <w:t>1</w:t>
      </w:r>
      <w:r>
        <w:rPr>
          <w:rFonts w:ascii="宋体" w:eastAsia="宋体" w:hAnsi="宋体" w:cs="宋体"/>
          <w:color w:val="000000"/>
        </w:rPr>
        <w:t>个图形需要黑色棋子的个数为</w:t>
      </w:r>
      <w:r>
        <w:pict>
          <v:shape id="_x0000_i721627" type="#_x0000_t75" alt="学科网(www.zxxk.com)--教育资源门户，提供试卷、教案、课件、论文、素材以及各类教学资源下载，还有大量而丰富的教学相关资讯！" style="width:39.75pt;height:14.25pt" o:oleicon="f" o:ole="">
            <v:imagedata r:id="rId100" o:title="eqId14889f6962dbf0606f70d1b550a7a0e4"/>
          </v:shape>
        </w:pic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个图形需要黑色棋子的个数为</w:t>
      </w:r>
      <w:r>
        <w:pict>
          <v:shape id="_x0000_i721628" type="#_x0000_t75" alt="学科网(www.zxxk.com)--教育资源门户，提供试卷、教案、课件、论文、素材以及各类教学资源下载，还有大量而丰富的教学相关资讯！" style="width:41.25pt;height:14.25pt" o:oleicon="f" o:ole="">
            <v:imagedata r:id="rId101" o:title="eqId0c0b710b10f43bbe5f9a0373a8f03b6f"/>
          </v:shape>
        </w:pict>
      </w: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个图形需要黑色棋子的个数为</w:t>
      </w:r>
      <w:r>
        <w:pict>
          <v:shape id="_x0000_i721629" type="#_x0000_t75" alt="学科网(www.zxxk.com)--教育资源门户，提供试卷、教案、课件、论文、素材以及各类教学资源下载，还有大量而丰富的教学相关资讯！" style="width:39.75pt;height:14.25pt" o:oleicon="f" o:ole="">
            <v:imagedata r:id="rId102" o:title="eqIdef968c7ee80b01d8cfd2349fc9ab036e"/>
          </v:shape>
        </w:pict>
      </w:r>
      <w:r>
        <w:rPr>
          <w:rFonts w:ascii="宋体" w:eastAsia="宋体" w:hAnsi="宋体" w:cs="宋体"/>
          <w:color w:val="000000"/>
        </w:rPr>
        <w:t>，依此类推，可得第</w:t>
      </w:r>
      <w:r>
        <w:rPr>
          <w:rFonts w:ascii="Times New Roman" w:eastAsia="Times New Roman" w:hAnsi="Times New Roman" w:cs="Times New Roman"/>
          <w:i/>
          <w:color w:val="000000"/>
        </w:rPr>
        <w:t>n</w:t>
      </w:r>
      <w:r>
        <w:rPr>
          <w:rFonts w:ascii="宋体" w:eastAsia="宋体" w:hAnsi="宋体" w:cs="宋体"/>
          <w:color w:val="000000"/>
        </w:rPr>
        <w:t>个图形需要黑色棋子的个数是</w:t>
      </w:r>
      <w:r>
        <w:pict>
          <v:shape id="_x0000_i721630" type="#_x0000_t75" alt="学科网(www.zxxk.com)--教育资源门户，提供试卷、教案、课件、论文、素材以及各类教学资源下载，还有大量而丰富的教学相关资讯！" style="width:107.4pt;height:20.4pt" o:oleicon="f" o:ole="">
            <v:imagedata r:id="rId103" o:title="eqId3f66e2b38f8c93d5a27b2b07c581a9aa"/>
          </v:shape>
        </w:pict>
      </w:r>
      <w:r>
        <w:rPr>
          <w:rFonts w:ascii="宋体" w:eastAsia="宋体" w:hAnsi="宋体" w:cs="宋体"/>
          <w:color w:val="000000"/>
        </w:rPr>
        <w:t>，计算可得答案．</w:t>
      </w:r>
    </w:p>
    <w:p>
      <w:pPr>
        <w:spacing w:line="360" w:lineRule="auto"/>
        <w:jc w:val="both"/>
        <w:textAlignment w:val="center"/>
        <w:rPr>
          <w:color w:val="000000"/>
        </w:rPr>
      </w:pPr>
      <w:r>
        <w:rPr>
          <w:color w:val="000000"/>
        </w:rPr>
        <w:t>【详解】</w:t>
      </w:r>
      <w:r>
        <w:rPr>
          <w:rFonts w:ascii="宋体" w:eastAsia="宋体" w:hAnsi="宋体" w:cs="宋体"/>
          <w:color w:val="000000"/>
        </w:rPr>
        <w:t>解：第</w:t>
      </w:r>
      <w:r>
        <w:rPr>
          <w:rFonts w:ascii="Times New Roman" w:eastAsia="Times New Roman" w:hAnsi="Times New Roman" w:cs="Times New Roman"/>
          <w:color w:val="000000"/>
        </w:rPr>
        <w:t>1</w:t>
      </w:r>
      <w:r>
        <w:rPr>
          <w:rFonts w:ascii="宋体" w:eastAsia="宋体" w:hAnsi="宋体" w:cs="宋体"/>
          <w:color w:val="000000"/>
        </w:rPr>
        <w:t>个图形是三角形，有</w:t>
      </w:r>
      <w:r>
        <w:rPr>
          <w:rFonts w:ascii="Times New Roman" w:eastAsia="Times New Roman" w:hAnsi="Times New Roman" w:cs="Times New Roman"/>
          <w:color w:val="000000"/>
        </w:rPr>
        <w:t>3</w:t>
      </w:r>
      <w:r>
        <w:rPr>
          <w:rFonts w:ascii="宋体" w:eastAsia="宋体" w:hAnsi="宋体" w:cs="宋体"/>
          <w:color w:val="000000"/>
        </w:rPr>
        <w:t>条边，每条边上有</w:t>
      </w:r>
      <w:r>
        <w:rPr>
          <w:rFonts w:ascii="Times New Roman" w:eastAsia="Times New Roman" w:hAnsi="Times New Roman" w:cs="Times New Roman"/>
          <w:color w:val="000000"/>
        </w:rPr>
        <w:t>2</w:t>
      </w:r>
      <w:r>
        <w:rPr>
          <w:rFonts w:ascii="宋体" w:eastAsia="宋体" w:hAnsi="宋体" w:cs="宋体"/>
          <w:color w:val="000000"/>
        </w:rPr>
        <w:t>个点，重复了</w:t>
      </w:r>
      <w:r>
        <w:rPr>
          <w:rFonts w:ascii="Times New Roman" w:eastAsia="Times New Roman" w:hAnsi="Times New Roman" w:cs="Times New Roman"/>
          <w:color w:val="000000"/>
        </w:rPr>
        <w:t>3</w:t>
      </w:r>
      <w:r>
        <w:rPr>
          <w:rFonts w:ascii="宋体" w:eastAsia="宋体" w:hAnsi="宋体" w:cs="宋体"/>
          <w:color w:val="000000"/>
        </w:rPr>
        <w:t>个点，需要黑色棋子</w:t>
      </w:r>
      <w:r>
        <w:pict>
          <v:shape id="_x0000_i721631" type="#_x0000_t75" alt="学科网(www.zxxk.com)--教育资源门户，提供试卷、教案、课件、论文、素材以及各类教学资源下载，还有大量而丰富的教学相关资讯！" style="width:39.75pt;height:14.25pt" o:oleicon="f" o:ole="">
            <v:imagedata r:id="rId104" o:title="eqId14889f6962dbf0606f70d1b550a7a0e4"/>
          </v:shape>
        </w:pict>
      </w:r>
      <w:r>
        <w:rPr>
          <w:rFonts w:ascii="宋体" w:eastAsia="宋体" w:hAnsi="宋体" w:cs="宋体"/>
          <w:color w:val="000000"/>
        </w:rPr>
        <w:t>个，</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个图形是四边形，有</w:t>
      </w:r>
      <w:r>
        <w:rPr>
          <w:rFonts w:ascii="Times New Roman" w:eastAsia="Times New Roman" w:hAnsi="Times New Roman" w:cs="Times New Roman"/>
          <w:color w:val="000000"/>
        </w:rPr>
        <w:t>4</w:t>
      </w:r>
      <w:r>
        <w:rPr>
          <w:rFonts w:ascii="宋体" w:eastAsia="宋体" w:hAnsi="宋体" w:cs="宋体"/>
          <w:color w:val="000000"/>
        </w:rPr>
        <w:t>条边，每条边上有</w:t>
      </w:r>
      <w:r>
        <w:rPr>
          <w:rFonts w:ascii="Times New Roman" w:eastAsia="Times New Roman" w:hAnsi="Times New Roman" w:cs="Times New Roman"/>
          <w:color w:val="000000"/>
        </w:rPr>
        <w:t>3</w:t>
      </w:r>
      <w:r>
        <w:rPr>
          <w:rFonts w:ascii="宋体" w:eastAsia="宋体" w:hAnsi="宋体" w:cs="宋体"/>
          <w:color w:val="000000"/>
        </w:rPr>
        <w:t>个点，重复了</w:t>
      </w:r>
      <w:r>
        <w:rPr>
          <w:rFonts w:ascii="Times New Roman" w:eastAsia="Times New Roman" w:hAnsi="Times New Roman" w:cs="Times New Roman"/>
          <w:color w:val="000000"/>
        </w:rPr>
        <w:t>4</w:t>
      </w:r>
      <w:r>
        <w:rPr>
          <w:rFonts w:ascii="宋体" w:eastAsia="宋体" w:hAnsi="宋体" w:cs="宋体"/>
          <w:color w:val="000000"/>
        </w:rPr>
        <w:t>个点，需要黑色棋子</w:t>
      </w:r>
      <w:r>
        <w:pict>
          <v:shape id="_x0000_i721632" type="#_x0000_t75" alt="学科网(www.zxxk.com)--教育资源门户，提供试卷、教案、课件、论文、素材以及各类教学资源下载，还有大量而丰富的教学相关资讯！" style="width:41.25pt;height:14.25pt" o:oleicon="f" o:ole="">
            <v:imagedata r:id="rId105" o:title="eqId0c0b710b10f43bbe5f9a0373a8f03b6f"/>
          </v:shape>
        </w:pict>
      </w:r>
      <w:r>
        <w:rPr>
          <w:rFonts w:ascii="宋体" w:eastAsia="宋体" w:hAnsi="宋体" w:cs="宋体"/>
          <w:color w:val="000000"/>
        </w:rPr>
        <w:t>个，</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个图形是五边形，有</w:t>
      </w:r>
      <w:r>
        <w:rPr>
          <w:rFonts w:ascii="Times New Roman" w:eastAsia="Times New Roman" w:hAnsi="Times New Roman" w:cs="Times New Roman"/>
          <w:color w:val="000000"/>
        </w:rPr>
        <w:t>5</w:t>
      </w:r>
      <w:r>
        <w:rPr>
          <w:rFonts w:ascii="宋体" w:eastAsia="宋体" w:hAnsi="宋体" w:cs="宋体"/>
          <w:color w:val="000000"/>
        </w:rPr>
        <w:t>条边，每条边上有</w:t>
      </w:r>
      <w:r>
        <w:rPr>
          <w:rFonts w:ascii="Times New Roman" w:eastAsia="Times New Roman" w:hAnsi="Times New Roman" w:cs="Times New Roman"/>
          <w:color w:val="000000"/>
        </w:rPr>
        <w:t>4</w:t>
      </w:r>
      <w:r>
        <w:rPr>
          <w:rFonts w:ascii="宋体" w:eastAsia="宋体" w:hAnsi="宋体" w:cs="宋体"/>
          <w:color w:val="000000"/>
        </w:rPr>
        <w:t>个点，重复了</w:t>
      </w:r>
      <w:r>
        <w:rPr>
          <w:rFonts w:ascii="Times New Roman" w:eastAsia="Times New Roman" w:hAnsi="Times New Roman" w:cs="Times New Roman"/>
          <w:color w:val="000000"/>
        </w:rPr>
        <w:t>5</w:t>
      </w:r>
      <w:r>
        <w:rPr>
          <w:rFonts w:ascii="宋体" w:eastAsia="宋体" w:hAnsi="宋体" w:cs="宋体"/>
          <w:color w:val="000000"/>
        </w:rPr>
        <w:t>个点，需要黑色棋子</w:t>
      </w:r>
      <w:r>
        <w:pict>
          <v:shape id="_x0000_i721633" type="#_x0000_t75" alt="学科网(www.zxxk.com)--教育资源门户，提供试卷、教案、课件、论文、素材以及各类教学资源下载，还有大量而丰富的教学相关资讯！" style="width:39.75pt;height:14.25pt" o:oleicon="f" o:ole="">
            <v:imagedata r:id="rId106" o:title="eqIdef968c7ee80b01d8cfd2349fc9ab036e"/>
          </v:shape>
        </w:pict>
      </w:r>
      <w:r>
        <w:rPr>
          <w:rFonts w:ascii="宋体" w:eastAsia="宋体" w:hAnsi="宋体" w:cs="宋体"/>
          <w:color w:val="000000"/>
        </w:rPr>
        <w:t>个，</w:t>
      </w:r>
    </w:p>
    <w:p>
      <w:pPr>
        <w:spacing w:line="360" w:lineRule="auto"/>
        <w:jc w:val="both"/>
        <w:textAlignment w:val="center"/>
        <w:rPr>
          <w:color w:val="000000"/>
        </w:rPr>
      </w:pPr>
      <w:r>
        <w:rPr>
          <w:rFonts w:ascii="宋体" w:eastAsia="宋体" w:hAnsi="宋体" w:cs="宋体"/>
          <w:color w:val="000000"/>
        </w:rPr>
        <w:t>按照这样的规律摆下去，</w:t>
      </w:r>
    </w:p>
    <w:p>
      <w:pPr>
        <w:spacing w:line="360" w:lineRule="auto"/>
        <w:jc w:val="both"/>
        <w:textAlignment w:val="center"/>
        <w:rPr>
          <w:color w:val="000000"/>
        </w:rPr>
      </w:pPr>
      <w:r>
        <w:rPr>
          <w:rFonts w:ascii="宋体" w:eastAsia="宋体" w:hAnsi="宋体" w:cs="宋体"/>
          <w:color w:val="000000"/>
        </w:rPr>
        <w:t>则第</w:t>
      </w:r>
      <w:r>
        <w:rPr>
          <w:rFonts w:ascii="Times New Roman" w:eastAsia="Times New Roman" w:hAnsi="Times New Roman" w:cs="Times New Roman"/>
          <w:i/>
          <w:color w:val="000000"/>
        </w:rPr>
        <w:t>n</w:t>
      </w:r>
      <w:r>
        <w:rPr>
          <w:rFonts w:ascii="宋体" w:eastAsia="宋体" w:hAnsi="宋体" w:cs="宋体"/>
          <w:color w:val="000000"/>
        </w:rPr>
        <w:t>个图形需要黑色棋子的个数是</w:t>
      </w:r>
      <w:r>
        <w:pict>
          <v:shape id="_x0000_i721634" type="#_x0000_t75" alt="学科网(www.zxxk.com)--教育资源门户，提供试卷、教案、课件、论文、素材以及各类教学资源下载，还有大量而丰富的教学相关资讯！" style="width:158.4pt;height:20.4pt" o:oleicon="f" o:ole="">
            <v:imagedata r:id="rId107" o:title="eqId890994162c6a0113ce8f0c4d2ba07dc0"/>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pict>
          <v:shape id="_x0000_i721635" type="#_x0000_t75" alt="学科网(www.zxxk.com)--教育资源门户，提供试卷、教案、课件、论文、素材以及各类教学资源下载，还有大量而丰富的教学相关资讯！" style="width:26.9pt;height:13.75pt" o:oleicon="f" o:ole="">
            <v:imagedata r:id="rId108" o:title="eqIde45cf86650443d1b86c79b1e3edc7e5c"/>
          </v:shape>
        </w:pict>
      </w:r>
      <w:r>
        <w:rPr>
          <w:rFonts w:ascii="宋体" w:eastAsia="宋体" w:hAnsi="宋体" w:cs="宋体"/>
          <w:color w:val="000000"/>
        </w:rPr>
        <w:t>时，</w:t>
      </w:r>
      <w:r>
        <w:pict>
          <v:shape id="_x0000_i721636" type="#_x0000_t75" alt="学科网(www.zxxk.com)--教育资源门户，提供试卷、教案、课件、论文、素材以及各类教学资源下载，还有大量而丰富的教学相关资讯！" style="width:48pt;height:14pt" o:oleicon="f" o:ole="">
            <v:imagedata r:id="rId109" o:title="eqIde10959f4b0c972866aa0b2fdb4826c7b"/>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35</w:t>
      </w:r>
      <w:r>
        <w:rPr>
          <w:rFonts w:ascii="宋体" w:eastAsia="宋体" w:hAnsi="宋体" w:cs="宋体"/>
          <w:color w:val="000000"/>
        </w:rPr>
        <w:t>，</w:t>
      </w:r>
      <w:r>
        <w:pict>
          <v:shape id="_x0000_i721637" type="#_x0000_t75" alt="学科网(www.zxxk.com)--教育资源门户，提供试卷、教案、课件、论文、素材以及各类教学资源下载，还有大量而丰富的教学相关资讯！" style="width:43.1pt;height:20.05pt" o:oleicon="f" o:ole="">
            <v:imagedata r:id="rId110" o:title="eqIdc61d241cf4ae78b2af2f1bb0c9820bfe"/>
          </v:shape>
        </w:pict>
      </w:r>
      <w:r>
        <w:rPr>
          <w:rFonts w:ascii="宋体" w:eastAsia="宋体" w:hAnsi="宋体" w:cs="宋体"/>
          <w:color w:val="000000"/>
        </w:rPr>
        <w:t>．</w:t>
      </w:r>
    </w:p>
    <w:p>
      <w:pPr>
        <w:spacing w:line="360" w:lineRule="auto"/>
        <w:jc w:val="both"/>
        <w:textAlignment w:val="center"/>
        <w:rPr>
          <w:color w:val="000000"/>
        </w:rPr>
      </w:pPr>
      <w:r>
        <w:rPr>
          <w:color w:val="000000"/>
        </w:rPr>
        <w:t>【点睛】</w:t>
      </w:r>
      <w:r>
        <w:rPr>
          <w:rFonts w:ascii="宋体" w:eastAsia="宋体" w:hAnsi="宋体" w:cs="宋体"/>
          <w:color w:val="000000"/>
        </w:rPr>
        <w:t>本题考查归纳推理的运用，解题时注意图形中有重复的点，即多边形的顶点．</w:t>
      </w:r>
    </w:p>
    <w:p>
      <w:pPr>
        <w:spacing w:line="285" w:lineRule="auto"/>
        <w:jc w:val="both"/>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54</w:t>
      </w:r>
      <w:r>
        <w:rPr>
          <w:rFonts w:ascii="宋体" w:eastAsia="宋体" w:hAnsi="宋体" w:cs="宋体"/>
          <w:b/>
          <w:color w:val="000000"/>
          <w:sz w:val="24"/>
        </w:rPr>
        <w:t>分）</w:t>
      </w:r>
    </w:p>
    <w:p>
      <w:pPr>
        <w:pStyle w:val="Heading2"/>
      </w:pPr>
      <w:r>
        <w:t>大兴区</w:t>
      </w:r>
    </w:p>
    <w:p>
      <w:pPr>
        <w:spacing w:line="360" w:lineRule="auto"/>
        <w:jc w:val="both"/>
        <w:textAlignment w:val="center"/>
        <w:rPr>
          <w:color w:val="000000"/>
        </w:rPr>
      </w:pPr>
      <w:r>
        <w:rPr>
          <w:color w:val="000000"/>
        </w:rPr>
        <w:t xml:space="preserve">16. </w:t>
      </w:r>
      <w:r>
        <w:rPr>
          <w:rFonts w:ascii="宋体" w:eastAsia="宋体" w:hAnsi="宋体" w:cs="宋体"/>
          <w:color w:val="000000"/>
        </w:rPr>
        <w:t>计划在校园内种植</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两种花卉共</w:t>
      </w:r>
      <w:r>
        <w:rPr>
          <w:rFonts w:ascii="Times New Roman" w:eastAsia="Times New Roman" w:hAnsi="Times New Roman" w:cs="Times New Roman"/>
          <w:color w:val="000000"/>
        </w:rPr>
        <w:t>1200</w:t>
      </w:r>
      <w:r>
        <w:rPr>
          <w:rFonts w:ascii="宋体" w:eastAsia="宋体" w:hAnsi="宋体" w:cs="宋体"/>
          <w:color w:val="000000"/>
        </w:rPr>
        <w:t>棵．所需费用的相关信息如下表：</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55"/>
        <w:gridCol w:w="2013"/>
        <w:gridCol w:w="1802"/>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 xml:space="preserve">     </w:t>
            </w:r>
            <w:r>
              <w:rPr>
                <w:rFonts w:ascii="宋体" w:eastAsia="宋体" w:hAnsi="宋体" w:cs="宋体"/>
                <w:color w:val="000000"/>
              </w:rPr>
              <w:t>项目</w:t>
            </w:r>
          </w:p>
          <w:p>
            <w:pPr>
              <w:spacing w:line="360" w:lineRule="auto"/>
              <w:jc w:val="both"/>
              <w:textAlignment w:val="center"/>
              <w:rPr>
                <w:color w:val="000000"/>
              </w:rPr>
            </w:pPr>
            <w:r>
              <w:rPr>
                <w:rFonts w:ascii="宋体" w:eastAsia="宋体" w:hAnsi="宋体" w:cs="宋体"/>
                <w:color w:val="000000"/>
              </w:rPr>
              <w:t>品种</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购买单价（元</w:t>
            </w:r>
            <w:r>
              <w:rPr>
                <w:rFonts w:ascii="Times New Roman" w:eastAsia="Times New Roman" w:hAnsi="Times New Roman" w:cs="Times New Roman"/>
                <w:color w:val="000000"/>
              </w:rPr>
              <w:t>/</w:t>
            </w:r>
            <w:r>
              <w:rPr>
                <w:rFonts w:ascii="宋体" w:eastAsia="宋体" w:hAnsi="宋体" w:cs="宋体"/>
                <w:color w:val="000000"/>
              </w:rPr>
              <w:t>棵）</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劳务费（元</w:t>
            </w:r>
            <w:r>
              <w:rPr>
                <w:rFonts w:ascii="Times New Roman" w:eastAsia="Times New Roman" w:hAnsi="Times New Roman" w:cs="Times New Roman"/>
                <w:color w:val="000000"/>
              </w:rPr>
              <w:t>/</w:t>
            </w:r>
            <w:r>
              <w:rPr>
                <w:rFonts w:ascii="宋体" w:eastAsia="宋体" w:hAnsi="宋体" w:cs="宋体"/>
                <w:color w:val="000000"/>
              </w:rPr>
              <w:t>棵）</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A</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B</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r>
    </w:tbl>
    <w:p>
      <w:pPr>
        <w:spacing w:line="360" w:lineRule="auto"/>
        <w:jc w:val="both"/>
        <w:textAlignment w:val="center"/>
        <w:rPr>
          <w:color w:val="000000"/>
        </w:rPr>
      </w:pPr>
      <w:r>
        <w:rPr>
          <w:rFonts w:ascii="宋体" w:eastAsia="宋体" w:hAnsi="宋体" w:cs="宋体"/>
          <w:color w:val="000000"/>
        </w:rPr>
        <w:t>设购买</w:t>
      </w:r>
      <w:r>
        <w:rPr>
          <w:rFonts w:ascii="Times New Roman" w:eastAsia="Times New Roman" w:hAnsi="Times New Roman" w:cs="Times New Roman"/>
          <w:i/>
          <w:color w:val="000000"/>
        </w:rPr>
        <w:t>A</w:t>
      </w:r>
      <w:r>
        <w:rPr>
          <w:rFonts w:ascii="宋体" w:eastAsia="宋体" w:hAnsi="宋体" w:cs="宋体"/>
          <w:color w:val="000000"/>
        </w:rPr>
        <w:t>种花卉</w:t>
      </w:r>
      <w:r>
        <w:rPr>
          <w:rFonts w:ascii="Times New Roman" w:eastAsia="Times New Roman" w:hAnsi="Times New Roman" w:cs="Times New Roman"/>
          <w:i/>
          <w:color w:val="000000"/>
        </w:rPr>
        <w:t>x</w:t>
      </w:r>
      <w:r>
        <w:rPr>
          <w:rFonts w:ascii="宋体" w:eastAsia="宋体" w:hAnsi="宋体" w:cs="宋体"/>
          <w:color w:val="000000"/>
        </w:rPr>
        <w:t>棵，用含</w:t>
      </w:r>
      <w:r>
        <w:rPr>
          <w:rFonts w:ascii="Times New Roman" w:eastAsia="Times New Roman" w:hAnsi="Times New Roman" w:cs="Times New Roman"/>
          <w:i/>
          <w:color w:val="000000"/>
        </w:rPr>
        <w:t>x</w:t>
      </w:r>
      <w:r>
        <w:rPr>
          <w:rFonts w:ascii="宋体" w:eastAsia="宋体" w:hAnsi="宋体" w:cs="宋体"/>
          <w:color w:val="000000"/>
        </w:rPr>
        <w:t>的式子表示种植</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两种花卉的总费用是</w:t>
      </w:r>
      <w:r>
        <w:rPr>
          <w:color w:val="000000"/>
        </w:rPr>
        <w:t>（          ）</w:t>
      </w:r>
      <w:r>
        <w:rPr>
          <w:rFonts w:ascii="宋体" w:eastAsia="宋体" w:hAnsi="宋体" w:cs="宋体"/>
          <w:color w:val="000000"/>
        </w:rPr>
        <w:t>元．</w:t>
      </w:r>
    </w:p>
    <w:p>
      <w:pPr>
        <w:spacing w:line="360" w:lineRule="auto"/>
        <w:textAlignment w:val="center"/>
        <w:rPr>
          <w:color w:val="000000"/>
        </w:rPr>
      </w:pPr>
      <w:r>
        <w:rPr>
          <w:color w:val="2E75B6"/>
        </w:rPr>
        <w:t>【答案】</w:t>
      </w:r>
      <w:r>
        <w:pict>
          <v:shape id="_x0000_i721638" type="#_x0000_t75" alt="学科网(www.zxxk.com)--教育资源门户，提供试卷、教案、课件、论文、素材以及各类教学资源下载，还有大量而丰富的教学相关资讯！" style="width:56.25pt;height:14.25pt" o:oleicon="f" o:ole="">
            <v:imagedata r:id="rId111" o:title="eqId1fe09efb7a51d762bb76e69c4b468245"/>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分别表示出两种花卉各自的花费，再相加即可．</w:t>
      </w:r>
    </w:p>
    <w:p>
      <w:pPr>
        <w:spacing w:line="360" w:lineRule="auto"/>
        <w:jc w:val="both"/>
        <w:textAlignment w:val="center"/>
        <w:rPr>
          <w:color w:val="000000"/>
        </w:rPr>
      </w:pPr>
      <w:r>
        <w:rPr>
          <w:color w:val="000000"/>
        </w:rPr>
        <w:t>【详解】</w:t>
      </w:r>
      <w:r>
        <w:rPr>
          <w:rFonts w:ascii="宋体" w:eastAsia="宋体" w:hAnsi="宋体" w:cs="宋体"/>
          <w:color w:val="000000"/>
        </w:rPr>
        <w:t>解：由题意得：</w:t>
      </w:r>
    </w:p>
    <w:p>
      <w:pPr>
        <w:spacing w:line="360" w:lineRule="auto"/>
        <w:jc w:val="both"/>
        <w:textAlignment w:val="center"/>
        <w:rPr>
          <w:color w:val="000000"/>
        </w:rPr>
      </w:pPr>
      <w:r>
        <w:rPr>
          <w:rFonts w:ascii="宋体" w:eastAsia="宋体" w:hAnsi="宋体" w:cs="宋体"/>
          <w:color w:val="000000"/>
        </w:rPr>
        <w:t>总费用为：</w:t>
      </w:r>
      <w:r>
        <w:pict>
          <v:shape id="_x0000_i721639" type="#_x0000_t75" alt="学科网(www.zxxk.com)--教育资源门户，提供试卷、教案、课件、论文、素材以及各类教学资源下载，还有大量而丰富的教学相关资讯！" style="width:152.25pt;height:20.25pt" o:oleicon="f" o:ole="">
            <v:imagedata r:id="rId112" o:title="eqIdc46b6b63633e0803309932404b8daca4"/>
          </v:shape>
        </w:pict>
      </w:r>
      <w:r>
        <w:rPr>
          <w:rFonts w:ascii="Times New Roman" w:eastAsia="Times New Roman" w:hAnsi="Times New Roman" w:cs="Times New Roman"/>
          <w:color w:val="000000"/>
        </w:rPr>
        <w:t xml:space="preserve"> </w:t>
      </w:r>
    </w:p>
    <w:p>
      <w:pPr>
        <w:spacing w:line="360" w:lineRule="auto"/>
        <w:jc w:val="both"/>
        <w:textAlignment w:val="center"/>
        <w:rPr>
          <w:color w:val="000000"/>
        </w:rPr>
      </w:pPr>
      <w:r>
        <w:pict>
          <v:shape id="_x0000_i721640" type="#_x0000_t75" alt="学科网(www.zxxk.com)--教育资源门户，提供试卷、教案、课件、论文、素材以及各类教学资源下载，还有大量而丰富的教学相关资讯！" style="width:102.75pt;height:20.25pt" o:oleicon="f" o:ole="">
            <v:imagedata r:id="rId113" o:title="eqIdac899be28e09c638cbb941007b7d847a"/>
          </v:shape>
        </w:pict>
      </w:r>
    </w:p>
    <w:p>
      <w:pPr>
        <w:spacing w:line="360" w:lineRule="auto"/>
        <w:jc w:val="both"/>
        <w:textAlignment w:val="center"/>
        <w:rPr>
          <w:color w:val="000000"/>
        </w:rPr>
      </w:pPr>
      <w:r>
        <w:pict>
          <v:shape id="_x0000_i721641" type="#_x0000_t75" alt="学科网(www.zxxk.com)--教育资源门户，提供试卷、教案、课件、论文、素材以及各类教学资源下载，还有大量而丰富的教学相关资讯！" style="width:99.75pt;height:14.25pt" o:oleicon="f" o:ole="">
            <v:imagedata r:id="rId114" o:title="eqId01c655ac7840e39a6058d86af5a28cfa"/>
          </v:shape>
        </w:pict>
      </w:r>
    </w:p>
    <w:p>
      <w:pPr>
        <w:spacing w:line="360" w:lineRule="auto"/>
        <w:jc w:val="both"/>
        <w:textAlignment w:val="center"/>
        <w:rPr>
          <w:color w:val="000000"/>
        </w:rPr>
      </w:pPr>
      <w:r>
        <w:pict>
          <v:shape id="_x0000_i721642" type="#_x0000_t75" alt="学科网(www.zxxk.com)--教育资源门户，提供试卷、教案、课件、论文、素材以及各类教学资源下载，还有大量而丰富的教学相关资讯！" style="width:75pt;height:20.25pt" o:oleicon="f" o:ole="">
            <v:imagedata r:id="rId115" o:title="eqId97bebbb9d35325d49dc930f580c4301f"/>
          </v:shape>
        </w:pict>
      </w:r>
      <w:r>
        <w:rPr>
          <w:rFonts w:ascii="宋体" w:eastAsia="宋体" w:hAnsi="宋体" w:cs="宋体"/>
          <w:color w:val="000000"/>
        </w:rPr>
        <w:t>元，</w:t>
      </w:r>
    </w:p>
    <w:p>
      <w:pPr>
        <w:spacing w:line="360" w:lineRule="auto"/>
        <w:jc w:val="both"/>
        <w:textAlignment w:val="center"/>
        <w:rPr>
          <w:color w:val="000000"/>
        </w:rPr>
      </w:pPr>
      <w:r>
        <w:rPr>
          <w:rFonts w:ascii="宋体" w:eastAsia="宋体" w:hAnsi="宋体" w:cs="宋体"/>
          <w:color w:val="000000"/>
        </w:rPr>
        <w:t>故答案为：</w:t>
      </w:r>
      <w:r>
        <w:pict>
          <v:shape id="_x0000_i721643" type="#_x0000_t75" alt="学科网(www.zxxk.com)--教育资源门户，提供试卷、教案、课件、论文、素材以及各类教学资源下载，还有大量而丰富的教学相关资讯！" style="width:56.25pt;height:14.25pt" o:oleicon="f" o:ole="">
            <v:imagedata r:id="rId116" o:title="eqId1fe09efb7a51d762bb76e69c4b468245"/>
          </v:shape>
        </w:pict>
      </w:r>
      <w:r>
        <w:rPr>
          <w:rFonts w:ascii="宋体" w:eastAsia="宋体" w:hAnsi="宋体" w:cs="宋体"/>
          <w:color w:val="000000"/>
        </w:rPr>
        <w:t>．</w:t>
      </w:r>
    </w:p>
    <w:p>
      <w:pPr>
        <w:spacing w:line="360" w:lineRule="auto"/>
        <w:jc w:val="both"/>
        <w:textAlignment w:val="center"/>
        <w:rPr>
          <w:color w:val="000000"/>
        </w:rPr>
      </w:pPr>
      <w:r>
        <w:rPr>
          <w:color w:val="000000"/>
        </w:rPr>
        <w:t>【点睛】</w:t>
      </w:r>
      <w:r>
        <w:rPr>
          <w:rFonts w:ascii="宋体" w:eastAsia="宋体" w:hAnsi="宋体" w:cs="宋体"/>
          <w:color w:val="000000"/>
        </w:rPr>
        <w:t>本题主要考查列代数式和整式的加减，解答的关键是理解清楚题意找到等量关系．</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18-23</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24-27</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28</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分）解答应写出文字说明、演算步骤或证明过程．</w:t>
      </w:r>
    </w:p>
    <w:p>
      <w:pPr>
        <w:pStyle w:val="Heading2"/>
      </w:pPr>
      <w:r>
        <w:t>大兴区亦庄实验中学</w:t>
      </w:r>
    </w:p>
    <w:p>
      <w:pPr>
        <w:spacing w:line="360" w:lineRule="auto"/>
        <w:jc w:val="left"/>
        <w:textAlignment w:val="center"/>
        <w:rPr>
          <w:color w:val="000000"/>
        </w:rPr>
      </w:pPr>
      <w:r>
        <w:rPr>
          <w:color w:val="000000"/>
        </w:rPr>
        <w:t xml:space="preserve">16. </w:t>
      </w:r>
      <w:r>
        <w:rPr>
          <w:rFonts w:ascii="宋体" w:eastAsia="宋体" w:hAnsi="宋体" w:cs="宋体"/>
          <w:color w:val="000000"/>
        </w:rPr>
        <w:t>将正整数按如图所示的规律排列下去，第</w:t>
      </w:r>
      <w:r>
        <w:rPr>
          <w:rFonts w:ascii="Times New Roman" w:eastAsia="Times New Roman" w:hAnsi="Times New Roman" w:cs="Times New Roman"/>
          <w:i/>
          <w:color w:val="000000"/>
        </w:rPr>
        <w:t>n</w:t>
      </w:r>
      <w:r>
        <w:rPr>
          <w:rFonts w:ascii="宋体" w:eastAsia="宋体" w:hAnsi="宋体" w:cs="宋体"/>
          <w:color w:val="000000"/>
        </w:rPr>
        <w:t>排，从左到右，第</w:t>
      </w:r>
      <w:r>
        <w:rPr>
          <w:rFonts w:ascii="Times New Roman" w:eastAsia="Times New Roman" w:hAnsi="Times New Roman" w:cs="Times New Roman"/>
          <w:i/>
          <w:color w:val="000000"/>
        </w:rPr>
        <w:t>m</w:t>
      </w:r>
      <w:r>
        <w:rPr>
          <w:rFonts w:ascii="宋体" w:eastAsia="宋体" w:hAnsi="宋体" w:cs="宋体"/>
          <w:color w:val="000000"/>
        </w:rPr>
        <w:t>个数字，用有序数对</w:t>
      </w:r>
      <w:r>
        <w:pict>
          <v:shape id="_x0000_i721644" type="#_x0000_t75" alt="学科网(www.zxxk.com)--教育资源门户，提供试卷、教案、课件、论文、素材以及各类教学资源下载，还有大量而丰富的教学相关资讯！" style="width:31.2pt;height:16.15pt" o:oleicon="f" o:ole="">
            <v:imagedata r:id="rId117" o:title="eqId493d16a261e909d2faf6b5386b8fa5d5"/>
          </v:shape>
        </w:pict>
      </w:r>
      <w:r>
        <w:rPr>
          <w:rFonts w:ascii="Times New Roman" w:eastAsia="Times New Roman" w:hAnsi="Times New Roman" w:cs="Times New Roman"/>
          <w:color w:val="000000"/>
        </w:rPr>
        <w:t xml:space="preserve"> </w:t>
      </w:r>
      <w:r>
        <w:rPr>
          <w:rFonts w:ascii="宋体" w:eastAsia="宋体" w:hAnsi="宋体" w:cs="宋体"/>
          <w:color w:val="000000"/>
        </w:rPr>
        <w:t>表示．如：第</w:t>
      </w:r>
      <w:r>
        <w:rPr>
          <w:rFonts w:ascii="Times New Roman" w:eastAsia="Times New Roman" w:hAnsi="Times New Roman" w:cs="Times New Roman"/>
          <w:color w:val="000000"/>
        </w:rPr>
        <w:t>4</w:t>
      </w:r>
      <w:r>
        <w:rPr>
          <w:rFonts w:ascii="宋体" w:eastAsia="宋体" w:hAnsi="宋体" w:cs="宋体"/>
          <w:color w:val="000000"/>
        </w:rPr>
        <w:t>排第</w:t>
      </w:r>
      <w:r>
        <w:rPr>
          <w:rFonts w:ascii="Times New Roman" w:eastAsia="Times New Roman" w:hAnsi="Times New Roman" w:cs="Times New Roman"/>
          <w:color w:val="000000"/>
        </w:rPr>
        <w:t>2</w:t>
      </w:r>
      <w:r>
        <w:rPr>
          <w:rFonts w:ascii="宋体" w:eastAsia="宋体" w:hAnsi="宋体" w:cs="宋体"/>
          <w:color w:val="000000"/>
        </w:rPr>
        <w:t>个数字是</w:t>
      </w:r>
      <w:r>
        <w:rPr>
          <w:rFonts w:ascii="Times New Roman" w:eastAsia="Times New Roman" w:hAnsi="Times New Roman" w:cs="Times New Roman"/>
          <w:color w:val="000000"/>
        </w:rPr>
        <w:t>9</w:t>
      </w:r>
      <w:r>
        <w:rPr>
          <w:rFonts w:ascii="宋体" w:eastAsia="宋体" w:hAnsi="宋体" w:cs="宋体"/>
          <w:color w:val="000000"/>
        </w:rPr>
        <w:t>，那么表示</w:t>
      </w:r>
      <w:r>
        <w:rPr>
          <w:rFonts w:ascii="Times New Roman" w:eastAsia="Times New Roman" w:hAnsi="Times New Roman" w:cs="Times New Roman"/>
          <w:color w:val="000000"/>
        </w:rPr>
        <w:t>9</w:t>
      </w:r>
      <w:r>
        <w:rPr>
          <w:rFonts w:ascii="宋体" w:eastAsia="宋体" w:hAnsi="宋体" w:cs="宋体"/>
          <w:color w:val="000000"/>
        </w:rPr>
        <w:t>的数对是</w:t>
      </w:r>
      <w:r>
        <w:pict>
          <v:shape id="_x0000_i721645" type="#_x0000_t75" alt="学科网(www.zxxk.com)--教育资源门户，提供试卷、教案、课件、论文、素材以及各类教学资源下载，还有大量而丰富的教学相关资讯！" style="width:27.75pt;height:15.75pt" o:oleicon="f" o:ole="">
            <v:imagedata r:id="rId118" o:title="eqId92e7d192c1c988462b773b36fe0bc169"/>
          </v:shape>
        </w:pict>
      </w:r>
      <w:r>
        <w:rPr>
          <w:rFonts w:ascii="宋体" w:eastAsia="宋体" w:hAnsi="宋体" w:cs="宋体"/>
          <w:color w:val="000000"/>
        </w:rPr>
        <w:t>．那么，表示</w:t>
      </w:r>
      <w:r>
        <w:pict>
          <v:shape id="_x0000_i721646" type="#_x0000_t75" alt="学科网(www.zxxk.com)--教育资源门户，提供试卷、教案、课件、论文、素材以及各类教学资源下载，还有大量而丰富的教学相关资讯！" style="width:15.05pt;height:13.95pt" o:oleicon="f" o:ole="">
            <v:imagedata r:id="rId119" o:title="eqIda17161b28b6ad8f57abc5b11e1b6c671"/>
          </v:shape>
        </w:pict>
      </w:r>
      <w:r>
        <w:rPr>
          <w:rFonts w:ascii="宋体" w:eastAsia="宋体" w:hAnsi="宋体" w:cs="宋体"/>
          <w:color w:val="000000"/>
        </w:rPr>
        <w:t>的有序数对是</w:t>
      </w:r>
      <w:r>
        <w:rPr>
          <w:rFonts w:ascii="Times New Roman" w:eastAsia="Times New Roman" w:hAnsi="Times New Roman" w:cs="Times New Roman"/>
          <w:color w:val="000000"/>
        </w:rPr>
        <w:t xml:space="preserve"> </w:t>
      </w:r>
      <w:r>
        <w:rPr>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981325" cy="1238250"/>
            <wp:docPr id="417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6" name=""/>
                    <pic:cNvPicPr>
                      <a:picLocks noChangeAspect="1"/>
                    </pic:cNvPicPr>
                  </pic:nvPicPr>
                  <pic:blipFill>
                    <a:blip r:embed="rId120"/>
                    <a:stretch>
                      <a:fillRect/>
                    </a:stretch>
                  </pic:blipFill>
                  <pic:spPr>
                    <a:xfrm>
                      <a:off x="0" y="0"/>
                      <a:ext cx="2981325" cy="1238250"/>
                    </a:xfrm>
                    <a:prstGeom prst="rect">
                      <a:avLst/>
                    </a:prstGeom>
                  </pic:spPr>
                </pic:pic>
              </a:graphicData>
            </a:graphic>
          </wp:inline>
        </w:drawing>
      </w:r>
    </w:p>
    <w:p>
      <w:pPr>
        <w:spacing w:line="360" w:lineRule="auto"/>
        <w:textAlignment w:val="center"/>
        <w:rPr>
          <w:color w:val="000000"/>
        </w:rPr>
      </w:pPr>
      <w:r>
        <w:rPr>
          <w:color w:val="2E75B6"/>
        </w:rPr>
        <w:t>【答案】</w:t>
      </w:r>
      <w:r>
        <w:pict>
          <v:shape id="_x0000_i721647" type="#_x0000_t75" alt="学科网(www.zxxk.com)--教育资源门户，提供试卷、教案、课件、论文、素材以及各类教学资源下载，还有大量而丰富的教学相关资讯！" style="width:37.5pt;height:15pt" o:oleicon="f" o:ole="">
            <v:imagedata r:id="rId121" o:title="eqIda67bdb3a605e8841e9067039ecc887de"/>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排有</w:t>
      </w:r>
      <w:r>
        <w:rPr>
          <w:rFonts w:ascii="Times New Roman" w:eastAsia="Times New Roman" w:hAnsi="Times New Roman" w:cs="Times New Roman"/>
          <w:i/>
          <w:color w:val="000000"/>
        </w:rPr>
        <w:t>n</w:t>
      </w:r>
      <w:r>
        <w:rPr>
          <w:rFonts w:ascii="宋体" w:eastAsia="宋体" w:hAnsi="宋体" w:cs="宋体"/>
          <w:color w:val="000000"/>
        </w:rPr>
        <w:t>个数，奇数排的数是从小到大排序，偶数排的数是从大到小排序；根据此规律作答即可；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pict>
          <v:shape id="_x0000_i721648" type="#_x0000_t75" alt="学科网(www.zxxk.com)--教育资源门户，提供试卷、教案、课件、论文、素材以及各类教学资源下载，还有大量而丰富的教学相关资讯！" style="width:225pt;height:14.25pt" o:oleicon="f" o:ole="">
            <v:imagedata r:id="rId122" o:title="eqId8c09edbe97c3a6142e1747dab1df5096"/>
          </v:shape>
        </w:pict>
      </w:r>
    </w:p>
    <w:p>
      <w:pPr>
        <w:spacing w:line="360" w:lineRule="auto"/>
        <w:jc w:val="left"/>
        <w:textAlignment w:val="center"/>
        <w:rPr>
          <w:color w:val="000000"/>
        </w:rPr>
      </w:pPr>
      <w:r>
        <w:pict>
          <v:shape id="_x0000_i721649" type="#_x0000_t75" alt="学科网(www.zxxk.com)--教育资源门户，提供试卷、教案、课件、论文、素材以及各类教学资源下载，还有大量而丰富的教学相关资讯！" style="width:245.25pt;height:14.25pt" o:oleicon="f" o:ole="">
            <v:imagedata r:id="rId123" o:title="eqId12db079018725f074670fa765958287d"/>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前</w:t>
      </w:r>
      <w:r>
        <w:pict>
          <v:shape id="_x0000_i721650" type="#_x0000_t75" alt="学科网(www.zxxk.com)--教育资源门户，提供试卷、教案、课件、论文、素材以及各类教学资源下载，还有大量而丰富的教学相关资讯！" style="width:14pt;height:13.05pt" o:oleicon="f" o:ole="">
            <v:imagedata r:id="rId124" o:title="eqId8da45c443af7994a26ffa9d8894e7262"/>
          </v:shape>
        </w:pict>
      </w:r>
      <w:r>
        <w:rPr>
          <w:rFonts w:ascii="宋体" w:eastAsia="宋体" w:hAnsi="宋体" w:cs="宋体"/>
          <w:color w:val="000000"/>
        </w:rPr>
        <w:t>排一共有</w:t>
      </w:r>
      <w:r>
        <w:pict>
          <v:shape id="_x0000_i721651" type="#_x0000_t75" alt="学科网(www.zxxk.com)--教育资源门户，提供试卷、教案、课件、论文、素材以及各类教学资源下载，还有大量而丰富的教学相关资讯！" style="width:15pt;height:13.95pt" o:oleicon="f" o:ole="">
            <v:imagedata r:id="rId125" o:title="eqId861cfd94db12874ce5764dc3b3199d8c"/>
          </v:shape>
        </w:pict>
      </w:r>
      <w:r>
        <w:rPr>
          <w:rFonts w:ascii="宋体" w:eastAsia="宋体" w:hAnsi="宋体" w:cs="宋体"/>
          <w:color w:val="000000"/>
        </w:rPr>
        <w:t>个数，前</w:t>
      </w:r>
      <w:r>
        <w:pict>
          <v:shape id="_x0000_i721652" type="#_x0000_t75" alt="学科网(www.zxxk.com)--教育资源门户，提供试卷、教案、课件、论文、素材以及各类教学资源下载，还有大量而丰富的教学相关资讯！" style="width:13.95pt;height:13.95pt" o:oleicon="f" o:ole="">
            <v:imagedata r:id="rId126" o:title="eqId5453184e251cfe787b5965cd38426962"/>
          </v:shape>
        </w:pict>
      </w:r>
      <w:r>
        <w:rPr>
          <w:rFonts w:ascii="宋体" w:eastAsia="宋体" w:hAnsi="宋体" w:cs="宋体"/>
          <w:color w:val="000000"/>
        </w:rPr>
        <w:t>排一共有</w:t>
      </w:r>
      <w:r>
        <w:pict>
          <v:shape id="_x0000_i721653" type="#_x0000_t75" alt="学科网(www.zxxk.com)--教育资源门户，提供试卷、教案、课件、论文、素材以及各类教学资源下载，还有大量而丰富的教学相关资讯！" style="width:13.95pt;height:13.95pt" o:oleicon="f" o:ole="">
            <v:imagedata r:id="rId127" o:title="eqIdd6d314c287aa376240f0ca41bd181f01"/>
          </v:shape>
        </w:pict>
      </w:r>
      <w:r>
        <w:rPr>
          <w:rFonts w:ascii="宋体" w:eastAsia="宋体" w:hAnsi="宋体" w:cs="宋体"/>
          <w:color w:val="000000"/>
        </w:rPr>
        <w:t>个数；</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21654" type="#_x0000_t75" alt="学科网(www.zxxk.com)--教育资源门户，提供试卷、教案、课件、论文、素材以及各类教学资源下载，还有大量而丰富的教学相关资讯！" style="width:15.05pt;height:13.95pt" o:oleicon="f" o:ole="">
            <v:imagedata r:id="rId128" o:title="eqIda17161b28b6ad8f57abc5b11e1b6c671"/>
          </v:shape>
        </w:pict>
      </w:r>
      <w:r>
        <w:rPr>
          <w:rFonts w:ascii="宋体" w:eastAsia="宋体" w:hAnsi="宋体" w:cs="宋体"/>
          <w:color w:val="000000"/>
        </w:rPr>
        <w:t>在第</w:t>
      </w:r>
      <w:r>
        <w:pict>
          <v:shape id="_x0000_i721655" type="#_x0000_t75" alt="学科网(www.zxxk.com)--教育资源门户，提供试卷、教案、课件、论文、素材以及各类教学资源下载，还有大量而丰富的教学相关资讯！" style="width:13.95pt;height:13.95pt" o:oleicon="f" o:ole="">
            <v:imagedata r:id="rId129" o:title="eqId5453184e251cfe787b5965cd38426962"/>
          </v:shape>
        </w:pict>
      </w:r>
      <w:r>
        <w:rPr>
          <w:rFonts w:ascii="宋体" w:eastAsia="宋体" w:hAnsi="宋体" w:cs="宋体"/>
          <w:color w:val="000000"/>
        </w:rPr>
        <w:t>排；</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21656" type="#_x0000_t75" alt="学科网(www.zxxk.com)--教育资源门户，提供试卷、教案、课件、论文、素材以及各类教学资源下载，还有大量而丰富的教学相关资讯！" style="width:13.95pt;height:13.95pt" o:oleicon="f" o:ole="">
            <v:imagedata r:id="rId130" o:title="eqId5453184e251cfe787b5965cd38426962"/>
          </v:shape>
        </w:pict>
      </w:r>
      <w:r>
        <w:rPr>
          <w:rFonts w:ascii="宋体" w:eastAsia="宋体" w:hAnsi="宋体" w:cs="宋体"/>
          <w:color w:val="000000"/>
        </w:rPr>
        <w:t>为奇数</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第</w:t>
      </w:r>
      <w:r>
        <w:pict>
          <v:shape id="_x0000_i721657" type="#_x0000_t75" alt="学科网(www.zxxk.com)--教育资源门户，提供试卷、教案、课件、论文、素材以及各类教学资源下载，还有大量而丰富的教学相关资讯！" style="width:13.95pt;height:13.95pt" o:oleicon="f" o:ole="">
            <v:imagedata r:id="rId131" o:title="eqId5453184e251cfe787b5965cd38426962"/>
          </v:shape>
        </w:pict>
      </w:r>
      <w:r>
        <w:rPr>
          <w:rFonts w:ascii="宋体" w:eastAsia="宋体" w:hAnsi="宋体" w:cs="宋体"/>
          <w:color w:val="000000"/>
        </w:rPr>
        <w:t>排的数是从小到大排序；</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21658" type="#_x0000_t75" alt="学科网(www.zxxk.com)--教育资源门户，提供试卷、教案、课件、论文、素材以及各类教学资源下载，还有大量而丰富的教学相关资讯！" style="width:15.05pt;height:13.95pt" o:oleicon="f" o:ole="">
            <v:imagedata r:id="rId132" o:title="eqIda17161b28b6ad8f57abc5b11e1b6c671"/>
          </v:shape>
        </w:pict>
      </w:r>
      <w:r>
        <w:rPr>
          <w:rFonts w:ascii="宋体" w:eastAsia="宋体" w:hAnsi="宋体" w:cs="宋体"/>
          <w:color w:val="000000"/>
        </w:rPr>
        <w:t>在第</w:t>
      </w:r>
      <w:r>
        <w:pict>
          <v:shape id="_x0000_i721659" type="#_x0000_t75" alt="学科网(www.zxxk.com)--教育资源门户，提供试卷、教案、课件、论文、素材以及各类教学资源下载，还有大量而丰富的教学相关资讯！" style="width:13.95pt;height:13.95pt" o:oleicon="f" o:ole="">
            <v:imagedata r:id="rId133" o:title="eqId5453184e251cfe787b5965cd38426962"/>
          </v:shape>
        </w:pict>
      </w:r>
      <w:r>
        <w:rPr>
          <w:rFonts w:ascii="宋体" w:eastAsia="宋体" w:hAnsi="宋体" w:cs="宋体"/>
          <w:color w:val="000000"/>
        </w:rPr>
        <w:t>排，从左到右，第</w:t>
      </w:r>
      <w:r>
        <w:pict>
          <v:shape id="_x0000_i721660" type="#_x0000_t75" alt="学科网(www.zxxk.com)--教育资源门户，提供试卷、教案、课件、论文、素材以及各类教学资源下载，还有大量而丰富的教学相关资讯！" style="width:14pt;height:13.05pt" o:oleicon="f" o:ole="">
            <v:imagedata r:id="rId134" o:title="eqId8da45c443af7994a26ffa9d8894e7262"/>
          </v:shape>
        </w:pict>
      </w:r>
      <w:r>
        <w:rPr>
          <w:rFonts w:ascii="宋体" w:eastAsia="宋体" w:hAnsi="宋体" w:cs="宋体"/>
          <w:color w:val="000000"/>
        </w:rPr>
        <w:t>个数，</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表示</w:t>
      </w:r>
      <w:r>
        <w:pict>
          <v:shape id="_x0000_i721661" type="#_x0000_t75" alt="学科网(www.zxxk.com)--教育资源门户，提供试卷、教案、课件、论文、素材以及各类教学资源下载，还有大量而丰富的教学相关资讯！" style="width:15.05pt;height:13.95pt" o:oleicon="f" o:ole="">
            <v:imagedata r:id="rId135" o:title="eqIda17161b28b6ad8f57abc5b11e1b6c671"/>
          </v:shape>
        </w:pict>
      </w:r>
      <w:r>
        <w:rPr>
          <w:rFonts w:ascii="宋体" w:eastAsia="宋体" w:hAnsi="宋体" w:cs="宋体"/>
          <w:color w:val="000000"/>
        </w:rPr>
        <w:t>的有序数对是</w:t>
      </w:r>
      <w:r>
        <w:pict>
          <v:shape id="_x0000_i721662" type="#_x0000_t75" alt="学科网(www.zxxk.com)--教育资源门户，提供试卷、教案、课件、论文、素材以及各类教学资源下载，还有大量而丰富的教学相关资讯！" style="width:37.5pt;height:15pt" o:oleicon="f" o:ole="">
            <v:imagedata r:id="rId136" o:title="eqIda67bdb3a605e8841e9067039ecc887de"/>
          </v:shape>
        </w:pict>
      </w:r>
    </w:p>
    <w:p>
      <w:pPr>
        <w:spacing w:line="360" w:lineRule="auto"/>
        <w:jc w:val="left"/>
        <w:textAlignment w:val="center"/>
        <w:rPr>
          <w:color w:val="000000"/>
        </w:rPr>
      </w:pPr>
      <w:r>
        <w:rPr>
          <w:rFonts w:ascii="宋体" w:eastAsia="宋体" w:hAnsi="宋体" w:cs="宋体"/>
          <w:color w:val="000000"/>
        </w:rPr>
        <w:t>故答案</w:t>
      </w:r>
      <w:r>
        <w:rPr>
          <w:rFonts w:ascii="宋体" w:eastAsia="宋体" w:hAnsi="宋体" w:cs="宋体"/>
          <w:color w:val="000000"/>
          <w:position w:val="0"/>
        </w:rPr>
        <w:drawing>
          <wp:inline>
            <wp:extent cx="158750" cy="190500"/>
            <wp:docPr id="41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 name=""/>
                    <pic:cNvPicPr>
                      <a:picLocks noChangeAspect="1"/>
                    </pic:cNvPicPr>
                  </pic:nvPicPr>
                  <pic:blipFill>
                    <a:blip r:embed="rId137"/>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w:t>
      </w:r>
      <w:r>
        <w:pict>
          <v:shape id="_x0000_i721663" type="#_x0000_t75" alt="学科网(www.zxxk.com)--教育资源门户，提供试卷、教案、课件、论文、素材以及各类教学资源下载，还有大量而丰富的教学相关资讯！" style="width:37.5pt;height:15pt" o:oleicon="f" o:ole="">
            <v:imagedata r:id="rId138" o:title="eqIda67bdb3a605e8841e9067039ecc887de"/>
          </v:shape>
        </w:pict>
      </w:r>
    </w:p>
    <w:p>
      <w:pPr>
        <w:spacing w:line="360" w:lineRule="auto"/>
        <w:jc w:val="both"/>
        <w:textAlignment w:val="center"/>
        <w:rPr>
          <w:color w:val="000000"/>
        </w:rPr>
      </w:pPr>
      <w:r>
        <w:rPr>
          <w:color w:val="000000"/>
        </w:rPr>
        <w:t>【点睛】</w:t>
      </w:r>
      <w:r>
        <w:rPr>
          <w:rFonts w:ascii="宋体" w:eastAsia="宋体" w:hAnsi="宋体" w:cs="宋体"/>
          <w:color w:val="000000"/>
        </w:rPr>
        <w:t>本题主要考查学生读图找规律的能力，从数列中找到数据排列的规律是解题的关键．</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52</w:t>
      </w:r>
      <w:r>
        <w:rPr>
          <w:rFonts w:ascii="宋体" w:eastAsia="宋体" w:hAnsi="宋体" w:cs="宋体"/>
          <w:b/>
          <w:color w:val="000000"/>
          <w:sz w:val="24"/>
        </w:rPr>
        <w:t>分）</w:t>
      </w:r>
    </w:p>
    <w:p>
      <w:pPr>
        <w:pStyle w:val="Heading2"/>
      </w:pPr>
      <w:r>
        <w:t>师范大学附属中学</w:t>
      </w:r>
    </w:p>
    <w:p>
      <w:pPr>
        <w:spacing w:line="360" w:lineRule="auto"/>
        <w:jc w:val="left"/>
        <w:textAlignment w:val="center"/>
        <w:rPr>
          <w:color w:val="000000"/>
        </w:rPr>
      </w:pPr>
      <w:r>
        <w:rPr>
          <w:color w:val="000000"/>
        </w:rPr>
        <w:t xml:space="preserve">19. </w:t>
      </w:r>
      <w:r>
        <w:rPr>
          <w:rFonts w:ascii="宋体" w:eastAsia="宋体" w:hAnsi="宋体" w:cs="宋体"/>
          <w:color w:val="000000"/>
        </w:rPr>
        <w:t>用“☆”定义一种新运算：对于任意有理数</w:t>
      </w:r>
      <w:r>
        <w:rPr>
          <w:rFonts w:ascii="Times New Roman" w:eastAsia="Times New Roman" w:hAnsi="Times New Roman" w:cs="Times New Roman"/>
          <w:i/>
          <w:color w:val="000000"/>
        </w:rPr>
        <w:t>x</w:t>
      </w:r>
      <w:r>
        <w:rPr>
          <w:rFonts w:ascii="宋体" w:eastAsia="宋体" w:hAnsi="宋体" w:cs="宋体"/>
          <w:color w:val="000000"/>
        </w:rPr>
        <w:t>和</w:t>
      </w:r>
      <w:r>
        <w:rPr>
          <w:rFonts w:ascii="Times New Roman" w:eastAsia="Times New Roman" w:hAnsi="Times New Roman" w:cs="Times New Roman"/>
          <w:i/>
          <w:color w:val="000000"/>
        </w:rPr>
        <w:t>y</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ay</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为常数），如：</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2</w:t>
      </w:r>
      <w:r>
        <w:rPr>
          <w:rFonts w:ascii="MS Mincho" w:eastAsia="MS Mincho" w:hAnsi="MS Mincho" w:cs="MS Mincho"/>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MS Mincho" w:eastAsia="MS Mincho" w:hAnsi="MS Mincho" w:cs="MS Mincho"/>
          <w:color w:val="000000"/>
        </w:rPr>
        <w:t>⋅</w:t>
      </w:r>
      <w:r>
        <w:rPr>
          <w:rFonts w:ascii="Times New Roman" w:eastAsia="Times New Roman" w:hAnsi="Times New Roman" w:cs="Times New Roman"/>
          <w:color w:val="000000"/>
        </w:rPr>
        <w:t>3+1</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rPr>
        <w:t>+1</w:t>
      </w:r>
      <w:r>
        <w:rPr>
          <w:rFonts w:ascii="宋体" w:eastAsia="宋体" w:hAnsi="宋体" w:cs="宋体"/>
          <w:color w:val="000000"/>
        </w:rPr>
        <w:t>．若</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，则</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的值为</w:t>
      </w:r>
      <w:r>
        <w:rPr>
          <w:rFonts w:ascii="Times New Roman" w:eastAsia="Times New Roman" w:hAnsi="Times New Roman" w:cs="Times New Roman"/>
          <w:color w:val="000000"/>
        </w:rPr>
        <w:t xml:space="preserve"> </w:t>
      </w:r>
      <w:r>
        <w:rPr>
          <w:color w:val="000000"/>
        </w:rPr>
        <w:t>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7</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先根据</w:t>
      </w:r>
      <w:r>
        <w:pict>
          <v:shape id="_x0000_i721664" type="#_x0000_t75" alt="学科网(www.zxxk.com)--教育资源门户，提供试卷、教案、课件、论文、素材以及各类教学资源下载，还有大量而丰富的教学相关资讯！" style="width:43.5pt;height:15pt" o:oleicon="f" o:ole="">
            <v:imagedata r:id="rId139" o:title="eqId537b97c686cb4acad62be65d5311088f"/>
          </v:shape>
        </w:pict>
      </w:r>
      <w:r>
        <w:rPr>
          <w:rFonts w:ascii="宋体" w:eastAsia="宋体" w:hAnsi="宋体" w:cs="宋体"/>
          <w:color w:val="000000"/>
        </w:rPr>
        <w:t>可得</w:t>
      </w:r>
      <w:r>
        <w:pict>
          <v:shape id="_x0000_i721665" type="#_x0000_t75" alt="学科网(www.zxxk.com)--教育资源门户，提供试卷、教案、课件、论文、素材以及各类教学资源下载，还有大量而丰富的教学相关资讯！" style="width:66pt;height:15pt" o:oleicon="f" o:ole="">
            <v:imagedata r:id="rId140" o:title="eqId7f82404c919faddf20f6edb3e930d71b"/>
          </v:shape>
        </w:pict>
      </w:r>
      <w:r>
        <w:rPr>
          <w:rFonts w:ascii="宋体" w:eastAsia="宋体" w:hAnsi="宋体" w:cs="宋体"/>
          <w:color w:val="000000"/>
        </w:rPr>
        <w:t>，从而可得</w:t>
      </w:r>
      <w:r>
        <w:pict>
          <v:shape id="_x0000_i721666" type="#_x0000_t75" alt="学科网(www.zxxk.com)--教育资源门户，提供试卷、教案、课件、论文、素材以及各类教学资源下载，还有大量而丰富的教学相关资讯！" style="width:56.25pt;height:15.75pt" o:oleicon="f" o:ole="">
            <v:imagedata r:id="rId141" o:title="eqId0e2267e0aa6350c58a95e2195582ab86"/>
          </v:shape>
        </w:pict>
      </w:r>
      <w:r>
        <w:rPr>
          <w:rFonts w:ascii="宋体" w:eastAsia="宋体" w:hAnsi="宋体" w:cs="宋体"/>
          <w:color w:val="000000"/>
        </w:rPr>
        <w:t>，再根据新运算的定义可得</w:t>
      </w:r>
      <w:r>
        <w:pict>
          <v:shape id="_x0000_i721667" type="#_x0000_t75" alt="学科网(www.zxxk.com)--教育资源门户，提供试卷、教案、课件、论文、素材以及各类教学资源下载，还有大量而丰富的教学相关资讯！" style="width:93pt;height:15.75pt" o:oleicon="f" o:ole="">
            <v:imagedata r:id="rId142" o:title="eqId7ca21f651771ecd6dbec25677a4a5a6b"/>
          </v:shape>
        </w:pict>
      </w:r>
      <w:r>
        <w:rPr>
          <w:rFonts w:ascii="宋体" w:eastAsia="宋体" w:hAnsi="宋体" w:cs="宋体"/>
          <w:color w:val="000000"/>
        </w:rPr>
        <w:t>，将</w:t>
      </w:r>
      <w:r>
        <w:pict>
          <v:shape id="_x0000_i721668" type="#_x0000_t75" alt="学科网(www.zxxk.com)--教育资源门户，提供试卷、教案、课件、论文、素材以及各类教学资源下载，还有大量而丰富的教学相关资讯！" style="width:56.25pt;height:15.75pt" o:oleicon="f" o:ole="">
            <v:imagedata r:id="rId141" o:title="eqId0e2267e0aa6350c58a95e2195582ab86"/>
          </v:shape>
        </w:pict>
      </w:r>
      <w:r>
        <w:rPr>
          <w:rFonts w:ascii="宋体" w:eastAsia="宋体" w:hAnsi="宋体" w:cs="宋体"/>
          <w:color w:val="000000"/>
        </w:rPr>
        <w:t>代入计算即可得．</w:t>
      </w:r>
    </w:p>
    <w:p>
      <w:pPr>
        <w:spacing w:line="360" w:lineRule="auto"/>
        <w:jc w:val="left"/>
        <w:textAlignment w:val="center"/>
        <w:rPr>
          <w:color w:val="000000"/>
        </w:rPr>
      </w:pPr>
      <w:r>
        <w:rPr>
          <w:color w:val="000000"/>
        </w:rPr>
        <w:t>【详解】</w:t>
      </w:r>
      <w:r>
        <w:rPr>
          <w:rFonts w:ascii="宋体" w:eastAsia="宋体" w:hAnsi="宋体" w:cs="宋体"/>
          <w:color w:val="000000"/>
        </w:rPr>
        <w:t>解：</w:t>
      </w:r>
      <w:r>
        <w:pict>
          <v:shape id="_x0000_i721669" type="#_x0000_t75" alt="学科网(www.zxxk.com)--教育资源门户，提供试卷、教案、课件、论文、素材以及各类教学资源下载，还有大量而丰富的教学相关资讯！" style="width:102.75pt;height:18pt" o:oleicon="f" o:ole="">
            <v:imagedata r:id="rId143" o:title="eqId15f5ddca3077da100d53acdc9b70b9f7"/>
          </v:shape>
        </w:pict>
      </w:r>
      <w:r>
        <w:rPr>
          <w:rFonts w:ascii="宋体" w:eastAsia="宋体" w:hAnsi="宋体" w:cs="宋体"/>
          <w:color w:val="000000"/>
        </w:rPr>
        <w:t>，</w:t>
      </w:r>
    </w:p>
    <w:p>
      <w:pPr>
        <w:spacing w:line="360" w:lineRule="auto"/>
        <w:jc w:val="left"/>
        <w:textAlignment w:val="center"/>
        <w:rPr>
          <w:color w:val="000000"/>
        </w:rPr>
      </w:pPr>
      <w:r>
        <w:pict>
          <v:shape id="_x0000_i721670" type="#_x0000_t75" alt="学科网(www.zxxk.com)--教育资源门户，提供试卷、教案、课件、论文、素材以及各类教学资源下载，还有大量而丰富的教学相关资讯！" style="width:96pt;height:15.75pt" o:oleicon="f" o:ole="">
            <v:imagedata r:id="rId144" o:title="eqId91155b9f6f1ef48e51585996278a98f3"/>
          </v:shape>
        </w:pict>
      </w:r>
      <w:r>
        <w:rPr>
          <w:rFonts w:ascii="宋体" w:eastAsia="宋体" w:hAnsi="宋体" w:cs="宋体"/>
          <w:color w:val="000000"/>
        </w:rPr>
        <w:t>，</w:t>
      </w:r>
    </w:p>
    <w:p>
      <w:pPr>
        <w:spacing w:line="360" w:lineRule="auto"/>
        <w:jc w:val="left"/>
        <w:textAlignment w:val="center"/>
        <w:rPr>
          <w:color w:val="000000"/>
        </w:rPr>
      </w:pPr>
      <w:r>
        <w:pict>
          <v:shape id="_x0000_i721671" type="#_x0000_t75" alt="学科网(www.zxxk.com)--教育资源门户，提供试卷、教案、课件、论文、素材以及各类教学资源下载，还有大量而丰富的教学相关资讯！" style="width:51.75pt;height:15pt" o:oleicon="f" o:ole="">
            <v:imagedata r:id="rId145" o:title="eqId2769291b76f4794cad23dcf7b9fdcffd"/>
          </v:shape>
        </w:pict>
      </w:r>
      <w:r>
        <w:rPr>
          <w:rFonts w:ascii="宋体" w:eastAsia="宋体" w:hAnsi="宋体" w:cs="宋体"/>
          <w:color w:val="000000"/>
        </w:rPr>
        <w:t>，</w:t>
      </w:r>
    </w:p>
    <w:p>
      <w:pPr>
        <w:spacing w:line="360" w:lineRule="auto"/>
        <w:jc w:val="left"/>
        <w:textAlignment w:val="center"/>
        <w:rPr>
          <w:color w:val="000000"/>
        </w:rPr>
      </w:pPr>
      <w:r>
        <w:pict>
          <v:shape id="_x0000_i721672" type="#_x0000_t75" alt="学科网(www.zxxk.com)--教育资源门户，提供试卷、教案、课件、论文、素材以及各类教学资源下载，还有大量而丰富的教学相关资讯！" style="width:73pt;height:13.95pt" o:oleicon="f" o:ole="">
            <v:imagedata r:id="rId146" o:title="eqId0a5ff72e5b712c5d9d888ae63005dffc"/>
          </v:shape>
        </w:pict>
      </w:r>
      <w:r>
        <w:rPr>
          <w:rFonts w:ascii="宋体" w:eastAsia="宋体" w:hAnsi="宋体" w:cs="宋体"/>
          <w:color w:val="000000"/>
        </w:rPr>
        <w:t>，</w:t>
      </w:r>
    </w:p>
    <w:p>
      <w:pPr>
        <w:spacing w:line="360" w:lineRule="auto"/>
        <w:jc w:val="left"/>
        <w:textAlignment w:val="center"/>
        <w:rPr>
          <w:color w:val="000000"/>
        </w:rPr>
      </w:pPr>
      <w:r>
        <w:pict>
          <v:shape id="_x0000_i721673" type="#_x0000_t75" alt="学科网(www.zxxk.com)--教育资源门户，提供试卷、教案、课件、论文、素材以及各类教学资源下载，还有大量而丰富的教学相关资讯！" style="width:60pt;height:13.95pt" o:oleicon="f" o:ole="">
            <v:imagedata r:id="rId147" o:title="eqId15f159b62ed9806985e87bd1432b909d"/>
          </v:shape>
        </w:pict>
      </w:r>
      <w:r>
        <w:rPr>
          <w:rFonts w:ascii="宋体" w:eastAsia="宋体" w:hAnsi="宋体" w:cs="宋体"/>
          <w:color w:val="000000"/>
        </w:rPr>
        <w:t>，</w:t>
      </w:r>
    </w:p>
    <w:p>
      <w:pPr>
        <w:spacing w:line="360" w:lineRule="auto"/>
        <w:jc w:val="left"/>
        <w:textAlignment w:val="center"/>
        <w:rPr>
          <w:color w:val="000000"/>
        </w:rPr>
      </w:pPr>
      <w:r>
        <w:pict>
          <v:shape id="_x0000_i721674" type="#_x0000_t75" alt="学科网(www.zxxk.com)--教育资源门户，提供试卷、教案、课件、论文、素材以及各类教学资源下载，还有大量而丰富的教学相关资讯！" style="width:102pt;height:15.75pt" o:oleicon="f" o:ole="">
            <v:imagedata r:id="rId148" o:title="eqId84fa59cb77b6a71d824597956ee1b1c5"/>
          </v:shape>
        </w:pict>
      </w:r>
    </w:p>
    <w:p>
      <w:pPr>
        <w:spacing w:line="360" w:lineRule="auto"/>
        <w:jc w:val="left"/>
        <w:textAlignment w:val="center"/>
        <w:rPr>
          <w:color w:val="000000"/>
        </w:rPr>
      </w:pPr>
      <w:r>
        <w:pict>
          <v:shape id="_x0000_i721675" type="#_x0000_t75" alt="学科网(www.zxxk.com)--教育资源门户，提供试卷、教案、课件、论文、素材以及各类教学资源下载，还有大量而丰富的教学相关资讯！" style="width:78pt;height:21.75pt" o:oleicon="f" o:ole="">
            <v:imagedata r:id="rId149" o:title="eqId3b323da7ec65ce2de89e908f9a13b687"/>
          </v:shape>
        </w:pict>
      </w:r>
    </w:p>
    <w:p>
      <w:pPr>
        <w:spacing w:line="360" w:lineRule="auto"/>
        <w:jc w:val="left"/>
        <w:textAlignment w:val="center"/>
        <w:rPr>
          <w:color w:val="000000"/>
        </w:rPr>
      </w:pPr>
      <w:r>
        <w:pict>
          <v:shape id="_x0000_i721676" type="#_x0000_t75" alt="学科网(www.zxxk.com)--教育资源门户，提供试卷、教案、课件、论文、素材以及各类教学资源下载，还有大量而丰富的教学相关资讯！" style="width:45pt;height:12pt" o:oleicon="f" o:ole="">
            <v:imagedata r:id="rId150" o:title="eqIdf6cf78353867b058b4628dfe8610b251"/>
          </v:shape>
        </w:pict>
      </w:r>
    </w:p>
    <w:p>
      <w:pPr>
        <w:spacing w:line="360" w:lineRule="auto"/>
        <w:jc w:val="left"/>
        <w:textAlignment w:val="center"/>
        <w:rPr>
          <w:color w:val="000000"/>
        </w:rPr>
      </w:pPr>
      <w:r>
        <w:pict>
          <v:shape id="_x0000_i721677" type="#_x0000_t75" alt="学科网(www.zxxk.com)--教育资源门户，提供试卷、教案、课件、论文、素材以及各类教学资源下载，还有大量而丰富的教学相关资讯！" style="width:18.75pt;height:14.25pt" o:oleicon="f" o:ole="">
            <v:imagedata r:id="rId151" o:title="eqIdf5fd37ac888b9e20f7dcc97ddc46a4e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本题考查了代数式求值，掌握理解新运算的定义是解题的关键．</w:t>
      </w:r>
    </w:p>
    <w:p>
      <w:pPr>
        <w:spacing w:line="360" w:lineRule="auto"/>
        <w:jc w:val="both"/>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52</w:t>
      </w:r>
      <w:r>
        <w:rPr>
          <w:rFonts w:ascii="宋体" w:eastAsia="宋体" w:hAnsi="宋体" w:cs="宋体"/>
          <w:b/>
          <w:color w:val="000000"/>
          <w:sz w:val="24"/>
        </w:rPr>
        <w:t>分，第</w:t>
      </w:r>
      <w:r>
        <w:rPr>
          <w:rFonts w:ascii="Times New Roman" w:eastAsia="Times New Roman" w:hAnsi="Times New Roman" w:cs="Times New Roman"/>
          <w:b/>
          <w:color w:val="000000"/>
          <w:sz w:val="24"/>
        </w:rPr>
        <w:t>20</w:t>
      </w:r>
      <w:r>
        <w:rPr>
          <w:rFonts w:ascii="宋体" w:eastAsia="宋体" w:hAnsi="宋体" w:cs="宋体"/>
          <w:b/>
          <w:color w:val="000000"/>
          <w:sz w:val="24"/>
        </w:rPr>
        <w:t>题</w:t>
      </w:r>
      <w:r>
        <w:rPr>
          <w:rFonts w:ascii="Times New Roman" w:eastAsia="Times New Roman" w:hAnsi="Times New Roman" w:cs="Times New Roman"/>
          <w:b/>
          <w:color w:val="000000"/>
          <w:sz w:val="24"/>
        </w:rPr>
        <w:t>16</w:t>
      </w:r>
      <w:r>
        <w:rPr>
          <w:rFonts w:ascii="宋体" w:eastAsia="宋体" w:hAnsi="宋体" w:cs="宋体"/>
          <w:b/>
          <w:color w:val="000000"/>
          <w:sz w:val="24"/>
        </w:rPr>
        <w:t>分，</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w:t>
      </w:r>
      <w:r>
        <w:rPr>
          <w:rFonts w:ascii="Times New Roman" w:eastAsia="Times New Roman" w:hAnsi="Times New Roman" w:cs="Times New Roman"/>
          <w:b/>
          <w:color w:val="000000"/>
          <w:sz w:val="24"/>
        </w:rPr>
        <w:t>22-23</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w:t>
      </w:r>
      <w:r>
        <w:rPr>
          <w:rFonts w:ascii="Times New Roman" w:eastAsia="Times New Roman" w:hAnsi="Times New Roman" w:cs="Times New Roman"/>
          <w:b/>
          <w:color w:val="000000"/>
          <w:sz w:val="24"/>
        </w:rPr>
        <w:t>24</w:t>
      </w:r>
      <w:r>
        <w:rPr>
          <w:rFonts w:ascii="宋体" w:eastAsia="宋体" w:hAnsi="宋体" w:cs="宋体"/>
          <w:b/>
          <w:color w:val="000000"/>
          <w:sz w:val="24"/>
        </w:rPr>
        <w:t>题</w:t>
      </w:r>
      <w:r>
        <w:rPr>
          <w:rFonts w:ascii="Times New Roman" w:eastAsia="Times New Roman" w:hAnsi="Times New Roman" w:cs="Times New Roman"/>
          <w:b/>
          <w:color w:val="000000"/>
          <w:sz w:val="24"/>
        </w:rPr>
        <w:t>16</w:t>
      </w:r>
      <w:r>
        <w:rPr>
          <w:rFonts w:ascii="宋体" w:eastAsia="宋体" w:hAnsi="宋体" w:cs="宋体"/>
          <w:b/>
          <w:color w:val="000000"/>
          <w:sz w:val="24"/>
        </w:rPr>
        <w:t>分）</w:t>
      </w:r>
    </w:p>
    <w:p>
      <w:pPr>
        <w:pStyle w:val="Heading2"/>
      </w:pPr>
      <w:r>
        <w:t>师范大学附属实验中学</w:t>
      </w:r>
    </w:p>
    <w:p>
      <w:pPr>
        <w:spacing w:line="360" w:lineRule="auto"/>
        <w:jc w:val="left"/>
        <w:textAlignment w:val="center"/>
        <w:rPr>
          <w:color w:val="000000"/>
        </w:rPr>
      </w:pPr>
      <w:r>
        <w:rPr>
          <w:color w:val="000000"/>
        </w:rPr>
        <w:t xml:space="preserve">18. </w:t>
      </w:r>
      <w:r>
        <w:rPr>
          <w:rFonts w:ascii="宋体" w:eastAsia="宋体" w:hAnsi="宋体" w:cs="宋体"/>
          <w:color w:val="000000"/>
        </w:rPr>
        <w:t>十九世纪的时候，</w:t>
      </w:r>
      <w:r>
        <w:rPr>
          <w:rFonts w:ascii="Times New Roman" w:eastAsia="Times New Roman" w:hAnsi="Times New Roman" w:cs="Times New Roman"/>
          <w:i/>
          <w:color w:val="000000"/>
        </w:rPr>
        <w:t>MorizStern</w:t>
      </w:r>
      <w:r>
        <w:rPr>
          <w:rFonts w:ascii="宋体" w:eastAsia="宋体" w:hAnsi="宋体" w:cs="宋体"/>
          <w:color w:val="000000"/>
        </w:rPr>
        <w:t>（</w:t>
      </w:r>
      <w:r>
        <w:rPr>
          <w:rFonts w:ascii="Times New Roman" w:eastAsia="Times New Roman" w:hAnsi="Times New Roman" w:cs="Times New Roman"/>
          <w:color w:val="000000"/>
        </w:rPr>
        <w:t>1858</w:t>
      </w:r>
      <w:r>
        <w:rPr>
          <w:rFonts w:ascii="宋体" w:eastAsia="宋体" w:hAnsi="宋体" w:cs="宋体"/>
          <w:color w:val="000000"/>
        </w:rPr>
        <w:t>）与</w:t>
      </w:r>
      <w:r>
        <w:rPr>
          <w:rFonts w:ascii="Times New Roman" w:eastAsia="Times New Roman" w:hAnsi="Times New Roman" w:cs="Times New Roman"/>
          <w:i/>
          <w:color w:val="000000"/>
        </w:rPr>
        <w:t>AchilleBrocot</w:t>
      </w:r>
      <w:r>
        <w:rPr>
          <w:rFonts w:ascii="宋体" w:eastAsia="宋体" w:hAnsi="宋体" w:cs="宋体"/>
          <w:color w:val="000000"/>
        </w:rPr>
        <w:t>（</w:t>
      </w:r>
      <w:r>
        <w:rPr>
          <w:rFonts w:ascii="Times New Roman" w:eastAsia="Times New Roman" w:hAnsi="Times New Roman" w:cs="Times New Roman"/>
          <w:color w:val="000000"/>
        </w:rPr>
        <w:t>1860</w:t>
      </w:r>
      <w:r>
        <w:rPr>
          <w:rFonts w:ascii="宋体" w:eastAsia="宋体" w:hAnsi="宋体" w:cs="宋体"/>
          <w:color w:val="000000"/>
        </w:rPr>
        <w:t>）发明了“一棵树”，称之为有理数树，它将全体正整数和正分数按照如图所示的方法排列．从</w:t>
      </w:r>
      <w:r>
        <w:rPr>
          <w:rFonts w:ascii="Times New Roman" w:eastAsia="Times New Roman" w:hAnsi="Times New Roman" w:cs="Times New Roman"/>
          <w:color w:val="000000"/>
        </w:rPr>
        <w:t>1</w:t>
      </w:r>
      <w:r>
        <w:rPr>
          <w:rFonts w:ascii="宋体" w:eastAsia="宋体" w:hAnsi="宋体" w:cs="宋体"/>
          <w:color w:val="000000"/>
        </w:rPr>
        <w:t>开始，一层一层的“生长”出来：</w:t>
      </w:r>
      <w:r>
        <w:pict>
          <v:shape id="_x0000_i721678" type="#_x0000_t75" alt="学科网(www.zxxk.com)--教育资源门户，提供试卷、教案、课件、论文、素材以及各类教学资源下载，还有大量而丰富的教学相关资讯！" style="width:9pt;height:30.75pt" o:oleicon="f" o:ole="">
            <v:imagedata r:id="rId152" o:title="eqIdd5296c0056db0e2b5331c9b9a6d45962"/>
          </v:shape>
        </w:pict>
      </w:r>
      <w:r>
        <w:rPr>
          <w:rFonts w:ascii="宋体" w:eastAsia="宋体" w:hAnsi="宋体" w:cs="宋体"/>
          <w:color w:val="000000"/>
        </w:rPr>
        <w:t>是第一层，第二层是</w:t>
      </w:r>
      <w:r>
        <w:pict>
          <v:shape id="_x0000_i721679" type="#_x0000_t75" alt="学科网(www.zxxk.com)--教育资源门户，提供试卷、教案、课件、论文、素材以及各类教学资源下载，还有大量而丰富的教学相关资讯！" style="width:12pt;height:30.75pt" o:oleicon="f" o:ole="">
            <v:imagedata r:id="rId153" o:title="eqIded3b68a28b6edbaa111066b3f7867aae"/>
          </v:shape>
        </w:pict>
      </w:r>
      <w:r>
        <w:rPr>
          <w:rFonts w:ascii="宋体" w:eastAsia="宋体" w:hAnsi="宋体" w:cs="宋体"/>
          <w:color w:val="000000"/>
        </w:rPr>
        <w:t>和</w:t>
      </w:r>
      <w:r>
        <w:pict>
          <v:shape id="_x0000_i721680" type="#_x0000_t75" alt="学科网(www.zxxk.com)--教育资源门户，提供试卷、教案、课件、论文、素材以及各类教学资源下载，还有大量而丰富的教学相关资讯！" style="width:10.5pt;height:21pt" o:oleicon="f" o:ole="">
            <v:imagedata r:id="rId154" o:title="eqIdf89eef3148f2d4d09379767b4af69132"/>
          </v:shape>
        </w:pict>
      </w:r>
      <w:r>
        <w:rPr>
          <w:rFonts w:ascii="宋体" w:eastAsia="宋体" w:hAnsi="宋体" w:cs="宋体"/>
          <w:color w:val="000000"/>
        </w:rPr>
        <w:t>，第三层是</w:t>
      </w:r>
      <w:r>
        <w:pict>
          <v:shape id="_x0000_i721681" type="#_x0000_t75" alt="学科网(www.zxxk.com)--教育资源门户，提供试卷、教案、课件、论文、素材以及各类教学资源下载，还有大量而丰富的教学相关资讯！" style="width:11.25pt;height:30.75pt" o:oleicon="f" o:ole="">
            <v:imagedata r:id="rId155" o:title="eqIdd4f438a2955e3e87522bd3719a42f33d"/>
          </v:shape>
        </w:pict>
      </w:r>
      <w:r>
        <w:rPr>
          <w:rFonts w:ascii="宋体" w:eastAsia="宋体" w:hAnsi="宋体" w:cs="宋体"/>
          <w:color w:val="000000"/>
        </w:rPr>
        <w:t>，</w:t>
      </w:r>
      <w:r>
        <w:pict>
          <v:shape id="_x0000_i721682" type="#_x0000_t75" alt="学科网(www.zxxk.com)--教育资源门户，提供试卷、教案、课件、论文、素材以及各类教学资源下载，还有大量而丰富的教学相关资讯！" style="width:11.25pt;height:27.75pt" o:oleicon="f" o:ole="">
            <v:imagedata r:id="rId156" o:title="eqIdbf31876698721a199c7c53c6b320aa86"/>
          </v:shape>
        </w:pict>
      </w:r>
      <w:r>
        <w:rPr>
          <w:rFonts w:ascii="宋体" w:eastAsia="宋体" w:hAnsi="宋体" w:cs="宋体"/>
          <w:color w:val="000000"/>
        </w:rPr>
        <w:t>，</w:t>
      </w:r>
      <w:r>
        <w:pict>
          <v:shape id="_x0000_i721683" type="#_x0000_t75" alt="学科网(www.zxxk.com)--教育资源门户，提供试卷、教案、课件、论文、素材以及各类教学资源下载，还有大量而丰富的教学相关资讯！" style="width:12pt;height:31pt" o:oleicon="f" o:ole="">
            <v:imagedata r:id="rId157" o:title="eqIda4b8503f4706b8321e4e79a87eadea84"/>
          </v:shape>
        </w:pict>
      </w:r>
      <w:r>
        <w:rPr>
          <w:rFonts w:ascii="宋体" w:eastAsia="宋体" w:hAnsi="宋体" w:cs="宋体"/>
          <w:color w:val="000000"/>
        </w:rPr>
        <w:t>，</w:t>
      </w:r>
      <w:r>
        <w:pict>
          <v:shape id="_x0000_i721684" type="#_x0000_t75" alt="学科网(www.zxxk.com)--教育资源门户，提供试卷、教案、课件、论文、素材以及各类教学资源下载，还有大量而丰富的教学相关资讯！" style="width:11.25pt;height:30.75pt" o:oleicon="f" o:ole="">
            <v:imagedata r:id="rId158" o:title="eqId4dac452fbb5ef6dd653e7fbbef639484"/>
          </v:shape>
        </w:pict>
      </w:r>
      <w:r>
        <w:rPr>
          <w:rFonts w:ascii="宋体" w:eastAsia="宋体" w:hAnsi="宋体" w:cs="宋体"/>
          <w:color w:val="000000"/>
        </w:rPr>
        <w:t>，……，按照这个规律，</w:t>
      </w:r>
      <w:r>
        <w:pict>
          <v:shape id="_x0000_i721685" type="#_x0000_t75" alt="学科网(www.zxxk.com)--教育资源门户，提供试卷、教案、课件、论文、素材以及各类教学资源下载，还有大量而丰富的教学相关资讯！" style="width:18pt;height:30.75pt" o:oleicon="f" o:ole="">
            <v:imagedata r:id="rId159" o:title="eqId87ba6d60b055ce219d4aee465e953ff4"/>
          </v:shape>
        </w:pict>
      </w:r>
      <w:r>
        <w:rPr>
          <w:rFonts w:ascii="宋体" w:eastAsia="宋体" w:hAnsi="宋体" w:cs="宋体"/>
          <w:color w:val="000000"/>
        </w:rPr>
        <w:t>在第</w:t>
      </w:r>
      <w:r>
        <w:rPr>
          <w:color w:val="000000"/>
        </w:rPr>
        <w:t>__________</w:t>
      </w:r>
      <w:r>
        <w:rPr>
          <w:rFonts w:ascii="宋体" w:eastAsia="宋体" w:hAnsi="宋体" w:cs="宋体"/>
          <w:color w:val="000000"/>
        </w:rPr>
        <w:t>层第</w:t>
      </w:r>
      <w:r>
        <w:rPr>
          <w:color w:val="000000"/>
        </w:rPr>
        <w:t>__________</w:t>
      </w:r>
      <w:r>
        <w:rPr>
          <w:rFonts w:ascii="宋体" w:eastAsia="宋体" w:hAnsi="宋体" w:cs="宋体"/>
          <w:color w:val="000000"/>
        </w:rPr>
        <w:t>个数（从左往右数）．</w:t>
      </w:r>
    </w:p>
    <w:p>
      <w:pPr>
        <w:spacing w:line="360" w:lineRule="auto"/>
        <w:jc w:val="left"/>
        <w:textAlignment w:val="center"/>
        <w:rPr>
          <w:color w:val="000000"/>
        </w:rPr>
      </w:pPr>
      <w:r>
        <w:rPr>
          <w:color w:val="000000"/>
        </w:rPr>
        <w:drawing>
          <wp:inline>
            <wp:extent cx="5238750" cy="1798848"/>
            <wp:docPr id="41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 name=""/>
                    <pic:cNvPicPr>
                      <a:picLocks noChangeAspect="1"/>
                    </pic:cNvPicPr>
                  </pic:nvPicPr>
                  <pic:blipFill>
                    <a:blip r:embed="rId160"/>
                    <a:stretch>
                      <a:fillRect/>
                    </a:stretch>
                  </pic:blipFill>
                  <pic:spPr>
                    <a:xfrm>
                      <a:off x="0" y="0"/>
                      <a:ext cx="5238750" cy="1798848"/>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10</w:t>
      </w:r>
      <w:r>
        <w:rPr>
          <w:color w:val="000000"/>
        </w:rPr>
        <w:t xml:space="preserve">    ②. </w:t>
      </w:r>
      <w:r>
        <w:rPr>
          <w:rFonts w:ascii="Times New Roman" w:eastAsia="Times New Roman" w:hAnsi="Times New Roman" w:cs="Times New Roman"/>
          <w:color w:val="000000"/>
        </w:rPr>
        <w:t>253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由图可知，向右发散的都是真分数，规律为</w:t>
      </w:r>
      <w:r>
        <w:pict>
          <v:shape id="_x0000_i721686" type="#_x0000_t75" alt="学科网(www.zxxk.com)--教育资源门户，提供试卷、教案、课件、论文、素材以及各类教学资源下载，还有大量而丰富的教学相关资讯！" style="width:53.9pt;height:30.9pt" o:oleicon="f" o:ole="">
            <v:imagedata r:id="rId161" o:title="eqIda25c995c87e7dd3133069c6ba9539b12"/>
          </v:shape>
        </w:pict>
      </w:r>
      <w:r>
        <w:rPr>
          <w:rFonts w:ascii="宋体" w:eastAsia="宋体" w:hAnsi="宋体" w:cs="宋体"/>
          <w:color w:val="000000"/>
        </w:rPr>
        <w:t>，向左发散的都是假分数，规律是</w:t>
      </w:r>
      <w:r>
        <w:pict>
          <v:shape id="_x0000_i721687" type="#_x0000_t75" alt="学科网(www.zxxk.com)--教育资源门户，提供试卷、教案、课件、论文、素材以及各类教学资源下载，还有大量而丰富的教学相关资讯！" style="width:53.9pt;height:30.9pt" o:oleicon="f" o:ole="">
            <v:imagedata r:id="rId162" o:title="eqIdfd6392c2f75d49b24590ac0471de2088"/>
          </v:shape>
        </w:pict>
      </w:r>
      <w:r>
        <w:rPr>
          <w:rFonts w:ascii="宋体" w:eastAsia="宋体" w:hAnsi="宋体" w:cs="宋体"/>
          <w:color w:val="000000"/>
        </w:rPr>
        <w:t>，据此逆推可得</w:t>
      </w:r>
      <w:r>
        <w:pict>
          <v:shape id="_x0000_i721688" type="#_x0000_t75" alt="学科网(www.zxxk.com)--教育资源门户，提供试卷、教案、课件、论文、素材以及各类教学资源下载，还有大量而丰富的教学相关资讯！" style="width:18pt;height:30.75pt" o:oleicon="f" o:ole="">
            <v:imagedata r:id="rId163" o:title="eqId87ba6d60b055ce219d4aee465e953ff4"/>
          </v:shape>
        </w:pict>
      </w:r>
      <w:r>
        <w:rPr>
          <w:rFonts w:ascii="宋体" w:eastAsia="宋体" w:hAnsi="宋体" w:cs="宋体"/>
          <w:color w:val="000000"/>
        </w:rPr>
        <w:t>所在的层数，再根据每一层数的位置确定</w:t>
      </w:r>
      <w:r>
        <w:pict>
          <v:shape id="_x0000_i721689" type="#_x0000_t75" alt="学科网(www.zxxk.com)--教育资源门户，提供试卷、教案、课件、论文、素材以及各类教学资源下载，还有大量而丰富的教学相关资讯！" style="width:18pt;height:30.75pt" o:oleicon="f" o:ole="">
            <v:imagedata r:id="rId163" o:title="eqId87ba6d60b055ce219d4aee465e953ff4"/>
          </v:shape>
        </w:pict>
      </w:r>
      <w:r>
        <w:rPr>
          <w:rFonts w:ascii="宋体" w:eastAsia="宋体" w:hAnsi="宋体" w:cs="宋体"/>
          <w:color w:val="000000"/>
        </w:rPr>
        <w:t>所在的具体位置</w:t>
      </w:r>
    </w:p>
    <w:p>
      <w:pPr>
        <w:spacing w:line="360" w:lineRule="auto"/>
        <w:jc w:val="left"/>
        <w:textAlignment w:val="center"/>
        <w:rPr>
          <w:color w:val="000000"/>
        </w:rPr>
      </w:pPr>
      <w:r>
        <w:rPr>
          <w:color w:val="000000"/>
        </w:rPr>
        <w:t>【详解】</w:t>
      </w:r>
      <w:r>
        <w:pict>
          <v:shape id="_x0000_i721690" type="#_x0000_t75" alt="学科网(www.zxxk.com)--教育资源门户，提供试卷、教案、课件、论文、素材以及各类教学资源下载，还有大量而丰富的教学相关资讯！" style="width:9.75pt;height:8.25pt" o:oleicon="f" o:ole="">
            <v:imagedata r:id="rId164" o:title="eqId16f3d198e76391779fa3badc848c8ac8"/>
          </v:shape>
        </w:pict>
      </w:r>
      <w:r>
        <w:rPr>
          <w:rFonts w:ascii="宋体" w:eastAsia="宋体" w:hAnsi="宋体" w:cs="宋体"/>
          <w:color w:val="000000"/>
        </w:rPr>
        <w:t>设</w:t>
      </w:r>
      <w:r>
        <w:pict>
          <v:shape id="_x0000_i721691" type="#_x0000_t75" alt="学科网(www.zxxk.com)--教育资源门户，提供试卷、教案、课件、论文、素材以及各类教学资源下载，还有大量而丰富的教学相关资讯！" style="width:18pt;height:30.75pt" o:oleicon="f" o:ole="">
            <v:imagedata r:id="rId165" o:title="eqId87ba6d60b055ce219d4aee465e953ff4"/>
          </v:shape>
        </w:pict>
      </w:r>
      <w:r>
        <w:rPr>
          <w:rFonts w:ascii="宋体" w:eastAsia="宋体" w:hAnsi="宋体" w:cs="宋体"/>
          <w:color w:val="000000"/>
        </w:rPr>
        <w:t>在第</w:t>
      </w:r>
      <w:r>
        <w:pict>
          <v:shape id="_x0000_i721692" type="#_x0000_t75" alt="学科网(www.zxxk.com)--教育资源门户，提供试卷、教案、课件、论文、素材以及各类教学资源下载，还有大量而丰富的教学相关资讯！" style="width:9.75pt;height:11.25pt" o:oleicon="f" o:ole="">
            <v:imagedata r:id="rId166" o:title="eqIdb6a24198bd04c29321ae5dc5a28fe421"/>
          </v:shape>
        </w:pict>
      </w:r>
      <w:r>
        <w:rPr>
          <w:rFonts w:ascii="宋体" w:eastAsia="宋体" w:hAnsi="宋体" w:cs="宋体"/>
          <w:color w:val="000000"/>
        </w:rPr>
        <w:t>层，则第</w:t>
      </w:r>
      <w:r>
        <w:pict>
          <v:shape id="_x0000_i721693" type="#_x0000_t75" alt="学科网(www.zxxk.com)--教育资源门户，提供试卷、教案、课件、论文、素材以及各类教学资源下载，还有大量而丰富的教学相关资讯！" style="width:24.75pt;height:12.75pt" o:oleicon="f" o:ole="">
            <v:imagedata r:id="rId167" o:title="eqId5aadf9ab510510120699c5eee39ab18b"/>
          </v:shape>
        </w:pict>
      </w:r>
      <w:r>
        <w:rPr>
          <w:rFonts w:ascii="宋体" w:eastAsia="宋体" w:hAnsi="宋体" w:cs="宋体"/>
          <w:color w:val="000000"/>
        </w:rPr>
        <w:t>层的与</w:t>
      </w:r>
      <w:r>
        <w:pict>
          <v:shape id="_x0000_i721694" type="#_x0000_t75" alt="学科网(www.zxxk.com)--教育资源门户，提供试卷、教案、课件、论文、素材以及各类教学资源下载，还有大量而丰富的教学相关资讯！" style="width:18pt;height:30.75pt" o:oleicon="f" o:ole="">
            <v:imagedata r:id="rId165" o:title="eqId87ba6d60b055ce219d4aee465e953ff4"/>
          </v:shape>
        </w:pict>
      </w:r>
      <w:r>
        <w:rPr>
          <w:rFonts w:ascii="宋体" w:eastAsia="宋体" w:hAnsi="宋体" w:cs="宋体"/>
          <w:color w:val="000000"/>
        </w:rPr>
        <w:t>连线的数为：</w:t>
      </w:r>
      <w:r>
        <w:pict>
          <v:shape id="_x0000_i721695" type="#_x0000_t75" alt="学科网(www.zxxk.com)--教育资源门户，提供试卷、教案、课件、论文、素材以及各类教学资源下载，还有大量而丰富的教学相关资讯！" style="width:15.75pt;height:30.75pt" o:oleicon="f" o:ole="">
            <v:imagedata r:id="rId168" o:title="eqIdb18031ce92729e6ec6ce5f34d4da7f41"/>
          </v:shape>
        </w:pict>
      </w:r>
      <w:r>
        <w:rPr>
          <w:rFonts w:ascii="宋体" w:eastAsia="宋体" w:hAnsi="宋体" w:cs="宋体"/>
          <w:color w:val="000000"/>
        </w:rPr>
        <w:t>，</w:t>
      </w:r>
      <w:r>
        <w:pict>
          <v:shape id="_x0000_i721696" type="#_x0000_t75" alt="学科网(www.zxxk.com)--教育资源门户，提供试卷、教案、课件、论文、素材以及各类教学资源下载，还有大量而丰富的教学相关资讯！" style="width:26pt;height:13.95pt" o:oleicon="f" o:ole="">
            <v:imagedata r:id="rId169" o:title="eqId1a1271285428c740905f7d5db68c5dc6"/>
          </v:shape>
        </w:pict>
      </w:r>
      <w:r>
        <w:rPr>
          <w:rFonts w:ascii="宋体" w:eastAsia="宋体" w:hAnsi="宋体" w:cs="宋体"/>
          <w:color w:val="000000"/>
        </w:rPr>
        <w:t>层与之连线的数为：</w:t>
      </w:r>
      <w:r>
        <w:pict>
          <v:shape id="_x0000_i721697" type="#_x0000_t75" alt="学科网(www.zxxk.com)--教育资源门户，提供试卷、教案、课件、论文、素材以及各类教学资源下载，还有大量而丰富的教学相关资讯！" style="width:16.2pt;height:31.15pt" o:oleicon="f" o:ole="">
            <v:imagedata r:id="rId170" o:title="eqId047ccf8afe0e7ef69883ff51073ad7fe"/>
          </v:shape>
        </w:pict>
      </w:r>
      <w:r>
        <w:rPr>
          <w:rFonts w:ascii="Times New Roman" w:eastAsia="Times New Roman" w:hAnsi="Times New Roman" w:cs="Times New Roman"/>
          <w:color w:val="000000"/>
        </w:rPr>
        <w:t>;…</w:t>
      </w:r>
      <w:r>
        <w:pict>
          <v:shape id="_x0000_i721698" type="#_x0000_t75" alt="学科网(www.zxxk.com)--教育资源门户，提供试卷、教案、课件、论文、素材以及各类教学资源下载，还有大量而丰富的教学相关资讯！" style="width:250pt;height:30.9pt" o:oleicon="f" o:ole="">
            <v:imagedata r:id="rId171" o:title="eqId97a7bde0e0d00e22dec5ddb5d6d838bb"/>
          </v:shape>
        </w:pict>
      </w:r>
      <w:r>
        <w:rPr>
          <w:rFonts w:ascii="宋体" w:eastAsia="宋体" w:hAnsi="宋体" w:cs="宋体"/>
          <w:color w:val="000000"/>
        </w:rPr>
        <w:t>，则</w:t>
      </w:r>
      <w:r>
        <w:pict>
          <v:shape id="_x0000_i721699" type="#_x0000_t75" alt="学科网(www.zxxk.com)--教育资源门户，提供试卷、教案、课件、论文、素材以及各类教学资源下载，还有大量而丰富的教学相关资讯！" style="width:18pt;height:30.75pt" o:oleicon="f" o:ole="">
            <v:imagedata r:id="rId165" o:title="eqId87ba6d60b055ce219d4aee465e953ff4"/>
          </v:shape>
        </w:pict>
      </w:r>
      <w:r>
        <w:rPr>
          <w:rFonts w:ascii="宋体" w:eastAsia="宋体" w:hAnsi="宋体" w:cs="宋体"/>
          <w:color w:val="000000"/>
        </w:rPr>
        <w:t>在第</w:t>
      </w:r>
      <w:r>
        <w:pict>
          <v:shape id="_x0000_i721700" type="#_x0000_t75" alt="学科网(www.zxxk.com)--教育资源门户，提供试卷、教案、课件、论文、素材以及各类教学资源下载，还有大量而丰富的教学相关资讯！" style="width:14.25pt;height:14.25pt" o:oleicon="f" o:ole="">
            <v:imagedata r:id="rId172" o:title="eqIdd07ae0b4264da6a8812454ffd2f20d94"/>
          </v:shape>
        </w:pict>
      </w:r>
      <w:r>
        <w:rPr>
          <w:rFonts w:ascii="宋体" w:eastAsia="宋体" w:hAnsi="宋体" w:cs="宋体"/>
          <w:color w:val="000000"/>
        </w:rPr>
        <w:t>层</w:t>
      </w:r>
    </w:p>
    <w:p>
      <w:pPr>
        <w:spacing w:line="360" w:lineRule="auto"/>
        <w:jc w:val="left"/>
        <w:textAlignment w:val="center"/>
        <w:rPr>
          <w:color w:val="000000"/>
        </w:rPr>
      </w:pPr>
      <w:r>
        <w:rPr>
          <w:rFonts w:ascii="宋体" w:eastAsia="宋体" w:hAnsi="宋体" w:cs="宋体"/>
          <w:color w:val="000000"/>
        </w:rPr>
        <w:t>由图可知，</w:t>
      </w:r>
    </w:p>
    <w:p>
      <w:pPr>
        <w:spacing w:line="360" w:lineRule="auto"/>
        <w:jc w:val="left"/>
        <w:textAlignment w:val="center"/>
        <w:rPr>
          <w:color w:val="000000"/>
        </w:rPr>
      </w:pPr>
      <w:r>
        <w:rPr>
          <w:rFonts w:ascii="宋体" w:eastAsia="宋体" w:hAnsi="宋体" w:cs="宋体"/>
          <w:color w:val="000000"/>
        </w:rPr>
        <w:t>从第</w:t>
      </w:r>
      <w:r>
        <w:rPr>
          <w:rFonts w:ascii="Times New Roman" w:eastAsia="Times New Roman" w:hAnsi="Times New Roman" w:cs="Times New Roman"/>
          <w:color w:val="000000"/>
        </w:rPr>
        <w:t>3</w:t>
      </w:r>
      <w:r>
        <w:rPr>
          <w:rFonts w:ascii="宋体" w:eastAsia="宋体" w:hAnsi="宋体" w:cs="宋体"/>
          <w:color w:val="000000"/>
        </w:rPr>
        <w:t>层至第</w:t>
      </w:r>
      <w:r>
        <w:rPr>
          <w:rFonts w:ascii="Times New Roman" w:eastAsia="Times New Roman" w:hAnsi="Times New Roman" w:cs="Times New Roman"/>
          <w:color w:val="000000"/>
        </w:rPr>
        <w:t>8</w:t>
      </w:r>
      <w:r>
        <w:rPr>
          <w:rFonts w:ascii="宋体" w:eastAsia="宋体" w:hAnsi="宋体" w:cs="宋体"/>
          <w:color w:val="000000"/>
        </w:rPr>
        <w:t>层数字都是向左边发散，第</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层的数字是向右发散，即：</w:t>
      </w:r>
    </w:p>
    <w:p>
      <w:pPr>
        <w:spacing w:line="360" w:lineRule="auto"/>
        <w:jc w:val="left"/>
        <w:textAlignment w:val="center"/>
        <w:rPr>
          <w:color w:val="000000"/>
        </w:rPr>
      </w:pPr>
      <w:r>
        <w:pict>
          <v:shape id="_x0000_i721701" type="#_x0000_t75" alt="学科网(www.zxxk.com)--教育资源门户，提供试卷、教案、课件、论文、素材以及各类教学资源下载，还有大量而丰富的教学相关资讯！" style="width:11.25pt;height:27.75pt" o:oleicon="f" o:ole="">
            <v:imagedata r:id="rId173" o:title="eqIdbf31876698721a199c7c53c6b320aa86"/>
          </v:shape>
        </w:pict>
      </w:r>
      <w:r>
        <w:rPr>
          <w:rFonts w:ascii="宋体" w:eastAsia="宋体" w:hAnsi="宋体" w:cs="宋体"/>
          <w:color w:val="000000"/>
        </w:rPr>
        <w:t>的左边有</w:t>
      </w:r>
      <w:r>
        <w:rPr>
          <w:rFonts w:ascii="Times New Roman" w:eastAsia="Times New Roman" w:hAnsi="Times New Roman" w:cs="Times New Roman"/>
          <w:color w:val="000000"/>
        </w:rPr>
        <w:t>1</w:t>
      </w:r>
      <w:r>
        <w:pict>
          <v:shape id="_x0000_i721702" type="#_x0000_t75" alt="学科网(www.zxxk.com)--教育资源门户，提供试卷、教案、课件、论文、素材以及各类教学资源下载，还有大量而丰富的教学相关资讯！" style="width:37.1pt;height:15pt" o:oleicon="f" o:ole="">
            <v:imagedata r:id="rId174" o:title="eqIdf8b9ddeb98054070c71c0ab829a998c0"/>
          </v:shape>
        </w:pict>
      </w:r>
      <w:r>
        <w:rPr>
          <w:rFonts w:ascii="宋体" w:eastAsia="宋体" w:hAnsi="宋体" w:cs="宋体"/>
          <w:color w:val="000000"/>
        </w:rPr>
        <w:t>个数，</w:t>
      </w:r>
    </w:p>
    <w:p>
      <w:pPr>
        <w:spacing w:line="360" w:lineRule="auto"/>
        <w:jc w:val="left"/>
        <w:textAlignment w:val="center"/>
        <w:rPr>
          <w:color w:val="000000"/>
        </w:rPr>
      </w:pPr>
      <w:r>
        <w:pict>
          <v:shape id="_x0000_i721703" type="#_x0000_t75" alt="学科网(www.zxxk.com)--教育资源门户，提供试卷、教案、课件、论文、素材以及各类教学资源下载，还有大量而丰富的教学相关资讯！" style="width:12pt;height:30.75pt" o:oleicon="f" o:ole="">
            <v:imagedata r:id="rId175" o:title="eqIdd33adb74906403b0b00fcbd9fa691d8b"/>
          </v:shape>
        </w:pict>
      </w:r>
      <w:r>
        <w:rPr>
          <w:rFonts w:ascii="宋体" w:eastAsia="宋体" w:hAnsi="宋体" w:cs="宋体"/>
          <w:color w:val="000000"/>
        </w:rPr>
        <w:t>的左边有</w:t>
      </w:r>
      <w:r>
        <w:rPr>
          <w:rFonts w:ascii="Times New Roman" w:eastAsia="Times New Roman" w:hAnsi="Times New Roman" w:cs="Times New Roman"/>
          <w:color w:val="000000"/>
        </w:rPr>
        <w:t>3</w:t>
      </w:r>
      <w:r>
        <w:pict>
          <v:shape id="_x0000_i721704" type="#_x0000_t75" alt="学科网(www.zxxk.com)--教育资源门户，提供试卷、教案、课件、论文、素材以及各类教学资源下载，还有大量而丰富的教学相关资讯！" style="width:38pt;height:15pt" o:oleicon="f" o:ole="">
            <v:imagedata r:id="rId176" o:title="eqIdfaa1a6383137ae04c72db49020c3fdd5"/>
          </v:shape>
        </w:pict>
      </w:r>
      <w:r>
        <w:rPr>
          <w:rFonts w:ascii="宋体" w:eastAsia="宋体" w:hAnsi="宋体" w:cs="宋体"/>
          <w:color w:val="000000"/>
        </w:rPr>
        <w:t>个数，</w:t>
      </w:r>
    </w:p>
    <w:p>
      <w:pPr>
        <w:spacing w:line="360" w:lineRule="auto"/>
        <w:jc w:val="left"/>
        <w:textAlignment w:val="center"/>
        <w:rPr>
          <w:color w:val="000000"/>
        </w:rPr>
      </w:pPr>
      <w:r>
        <w:pict>
          <v:shape id="_x0000_i721705" type="#_x0000_t75" alt="学科网(www.zxxk.com)--教育资源门户，提供试卷、教案、课件、论文、素材以及各类教学资源下载，还有大量而丰富的教学相关资讯！" style="width:9.85pt;height:27.85pt" o:oleicon="f" o:ole="">
            <v:imagedata r:id="rId177" o:title="eqIda734873a608f0c070dec80b89d179754"/>
          </v:shape>
        </w:pict>
      </w:r>
      <w:r>
        <w:rPr>
          <w:rFonts w:ascii="宋体" w:eastAsia="宋体" w:hAnsi="宋体" w:cs="宋体"/>
          <w:color w:val="000000"/>
        </w:rPr>
        <w:t>的左边有</w:t>
      </w:r>
      <w:r>
        <w:rPr>
          <w:rFonts w:ascii="Times New Roman" w:eastAsia="Times New Roman" w:hAnsi="Times New Roman" w:cs="Times New Roman"/>
          <w:color w:val="000000"/>
        </w:rPr>
        <w:t>7</w:t>
      </w:r>
      <w:r>
        <w:pict>
          <v:shape id="_x0000_i721706" type="#_x0000_t75" alt="学科网(www.zxxk.com)--教育资源门户，提供试卷、教案、课件、论文、素材以及各类教学资源下载，还有大量而丰富的教学相关资讯！" style="width:38pt;height:15pt" o:oleicon="f" o:ole="">
            <v:imagedata r:id="rId178" o:title="eqId10c3f2cb622ccb9d40619cf1d102df5d"/>
          </v:shape>
        </w:pict>
      </w:r>
      <w:r>
        <w:rPr>
          <w:rFonts w:ascii="宋体" w:eastAsia="宋体" w:hAnsi="宋体" w:cs="宋体"/>
          <w:color w:val="000000"/>
        </w:rPr>
        <w:t>个数，</w:t>
      </w:r>
    </w:p>
    <w:p>
      <w:pPr>
        <w:spacing w:line="360" w:lineRule="auto"/>
        <w:jc w:val="left"/>
        <w:textAlignment w:val="center"/>
        <w:rPr>
          <w:color w:val="000000"/>
        </w:rPr>
      </w:pPr>
      <w:r>
        <w:pict>
          <v:shape id="_x0000_i721707" type="#_x0000_t75" alt="学科网(www.zxxk.com)--教育资源门户，提供试卷、教案、课件、论文、素材以及各类教学资源下载，还有大量而丰富的教学相关资讯！" style="width:11.25pt;height:27.75pt" o:oleicon="f" o:ole="">
            <v:imagedata r:id="rId179" o:title="eqId0fd7b7834f33ed54661f2ce4328f661a"/>
          </v:shape>
        </w:pict>
      </w:r>
      <w:r>
        <w:rPr>
          <w:rFonts w:ascii="宋体" w:eastAsia="宋体" w:hAnsi="宋体" w:cs="宋体"/>
          <w:color w:val="000000"/>
        </w:rPr>
        <w:t>的左边有</w:t>
      </w:r>
      <w:r>
        <w:rPr>
          <w:rFonts w:ascii="Times New Roman" w:eastAsia="Times New Roman" w:hAnsi="Times New Roman" w:cs="Times New Roman"/>
          <w:color w:val="000000"/>
        </w:rPr>
        <w:t>15</w:t>
      </w:r>
      <w:r>
        <w:pict>
          <v:shape id="_x0000_i721708" type="#_x0000_t75" alt="学科网(www.zxxk.com)--教育资源门户，提供试卷、教案、课件、论文、素材以及各类教学资源下载，还有大量而丰富的教学相关资讯！" style="width:38pt;height:15pt" o:oleicon="f" o:ole="">
            <v:imagedata r:id="rId180" o:title="eqIda7e034c41085b6ff736ce34d5e794602"/>
          </v:shape>
        </w:pict>
      </w:r>
      <w:r>
        <w:rPr>
          <w:rFonts w:ascii="宋体" w:eastAsia="宋体" w:hAnsi="宋体" w:cs="宋体"/>
          <w:color w:val="000000"/>
        </w:rPr>
        <w:t>个数，</w:t>
      </w:r>
    </w:p>
    <w:p>
      <w:pPr>
        <w:spacing w:line="360" w:lineRule="auto"/>
        <w:jc w:val="left"/>
        <w:textAlignment w:val="center"/>
        <w:rPr>
          <w:color w:val="000000"/>
        </w:rPr>
      </w:pPr>
      <w:r>
        <w:pict>
          <v:shape id="_x0000_i721709" type="#_x0000_t75" alt="学科网(www.zxxk.com)--教育资源门户，提供试卷、教案、课件、论文、素材以及各类教学资源下载，还有大量而丰富的教学相关资讯！" style="width:15pt;height:30.75pt" o:oleicon="f" o:ole="">
            <v:imagedata r:id="rId181" o:title="eqIde16e1164381ea7862edaff362deb1b99"/>
          </v:shape>
        </w:pict>
      </w:r>
      <w:r>
        <w:rPr>
          <w:rFonts w:ascii="宋体" w:eastAsia="宋体" w:hAnsi="宋体" w:cs="宋体"/>
          <w:color w:val="000000"/>
        </w:rPr>
        <w:t>的左边有</w:t>
      </w:r>
      <w:r>
        <w:rPr>
          <w:rFonts w:ascii="Times New Roman" w:eastAsia="Times New Roman" w:hAnsi="Times New Roman" w:cs="Times New Roman"/>
          <w:color w:val="000000"/>
        </w:rPr>
        <w:t>31</w:t>
      </w:r>
      <w:r>
        <w:pict>
          <v:shape id="_x0000_i721710" type="#_x0000_t75" alt="学科网(www.zxxk.com)--教育资源门户，提供试卷、教案、课件、论文、素材以及各类教学资源下载，还有大量而丰富的教学相关资讯！" style="width:38pt;height:15pt" o:oleicon="f" o:ole="">
            <v:imagedata r:id="rId182" o:title="eqId6f53357c40782b09ba9588422f9483cd"/>
          </v:shape>
        </w:pict>
      </w:r>
      <w:r>
        <w:rPr>
          <w:rFonts w:ascii="宋体" w:eastAsia="宋体" w:hAnsi="宋体" w:cs="宋体"/>
          <w:color w:val="000000"/>
        </w:rPr>
        <w:t>个数，</w:t>
      </w:r>
    </w:p>
    <w:p>
      <w:pPr>
        <w:spacing w:line="360" w:lineRule="auto"/>
        <w:jc w:val="left"/>
        <w:textAlignment w:val="center"/>
        <w:rPr>
          <w:color w:val="000000"/>
        </w:rPr>
      </w:pPr>
      <w:r>
        <w:pict>
          <v:shape id="_x0000_i721711" type="#_x0000_t75" alt="学科网(www.zxxk.com)--教育资源门户，提供试卷、教案、课件、论文、素材以及各类教学资源下载，还有大量而丰富的教学相关资讯！" style="width:16.2pt;height:31.15pt" o:oleicon="f" o:ole="">
            <v:imagedata r:id="rId183" o:title="eqId047ccf8afe0e7ef69883ff51073ad7fe"/>
          </v:shape>
        </w:pict>
      </w:r>
      <w:r>
        <w:rPr>
          <w:rFonts w:ascii="宋体" w:eastAsia="宋体" w:hAnsi="宋体" w:cs="宋体"/>
          <w:color w:val="000000"/>
        </w:rPr>
        <w:t>的左边有</w:t>
      </w:r>
      <w:r>
        <w:rPr>
          <w:rFonts w:ascii="Times New Roman" w:eastAsia="Times New Roman" w:hAnsi="Times New Roman" w:cs="Times New Roman"/>
          <w:color w:val="000000"/>
        </w:rPr>
        <w:t>63</w:t>
      </w:r>
      <w:r>
        <w:pict>
          <v:shape id="_x0000_i721712" type="#_x0000_t75" alt="学科网(www.zxxk.com)--教育资源门户，提供试卷、教案、课件、论文、素材以及各类教学资源下载，还有大量而丰富的教学相关资讯！" style="width:38pt;height:15pt" o:oleicon="f" o:ole="">
            <v:imagedata r:id="rId184" o:title="eqIdf3743d04479524e5ccaf84b38e13b473"/>
          </v:shape>
        </w:pict>
      </w:r>
      <w:r>
        <w:rPr>
          <w:rFonts w:ascii="宋体" w:eastAsia="宋体" w:hAnsi="宋体" w:cs="宋体"/>
          <w:color w:val="000000"/>
        </w:rPr>
        <w:t>个数，</w:t>
      </w:r>
    </w:p>
    <w:p>
      <w:pPr>
        <w:spacing w:line="360" w:lineRule="auto"/>
        <w:jc w:val="left"/>
        <w:textAlignment w:val="center"/>
        <w:rPr>
          <w:color w:val="000000"/>
        </w:rPr>
      </w:pPr>
      <w:r>
        <w:pict>
          <v:shape id="_x0000_i721713" type="#_x0000_t75" alt="学科网(www.zxxk.com)--教育资源门户，提供试卷、教案、课件、论文、素材以及各类教学资源下载，还有大量而丰富的教学相关资讯！" style="width:15.75pt;height:30.75pt" o:oleicon="f" o:ole="">
            <v:imagedata r:id="rId185" o:title="eqIdb18031ce92729e6ec6ce5f34d4da7f41"/>
          </v:shape>
        </w:pict>
      </w:r>
      <w:r>
        <w:rPr>
          <w:rFonts w:ascii="宋体" w:eastAsia="宋体" w:hAnsi="宋体" w:cs="宋体"/>
          <w:color w:val="000000"/>
        </w:rPr>
        <w:t>是上一层数字向右发散的，故左侧多</w:t>
      </w:r>
      <w:r>
        <w:rPr>
          <w:rFonts w:ascii="Times New Roman" w:eastAsia="Times New Roman" w:hAnsi="Times New Roman" w:cs="Times New Roman"/>
          <w:color w:val="000000"/>
        </w:rPr>
        <w:t>1</w:t>
      </w:r>
      <w:r>
        <w:rPr>
          <w:rFonts w:ascii="宋体" w:eastAsia="宋体" w:hAnsi="宋体" w:cs="宋体"/>
          <w:color w:val="000000"/>
        </w:rPr>
        <w:t>个数，</w:t>
      </w:r>
      <w:r>
        <w:pict>
          <v:shape id="_x0000_i721714" type="#_x0000_t75" alt="学科网(www.zxxk.com)--教育资源门户，提供试卷、教案、课件、论文、素材以及各类教学资源下载，还有大量而丰富的教学相关资讯！" style="width:15.75pt;height:30.75pt" o:oleicon="f" o:ole="">
            <v:imagedata r:id="rId185" o:title="eqIdb18031ce92729e6ec6ce5f34d4da7f41"/>
          </v:shape>
        </w:pict>
      </w:r>
      <w:r>
        <w:rPr>
          <w:rFonts w:ascii="宋体" w:eastAsia="宋体" w:hAnsi="宋体" w:cs="宋体"/>
          <w:color w:val="000000"/>
        </w:rPr>
        <w:t>的左边有</w:t>
      </w:r>
      <w:r>
        <w:pict>
          <v:shape id="_x0000_i721715" type="#_x0000_t75" alt="学科网(www.zxxk.com)--教育资源门户，提供试卷、教案、课件、论文、素材以及各类教学资源下载，还有大量而丰富的教学相关资讯！" style="width:79.95pt;height:18.1pt" o:oleicon="f" o:ole="">
            <v:imagedata r:id="rId186" o:title="eqIdc99388ac777057352361820558da8a0e"/>
          </v:shape>
        </w:pict>
      </w:r>
      <w:r>
        <w:rPr>
          <w:rFonts w:ascii="宋体" w:eastAsia="宋体" w:hAnsi="宋体" w:cs="宋体"/>
          <w:color w:val="000000"/>
        </w:rPr>
        <w:t>个数，</w:t>
      </w:r>
    </w:p>
    <w:p>
      <w:pPr>
        <w:spacing w:line="360" w:lineRule="auto"/>
        <w:jc w:val="left"/>
        <w:textAlignment w:val="center"/>
        <w:rPr>
          <w:color w:val="000000"/>
        </w:rPr>
      </w:pPr>
      <w:r>
        <w:pict>
          <v:shape id="_x0000_i721716" type="#_x0000_t75" alt="学科网(www.zxxk.com)--教育资源门户，提供试卷、教案、课件、论文、素材以及各类教学资源下载，还有大量而丰富的教学相关资讯！" style="width:17pt;height:31.25pt" o:oleicon="f" o:ole="">
            <v:imagedata r:id="rId187" o:title="eqId49c9cc56e9785e1d218df3c248cfaffe"/>
          </v:shape>
        </w:pict>
      </w:r>
      <w:r>
        <w:rPr>
          <w:rFonts w:ascii="宋体" w:eastAsia="宋体" w:hAnsi="宋体" w:cs="宋体"/>
          <w:color w:val="000000"/>
        </w:rPr>
        <w:t>是上一层数字向右发散的，故左侧多</w:t>
      </w:r>
      <w:r>
        <w:rPr>
          <w:rFonts w:ascii="Times New Roman" w:eastAsia="Times New Roman" w:hAnsi="Times New Roman" w:cs="Times New Roman"/>
          <w:color w:val="000000"/>
        </w:rPr>
        <w:t>2</w:t>
      </w:r>
      <w:r>
        <w:rPr>
          <w:rFonts w:ascii="宋体" w:eastAsia="宋体" w:hAnsi="宋体" w:cs="宋体"/>
          <w:color w:val="000000"/>
        </w:rPr>
        <w:t>个数，</w:t>
      </w:r>
      <w:r>
        <w:pict>
          <v:shape id="_x0000_i721717" type="#_x0000_t75" alt="学科网(www.zxxk.com)--教育资源门户，提供试卷、教案、课件、论文、素材以及各类教学资源下载，还有大量而丰富的教学相关资讯！" style="width:17pt;height:31.25pt" o:oleicon="f" o:ole="">
            <v:imagedata r:id="rId187" o:title="eqId49c9cc56e9785e1d218df3c248cfaffe"/>
          </v:shape>
        </w:pict>
      </w:r>
      <w:r>
        <w:rPr>
          <w:rFonts w:ascii="宋体" w:eastAsia="宋体" w:hAnsi="宋体" w:cs="宋体"/>
          <w:color w:val="000000"/>
        </w:rPr>
        <w:t>的左边有</w:t>
      </w:r>
      <w:r>
        <w:pict>
          <v:shape id="_x0000_i721718" type="#_x0000_t75" alt="学科网(www.zxxk.com)--教育资源门户，提供试卷、教案、课件、论文、素材以及各类教学资源下载，还有大量而丰富的教学相关资讯！" style="width:83.05pt;height:18.1pt" o:oleicon="f" o:ole="">
            <v:imagedata r:id="rId188" o:title="eqIdecac0161e1585c921079da4f295f34dd"/>
          </v:shape>
        </w:pict>
      </w:r>
      <w:r>
        <w:rPr>
          <w:rFonts w:ascii="宋体" w:eastAsia="宋体" w:hAnsi="宋体" w:cs="宋体"/>
          <w:color w:val="000000"/>
        </w:rPr>
        <w:t>个数，</w:t>
      </w:r>
    </w:p>
    <w:p>
      <w:pPr>
        <w:spacing w:line="360" w:lineRule="auto"/>
        <w:jc w:val="left"/>
        <w:textAlignment w:val="center"/>
        <w:rPr>
          <w:color w:val="000000"/>
        </w:rPr>
      </w:pPr>
      <w:r>
        <w:pict>
          <v:shape id="_x0000_i721719" type="#_x0000_t75" alt="学科网(www.zxxk.com)--教育资源门户，提供试卷、教案、课件、论文、素材以及各类教学资源下载，还有大量而丰富的教学相关资讯！" style="width:18pt;height:30.75pt" o:oleicon="f" o:ole="">
            <v:imagedata r:id="rId189" o:title="eqId87ba6d60b055ce219d4aee465e953ff4"/>
          </v:shape>
        </w:pict>
      </w:r>
      <w:r>
        <w:rPr>
          <w:rFonts w:ascii="宋体" w:eastAsia="宋体" w:hAnsi="宋体" w:cs="宋体"/>
          <w:color w:val="000000"/>
        </w:rPr>
        <w:t>和</w:t>
      </w:r>
      <w:r>
        <w:pict>
          <v:shape id="_x0000_i721720" type="#_x0000_t75" alt="学科网(www.zxxk.com)--教育资源门户，提供试卷、教案、课件、论文、素材以及各类教学资源下载，还有大量而丰富的教学相关资讯！" style="width:17pt;height:31.25pt" o:oleicon="f" o:ole="">
            <v:imagedata r:id="rId190" o:title="eqId49c9cc56e9785e1d218df3c248cfaffe"/>
          </v:shape>
        </w:pict>
      </w:r>
      <w:r>
        <w:rPr>
          <w:rFonts w:ascii="宋体" w:eastAsia="宋体" w:hAnsi="宋体" w:cs="宋体"/>
          <w:color w:val="000000"/>
        </w:rPr>
        <w:t>是在同一层，且在</w:t>
      </w:r>
      <w:r>
        <w:pict>
          <v:shape id="_x0000_i721721" type="#_x0000_t75" alt="学科网(www.zxxk.com)--教育资源门户，提供试卷、教案、课件、论文、素材以及各类教学资源下载，还有大量而丰富的教学相关资讯！" style="width:17pt;height:31.25pt" o:oleicon="f" o:ole="">
            <v:imagedata r:id="rId190" o:title="eqId49c9cc56e9785e1d218df3c248cfaffe"/>
          </v:shape>
        </w:pict>
      </w:r>
      <w:r>
        <w:rPr>
          <w:rFonts w:ascii="宋体" w:eastAsia="宋体" w:hAnsi="宋体" w:cs="宋体"/>
          <w:color w:val="000000"/>
        </w:rPr>
        <w:t>的左侧，</w: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21722" type="#_x0000_t75" alt="学科网(www.zxxk.com)--教育资源门户，提供试卷、教案、课件、论文、素材以及各类教学资源下载，还有大量而丰富的教学相关资讯！" style="width:9.75pt;height:9pt" o:oleicon="f" o:ole="">
            <v:imagedata r:id="rId191" o:title="eqId2de0d10ef8b748d4531250c37c5d3f9e"/>
          </v:shape>
        </w:pict>
      </w:r>
      <w:r>
        <w:rPr>
          <w:rFonts w:ascii="宋体" w:eastAsia="宋体" w:hAnsi="宋体" w:cs="宋体"/>
          <w:color w:val="000000"/>
        </w:rPr>
        <w:t>从左往右数，</w:t>
      </w:r>
      <w:r>
        <w:pict>
          <v:shape id="_x0000_i721723" type="#_x0000_t75" alt="学科网(www.zxxk.com)--教育资源门户，提供试卷、教案、课件、论文、素材以及各类教学资源下载，还有大量而丰富的教学相关资讯！" style="width:18pt;height:30.75pt" o:oleicon="f" o:ole="">
            <v:imagedata r:id="rId192" o:title="eqId87ba6d60b055ce219d4aee465e953ff4"/>
          </v:shape>
        </w:pict>
      </w:r>
      <w:r>
        <w:rPr>
          <w:rFonts w:ascii="宋体" w:eastAsia="宋体" w:hAnsi="宋体" w:cs="宋体"/>
          <w:color w:val="000000"/>
        </w:rPr>
        <w:t>是第</w:t>
      </w:r>
      <w:r>
        <w:pict>
          <v:shape id="_x0000_i721724" type="#_x0000_t75" alt="学科网(www.zxxk.com)--教育资源门户，提供试卷、教案、课件、论文、素材以及各类教学资源下载，还有大量而丰富的教学相关资讯！" style="width:21pt;height:14.25pt" o:oleicon="f" o:ole="">
            <v:imagedata r:id="rId193" o:title="eqIde2227b2b161478aa942652214009228a"/>
          </v:shape>
        </w:pict>
      </w:r>
      <w:r>
        <w:rPr>
          <w:rFonts w:ascii="宋体" w:eastAsia="宋体" w:hAnsi="宋体" w:cs="宋体"/>
          <w:color w:val="000000"/>
        </w:rPr>
        <w:t>个数，</w:t>
      </w:r>
    </w:p>
    <w:p>
      <w:pPr>
        <w:spacing w:line="360" w:lineRule="auto"/>
        <w:jc w:val="left"/>
        <w:textAlignment w:val="center"/>
        <w:rPr>
          <w:color w:val="000000"/>
        </w:rPr>
      </w:pPr>
      <w:r>
        <w:rPr>
          <w:rFonts w:ascii="宋体" w:eastAsia="宋体" w:hAnsi="宋体" w:cs="宋体"/>
          <w:color w:val="000000"/>
        </w:rPr>
        <w:t>故答案为：</w:t>
      </w:r>
      <w:r>
        <w:pict>
          <v:shape id="_x0000_i721725" type="#_x0000_t75" alt="学科网(www.zxxk.com)--教育资源门户，提供试卷、教案、课件、论文、素材以及各类教学资源下载，还有大量而丰富的教学相关资讯！" style="width:36.2pt;height:15.9pt" o:oleicon="f" o:ole="">
            <v:imagedata r:id="rId194" o:title="eqIdb9c7c5cdebce8881cb2e70978d1f24c0"/>
          </v:shape>
        </w:pict>
      </w:r>
    </w:p>
    <w:p>
      <w:pPr>
        <w:spacing w:line="360" w:lineRule="auto"/>
        <w:jc w:val="left"/>
        <w:textAlignment w:val="center"/>
        <w:rPr>
          <w:color w:val="000000"/>
        </w:rPr>
      </w:pPr>
      <w:r>
        <w:rPr>
          <w:color w:val="000000"/>
        </w:rPr>
        <w:t>【点睛】</w:t>
      </w:r>
      <w:r>
        <w:rPr>
          <w:rFonts w:ascii="宋体" w:eastAsia="宋体" w:hAnsi="宋体" w:cs="宋体"/>
          <w:color w:val="000000"/>
        </w:rPr>
        <w:t>本题考查了数字类型规律，找到左右发散的数字的规律是解题的关键．</w:t>
      </w:r>
    </w:p>
    <w:p>
      <w:pPr>
        <w:spacing w:line="360" w:lineRule="auto"/>
        <w:jc w:val="left"/>
        <w:textAlignment w:val="center"/>
        <w:rPr>
          <w:color w:val="000000"/>
        </w:rPr>
      </w:pPr>
      <w:r>
        <w:rPr>
          <w:rFonts w:ascii="宋体" w:eastAsia="宋体" w:hAnsi="宋体" w:cs="宋体"/>
          <w:b/>
          <w:color w:val="000000"/>
          <w:sz w:val="24"/>
        </w:rPr>
        <w:t>三、计算题</w:t>
      </w:r>
    </w:p>
    <w:p>
      <w:pPr>
        <w:pStyle w:val="Heading2"/>
      </w:pPr>
      <w:r>
        <w:t>房山区</w:t>
      </w:r>
    </w:p>
    <w:p>
      <w:pPr>
        <w:spacing w:line="360" w:lineRule="auto"/>
        <w:jc w:val="left"/>
        <w:textAlignment w:val="center"/>
        <w:rPr>
          <w:color w:val="000000"/>
        </w:rPr>
      </w:pPr>
      <w:r>
        <w:rPr>
          <w:color w:val="000000"/>
        </w:rPr>
        <w:t xml:space="preserve">10. </w:t>
      </w:r>
      <w:r>
        <w:rPr>
          <w:rFonts w:ascii="宋体" w:eastAsia="宋体" w:hAnsi="宋体" w:cs="宋体"/>
          <w:color w:val="000000"/>
        </w:rPr>
        <w:t>李乐用相同的小三角形摆图形（如图），照这样摆下去，摆</w:t>
      </w:r>
      <w:r>
        <w:rPr>
          <w:rFonts w:ascii="Times New Roman" w:eastAsia="Times New Roman" w:hAnsi="Times New Roman" w:cs="Times New Roman"/>
          <w:i/>
          <w:color w:val="000000"/>
        </w:rPr>
        <w:t>n</w:t>
      </w:r>
      <w:r>
        <w:rPr>
          <w:rFonts w:ascii="宋体" w:eastAsia="宋体" w:hAnsi="宋体" w:cs="宋体"/>
          <w:color w:val="000000"/>
        </w:rPr>
        <w:t>个图形需要小三角形</w:t>
      </w:r>
      <w:r>
        <w:rPr>
          <w:color w:val="000000"/>
        </w:rPr>
        <w:t>____</w:t>
      </w:r>
      <w:r>
        <w:rPr>
          <w:rFonts w:ascii="宋体" w:eastAsia="宋体" w:hAnsi="宋体" w:cs="宋体"/>
          <w:color w:val="000000"/>
        </w:rPr>
        <w:t>个．</w:t>
      </w:r>
    </w:p>
    <w:p>
      <w:pPr>
        <w:spacing w:line="360" w:lineRule="auto"/>
        <w:jc w:val="left"/>
        <w:textAlignment w:val="center"/>
        <w:rPr>
          <w:color w:val="000000"/>
        </w:rPr>
      </w:pPr>
      <w:r>
        <w:rPr>
          <w:color w:val="000000"/>
        </w:rPr>
        <w:drawing>
          <wp:inline>
            <wp:extent cx="3790950" cy="1457325"/>
            <wp:docPr id="418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2" name=""/>
                    <pic:cNvPicPr>
                      <a:picLocks noChangeAspect="1"/>
                    </pic:cNvPicPr>
                  </pic:nvPicPr>
                  <pic:blipFill>
                    <a:blip r:embed="rId195"/>
                    <a:stretch>
                      <a:fillRect/>
                    </a:stretch>
                  </pic:blipFill>
                  <pic:spPr>
                    <a:xfrm>
                      <a:off x="0" y="0"/>
                      <a:ext cx="3790950" cy="1457325"/>
                    </a:xfrm>
                    <a:prstGeom prst="rect">
                      <a:avLst/>
                    </a:prstGeom>
                  </pic:spPr>
                </pic:pic>
              </a:graphicData>
            </a:graphic>
          </wp:inline>
        </w:drawing>
      </w:r>
    </w:p>
    <w:p>
      <w:pPr>
        <w:spacing w:line="360" w:lineRule="auto"/>
        <w:textAlignment w:val="center"/>
        <w:rPr>
          <w:color w:val="000000"/>
        </w:rPr>
      </w:pPr>
      <w:r>
        <w:rPr>
          <w:color w:val="2E75B6"/>
        </w:rPr>
        <w:t>【答案】</w:t>
      </w:r>
      <w:r>
        <w:pict>
          <v:shape id="_x0000_i721726" type="#_x0000_t75" alt="学科网(www.zxxk.com)--教育资源门户，提供试卷、教案、课件、论文、素材以及各类教学资源下载，还有大量而丰富的教学相关资讯！" style="width:14.25pt;height:15.75pt" o:oleicon="f" o:ole="">
            <v:imagedata r:id="rId196" o:title="eqId2ceef1abeeef220b4fe5f7d96feedd90"/>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由图可得：摆第</w:t>
      </w:r>
      <w:r>
        <w:rPr>
          <w:rFonts w:ascii="Times New Roman" w:eastAsia="Times New Roman" w:hAnsi="Times New Roman" w:cs="Times New Roman"/>
          <w:color w:val="000000"/>
        </w:rPr>
        <w:t>1</w:t>
      </w:r>
      <w:r>
        <w:rPr>
          <w:rFonts w:ascii="宋体" w:eastAsia="宋体" w:hAnsi="宋体" w:cs="宋体"/>
          <w:color w:val="000000"/>
        </w:rPr>
        <w:t>个图形需要小三角形</w:t>
      </w:r>
      <w:r>
        <w:rPr>
          <w:rFonts w:ascii="Times New Roman" w:eastAsia="Times New Roman" w:hAnsi="Times New Roman" w:cs="Times New Roman"/>
          <w:color w:val="000000"/>
        </w:rPr>
        <w:t>1</w:t>
      </w:r>
      <w:r>
        <w:rPr>
          <w:rFonts w:ascii="宋体" w:eastAsia="宋体" w:hAnsi="宋体" w:cs="宋体"/>
          <w:color w:val="000000"/>
        </w:rPr>
        <w:t>个，摆第</w:t>
      </w:r>
      <w:r>
        <w:rPr>
          <w:rFonts w:ascii="Times New Roman" w:eastAsia="Times New Roman" w:hAnsi="Times New Roman" w:cs="Times New Roman"/>
          <w:color w:val="000000"/>
        </w:rPr>
        <w:t>2</w:t>
      </w:r>
      <w:r>
        <w:rPr>
          <w:rFonts w:ascii="宋体" w:eastAsia="宋体" w:hAnsi="宋体" w:cs="宋体"/>
          <w:color w:val="000000"/>
        </w:rPr>
        <w:t>个图形需要小三角形</w:t>
      </w:r>
      <w:r>
        <w:rPr>
          <w:rFonts w:ascii="Times New Roman" w:eastAsia="Times New Roman" w:hAnsi="Times New Roman" w:cs="Times New Roman"/>
          <w:color w:val="000000"/>
        </w:rPr>
        <w:t>4</w:t>
      </w:r>
      <w:r>
        <w:rPr>
          <w:rFonts w:ascii="宋体" w:eastAsia="宋体" w:hAnsi="宋体" w:cs="宋体"/>
          <w:color w:val="000000"/>
        </w:rPr>
        <w:t>个，摆第</w:t>
      </w:r>
      <w:r>
        <w:rPr>
          <w:rFonts w:ascii="Times New Roman" w:eastAsia="Times New Roman" w:hAnsi="Times New Roman" w:cs="Times New Roman"/>
          <w:color w:val="000000"/>
        </w:rPr>
        <w:t>3</w:t>
      </w:r>
      <w:r>
        <w:rPr>
          <w:rFonts w:ascii="宋体" w:eastAsia="宋体" w:hAnsi="宋体" w:cs="宋体"/>
          <w:color w:val="000000"/>
        </w:rPr>
        <w:t>个图形需要小三角形</w:t>
      </w:r>
      <w:r>
        <w:rPr>
          <w:rFonts w:ascii="Times New Roman" w:eastAsia="Times New Roman" w:hAnsi="Times New Roman" w:cs="Times New Roman"/>
          <w:color w:val="000000"/>
        </w:rPr>
        <w:t>9</w:t>
      </w:r>
      <w:r>
        <w:rPr>
          <w:rFonts w:ascii="宋体" w:eastAsia="宋体" w:hAnsi="宋体" w:cs="宋体"/>
          <w:color w:val="000000"/>
        </w:rPr>
        <w:t>个，摆第</w:t>
      </w:r>
      <w:r>
        <w:rPr>
          <w:rFonts w:ascii="Times New Roman" w:eastAsia="Times New Roman" w:hAnsi="Times New Roman" w:cs="Times New Roman"/>
          <w:color w:val="000000"/>
        </w:rPr>
        <w:t>4</w:t>
      </w:r>
      <w:r>
        <w:rPr>
          <w:rFonts w:ascii="宋体" w:eastAsia="宋体" w:hAnsi="宋体" w:cs="宋体"/>
          <w:color w:val="000000"/>
        </w:rPr>
        <w:t>个图形需要小三角形</w:t>
      </w:r>
      <w:r>
        <w:rPr>
          <w:rFonts w:ascii="Times New Roman" w:eastAsia="Times New Roman" w:hAnsi="Times New Roman" w:cs="Times New Roman"/>
          <w:color w:val="000000"/>
        </w:rPr>
        <w:t>16</w:t>
      </w:r>
      <w:r>
        <w:rPr>
          <w:rFonts w:ascii="宋体" w:eastAsia="宋体" w:hAnsi="宋体" w:cs="宋体"/>
          <w:color w:val="000000"/>
        </w:rPr>
        <w:t>个，由此可得，小三角形的个数等于序数的平方，即两个相同的数相乘，由此找到规律．</w:t>
      </w:r>
    </w:p>
    <w:p>
      <w:pPr>
        <w:spacing w:line="360" w:lineRule="auto"/>
        <w:jc w:val="left"/>
        <w:textAlignment w:val="center"/>
        <w:rPr>
          <w:color w:val="000000"/>
        </w:rPr>
      </w:pPr>
      <w:r>
        <w:rPr>
          <w:color w:val="000000"/>
        </w:rPr>
        <w:t>【详解】</w:t>
      </w:r>
      <w:r>
        <w:rPr>
          <w:rFonts w:ascii="宋体" w:eastAsia="宋体" w:hAnsi="宋体" w:cs="宋体"/>
          <w:color w:val="000000"/>
        </w:rPr>
        <w:t>解：摆第</w:t>
      </w:r>
      <w:r>
        <w:rPr>
          <w:rFonts w:ascii="Times New Roman" w:eastAsia="Times New Roman" w:hAnsi="Times New Roman" w:cs="Times New Roman"/>
          <w:color w:val="000000"/>
        </w:rPr>
        <w:t>1</w:t>
      </w:r>
      <w:r>
        <w:rPr>
          <w:rFonts w:ascii="宋体" w:eastAsia="宋体" w:hAnsi="宋体" w:cs="宋体"/>
          <w:color w:val="000000"/>
        </w:rPr>
        <w:t>个图形需要小三角形</w:t>
      </w:r>
      <w:r>
        <w:rPr>
          <w:rFonts w:ascii="Times New Roman" w:eastAsia="Times New Roman" w:hAnsi="Times New Roman" w:cs="Times New Roman"/>
          <w:color w:val="000000"/>
        </w:rPr>
        <w:t>1</w:t>
      </w:r>
      <w:r>
        <w:rPr>
          <w:rFonts w:ascii="宋体" w:eastAsia="宋体" w:hAnsi="宋体" w:cs="宋体"/>
          <w:color w:val="000000"/>
        </w:rPr>
        <w:t>个；可以写成：</w:t>
      </w:r>
      <w:r>
        <w:pict>
          <v:shape id="_x0000_i721727" type="#_x0000_t75" alt="学科网(www.zxxk.com)--教育资源门户，提供试卷、教案、课件、论文、素材以及各类教学资源下载，还有大量而丰富的教学相关资讯！" style="width:21pt;height:12.75pt" o:oleicon="f" o:ole="">
            <v:imagedata r:id="rId197" o:title="eqIdb8d338f176b562d715d5741cf454b9c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摆第</w:t>
      </w:r>
      <w:r>
        <w:rPr>
          <w:rFonts w:ascii="Times New Roman" w:eastAsia="Times New Roman" w:hAnsi="Times New Roman" w:cs="Times New Roman"/>
          <w:color w:val="000000"/>
        </w:rPr>
        <w:t>2</w:t>
      </w:r>
      <w:r>
        <w:rPr>
          <w:rFonts w:ascii="宋体" w:eastAsia="宋体" w:hAnsi="宋体" w:cs="宋体"/>
          <w:color w:val="000000"/>
        </w:rPr>
        <w:t>个图形需要小三角形</w:t>
      </w:r>
      <w:r>
        <w:rPr>
          <w:rFonts w:ascii="Times New Roman" w:eastAsia="Times New Roman" w:hAnsi="Times New Roman" w:cs="Times New Roman"/>
          <w:color w:val="000000"/>
        </w:rPr>
        <w:t>4</w:t>
      </w:r>
      <w:r>
        <w:rPr>
          <w:rFonts w:ascii="宋体" w:eastAsia="宋体" w:hAnsi="宋体" w:cs="宋体"/>
          <w:color w:val="000000"/>
        </w:rPr>
        <w:t>个，可以写成：</w:t>
      </w:r>
      <w:r>
        <w:pict>
          <v:shape id="_x0000_i721728" type="#_x0000_t75" alt="学科网(www.zxxk.com)--教育资源门户，提供试卷、教案、课件、论文、素材以及各类教学资源下载，还有大量而丰富的教学相关资讯！" style="width:20.25pt;height:10.5pt" o:oleicon="f" o:ole="">
            <v:imagedata r:id="rId198" o:title="eqId7b72fcdc709e77910cd36a26369648b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摆第</w:t>
      </w:r>
      <w:r>
        <w:rPr>
          <w:rFonts w:ascii="Times New Roman" w:eastAsia="Times New Roman" w:hAnsi="Times New Roman" w:cs="Times New Roman"/>
          <w:color w:val="000000"/>
        </w:rPr>
        <w:t>3</w:t>
      </w:r>
      <w:r>
        <w:rPr>
          <w:rFonts w:ascii="宋体" w:eastAsia="宋体" w:hAnsi="宋体" w:cs="宋体"/>
          <w:color w:val="000000"/>
        </w:rPr>
        <w:t>个图形需要小三角形</w:t>
      </w:r>
      <w:r>
        <w:rPr>
          <w:rFonts w:ascii="Times New Roman" w:eastAsia="Times New Roman" w:hAnsi="Times New Roman" w:cs="Times New Roman"/>
          <w:color w:val="000000"/>
        </w:rPr>
        <w:t>9</w:t>
      </w:r>
      <w:r>
        <w:rPr>
          <w:rFonts w:ascii="宋体" w:eastAsia="宋体" w:hAnsi="宋体" w:cs="宋体"/>
          <w:color w:val="000000"/>
        </w:rPr>
        <w:t>个，可以写成：</w:t>
      </w:r>
      <w:r>
        <w:pict>
          <v:shape id="_x0000_i721729" type="#_x0000_t75" alt="学科网(www.zxxk.com)--教育资源门户，提供试卷、教案、课件、论文、素材以及各类教学资源下载，还有大量而丰富的教学相关资讯！" style="width:21pt;height:12.75pt" o:oleicon="f" o:ole="">
            <v:imagedata r:id="rId199" o:title="eqId777d8fccf0cf8b55a68488fe48b7874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摆第</w:t>
      </w:r>
      <w:r>
        <w:rPr>
          <w:rFonts w:ascii="Times New Roman" w:eastAsia="Times New Roman" w:hAnsi="Times New Roman" w:cs="Times New Roman"/>
          <w:color w:val="000000"/>
        </w:rPr>
        <w:t>4</w:t>
      </w:r>
      <w:r>
        <w:rPr>
          <w:rFonts w:ascii="宋体" w:eastAsia="宋体" w:hAnsi="宋体" w:cs="宋体"/>
          <w:color w:val="000000"/>
        </w:rPr>
        <w:t>个图形需要小三角形</w:t>
      </w:r>
      <w:r>
        <w:rPr>
          <w:rFonts w:ascii="Times New Roman" w:eastAsia="Times New Roman" w:hAnsi="Times New Roman" w:cs="Times New Roman"/>
          <w:color w:val="000000"/>
        </w:rPr>
        <w:t>16</w:t>
      </w:r>
      <w:r>
        <w:rPr>
          <w:rFonts w:ascii="宋体" w:eastAsia="宋体" w:hAnsi="宋体" w:cs="宋体"/>
          <w:color w:val="000000"/>
        </w:rPr>
        <w:t>个，可以写成：</w:t>
      </w:r>
      <w:r>
        <w:pict>
          <v:shape id="_x0000_i721730" type="#_x0000_t75" alt="学科网(www.zxxk.com)--教育资源门户，提供试卷、教案、课件、论文、素材以及各类教学资源下载，还有大量而丰富的教学相关资讯！" style="width:24.95pt;height:13pt" o:oleicon="f" o:ole="">
            <v:imagedata r:id="rId200" o:title="eqId0fb9d60d456560e9bac66c8b20c49bb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摆第</w:t>
      </w:r>
      <w:r>
        <w:rPr>
          <w:rFonts w:ascii="Times New Roman" w:eastAsia="Times New Roman" w:hAnsi="Times New Roman" w:cs="Times New Roman"/>
          <w:i/>
          <w:color w:val="000000"/>
        </w:rPr>
        <w:t>n</w:t>
      </w:r>
      <w:r>
        <w:rPr>
          <w:rFonts w:ascii="宋体" w:eastAsia="宋体" w:hAnsi="宋体" w:cs="宋体"/>
          <w:color w:val="000000"/>
        </w:rPr>
        <w:t>个图形需要小三角形的个数为：</w:t>
      </w:r>
      <w:r>
        <w:pict>
          <v:shape id="_x0000_i721731" type="#_x0000_t75" alt="学科网(www.zxxk.com)--教育资源门户，提供试卷、教案、课件、论文、素材以及各类教学资源下载，还有大量而丰富的教学相关资讯！" style="width:42.6pt;height:15pt" o:oleicon="f" o:ole="">
            <v:imagedata r:id="rId201" o:title="eqId9564af5538ef78e7bef12cc05259ecc4"/>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21732" type="#_x0000_t75" alt="学科网(www.zxxk.com)--教育资源门户，提供试卷、教案、课件、论文、素材以及各类教学资源下载，还有大量而丰富的教学相关资讯！" style="width:14.25pt;height:15.75pt" o:oleicon="f" o:ole="">
            <v:imagedata r:id="rId202" o:title="eqId2ceef1abeeef220b4fe5f7d96feedd90"/>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此题考查图形的变化规律，找出数量上的变化规律，从而推出一般性的结论，利用规律解决问题．</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4</w:t>
      </w:r>
      <w:r>
        <w:rPr>
          <w:rFonts w:ascii="宋体" w:eastAsia="宋体" w:hAnsi="宋体" w:cs="宋体"/>
          <w:b/>
          <w:color w:val="000000"/>
          <w:sz w:val="24"/>
        </w:rPr>
        <w:t>小题，每小题</w:t>
      </w:r>
      <w:r>
        <w:rPr>
          <w:rFonts w:ascii="Times New Roman" w:eastAsia="Times New Roman" w:hAnsi="Times New Roman" w:cs="Times New Roman"/>
          <w:b/>
          <w:color w:val="000000"/>
          <w:sz w:val="24"/>
        </w:rPr>
        <w:t>5</w:t>
      </w:r>
      <w:r>
        <w:rPr>
          <w:rFonts w:ascii="宋体" w:eastAsia="宋体" w:hAnsi="宋体" w:cs="宋体"/>
          <w:b/>
          <w:color w:val="000000"/>
          <w:sz w:val="24"/>
        </w:rPr>
        <w:t>分，共</w:t>
      </w:r>
      <w:r>
        <w:rPr>
          <w:rFonts w:ascii="Times New Roman" w:eastAsia="Times New Roman" w:hAnsi="Times New Roman" w:cs="Times New Roman"/>
          <w:b/>
          <w:color w:val="000000"/>
          <w:sz w:val="24"/>
        </w:rPr>
        <w:t>20</w:t>
      </w:r>
      <w:r>
        <w:rPr>
          <w:rFonts w:ascii="宋体" w:eastAsia="宋体" w:hAnsi="宋体" w:cs="宋体"/>
          <w:b/>
          <w:color w:val="000000"/>
          <w:sz w:val="24"/>
        </w:rPr>
        <w:t>分）</w:t>
      </w:r>
    </w:p>
    <w:p>
      <w:pPr>
        <w:pStyle w:val="Heading2"/>
      </w:pPr>
      <w:r>
        <w:t>日坛中学教育集团</w:t>
      </w:r>
    </w:p>
    <w:p>
      <w:pPr>
        <w:spacing w:line="360" w:lineRule="auto"/>
        <w:jc w:val="both"/>
        <w:textAlignment w:val="center"/>
        <w:rPr>
          <w:color w:val="000000"/>
        </w:rPr>
      </w:pPr>
      <w:r>
        <w:rPr>
          <w:color w:val="000000"/>
        </w:rPr>
        <w:t xml:space="preserve">20. </w:t>
      </w:r>
      <w:r>
        <w:rPr>
          <w:rFonts w:ascii="宋体" w:eastAsia="宋体" w:hAnsi="宋体" w:cs="宋体"/>
          <w:color w:val="000000"/>
        </w:rPr>
        <w:t>小华和同学们在一家快餐店吃饭，如表为快餐店的菜单：</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91"/>
        <w:gridCol w:w="2164"/>
        <w:gridCol w:w="902"/>
        <w:gridCol w:w="2164"/>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p>
          <w:p>
            <w:pPr>
              <w:spacing w:line="360" w:lineRule="auto"/>
              <w:jc w:val="both"/>
              <w:textAlignment w:val="center"/>
              <w:rPr>
                <w:color w:val="000000"/>
              </w:rPr>
            </w:pPr>
            <w:r>
              <w:rPr>
                <w:rFonts w:ascii="宋体" w:eastAsia="宋体" w:hAnsi="宋体" w:cs="宋体"/>
                <w:color w:val="000000"/>
              </w:rPr>
              <w:t>种类</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配餐</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价格</w:t>
            </w:r>
            <w:r>
              <w:pict>
                <v:shape id="_x0000_i721733" type="#_x0000_t75" alt="学科网(www.zxxk.com)--教育资源门户，提供试卷、教案、课件、论文、素材以及各类教学资源下载，还有大量而丰富的教学相关资讯！" style="width:8.25pt;height:15.75pt" o:oleicon="f" o:ole="">
                  <v:imagedata r:id="rId203" o:title="eqIdfd995178601c2ad7b40f973d268c7bb7"/>
                </v:shape>
              </w:pict>
            </w:r>
            <w:r>
              <w:rPr>
                <w:rFonts w:ascii="宋体" w:eastAsia="宋体" w:hAnsi="宋体" w:cs="宋体"/>
                <w:color w:val="000000"/>
              </w:rPr>
              <w:t>元</w:t>
            </w:r>
            <w:r>
              <w:pict>
                <v:shape id="_x0000_i721734" type="#_x0000_t75" alt="学科网(www.zxxk.com)--教育资源门户，提供试卷、教案、课件、论文、素材以及各类教学资源下载，还有大量而丰富的教学相关资讯！" style="width:6.95pt;height:15pt" o:oleicon="f" o:ole="">
                  <v:imagedata r:id="rId204" o:title="eqId04582116cd765fcc5a52f44279ad6c94"/>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优惠活动</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餐</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pict>
                <v:shape id="_x0000_i721735" type="#_x0000_t75" alt="学科网(www.zxxk.com)--教育资源门户，提供试卷、教案、课件、论文、素材以及各类教学资源下载，还有大量而丰富的教学相关资讯！" style="width:6.95pt;height:13pt" o:oleicon="f" o:ole="">
                  <v:imagedata r:id="rId205" o:title="eqIdbdaa19de263700a15fcf213d64a8cd57"/>
                </v:shape>
              </w:pict>
            </w:r>
            <w:r>
              <w:rPr>
                <w:rFonts w:ascii="宋体" w:eastAsia="宋体" w:hAnsi="宋体" w:cs="宋体"/>
                <w:color w:val="000000"/>
              </w:rPr>
              <w:t>个汉堡</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pict>
                <v:shape id="_x0000_i721736" type="#_x0000_t75" alt="学科网(www.zxxk.com)--教育资源门户，提供试卷、教案、课件、论文、素材以及各类教学资源下载，还有大量而丰富的教学相关资讯！" style="width:12.9pt;height:12.35pt" o:oleicon="f" o:ole="">
                  <v:imagedata r:id="rId206" o:title="eqId58b184c94e38f1e5dbe750b2168c2a37"/>
                </v:shape>
              </w:pict>
            </w:r>
          </w:p>
        </w:tc>
        <w:tc>
          <w:tcPr>
            <w:vMerge w:val="restart"/>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每消费满</w:t>
            </w:r>
            <w:r>
              <w:pict>
                <v:shape id="_x0000_i721737" type="#_x0000_t75" alt="学科网(www.zxxk.com)--教育资源门户，提供试卷、教案、课件、论文、素材以及各类教学资源下载，还有大量而丰富的教学相关资讯！" style="width:20.25pt;height:14.25pt" o:oleicon="f" o:ole="">
                  <v:imagedata r:id="rId207" o:title="eqId0efba7147f5b9ced8bc4a72f0a9fb8af"/>
                </v:shape>
              </w:pict>
            </w:r>
            <w:r>
              <w:rPr>
                <w:rFonts w:ascii="宋体" w:eastAsia="宋体" w:hAnsi="宋体" w:cs="宋体"/>
                <w:color w:val="000000"/>
              </w:rPr>
              <w:t>元，减免</w:t>
            </w:r>
            <w:r>
              <w:pict>
                <v:shape id="_x0000_i721738" type="#_x0000_t75" alt="学科网(www.zxxk.com)--教育资源门户，提供试卷、教案、课件、论文、素材以及各类教学资源下载，还有大量而丰富的教学相关资讯！" style="width:14.25pt;height:14.25pt" o:oleicon="f" o:ole="">
                  <v:imagedata r:id="rId208" o:title="eqId4b837fd9c52f60bfb3b6852733abc790"/>
                </v:shape>
              </w:pict>
            </w:r>
            <w:r>
              <w:rPr>
                <w:rFonts w:ascii="宋体" w:eastAsia="宋体" w:hAnsi="宋体" w:cs="宋体"/>
                <w:color w:val="000000"/>
              </w:rPr>
              <w:t>元</w: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餐</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pict>
                <v:shape id="_x0000_i721739" type="#_x0000_t75" alt="学科网(www.zxxk.com)--教育资源门户，提供试卷、教案、课件、论文、素材以及各类教学资源下载，还有大量而丰富的教学相关资讯！" style="width:6.95pt;height:13pt" o:oleicon="f" o:ole="">
                  <v:imagedata r:id="rId205" o:title="eqIdbdaa19de263700a15fcf213d64a8cd57"/>
                </v:shape>
              </w:pict>
            </w:r>
            <w:r>
              <w:rPr>
                <w:rFonts w:ascii="宋体" w:eastAsia="宋体" w:hAnsi="宋体" w:cs="宋体"/>
                <w:color w:val="000000"/>
              </w:rPr>
              <w:t>个汉堡</w:t>
            </w:r>
            <w:r>
              <w:pict>
                <v:shape id="_x0000_i721740" type="#_x0000_t75" alt="学科网(www.zxxk.com)--教育资源门户，提供试卷、教案、课件、论文、素材以及各类教学资源下载，还有大量而丰富的教学相关资讯！" style="width:15pt;height:12.75pt" o:oleicon="f" o:ole="">
                  <v:imagedata r:id="rId209" o:title="eqId497f79b82f7428fd4ad48fb472b2ef13"/>
                </v:shape>
              </w:pict>
            </w:r>
            <w:r>
              <w:rPr>
                <w:rFonts w:ascii="宋体" w:eastAsia="宋体" w:hAnsi="宋体" w:cs="宋体"/>
                <w:color w:val="000000"/>
              </w:rPr>
              <w:t>杯饮料</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pict>
                <v:shape id="_x0000_i721741" type="#_x0000_t75" alt="学科网(www.zxxk.com)--教育资源门户，提供试卷、教案、课件、论文、素材以及各类教学资源下载，还有大量而丰富的教学相关资讯！" style="width:15.8pt;height:14.2pt" o:oleicon="f" o:ole="">
                  <v:imagedata r:id="rId210" o:title="eqId4b7f27ebcef70a3ebbbe8d2e53ea0896"/>
                </v:shape>
              </w:pict>
            </w:r>
          </w:p>
        </w:tc>
        <w:tc>
          <w:tcPr>
            <w:vMerge/>
            <w:tcBorders>
              <w:top w:val="single" w:sz="6" w:space="0" w:color="000000"/>
              <w:left w:val="single" w:sz="6" w:space="0" w:color="000000"/>
              <w:bottom w:val="single" w:sz="6" w:space="0" w:color="000000"/>
              <w:right w:val="single" w:sz="6" w:space="0" w:color="000000"/>
            </w:tcBorders>
          </w:tcPr>
          <w:p>
            <w:pPr>
              <w:spacing w:line="360" w:lineRule="auto"/>
              <w:jc w:val="both"/>
              <w:textAlignment w:val="center"/>
              <w:rPr>
                <w:color w:val="000000"/>
              </w:rPr>
            </w:pP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i/>
                <w:color w:val="000000"/>
              </w:rPr>
              <w:t>C</w:t>
            </w:r>
            <w:r>
              <w:rPr>
                <w:rFonts w:ascii="宋体" w:eastAsia="宋体" w:hAnsi="宋体" w:cs="宋体"/>
                <w:color w:val="000000"/>
              </w:rPr>
              <w:t>餐</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pict>
                <v:shape id="_x0000_i721742" type="#_x0000_t75" alt="学科网(www.zxxk.com)--教育资源门户，提供试卷、教案、课件、论文、素材以及各类教学资源下载，还有大量而丰富的教学相关资讯！" style="width:6.95pt;height:13pt" o:oleicon="f" o:ole="">
                  <v:imagedata r:id="rId205" o:title="eqIdbdaa19de263700a15fcf213d64a8cd57"/>
                </v:shape>
              </w:pict>
            </w:r>
            <w:r>
              <w:rPr>
                <w:rFonts w:ascii="宋体" w:eastAsia="宋体" w:hAnsi="宋体" w:cs="宋体"/>
                <w:color w:val="000000"/>
              </w:rPr>
              <w:t>个汉堡</w:t>
            </w:r>
            <w:r>
              <w:pict>
                <v:shape id="_x0000_i721743" type="#_x0000_t75" alt="学科网(www.zxxk.com)--教育资源门户，提供试卷、教案、课件、论文、素材以及各类教学资源下载，还有大量而丰富的教学相关资讯！" style="width:15pt;height:12.75pt" o:oleicon="f" o:ole="">
                  <v:imagedata r:id="rId209" o:title="eqId497f79b82f7428fd4ad48fb472b2ef13"/>
                </v:shape>
              </w:pict>
            </w:r>
            <w:r>
              <w:rPr>
                <w:rFonts w:ascii="宋体" w:eastAsia="宋体" w:hAnsi="宋体" w:cs="宋体"/>
                <w:color w:val="000000"/>
              </w:rPr>
              <w:t>杯饮料</w:t>
            </w:r>
            <w:r>
              <w:pict>
                <v:shape id="_x0000_i721744" type="#_x0000_t75" alt="学科网(www.zxxk.com)--教育资源门户，提供试卷、教案、课件、论文、素材以及各类教学资源下载，还有大量而丰富的教学相关资讯！" style="width:15pt;height:12.75pt" o:oleicon="f" o:ole="">
                  <v:imagedata r:id="rId209" o:title="eqId497f79b82f7428fd4ad48fb472b2ef13"/>
                </v:shape>
              </w:pict>
            </w:r>
            <w:r>
              <w:rPr>
                <w:rFonts w:ascii="宋体" w:eastAsia="宋体" w:hAnsi="宋体" w:cs="宋体"/>
                <w:color w:val="000000"/>
              </w:rPr>
              <w:t>份薯条</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pict>
                <v:shape id="_x0000_i721745" type="#_x0000_t75" alt="学科网(www.zxxk.com)--教育资源门户，提供试卷、教案、课件、论文、素材以及各类教学资源下载，还有大量而丰富的教学相关资讯！" style="width:16.1pt;height:12.9pt" o:oleicon="f" o:ole="">
                  <v:imagedata r:id="rId211" o:title="eqId49e60fbe6820130fb20abc555a94b5ea"/>
                </v:shape>
              </w:pict>
            </w:r>
          </w:p>
        </w:tc>
        <w:tc>
          <w:tcPr>
            <w:vMerge/>
            <w:tcBorders>
              <w:top w:val="single" w:sz="6" w:space="0" w:color="000000"/>
              <w:left w:val="single" w:sz="6" w:space="0" w:color="000000"/>
              <w:bottom w:val="single" w:sz="6" w:space="0" w:color="000000"/>
              <w:right w:val="single" w:sz="6" w:space="0" w:color="000000"/>
            </w:tcBorders>
          </w:tcPr>
          <w:p>
            <w:pPr>
              <w:spacing w:line="360" w:lineRule="auto"/>
              <w:jc w:val="both"/>
              <w:textAlignment w:val="center"/>
              <w:rPr>
                <w:color w:val="000000"/>
              </w:rPr>
            </w:pPr>
          </w:p>
        </w:tc>
      </w:tr>
    </w:tbl>
    <w:p>
      <w:pPr>
        <w:spacing w:line="360" w:lineRule="auto"/>
        <w:jc w:val="both"/>
        <w:textAlignment w:val="center"/>
        <w:rPr>
          <w:color w:val="000000"/>
        </w:rPr>
      </w:pPr>
      <w:r>
        <w:rPr>
          <w:rFonts w:ascii="宋体" w:eastAsia="宋体" w:hAnsi="宋体" w:cs="宋体"/>
          <w:color w:val="000000"/>
        </w:rPr>
        <w:t>小华记录大家的购买种类并根据菜单一次买好，已知他们所点的餐共有</w:t>
      </w:r>
      <w:r>
        <w:pict>
          <v:shape id="_x0000_i721746" type="#_x0000_t75" alt="学科网(www.zxxk.com)--教育资源门户，提供试卷、教案、课件、论文、素材以及各类教学资源下载，还有大量而丰富的教学相关资讯！" style="width:14.25pt;height:14.25pt" o:oleicon="f" o:ole="">
            <v:imagedata r:id="rId212" o:title="eqIdd07ae0b4264da6a8812454ffd2f20d94"/>
          </v:shape>
        </w:pict>
      </w:r>
      <w:r>
        <w:rPr>
          <w:rFonts w:ascii="宋体" w:eastAsia="宋体" w:hAnsi="宋体" w:cs="宋体"/>
          <w:color w:val="000000"/>
        </w:rPr>
        <w:t>个汉堡，</w:t>
      </w:r>
      <w:r>
        <w:pict>
          <v:shape id="_x0000_i721747" type="#_x0000_t75" alt="学科网(www.zxxk.com)--教育资源门户，提供试卷、教案、课件、论文、素材以及各类教学资源下载，还有大量而丰富的教学相关资讯！" style="width:9pt;height:9.75pt" o:oleicon="f" o:ole="">
            <v:imagedata r:id="rId213" o:title="eqId81dea63b8ce3e51adf66cf7b9982a248"/>
          </v:shape>
        </w:pict>
      </w:r>
      <w:r>
        <w:rPr>
          <w:rFonts w:ascii="宋体" w:eastAsia="宋体" w:hAnsi="宋体" w:cs="宋体"/>
          <w:color w:val="000000"/>
        </w:rPr>
        <w:t>杯饮料和</w:t>
      </w:r>
      <w:r>
        <w:pict>
          <v:shape id="_x0000_i721748" type="#_x0000_t75" alt="学科网(www.zxxk.com)--教育资源门户，提供试卷、教案、课件、论文、素材以及各类教学资源下载，还有大量而丰富的教学相关资讯！" style="width:9.6pt;height:13.2pt" o:oleicon="f" o:ole="">
            <v:imagedata r:id="rId214" o:title="eqIdb8860d9787671b53b1ab68b3d526f5ca"/>
          </v:shape>
        </w:pict>
      </w:r>
      <w:r>
        <w:rPr>
          <w:rFonts w:ascii="宋体" w:eastAsia="宋体" w:hAnsi="宋体" w:cs="宋体"/>
          <w:color w:val="000000"/>
        </w:rPr>
        <w:t>份薯条．他们共点了</w:t>
      </w:r>
      <w:r>
        <w:rPr>
          <w:color w:val="000000"/>
        </w:rPr>
        <w:t>______</w:t>
      </w:r>
      <w:r>
        <w:rPr>
          <w:rFonts w:ascii="宋体" w:eastAsia="宋体" w:hAnsi="宋体" w:cs="宋体"/>
          <w:color w:val="000000"/>
        </w:rPr>
        <w:t>份</w:t>
      </w:r>
      <w:r>
        <w:rPr>
          <w:rFonts w:ascii="Times New Roman" w:eastAsia="Times New Roman" w:hAnsi="Times New Roman" w:cs="Times New Roman"/>
          <w:i/>
          <w:color w:val="000000"/>
        </w:rPr>
        <w:t>B</w:t>
      </w:r>
      <w:r>
        <w:rPr>
          <w:rFonts w:ascii="宋体" w:eastAsia="宋体" w:hAnsi="宋体" w:cs="宋体"/>
          <w:color w:val="000000"/>
        </w:rPr>
        <w:t>餐</w:t>
      </w:r>
      <w:r>
        <w:pict>
          <v:shape id="_x0000_i721749" type="#_x0000_t75" alt="学科网(www.zxxk.com)--教育资源门户，提供试卷、教案、课件、论文、素材以及各类教学资源下载，还有大量而丰富的教学相关资讯！" style="width:8.25pt;height:15.75pt" o:oleicon="f" o:ole="">
            <v:imagedata r:id="rId215" o:title="eqIdfd995178601c2ad7b40f973d268c7bb7"/>
          </v:shape>
        </w:pict>
      </w:r>
      <w:r>
        <w:rPr>
          <w:rFonts w:ascii="宋体" w:eastAsia="宋体" w:hAnsi="宋体" w:cs="宋体"/>
          <w:color w:val="000000"/>
        </w:rPr>
        <w:t>用含</w:t>
      </w:r>
      <w:r>
        <w:pict>
          <v:shape id="_x0000_i721750" type="#_x0000_t75" alt="学科网(www.zxxk.com)--教育资源门户，提供试卷、教案、课件、论文、素材以及各类教学资源下载，还有大量而丰富的教学相关资讯！" style="width:9pt;height:9.75pt" o:oleicon="f" o:ole="">
            <v:imagedata r:id="rId213" o:title="eqId81dea63b8ce3e51adf66cf7b9982a248"/>
          </v:shape>
        </w:pict>
      </w:r>
      <w:r>
        <w:rPr>
          <w:rFonts w:ascii="宋体" w:eastAsia="宋体" w:hAnsi="宋体" w:cs="宋体"/>
          <w:color w:val="000000"/>
        </w:rPr>
        <w:t>的式子表示</w:t>
      </w:r>
      <w:r>
        <w:pict>
          <v:shape id="_x0000_i721751" type="#_x0000_t75" alt="学科网(www.zxxk.com)--教育资源门户，提供试卷、教案、课件、论文、素材以及各类教学资源下载，还有大量而丰富的教学相关资讯！" style="width:6.95pt;height:15pt" o:oleicon="f" o:ole="">
            <v:imagedata r:id="rId216" o:title="eqId04582116cd765fcc5a52f44279ad6c94"/>
          </v:shape>
        </w:pict>
      </w:r>
      <w:r>
        <w:rPr>
          <w:rFonts w:ascii="宋体" w:eastAsia="宋体" w:hAnsi="宋体" w:cs="宋体"/>
          <w:color w:val="000000"/>
        </w:rPr>
        <w:t>．</w:t>
      </w:r>
    </w:p>
    <w:p>
      <w:pPr>
        <w:spacing w:line="360" w:lineRule="auto"/>
        <w:textAlignment w:val="center"/>
        <w:rPr>
          <w:color w:val="000000"/>
        </w:rPr>
      </w:pPr>
      <w:r>
        <w:rPr>
          <w:color w:val="2E75B6"/>
        </w:rPr>
        <w:t>【答案】</w:t>
      </w:r>
      <w:r>
        <w:pict>
          <v:shape id="_x0000_i721752" type="#_x0000_t75" alt="学科网(www.zxxk.com)--教育资源门户，提供试卷、教案、课件、论文、素材以及各类教学资源下载，还有大量而丰富的教学相关资讯！" style="width:26.5pt;height:14.5pt" o:oleicon="f" o:ole="">
            <v:imagedata r:id="rId217" o:title="eqIdfa54d2a1b192048f8de9f66f0e14a1c1"/>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根据点</w:t>
      </w:r>
      <w:r>
        <w:rPr>
          <w:rFonts w:ascii="宋体" w:eastAsia="宋体" w:hAnsi="宋体" w:cs="宋体"/>
          <w:color w:val="000000"/>
          <w:position w:val="0"/>
        </w:rPr>
        <w:drawing>
          <wp:inline>
            <wp:extent cx="133350" cy="177800"/>
            <wp:docPr id="41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 name=""/>
                    <pic:cNvPicPr>
                      <a:picLocks noChangeAspect="1"/>
                    </pic:cNvPicPr>
                  </pic:nvPicPr>
                  <pic:blipFill>
                    <a:blip r:embed="rId21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饮料能确定在</w:t>
      </w:r>
      <w:r>
        <w:pict>
          <v:shape id="_x0000_i721753" type="#_x0000_t75" alt="学科网(www.zxxk.com)--教育资源门户，提供试卷、教案、课件、论文、素材以及各类教学资源下载，还有大量而丰富的教学相关资讯！" style="width:9.75pt;height:10.5pt" o:oleicon="f" o:ole="">
            <v:imagedata r:id="rId219" o:title="eqId7f9e8449aad35c5d840a3395ea86df6d"/>
          </v:shape>
        </w:pict>
      </w:r>
      <w:r>
        <w:rPr>
          <w:rFonts w:ascii="宋体" w:eastAsia="宋体" w:hAnsi="宋体" w:cs="宋体"/>
          <w:color w:val="000000"/>
        </w:rPr>
        <w:t>和</w:t>
      </w:r>
      <w:r>
        <w:pict>
          <v:shape id="_x0000_i721754" type="#_x0000_t75" alt="学科网(www.zxxk.com)--教育资源门户，提供试卷、教案、课件、论文、素材以及各类教学资源下载，还有大量而丰富的教学相关资讯！" style="width:11.9pt;height:14.4pt" o:oleicon="f" o:ole="">
            <v:imagedata r:id="rId220" o:title="eqIdc5db41a1f31d6baee7c69990811edb9f"/>
          </v:shape>
        </w:pict>
      </w:r>
      <w:r>
        <w:rPr>
          <w:rFonts w:ascii="宋体" w:eastAsia="宋体" w:hAnsi="宋体" w:cs="宋体"/>
          <w:color w:val="000000"/>
        </w:rPr>
        <w:t>餐中点了</w:t>
      </w:r>
      <w:r>
        <w:pict>
          <v:shape id="_x0000_i721755" type="#_x0000_t75" alt="学科网(www.zxxk.com)--教育资源门户，提供试卷、教案、课件、论文、素材以及各类教学资源下载，还有大量而丰富的教学相关资讯！" style="width:9pt;height:9.75pt" o:oleicon="f" o:ole="">
            <v:imagedata r:id="rId221" o:title="eqId81dea63b8ce3e51adf66cf7b9982a248"/>
          </v:shape>
        </w:pict>
      </w:r>
      <w:r>
        <w:rPr>
          <w:rFonts w:ascii="宋体" w:eastAsia="宋体" w:hAnsi="宋体" w:cs="宋体"/>
          <w:color w:val="000000"/>
        </w:rPr>
        <w:t>份，根据题意可得点</w:t>
      </w:r>
      <w:r>
        <w:pict>
          <v:shape id="_x0000_i721756" type="#_x0000_t75" alt="学科网(www.zxxk.com)--教育资源门户，提供试卷、教案、课件、论文、素材以及各类教学资源下载，还有大量而丰富的教学相关资讯！" style="width:9.75pt;height:10.5pt" o:oleicon="f" o:ole="">
            <v:imagedata r:id="rId219" o:title="eqId7f9e8449aad35c5d840a3395ea86df6d"/>
          </v:shape>
        </w:pict>
      </w:r>
      <w:r>
        <w:rPr>
          <w:rFonts w:ascii="宋体" w:eastAsia="宋体" w:hAnsi="宋体" w:cs="宋体"/>
          <w:color w:val="000000"/>
        </w:rPr>
        <w:t>餐</w:t>
      </w:r>
      <w:r>
        <w:pict>
          <v:shape id="_x0000_i721757" type="#_x0000_t75" alt="学科网(www.zxxk.com)--教育资源门户，提供试卷、教案、课件、论文、素材以及各类教学资源下载，还有大量而丰富的教学相关资讯！" style="width:26.5pt;height:14.5pt" o:oleicon="f" o:ole="">
            <v:imagedata r:id="rId222" o:title="eqIdfa54d2a1b192048f8de9f66f0e14a1c1"/>
          </v:shape>
        </w:pict>
      </w:r>
      <w:r>
        <w:rPr>
          <w:rFonts w:ascii="宋体" w:eastAsia="宋体" w:hAnsi="宋体" w:cs="宋体"/>
          <w:color w:val="000000"/>
        </w:rPr>
        <w:t>，从而可求</w:t>
      </w:r>
      <w:r>
        <w:pict>
          <v:shape id="_x0000_i721758" type="#_x0000_t75" alt="学科网(www.zxxk.com)--教育资源门户，提供试卷、教案、课件、论文、素材以及各类教学资源下载，还有大量而丰富的教学相关资讯！" style="width:9.75pt;height:10.5pt" o:oleicon="f" o:ole="">
            <v:imagedata r:id="rId219" o:title="eqId7f9e8449aad35c5d840a3395ea86df6d"/>
          </v:shape>
        </w:pict>
      </w:r>
      <w:r>
        <w:rPr>
          <w:rFonts w:ascii="宋体" w:eastAsia="宋体" w:hAnsi="宋体" w:cs="宋体"/>
          <w:color w:val="000000"/>
        </w:rPr>
        <w:t>餐的份数．</w:t>
      </w:r>
    </w:p>
    <w:p>
      <w:pPr>
        <w:spacing w:line="360" w:lineRule="auto"/>
        <w:jc w:val="both"/>
        <w:textAlignment w:val="center"/>
        <w:rPr>
          <w:color w:val="000000"/>
        </w:rPr>
      </w:pPr>
      <w:r>
        <w:rPr>
          <w:color w:val="000000"/>
        </w:rPr>
        <w:t>【详解】</w:t>
      </w:r>
      <w:r>
        <w:rPr>
          <w:rFonts w:ascii="宋体" w:eastAsia="宋体" w:hAnsi="宋体" w:cs="宋体"/>
          <w:color w:val="000000"/>
        </w:rPr>
        <w:t>解：</w:t>
      </w:r>
      <w:r>
        <w:pict>
          <v:shape id="_x0000_i721759" type="#_x0000_t75" alt="学科网(www.zxxk.com)--教育资源门户，提供试卷、教案、课件、论文、素材以及各类教学资源下载，还有大量而丰富的教学相关资讯！" style="width:18.5pt;height:9.5pt" o:oleicon="f" o:ole="">
            <v:imagedata r:id="rId223" o:title="eqId244a4206e725755d29449b37e58e0209"/>
          </v:shape>
        </w:pict>
      </w:r>
      <w:r>
        <w:rPr>
          <w:rFonts w:ascii="宋体" w:eastAsia="宋体" w:hAnsi="宋体" w:cs="宋体"/>
          <w:color w:val="000000"/>
        </w:rPr>
        <w:t>杯饮料，</w:t>
      </w:r>
    </w:p>
    <w:p>
      <w:pPr>
        <w:spacing w:line="360" w:lineRule="auto"/>
        <w:jc w:val="both"/>
        <w:textAlignment w:val="center"/>
        <w:rPr>
          <w:color w:val="000000"/>
        </w:rPr>
      </w:pPr>
      <w:r>
        <w:pict>
          <v:shape id="_x0000_i721760" type="#_x0000_t75" alt="学科网(www.zxxk.com)--教育资源门户，提供试卷、教案、课件、论文、素材以及各类教学资源下载，还有大量而丰富的教学相关资讯！" style="width:9.75pt;height:9pt" o:oleicon="f" o:ole="">
            <v:imagedata r:id="rId224" o:title="eqId2de0d10ef8b748d4531250c37c5d3f9e"/>
          </v:shape>
        </w:pict>
      </w:r>
      <w:r>
        <w:rPr>
          <w:rFonts w:ascii="宋体" w:eastAsia="宋体" w:hAnsi="宋体" w:cs="宋体"/>
          <w:color w:val="000000"/>
        </w:rPr>
        <w:t>在</w:t>
      </w:r>
      <w:r>
        <w:pict>
          <v:shape id="_x0000_i721761" type="#_x0000_t75" alt="学科网(www.zxxk.com)--教育资源门户，提供试卷、教案、课件、论文、素材以及各类教学资源下载，还有大量而丰富的教学相关资讯！" style="width:9.75pt;height:10.5pt" o:oleicon="f" o:ole="">
            <v:imagedata r:id="rId225" o:title="eqId7f9e8449aad35c5d840a3395ea86df6d"/>
          </v:shape>
        </w:pict>
      </w:r>
      <w:r>
        <w:rPr>
          <w:rFonts w:ascii="宋体" w:eastAsia="宋体" w:hAnsi="宋体" w:cs="宋体"/>
          <w:color w:val="000000"/>
        </w:rPr>
        <w:t>和</w:t>
      </w:r>
      <w:r>
        <w:pict>
          <v:shape id="_x0000_i721762" type="#_x0000_t75" alt="学科网(www.zxxk.com)--教育资源门户，提供试卷、教案、课件、论文、素材以及各类教学资源下载，还有大量而丰富的教学相关资讯！" style="width:11.9pt;height:14.4pt" o:oleicon="f" o:ole="">
            <v:imagedata r:id="rId226" o:title="eqIdc5db41a1f31d6baee7c69990811edb9f"/>
          </v:shape>
        </w:pict>
      </w:r>
      <w:r>
        <w:rPr>
          <w:rFonts w:ascii="宋体" w:eastAsia="宋体" w:hAnsi="宋体" w:cs="宋体"/>
          <w:color w:val="000000"/>
        </w:rPr>
        <w:t>餐中点了</w:t>
      </w:r>
      <w:r>
        <w:pict>
          <v:shape id="_x0000_i721763" type="#_x0000_t75" alt="学科网(www.zxxk.com)--教育资源门户，提供试卷、教案、课件、论文、素材以及各类教学资源下载，还有大量而丰富的教学相关资讯！" style="width:9pt;height:9.75pt" o:oleicon="f" o:ole="">
            <v:imagedata r:id="rId227" o:title="eqId81dea63b8ce3e51adf66cf7b9982a248"/>
          </v:shape>
        </w:pict>
      </w:r>
      <w:r>
        <w:rPr>
          <w:rFonts w:ascii="宋体" w:eastAsia="宋体" w:hAnsi="宋体" w:cs="宋体"/>
          <w:color w:val="000000"/>
        </w:rPr>
        <w:t>份，</w:t>
      </w:r>
    </w:p>
    <w:p>
      <w:pPr>
        <w:spacing w:line="360" w:lineRule="auto"/>
        <w:jc w:val="both"/>
        <w:textAlignment w:val="center"/>
        <w:rPr>
          <w:color w:val="000000"/>
        </w:rPr>
      </w:pPr>
      <w:r>
        <w:pict>
          <v:shape id="_x0000_i721764" type="#_x0000_t75" alt="学科网(www.zxxk.com)--教育资源门户，提供试卷、教案、课件、论文、素材以及各类教学资源下载，还有大量而丰富的教学相关资讯！" style="width:9.75pt;height:8.25pt" o:oleicon="f" o:ole="">
            <v:imagedata r:id="rId228" o:title="eqId16f3d198e76391779fa3badc848c8ac8"/>
          </v:shape>
        </w:pict>
      </w:r>
      <w:r>
        <w:rPr>
          <w:rFonts w:ascii="宋体" w:eastAsia="宋体" w:hAnsi="宋体" w:cs="宋体"/>
          <w:color w:val="000000"/>
        </w:rPr>
        <w:t>点了</w:t>
      </w:r>
      <w:r>
        <w:pict>
          <v:shape id="_x0000_i721765" type="#_x0000_t75" alt="学科网(www.zxxk.com)--教育资源门户，提供试卷、教案、课件、论文、素材以及各类教学资源下载，还有大量而丰富的教学相关资讯！" style="width:9.6pt;height:13.2pt" o:oleicon="f" o:ole="">
            <v:imagedata r:id="rId229" o:title="eqIdb8860d9787671b53b1ab68b3d526f5ca"/>
          </v:shape>
        </w:pict>
      </w:r>
      <w:r>
        <w:rPr>
          <w:rFonts w:ascii="宋体" w:eastAsia="宋体" w:hAnsi="宋体" w:cs="宋体"/>
          <w:color w:val="000000"/>
        </w:rPr>
        <w:t>份薯条，</w:t>
      </w:r>
    </w:p>
    <w:p>
      <w:pPr>
        <w:spacing w:line="360" w:lineRule="auto"/>
        <w:jc w:val="both"/>
        <w:textAlignment w:val="center"/>
        <w:rPr>
          <w:color w:val="000000"/>
        </w:rPr>
      </w:pPr>
      <w:r>
        <w:pict>
          <v:shape id="_x0000_i721766" type="#_x0000_t75" alt="学科网(www.zxxk.com)--教育资源门户，提供试卷、教案、课件、论文、素材以及各类教学资源下载，还有大量而丰富的教学相关资讯！" style="width:9.75pt;height:9pt" o:oleicon="f" o:ole="">
            <v:imagedata r:id="rId230" o:title="eqId2de0d10ef8b748d4531250c37c5d3f9e"/>
          </v:shape>
        </w:pict>
      </w:r>
      <w:r>
        <w:rPr>
          <w:rFonts w:ascii="宋体" w:eastAsia="宋体" w:hAnsi="宋体" w:cs="宋体"/>
          <w:color w:val="000000"/>
        </w:rPr>
        <w:t>点</w:t>
      </w:r>
      <w:r>
        <w:pict>
          <v:shape id="_x0000_i721767" type="#_x0000_t75" alt="学科网(www.zxxk.com)--教育资源门户，提供试卷、教案、课件、论文、素材以及各类教学资源下载，还有大量而丰富的教学相关资讯！" style="width:11.9pt;height:14.4pt" o:oleicon="f" o:ole="">
            <v:imagedata r:id="rId231" o:title="eqIdc5db41a1f31d6baee7c69990811edb9f"/>
          </v:shape>
        </w:pict>
      </w:r>
      <w:r>
        <w:rPr>
          <w:rFonts w:ascii="宋体" w:eastAsia="宋体" w:hAnsi="宋体" w:cs="宋体"/>
          <w:color w:val="000000"/>
        </w:rPr>
        <w:t>餐有</w:t>
      </w:r>
      <w:r>
        <w:pict>
          <v:shape id="_x0000_i721768" type="#_x0000_t75" alt="学科网(www.zxxk.com)--教育资源门户，提供试卷、教案、课件、论文、素材以及各类教学资源下载，还有大量而丰富的教学相关资讯！" style="width:9.6pt;height:13.2pt" o:oleicon="f" o:ole="">
            <v:imagedata r:id="rId232" o:title="eqIdb8860d9787671b53b1ab68b3d526f5ca"/>
          </v:shape>
        </w:pict>
      </w:r>
      <w:r>
        <w:rPr>
          <w:rFonts w:ascii="宋体" w:eastAsia="宋体" w:hAnsi="宋体" w:cs="宋体"/>
          <w:color w:val="000000"/>
        </w:rPr>
        <w:t>杯饮料，</w:t>
      </w:r>
    </w:p>
    <w:p>
      <w:pPr>
        <w:spacing w:line="360" w:lineRule="auto"/>
        <w:jc w:val="both"/>
        <w:textAlignment w:val="center"/>
        <w:rPr>
          <w:color w:val="000000"/>
        </w:rPr>
      </w:pPr>
      <w:r>
        <w:pict>
          <v:shape id="_x0000_i721769" type="#_x0000_t75" alt="学科网(www.zxxk.com)--教育资源门户，提供试卷、教案、课件、论文、素材以及各类教学资源下载，还有大量而丰富的教学相关资讯！" style="width:9.75pt;height:9pt" o:oleicon="f" o:ole="">
            <v:imagedata r:id="rId233" o:title="eqId2de0d10ef8b748d4531250c37c5d3f9e"/>
          </v:shape>
        </w:pict>
      </w:r>
      <w:r>
        <w:rPr>
          <w:rFonts w:ascii="宋体" w:eastAsia="宋体" w:hAnsi="宋体" w:cs="宋体"/>
          <w:color w:val="000000"/>
        </w:rPr>
        <w:t>点</w:t>
      </w:r>
      <w:r>
        <w:pict>
          <v:shape id="_x0000_i721770" type="#_x0000_t75" alt="学科网(www.zxxk.com)--教育资源门户，提供试卷、教案、课件、论文、素材以及各类教学资源下载，还有大量而丰富的教学相关资讯！" style="width:9.75pt;height:10.5pt" o:oleicon="f" o:ole="">
            <v:imagedata r:id="rId234" o:title="eqId7f9e8449aad35c5d840a3395ea86df6d"/>
          </v:shape>
        </w:pict>
      </w:r>
      <w:r>
        <w:rPr>
          <w:rFonts w:ascii="宋体" w:eastAsia="宋体" w:hAnsi="宋体" w:cs="宋体"/>
          <w:color w:val="000000"/>
        </w:rPr>
        <w:t>餐的份数为</w:t>
      </w:r>
      <w:r>
        <w:pict>
          <v:shape id="_x0000_i721771" type="#_x0000_t75" alt="学科网(www.zxxk.com)--教育资源门户，提供试卷、教案、课件、论文、素材以及各类教学资源下载，还有大量而丰富的教学相关资讯！" style="width:36pt;height:19.8pt" o:oleicon="f" o:ole="">
            <v:imagedata r:id="rId235" o:title="eqId18182e796d3e4186d52dd4e882395459"/>
          </v:shape>
        </w:pict>
      </w:r>
      <w:r>
        <w:rPr>
          <w:rFonts w:ascii="宋体" w:eastAsia="宋体" w:hAnsi="宋体" w:cs="宋体"/>
          <w:color w:val="000000"/>
        </w:rPr>
        <w:t>份．</w:t>
      </w:r>
    </w:p>
    <w:p>
      <w:pPr>
        <w:spacing w:line="360" w:lineRule="auto"/>
        <w:jc w:val="both"/>
        <w:textAlignment w:val="center"/>
        <w:rPr>
          <w:color w:val="000000"/>
        </w:rPr>
      </w:pPr>
      <w:r>
        <w:rPr>
          <w:rFonts w:ascii="宋体" w:eastAsia="宋体" w:hAnsi="宋体" w:cs="宋体"/>
          <w:color w:val="000000"/>
        </w:rPr>
        <w:t>故答案为：</w:t>
      </w:r>
      <w:r>
        <w:pict>
          <v:shape id="_x0000_i721772" type="#_x0000_t75" alt="学科网(www.zxxk.com)--教育资源门户，提供试卷、教案、课件、论文、素材以及各类教学资源下载，还有大量而丰富的教学相关资讯！" style="width:36pt;height:19.8pt" o:oleicon="f" o:ole="">
            <v:imagedata r:id="rId236" o:title="eqId18182e796d3e4186d52dd4e882395459"/>
          </v:shape>
        </w:pict>
      </w:r>
      <w:r>
        <w:rPr>
          <w:rFonts w:ascii="宋体" w:eastAsia="宋体" w:hAnsi="宋体" w:cs="宋体"/>
          <w:color w:val="000000"/>
        </w:rPr>
        <w:t>．</w:t>
      </w:r>
    </w:p>
    <w:p>
      <w:pPr>
        <w:spacing w:line="360" w:lineRule="auto"/>
        <w:jc w:val="both"/>
        <w:textAlignment w:val="center"/>
        <w:rPr>
          <w:color w:val="000000"/>
        </w:rPr>
      </w:pPr>
      <w:r>
        <w:rPr>
          <w:color w:val="000000"/>
        </w:rPr>
        <w:t>【点睛】</w:t>
      </w:r>
      <w:r>
        <w:rPr>
          <w:rFonts w:ascii="宋体" w:eastAsia="宋体" w:hAnsi="宋体" w:cs="宋体"/>
          <w:color w:val="000000"/>
        </w:rPr>
        <w:t>本题考查列代数式，能够根据题意，以</w:t>
      </w:r>
      <w:r>
        <w:pict>
          <v:shape id="_x0000_i721773" type="#_x0000_t75" alt="学科网(www.zxxk.com)--教育资源门户，提供试卷、教案、课件、论文、素材以及各类教学资源下载，还有大量而丰富的教学相关资讯！" style="width:11.9pt;height:14.4pt" o:oleicon="f" o:ole="">
            <v:imagedata r:id="rId237" o:title="eqIdc5db41a1f31d6baee7c69990811edb9f"/>
          </v:shape>
        </w:pict>
      </w:r>
      <w:r>
        <w:rPr>
          <w:rFonts w:ascii="宋体" w:eastAsia="宋体" w:hAnsi="宋体" w:cs="宋体"/>
          <w:color w:val="000000"/>
        </w:rPr>
        <w:t>餐为依据，准确列出代数式是解题的关键．</w:t>
      </w:r>
    </w:p>
    <w:p>
      <w:pPr>
        <w:spacing w:line="360" w:lineRule="auto"/>
        <w:jc w:val="both"/>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9</w:t>
      </w:r>
      <w:r>
        <w:rPr>
          <w:rFonts w:ascii="宋体" w:eastAsia="宋体" w:hAnsi="宋体" w:cs="宋体"/>
          <w:b/>
          <w:color w:val="000000"/>
          <w:sz w:val="24"/>
        </w:rPr>
        <w:t>小题，共</w:t>
      </w:r>
      <w:r>
        <w:rPr>
          <w:rFonts w:ascii="Times New Roman" w:eastAsia="Times New Roman" w:hAnsi="Times New Roman" w:cs="Times New Roman"/>
          <w:b/>
          <w:color w:val="000000"/>
          <w:sz w:val="24"/>
        </w:rPr>
        <w:t>50</w:t>
      </w:r>
      <w:r>
        <w:rPr>
          <w:rFonts w:ascii="宋体" w:eastAsia="宋体" w:hAnsi="宋体" w:cs="宋体"/>
          <w:b/>
          <w:color w:val="000000"/>
          <w:sz w:val="24"/>
        </w:rPr>
        <w:t>分）</w:t>
      </w:r>
    </w:p>
    <w:p>
      <w:pPr>
        <w:pStyle w:val="Heading2"/>
      </w:pPr>
      <w:r>
        <w:t>昌平区</w:t>
      </w:r>
    </w:p>
    <w:p>
      <w:pPr>
        <w:spacing w:line="360" w:lineRule="auto"/>
        <w:jc w:val="left"/>
        <w:textAlignment w:val="center"/>
        <w:rPr>
          <w:color w:val="000000"/>
        </w:rPr>
      </w:pPr>
      <w:r>
        <w:rPr>
          <w:color w:val="000000"/>
        </w:rPr>
        <w:t xml:space="preserve">16. </w:t>
      </w:r>
      <w:r>
        <w:rPr>
          <w:rFonts w:ascii="宋体" w:eastAsia="宋体" w:hAnsi="宋体" w:cs="宋体"/>
          <w:color w:val="000000"/>
        </w:rPr>
        <w:t>如图所示是一组有规律的图案，它们是由边长相同的小正方形组成，其中部分小正方形涂有阴影，按照这样的规律，第</w:t>
      </w:r>
      <w:r>
        <w:pict>
          <v:shape id="_x0000_i721774" type="#_x0000_t75" alt="学科网(www.zxxk.com)--教育资源门户，提供试卷、教案、课件、论文、素材以及各类教学资源下载，还有大量而丰富的教学相关资讯！" style="width:9.6pt;height:13.2pt" o:oleicon="f" o:ole="">
            <v:imagedata r:id="rId238" o:title="eqIdb8860d9787671b53b1ab68b3d526f5ca"/>
          </v:shape>
        </w:pict>
      </w:r>
      <w:r>
        <w:rPr>
          <w:rFonts w:ascii="宋体" w:eastAsia="宋体" w:hAnsi="宋体" w:cs="宋体"/>
          <w:color w:val="000000"/>
        </w:rPr>
        <w:t>个图案中有</w:t>
      </w:r>
      <w:r>
        <w:rPr>
          <w:color w:val="000000"/>
        </w:rPr>
        <w:t>______</w:t>
      </w:r>
      <w:r>
        <w:rPr>
          <w:rFonts w:ascii="宋体" w:eastAsia="宋体" w:hAnsi="宋体" w:cs="宋体"/>
          <w:color w:val="000000"/>
        </w:rPr>
        <w:t>个涂有阴影的小正方形，第</w:t>
      </w:r>
      <w:r>
        <w:pict>
          <v:shape id="_x0000_i721775" type="#_x0000_t75" alt="学科网(www.zxxk.com)--教育资源门户，提供试卷、教案、课件、论文、素材以及各类教学资源下载，还有大量而丰富的教学相关资讯！" style="width:9.75pt;height:11.25pt" o:oleicon="f" o:ole="">
            <v:imagedata r:id="rId239" o:title="eqIdb6a24198bd04c29321ae5dc5a28fe421"/>
          </v:shape>
        </w:pict>
      </w:r>
      <w:r>
        <w:rPr>
          <w:rFonts w:ascii="宋体" w:eastAsia="宋体" w:hAnsi="宋体" w:cs="宋体"/>
          <w:color w:val="000000"/>
        </w:rPr>
        <w:t>个图案中有</w:t>
      </w:r>
      <w:r>
        <w:rPr>
          <w:color w:val="000000"/>
        </w:rPr>
        <w:t>_______</w:t>
      </w:r>
      <w:r>
        <w:rPr>
          <w:rFonts w:ascii="宋体" w:eastAsia="宋体" w:hAnsi="宋体" w:cs="宋体"/>
          <w:color w:val="000000"/>
        </w:rPr>
        <w:t>个涂有阴影的小正方形（用含有</w:t>
      </w:r>
      <w:r>
        <w:pict>
          <v:shape id="_x0000_i721776" type="#_x0000_t75" alt="学科网(www.zxxk.com)--教育资源门户，提供试卷、教案、课件、论文、素材以及各类教学资源下载，还有大量而丰富的教学相关资讯！" style="width:9.75pt;height:11.25pt" o:oleicon="f" o:ole="">
            <v:imagedata r:id="rId239" o:title="eqIdb6a24198bd04c29321ae5dc5a28fe421"/>
          </v:shape>
        </w:pict>
      </w:r>
      <w:r>
        <w:rPr>
          <w:rFonts w:ascii="宋体" w:eastAsia="宋体" w:hAnsi="宋体" w:cs="宋体"/>
          <w:color w:val="000000"/>
        </w:rPr>
        <w:t>的代数式表示）．</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17</w:t>
      </w:r>
      <w:r>
        <w:rPr>
          <w:color w:val="000000"/>
        </w:rPr>
        <w:t xml:space="preserve">    ②. </w:t>
      </w:r>
      <w:r>
        <w:rPr>
          <w:rFonts w:ascii="Times New Roman" w:eastAsia="Times New Roman" w:hAnsi="Times New Roman" w:cs="Times New Roman"/>
          <w:color w:val="000000"/>
        </w:rPr>
        <w:t>4n+1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观察发现，后一个图案比前一个图案多涂</w:t>
      </w:r>
      <w:r>
        <w:rPr>
          <w:rFonts w:ascii="Times New Roman" w:eastAsia="Times New Roman" w:hAnsi="Times New Roman" w:cs="Times New Roman"/>
          <w:color w:val="000000"/>
        </w:rPr>
        <w:t>4</w:t>
      </w:r>
      <w:r>
        <w:rPr>
          <w:rFonts w:ascii="宋体" w:eastAsia="宋体" w:hAnsi="宋体" w:cs="宋体"/>
          <w:color w:val="000000"/>
        </w:rPr>
        <w:t>个有阴影的小正方形，根据规律写出第</w:t>
      </w:r>
      <w:r>
        <w:rPr>
          <w:rFonts w:ascii="Times New Roman" w:eastAsia="Times New Roman" w:hAnsi="Times New Roman" w:cs="Times New Roman"/>
          <w:color w:val="000000"/>
        </w:rPr>
        <w:t>n</w:t>
      </w:r>
      <w:r>
        <w:rPr>
          <w:rFonts w:ascii="宋体" w:eastAsia="宋体" w:hAnsi="宋体" w:cs="宋体"/>
          <w:color w:val="000000"/>
        </w:rPr>
        <w:t>个图案的涂阴影的小正方形的个数即可．</w:t>
      </w:r>
    </w:p>
    <w:p>
      <w:pPr>
        <w:spacing w:line="360" w:lineRule="auto"/>
        <w:jc w:val="left"/>
        <w:textAlignment w:val="center"/>
        <w:rPr>
          <w:color w:val="000000"/>
        </w:rPr>
      </w:pPr>
      <w:r>
        <w:rPr>
          <w:color w:val="000000"/>
        </w:rPr>
        <w:t>【详解】</w:t>
      </w:r>
      <w:r>
        <w:rPr>
          <w:rFonts w:ascii="宋体" w:eastAsia="宋体" w:hAnsi="宋体" w:cs="宋体"/>
          <w:color w:val="000000"/>
        </w:rPr>
        <w:t>由图可得，第</w:t>
      </w:r>
      <w:r>
        <w:rPr>
          <w:rFonts w:ascii="Times New Roman" w:eastAsia="Times New Roman" w:hAnsi="Times New Roman" w:cs="Times New Roman"/>
          <w:color w:val="000000"/>
        </w:rPr>
        <w:t>1</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5+4=9</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5+4+4=13</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5+4+4+4=17</w:t>
      </w:r>
      <w:r>
        <w:rPr>
          <w:rFonts w:ascii="宋体" w:eastAsia="宋体" w:hAnsi="宋体" w:cs="宋体"/>
          <w:color w:val="000000"/>
        </w:rPr>
        <w:t>个，</w:t>
      </w:r>
    </w:p>
    <w:p>
      <w:pPr>
        <w:spacing w:line="360" w:lineRule="auto"/>
        <w:jc w:val="left"/>
        <w:textAlignment w:val="center"/>
        <w:rPr>
          <w:color w:val="000000"/>
        </w:rPr>
      </w:pPr>
      <w:r>
        <w:pict>
          <v:shape id="_x0000_i721777" type="#_x0000_t75" alt="学科网(www.zxxk.com)--教育资源门户，提供试卷、教案、课件、论文、素材以及各类教学资源下载，还有大量而丰富的教学相关资讯！" style="width:13.95pt;height:8pt" o:oleicon="f" o:ole="">
            <v:imagedata r:id="rId240" o:title="eqIddaa5e9bd516f6282483b92cfe607462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n</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w:t>
      </w:r>
      <w:r>
        <w:rPr>
          <w:rFonts w:ascii="宋体" w:eastAsia="宋体" w:hAnsi="宋体" w:cs="宋体"/>
          <w:color w:val="000000"/>
        </w:rPr>
        <w:t>（</w:t>
      </w:r>
      <w:r>
        <w:rPr>
          <w:rFonts w:ascii="Times New Roman" w:eastAsia="Times New Roman" w:hAnsi="Times New Roman" w:cs="Times New Roman"/>
          <w:color w:val="000000"/>
        </w:rPr>
        <w:t>n-1</w:t>
      </w:r>
      <w:r>
        <w:rPr>
          <w:rFonts w:ascii="宋体" w:eastAsia="宋体" w:hAnsi="宋体" w:cs="宋体"/>
          <w:color w:val="000000"/>
        </w:rPr>
        <w:t>）</w:t>
      </w:r>
      <w:r>
        <w:rPr>
          <w:rFonts w:ascii="Times New Roman" w:eastAsia="Times New Roman" w:hAnsi="Times New Roman" w:cs="Times New Roman"/>
          <w:color w:val="000000"/>
        </w:rPr>
        <w:t>=4n+1</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17</w:t>
      </w:r>
      <w:r>
        <w:rPr>
          <w:rFonts w:ascii="宋体" w:eastAsia="宋体" w:hAnsi="宋体" w:cs="宋体"/>
          <w:color w:val="000000"/>
        </w:rPr>
        <w:t>，</w:t>
      </w:r>
      <w:r>
        <w:rPr>
          <w:rFonts w:ascii="Times New Roman" w:eastAsia="Times New Roman" w:hAnsi="Times New Roman" w:cs="Times New Roman"/>
          <w:color w:val="000000"/>
        </w:rPr>
        <w:t>4n+1</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此题考查图形类规律的探究，列代数式，有理数的加法计算法则，观察图形得到图形的变化规律，总结规律并解决问题是解题的关键．</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68</w:t>
      </w:r>
      <w:r>
        <w:rPr>
          <w:rFonts w:ascii="宋体" w:eastAsia="宋体" w:hAnsi="宋体" w:cs="宋体"/>
          <w:b/>
          <w:color w:val="000000"/>
          <w:sz w:val="24"/>
        </w:rPr>
        <w:t>分）</w:t>
      </w:r>
    </w:p>
    <w:p>
      <w:pPr>
        <w:pStyle w:val="Heading2"/>
      </w:pPr>
      <w:r>
        <w:t>景山学校</w:t>
      </w:r>
    </w:p>
    <w:p>
      <w:pPr>
        <w:spacing w:line="360" w:lineRule="auto"/>
        <w:jc w:val="left"/>
        <w:textAlignment w:val="center"/>
        <w:rPr>
          <w:color w:val="000000"/>
        </w:rPr>
      </w:pPr>
      <w:r>
        <w:rPr>
          <w:color w:val="000000"/>
        </w:rPr>
        <w:t xml:space="preserve">16. </w:t>
      </w:r>
      <w:r>
        <w:rPr>
          <w:rFonts w:ascii="宋体" w:eastAsia="宋体" w:hAnsi="宋体" w:cs="宋体"/>
          <w:color w:val="000000"/>
        </w:rPr>
        <w:t>在平面直角坐标系</w:t>
      </w:r>
      <w:r>
        <w:pict>
          <v:shape id="_x0000_i721778" type="#_x0000_t75" alt="学科网(www.zxxk.com)--教育资源门户，提供试卷、教案、课件、论文、素材以及各类教学资源下载，还有大量而丰富的教学相关资讯！" style="width:24pt;height:15.75pt" o:oleicon="f" o:ole="">
            <v:imagedata r:id="rId241" o:title="eqId7ee31829d0d4d5f779a957d7df8058ab"/>
          </v:shape>
        </w:pict>
      </w:r>
      <w:r>
        <w:rPr>
          <w:rFonts w:ascii="宋体" w:eastAsia="宋体" w:hAnsi="宋体" w:cs="宋体"/>
          <w:color w:val="000000"/>
        </w:rPr>
        <w:t>中，对于点</w:t>
      </w:r>
      <w:r>
        <w:pict>
          <v:shape id="_x0000_i721779" type="#_x0000_t75" alt="学科网(www.zxxk.com)--教育资源门户，提供试卷、教案、课件、论文、素材以及各类教学资源下载，还有大量而丰富的教学相关资讯！" style="width:38pt;height:16pt" o:oleicon="f" o:ole="">
            <v:imagedata r:id="rId242" o:title="eqId8701e0cce437edc830438b4fe6277d89"/>
          </v:shape>
        </w:pict>
      </w:r>
      <w:r>
        <w:rPr>
          <w:rFonts w:ascii="宋体" w:eastAsia="宋体" w:hAnsi="宋体" w:cs="宋体"/>
          <w:color w:val="000000"/>
        </w:rPr>
        <w:t>，我们把点</w:t>
      </w:r>
      <w:r>
        <w:pict>
          <v:shape id="_x0000_i721780" type="#_x0000_t75" alt="学科网(www.zxxk.com)--教育资源门户，提供试卷、教案、课件、论文、素材以及各类教学资源下载，还有大量而丰富的教学相关资讯！" style="width:76.6pt;height:16.65pt" o:oleicon="f" o:ole="">
            <v:imagedata r:id="rId243" o:title="eqIdfdbe3efc084790f24748d53c10ad46f9"/>
          </v:shape>
        </w:pict>
      </w:r>
      <w:r>
        <w:rPr>
          <w:rFonts w:ascii="宋体" w:eastAsia="宋体" w:hAnsi="宋体" w:cs="宋体"/>
          <w:color w:val="000000"/>
        </w:rPr>
        <w:t>叫做点</w:t>
      </w:r>
      <w:r>
        <w:pict>
          <v:shape id="_x0000_i721781" type="#_x0000_t75" alt="学科网(www.zxxk.com)--教育资源门户，提供试卷、教案、课件、论文、素材以及各类教学资源下载，还有大量而丰富的教学相关资讯！" style="width:11.25pt;height:12pt" o:oleicon="f" o:ole="">
            <v:imagedata r:id="rId244" o:title="eqIddad2a36927223bd70f426ba06aea4b45"/>
          </v:shape>
        </w:pict>
      </w:r>
      <w:r>
        <w:rPr>
          <w:rFonts w:ascii="宋体" w:eastAsia="宋体" w:hAnsi="宋体" w:cs="宋体"/>
          <w:color w:val="000000"/>
        </w:rPr>
        <w:t>的伴随点．知点</w:t>
      </w:r>
      <w:r>
        <w:pict>
          <v:shape id="_x0000_i721782" type="#_x0000_t75" alt="学科网(www.zxxk.com)--教育资源门户，提供试卷、教案、课件、论文、素材以及各类教学资源下载，还有大量而丰富的教学相关资讯！" style="width:12.95pt;height:18.15pt" o:oleicon="f" o:ole="">
            <v:imagedata r:id="rId245" o:title="eqIda18722354086c42e62334983fc50eb6a"/>
          </v:shape>
        </w:pict>
      </w:r>
      <w:r>
        <w:rPr>
          <w:rFonts w:ascii="宋体" w:eastAsia="宋体" w:hAnsi="宋体" w:cs="宋体"/>
          <w:color w:val="000000"/>
        </w:rPr>
        <w:t>的伴随点为</w:t>
      </w:r>
      <w:r>
        <w:pict>
          <v:shape id="_x0000_i721783" type="#_x0000_t75" alt="学科网(www.zxxk.com)--教育资源门户，提供试卷、教案、课件、论文、素材以及各类教学资源下载，还有大量而丰富的教学相关资讯！" style="width:12.75pt;height:15.75pt" o:oleicon="f" o:ole="">
            <v:imagedata r:id="rId246" o:title="eqIdcd3b9e816b14051f785aa5aae72b8eed"/>
          </v:shape>
        </w:pict>
      </w:r>
      <w:r>
        <w:rPr>
          <w:rFonts w:ascii="宋体" w:eastAsia="宋体" w:hAnsi="宋体" w:cs="宋体"/>
          <w:color w:val="000000"/>
        </w:rPr>
        <w:t>，点</w:t>
      </w:r>
      <w:r>
        <w:pict>
          <v:shape id="_x0000_i721784" type="#_x0000_t75" alt="学科网(www.zxxk.com)--教育资源门户，提供试卷、教案、课件、论文、素材以及各类教学资源下载，还有大量而丰富的教学相关资讯！" style="width:12.75pt;height:15.75pt" o:oleicon="f" o:ole="">
            <v:imagedata r:id="rId246" o:title="eqIdcd3b9e816b14051f785aa5aae72b8eed"/>
          </v:shape>
        </w:pict>
      </w:r>
      <w:r>
        <w:rPr>
          <w:rFonts w:ascii="宋体" w:eastAsia="宋体" w:hAnsi="宋体" w:cs="宋体"/>
          <w:color w:val="000000"/>
        </w:rPr>
        <w:t>的伴随点为</w:t>
      </w:r>
      <w:r>
        <w:pict>
          <v:shape id="_x0000_i721785" type="#_x0000_t75" alt="学科网(www.zxxk.com)--教育资源门户，提供试卷、教案、课件、论文、素材以及各类教学资源下载，还有大量而丰富的教学相关资讯！" style="width:14.25pt;height:18pt;mso-position-horizontal-relative:page;mso-position-vertical-relative:page" o:oleicon="f" o:ole="">
            <v:imagedata r:id="rId247" o:title="eqId04b56e44e4f0424a2b7a45567120a2e4"/>
          </v:shape>
        </w:pict>
      </w:r>
      <w:r>
        <w:rPr>
          <w:rFonts w:ascii="宋体" w:eastAsia="宋体" w:hAnsi="宋体" w:cs="宋体"/>
          <w:color w:val="000000"/>
        </w:rPr>
        <w:t>，点</w:t>
      </w:r>
      <w:r>
        <w:pict>
          <v:shape id="_x0000_i721786" type="#_x0000_t75" alt="学科网(www.zxxk.com)--教育资源门户，提供试卷、教案、课件、论文、素材以及各类教学资源下载，还有大量而丰富的教学相关资讯！" style="width:14.25pt;height:18pt;mso-position-horizontal-relative:page;mso-position-vertical-relative:page" o:oleicon="f" o:ole="">
            <v:imagedata r:id="rId247" o:title="eqId04b56e44e4f0424a2b7a45567120a2e4"/>
          </v:shape>
        </w:pict>
      </w:r>
      <w:r>
        <w:rPr>
          <w:rFonts w:ascii="宋体" w:eastAsia="宋体" w:hAnsi="宋体" w:cs="宋体"/>
          <w:color w:val="000000"/>
        </w:rPr>
        <w:t>的伴随点为</w:t>
      </w:r>
      <w:r>
        <w:pict>
          <v:shape id="_x0000_i721787" type="#_x0000_t75" alt="学科网(www.zxxk.com)--教育资源门户，提供试卷、教案、课件、论文、素材以及各类教学资源下载，还有大量而丰富的教学相关资讯！" style="width:15pt;height:18pt" o:oleicon="f" o:ole="">
            <v:imagedata r:id="rId248" o:title="eqId9e47cd514b2920609e3781c87df6ab70"/>
          </v:shape>
        </w:pict>
      </w:r>
      <w:r>
        <w:rPr>
          <w:rFonts w:ascii="宋体" w:eastAsia="宋体" w:hAnsi="宋体" w:cs="宋体"/>
          <w:color w:val="000000"/>
        </w:rPr>
        <w:t>，</w:t>
      </w:r>
      <w:r>
        <w:pict>
          <v:shape id="_x0000_i721788" type="#_x0000_t75" alt="学科网(www.zxxk.com)--教育资源门户，提供试卷、教案、课件、论文、素材以及各类教学资源下载，还有大量而丰富的教学相关资讯！" style="width:12.75pt;height:6pt" o:oleicon="f" o:ole="">
            <v:imagedata r:id="rId249" o:title="eqId07096af3b99fd1cb11c31f19a2c6408e"/>
          </v:shape>
        </w:pict>
      </w:r>
      <w:r>
        <w:rPr>
          <w:rFonts w:ascii="宋体" w:eastAsia="宋体" w:hAnsi="宋体" w:cs="宋体"/>
          <w:color w:val="000000"/>
        </w:rPr>
        <w:t>，这样依次得到点</w:t>
      </w:r>
      <w:r>
        <w:pict>
          <v:shape id="_x0000_i721789" type="#_x0000_t75" alt="学科网(www.zxxk.com)--教育资源门户，提供试卷、教案、课件、论文、素材以及各类教学资源下载，还有大量而丰富的教学相关资讯！" style="width:12.95pt;height:18.15pt" o:oleicon="f" o:ole="">
            <v:imagedata r:id="rId245" o:title="eqIda18722354086c42e62334983fc50eb6a"/>
          </v:shape>
        </w:pict>
      </w:r>
      <w:r>
        <w:rPr>
          <w:rFonts w:ascii="宋体" w:eastAsia="宋体" w:hAnsi="宋体" w:cs="宋体"/>
          <w:color w:val="000000"/>
        </w:rPr>
        <w:t>，</w:t>
      </w:r>
      <w:r>
        <w:pict>
          <v:shape id="_x0000_i721790" type="#_x0000_t75" alt="学科网(www.zxxk.com)--教育资源门户，提供试卷、教案、课件、论文、素材以及各类教学资源下载，还有大量而丰富的教学相关资讯！" style="width:12.75pt;height:15.75pt" o:oleicon="f" o:ole="">
            <v:imagedata r:id="rId246" o:title="eqIdcd3b9e816b14051f785aa5aae72b8eed"/>
          </v:shape>
        </w:pict>
      </w:r>
      <w:r>
        <w:rPr>
          <w:rFonts w:ascii="宋体" w:eastAsia="宋体" w:hAnsi="宋体" w:cs="宋体"/>
          <w:color w:val="000000"/>
        </w:rPr>
        <w:t>，</w:t>
      </w:r>
      <w:r>
        <w:pict>
          <v:shape id="_x0000_i721791" type="#_x0000_t75" alt="学科网(www.zxxk.com)--教育资源门户，提供试卷、教案、课件、论文、素材以及各类教学资源下载，还有大量而丰富的教学相关资讯！" style="width:14.25pt;height:18pt;mso-position-horizontal-relative:page;mso-position-vertical-relative:page" o:oleicon="f" o:ole="">
            <v:imagedata r:id="rId247" o:title="eqId04b56e44e4f0424a2b7a45567120a2e4"/>
          </v:shape>
        </w:pict>
      </w:r>
      <w:r>
        <w:rPr>
          <w:rFonts w:ascii="宋体" w:eastAsia="宋体" w:hAnsi="宋体" w:cs="宋体"/>
          <w:color w:val="000000"/>
        </w:rPr>
        <w:t>，</w:t>
      </w:r>
      <w:r>
        <w:pict>
          <v:shape id="_x0000_i721792" type="#_x0000_t75" alt="学科网(www.zxxk.com)--教育资源门户，提供试卷、教案、课件、论文、素材以及各类教学资源下载，还有大量而丰富的教学相关资讯！" style="width:12.75pt;height:6pt" o:oleicon="f" o:ole="">
            <v:imagedata r:id="rId249" o:title="eqId07096af3b99fd1cb11c31f19a2c6408e"/>
          </v:shape>
        </w:pict>
      </w:r>
      <w:r>
        <w:rPr>
          <w:rFonts w:ascii="宋体" w:eastAsia="宋体" w:hAnsi="宋体" w:cs="宋体"/>
          <w:color w:val="000000"/>
        </w:rPr>
        <w:t>，</w:t>
      </w:r>
      <w:r>
        <w:pict>
          <v:shape id="_x0000_i721793" type="#_x0000_t75" alt="学科网(www.zxxk.com)--教育资源门户，提供试卷、教案、课件、论文、素材以及各类教学资源下载，还有大量而丰富的教学相关资讯！" style="width:15.05pt;height:18.15pt" o:oleicon="f" o:ole="">
            <v:imagedata r:id="rId250" o:title="eqIdd3cfeacc29e6a61c5b3b4e439c0a91df"/>
          </v:shape>
        </w:pict>
      </w:r>
      <w:r>
        <w:rPr>
          <w:rFonts w:ascii="宋体" w:eastAsia="宋体" w:hAnsi="宋体" w:cs="宋体"/>
          <w:color w:val="000000"/>
        </w:rPr>
        <w:t>，</w:t>
      </w:r>
      <w:r>
        <w:pict>
          <v:shape id="_x0000_i721794" type="#_x0000_t75" alt="学科网(www.zxxk.com)--教育资源门户，提供试卷、教案、课件、论文、素材以及各类教学资源下载，还有大量而丰富的教学相关资讯！" style="width:12.75pt;height:6pt" o:oleicon="f" o:ole="">
            <v:imagedata r:id="rId249" o:title="eqId07096af3b99fd1cb11c31f19a2c6408e"/>
          </v:shape>
        </w:pict>
      </w:r>
      <w:r>
        <w:rPr>
          <w:rFonts w:ascii="宋体" w:eastAsia="宋体" w:hAnsi="宋体" w:cs="宋体"/>
          <w:color w:val="000000"/>
        </w:rPr>
        <w:t>．若点</w:t>
      </w:r>
      <w:r>
        <w:pict>
          <v:shape id="_x0000_i721795" type="#_x0000_t75" alt="学科网(www.zxxk.com)--教育资源门户，提供试卷、教案、课件、论文、素材以及各类教学资源下载，还有大量而丰富的教学相关资讯！" style="width:12.95pt;height:18.15pt" o:oleicon="f" o:ole="">
            <v:imagedata r:id="rId245" o:title="eqIda18722354086c42e62334983fc50eb6a"/>
          </v:shape>
        </w:pict>
      </w:r>
      <w:r>
        <w:rPr>
          <w:rFonts w:ascii="宋体" w:eastAsia="宋体" w:hAnsi="宋体" w:cs="宋体"/>
          <w:color w:val="000000"/>
        </w:rPr>
        <w:t>的坐标为</w:t>
      </w:r>
      <w:r>
        <w:pict>
          <v:shape id="_x0000_i721796" type="#_x0000_t75" alt="学科网(www.zxxk.com)--教育资源门户，提供试卷、教案、课件、论文、素材以及各类教学资源下载，还有大量而丰富的教学相关资讯！" style="width:24.75pt;height:15.75pt" o:oleicon="f" o:ole="">
            <v:imagedata r:id="rId251" o:title="eqId5c38f266df4834d1e546d66547b80220"/>
          </v:shape>
        </w:pict>
      </w:r>
      <w:r>
        <w:rPr>
          <w:rFonts w:ascii="宋体" w:eastAsia="宋体" w:hAnsi="宋体" w:cs="宋体"/>
          <w:color w:val="000000"/>
        </w:rPr>
        <w:t>，则点</w:t>
      </w:r>
      <w:r>
        <w:pict>
          <v:shape id="_x0000_i721797" type="#_x0000_t75" alt="学科网(www.zxxk.com)--教育资源门户，提供试卷、教案、课件、论文、素材以及各类教学资源下载，还有大量而丰富的教学相关资讯！" style="width:14.25pt;height:18pt;mso-position-horizontal-relative:page;mso-position-vertical-relative:page" o:oleicon="f" o:ole="">
            <v:imagedata r:id="rId247" o:title="eqId04b56e44e4f0424a2b7a45567120a2e4"/>
          </v:shape>
        </w:pict>
      </w:r>
      <w:r>
        <w:rPr>
          <w:rFonts w:ascii="宋体" w:eastAsia="宋体" w:hAnsi="宋体" w:cs="宋体"/>
          <w:color w:val="000000"/>
        </w:rPr>
        <w:t>的坐标为</w:t>
      </w:r>
      <w:r>
        <w:rPr>
          <w:color w:val="000000"/>
        </w:rPr>
        <w:t>___________</w:t>
      </w:r>
      <w:r>
        <w:rPr>
          <w:rFonts w:ascii="宋体" w:eastAsia="宋体" w:hAnsi="宋体" w:cs="宋体"/>
          <w:color w:val="000000"/>
        </w:rPr>
        <w:t>；若点</w:t>
      </w:r>
      <w:r>
        <w:pict>
          <v:shape id="_x0000_i721798" type="#_x0000_t75" alt="学科网(www.zxxk.com)--教育资源门户，提供试卷、教案、课件、论文、素材以及各类教学资源下载，还有大量而丰富的教学相关资讯！" style="width:12.95pt;height:18.15pt" o:oleicon="f" o:ole="">
            <v:imagedata r:id="rId245" o:title="eqIda18722354086c42e62334983fc50eb6a"/>
          </v:shape>
        </w:pict>
      </w:r>
      <w:r>
        <w:rPr>
          <w:rFonts w:ascii="宋体" w:eastAsia="宋体" w:hAnsi="宋体" w:cs="宋体"/>
          <w:color w:val="000000"/>
        </w:rPr>
        <w:t>的坐标为</w:t>
      </w:r>
      <w:r>
        <w:pict>
          <v:shape id="_x0000_i721799" type="#_x0000_t75" alt="学科网(www.zxxk.com)--教育资源门户，提供试卷、教案、课件、论文、素材以及各类教学资源下载，还有大量而丰富的教学相关资讯！" style="width:29pt;height:14.5pt" o:oleicon="f" o:ole="">
            <v:imagedata r:id="rId252" o:title="eqId30277e0be448b4955903e81e8795e45d"/>
          </v:shape>
        </w:pict>
      </w:r>
      <w:r>
        <w:rPr>
          <w:rFonts w:ascii="宋体" w:eastAsia="宋体" w:hAnsi="宋体" w:cs="宋体"/>
          <w:color w:val="000000"/>
        </w:rPr>
        <w:t>，对于任意的正整数</w:t>
      </w:r>
      <w:r>
        <w:pict>
          <v:shape id="_x0000_i721800" type="#_x0000_t75" alt="学科网(www.zxxk.com)--教育资源门户，提供试卷、教案、课件、论文、素材以及各类教学资源下载，还有大量而丰富的教学相关资讯！" style="width:9.75pt;height:11.25pt" o:oleicon="f" o:ole="">
            <v:imagedata r:id="rId253" o:title="eqIdb6a24198bd04c29321ae5dc5a28fe421"/>
          </v:shape>
        </w:pict>
      </w:r>
      <w:r>
        <w:rPr>
          <w:rFonts w:ascii="宋体" w:eastAsia="宋体" w:hAnsi="宋体" w:cs="宋体"/>
          <w:color w:val="000000"/>
        </w:rPr>
        <w:t>，点</w:t>
      </w:r>
      <w:r>
        <w:pict>
          <v:shape id="_x0000_i721801" type="#_x0000_t75" alt="学科网(www.zxxk.com)--教育资源门户，提供试卷、教案、课件、论文、素材以及各类教学资源下载，还有大量而丰富的教学相关资讯！" style="width:15.05pt;height:18.15pt" o:oleicon="f" o:ole="">
            <v:imagedata r:id="rId250" o:title="eqIdd3cfeacc29e6a61c5b3b4e439c0a91df"/>
          </v:shape>
        </w:pict>
      </w:r>
      <w:r>
        <w:rPr>
          <w:rFonts w:ascii="宋体" w:eastAsia="宋体" w:hAnsi="宋体" w:cs="宋体"/>
          <w:color w:val="000000"/>
        </w:rPr>
        <w:t>均在</w:t>
      </w:r>
      <w:r>
        <w:pict>
          <v:shape id="_x0000_i721802" type="#_x0000_t75" alt="学科网(www.zxxk.com)--教育资源门户，提供试卷、教案、课件、论文、素材以及各类教学资源下载，还有大量而丰富的教学相关资讯！" style="width:9pt;height:9.75pt" o:oleicon="f" o:ole="">
            <v:imagedata r:id="rId254" o:title="eqId81dea63b8ce3e51adf66cf7b9982a248"/>
          </v:shape>
        </w:pict>
      </w:r>
      <w:r>
        <w:rPr>
          <w:rFonts w:ascii="宋体" w:eastAsia="宋体" w:hAnsi="宋体" w:cs="宋体"/>
          <w:color w:val="000000"/>
        </w:rPr>
        <w:t>轴上方，则</w:t>
      </w:r>
      <w:r>
        <w:pict>
          <v:shape id="_x0000_i721803" type="#_x0000_t75" alt="学科网(www.zxxk.com)--教育资源门户，提供试卷、教案、课件、论文、素材以及各类教学资源下载，还有大量而丰富的教学相关资讯！" style="width:9pt;height:9.75pt" o:oleicon="f" o:ole="">
            <v:imagedata r:id="rId255" o:title="eqId0a6936d370d6a238a608ca56f87198de"/>
          </v:shape>
        </w:pict>
      </w:r>
      <w:r>
        <w:rPr>
          <w:rFonts w:ascii="宋体" w:eastAsia="宋体" w:hAnsi="宋体" w:cs="宋体"/>
          <w:color w:val="000000"/>
        </w:rPr>
        <w:t>，</w:t>
      </w:r>
      <w:r>
        <w:pict>
          <v:shape id="_x0000_i721804" type="#_x0000_t75" alt="学科网(www.zxxk.com)--教育资源门户，提供试卷、教案、课件、论文、素材以及各类教学资源下载，还有大量而丰富的教学相关资讯！" style="width:9.9pt;height:14.35pt" o:oleicon="f" o:ole="">
            <v:imagedata r:id="rId256" o:title="eqId2c94bb12cee76221e13f9ef955b0aab1"/>
          </v:shape>
        </w:pict>
      </w:r>
      <w:r>
        <w:rPr>
          <w:rFonts w:ascii="宋体" w:eastAsia="宋体" w:hAnsi="宋体" w:cs="宋体"/>
          <w:color w:val="000000"/>
        </w:rPr>
        <w:t>应满足的条件为</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pict>
          <v:shape id="_x0000_i721805" type="#_x0000_t75" alt="学科网(www.zxxk.com)--教育资源门户，提供试卷、教案、课件、论文、素材以及各类教学资源下载，还有大量而丰富的教学相关资讯！" style="width:32.25pt;height:15.75pt" o:oleicon="f" o:ole="">
            <v:imagedata r:id="rId257" o:title="eqId138506a762e636aa75a4d54f5b739b89"/>
          </v:shape>
        </w:pict>
      </w:r>
      <w:r>
        <w:rPr>
          <w:color w:val="000000"/>
        </w:rPr>
        <w:t xml:space="preserve">    ②. </w:t>
      </w:r>
      <w:r>
        <w:pict>
          <v:shape id="_x0000_i721806" type="#_x0000_t75" alt="学科网(www.zxxk.com)--教育资源门户，提供试卷、教案、课件、论文、素材以及各类教学资源下载，还有大量而丰富的教学相关资讯！" style="width:99pt;height:16.2pt" o:oleicon="f" o:ole="">
            <v:imagedata r:id="rId258" o:title="eqId557c18152a13b4395dffd872aff6d51c"/>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按照题目所给的“伴随点”的定义直接写出</w:t>
      </w:r>
      <w:r>
        <w:pict>
          <v:shape id="_x0000_i721807" type="#_x0000_t75" alt="学科网(www.zxxk.com)--教育资源门户，提供试卷、教案、课件、论文、素材以及各类教学资源下载，还有大量而丰富的教学相关资讯！" style="width:14.25pt;height:18pt;mso-position-horizontal-relative:page;mso-position-vertical-relative:page" o:oleicon="f" o:ole="">
            <v:imagedata r:id="rId259" o:title="eqId04b56e44e4f0424a2b7a45567120a2e4"/>
          </v:shape>
        </w:pict>
      </w:r>
      <w:r>
        <w:rPr>
          <w:rFonts w:ascii="宋体" w:eastAsia="宋体" w:hAnsi="宋体" w:cs="宋体"/>
          <w:color w:val="000000"/>
        </w:rPr>
        <w:t>的坐标即可；若</w:t>
      </w:r>
      <w:r>
        <w:pict>
          <v:shape id="_x0000_i721808" type="#_x0000_t75" alt="学科网(www.zxxk.com)--教育资源门户，提供试卷、教案、课件、论文、素材以及各类教学资源下载，还有大量而丰富的教学相关资讯！" style="width:39pt;height:18pt" o:oleicon="f" o:ole="">
            <v:imagedata r:id="rId260" o:title="eqIdf9bb4045e21ede0d59491f50cfd6c3f7"/>
          </v:shape>
        </w:pict>
      </w:r>
      <w:r>
        <w:rPr>
          <w:rFonts w:ascii="宋体" w:eastAsia="宋体" w:hAnsi="宋体" w:cs="宋体"/>
          <w:color w:val="000000"/>
        </w:rPr>
        <w:t>，按照“伴随点”定义写出</w:t>
      </w:r>
      <w:r>
        <w:pict>
          <v:shape id="_x0000_i721809" type="#_x0000_t75" alt="学科网(www.zxxk.com)--教育资源门户，提供试卷、教案、课件、论文、素材以及各类教学资源下载，还有大量而丰富的教学相关资讯！" style="width:79.2pt;height:18pt" o:oleicon="f" o:ole="">
            <v:imagedata r:id="rId261" o:title="eqIdcbb7d327442dc798bf0d148672d0ba44"/>
          </v:shape>
        </w:pict>
      </w:r>
      <w:r>
        <w:rPr>
          <w:rFonts w:ascii="宋体" w:eastAsia="宋体" w:hAnsi="宋体" w:cs="宋体"/>
          <w:color w:val="000000"/>
        </w:rPr>
        <w:t>，发现每</w:t>
      </w:r>
      <w:r>
        <w:rPr>
          <w:rFonts w:ascii="Times New Roman" w:eastAsia="Times New Roman" w:hAnsi="Times New Roman" w:cs="Times New Roman"/>
          <w:color w:val="000000"/>
        </w:rPr>
        <w:t>4</w:t>
      </w:r>
      <w:r>
        <w:rPr>
          <w:rFonts w:ascii="宋体" w:eastAsia="宋体" w:hAnsi="宋体" w:cs="宋体"/>
          <w:color w:val="000000"/>
        </w:rPr>
        <w:t>个点重复出现，然后根据条件列出不等式组，求出</w:t>
      </w:r>
      <w:r>
        <w:pict>
          <v:shape id="_x0000_i721810" type="#_x0000_t75" alt="学科网(www.zxxk.com)--教育资源门户，提供试卷、教案、课件、论文、素材以及各类教学资源下载，还有大量而丰富的教学相关资讯！" style="width:20pt;height:16pt" o:oleicon="f" o:ole="">
            <v:imagedata r:id="rId262" o:title="eqId632244ea6931507f8656e1cc3437d392"/>
          </v:shape>
        </w:pict>
      </w:r>
      <w:r>
        <w:rPr>
          <w:rFonts w:ascii="宋体" w:eastAsia="宋体" w:hAnsi="宋体" w:cs="宋体"/>
          <w:color w:val="000000"/>
        </w:rPr>
        <w:t>应满足的条件即可．</w:t>
      </w:r>
    </w:p>
    <w:p>
      <w:pPr>
        <w:spacing w:line="360" w:lineRule="auto"/>
        <w:jc w:val="left"/>
        <w:textAlignment w:val="center"/>
        <w:rPr>
          <w:color w:val="000000"/>
        </w:rPr>
      </w:pPr>
      <w:r>
        <w:rPr>
          <w:color w:val="000000"/>
        </w:rPr>
        <w:t>【详解】</w:t>
      </w:r>
      <w:r>
        <w:rPr>
          <w:rFonts w:ascii="宋体" w:eastAsia="宋体" w:hAnsi="宋体" w:cs="宋体"/>
          <w:color w:val="000000"/>
        </w:rPr>
        <w:t>解：</w:t>
      </w:r>
      <w:r>
        <w:pict>
          <v:shape id="_x0000_i721811" type="#_x0000_t75" alt="学科网(www.zxxk.com)--教育资源门户，提供试卷、教案、课件、论文、素材以及各类教学资源下载，还有大量而丰富的教学相关资讯！" style="width:9.75pt;height:8.25pt" o:oleicon="f" o:ole="">
            <v:imagedata r:id="rId263" o:title="eqId16f3d198e76391779fa3badc848c8ac8"/>
          </v:shape>
        </w:pict>
      </w:r>
      <w:r>
        <w:rPr>
          <w:rFonts w:ascii="宋体" w:eastAsia="宋体" w:hAnsi="宋体" w:cs="宋体"/>
          <w:color w:val="000000"/>
        </w:rPr>
        <w:t>点</w:t>
      </w:r>
      <w:r>
        <w:pict>
          <v:shape id="_x0000_i721812" type="#_x0000_t75" alt="学科网(www.zxxk.com)--教育资源门户，提供试卷、教案、课件、论文、素材以及各类教学资源下载，还有大量而丰富的教学相关资讯！" style="width:76.6pt;height:16.65pt" o:oleicon="f" o:ole="">
            <v:imagedata r:id="rId264" o:title="eqIdfdbe3efc084790f24748d53c10ad46f9"/>
          </v:shape>
        </w:pict>
      </w:r>
      <w:r>
        <w:rPr>
          <w:rFonts w:ascii="宋体" w:eastAsia="宋体" w:hAnsi="宋体" w:cs="宋体"/>
          <w:color w:val="000000"/>
        </w:rPr>
        <w:t>叫做点</w:t>
      </w:r>
      <w:r>
        <w:pict>
          <v:shape id="_x0000_i721813" type="#_x0000_t75" alt="学科网(www.zxxk.com)--教育资源门户，提供试卷、教案、课件、论文、素材以及各类教学资源下载，还有大量而丰富的教学相关资讯！" style="width:38pt;height:16pt" o:oleicon="f" o:ole="">
            <v:imagedata r:id="rId265" o:title="eqId8701e0cce437edc830438b4fe6277d89"/>
          </v:shape>
        </w:pict>
      </w:r>
      <w:r>
        <w:rPr>
          <w:rFonts w:ascii="宋体" w:eastAsia="宋体" w:hAnsi="宋体" w:cs="宋体"/>
          <w:color w:val="000000"/>
        </w:rPr>
        <w:t>的伴随点，点</w:t>
      </w:r>
      <w:r>
        <w:pict>
          <v:shape id="_x0000_i721814" type="#_x0000_t75" alt="学科网(www.zxxk.com)--教育资源门户，提供试卷、教案、课件、论文、素材以及各类教学资源下载，还有大量而丰富的教学相关资讯！" style="width:12.95pt;height:18.15pt" o:oleicon="f" o:ole="">
            <v:imagedata r:id="rId266" o:title="eqIda18722354086c42e62334983fc50eb6a"/>
          </v:shape>
        </w:pict>
      </w:r>
      <w:r>
        <w:rPr>
          <w:rFonts w:ascii="宋体" w:eastAsia="宋体" w:hAnsi="宋体" w:cs="宋体"/>
          <w:color w:val="000000"/>
        </w:rPr>
        <w:t>的伴随点为</w:t>
      </w:r>
      <w:r>
        <w:pict>
          <v:shape id="_x0000_i721815" type="#_x0000_t75" alt="学科网(www.zxxk.com)--教育资源门户，提供试卷、教案、课件、论文、素材以及各类教学资源下载，还有大量而丰富的教学相关资讯！" style="width:12.75pt;height:15.75pt" o:oleicon="f" o:ole="">
            <v:imagedata r:id="rId267" o:title="eqIdcd3b9e816b14051f785aa5aae72b8eed"/>
          </v:shape>
        </w:pict>
      </w:r>
      <w:r>
        <w:rPr>
          <w:rFonts w:ascii="宋体" w:eastAsia="宋体" w:hAnsi="宋体" w:cs="宋体"/>
          <w:color w:val="000000"/>
        </w:rPr>
        <w:t>，点</w:t>
      </w:r>
      <w:r>
        <w:pict>
          <v:shape id="_x0000_i721816" type="#_x0000_t75" alt="学科网(www.zxxk.com)--教育资源门户，提供试卷、教案、课件、论文、素材以及各类教学资源下载，还有大量而丰富的教学相关资讯！" style="width:12.75pt;height:15.75pt" o:oleicon="f" o:ole="">
            <v:imagedata r:id="rId267" o:title="eqIdcd3b9e816b14051f785aa5aae72b8eed"/>
          </v:shape>
        </w:pict>
      </w:r>
      <w:r>
        <w:rPr>
          <w:rFonts w:ascii="宋体" w:eastAsia="宋体" w:hAnsi="宋体" w:cs="宋体"/>
          <w:color w:val="000000"/>
        </w:rPr>
        <w:t>的伴随点为</w:t>
      </w:r>
      <w:r>
        <w:pict>
          <v:shape id="_x0000_i721817" type="#_x0000_t75" alt="学科网(www.zxxk.com)--教育资源门户，提供试卷、教案、课件、论文、素材以及各类教学资源下载，还有大量而丰富的教学相关资讯！" style="width:14.25pt;height:18pt;mso-position-horizontal-relative:page;mso-position-vertical-relative:page" o:oleicon="f" o:ole="">
            <v:imagedata r:id="rId268" o:title="eqId04b56e44e4f0424a2b7a45567120a2e4"/>
          </v:shape>
        </w:pict>
      </w:r>
      <w:r>
        <w:rPr>
          <w:rFonts w:ascii="宋体" w:eastAsia="宋体" w:hAnsi="宋体" w:cs="宋体"/>
          <w:color w:val="000000"/>
        </w:rPr>
        <w:t>，点</w:t>
      </w:r>
      <w:r>
        <w:pict>
          <v:shape id="_x0000_i721818" type="#_x0000_t75" alt="学科网(www.zxxk.com)--教育资源门户，提供试卷、教案、课件、论文、素材以及各类教学资源下载，还有大量而丰富的教学相关资讯！" style="width:14.25pt;height:18pt;mso-position-horizontal-relative:page;mso-position-vertical-relative:page" o:oleicon="f" o:ole="">
            <v:imagedata r:id="rId268" o:title="eqId04b56e44e4f0424a2b7a45567120a2e4"/>
          </v:shape>
        </w:pict>
      </w:r>
      <w:r>
        <w:rPr>
          <w:rFonts w:ascii="宋体" w:eastAsia="宋体" w:hAnsi="宋体" w:cs="宋体"/>
          <w:color w:val="000000"/>
        </w:rPr>
        <w:t>的伴随点为</w:t>
      </w:r>
      <w:r>
        <w:pict>
          <v:shape id="_x0000_i721819" type="#_x0000_t75" alt="学科网(www.zxxk.com)--教育资源门户，提供试卷、教案、课件、论文、素材以及各类教学资源下载，还有大量而丰富的教学相关资讯！" style="width:15pt;height:18pt" o:oleicon="f" o:ole="">
            <v:imagedata r:id="rId269" o:title="eqId9e47cd514b2920609e3781c87df6ab70"/>
          </v:shape>
        </w:pict>
      </w:r>
      <w:r>
        <w:rPr>
          <w:rFonts w:ascii="宋体" w:eastAsia="宋体" w:hAnsi="宋体" w:cs="宋体"/>
          <w:color w:val="000000"/>
        </w:rPr>
        <w:t>，</w:t>
      </w:r>
      <w:r>
        <w:pict>
          <v:shape id="_x0000_i721820" type="#_x0000_t75" alt="学科网(www.zxxk.com)--教育资源门户，提供试卷、教案、课件、论文、素材以及各类教学资源下载，还有大量而丰富的教学相关资讯！" style="width:12.75pt;height:6pt" o:oleicon="f" o:ole="">
            <v:imagedata r:id="rId270" o:title="eqId07096af3b99fd1cb11c31f19a2c6408e"/>
          </v:shape>
        </w:pict>
      </w:r>
      <w:r>
        <w:rPr>
          <w:rFonts w:ascii="宋体" w:eastAsia="宋体" w:hAnsi="宋体" w:cs="宋体"/>
          <w:color w:val="000000"/>
        </w:rPr>
        <w:t>，点</w:t>
      </w:r>
      <w:r>
        <w:pict>
          <v:shape id="_x0000_i721821" type="#_x0000_t75" alt="学科网(www.zxxk.com)--教育资源门户，提供试卷、教案、课件、论文、素材以及各类教学资源下载，还有大量而丰富的教学相关资讯！" style="width:12.95pt;height:18.15pt" o:oleicon="f" o:ole="">
            <v:imagedata r:id="rId266" o:title="eqIda18722354086c42e62334983fc50eb6a"/>
          </v:shape>
        </w:pict>
      </w:r>
      <w:r>
        <w:rPr>
          <w:rFonts w:ascii="宋体" w:eastAsia="宋体" w:hAnsi="宋体" w:cs="宋体"/>
          <w:color w:val="000000"/>
        </w:rPr>
        <w:t>的坐标为</w:t>
      </w:r>
      <w:r>
        <w:pict>
          <v:shape id="_x0000_i721822" type="#_x0000_t75" alt="学科网(www.zxxk.com)--教育资源门户，提供试卷、教案、课件、论文、素材以及各类教学资源下载，还有大量而丰富的教学相关资讯！" style="width:24.75pt;height:15.75pt" o:oleicon="f" o:ole="">
            <v:imagedata r:id="rId271" o:title="eqId5c38f266df4834d1e546d66547b80220"/>
          </v:shape>
        </w:pict>
      </w:r>
      <w:r>
        <w:rPr>
          <w:rFonts w:ascii="宋体" w:eastAsia="宋体" w:hAnsi="宋体" w:cs="宋体"/>
          <w:color w:val="000000"/>
        </w:rPr>
        <w:t>，</w:t>
      </w:r>
    </w:p>
    <w:p>
      <w:pPr>
        <w:spacing w:line="360" w:lineRule="auto"/>
        <w:jc w:val="left"/>
        <w:textAlignment w:val="center"/>
        <w:rPr>
          <w:color w:val="000000"/>
        </w:rPr>
      </w:pPr>
      <w:r>
        <w:pict>
          <v:shape id="_x0000_i721823" type="#_x0000_t75" alt="学科网(www.zxxk.com)--教育资源门户，提供试卷、教案、课件、论文、素材以及各类教学资源下载，还有大量而丰富的教学相关资讯！" style="width:95.25pt;height:18pt" o:oleicon="f" o:ole="">
            <v:imagedata r:id="rId272" o:title="eqId2db49ca5bb99c2df7cf50bd24d1d081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21824" type="#_x0000_t75" alt="学科网(www.zxxk.com)--教育资源门户，提供试卷、教案、课件、论文、素材以及各类教学资源下载，还有大量而丰富的教学相关资讯！" style="width:32.25pt;height:15.75pt" o:oleicon="f" o:ole="">
            <v:imagedata r:id="rId273" o:title="eqId138506a762e636aa75a4d54f5b739b89"/>
          </v:shape>
        </w:pict>
      </w:r>
      <w:r>
        <w:rPr>
          <w:rFonts w:ascii="宋体" w:eastAsia="宋体" w:hAnsi="宋体" w:cs="宋体"/>
          <w:color w:val="000000"/>
        </w:rPr>
        <w:t>；</w:t>
      </w:r>
    </w:p>
    <w:p>
      <w:pPr>
        <w:spacing w:line="360" w:lineRule="auto"/>
        <w:jc w:val="left"/>
        <w:textAlignment w:val="center"/>
        <w:rPr>
          <w:color w:val="000000"/>
        </w:rPr>
      </w:pPr>
      <w:r>
        <w:pict>
          <v:shape id="_x0000_i721825" type="#_x0000_t75" alt="学科网(www.zxxk.com)--教育资源门户，提供试卷、教案、课件、论文、素材以及各类教学资源下载，还有大量而丰富的教学相关资讯！" style="width:9.75pt;height:8.25pt" o:oleicon="f" o:ole="">
            <v:imagedata r:id="rId274" o:title="eqId16f3d198e76391779fa3badc848c8ac8"/>
          </v:shape>
        </w:pict>
      </w:r>
      <w:r>
        <w:rPr>
          <w:rFonts w:ascii="宋体" w:eastAsia="宋体" w:hAnsi="宋体" w:cs="宋体"/>
          <w:color w:val="000000"/>
        </w:rPr>
        <w:t>点</w:t>
      </w:r>
      <w:r>
        <w:pict>
          <v:shape id="_x0000_i721826" type="#_x0000_t75" alt="学科网(www.zxxk.com)--教育资源门户，提供试卷、教案、课件、论文、素材以及各类教学资源下载，还有大量而丰富的教学相关资讯！" style="width:12.95pt;height:18.15pt" o:oleicon="f" o:ole="">
            <v:imagedata r:id="rId275" o:title="eqIda18722354086c42e62334983fc50eb6a"/>
          </v:shape>
        </w:pict>
      </w:r>
      <w:r>
        <w:rPr>
          <w:rFonts w:ascii="宋体" w:eastAsia="宋体" w:hAnsi="宋体" w:cs="宋体"/>
          <w:color w:val="000000"/>
        </w:rPr>
        <w:t>的坐标为</w:t>
      </w:r>
      <w:r>
        <w:pict>
          <v:shape id="_x0000_i721827" type="#_x0000_t75" alt="学科网(www.zxxk.com)--教育资源门户，提供试卷、教案、课件、论文、素材以及各类教学资源下载，还有大量而丰富的教学相关资讯！" style="width:29pt;height:14.5pt" o:oleicon="f" o:ole="">
            <v:imagedata r:id="rId276" o:title="eqId30277e0be448b4955903e81e8795e45d"/>
          </v:shape>
        </w:pict>
      </w:r>
      <w:r>
        <w:rPr>
          <w:rFonts w:ascii="宋体" w:eastAsia="宋体" w:hAnsi="宋体" w:cs="宋体"/>
          <w:color w:val="000000"/>
        </w:rPr>
        <w:t>，</w:t>
      </w:r>
    </w:p>
    <w:p>
      <w:pPr>
        <w:spacing w:line="360" w:lineRule="auto"/>
        <w:jc w:val="left"/>
        <w:textAlignment w:val="center"/>
        <w:rPr>
          <w:color w:val="000000"/>
        </w:rPr>
      </w:pPr>
      <w:r>
        <w:pict>
          <v:shape id="_x0000_i721828" type="#_x0000_t75" alt="学科网(www.zxxk.com)--教育资源门户，提供试卷、教案、课件、论文、素材以及各类教学资源下载，还有大量而丰富的教学相关资讯！" style="width:290.25pt;height:18pt" o:oleicon="f" o:ole="">
            <v:imagedata r:id="rId277" o:title="eqIda4a2fafc73ab7d2b243c9c010e67d07f"/>
          </v:shape>
        </w:pict>
      </w:r>
    </w:p>
    <w:p>
      <w:pPr>
        <w:spacing w:line="360" w:lineRule="auto"/>
        <w:jc w:val="left"/>
        <w:textAlignment w:val="center"/>
        <w:rPr>
          <w:color w:val="000000"/>
        </w:rPr>
      </w:pPr>
      <w:r>
        <w:rPr>
          <w:rFonts w:ascii="宋体" w:eastAsia="宋体" w:hAnsi="宋体" w:cs="宋体"/>
          <w:color w:val="000000"/>
        </w:rPr>
        <w:t>故每四个点的坐标重复出现，</w:t>
      </w:r>
    </w:p>
    <w:p>
      <w:pPr>
        <w:spacing w:line="360" w:lineRule="auto"/>
        <w:jc w:val="left"/>
        <w:textAlignment w:val="center"/>
        <w:rPr>
          <w:color w:val="000000"/>
        </w:rPr>
      </w:pPr>
      <w:r>
        <w:rPr>
          <w:rFonts w:ascii="宋体" w:eastAsia="宋体" w:hAnsi="宋体" w:cs="宋体"/>
          <w:color w:val="000000"/>
        </w:rPr>
        <w:t>又</w:t>
      </w:r>
      <w:r>
        <w:pict>
          <v:shape id="_x0000_i721829" type="#_x0000_t75" alt="学科网(www.zxxk.com)--教育资源门户，提供试卷、教案、课件、论文、素材以及各类教学资源下载，还有大量而丰富的教学相关资讯！" style="width:9.75pt;height:8.25pt" o:oleicon="f" o:ole="">
            <v:imagedata r:id="rId278" o:title="eqId16f3d198e76391779fa3badc848c8ac8"/>
          </v:shape>
        </w:pict>
      </w:r>
      <w:r>
        <w:rPr>
          <w:rFonts w:ascii="宋体" w:eastAsia="宋体" w:hAnsi="宋体" w:cs="宋体"/>
          <w:color w:val="000000"/>
        </w:rPr>
        <w:t>点</w:t>
      </w:r>
      <w:r>
        <w:pict>
          <v:shape id="_x0000_i721830" type="#_x0000_t75" alt="学科网(www.zxxk.com)--教育资源门户，提供试卷、教案、课件、论文、素材以及各类教学资源下载，还有大量而丰富的教学相关资讯！" style="width:15.05pt;height:18.15pt" o:oleicon="f" o:ole="">
            <v:imagedata r:id="rId279" o:title="eqIdd3cfeacc29e6a61c5b3b4e439c0a91df"/>
          </v:shape>
        </w:pict>
      </w:r>
      <w:r>
        <w:rPr>
          <w:rFonts w:ascii="宋体" w:eastAsia="宋体" w:hAnsi="宋体" w:cs="宋体"/>
          <w:color w:val="000000"/>
        </w:rPr>
        <w:t>均在</w:t>
      </w:r>
      <w:r>
        <w:pict>
          <v:shape id="_x0000_i721831" type="#_x0000_t75" alt="学科网(www.zxxk.com)--教育资源门户，提供试卷、教案、课件、论文、素材以及各类教学资源下载，还有大量而丰富的教学相关资讯！" style="width:9pt;height:9.75pt" o:oleicon="f" o:ole="">
            <v:imagedata r:id="rId280" o:title="eqId81dea63b8ce3e51adf66cf7b9982a248"/>
          </v:shape>
        </w:pict>
      </w:r>
      <w:r>
        <w:rPr>
          <w:rFonts w:ascii="宋体" w:eastAsia="宋体" w:hAnsi="宋体" w:cs="宋体"/>
          <w:color w:val="000000"/>
        </w:rPr>
        <w:t>轴上方，</w:t>
      </w:r>
    </w:p>
    <w:p>
      <w:pPr>
        <w:spacing w:line="360" w:lineRule="auto"/>
        <w:jc w:val="left"/>
        <w:textAlignment w:val="center"/>
        <w:rPr>
          <w:color w:val="000000"/>
        </w:rPr>
      </w:pPr>
      <w:r>
        <w:pict>
          <v:shape id="_x0000_i721832" type="#_x0000_t75" alt="学科网(www.zxxk.com)--教育资源门户，提供试卷、教案、课件、论文、素材以及各类教学资源下载，还有大量而丰富的教学相关资讯！" style="width:66.75pt;height:1in" o:oleicon="f" o:ole="">
            <v:imagedata r:id="rId281" o:title="eqId40fda8451610c57c57521fac2625f39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21833" type="#_x0000_t75" alt="学科网(www.zxxk.com)--教育资源门户，提供试卷、教案、课件、论文、素材以及各类教学资源下载，还有大量而丰富的教学相关资讯！" style="width:54.75pt;height:36pt" o:oleicon="f" o:ole="">
            <v:imagedata r:id="rId282" o:title="eqId282ddaab7cd6962d0fc39d0a58df075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21834" type="#_x0000_t75" alt="学科网(www.zxxk.com)--教育资源门户，提供试卷、教案、课件、论文、素材以及各类教学资源下载，还有大量而丰富的教学相关资讯！" style="width:99pt;height:16.2pt" o:oleicon="f" o:ole="">
            <v:imagedata r:id="rId283" o:title="eqId557c18152a13b4395dffd872aff6d51c"/>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此题考查了平面直角坐标系中点的坐标、一元一次不等式组的解法，熟练掌握相关的知识和正确理解“伴随点”的定义是解答此题的关键．</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17-20</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21-23</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24-25</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27-28</w:t>
      </w:r>
      <w:r>
        <w:rPr>
          <w:rFonts w:ascii="宋体" w:eastAsia="宋体" w:hAnsi="宋体" w:cs="宋体"/>
          <w:b/>
          <w:color w:val="000000"/>
          <w:sz w:val="24"/>
        </w:rPr>
        <w:t>题，每题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pStyle w:val="Heading2"/>
      </w:pPr>
      <w:r>
        <w:t>海淀区</w:t>
      </w:r>
    </w:p>
    <w:p>
      <w:pPr>
        <w:spacing w:line="360" w:lineRule="auto"/>
        <w:jc w:val="left"/>
        <w:textAlignment w:val="center"/>
        <w:rPr>
          <w:color w:val="000000"/>
        </w:rPr>
      </w:pPr>
      <w:r>
        <w:rPr>
          <w:color w:val="000000"/>
        </w:rPr>
        <w:t xml:space="preserve">16.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，在一块长方形区域中布置了图中阴影部分所示的展区，其中的展台有三种不同的形状，其规格如图</w:t>
      </w:r>
      <w:r>
        <w:rPr>
          <w:rFonts w:ascii="Times New Roman" w:eastAsia="Times New Roman" w:hAnsi="Times New Roman" w:cs="Times New Roman"/>
          <w:color w:val="000000"/>
        </w:rPr>
        <w:t>2</w:t>
      </w:r>
      <w:r>
        <w:rPr>
          <w:rFonts w:ascii="宋体" w:eastAsia="宋体" w:hAnsi="宋体" w:cs="宋体"/>
          <w:color w:val="000000"/>
        </w:rPr>
        <w:t>所示．</w:t>
      </w:r>
    </w:p>
    <w:p>
      <w:pPr>
        <w:spacing w:line="360" w:lineRule="auto"/>
        <w:jc w:val="left"/>
        <w:textAlignment w:val="center"/>
        <w:rPr>
          <w:color w:val="000000"/>
        </w:rPr>
      </w:pPr>
      <w:r>
        <w:rPr>
          <w:color w:val="000000"/>
        </w:rPr>
        <w:drawing>
          <wp:inline>
            <wp:extent cx="3609975" cy="1390650"/>
            <wp:docPr id="418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 name=""/>
                    <pic:cNvPicPr>
                      <a:picLocks noChangeAspect="1"/>
                    </pic:cNvPicPr>
                  </pic:nvPicPr>
                  <pic:blipFill>
                    <a:blip r:embed="rId284"/>
                    <a:stretch>
                      <a:fillRect/>
                    </a:stretch>
                  </pic:blipFill>
                  <pic:spPr>
                    <a:xfrm>
                      <a:off x="0" y="0"/>
                      <a:ext cx="3609975" cy="13906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）该长方形区域的长可以用式子表示为</w:t>
      </w:r>
      <w:r>
        <w:rPr>
          <w:color w:val="000000"/>
        </w:rPr>
        <w:t>___________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）根据图中信息，用等式表示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满足的关系为</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pict>
          <v:shape id="_x0000_i721835" type="#_x0000_t75" alt="学科网(www.zxxk.com)--教育资源门户，提供试卷、教案、课件、论文、素材以及各类教学资源下载，还有大量而丰富的教学相关资讯！" style="width:31.8pt;height:13.8pt" o:oleicon="f" o:ole="">
            <v:imagedata r:id="rId285" o:title="eqId3910a0f217d8109b9467f740fc84a73d"/>
          </v:shape>
        </w:pict>
      </w:r>
      <w:r>
        <w:rPr>
          <w:color w:val="000000"/>
        </w:rPr>
        <w:t>##</w:t>
      </w:r>
      <w:r>
        <w:pict>
          <v:shape id="_x0000_i721836" type="#_x0000_t75" alt="学科网(www.zxxk.com)--教育资源门户，提供试卷、教案、课件、论文、素材以及各类教学资源下载，还有大量而丰富的教学相关资讯！" style="width:32.25pt;height:14.25pt" o:oleicon="f" o:ole="">
            <v:imagedata r:id="rId286" o:title="eqIdf3daf7bbf2d39485d153279f0453e8bf"/>
          </v:shape>
        </w:pict>
      </w:r>
      <w:r>
        <w:rPr>
          <w:color w:val="000000"/>
        </w:rPr>
        <w:t xml:space="preserve">    ②. </w:t>
      </w:r>
      <w:r>
        <w:pict>
          <v:shape id="_x0000_i721837" type="#_x0000_t75" alt="学科网(www.zxxk.com)--教育资源门户，提供试卷、教案、课件、论文、素材以及各类教学资源下载，还有大量而丰富的教学相关资讯！" style="width:83.25pt;height:14.25pt" o:oleicon="f" o:ole="">
            <v:imagedata r:id="rId287" o:title="eqIddac22126a2fe1e2366862f81c21a3b37"/>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）利用长方形区域下面的长＝小长方形的长＋小长方形的宽＋小长方形的长＋小长方形的长－小长方形的宽＋正方形的边长进行计算即可；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）利用两条宽的长度相等，列等式即可．</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）有图可知：</w:t>
      </w:r>
    </w:p>
    <w:p>
      <w:pPr>
        <w:spacing w:line="360" w:lineRule="auto"/>
        <w:jc w:val="both"/>
        <w:textAlignment w:val="center"/>
        <w:rPr>
          <w:color w:val="000000"/>
        </w:rPr>
      </w:pPr>
      <w:r>
        <w:rPr>
          <w:rFonts w:ascii="宋体" w:eastAsia="宋体" w:hAnsi="宋体" w:cs="宋体"/>
          <w:color w:val="000000"/>
        </w:rPr>
        <w:t>长方形区域的长＝小长方形的长＋小长方形的宽＋小长方形的长＋小长方形的长－小长方形的宽＋正方形的边长，</w:t>
      </w:r>
    </w:p>
    <w:p>
      <w:pPr>
        <w:spacing w:line="360" w:lineRule="auto"/>
        <w:jc w:val="both"/>
        <w:textAlignment w:val="center"/>
        <w:rPr>
          <w:color w:val="000000"/>
        </w:rPr>
      </w:pPr>
      <w:r>
        <w:rPr>
          <w:rFonts w:ascii="宋体" w:eastAsia="宋体" w:hAnsi="宋体" w:cs="宋体"/>
          <w:color w:val="000000"/>
        </w:rPr>
        <w:t>即：</w:t>
      </w:r>
      <w:r>
        <w:pict>
          <v:shape id="_x0000_i721838" type="#_x0000_t75" alt="学科网(www.zxxk.com)--教育资源门户，提供试卷、教案、课件、论文、素材以及各类教学资源下载，还有大量而丰富的教学相关资讯！" style="width:132pt;height:14.25pt" o:oleicon="f" o:ole="">
            <v:imagedata r:id="rId288" o:title="eqId00f33963c796685b296db909ff4810c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21839" type="#_x0000_t75" alt="学科网(www.zxxk.com)--教育资源门户，提供试卷、教案、课件、论文、素材以及各类教学资源下载，还有大量而丰富的教学相关资讯！" style="width:31.8pt;height:13.8pt" o:oleicon="f" o:ole="">
            <v:imagedata r:id="rId289" o:title="eqId3910a0f217d8109b9467f740fc84a73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）长方形区域左边宽度＝</w:t>
      </w:r>
      <w:r>
        <w:pict>
          <v:shape id="_x0000_i721840" type="#_x0000_t75" alt="学科网(www.zxxk.com)--教育资源门户，提供试卷、教案、课件、论文、素材以及各类教学资源下载，还有大量而丰富的教学相关资讯！" style="width:83.25pt;height:14.25pt" o:oleicon="f" o:ole="">
            <v:imagedata r:id="rId290" o:title="eqId4dd211c38186fff4d5854687acebf56e"/>
          </v:shape>
        </w:pict>
      </w:r>
      <w:r>
        <w:rPr>
          <w:rFonts w:ascii="宋体" w:eastAsia="宋体" w:hAnsi="宋体" w:cs="宋体"/>
          <w:color w:val="000000"/>
        </w:rPr>
        <w:t>，右边宽度＝</w:t>
      </w:r>
      <w:r>
        <w:pict>
          <v:shape id="_x0000_i721841" type="#_x0000_t75" alt="学科网(www.zxxk.com)--教育资源门户，提供试卷、教案、课件、论文、素材以及各类教学资源下载，还有大量而丰富的教学相关资讯！" style="width:42.75pt;height:14.25pt" o:oleicon="f" o:ole="">
            <v:imagedata r:id="rId291" o:title="eqId1ae24688d4c45aad43e9af0b7bbfda6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1842" type="#_x0000_t75" alt="学科网(www.zxxk.com)--教育资源门户，提供试卷、教案、课件、论文、素材以及各类教学资源下载，还有大量而丰富的教学相关资讯！" style="width:83.25pt;height:14.25pt" o:oleicon="f" o:ole="">
            <v:imagedata r:id="rId292" o:title="eqIddac22126a2fe1e2366862f81c21a3b3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21843" type="#_x0000_t75" alt="学科网(www.zxxk.com)--教育资源门户，提供试卷、教案、课件、论文、素材以及各类教学资源下载，还有大量而丰富的教学相关资讯！" style="width:83.25pt;height:14.25pt" o:oleicon="f" o:ole="">
            <v:imagedata r:id="rId293" o:title="eqIddac22126a2fe1e2366862f81c21a3b37"/>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本题考查根据图形列代数式以及合并同类项．解题的关键是正确的识图．</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52</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12</w:t>
      </w:r>
      <w:r>
        <w:rPr>
          <w:rFonts w:ascii="宋体" w:eastAsia="宋体" w:hAnsi="宋体" w:cs="宋体"/>
          <w:b/>
          <w:color w:val="000000"/>
          <w:sz w:val="24"/>
        </w:rPr>
        <w:t>分，第</w:t>
      </w:r>
      <w:r>
        <w:rPr>
          <w:rFonts w:ascii="Times New Roman" w:eastAsia="Times New Roman" w:hAnsi="Times New Roman" w:cs="Times New Roman"/>
          <w:b/>
          <w:color w:val="000000"/>
          <w:sz w:val="24"/>
        </w:rPr>
        <w:t>18</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19</w:t>
      </w:r>
      <w:r>
        <w:rPr>
          <w:rFonts w:ascii="宋体" w:eastAsia="宋体" w:hAnsi="宋体" w:cs="宋体"/>
          <w:b/>
          <w:color w:val="000000"/>
          <w:sz w:val="24"/>
        </w:rPr>
        <w:t>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20</w:t>
      </w:r>
      <w:r>
        <w:rPr>
          <w:rFonts w:ascii="宋体" w:eastAsia="宋体" w:hAnsi="宋体" w:cs="宋体"/>
          <w:b/>
          <w:color w:val="000000"/>
          <w:sz w:val="24"/>
        </w:rPr>
        <w:t>题</w:t>
      </w:r>
      <w:r>
        <w:rPr>
          <w:rFonts w:ascii="Times New Roman" w:eastAsia="Times New Roman" w:hAnsi="Times New Roman" w:cs="Times New Roman"/>
          <w:b/>
          <w:color w:val="000000"/>
          <w:sz w:val="24"/>
        </w:rPr>
        <w:t>3</w:t>
      </w:r>
      <w:r>
        <w:rPr>
          <w:rFonts w:ascii="宋体" w:eastAsia="宋体" w:hAnsi="宋体" w:cs="宋体"/>
          <w:b/>
          <w:color w:val="000000"/>
          <w:sz w:val="24"/>
        </w:rPr>
        <w:t>分，第</w:t>
      </w:r>
      <w:r>
        <w:rPr>
          <w:rFonts w:ascii="Times New Roman" w:eastAsia="Times New Roman" w:hAnsi="Times New Roman" w:cs="Times New Roman"/>
          <w:b/>
          <w:color w:val="000000"/>
          <w:sz w:val="24"/>
        </w:rPr>
        <w:t>21-24</w:t>
      </w:r>
      <w:r>
        <w:rPr>
          <w:rFonts w:ascii="宋体" w:eastAsia="宋体" w:hAnsi="宋体" w:cs="宋体"/>
          <w:b/>
          <w:color w:val="000000"/>
          <w:sz w:val="24"/>
        </w:rPr>
        <w:t>题，每题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分）解答应写出文字说明、演算步骤或证明过程．</w:t>
      </w:r>
    </w:p>
    <w:p>
      <w:pPr>
        <w:pStyle w:val="Heading2"/>
      </w:pPr>
      <w:r>
        <w:t>燕山地区</w:t>
      </w:r>
    </w:p>
    <w:p>
      <w:pPr>
        <w:spacing w:line="360" w:lineRule="auto"/>
        <w:jc w:val="both"/>
        <w:textAlignment w:val="center"/>
        <w:rPr>
          <w:color w:val="000000"/>
        </w:rPr>
      </w:pPr>
      <w:r>
        <w:rPr>
          <w:color w:val="000000"/>
        </w:rPr>
        <w:t xml:space="preserve">20. </w:t>
      </w:r>
      <w:r>
        <w:rPr>
          <w:rFonts w:ascii="宋体" w:eastAsia="宋体" w:hAnsi="宋体" w:cs="宋体"/>
          <w:color w:val="000000"/>
        </w:rPr>
        <w:t>如图所示的运算程序中，若开始输入</w:t>
      </w:r>
      <w:r>
        <w:rPr>
          <w:rFonts w:ascii="Times New Roman" w:eastAsia="Times New Roman" w:hAnsi="Times New Roman" w:cs="Times New Roman"/>
          <w:i/>
          <w:color w:val="000000"/>
        </w:rPr>
        <w:t>x</w:t>
      </w:r>
      <w:r>
        <w:rPr>
          <w:rFonts w:ascii="宋体" w:eastAsia="宋体" w:hAnsi="宋体" w:cs="宋体"/>
          <w:color w:val="000000"/>
        </w:rPr>
        <w:t>值为</w:t>
      </w:r>
      <w:r>
        <w:rPr>
          <w:rFonts w:ascii="Times New Roman" w:eastAsia="Times New Roman" w:hAnsi="Times New Roman" w:cs="Times New Roman"/>
          <w:color w:val="000000"/>
        </w:rPr>
        <w:t>36</w:t>
      </w:r>
      <w:r>
        <w:rPr>
          <w:rFonts w:ascii="宋体" w:eastAsia="宋体" w:hAnsi="宋体" w:cs="宋体"/>
          <w:color w:val="000000"/>
        </w:rPr>
        <w:t>，我们发现第</w:t>
      </w:r>
      <w:r>
        <w:rPr>
          <w:rFonts w:ascii="Times New Roman" w:eastAsia="Times New Roman" w:hAnsi="Times New Roman" w:cs="Times New Roman"/>
          <w:color w:val="000000"/>
        </w:rPr>
        <w:t>1</w:t>
      </w:r>
      <w:r>
        <w:rPr>
          <w:rFonts w:ascii="宋体" w:eastAsia="宋体" w:hAnsi="宋体" w:cs="宋体"/>
          <w:color w:val="000000"/>
        </w:rPr>
        <w:t>次输出的结果为</w:t>
      </w:r>
      <w:r>
        <w:rPr>
          <w:rFonts w:ascii="Times New Roman" w:eastAsia="Times New Roman" w:hAnsi="Times New Roman" w:cs="Times New Roman"/>
          <w:color w:val="000000"/>
        </w:rPr>
        <w:t>18</w: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次输出的结果为</w:t>
      </w:r>
      <w:r>
        <w:rPr>
          <w:rFonts w:ascii="Times New Roman" w:eastAsia="Times New Roman" w:hAnsi="Times New Roman" w:cs="Times New Roman"/>
          <w:color w:val="000000"/>
        </w:rPr>
        <w:t>9</w:t>
      </w:r>
      <w:r>
        <w:rPr>
          <w:rFonts w:ascii="宋体" w:eastAsia="宋体" w:hAnsi="宋体" w:cs="宋体"/>
          <w:color w:val="000000"/>
        </w:rPr>
        <w:t>，则第</w:t>
      </w:r>
      <w:r>
        <w:rPr>
          <w:rFonts w:ascii="Times New Roman" w:eastAsia="Times New Roman" w:hAnsi="Times New Roman" w:cs="Times New Roman"/>
          <w:color w:val="000000"/>
        </w:rPr>
        <w:t>3</w:t>
      </w:r>
      <w:r>
        <w:rPr>
          <w:rFonts w:ascii="宋体" w:eastAsia="宋体" w:hAnsi="宋体" w:cs="宋体"/>
          <w:color w:val="000000"/>
        </w:rPr>
        <w:t>次输出的结果为</w:t>
      </w:r>
      <w:r>
        <w:rPr>
          <w:color w:val="000000"/>
        </w:rPr>
        <w:t>____</w:t>
      </w:r>
      <w:r>
        <w:rPr>
          <w:rFonts w:ascii="宋体" w:eastAsia="宋体" w:hAnsi="宋体" w:cs="宋体"/>
          <w:color w:val="000000"/>
        </w:rPr>
        <w:t>；第</w:t>
      </w:r>
      <w:r>
        <w:rPr>
          <w:rFonts w:ascii="Times New Roman" w:eastAsia="Times New Roman" w:hAnsi="Times New Roman" w:cs="Times New Roman"/>
          <w:color w:val="000000"/>
        </w:rPr>
        <w:t>2022</w:t>
      </w:r>
      <w:r>
        <w:rPr>
          <w:rFonts w:ascii="宋体" w:eastAsia="宋体" w:hAnsi="宋体" w:cs="宋体"/>
          <w:color w:val="000000"/>
        </w:rPr>
        <w:t>次输出的结果为</w:t>
      </w:r>
      <w:r>
        <w:rPr>
          <w:color w:val="000000"/>
        </w:rPr>
        <w:t>____</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3209925" cy="1704975"/>
            <wp:docPr id="418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 name=""/>
                    <pic:cNvPicPr>
                      <a:picLocks noChangeAspect="1"/>
                    </pic:cNvPicPr>
                  </pic:nvPicPr>
                  <pic:blipFill>
                    <a:blip r:embed="rId294"/>
                    <a:stretch>
                      <a:fillRect/>
                    </a:stretch>
                  </pic:blipFill>
                  <pic:spPr>
                    <a:xfrm>
                      <a:off x="0" y="0"/>
                      <a:ext cx="3209925" cy="17049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12</w:t>
      </w:r>
      <w:r>
        <w:rPr>
          <w:color w:val="000000"/>
        </w:rPr>
        <w:t xml:space="preserve">    ②. </w:t>
      </w:r>
      <w:r>
        <w:rPr>
          <w:rFonts w:ascii="Times New Roman" w:eastAsia="Times New Roman" w:hAnsi="Times New Roman" w:cs="Times New Roman"/>
          <w:color w:val="000000"/>
        </w:rPr>
        <w:t>6</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根据运算程序依次进行计算，从而不难发现，从第</w:t>
      </w:r>
      <w:r>
        <w:rPr>
          <w:rFonts w:ascii="Times New Roman" w:eastAsia="Times New Roman" w:hAnsi="Times New Roman" w:cs="Times New Roman"/>
          <w:color w:val="000000"/>
        </w:rPr>
        <w:t>4</w:t>
      </w:r>
      <w:r>
        <w:rPr>
          <w:rFonts w:ascii="宋体" w:eastAsia="宋体" w:hAnsi="宋体" w:cs="宋体"/>
          <w:color w:val="000000"/>
        </w:rPr>
        <w:t>次开始，偶数次输出的结果是</w:t>
      </w:r>
      <w:r>
        <w:rPr>
          <w:rFonts w:ascii="Times New Roman" w:eastAsia="Times New Roman" w:hAnsi="Times New Roman" w:cs="Times New Roman"/>
          <w:color w:val="000000"/>
        </w:rPr>
        <w:t>6</w:t>
      </w:r>
      <w:r>
        <w:rPr>
          <w:rFonts w:ascii="宋体" w:eastAsia="宋体" w:hAnsi="宋体" w:cs="宋体"/>
          <w:color w:val="000000"/>
        </w:rPr>
        <w:t>，奇数次输出的结果是</w:t>
      </w:r>
      <w:r>
        <w:rPr>
          <w:rFonts w:ascii="Times New Roman" w:eastAsia="Times New Roman" w:hAnsi="Times New Roman" w:cs="Times New Roman"/>
          <w:color w:val="000000"/>
        </w:rPr>
        <w:t>3</w:t>
      </w:r>
      <w:r>
        <w:rPr>
          <w:rFonts w:ascii="宋体" w:eastAsia="宋体" w:hAnsi="宋体" w:cs="宋体"/>
          <w:color w:val="000000"/>
        </w:rPr>
        <w:t>，然后解答即可．</w:t>
      </w:r>
    </w:p>
    <w:p>
      <w:pPr>
        <w:spacing w:line="360" w:lineRule="auto"/>
        <w:jc w:val="both"/>
        <w:textAlignment w:val="center"/>
        <w:rPr>
          <w:color w:val="000000"/>
        </w:rPr>
      </w:pPr>
      <w:r>
        <w:rPr>
          <w:color w:val="000000"/>
        </w:rPr>
        <w:t>【详解】</w:t>
      </w:r>
      <w:r>
        <w:rPr>
          <w:rFonts w:ascii="宋体" w:eastAsia="宋体" w:hAnsi="宋体" w:cs="宋体"/>
          <w:color w:val="000000"/>
        </w:rPr>
        <w:t>解：第</w:t>
      </w:r>
      <w:r>
        <w:rPr>
          <w:rFonts w:ascii="Times New Roman" w:eastAsia="Times New Roman" w:hAnsi="Times New Roman" w:cs="Times New Roman"/>
          <w:color w:val="000000"/>
        </w:rPr>
        <w:t>1</w:t>
      </w:r>
      <w:r>
        <w:rPr>
          <w:rFonts w:ascii="宋体" w:eastAsia="宋体" w:hAnsi="宋体" w:cs="宋体"/>
          <w:color w:val="000000"/>
        </w:rPr>
        <w:t>次输出的结果为</w:t>
      </w:r>
      <w:r>
        <w:rPr>
          <w:rFonts w:ascii="Times New Roman" w:eastAsia="Times New Roman" w:hAnsi="Times New Roman" w:cs="Times New Roman"/>
          <w:color w:val="000000"/>
        </w:rPr>
        <w:t>18</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次输出的结果为</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次输出的结果为</w:t>
      </w:r>
      <w:r>
        <w:pict>
          <v:shape id="_x0000_i721844" type="#_x0000_t75" alt="学科网(www.zxxk.com)--教育资源门户，提供试卷、教案、课件、论文、素材以及各类教学资源下载，还有大量而丰富的教学相关资讯！" style="width:48pt;height:14.25pt" o:oleicon="f" o:ole="">
            <v:imagedata r:id="rId295" o:title="eqIdfd2e53a372ebe85f51bdb0b8229f820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次输出的结果为</w:t>
      </w:r>
      <w:r>
        <w:pict>
          <v:shape id="_x0000_i721845" type="#_x0000_t75" alt="学科网(www.zxxk.com)--教育资源门户，提供试卷、教案、课件、论文、素材以及各类教学资源下载，还有大量而丰富的教学相关资讯！" style="width:48.75pt;height:30.75pt" o:oleicon="f" o:ole="">
            <v:imagedata r:id="rId296" o:title="eqIdb18200d499f19db2bfc6a16bdd6248a1"/>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次输出的结果为</w:t>
      </w:r>
      <w:r>
        <w:pict>
          <v:shape id="_x0000_i721846" type="#_x0000_t75" alt="学科网(www.zxxk.com)--教育资源门户，提供试卷、教案、课件、论文、素材以及各类教学资源下载，还有大量而丰富的教学相关资讯！" style="width:44.25pt;height:30.75pt" o:oleicon="f" o:ole="">
            <v:imagedata r:id="rId297" o:title="eqIdb03072493741896b62132e14b47c490b"/>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6</w:t>
      </w:r>
      <w:r>
        <w:rPr>
          <w:rFonts w:ascii="宋体" w:eastAsia="宋体" w:hAnsi="宋体" w:cs="宋体"/>
          <w:color w:val="000000"/>
        </w:rPr>
        <w:t>次输出的结果为</w:t>
      </w:r>
      <w:r>
        <w:pict>
          <v:shape id="_x0000_i721847" type="#_x0000_t75" alt="学科网(www.zxxk.com)--教育资源门户，提供试卷、教案、课件、论文、素材以及各类教学资源下载，还有大量而丰富的教学相关资讯！" style="width:42.75pt;height:14.25pt" o:oleicon="f" o:ole="">
            <v:imagedata r:id="rId298" o:title="eqId4850562b099574094bfaaabed232707f"/>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7</w:t>
      </w:r>
      <w:r>
        <w:rPr>
          <w:rFonts w:ascii="宋体" w:eastAsia="宋体" w:hAnsi="宋体" w:cs="宋体"/>
          <w:color w:val="000000"/>
        </w:rPr>
        <w:t>次输出的结果为</w:t>
      </w:r>
      <w:r>
        <w:pict>
          <v:shape id="_x0000_i721848" type="#_x0000_t75" alt="学科网(www.zxxk.com)--教育资源门户，提供试卷、教案、课件、论文、素材以及各类教学资源下载，还有大量而丰富的教学相关资讯！" style="width:44.25pt;height:30.75pt" o:oleicon="f" o:ole="">
            <v:imagedata r:id="rId299" o:title="eqIdb03072493741896b62132e14b47c490b"/>
          </v:shape>
        </w:pi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则从第</w:t>
      </w:r>
      <w:r>
        <w:rPr>
          <w:rFonts w:ascii="Times New Roman" w:eastAsia="Times New Roman" w:hAnsi="Times New Roman" w:cs="Times New Roman"/>
          <w:color w:val="000000"/>
        </w:rPr>
        <w:t>4</w:t>
      </w:r>
      <w:r>
        <w:rPr>
          <w:rFonts w:ascii="宋体" w:eastAsia="宋体" w:hAnsi="宋体" w:cs="宋体"/>
          <w:color w:val="000000"/>
        </w:rPr>
        <w:t>次开始，以</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循环出现，</w:t>
      </w:r>
    </w:p>
    <w:p>
      <w:pPr>
        <w:spacing w:line="360" w:lineRule="auto"/>
        <w:jc w:val="both"/>
        <w:textAlignment w:val="center"/>
        <w:rPr>
          <w:color w:val="000000"/>
        </w:rPr>
      </w:pPr>
      <w:r>
        <w:rPr>
          <w:rFonts w:ascii="宋体" w:eastAsia="宋体" w:hAnsi="宋体" w:cs="宋体"/>
          <w:color w:val="000000"/>
        </w:rPr>
        <w:t>∵</w:t>
      </w:r>
      <w:r>
        <w:pict>
          <v:shape id="_x0000_i721849" type="#_x0000_t75" alt="学科网(www.zxxk.com)--教育资源门户，提供试卷、教案、课件、论文、素材以及各类教学资源下载，还有大量而丰富的教学相关资讯！" style="width:131.25pt;height:15.75pt" o:oleicon="f" o:ole="">
            <v:imagedata r:id="rId300" o:title="eqId6b5823998445642bd4e4dd17da9cfa1d"/>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2022</w:t>
      </w:r>
      <w:r>
        <w:rPr>
          <w:rFonts w:ascii="宋体" w:eastAsia="宋体" w:hAnsi="宋体" w:cs="宋体"/>
          <w:color w:val="000000"/>
        </w:rPr>
        <w:t>次输出</w:t>
      </w:r>
      <w:r>
        <w:rPr>
          <w:rFonts w:ascii="宋体" w:eastAsia="宋体" w:hAnsi="宋体" w:cs="宋体"/>
          <w:color w:val="000000"/>
          <w:position w:val="0"/>
        </w:rPr>
        <w:drawing>
          <wp:inline>
            <wp:extent cx="133350" cy="177800"/>
            <wp:docPr id="418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 name=""/>
                    <pic:cNvPicPr>
                      <a:picLocks noChangeAspect="1"/>
                    </pic:cNvPicPr>
                  </pic:nvPicPr>
                  <pic:blipFill>
                    <a:blip r:embed="rId30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结果为</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both"/>
        <w:textAlignment w:val="center"/>
        <w:rPr>
          <w:color w:val="000000"/>
        </w:rPr>
      </w:pPr>
      <w:r>
        <w:rPr>
          <w:color w:val="000000"/>
        </w:rPr>
        <w:t>【点睛】</w:t>
      </w:r>
      <w:r>
        <w:rPr>
          <w:rFonts w:ascii="宋体" w:eastAsia="宋体" w:hAnsi="宋体" w:cs="宋体"/>
          <w:color w:val="000000"/>
        </w:rPr>
        <w:t>本题考查了规律型：数字的变化类，代数式求值，仔细计算，观察出从第</w:t>
      </w:r>
      <w:r>
        <w:rPr>
          <w:rFonts w:ascii="Times New Roman" w:eastAsia="Times New Roman" w:hAnsi="Times New Roman" w:cs="Times New Roman"/>
          <w:color w:val="000000"/>
        </w:rPr>
        <w:t>4</w:t>
      </w:r>
      <w:r>
        <w:rPr>
          <w:rFonts w:ascii="宋体" w:eastAsia="宋体" w:hAnsi="宋体" w:cs="宋体"/>
          <w:color w:val="000000"/>
        </w:rPr>
        <w:t>次开始，偶数次输出的结果是</w:t>
      </w:r>
      <w:r>
        <w:rPr>
          <w:rFonts w:ascii="Times New Roman" w:eastAsia="Times New Roman" w:hAnsi="Times New Roman" w:cs="Times New Roman"/>
          <w:color w:val="000000"/>
        </w:rPr>
        <w:t>6</w:t>
      </w:r>
      <w:r>
        <w:rPr>
          <w:rFonts w:ascii="宋体" w:eastAsia="宋体" w:hAnsi="宋体" w:cs="宋体"/>
          <w:color w:val="000000"/>
        </w:rPr>
        <w:t>，奇数次输出的结果是</w:t>
      </w:r>
      <w:r>
        <w:rPr>
          <w:rFonts w:ascii="Times New Roman" w:eastAsia="Times New Roman" w:hAnsi="Times New Roman" w:cs="Times New Roman"/>
          <w:color w:val="000000"/>
        </w:rPr>
        <w:t>3</w:t>
      </w:r>
      <w:r>
        <w:rPr>
          <w:rFonts w:ascii="宋体" w:eastAsia="宋体" w:hAnsi="宋体" w:cs="宋体"/>
          <w:color w:val="000000"/>
        </w:rPr>
        <w:t>是解题的关键．</w:t>
      </w:r>
    </w:p>
    <w:p>
      <w:pPr>
        <w:spacing w:line="360" w:lineRule="auto"/>
        <w:jc w:val="left"/>
        <w:textAlignment w:val="center"/>
        <w:rPr>
          <w:color w:val="000000"/>
        </w:rPr>
      </w:pPr>
      <w:r>
        <w:rPr>
          <w:rFonts w:ascii="宋体" w:eastAsia="宋体" w:hAnsi="宋体" w:cs="宋体"/>
          <w:b/>
          <w:color w:val="000000"/>
          <w:sz w:val="24"/>
        </w:rPr>
        <w:t>三、计算题（本题共</w:t>
      </w:r>
      <w:r>
        <w:rPr>
          <w:rFonts w:ascii="Times New Roman" w:eastAsia="Times New Roman" w:hAnsi="Times New Roman" w:cs="Times New Roman"/>
          <w:b/>
          <w:color w:val="000000"/>
          <w:sz w:val="24"/>
        </w:rPr>
        <w:t>46</w:t>
      </w:r>
      <w:r>
        <w:rPr>
          <w:rFonts w:ascii="宋体" w:eastAsia="宋体" w:hAnsi="宋体" w:cs="宋体"/>
          <w:b/>
          <w:color w:val="000000"/>
          <w:sz w:val="24"/>
        </w:rPr>
        <w:t>分，</w:t>
      </w:r>
      <w:r>
        <w:rPr>
          <w:rFonts w:ascii="Times New Roman" w:eastAsia="Times New Roman" w:hAnsi="Times New Roman" w:cs="Times New Roman"/>
          <w:b/>
          <w:color w:val="000000"/>
          <w:sz w:val="24"/>
        </w:rPr>
        <w:t>21</w:t>
      </w:r>
      <w:r>
        <w:rPr>
          <w:rFonts w:ascii="宋体" w:eastAsia="宋体" w:hAnsi="宋体" w:cs="宋体"/>
          <w:b/>
          <w:color w:val="000000"/>
          <w:sz w:val="24"/>
        </w:rPr>
        <w:t>题每小题</w:t>
      </w:r>
      <w:r>
        <w:rPr>
          <w:rFonts w:ascii="Times New Roman" w:eastAsia="Times New Roman" w:hAnsi="Times New Roman" w:cs="Times New Roman"/>
          <w:b/>
          <w:color w:val="000000"/>
          <w:sz w:val="24"/>
        </w:rPr>
        <w:t>1</w:t>
      </w:r>
      <w:r>
        <w:rPr>
          <w:rFonts w:ascii="宋体" w:eastAsia="宋体" w:hAnsi="宋体" w:cs="宋体"/>
          <w:b/>
          <w:color w:val="000000"/>
          <w:sz w:val="24"/>
        </w:rPr>
        <w:t>分；</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w:t>
      </w:r>
      <w:r>
        <w:rPr>
          <w:rFonts w:ascii="Times New Roman" w:eastAsia="Times New Roman" w:hAnsi="Times New Roman" w:cs="Times New Roman"/>
          <w:b/>
          <w:color w:val="000000"/>
          <w:sz w:val="24"/>
        </w:rPr>
        <w:t>23-24</w:t>
      </w:r>
      <w:r>
        <w:rPr>
          <w:rFonts w:ascii="宋体" w:eastAsia="宋体" w:hAnsi="宋体" w:cs="宋体"/>
          <w:b/>
          <w:color w:val="000000"/>
          <w:sz w:val="24"/>
        </w:rPr>
        <w:t>题，每小题</w:t>
      </w:r>
      <w:r>
        <w:rPr>
          <w:rFonts w:ascii="Times New Roman" w:eastAsia="Times New Roman" w:hAnsi="Times New Roman" w:cs="Times New Roman"/>
          <w:b/>
          <w:color w:val="000000"/>
          <w:sz w:val="24"/>
        </w:rPr>
        <w:t>4</w:t>
      </w:r>
      <w:r>
        <w:rPr>
          <w:rFonts w:ascii="宋体" w:eastAsia="宋体" w:hAnsi="宋体" w:cs="宋体"/>
          <w:b/>
          <w:color w:val="000000"/>
          <w:sz w:val="24"/>
        </w:rPr>
        <w:t>分；</w:t>
      </w:r>
      <w:r>
        <w:rPr>
          <w:rFonts w:ascii="Times New Roman" w:eastAsia="Times New Roman" w:hAnsi="Times New Roman" w:cs="Times New Roman"/>
          <w:b/>
          <w:color w:val="000000"/>
          <w:sz w:val="24"/>
        </w:rPr>
        <w:t>25</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w:t>
      </w:r>
    </w:p>
    <w:p>
      <w:pPr>
        <w:pStyle w:val="Heading2"/>
      </w:pPr>
      <w:r>
        <w:t>石景山区京源学校</w:t>
      </w:r>
    </w:p>
    <w:p>
      <w:pPr>
        <w:spacing w:line="360" w:lineRule="auto"/>
        <w:jc w:val="both"/>
        <w:textAlignment w:val="center"/>
        <w:rPr>
          <w:color w:val="000000"/>
        </w:rPr>
      </w:pPr>
      <w:r>
        <w:rPr>
          <w:color w:val="000000"/>
        </w:rPr>
        <w:t xml:space="preserve">15. </w:t>
      </w:r>
      <w:r>
        <w:rPr>
          <w:rFonts w:ascii="宋体" w:eastAsia="宋体" w:hAnsi="宋体" w:cs="宋体"/>
          <w:color w:val="000000"/>
        </w:rPr>
        <w:t>已知一个多项式与</w:t>
      </w:r>
      <w:r>
        <w:pict>
          <v:shape id="_x0000_i721850" type="#_x0000_t75" alt="学科网(www.zxxk.com)--教育资源门户，提供试卷、教案、课件、论文、素材以及各类教学资源下载，还有大量而丰富的教学相关资讯！" style="width:43pt;height:16pt" o:oleicon="f" o:ole="">
            <v:imagedata r:id="rId302" o:title="eqId4ee495000037dd957d614440a443b28c"/>
          </v:shape>
        </w:pict>
      </w:r>
      <w:r>
        <w:rPr>
          <w:rFonts w:ascii="宋体" w:eastAsia="宋体" w:hAnsi="宋体" w:cs="宋体"/>
          <w:color w:val="000000"/>
        </w:rPr>
        <w:t>的和等于</w:t>
      </w:r>
      <w:r>
        <w:pict>
          <v:shape id="_x0000_i721851" type="#_x0000_t75" alt="学科网(www.zxxk.com)--教育资源门户，提供试卷、教案、课件、论文、素材以及各类教学资源下载，还有大量而丰富的教学相关资讯！" style="width:59.25pt;height:15.75pt" o:oleicon="f" o:ole="">
            <v:imagedata r:id="rId303" o:title="eqId47be1359e9f1d9143c8d0d63e49aea98"/>
          </v:shape>
        </w:pict>
      </w:r>
      <w:r>
        <w:rPr>
          <w:rFonts w:ascii="宋体" w:eastAsia="宋体" w:hAnsi="宋体" w:cs="宋体"/>
          <w:color w:val="000000"/>
        </w:rPr>
        <w:t>，则这个多项式是</w:t>
      </w:r>
      <w:r>
        <w:rPr>
          <w:color w:val="000000"/>
        </w:rPr>
        <w:t>_____</w:t>
      </w:r>
      <w:r>
        <w:rPr>
          <w:rFonts w:ascii="宋体" w:eastAsia="宋体" w:hAnsi="宋体" w:cs="宋体"/>
          <w:color w:val="000000"/>
        </w:rPr>
        <w:t>．</w:t>
      </w:r>
    </w:p>
    <w:p>
      <w:pPr>
        <w:spacing w:line="360" w:lineRule="auto"/>
        <w:textAlignment w:val="center"/>
        <w:rPr>
          <w:color w:val="000000"/>
        </w:rPr>
      </w:pPr>
      <w:r>
        <w:rPr>
          <w:color w:val="2E75B6"/>
        </w:rPr>
        <w:t>【答案】</w:t>
      </w:r>
      <w:r>
        <w:pict>
          <v:shape id="_x0000_i721852" type="#_x0000_t75" alt="学科网(www.zxxk.com)--教育资源门户，提供试卷、教案、课件、论文、素材以及各类教学资源下载，还有大量而丰富的教学相关资讯！" style="width:63.75pt;height:15.75pt" o:oleicon="f" o:ole="">
            <v:imagedata r:id="rId304" o:title="eqId00d09541cccfc29ba64d1e82e11548ba"/>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根据整式的减法法则进行计算．</w:t>
      </w:r>
    </w:p>
    <w:p>
      <w:pPr>
        <w:spacing w:line="360" w:lineRule="auto"/>
        <w:jc w:val="left"/>
        <w:textAlignment w:val="center"/>
        <w:rPr>
          <w:color w:val="000000"/>
        </w:rPr>
      </w:pPr>
      <w:r>
        <w:rPr>
          <w:color w:val="000000"/>
        </w:rPr>
        <w:t>【详解】</w:t>
      </w:r>
      <w:r>
        <w:rPr>
          <w:rFonts w:ascii="宋体" w:eastAsia="宋体" w:hAnsi="宋体" w:cs="宋体"/>
          <w:color w:val="000000"/>
        </w:rPr>
        <w:t>解：设这个多项式为</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由题意得，</w:t>
      </w:r>
      <w:r>
        <w:pict>
          <v:shape id="_x0000_i721853" type="#_x0000_t75" alt="学科网(www.zxxk.com)--教育资源门户，提供试卷、教案、课件、论文、素材以及各类教学资源下载，还有大量而丰富的教学相关资讯！" style="width:129.75pt;height:15.75pt" o:oleicon="f" o:ole="">
            <v:imagedata r:id="rId305" o:title="eqId396c52fde6252f1931cbc0a4264c256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1854" type="#_x0000_t75" alt="学科网(www.zxxk.com)--教育资源门户，提供试卷、教案、课件、论文、素材以及各类教学资源下载，还有大量而丰富的教学相关资讯！" style="width:329.25pt;height:21.75pt" o:oleicon="f" o:ole="">
            <v:imagedata r:id="rId306" o:title="eqId345b36c30e80eaca30352804e2f2563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w:t>
      </w:r>
      <w:r>
        <w:rPr>
          <w:rFonts w:ascii="宋体" w:eastAsia="宋体" w:hAnsi="宋体" w:cs="宋体"/>
          <w:color w:val="000000"/>
          <w:position w:val="0"/>
        </w:rPr>
        <w:drawing>
          <wp:inline>
            <wp:extent cx="158750" cy="190500"/>
            <wp:docPr id="419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 name=""/>
                    <pic:cNvPicPr>
                      <a:picLocks noChangeAspect="1"/>
                    </pic:cNvPicPr>
                  </pic:nvPicPr>
                  <pic:blipFill>
                    <a:blip r:embed="rId307"/>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w:t>
      </w:r>
      <w:r>
        <w:pict>
          <v:shape id="_x0000_i721855" type="#_x0000_t75" alt="学科网(www.zxxk.com)--教育资源门户，提供试卷、教案、课件、论文、素材以及各类教学资源下载，还有大量而丰富的教学相关资讯！" style="width:63.75pt;height:15.75pt" o:oleicon="f" o:ole="">
            <v:imagedata r:id="rId308" o:title="eqId00d09541cccfc29ba64d1e82e11548ba"/>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本题主要考查整式的减法，熟练掌握整式的减法法则是解决本题的关键．</w:t>
      </w:r>
    </w:p>
    <w:p>
      <w:pPr>
        <w:spacing w:line="360" w:lineRule="auto"/>
        <w:jc w:val="both"/>
        <w:textAlignment w:val="center"/>
        <w:rPr>
          <w:color w:val="000000"/>
        </w:rPr>
      </w:pPr>
      <w:r>
        <w:rPr>
          <w:rFonts w:ascii="宋体" w:eastAsia="宋体" w:hAnsi="宋体" w:cs="宋体"/>
          <w:b/>
          <w:color w:val="000000"/>
          <w:sz w:val="24"/>
        </w:rPr>
        <w:t>三．解答题（</w:t>
      </w:r>
      <w:r>
        <w:rPr>
          <w:rFonts w:ascii="Times New Roman" w:eastAsia="Times New Roman" w:hAnsi="Times New Roman" w:cs="Times New Roman"/>
          <w:b/>
          <w:color w:val="000000"/>
          <w:sz w:val="24"/>
        </w:rPr>
        <w:t>55</w:t>
      </w:r>
      <w:r>
        <w:rPr>
          <w:rFonts w:ascii="宋体" w:eastAsia="宋体" w:hAnsi="宋体" w:cs="宋体"/>
          <w:b/>
          <w:color w:val="000000"/>
          <w:sz w:val="24"/>
        </w:rPr>
        <w:t>分）</w:t>
      </w:r>
    </w:p>
    <w:p>
      <w:pPr>
        <w:pStyle w:val="Heading2"/>
      </w:pPr>
      <w:r>
        <w:t>第一六一中学</w:t>
      </w:r>
    </w:p>
    <w:p>
      <w:pPr>
        <w:spacing w:line="360" w:lineRule="auto"/>
        <w:jc w:val="left"/>
        <w:textAlignment w:val="center"/>
        <w:rPr>
          <w:color w:val="000000"/>
        </w:rPr>
      </w:pPr>
      <w:r>
        <w:rPr>
          <w:color w:val="000000"/>
        </w:rPr>
        <w:t xml:space="preserve">18. </w:t>
      </w:r>
      <w:r>
        <w:rPr>
          <w:rFonts w:ascii="宋体" w:eastAsia="宋体" w:hAnsi="宋体" w:cs="宋体"/>
          <w:color w:val="000000"/>
        </w:rPr>
        <w:t>甲、乙、丙三人一起按如下步骤玩纸牌游戏，</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）第一步：每个人都发给</w:t>
      </w:r>
      <w:r>
        <w:rPr>
          <w:rFonts w:ascii="Times New Roman" w:eastAsia="Times New Roman" w:hAnsi="Times New Roman" w:cs="Times New Roman"/>
          <w:i/>
          <w:color w:val="000000"/>
        </w:rPr>
        <w:t>x</w:t>
      </w:r>
      <w:r>
        <w:rPr>
          <w:rFonts w:ascii="宋体" w:eastAsia="宋体" w:hAnsi="宋体" w:cs="宋体"/>
          <w:color w:val="000000"/>
        </w:rPr>
        <w:t>张牌（其中</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）第二步：甲拿出两张牌给乙；</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）第三步：丙拿出一张牌给乙；</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）第四步：此时甲有几张牌，乙就拿几张牌给甲；</w:t>
      </w:r>
    </w:p>
    <w:p>
      <w:pPr>
        <w:spacing w:line="360" w:lineRule="auto"/>
        <w:jc w:val="left"/>
        <w:textAlignment w:val="center"/>
        <w:rPr>
          <w:color w:val="000000"/>
        </w:rPr>
      </w:pPr>
      <w:r>
        <w:rPr>
          <w:rFonts w:ascii="宋体" w:eastAsia="宋体" w:hAnsi="宋体" w:cs="宋体"/>
          <w:color w:val="000000"/>
        </w:rPr>
        <w:t>这时，甲准确地说出乙现有的牌的张数，你认为乙此时有</w:t>
      </w:r>
      <w:r>
        <w:rPr>
          <w:color w:val="000000"/>
        </w:rPr>
        <w:t>_____</w:t>
      </w:r>
      <w:r>
        <w:rPr>
          <w:rFonts w:ascii="宋体" w:eastAsia="宋体" w:hAnsi="宋体" w:cs="宋体"/>
          <w:color w:val="000000"/>
        </w:rPr>
        <w:t>张牌．</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根据题目要求用含</w:t>
      </w:r>
      <w:r>
        <w:rPr>
          <w:rFonts w:ascii="Times New Roman" w:eastAsia="Times New Roman" w:hAnsi="Times New Roman" w:cs="Times New Roman"/>
          <w:i/>
          <w:color w:val="000000"/>
        </w:rPr>
        <w:t>x</w:t>
      </w:r>
      <w:r>
        <w:rPr>
          <w:rFonts w:ascii="宋体" w:eastAsia="宋体" w:hAnsi="宋体" w:cs="宋体"/>
          <w:color w:val="000000"/>
        </w:rPr>
        <w:t>的代数式分别表示出每步之后甲、乙、丙手中纸牌的数量即可得．</w:t>
      </w:r>
    </w:p>
    <w:p>
      <w:pPr>
        <w:spacing w:line="360" w:lineRule="auto"/>
        <w:textAlignment w:val="center"/>
        <w:rPr>
          <w:color w:val="000000"/>
        </w:rPr>
      </w:pPr>
      <w:r>
        <w:rPr>
          <w:color w:val="000000"/>
          <w:position w:val="0"/>
        </w:rPr>
        <w:drawing>
          <wp:inline>
            <wp:extent cx="95250" cy="171450"/>
            <wp:docPr id="419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 name=""/>
                    <pic:cNvPicPr>
                      <a:picLocks noChangeAspect="1"/>
                    </pic:cNvPicPr>
                  </pic:nvPicPr>
                  <pic:blipFill>
                    <a:blip r:embed="rId309"/>
                    <a:stretch>
                      <a:fillRect/>
                    </a:stretch>
                  </pic:blipFill>
                  <pic:spPr>
                    <a:xfrm>
                      <a:off x="0" y="0"/>
                      <a:ext cx="95250" cy="171450"/>
                    </a:xfrm>
                    <a:prstGeom prst="rect">
                      <a:avLst/>
                    </a:prstGeom>
                  </pic:spPr>
                </pic:pic>
              </a:graphicData>
            </a:graphic>
          </wp:inline>
        </w:drawing>
      </w:r>
      <w:r>
        <w:rPr>
          <w:color w:val="000000"/>
        </w:rPr>
        <w:t>详解】</w:t>
      </w:r>
      <w:r>
        <w:rPr>
          <w:rFonts w:ascii="宋体" w:eastAsia="宋体" w:hAnsi="宋体" w:cs="宋体"/>
          <w:color w:val="000000"/>
        </w:rPr>
        <w:t>由题意知，第一步中，甲有</w:t>
      </w:r>
      <w:r>
        <w:rPr>
          <w:rFonts w:ascii="Times New Roman" w:eastAsia="Times New Roman" w:hAnsi="Times New Roman" w:cs="Times New Roman"/>
          <w:i/>
          <w:color w:val="000000"/>
        </w:rPr>
        <w:t>x</w:t>
      </w:r>
      <w:r>
        <w:rPr>
          <w:rFonts w:ascii="宋体" w:eastAsia="宋体" w:hAnsi="宋体" w:cs="宋体"/>
          <w:color w:val="000000"/>
        </w:rPr>
        <w:t>张牌、乙有</w:t>
      </w:r>
      <w:r>
        <w:rPr>
          <w:rFonts w:ascii="Times New Roman" w:eastAsia="Times New Roman" w:hAnsi="Times New Roman" w:cs="Times New Roman"/>
          <w:i/>
          <w:color w:val="000000"/>
        </w:rPr>
        <w:t>x</w:t>
      </w:r>
      <w:r>
        <w:rPr>
          <w:rFonts w:ascii="宋体" w:eastAsia="宋体" w:hAnsi="宋体" w:cs="宋体"/>
          <w:color w:val="000000"/>
        </w:rPr>
        <w:t>张牌，丙有</w:t>
      </w:r>
      <w:r>
        <w:rPr>
          <w:rFonts w:ascii="Times New Roman" w:eastAsia="Times New Roman" w:hAnsi="Times New Roman" w:cs="Times New Roman"/>
          <w:i/>
          <w:color w:val="000000"/>
        </w:rPr>
        <w:t>x</w:t>
      </w:r>
      <w:r>
        <w:rPr>
          <w:rFonts w:ascii="宋体" w:eastAsia="宋体" w:hAnsi="宋体" w:cs="宋体"/>
          <w:color w:val="000000"/>
        </w:rPr>
        <w:t>张牌，</w:t>
      </w:r>
    </w:p>
    <w:p>
      <w:pPr>
        <w:spacing w:line="360" w:lineRule="auto"/>
        <w:jc w:val="left"/>
        <w:textAlignment w:val="center"/>
        <w:rPr>
          <w:color w:val="000000"/>
        </w:rPr>
      </w:pPr>
      <w:r>
        <w:rPr>
          <w:rFonts w:ascii="宋体" w:eastAsia="宋体" w:hAnsi="宋体" w:cs="宋体"/>
          <w:color w:val="000000"/>
        </w:rPr>
        <w:t>第二、三步后，甲有</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张牌，乙有</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张牌，丙有</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张牌，</w:t>
      </w:r>
    </w:p>
    <w:p>
      <w:pPr>
        <w:spacing w:line="360" w:lineRule="auto"/>
        <w:jc w:val="left"/>
        <w:textAlignment w:val="center"/>
        <w:rPr>
          <w:color w:val="000000"/>
        </w:rPr>
      </w:pPr>
      <w:r>
        <w:rPr>
          <w:rFonts w:ascii="宋体" w:eastAsia="宋体" w:hAnsi="宋体" w:cs="宋体"/>
          <w:color w:val="000000"/>
        </w:rPr>
        <w:t>第四步后，甲有</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张牌，乙的纸牌有</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2)=5(</w:t>
      </w:r>
      <w:r>
        <w:rPr>
          <w:rFonts w:ascii="宋体" w:eastAsia="宋体" w:hAnsi="宋体" w:cs="宋体"/>
          <w:color w:val="000000"/>
        </w:rPr>
        <w:t>张</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本题考查了整式加减的应用．正确列代数式是解答本题的关键．</w:t>
      </w:r>
    </w:p>
    <w:p>
      <w:pPr>
        <w:spacing w:line="360" w:lineRule="auto"/>
        <w:jc w:val="left"/>
        <w:textAlignment w:val="center"/>
        <w:rPr>
          <w:color w:val="000000"/>
        </w:rPr>
      </w:pPr>
      <w:r>
        <w:rPr>
          <w:rFonts w:ascii="宋体" w:eastAsia="宋体" w:hAnsi="宋体" w:cs="宋体"/>
          <w:b/>
          <w:color w:val="000000"/>
          <w:sz w:val="24"/>
        </w:rPr>
        <w:t>三、解答题（本大题共</w:t>
      </w:r>
      <w:r>
        <w:rPr>
          <w:rFonts w:ascii="Times New Roman" w:eastAsia="Times New Roman" w:hAnsi="Times New Roman" w:cs="Times New Roman"/>
          <w:b/>
          <w:color w:val="000000"/>
          <w:sz w:val="24"/>
        </w:rPr>
        <w:t>62</w:t>
      </w:r>
      <w:r>
        <w:rPr>
          <w:rFonts w:ascii="宋体" w:eastAsia="宋体" w:hAnsi="宋体" w:cs="宋体"/>
          <w:b/>
          <w:color w:val="000000"/>
          <w:sz w:val="24"/>
        </w:rPr>
        <w:t>分，其中</w:t>
      </w:r>
      <w:r>
        <w:rPr>
          <w:rFonts w:ascii="Times New Roman" w:eastAsia="Times New Roman" w:hAnsi="Times New Roman" w:cs="Times New Roman"/>
          <w:b/>
          <w:color w:val="000000"/>
          <w:sz w:val="24"/>
        </w:rPr>
        <w:t>19</w:t>
      </w:r>
      <w:r>
        <w:rPr>
          <w:rFonts w:ascii="宋体" w:eastAsia="宋体" w:hAnsi="宋体" w:cs="宋体"/>
          <w:b/>
          <w:color w:val="000000"/>
          <w:sz w:val="24"/>
        </w:rPr>
        <w:t>题</w:t>
      </w:r>
      <w:r>
        <w:rPr>
          <w:rFonts w:ascii="Times New Roman" w:eastAsia="Times New Roman" w:hAnsi="Times New Roman" w:cs="Times New Roman"/>
          <w:b/>
          <w:color w:val="000000"/>
          <w:sz w:val="24"/>
        </w:rPr>
        <w:t>16</w:t>
      </w:r>
      <w:r>
        <w:rPr>
          <w:rFonts w:ascii="宋体" w:eastAsia="宋体" w:hAnsi="宋体" w:cs="宋体"/>
          <w:b/>
          <w:color w:val="000000"/>
          <w:sz w:val="24"/>
        </w:rPr>
        <w:t>分，</w:t>
      </w:r>
      <w:r>
        <w:rPr>
          <w:rFonts w:ascii="Times New Roman" w:eastAsia="Times New Roman" w:hAnsi="Times New Roman" w:cs="Times New Roman"/>
          <w:b/>
          <w:color w:val="000000"/>
          <w:sz w:val="24"/>
        </w:rPr>
        <w:t>20</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w:t>
      </w:r>
      <w:r>
        <w:rPr>
          <w:rFonts w:ascii="Times New Roman" w:eastAsia="Times New Roman" w:hAnsi="Times New Roman" w:cs="Times New Roman"/>
          <w:b/>
          <w:color w:val="000000"/>
          <w:sz w:val="24"/>
        </w:rPr>
        <w:t>23-25</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pStyle w:val="Heading2"/>
      </w:pPr>
      <w:r>
        <w:t>第三十五中学</w:t>
      </w:r>
    </w:p>
    <w:p>
      <w:pPr>
        <w:spacing w:line="360" w:lineRule="auto"/>
        <w:jc w:val="left"/>
        <w:textAlignment w:val="center"/>
        <w:rPr>
          <w:color w:val="000000"/>
        </w:rPr>
      </w:pPr>
      <w:r>
        <w:rPr>
          <w:color w:val="000000"/>
        </w:rPr>
        <w:t xml:space="preserve">20. </w:t>
      </w:r>
      <w:r>
        <w:rPr>
          <w:rFonts w:ascii="宋体" w:eastAsia="宋体" w:hAnsi="宋体" w:cs="宋体"/>
          <w:color w:val="000000"/>
        </w:rPr>
        <w:t>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在数轴上的对应点的位置如图所示．</w:t>
      </w:r>
    </w:p>
    <w:p>
      <w:pPr>
        <w:spacing w:line="360" w:lineRule="auto"/>
        <w:jc w:val="left"/>
        <w:textAlignment w:val="center"/>
        <w:rPr>
          <w:color w:val="000000"/>
        </w:rPr>
      </w:pPr>
      <w:r>
        <w:rPr>
          <w:color w:val="000000"/>
        </w:rPr>
        <w:drawing>
          <wp:inline>
            <wp:extent cx="2409825" cy="400050"/>
            <wp:docPr id="419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6" name=""/>
                    <pic:cNvPicPr>
                      <a:picLocks noChangeAspect="1"/>
                    </pic:cNvPicPr>
                  </pic:nvPicPr>
                  <pic:blipFill>
                    <a:blip r:embed="rId310"/>
                    <a:stretch>
                      <a:fillRect/>
                    </a:stretch>
                  </pic:blipFill>
                  <pic:spPr>
                    <a:xfrm>
                      <a:off x="0" y="0"/>
                      <a:ext cx="2409825" cy="4000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下面有四个推断：</w:t>
      </w:r>
    </w:p>
    <w:p>
      <w:pPr>
        <w:spacing w:line="360" w:lineRule="auto"/>
        <w:jc w:val="left"/>
        <w:textAlignment w:val="center"/>
        <w:rPr>
          <w:color w:val="000000"/>
        </w:rPr>
      </w:pPr>
      <w:r>
        <w:rPr>
          <w:rFonts w:ascii="宋体" w:eastAsia="宋体" w:hAnsi="宋体" w:cs="宋体"/>
          <w:color w:val="000000"/>
        </w:rPr>
        <w:t>①如果</w:t>
      </w:r>
      <w:r>
        <w:pict>
          <v:shape id="_x0000_i721856" type="#_x0000_t75" alt="学科网(www.zxxk.com)--教育资源门户，提供试卷、教案、课件、论文、素材以及各类教学资源下载，还有大量而丰富的教学相关资讯！" style="width:38.4pt;height:14.4pt" o:oleicon="f" o:ole="">
            <v:imagedata r:id="rId311" o:title="eqId7d050f40710907c5e69903d973601743"/>
          </v:shape>
        </w:pict>
      </w:r>
      <w:r>
        <w:rPr>
          <w:rFonts w:ascii="宋体" w:eastAsia="宋体" w:hAnsi="宋体" w:cs="宋体"/>
          <w:color w:val="000000"/>
        </w:rPr>
        <w:t>，则一定会有</w:t>
      </w:r>
      <w:r>
        <w:pict>
          <v:shape id="_x0000_i721857" type="#_x0000_t75" alt="学科网(www.zxxk.com)--教育资源门户，提供试卷、教案、课件、论文、素材以及各类教学资源下载，还有大量而丰富的教学相关资讯！" style="width:32.8pt;height:13.95pt" o:oleicon="f" o:ole="">
            <v:imagedata r:id="rId312" o:title="eqId2e489645a4930d59e21720c0c44ac318"/>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②如果</w:t>
      </w:r>
      <w:r>
        <w:pict>
          <v:shape id="_x0000_i721858" type="#_x0000_t75" alt="学科网(www.zxxk.com)--教育资源门户，提供试卷、教案、课件、论文、素材以及各类教学资源下载，还有大量而丰富的教学相关资讯！" style="width:32.8pt;height:13.95pt" o:oleicon="f" o:ole="">
            <v:imagedata r:id="rId313" o:title="eqId2e489645a4930d59e21720c0c44ac318"/>
          </v:shape>
        </w:pict>
      </w:r>
      <w:r>
        <w:rPr>
          <w:rFonts w:ascii="宋体" w:eastAsia="宋体" w:hAnsi="宋体" w:cs="宋体"/>
          <w:color w:val="000000"/>
        </w:rPr>
        <w:t>，则一定会有</w:t>
      </w:r>
      <w:r>
        <w:pict>
          <v:shape id="_x0000_i721859" type="#_x0000_t75" alt="学科网(www.zxxk.com)--教育资源门户，提供试卷、教案、课件、论文、素材以及各类教学资源下载，还有大量而丰富的教学相关资讯！" style="width:38.4pt;height:14.4pt" o:oleicon="f" o:ole="">
            <v:imagedata r:id="rId314" o:title="eqId7d050f40710907c5e69903d97360174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③如果</w:t>
      </w:r>
      <w:r>
        <w:pict>
          <v:shape id="_x0000_i721860" type="#_x0000_t75" alt="学科网(www.zxxk.com)--教育资源门户，提供试卷、教案、课件、论文、素材以及各类教学资源下载，还有大量而丰富的教学相关资讯！" style="width:33pt;height:14.25pt" o:oleicon="f" o:ole="">
            <v:imagedata r:id="rId315" o:title="eqId12d4eb7dfb4935d8a8a3fcf0cf906988"/>
          </v:shape>
        </w:pict>
      </w:r>
      <w:r>
        <w:rPr>
          <w:rFonts w:ascii="宋体" w:eastAsia="宋体" w:hAnsi="宋体" w:cs="宋体"/>
          <w:color w:val="000000"/>
        </w:rPr>
        <w:t>，则一定会有</w:t>
      </w:r>
      <w:r>
        <w:pict>
          <v:shape id="_x0000_i721861" type="#_x0000_t75" alt="学科网(www.zxxk.com)--教育资源门户，提供试卷、教案、课件、论文、素材以及各类教学资源下载，还有大量而丰富的教学相关资讯！" style="width:35.15pt;height:14pt" o:oleicon="f" o:ole="">
            <v:imagedata r:id="rId316" o:title="eqId57957b7152213d4b31e604603f911a5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④如果</w:t>
      </w:r>
      <w:r>
        <w:pict>
          <v:shape id="_x0000_i721862" type="#_x0000_t75" alt="学科网(www.zxxk.com)--教育资源门户，提供试卷、教案、课件、论文、素材以及各类教学资源下载，还有大量而丰富的教学相关资讯！" style="width:35.15pt;height:14pt" o:oleicon="f" o:ole="">
            <v:imagedata r:id="rId317" o:title="eqId57957b7152213d4b31e604603f911a57"/>
          </v:shape>
        </w:pict>
      </w:r>
      <w:r>
        <w:rPr>
          <w:rFonts w:ascii="宋体" w:eastAsia="宋体" w:hAnsi="宋体" w:cs="宋体"/>
          <w:color w:val="000000"/>
        </w:rPr>
        <w:t>，则一定会有</w:t>
      </w:r>
      <w:r>
        <w:pict>
          <v:shape id="_x0000_i721863" type="#_x0000_t75" alt="学科网(www.zxxk.com)--教育资源门户，提供试卷、教案、课件、论文、素材以及各类教学资源下载，还有大量而丰富的教学相关资讯！" style="width:33pt;height:14.25pt" o:oleicon="f" o:ole="">
            <v:imagedata r:id="rId318" o:title="eqId12d4eb7dfb4935d8a8a3fcf0cf906988"/>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所有合理推断的序号是</w:t>
      </w:r>
      <w:r>
        <w:rPr>
          <w:color w:val="000000"/>
        </w:rPr>
        <w:t>________________</w:t>
      </w:r>
      <w:r>
        <w:rPr>
          <w:rFonts w:ascii="Times New Roman" w:eastAsia="Times New Roman" w:hAnsi="Times New Roman" w:cs="Times New Roman"/>
          <w:color w:val="000000"/>
        </w:rPr>
        <w:t>.</w:t>
      </w:r>
    </w:p>
    <w:p>
      <w:pPr>
        <w:spacing w:line="360" w:lineRule="auto"/>
        <w:textAlignment w:val="center"/>
        <w:rPr>
          <w:color w:val="000000"/>
        </w:rPr>
      </w:pPr>
      <w:r>
        <w:rPr>
          <w:color w:val="2E75B6"/>
        </w:rPr>
        <w:t>【答案】</w:t>
      </w:r>
      <w:r>
        <w:rPr>
          <w:rFonts w:ascii="宋体" w:eastAsia="宋体" w:hAnsi="宋体" w:cs="宋体"/>
          <w:color w:val="000000"/>
        </w:rPr>
        <w:t>①③##③①</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利用数形结合思想，根据同号得正，异号得负，数轴上靠近右边的数大于左边的数等知识推理判断说明即可．</w:t>
      </w:r>
    </w:p>
    <w:p>
      <w:pPr>
        <w:spacing w:line="360" w:lineRule="auto"/>
        <w:jc w:val="left"/>
        <w:textAlignment w:val="center"/>
        <w:rPr>
          <w:color w:val="000000"/>
        </w:rPr>
      </w:pPr>
      <w:r>
        <w:rPr>
          <w:color w:val="000000"/>
        </w:rPr>
        <w:t>【详解】</w:t>
      </w:r>
      <w:r>
        <w:rPr>
          <w:rFonts w:ascii="宋体" w:eastAsia="宋体" w:hAnsi="宋体" w:cs="宋体"/>
          <w:color w:val="000000"/>
        </w:rPr>
        <w:t>解：如图，</w:t>
      </w:r>
    </w:p>
    <w:p>
      <w:pPr>
        <w:spacing w:line="360" w:lineRule="auto"/>
        <w:jc w:val="left"/>
        <w:textAlignment w:val="center"/>
        <w:rPr>
          <w:color w:val="000000"/>
        </w:rPr>
      </w:pPr>
      <w:r>
        <w:rPr>
          <w:color w:val="000000"/>
        </w:rPr>
        <w:drawing>
          <wp:inline>
            <wp:extent cx="2409825" cy="400050"/>
            <wp:docPr id="419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 name=""/>
                    <pic:cNvPicPr>
                      <a:picLocks noChangeAspect="1"/>
                    </pic:cNvPicPr>
                  </pic:nvPicPr>
                  <pic:blipFill>
                    <a:blip r:embed="rId319"/>
                    <a:stretch>
                      <a:fillRect/>
                    </a:stretch>
                  </pic:blipFill>
                  <pic:spPr>
                    <a:xfrm>
                      <a:off x="0" y="0"/>
                      <a:ext cx="2409825" cy="4000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因为</w:t>
      </w:r>
      <w:r>
        <w:pict>
          <v:shape id="_x0000_i721864" type="#_x0000_t75" alt="学科网(www.zxxk.com)--教育资源门户，提供试卷、教案、课件、论文、素材以及各类教学资源下载，还有大量而丰富的教学相关资讯！" style="width:38.4pt;height:14.4pt" o:oleicon="f" o:ole="">
            <v:imagedata r:id="rId320" o:title="eqId7d050f40710907c5e69903d97360174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21865" type="#_x0000_t75" alt="学科网(www.zxxk.com)--教育资源门户，提供试卷、教案、课件、论文、素材以及各类教学资源下载，还有大量而丰富的教学相关资讯！" style="width:19pt;height:14.25pt" o:oleicon="f" o:ole="">
            <v:imagedata r:id="rId321" o:title="eqId85e4d959ff11d236356172a8bbd8cb4f"/>
          </v:shape>
        </w:pict>
      </w:r>
      <w:r>
        <w:rPr>
          <w:rFonts w:ascii="宋体" w:eastAsia="宋体" w:hAnsi="宋体" w:cs="宋体"/>
          <w:color w:val="000000"/>
        </w:rPr>
        <w:t>同号，</w:t>
      </w:r>
    </w:p>
    <w:p>
      <w:pPr>
        <w:spacing w:line="360" w:lineRule="auto"/>
        <w:jc w:val="left"/>
        <w:textAlignment w:val="center"/>
        <w:rPr>
          <w:color w:val="000000"/>
        </w:rPr>
      </w:pPr>
      <w:r>
        <w:rPr>
          <w:rFonts w:ascii="宋体" w:eastAsia="宋体" w:hAnsi="宋体" w:cs="宋体"/>
          <w:color w:val="000000"/>
        </w:rPr>
        <w:t>因为</w:t>
      </w:r>
      <w:r>
        <w:pict>
          <v:shape id="_x0000_i721866" type="#_x0000_t75" alt="学科网(www.zxxk.com)--教育资源门户，提供试卷、教案、课件、论文、素材以及各类教学资源下载，还有大量而丰富的教学相关资讯！" style="width:54pt;height:13pt" o:oleicon="f" o:ole="">
            <v:imagedata r:id="rId322" o:title="eqId672a96d9ce571bb8dfb05d9f5b70c8d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21867" type="#_x0000_t75" alt="学科网(www.zxxk.com)--教育资源门户，提供试卷、教案、课件、论文、素材以及各类教学资源下载，还有大量而丰富的教学相关资讯！" style="width:16.5pt;height:14.25pt" o:oleicon="f" o:ole="">
            <v:imagedata r:id="rId323" o:title="eqIdc9a475fec8ded321e10a6697319fb975"/>
          </v:shape>
        </w:pict>
      </w:r>
      <w:r>
        <w:rPr>
          <w:rFonts w:ascii="宋体" w:eastAsia="宋体" w:hAnsi="宋体" w:cs="宋体"/>
          <w:color w:val="000000"/>
        </w:rPr>
        <w:t>同号，</w:t>
      </w:r>
    </w:p>
    <w:p>
      <w:pPr>
        <w:spacing w:line="360" w:lineRule="auto"/>
        <w:jc w:val="left"/>
        <w:textAlignment w:val="center"/>
        <w:rPr>
          <w:color w:val="000000"/>
        </w:rPr>
      </w:pPr>
      <w:r>
        <w:rPr>
          <w:rFonts w:ascii="宋体" w:eastAsia="宋体" w:hAnsi="宋体" w:cs="宋体"/>
          <w:color w:val="000000"/>
        </w:rPr>
        <w:t>所以</w:t>
      </w:r>
      <w:r>
        <w:pict>
          <v:shape id="_x0000_i721868" type="#_x0000_t75" alt="学科网(www.zxxk.com)--教育资源门户，提供试卷、教案、课件、论文、素材以及各类教学资源下载，还有大量而丰富的教学相关资讯！" style="width:32.8pt;height:13.95pt" o:oleicon="f" o:ole="">
            <v:imagedata r:id="rId324" o:title="eqId2e489645a4930d59e21720c0c44ac31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所以①正确；</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因为</w:t>
      </w:r>
      <w:r>
        <w:pict>
          <v:shape id="_x0000_i721869" type="#_x0000_t75" alt="学科网(www.zxxk.com)--教育资源门户，提供试卷、教案、课件、论文、素材以及各类教学资源下载，还有大量而丰富的教学相关资讯！" style="width:32.8pt;height:13.95pt" o:oleicon="f" o:ole="">
            <v:imagedata r:id="rId325" o:title="eqId2e489645a4930d59e21720c0c44ac31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21870" type="#_x0000_t75" alt="学科网(www.zxxk.com)--教育资源门户，提供试卷、教案、课件、论文、素材以及各类教学资源下载，还有大量而丰富的教学相关资讯！" style="width:16.5pt;height:14.25pt" o:oleicon="f" o:ole="">
            <v:imagedata r:id="rId326" o:title="eqIdc9a475fec8ded321e10a6697319fb975"/>
          </v:shape>
        </w:pict>
      </w:r>
      <w:r>
        <w:rPr>
          <w:rFonts w:ascii="宋体" w:eastAsia="宋体" w:hAnsi="宋体" w:cs="宋体"/>
          <w:color w:val="000000"/>
        </w:rPr>
        <w:t>同号，</w:t>
      </w:r>
    </w:p>
    <w:p>
      <w:pPr>
        <w:spacing w:line="360" w:lineRule="auto"/>
        <w:jc w:val="left"/>
        <w:textAlignment w:val="center"/>
        <w:rPr>
          <w:color w:val="000000"/>
        </w:rPr>
      </w:pPr>
      <w:r>
        <w:rPr>
          <w:rFonts w:ascii="宋体" w:eastAsia="宋体" w:hAnsi="宋体" w:cs="宋体"/>
          <w:color w:val="000000"/>
        </w:rPr>
        <w:t>因为</w:t>
      </w:r>
      <w:r>
        <w:pict>
          <v:shape id="_x0000_i721871" type="#_x0000_t75" alt="学科网(www.zxxk.com)--教育资源门户，提供试卷、教案、课件、论文、素材以及各类教学资源下载，还有大量而丰富的教学相关资讯！" style="width:54pt;height:13pt" o:oleicon="f" o:ole="">
            <v:imagedata r:id="rId327" o:title="eqId672a96d9ce571bb8dfb05d9f5b70c8d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21872" type="#_x0000_t75" alt="学科网(www.zxxk.com)--教育资源门户，提供试卷、教案、课件、论文、素材以及各类教学资源下载，还有大量而丰富的教学相关资讯！" style="width:19pt;height:14.25pt" o:oleicon="f" o:ole="">
            <v:imagedata r:id="rId328" o:title="eqId85e4d959ff11d236356172a8bbd8cb4f"/>
          </v:shape>
        </w:pict>
      </w:r>
      <w:r>
        <w:rPr>
          <w:rFonts w:ascii="宋体" w:eastAsia="宋体" w:hAnsi="宋体" w:cs="宋体"/>
          <w:color w:val="000000"/>
        </w:rPr>
        <w:t>可能同号，也可能异号，</w:t>
      </w:r>
    </w:p>
    <w:p>
      <w:pPr>
        <w:spacing w:line="360" w:lineRule="auto"/>
        <w:jc w:val="left"/>
        <w:textAlignment w:val="center"/>
        <w:rPr>
          <w:color w:val="000000"/>
        </w:rPr>
      </w:pPr>
      <w:r>
        <w:rPr>
          <w:rFonts w:ascii="宋体" w:eastAsia="宋体" w:hAnsi="宋体" w:cs="宋体"/>
          <w:color w:val="000000"/>
        </w:rPr>
        <w:t>所以②错误；</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因为</w:t>
      </w:r>
      <w:r>
        <w:pict>
          <v:shape id="_x0000_i721873" type="#_x0000_t75" alt="学科网(www.zxxk.com)--教育资源门户，提供试卷、教案、课件、论文、素材以及各类教学资源下载，还有大量而丰富的教学相关资讯！" style="width:33pt;height:14.25pt" o:oleicon="f" o:ole="">
            <v:imagedata r:id="rId329" o:title="eqId12d4eb7dfb4935d8a8a3fcf0cf90698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21874" type="#_x0000_t75" alt="学科网(www.zxxk.com)--教育资源门户，提供试卷、教案、课件、论文、素材以及各类教学资源下载，还有大量而丰富的教学相关资讯！" style="width:16.5pt;height:14.25pt" o:oleicon="f" o:ole="">
            <v:imagedata r:id="rId330" o:title="eqIdc9a475fec8ded321e10a6697319fb975"/>
          </v:shape>
        </w:pict>
      </w:r>
      <w:r>
        <w:rPr>
          <w:rFonts w:ascii="宋体" w:eastAsia="宋体" w:hAnsi="宋体" w:cs="宋体"/>
          <w:color w:val="000000"/>
        </w:rPr>
        <w:t>异号，</w:t>
      </w:r>
    </w:p>
    <w:p>
      <w:pPr>
        <w:spacing w:line="360" w:lineRule="auto"/>
        <w:jc w:val="left"/>
        <w:textAlignment w:val="center"/>
        <w:rPr>
          <w:color w:val="000000"/>
        </w:rPr>
      </w:pPr>
      <w:r>
        <w:rPr>
          <w:rFonts w:ascii="宋体" w:eastAsia="宋体" w:hAnsi="宋体" w:cs="宋体"/>
          <w:color w:val="000000"/>
        </w:rPr>
        <w:t>因为</w:t>
      </w:r>
      <w:r>
        <w:pict>
          <v:shape id="_x0000_i721875" type="#_x0000_t75" alt="学科网(www.zxxk.com)--教育资源门户，提供试卷、教案、课件、论文、素材以及各类教学资源下载，还有大量而丰富的教学相关资讯！" style="width:54pt;height:13pt" o:oleicon="f" o:ole="">
            <v:imagedata r:id="rId331" o:title="eqId672a96d9ce571bb8dfb05d9f5b70c8d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21876" type="#_x0000_t75" alt="学科网(www.zxxk.com)--教育资源门户，提供试卷、教案、课件、论文、素材以及各类教学资源下载，还有大量而丰富的教学相关资讯！" style="width:19pt;height:14.25pt" o:oleicon="f" o:ole="">
            <v:imagedata r:id="rId332" o:title="eqId85e4d959ff11d236356172a8bbd8cb4f"/>
          </v:shape>
        </w:pict>
      </w:r>
      <w:r>
        <w:rPr>
          <w:rFonts w:ascii="宋体" w:eastAsia="宋体" w:hAnsi="宋体" w:cs="宋体"/>
          <w:color w:val="000000"/>
        </w:rPr>
        <w:t>异号，</w:t>
      </w:r>
    </w:p>
    <w:p>
      <w:pPr>
        <w:spacing w:line="360" w:lineRule="auto"/>
        <w:jc w:val="left"/>
        <w:textAlignment w:val="center"/>
        <w:rPr>
          <w:color w:val="000000"/>
        </w:rPr>
      </w:pPr>
      <w:r>
        <w:rPr>
          <w:rFonts w:ascii="宋体" w:eastAsia="宋体" w:hAnsi="宋体" w:cs="宋体"/>
          <w:color w:val="000000"/>
        </w:rPr>
        <w:t>所以</w:t>
      </w:r>
      <w:r>
        <w:pict>
          <v:shape id="_x0000_i721877" type="#_x0000_t75" alt="学科网(www.zxxk.com)--教育资源门户，提供试卷、教案、课件、论文、素材以及各类教学资源下载，还有大量而丰富的教学相关资讯！" style="width:35.15pt;height:14pt" o:oleicon="f" o:ole="">
            <v:imagedata r:id="rId333" o:title="eqId57957b7152213d4b31e604603f911a5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所以③正确；</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因为</w:t>
      </w:r>
      <w:r>
        <w:pict>
          <v:shape id="_x0000_i721878" type="#_x0000_t75" alt="学科网(www.zxxk.com)--教育资源门户，提供试卷、教案、课件、论文、素材以及各类教学资源下载，还有大量而丰富的教学相关资讯！" style="width:35.15pt;height:14pt" o:oleicon="f" o:ole="">
            <v:imagedata r:id="rId334" o:title="eqId57957b7152213d4b31e604603f911a5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21879" type="#_x0000_t75" alt="学科网(www.zxxk.com)--教育资源门户，提供试卷、教案、课件、论文、素材以及各类教学资源下载，还有大量而丰富的教学相关资讯！" style="width:19pt;height:14.25pt" o:oleicon="f" o:ole="">
            <v:imagedata r:id="rId335" o:title="eqId85e4d959ff11d236356172a8bbd8cb4f"/>
          </v:shape>
        </w:pict>
      </w:r>
      <w:r>
        <w:rPr>
          <w:rFonts w:ascii="宋体" w:eastAsia="宋体" w:hAnsi="宋体" w:cs="宋体"/>
          <w:color w:val="000000"/>
        </w:rPr>
        <w:t>异号，</w:t>
      </w:r>
    </w:p>
    <w:p>
      <w:pPr>
        <w:spacing w:line="360" w:lineRule="auto"/>
        <w:jc w:val="left"/>
        <w:textAlignment w:val="center"/>
        <w:rPr>
          <w:color w:val="000000"/>
        </w:rPr>
      </w:pPr>
      <w:r>
        <w:rPr>
          <w:rFonts w:ascii="宋体" w:eastAsia="宋体" w:hAnsi="宋体" w:cs="宋体"/>
          <w:color w:val="000000"/>
        </w:rPr>
        <w:t>因为</w:t>
      </w:r>
      <w:r>
        <w:pict>
          <v:shape id="_x0000_i721880" type="#_x0000_t75" alt="学科网(www.zxxk.com)--教育资源门户，提供试卷、教案、课件、论文、素材以及各类教学资源下载，还有大量而丰富的教学相关资讯！" style="width:54pt;height:13pt" o:oleicon="f" o:ole="">
            <v:imagedata r:id="rId336" o:title="eqId672a96d9ce571bb8dfb05d9f5b70c8d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21881" type="#_x0000_t75" alt="学科网(www.zxxk.com)--教育资源门户，提供试卷、教案、课件、论文、素材以及各类教学资源下载，还有大量而丰富的教学相关资讯！" style="width:16.5pt;height:14.25pt" o:oleicon="f" o:ole="">
            <v:imagedata r:id="rId337" o:title="eqIdc9a475fec8ded321e10a6697319fb975"/>
          </v:shape>
        </w:pict>
      </w:r>
      <w:r>
        <w:rPr>
          <w:rFonts w:ascii="宋体" w:eastAsia="宋体" w:hAnsi="宋体" w:cs="宋体"/>
          <w:color w:val="000000"/>
        </w:rPr>
        <w:t>可能同号，也可能异号，</w:t>
      </w:r>
    </w:p>
    <w:p>
      <w:pPr>
        <w:spacing w:line="360" w:lineRule="auto"/>
        <w:jc w:val="left"/>
        <w:textAlignment w:val="center"/>
        <w:rPr>
          <w:color w:val="000000"/>
        </w:rPr>
      </w:pPr>
      <w:r>
        <w:rPr>
          <w:rFonts w:ascii="宋体" w:eastAsia="宋体" w:hAnsi="宋体" w:cs="宋体"/>
          <w:color w:val="000000"/>
        </w:rPr>
        <w:t>所以④错误；</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故答案为：①③．</w:t>
      </w:r>
    </w:p>
    <w:p>
      <w:pPr>
        <w:spacing w:line="360" w:lineRule="auto"/>
        <w:jc w:val="left"/>
        <w:textAlignment w:val="center"/>
        <w:rPr>
          <w:color w:val="000000"/>
        </w:rPr>
      </w:pPr>
      <w:r>
        <w:rPr>
          <w:color w:val="000000"/>
        </w:rPr>
        <w:t>【点睛】</w:t>
      </w:r>
      <w:r>
        <w:rPr>
          <w:rFonts w:ascii="宋体" w:eastAsia="宋体" w:hAnsi="宋体" w:cs="宋体"/>
          <w:color w:val="000000"/>
        </w:rPr>
        <w:t>本题考查了数形结合思想，根据同号得正，异号得负，数轴上靠近右边的数大于左边的数，熟练掌握上述知识是解题的关键．</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60</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16</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12</w:t>
      </w:r>
      <w:r>
        <w:rPr>
          <w:rFonts w:ascii="宋体" w:eastAsia="宋体" w:hAnsi="宋体" w:cs="宋体"/>
          <w:b/>
          <w:color w:val="000000"/>
          <w:sz w:val="24"/>
        </w:rPr>
        <w:t>分，第</w:t>
      </w:r>
      <w:r>
        <w:rPr>
          <w:rFonts w:ascii="Times New Roman" w:eastAsia="Times New Roman" w:hAnsi="Times New Roman" w:cs="Times New Roman"/>
          <w:b/>
          <w:color w:val="000000"/>
          <w:sz w:val="24"/>
        </w:rPr>
        <w:t>23</w:t>
      </w:r>
      <w:r>
        <w:rPr>
          <w:rFonts w:ascii="宋体" w:eastAsia="宋体" w:hAnsi="宋体" w:cs="宋体"/>
          <w:b/>
          <w:color w:val="000000"/>
          <w:sz w:val="24"/>
        </w:rPr>
        <w:t>题</w:t>
      </w:r>
      <w:r>
        <w:rPr>
          <w:rFonts w:ascii="Times New Roman" w:eastAsia="Times New Roman" w:hAnsi="Times New Roman" w:cs="Times New Roman"/>
          <w:b/>
          <w:color w:val="000000"/>
          <w:sz w:val="24"/>
        </w:rPr>
        <w:t>12</w:t>
      </w:r>
      <w:r>
        <w:rPr>
          <w:rFonts w:ascii="宋体" w:eastAsia="宋体" w:hAnsi="宋体" w:cs="宋体"/>
          <w:b/>
          <w:color w:val="000000"/>
          <w:sz w:val="24"/>
        </w:rPr>
        <w:t>分，第</w:t>
      </w:r>
      <w:r>
        <w:rPr>
          <w:rFonts w:ascii="Times New Roman" w:eastAsia="Times New Roman" w:hAnsi="Times New Roman" w:cs="Times New Roman"/>
          <w:b/>
          <w:color w:val="000000"/>
          <w:sz w:val="24"/>
        </w:rPr>
        <w:t>24</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题</w:t>
      </w:r>
      <w:r>
        <w:rPr>
          <w:rFonts w:ascii="Times New Roman" w:eastAsia="Times New Roman" w:hAnsi="Times New Roman" w:cs="Times New Roman"/>
          <w:b/>
          <w:color w:val="000000"/>
          <w:sz w:val="24"/>
        </w:rPr>
        <w:t>3</w:t>
      </w:r>
      <w:r>
        <w:rPr>
          <w:rFonts w:ascii="宋体" w:eastAsia="宋体" w:hAnsi="宋体" w:cs="宋体"/>
          <w:b/>
          <w:color w:val="000000"/>
          <w:sz w:val="24"/>
        </w:rPr>
        <w:t>分）解答应写出文字说明、演算步骤或证明过程．</w:t>
      </w:r>
    </w:p>
    <w:p>
      <w:pPr>
        <w:pStyle w:val="Heading2"/>
      </w:pPr>
      <w:r>
        <w:t>第二中学</w:t>
      </w:r>
    </w:p>
    <w:p>
      <w:pPr>
        <w:spacing w:line="360" w:lineRule="auto"/>
        <w:jc w:val="both"/>
        <w:textAlignment w:val="center"/>
        <w:rPr>
          <w:color w:val="000000"/>
        </w:rPr>
      </w:pPr>
      <w:r>
        <w:rPr>
          <w:color w:val="000000"/>
        </w:rPr>
        <w:t xml:space="preserve">16. </w:t>
      </w:r>
      <w:r>
        <w:rPr>
          <w:rFonts w:ascii="宋体" w:eastAsia="宋体" w:hAnsi="宋体" w:cs="宋体"/>
          <w:color w:val="000000"/>
        </w:rPr>
        <w:t>对于两个不相等的有理数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，我们规定符号</w:t>
      </w:r>
      <w:r>
        <w:pict>
          <v:shape id="_x0000_i721882" type="#_x0000_t75" alt="学科网(www.zxxk.com)--教育资源门户，提供试卷、教案、课件、论文、素材以及各类教学资源下载，还有大量而丰富的教学相关资讯！" style="width:50.4pt;height:16.2pt" o:oleicon="f" o:ole="">
            <v:imagedata r:id="rId338" o:title="eqId53ad6b511253288bb1a39cf30a82e644"/>
          </v:shape>
        </w:pict>
      </w:r>
      <w:r>
        <w:rPr>
          <w:rFonts w:ascii="宋体" w:eastAsia="宋体" w:hAnsi="宋体" w:cs="宋体"/>
          <w:color w:val="000000"/>
        </w:rPr>
        <w:t>表示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两数中较大的数，例如</w:t>
      </w:r>
      <w:r>
        <w:pict>
          <v:shape id="_x0000_i721883" type="#_x0000_t75" alt="学科网(www.zxxk.com)--教育资源门户，提供试卷、教案、课件、论文、素材以及各类教学资源下载，还有大量而丰富的教学相关资讯！" style="width:75pt;height:16.2pt" o:oleicon="f" o:ole="">
            <v:imagedata r:id="rId339" o:title="eqId38d42af7b03a0b203ff3c3d3c4e78a74"/>
          </v:shape>
        </w:pict>
      </w:r>
      <w:r>
        <w:rPr>
          <w:rFonts w:ascii="宋体" w:eastAsia="宋体" w:hAnsi="宋体" w:cs="宋体"/>
          <w:color w:val="000000"/>
        </w:rPr>
        <w:t>．按照这个规定，方程</w:t>
      </w:r>
      <w:r>
        <w:pict>
          <v:shape id="_x0000_i721884" type="#_x0000_t75" alt="学科网(www.zxxk.com)--教育资源门户，提供试卷、教案、课件、论文、素材以及各类教学资源下载，还有大量而丰富的教学相关资讯！" style="width:95.4pt;height:16.2pt" o:oleicon="f" o:ole="">
            <v:imagedata r:id="rId340" o:title="eqId1d4be49c377adf8ce346560acef7dc8f"/>
          </v:shape>
        </w:pict>
      </w:r>
      <w:r>
        <w:rPr>
          <w:rFonts w:ascii="宋体" w:eastAsia="宋体" w:hAnsi="宋体" w:cs="宋体"/>
          <w:color w:val="000000"/>
        </w:rPr>
        <w:t>的解为</w:t>
      </w:r>
      <w:r>
        <w:rPr>
          <w:color w:val="000000"/>
        </w:rPr>
        <w:t>_______</w:t>
      </w:r>
      <w:r>
        <w:rPr>
          <w:rFonts w:ascii="宋体" w:eastAsia="宋体" w:hAnsi="宋体" w:cs="宋体"/>
          <w:color w:val="000000"/>
        </w:rPr>
        <w:t>．</w:t>
      </w:r>
    </w:p>
    <w:p>
      <w:pPr>
        <w:spacing w:line="360" w:lineRule="auto"/>
        <w:textAlignment w:val="center"/>
        <w:rPr>
          <w:color w:val="000000"/>
        </w:rPr>
      </w:pPr>
      <w:r>
        <w:rPr>
          <w:color w:val="2E75B6"/>
        </w:rPr>
        <w:t>【答案】</w:t>
      </w:r>
      <w:r>
        <w:pict>
          <v:shape id="_x0000_i721885" type="#_x0000_t75" alt="学科网(www.zxxk.com)--教育资源门户，提供试卷、教案、课件、论文、素材以及各类教学资源下载，还有大量而丰富的教学相关资讯！" style="width:37.05pt;height:30.8pt" o:oleicon="f" o:ole="">
            <v:imagedata r:id="rId341" o:title="eqIde9ad96a0492c77ae833043352654a98b"/>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根据题意可排除</w:t>
      </w:r>
      <w:r>
        <w:rPr>
          <w:rFonts w:ascii="Times New Roman" w:eastAsia="Times New Roman" w:hAnsi="Times New Roman" w:cs="Times New Roman"/>
          <w:i/>
          <w:color w:val="000000"/>
        </w:rPr>
        <w:t>x</w:t>
      </w:r>
      <w:r>
        <w:rPr>
          <w:rFonts w:ascii="宋体" w:eastAsia="宋体" w:hAnsi="宋体" w:cs="宋体"/>
          <w:color w:val="000000"/>
        </w:rPr>
        <w:t>为非负数的情形，则考虑</w:t>
      </w:r>
      <w:r>
        <w:rPr>
          <w:rFonts w:ascii="Times New Roman" w:eastAsia="Times New Roman" w:hAnsi="Times New Roman" w:cs="Times New Roman"/>
          <w:i/>
          <w:color w:val="000000"/>
        </w:rPr>
        <w:t>x</w:t>
      </w:r>
      <w:r>
        <w:rPr>
          <w:rFonts w:ascii="宋体" w:eastAsia="宋体" w:hAnsi="宋体" w:cs="宋体"/>
          <w:color w:val="000000"/>
        </w:rPr>
        <w:t>正数的情形，然后解一元一次方程即可．</w:t>
      </w:r>
    </w:p>
    <w:p>
      <w:pPr>
        <w:spacing w:line="360" w:lineRule="auto"/>
        <w:jc w:val="both"/>
        <w:textAlignment w:val="center"/>
        <w:rPr>
          <w:color w:val="000000"/>
        </w:rPr>
      </w:pPr>
      <w:r>
        <w:rPr>
          <w:color w:val="000000"/>
        </w:rPr>
        <w:t>【详解】</w:t>
      </w: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为正数时，则</w:t>
      </w:r>
      <w:r>
        <w:pict>
          <v:shape id="_x0000_i721886" type="#_x0000_t75" alt="学科网(www.zxxk.com)--教育资源门户，提供试卷、教案、课件、论文、素材以及各类教学资源下载，还有大量而丰富的教学相关资讯！" style="width:114pt;height:15.75pt" o:oleicon="f" o:ole="">
            <v:imagedata r:id="rId342" o:title="eqId9154cfc97ccdb328f72b237c239d8475"/>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rPr>
          <w:rFonts w:ascii="Times New Roman" w:eastAsia="Times New Roman" w:hAnsi="Times New Roman" w:cs="Times New Roman"/>
          <w:i/>
          <w:color w:val="000000"/>
        </w:rPr>
        <w:t>x</w:t>
      </w:r>
      <w:r>
        <w:rPr>
          <w:rFonts w:ascii="宋体" w:eastAsia="宋体" w:hAnsi="宋体" w:cs="宋体"/>
          <w:color w:val="000000"/>
        </w:rPr>
        <w:t>不可能为正数，故</w:t>
      </w:r>
      <w:r>
        <w:rPr>
          <w:rFonts w:ascii="Times New Roman" w:eastAsia="Times New Roman" w:hAnsi="Times New Roman" w:cs="Times New Roman"/>
          <w:i/>
          <w:color w:val="000000"/>
        </w:rPr>
        <w:t>x</w:t>
      </w:r>
      <w:r>
        <w:rPr>
          <w:rFonts w:ascii="宋体" w:eastAsia="宋体" w:hAnsi="宋体" w:cs="宋体"/>
          <w:color w:val="000000"/>
        </w:rPr>
        <w:t>为负数，</w:t>
      </w:r>
    </w:p>
    <w:p>
      <w:pPr>
        <w:spacing w:line="360" w:lineRule="auto"/>
        <w:jc w:val="both"/>
        <w:textAlignment w:val="center"/>
        <w:rPr>
          <w:color w:val="000000"/>
        </w:rPr>
      </w:pPr>
      <w:r>
        <w:rPr>
          <w:rFonts w:ascii="宋体" w:eastAsia="宋体" w:hAnsi="宋体" w:cs="宋体"/>
          <w:color w:val="000000"/>
        </w:rPr>
        <w:t>所以</w:t>
      </w:r>
      <w:r>
        <w:pict>
          <v:shape id="_x0000_i721887" type="#_x0000_t75" alt="学科网(www.zxxk.com)--教育资源门户，提供试卷、教案、课件、论文、素材以及各类教学资源下载，还有大量而丰富的教学相关资讯！" style="width:56.25pt;height:14.25pt" o:oleicon="f" o:ole="">
            <v:imagedata r:id="rId343" o:title="eqId083f6ed2d378e09e3fcbca98823a90fc"/>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pict>
          <v:shape id="_x0000_i721888" type="#_x0000_t75" alt="学科网(www.zxxk.com)--教育资源门户，提供试卷、教案、课件、论文、素材以及各类教学资源下载，还有大量而丰富的教学相关资讯！" style="width:37.05pt;height:30.8pt" o:oleicon="f" o:ole="">
            <v:imagedata r:id="rId344" o:title="eqIde9ad96a0492c77ae833043352654a98b"/>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pict>
          <v:shape id="_x0000_i721889" type="#_x0000_t75" alt="学科网(www.zxxk.com)--教育资源门户，提供试卷、教案、课件、论文、素材以及各类教学资源下载，还有大量而丰富的教学相关资讯！" style="width:37.05pt;height:30.8pt" o:oleicon="f" o:ole="">
            <v:imagedata r:id="rId345" o:title="eqIde9ad96a0492c77ae833043352654a98b"/>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本题考查了解一元一次方程，关键是弄懂符号</w:t>
      </w:r>
      <w:r>
        <w:pict>
          <v:shape id="_x0000_i721890" type="#_x0000_t75" alt="学科网(www.zxxk.com)--教育资源门户，提供试卷、教案、课件、论文、素材以及各类教学资源下载，还有大量而丰富的教学相关资讯！" style="width:50.4pt;height:16.2pt" o:oleicon="f" o:ole="">
            <v:imagedata r:id="rId346" o:title="eqId53ad6b511253288bb1a39cf30a82e644"/>
          </v:shape>
        </w:pict>
      </w:r>
      <w:r>
        <w:rPr>
          <w:rFonts w:ascii="宋体" w:eastAsia="宋体" w:hAnsi="宋体" w:cs="宋体"/>
          <w:color w:val="000000"/>
        </w:rPr>
        <w:t>的含义，另外要考虑</w:t>
      </w:r>
      <w:r>
        <w:rPr>
          <w:rFonts w:ascii="Times New Roman" w:eastAsia="Times New Roman" w:hAnsi="Times New Roman" w:cs="Times New Roman"/>
          <w:i/>
          <w:color w:val="000000"/>
        </w:rPr>
        <w:t>x</w:t>
      </w:r>
      <w:r>
        <w:rPr>
          <w:rFonts w:ascii="宋体" w:eastAsia="宋体" w:hAnsi="宋体" w:cs="宋体"/>
          <w:color w:val="000000"/>
        </w:rPr>
        <w:t>的取值情况．</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17-20</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22-23</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24-26</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27-28</w:t>
      </w:r>
      <w:r>
        <w:rPr>
          <w:rFonts w:ascii="宋体" w:eastAsia="宋体" w:hAnsi="宋体" w:cs="宋体"/>
          <w:b/>
          <w:color w:val="000000"/>
          <w:sz w:val="24"/>
        </w:rPr>
        <w:t>题，每题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pStyle w:val="Heading2"/>
      </w:pPr>
      <w:r>
        <w:t>第八中学</w:t>
      </w:r>
    </w:p>
    <w:p>
      <w:pPr>
        <w:spacing w:line="360" w:lineRule="auto"/>
        <w:jc w:val="left"/>
        <w:textAlignment w:val="center"/>
        <w:rPr>
          <w:color w:val="000000"/>
        </w:rPr>
      </w:pPr>
      <w:r>
        <w:rPr>
          <w:color w:val="000000"/>
        </w:rPr>
        <w:t xml:space="preserve">18. </w:t>
      </w:r>
      <w:r>
        <w:rPr>
          <w:rFonts w:ascii="宋体" w:eastAsia="宋体" w:hAnsi="宋体" w:cs="宋体"/>
          <w:color w:val="000000"/>
        </w:rPr>
        <w:t>阅读材料，并回答问题：</w:t>
      </w:r>
    </w:p>
    <w:p>
      <w:pPr>
        <w:spacing w:line="360" w:lineRule="auto"/>
        <w:jc w:val="left"/>
        <w:textAlignment w:val="center"/>
        <w:rPr>
          <w:color w:val="000000"/>
        </w:rPr>
      </w:pPr>
      <w:r>
        <w:rPr>
          <w:rFonts w:ascii="宋体" w:eastAsia="宋体" w:hAnsi="宋体" w:cs="宋体"/>
          <w:color w:val="000000"/>
        </w:rPr>
        <w:t>钟表中蕴含着有趣的数学运算，不用负数也可以作减法，例如：现在是</w:t>
      </w:r>
      <w:r>
        <w:rPr>
          <w:rFonts w:ascii="Times New Roman" w:eastAsia="Times New Roman" w:hAnsi="Times New Roman" w:cs="Times New Roman"/>
          <w:color w:val="000000"/>
        </w:rPr>
        <w:t>10</w:t>
      </w:r>
      <w:r>
        <w:rPr>
          <w:rFonts w:ascii="宋体" w:eastAsia="宋体" w:hAnsi="宋体" w:cs="宋体"/>
          <w:color w:val="000000"/>
        </w:rPr>
        <w:t>点钟，</w:t>
      </w:r>
      <w:r>
        <w:rPr>
          <w:rFonts w:ascii="Times New Roman" w:eastAsia="Times New Roman" w:hAnsi="Times New Roman" w:cs="Times New Roman"/>
          <w:color w:val="000000"/>
        </w:rPr>
        <w:t>4</w:t>
      </w:r>
      <w:r>
        <w:rPr>
          <w:rFonts w:ascii="宋体" w:eastAsia="宋体" w:hAnsi="宋体" w:cs="宋体"/>
          <w:color w:val="000000"/>
        </w:rPr>
        <w:t>小时以后是几点钟？虽然</w:t>
      </w:r>
      <w:r>
        <w:pict>
          <v:shape id="_x0000_i721891" type="#_x0000_t75" alt="学科网(www.zxxk.com)--教育资源门户，提供试卷、教案、课件、论文、素材以及各类教学资源下载，还有大量而丰富的教学相关资讯！" style="width:54pt;height:13.95pt" o:oleicon="f" o:ole="">
            <v:imagedata r:id="rId348" o:title="eqIdc3d1ea5488efe4c782aff627fed52fe5"/>
          </v:shape>
        </w:pict>
      </w:r>
      <w:r>
        <w:rPr>
          <w:rFonts w:ascii="宋体" w:eastAsia="宋体" w:hAnsi="宋体" w:cs="宋体"/>
          <w:color w:val="000000"/>
        </w:rPr>
        <w:t>，但在表盘中看到的是</w:t>
      </w:r>
      <w:r>
        <w:rPr>
          <w:rFonts w:ascii="Times New Roman" w:eastAsia="Times New Roman" w:hAnsi="Times New Roman" w:cs="Times New Roman"/>
          <w:color w:val="000000"/>
        </w:rPr>
        <w:t>2</w:t>
      </w:r>
      <w:r>
        <w:rPr>
          <w:rFonts w:ascii="宋体" w:eastAsia="宋体" w:hAnsi="宋体" w:cs="宋体"/>
          <w:color w:val="000000"/>
        </w:rPr>
        <w:t>点钟．如果用符号“</w:t>
      </w:r>
      <w:r>
        <w:pict>
          <v:shape id="_x0000_i721892" type="#_x0000_t75" alt="学科网(www.zxxk.com)--教育资源门户，提供试卷、教案、课件、论文、素材以及各类教学资源下载，还有大量而丰富的教学相关资讯！" style="width:12.75pt;height:14.25pt" o:oleicon="f" o:ole="">
            <v:imagedata r:id="rId349" o:title="eqId4c3c2f679d53b91088ba6eb14c16cbc0"/>
          </v:shape>
        </w:pict>
      </w:r>
      <w:r>
        <w:rPr>
          <w:rFonts w:ascii="宋体" w:eastAsia="宋体" w:hAnsi="宋体" w:cs="宋体"/>
          <w:color w:val="000000"/>
        </w:rPr>
        <w:t>”表示钟表上的加法，则</w:t>
      </w:r>
      <w:r>
        <w:pict>
          <v:shape id="_x0000_i721893" type="#_x0000_t75" alt="学科网(www.zxxk.com)--教育资源门户，提供试卷、教案、课件、论文、素材以及各类教学资源下载，还有大量而丰富的教学相关资讯！" style="width:51pt;height:13.95pt" o:oleicon="f" o:ole="">
            <v:imagedata r:id="rId350" o:title="eqId42e8224198b4587c41c3b170cd2c1c48"/>
          </v:shape>
        </w:pict>
      </w:r>
      <w:r>
        <w:rPr>
          <w:rFonts w:ascii="宋体" w:eastAsia="宋体" w:hAnsi="宋体" w:cs="宋体"/>
          <w:color w:val="000000"/>
        </w:rPr>
        <w:t>．若问</w:t>
      </w:r>
      <w:r>
        <w:rPr>
          <w:rFonts w:ascii="Times New Roman" w:eastAsia="Times New Roman" w:hAnsi="Times New Roman" w:cs="Times New Roman"/>
          <w:color w:val="000000"/>
        </w:rPr>
        <w:t>2</w:t>
      </w:r>
      <w:r>
        <w:rPr>
          <w:rFonts w:ascii="宋体" w:eastAsia="宋体" w:hAnsi="宋体" w:cs="宋体"/>
          <w:color w:val="000000"/>
        </w:rPr>
        <w:t>点钟之前</w:t>
      </w:r>
      <w:r>
        <w:rPr>
          <w:rFonts w:ascii="Times New Roman" w:eastAsia="Times New Roman" w:hAnsi="Times New Roman" w:cs="Times New Roman"/>
          <w:color w:val="000000"/>
        </w:rPr>
        <w:t>4</w:t>
      </w:r>
      <w:r>
        <w:rPr>
          <w:rFonts w:ascii="宋体" w:eastAsia="宋体" w:hAnsi="宋体" w:cs="宋体"/>
          <w:color w:val="000000"/>
        </w:rPr>
        <w:t>小时是几点钟，就得到钟表上的减法概念，用符号“</w:t>
      </w:r>
      <w:r>
        <w:rPr>
          <w:color w:val="000000"/>
        </w:rPr>
        <w:drawing>
          <wp:inline>
            <wp:extent cx="104775" cy="104775"/>
            <wp:docPr id="419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0" name=""/>
                    <pic:cNvPicPr>
                      <a:picLocks noChangeAspect="1"/>
                    </pic:cNvPicPr>
                  </pic:nvPicPr>
                  <pic:blipFill>
                    <a:blip r:embed="rId347"/>
                    <a:stretch>
                      <a:fillRect/>
                    </a:stretch>
                  </pic:blipFill>
                  <pic:spPr>
                    <a:xfrm>
                      <a:off x="0" y="0"/>
                      <a:ext cx="104775" cy="104775"/>
                    </a:xfrm>
                    <a:prstGeom prst="rect">
                      <a:avLst/>
                    </a:prstGeom>
                  </pic:spPr>
                </pic:pic>
              </a:graphicData>
            </a:graphic>
          </wp:inline>
        </w:drawing>
      </w:r>
      <w:r>
        <w:rPr>
          <w:rFonts w:ascii="宋体" w:eastAsia="宋体" w:hAnsi="宋体" w:cs="宋体"/>
          <w:color w:val="000000"/>
        </w:rPr>
        <w:t>”表示钟表上的减法．（注：我们用</w:t>
      </w:r>
      <w:r>
        <w:rPr>
          <w:rFonts w:ascii="Times New Roman" w:eastAsia="Times New Roman" w:hAnsi="Times New Roman" w:cs="Times New Roman"/>
          <w:color w:val="000000"/>
        </w:rPr>
        <w:t>0</w:t>
      </w:r>
      <w:r>
        <w:rPr>
          <w:rFonts w:ascii="宋体" w:eastAsia="宋体" w:hAnsi="宋体" w:cs="宋体"/>
          <w:color w:val="000000"/>
        </w:rPr>
        <w:t>点钟代替</w:t>
      </w:r>
      <w:r>
        <w:rPr>
          <w:rFonts w:ascii="Times New Roman" w:eastAsia="Times New Roman" w:hAnsi="Times New Roman" w:cs="Times New Roman"/>
          <w:color w:val="000000"/>
        </w:rPr>
        <w:t>12</w:t>
      </w:r>
      <w:r>
        <w:rPr>
          <w:rFonts w:ascii="宋体" w:eastAsia="宋体" w:hAnsi="宋体" w:cs="宋体"/>
          <w:color w:val="000000"/>
        </w:rPr>
        <w:t>点钟）．</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21894" type="#_x0000_t75" alt="学科网(www.zxxk.com)--教育资源门户，提供试卷、教案、课件、论文、素材以及各类教学资源下载，还有大量而丰富的教学相关资讯！" style="width:37pt;height:13.95pt" o:oleicon="f" o:ole="">
            <v:imagedata r:id="rId351" o:title="eqId85a5a3c3434389ed16d53f00bb784199"/>
          </v:shape>
        </w:pict>
      </w:r>
      <w:r>
        <w:rPr>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）在有理数运算中，相加得零的两个数互为相反数，如果在钟表运算中沿用这个概念，则</w:t>
      </w:r>
      <w:r>
        <w:rPr>
          <w:rFonts w:ascii="Times New Roman" w:eastAsia="Times New Roman" w:hAnsi="Times New Roman" w:cs="Times New Roman"/>
          <w:color w:val="000000"/>
        </w:rPr>
        <w:t>7</w:t>
      </w:r>
      <w:r>
        <w:rPr>
          <w:rFonts w:ascii="宋体" w:eastAsia="宋体" w:hAnsi="宋体" w:cs="宋体"/>
          <w:color w:val="000000"/>
        </w:rPr>
        <w:t>的相反数是</w:t>
      </w:r>
      <w:r>
        <w:rPr>
          <w:color w:val="000000"/>
        </w:rPr>
        <w:t>______</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3</w:t>
      </w:r>
      <w:r>
        <w:rPr>
          <w:color w:val="000000"/>
        </w:rPr>
        <w:t xml:space="preserve">    ②. </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）分别按照钟表上的加法概念，进行计算即可解答；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）根据钟面上用</w:t>
      </w:r>
      <w:r>
        <w:rPr>
          <w:rFonts w:ascii="Times New Roman" w:eastAsia="Times New Roman" w:hAnsi="Times New Roman" w:cs="Times New Roman"/>
          <w:color w:val="000000"/>
        </w:rPr>
        <w:t>0</w:t>
      </w:r>
      <w:r>
        <w:rPr>
          <w:rFonts w:ascii="宋体" w:eastAsia="宋体" w:hAnsi="宋体" w:cs="宋体"/>
          <w:color w:val="000000"/>
        </w:rPr>
        <w:t>点钟代替</w:t>
      </w:r>
      <w:r>
        <w:rPr>
          <w:rFonts w:ascii="Times New Roman" w:eastAsia="Times New Roman" w:hAnsi="Times New Roman" w:cs="Times New Roman"/>
          <w:color w:val="000000"/>
        </w:rPr>
        <w:t>12</w:t>
      </w:r>
      <w:r>
        <w:rPr>
          <w:rFonts w:ascii="宋体" w:eastAsia="宋体" w:hAnsi="宋体" w:cs="宋体"/>
          <w:color w:val="000000"/>
        </w:rPr>
        <w:t>点钟，可得</w:t>
      </w:r>
      <w:r>
        <w:rPr>
          <w:rFonts w:ascii="Times New Roman" w:eastAsia="Times New Roman" w:hAnsi="Times New Roman" w:cs="Times New Roman"/>
          <w:color w:val="000000"/>
        </w:rPr>
        <w:t>7</w:t>
      </w:r>
      <w:r>
        <w:rPr>
          <w:rFonts w:ascii="宋体" w:eastAsia="宋体" w:hAnsi="宋体" w:cs="宋体"/>
          <w:color w:val="000000"/>
        </w:rPr>
        <w:t>的相反数．</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21895" type="#_x0000_t75" alt="学科网(www.zxxk.com)--教育资源门户，提供试卷、教案、课件、论文、素材以及各类教学资源下载，还有大量而丰富的教学相关资讯！" style="width:37pt;height:13.95pt" o:oleicon="f" o:ole="">
            <v:imagedata r:id="rId352" o:title="eqId85a5a3c3434389ed16d53f00bb784199"/>
          </v:shape>
        </w:pict>
      </w:r>
      <w:r>
        <w:rPr>
          <w:rFonts w:ascii="宋体" w:eastAsia="宋体" w:hAnsi="宋体" w:cs="宋体"/>
          <w:color w:val="000000"/>
        </w:rPr>
        <w:t>表示</w:t>
      </w:r>
      <w:r>
        <w:rPr>
          <w:rFonts w:ascii="Times New Roman" w:eastAsia="Times New Roman" w:hAnsi="Times New Roman" w:cs="Times New Roman"/>
          <w:color w:val="000000"/>
        </w:rPr>
        <w:t>9</w:t>
      </w:r>
      <w:r>
        <w:rPr>
          <w:rFonts w:ascii="宋体" w:eastAsia="宋体" w:hAnsi="宋体" w:cs="宋体"/>
          <w:color w:val="000000"/>
        </w:rPr>
        <w:t>点钟以后</w:t>
      </w:r>
      <w:r>
        <w:rPr>
          <w:rFonts w:ascii="Times New Roman" w:eastAsia="Times New Roman" w:hAnsi="Times New Roman" w:cs="Times New Roman"/>
          <w:color w:val="000000"/>
        </w:rPr>
        <w:t>6</w:t>
      </w:r>
      <w:r>
        <w:rPr>
          <w:rFonts w:ascii="宋体" w:eastAsia="宋体" w:hAnsi="宋体" w:cs="宋体"/>
          <w:color w:val="000000"/>
        </w:rPr>
        <w:t>小时的时间，从表盘上看为</w:t>
      </w:r>
      <w:r>
        <w:rPr>
          <w:rFonts w:ascii="Times New Roman" w:eastAsia="Times New Roman" w:hAnsi="Times New Roman" w:cs="Times New Roman"/>
          <w:color w:val="000000"/>
        </w:rPr>
        <w:t>3</w:t>
      </w:r>
      <w:r>
        <w:rPr>
          <w:rFonts w:ascii="宋体" w:eastAsia="宋体" w:hAnsi="宋体" w:cs="宋体"/>
          <w:color w:val="000000"/>
        </w:rPr>
        <w:t>点，</w:t>
      </w:r>
    </w:p>
    <w:p>
      <w:pPr>
        <w:spacing w:line="360" w:lineRule="auto"/>
        <w:jc w:val="left"/>
        <w:textAlignment w:val="center"/>
        <w:rPr>
          <w:color w:val="000000"/>
        </w:rPr>
      </w:pPr>
      <w:r>
        <w:rPr>
          <w:rFonts w:ascii="宋体" w:eastAsia="宋体" w:hAnsi="宋体" w:cs="宋体"/>
          <w:color w:val="000000"/>
        </w:rPr>
        <w:t>∴</w:t>
      </w:r>
      <w:r>
        <w:pict>
          <v:shape id="_x0000_i721896" type="#_x0000_t75" alt="学科网(www.zxxk.com)--教育资源门户，提供试卷、教案、课件、论文、素材以及各类教学资源下载，还有大量而丰富的教学相关资讯！" style="width:45pt;height:13.8pt" o:oleicon="f" o:ole="">
            <v:imagedata r:id="rId353" o:title="eqId6707e9bbcf8adc9dbf3244a7358dbbd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（2）∵</w:t>
      </w:r>
      <w:r>
        <w:pict>
          <v:shape id="_x0000_i721897" type="#_x0000_t75" alt="学科网(www.zxxk.com)--教育资源门户，提供试卷、教案、课件、论文、素材以及各类教学资源下载，还有大量而丰富的教学相关资讯！" style="width:51.75pt;height:14.25pt" o:oleicon="f" o:ole="">
            <v:imagedata r:id="rId354" o:title="eqIdc48f100e659c75d02bfd2ec7f1c7f55d"/>
          </v:shape>
        </w:pic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点钟代替</w:t>
      </w:r>
      <w:r>
        <w:rPr>
          <w:rFonts w:ascii="Times New Roman" w:eastAsia="Times New Roman" w:hAnsi="Times New Roman" w:cs="Times New Roman"/>
          <w:color w:val="000000"/>
        </w:rPr>
        <w:t>12</w:t>
      </w:r>
      <w:r>
        <w:rPr>
          <w:rFonts w:ascii="宋体" w:eastAsia="宋体" w:hAnsi="宋体" w:cs="宋体"/>
          <w:color w:val="000000"/>
        </w:rPr>
        <w:t>点钟，</w:t>
      </w:r>
    </w:p>
    <w:p>
      <w:pPr>
        <w:spacing w:line="360" w:lineRule="auto"/>
        <w:jc w:val="left"/>
        <w:textAlignment w:val="center"/>
        <w:rPr>
          <w:color w:val="000000"/>
        </w:rPr>
      </w:pPr>
      <w:r>
        <w:rPr>
          <w:rFonts w:ascii="宋体" w:eastAsia="宋体" w:hAnsi="宋体" w:cs="宋体"/>
          <w:color w:val="000000"/>
        </w:rPr>
        <w:t>∴</w:t>
      </w:r>
      <w:r>
        <w:pict>
          <v:shape id="_x0000_i721898" type="#_x0000_t75" alt="学科网(www.zxxk.com)--教育资源门户，提供试卷、教案、课件、论文、素材以及各类教学资源下载，还有大量而丰富的教学相关资讯！" style="width:46pt;height:13.95pt" o:oleicon="f" o:ole="">
            <v:imagedata r:id="rId355" o:title="eqIdbb6ba510125bbd92a233f2f936f449d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的相反数是</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本题考查了有理数的混合运算，理解钟表面上定义的新运算是解题的关键．</w:t>
      </w:r>
    </w:p>
    <w:p>
      <w:pPr>
        <w:spacing w:line="285" w:lineRule="auto"/>
        <w:jc w:val="left"/>
        <w:textAlignment w:val="center"/>
        <w:rPr>
          <w:color w:val="000000"/>
        </w:rPr>
      </w:pPr>
      <w:r>
        <w:rPr>
          <w:rFonts w:ascii="宋体" w:eastAsia="宋体" w:hAnsi="宋体" w:cs="宋体"/>
          <w:b/>
          <w:color w:val="000000"/>
          <w:sz w:val="24"/>
        </w:rPr>
        <w:t>三、计算题（本题共</w:t>
      </w:r>
      <w:r>
        <w:rPr>
          <w:rFonts w:ascii="Times New Roman" w:eastAsia="Times New Roman" w:hAnsi="Times New Roman" w:cs="Times New Roman"/>
          <w:b/>
          <w:color w:val="000000"/>
          <w:sz w:val="24"/>
        </w:rPr>
        <w:t>20</w:t>
      </w:r>
      <w:r>
        <w:rPr>
          <w:rFonts w:ascii="宋体" w:eastAsia="宋体" w:hAnsi="宋体" w:cs="宋体"/>
          <w:b/>
          <w:color w:val="000000"/>
          <w:sz w:val="24"/>
        </w:rPr>
        <w:t>分，每题</w:t>
      </w:r>
      <w:r>
        <w:rPr>
          <w:rFonts w:ascii="Times New Roman" w:eastAsia="Times New Roman" w:hAnsi="Times New Roman" w:cs="Times New Roman"/>
          <w:b/>
          <w:color w:val="000000"/>
          <w:sz w:val="24"/>
        </w:rPr>
        <w:t>5</w:t>
      </w:r>
      <w:r>
        <w:rPr>
          <w:rFonts w:ascii="宋体" w:eastAsia="宋体" w:hAnsi="宋体" w:cs="宋体"/>
          <w:b/>
          <w:color w:val="000000"/>
          <w:sz w:val="24"/>
        </w:rPr>
        <w:t>分）</w:t>
      </w:r>
    </w:p>
    <w:p>
      <w:pPr>
        <w:pStyle w:val="Heading2"/>
      </w:pPr>
      <w:r>
        <w:t>第十三中学分校</w:t>
      </w:r>
    </w:p>
    <w:p>
      <w:pPr>
        <w:spacing w:line="360" w:lineRule="auto"/>
        <w:jc w:val="left"/>
        <w:textAlignment w:val="center"/>
        <w:rPr>
          <w:color w:val="000000"/>
        </w:rPr>
      </w:pPr>
      <w:r>
        <w:rPr>
          <w:color w:val="000000"/>
        </w:rPr>
        <w:t xml:space="preserve">16. </w:t>
      </w:r>
      <w:r>
        <w:rPr>
          <w:rFonts w:ascii="宋体" w:eastAsia="宋体" w:hAnsi="宋体" w:cs="宋体"/>
          <w:color w:val="000000"/>
        </w:rPr>
        <w:t>如图所示的一个大长方形，它被分割成</w:t>
      </w:r>
      <w:r>
        <w:rPr>
          <w:rFonts w:ascii="Times New Roman" w:eastAsia="Times New Roman" w:hAnsi="Times New Roman" w:cs="Times New Roman"/>
          <w:color w:val="000000"/>
        </w:rPr>
        <w:t>4</w:t>
      </w:r>
      <w:r>
        <w:rPr>
          <w:rFonts w:ascii="宋体" w:eastAsia="宋体" w:hAnsi="宋体" w:cs="宋体"/>
          <w:color w:val="000000"/>
        </w:rPr>
        <w:t>个大小不同的正方形</w:t>
      </w:r>
      <w:r>
        <w:rPr>
          <w:rFonts w:ascii="Times New Roman" w:eastAsia="Times New Roman" w:hAnsi="Times New Roman" w:cs="Times New Roman"/>
          <w:color w:val="000000"/>
        </w:rPr>
        <w:t>①</w:t>
      </w:r>
      <w:r>
        <w:rPr>
          <w:rFonts w:ascii="宋体" w:eastAsia="宋体" w:hAnsi="宋体" w:cs="宋体"/>
          <w:color w:val="000000"/>
        </w:rPr>
        <w:t>，</w:t>
      </w:r>
      <w:r>
        <w:rPr>
          <w:rFonts w:ascii="Times New Roman" w:eastAsia="Times New Roman" w:hAnsi="Times New Roman" w:cs="Times New Roman"/>
          <w:color w:val="000000"/>
        </w:rPr>
        <w:t>②</w:t>
      </w:r>
      <w:r>
        <w:rPr>
          <w:rFonts w:ascii="宋体" w:eastAsia="宋体" w:hAnsi="宋体" w:cs="宋体"/>
          <w:color w:val="000000"/>
        </w:rPr>
        <w:t>，</w:t>
      </w:r>
      <w:r>
        <w:rPr>
          <w:rFonts w:ascii="Times New Roman" w:eastAsia="Times New Roman" w:hAnsi="Times New Roman" w:cs="Times New Roman"/>
          <w:color w:val="000000"/>
        </w:rPr>
        <w:t>③</w:t>
      </w:r>
      <w:r>
        <w:rPr>
          <w:rFonts w:ascii="宋体" w:eastAsia="宋体" w:hAnsi="宋体" w:cs="宋体"/>
          <w:color w:val="000000"/>
        </w:rPr>
        <w:t>，</w:t>
      </w:r>
      <w:r>
        <w:rPr>
          <w:rFonts w:ascii="Times New Roman" w:eastAsia="Times New Roman" w:hAnsi="Times New Roman" w:cs="Times New Roman"/>
          <w:color w:val="000000"/>
        </w:rPr>
        <w:t>④</w:t>
      </w:r>
      <w:r>
        <w:rPr>
          <w:rFonts w:ascii="宋体" w:eastAsia="宋体" w:hAnsi="宋体" w:cs="宋体"/>
          <w:color w:val="000000"/>
        </w:rPr>
        <w:t>和一个长方形</w:t>
      </w:r>
      <w:r>
        <w:rPr>
          <w:rFonts w:ascii="Times New Roman" w:eastAsia="Times New Roman" w:hAnsi="Times New Roman" w:cs="Times New Roman"/>
          <w:color w:val="000000"/>
        </w:rPr>
        <w:t>⑤</w:t>
      </w:r>
      <w:r>
        <w:rPr>
          <w:rFonts w:ascii="宋体" w:eastAsia="宋体" w:hAnsi="宋体" w:cs="宋体"/>
          <w:color w:val="000000"/>
        </w:rPr>
        <w:t>，则下列结论：</w:t>
      </w:r>
    </w:p>
    <w:p>
      <w:pPr>
        <w:spacing w:line="360" w:lineRule="auto"/>
        <w:jc w:val="left"/>
        <w:textAlignment w:val="center"/>
        <w:rPr>
          <w:color w:val="000000"/>
        </w:rPr>
      </w:pPr>
      <w:r>
        <w:rPr>
          <w:color w:val="000000"/>
        </w:rPr>
        <w:drawing>
          <wp:inline>
            <wp:extent cx="1495425" cy="1085850"/>
            <wp:docPr id="420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 name=""/>
                    <pic:cNvPicPr>
                      <a:picLocks noChangeAspect="1"/>
                    </pic:cNvPicPr>
                  </pic:nvPicPr>
                  <pic:blipFill>
                    <a:blip r:embed="rId356"/>
                    <a:stretch>
                      <a:fillRect/>
                    </a:stretch>
                  </pic:blipFill>
                  <pic:spPr>
                    <a:xfrm>
                      <a:off x="0" y="0"/>
                      <a:ext cx="1495425" cy="10858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）若已知小正方形</w:t>
      </w:r>
      <w:r>
        <w:rPr>
          <w:rFonts w:ascii="Times New Roman" w:eastAsia="Times New Roman" w:hAnsi="Times New Roman" w:cs="Times New Roman"/>
          <w:color w:val="000000"/>
        </w:rPr>
        <w:t>①</w:t>
      </w:r>
      <w:r>
        <w:rPr>
          <w:rFonts w:ascii="宋体" w:eastAsia="宋体" w:hAnsi="宋体" w:cs="宋体"/>
          <w:color w:val="000000"/>
        </w:rPr>
        <w:t>和</w:t>
      </w:r>
      <w:r>
        <w:rPr>
          <w:rFonts w:ascii="Times New Roman" w:eastAsia="Times New Roman" w:hAnsi="Times New Roman" w:cs="Times New Roman"/>
          <w:color w:val="000000"/>
        </w:rPr>
        <w:t>②</w:t>
      </w:r>
      <w:r>
        <w:rPr>
          <w:rFonts w:ascii="宋体" w:eastAsia="宋体" w:hAnsi="宋体" w:cs="宋体"/>
          <w:color w:val="000000"/>
        </w:rPr>
        <w:t>的周长，就能求出大长方形的周长；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）若已知小正方形</w:t>
      </w:r>
      <w:r>
        <w:rPr>
          <w:rFonts w:ascii="Times New Roman" w:eastAsia="Times New Roman" w:hAnsi="Times New Roman" w:cs="Times New Roman"/>
          <w:color w:val="000000"/>
        </w:rPr>
        <w:t>③</w:t>
      </w:r>
      <w:r>
        <w:rPr>
          <w:rFonts w:ascii="宋体" w:eastAsia="宋体" w:hAnsi="宋体" w:cs="宋体"/>
          <w:color w:val="000000"/>
        </w:rPr>
        <w:t>的周长，就能求出大长方形的周长；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）若已知小正方形</w:t>
      </w:r>
      <w:r>
        <w:rPr>
          <w:rFonts w:ascii="Times New Roman" w:eastAsia="Times New Roman" w:hAnsi="Times New Roman" w:cs="Times New Roman"/>
          <w:color w:val="000000"/>
        </w:rPr>
        <w:t>④</w:t>
      </w:r>
      <w:r>
        <w:rPr>
          <w:rFonts w:ascii="宋体" w:eastAsia="宋体" w:hAnsi="宋体" w:cs="宋体"/>
          <w:color w:val="000000"/>
        </w:rPr>
        <w:t>的周长，就能求出大长方形的周长；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）若已知小长方形</w:t>
      </w:r>
      <w:r>
        <w:rPr>
          <w:rFonts w:ascii="Times New Roman" w:eastAsia="Times New Roman" w:hAnsi="Times New Roman" w:cs="Times New Roman"/>
          <w:color w:val="000000"/>
        </w:rPr>
        <w:t>⑤</w:t>
      </w:r>
      <w:r>
        <w:rPr>
          <w:rFonts w:ascii="宋体" w:eastAsia="宋体" w:hAnsi="宋体" w:cs="宋体"/>
          <w:color w:val="000000"/>
        </w:rPr>
        <w:t>的周长，就能求出大长方形的周长；</w:t>
      </w:r>
    </w:p>
    <w:p>
      <w:pPr>
        <w:spacing w:line="360" w:lineRule="auto"/>
        <w:jc w:val="left"/>
        <w:textAlignment w:val="center"/>
        <w:rPr>
          <w:color w:val="000000"/>
        </w:rPr>
      </w:pPr>
      <w:r>
        <w:rPr>
          <w:rFonts w:ascii="宋体" w:eastAsia="宋体" w:hAnsi="宋体" w:cs="宋体"/>
          <w:color w:val="000000"/>
        </w:rPr>
        <w:t>其中正确的是</w:t>
      </w:r>
      <w:r>
        <w:rPr>
          <w:color w:val="000000"/>
        </w:rPr>
        <w:t>___________</w:t>
      </w:r>
      <w:r>
        <w:rPr>
          <w:rFonts w:ascii="宋体" w:eastAsia="宋体" w:hAnsi="宋体" w:cs="宋体"/>
          <w:color w:val="000000"/>
        </w:rPr>
        <w:t>．（填正确结论的序号）</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设：①、②、③、④的边长分别为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，根据矩形的性质对边相等，正方形的性质四个边相等，再利用线段的和差关系进行等量代换，即可求出结果．</w:t>
      </w:r>
    </w:p>
    <w:p>
      <w:pPr>
        <w:spacing w:line="360" w:lineRule="auto"/>
        <w:jc w:val="left"/>
        <w:textAlignment w:val="center"/>
        <w:rPr>
          <w:color w:val="000000"/>
        </w:rPr>
      </w:pPr>
      <w:r>
        <w:rPr>
          <w:color w:val="000000"/>
        </w:rPr>
        <w:t>【详解】</w:t>
      </w:r>
      <w:r>
        <w:rPr>
          <w:rFonts w:ascii="宋体" w:eastAsia="宋体" w:hAnsi="宋体" w:cs="宋体"/>
          <w:color w:val="000000"/>
        </w:rPr>
        <w:t>设正方形①、②、③、④的边长分别为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）大长方形的周长</w:t>
      </w:r>
      <w:r>
        <w:pict>
          <v:shape id="_x0000_i721899" type="#_x0000_t75" alt="学科网(www.zxxk.com)--教育资源门户，提供试卷、教案、课件、论文、素材以及各类教学资源下载，还有大量而丰富的教学相关资讯！" style="width:171pt;height:21.75pt" o:oleicon="f" o:ole="">
            <v:imagedata r:id="rId357" o:title="eqId3bd94ce8fecc69fcccc8f39ea731adf9"/>
          </v:shape>
        </w:pic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21900" type="#_x0000_t75" alt="学科网(www.zxxk.com)--教育资源门户，提供试卷、教案、课件、论文、素材以及各类教学资源下载，还有大量而丰富的教学相关资讯！" style="width:78.75pt;height:14.25pt" o:oleicon="f" o:ole="">
            <v:imagedata r:id="rId358" o:title="eqIdfefa43154f36769d606b0350c740a512"/>
          </v:shape>
        </w:pic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21901" type="#_x0000_t75" alt="学科网(www.zxxk.com)--教育资源门户，提供试卷、教案、课件、论文、素材以及各类教学资源下载，还有大量而丰富的教学相关资讯！" style="width:44.25pt;height:14.25pt" o:oleicon="f" o:ole="">
            <v:imagedata r:id="rId359" o:title="eqIdf9678ae57ecdf808530b4cbc2ca0f12e"/>
          </v:shape>
        </w:pict>
      </w:r>
      <w:r>
        <w:rPr>
          <w:rFonts w:ascii="宋体" w:eastAsia="宋体" w:hAnsi="宋体" w:cs="宋体"/>
          <w:color w:val="000000"/>
        </w:rPr>
        <w:t>，</w:t>
      </w:r>
      <w:r>
        <w:pict>
          <v:shape id="_x0000_i721902" type="#_x0000_t75" alt="学科网(www.zxxk.com)--教育资源门户，提供试卷、教案、课件、论文、素材以及各类教学资源下载，还有大量而丰富的教学相关资讯！" style="width:138.75pt;height:14.25pt" o:oleicon="f" o:ole="">
            <v:imagedata r:id="rId360" o:title="eqId5bb488d4551e917719dc16d154177ffd"/>
          </v:shape>
        </w:pi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大长方形的周长</w:t>
      </w:r>
      <w:r>
        <w:pict>
          <v:shape id="_x0000_i721903" type="#_x0000_t75" alt="学科网(www.zxxk.com)--教育资源门户，提供试卷、教案、课件、论文、素材以及各类教学资源下载，还有大量而丰富的教学相关资讯！" style="width:231pt;height:20.25pt" o:oleicon="f" o:ole="">
            <v:imagedata r:id="rId361" o:title="eqId86f940a7c66d09578180e76d838e44db"/>
          </v:shape>
        </w:pic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1</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大长方形的周长</w:t>
      </w:r>
      <w:r>
        <w:pict>
          <v:shape id="_x0000_i721904" type="#_x0000_t75" alt="学科网(www.zxxk.com)--教育资源门户，提供试卷、教案、课件、论文、素材以及各类教学资源下载，还有大量而丰富的教学相关资讯！" style="width:171pt;height:21.75pt" o:oleicon="f" o:ole="">
            <v:imagedata r:id="rId362" o:title="eqId3bd94ce8fecc69fcccc8f39ea731adf9"/>
          </v:shape>
        </w:pic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21905" type="#_x0000_t75" alt="学科网(www.zxxk.com)--教育资源门户，提供试卷、教案、课件、论文、素材以及各类教学资源下载，还有大量而丰富的教学相关资讯！" style="width:78.75pt;height:14.25pt" o:oleicon="f" o:ole="">
            <v:imagedata r:id="rId363" o:title="eqIdfefa43154f36769d606b0350c740a512"/>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21906" type="#_x0000_t75" alt="学科网(www.zxxk.com)--教育资源门户，提供试卷、教案、课件、论文、素材以及各类教学资源下载，还有大量而丰富的教学相关资讯！" style="width:51pt;height:14.25pt" o:oleicon="f" o:ole="">
            <v:imagedata r:id="rId364" o:title="eqId709460a25cac1ca92a4feda9f76bbca0"/>
          </v:shape>
        </w:pi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大长方形的周长</w:t>
      </w:r>
      <w:r>
        <w:pict>
          <v:shape id="_x0000_i721907" type="#_x0000_t75" alt="学科网(www.zxxk.com)--教育资源门户，提供试卷、教案、课件、论文、素材以及各类教学资源下载，还有大量而丰富的教学相关资讯！" style="width:161.25pt;height:20.25pt" o:oleicon="f" o:ole="">
            <v:imagedata r:id="rId365" o:title="eqId07e8c13072ac5b0f270a83659ff68a26"/>
          </v:shape>
        </w:pic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2</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由（</w:t>
      </w:r>
      <w:r>
        <w:rPr>
          <w:rFonts w:ascii="Times New Roman" w:eastAsia="Times New Roman" w:hAnsi="Times New Roman" w:cs="Times New Roman"/>
          <w:color w:val="000000"/>
        </w:rPr>
        <w:t>2</w:t>
      </w:r>
      <w:r>
        <w:rPr>
          <w:rFonts w:ascii="宋体" w:eastAsia="宋体" w:hAnsi="宋体" w:cs="宋体"/>
          <w:color w:val="000000"/>
        </w:rPr>
        <w:t>）知，大长方形的周长</w:t>
      </w:r>
      <w:r>
        <w:pict>
          <v:shape id="_x0000_i721908" type="#_x0000_t75" alt="学科网(www.zxxk.com)--教育资源门户，提供试卷、教案、课件、论文、素材以及各类教学资源下载，还有大量而丰富的教学相关资讯！" style="width:24pt;height:14.25pt" o:oleicon="f" o:ole="">
            <v:imagedata r:id="rId366" o:title="eqId4f472f674b78242241ebb657876fe7fd"/>
          </v:shape>
        </w:pict>
      </w:r>
    </w:p>
    <w:p>
      <w:pPr>
        <w:spacing w:line="360" w:lineRule="auto"/>
        <w:jc w:val="left"/>
        <w:textAlignment w:val="center"/>
        <w:rPr>
          <w:color w:val="000000"/>
        </w:rPr>
      </w:pPr>
      <w:r>
        <w:rPr>
          <w:rFonts w:ascii="宋体" w:eastAsia="宋体" w:hAnsi="宋体" w:cs="宋体"/>
          <w:color w:val="000000"/>
        </w:rPr>
        <w:t>而</w:t>
      </w:r>
      <w:r>
        <w:pict>
          <v:shape id="_x0000_i721909" type="#_x0000_t75" alt="学科网(www.zxxk.com)--教育资源门户，提供试卷、教案、课件、论文、素材以及各类教学资源下载，还有大量而丰富的教学相关资讯！" style="width:45pt;height:14.25pt" o:oleicon="f" o:ole="">
            <v:imagedata r:id="rId367" o:title="eqIde1fe33d60a7296c12ee218770c5283c1"/>
          </v:shape>
        </w:pic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21910" type="#_x0000_t75" alt="学科网(www.zxxk.com)--教育资源门户，提供试卷、教案、课件、论文、素材以及各类教学资源下载，还有大量而丰富的教学相关资讯！" style="width:45pt;height:14.25pt" o:oleicon="f" o:ole="">
            <v:imagedata r:id="rId368" o:title="eqIdcaf3360728b93f756925294ce1a2f6c0"/>
          </v:shape>
        </w:pi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已知小正方形④和①的周长，才能求出大长方形的周长</w: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3</w:t>
      </w:r>
      <w:r>
        <w:rPr>
          <w:rFonts w:ascii="宋体" w:eastAsia="宋体" w:hAnsi="宋体" w:cs="宋体"/>
          <w:color w:val="000000"/>
        </w:rPr>
        <w:t>）错误；</w:t>
      </w:r>
    </w:p>
    <w:p>
      <w:pPr>
        <w:spacing w:line="360" w:lineRule="auto"/>
        <w:jc w:val="left"/>
        <w:textAlignment w:val="center"/>
        <w:rPr>
          <w:color w:val="000000"/>
        </w:rPr>
      </w:pPr>
      <w:r>
        <w:rPr>
          <w:rFonts w:ascii="宋体" w:eastAsia="宋体" w:hAnsi="宋体" w:cs="宋体"/>
          <w:color w:val="000000"/>
        </w:rPr>
        <w:t>∵</w:t>
      </w:r>
      <w:r>
        <w:pict>
          <v:shape id="_x0000_i721911" type="#_x0000_t75" alt="学科网(www.zxxk.com)--教育资源门户，提供试卷、教案、课件、论文、素材以及各类教学资源下载，还有大量而丰富的教学相关资讯！" style="width:80.25pt;height:14.25pt" o:oleicon="f" o:ole="">
            <v:imagedata r:id="rId369" o:title="eqIdfceeccafdcf3a6650ac51ba71b308251"/>
          </v:shape>
        </w:pi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长方形⑤的周长</w:t>
      </w:r>
      <w:r>
        <w:pict>
          <v:shape id="_x0000_i721912" type="#_x0000_t75" alt="学科网(www.zxxk.com)--教育资源门户，提供试卷、教案、课件、论文、素材以及各类教学资源下载，还有大量而丰富的教学相关资讯！" style="width:344.25pt;height:21.75pt" o:oleicon="f" o:ole="">
            <v:imagedata r:id="rId370" o:title="eqIdf72e434a0fc87ed98a7aeeaa0c1149e4"/>
          </v:shape>
        </w:pi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大长方形的周长</w:t>
      </w:r>
      <w:r>
        <w:rPr>
          <w:rFonts w:ascii="Times New Roman" w:eastAsia="Times New Roman" w:hAnsi="Times New Roman" w:cs="Times New Roman"/>
          <w:color w:val="000000"/>
        </w:rPr>
        <w:t>=</w:t>
      </w:r>
      <w:r>
        <w:rPr>
          <w:rFonts w:ascii="宋体" w:eastAsia="宋体" w:hAnsi="宋体" w:cs="宋体"/>
          <w:color w:val="000000"/>
        </w:rPr>
        <w:t>小长方形⑤的周长×</w:t>
      </w:r>
      <w:r>
        <w:rPr>
          <w:rFonts w:ascii="Times New Roman" w:eastAsia="Times New Roman" w:hAnsi="Times New Roman" w:cs="Times New Roman"/>
          <w:color w:val="000000"/>
        </w:rPr>
        <w:t>2</w: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4</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综上所述，正确的序号为（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本题考查了整式的加减，长方形，正方形的性质以及周长等知识，解题的关键是学会利用参数解决问题．</w:t>
      </w:r>
    </w:p>
    <w:p>
      <w:pPr>
        <w:spacing w:line="360" w:lineRule="auto"/>
        <w:jc w:val="left"/>
        <w:textAlignment w:val="center"/>
        <w:rPr>
          <w:color w:val="000000"/>
        </w:rPr>
      </w:pPr>
      <w:r>
        <w:rPr>
          <w:rFonts w:ascii="宋体" w:eastAsia="宋体" w:hAnsi="宋体" w:cs="宋体"/>
          <w:b/>
          <w:color w:val="000000"/>
          <w:sz w:val="24"/>
        </w:rPr>
        <w:t>三、计算题（本大题共</w:t>
      </w:r>
      <w:r>
        <w:rPr>
          <w:rFonts w:ascii="Times New Roman" w:eastAsia="Times New Roman" w:hAnsi="Times New Roman" w:cs="Times New Roman"/>
          <w:b/>
          <w:color w:val="000000"/>
          <w:sz w:val="24"/>
        </w:rPr>
        <w:t>4</w:t>
      </w:r>
      <w:r>
        <w:rPr>
          <w:rFonts w:ascii="宋体" w:eastAsia="宋体" w:hAnsi="宋体" w:cs="宋体"/>
          <w:b/>
          <w:color w:val="000000"/>
          <w:sz w:val="24"/>
        </w:rPr>
        <w:t>小题，共</w:t>
      </w:r>
      <w:r>
        <w:rPr>
          <w:rFonts w:ascii="Times New Roman" w:eastAsia="Times New Roman" w:hAnsi="Times New Roman" w:cs="Times New Roman"/>
          <w:b/>
          <w:color w:val="000000"/>
          <w:sz w:val="24"/>
        </w:rPr>
        <w:t>45</w:t>
      </w:r>
      <w:r>
        <w:rPr>
          <w:rFonts w:ascii="宋体" w:eastAsia="宋体" w:hAnsi="宋体" w:cs="宋体"/>
          <w:b/>
          <w:color w:val="000000"/>
          <w:sz w:val="24"/>
        </w:rPr>
        <w:t>分，其中</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24</w:t>
      </w:r>
      <w:r>
        <w:rPr>
          <w:rFonts w:ascii="宋体" w:eastAsia="宋体" w:hAnsi="宋体" w:cs="宋体"/>
          <w:b/>
          <w:color w:val="000000"/>
          <w:sz w:val="24"/>
        </w:rPr>
        <w:t>分，</w:t>
      </w:r>
      <w:r>
        <w:rPr>
          <w:rFonts w:ascii="Times New Roman" w:eastAsia="Times New Roman" w:hAnsi="Times New Roman" w:cs="Times New Roman"/>
          <w:b/>
          <w:color w:val="000000"/>
          <w:sz w:val="24"/>
        </w:rPr>
        <w:t>18</w:t>
      </w:r>
      <w:r>
        <w:rPr>
          <w:rFonts w:ascii="宋体" w:eastAsia="宋体" w:hAnsi="宋体" w:cs="宋体"/>
          <w:b/>
          <w:color w:val="000000"/>
          <w:sz w:val="24"/>
        </w:rPr>
        <w:t>、</w:t>
      </w:r>
      <w:r>
        <w:rPr>
          <w:rFonts w:ascii="Times New Roman" w:eastAsia="Times New Roman" w:hAnsi="Times New Roman" w:cs="Times New Roman"/>
          <w:b/>
          <w:color w:val="000000"/>
          <w:sz w:val="24"/>
        </w:rPr>
        <w:t>20</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w:t>
      </w:r>
      <w:r>
        <w:rPr>
          <w:rFonts w:ascii="Times New Roman" w:eastAsia="Times New Roman" w:hAnsi="Times New Roman" w:cs="Times New Roman"/>
          <w:b/>
          <w:color w:val="000000"/>
          <w:sz w:val="24"/>
        </w:rPr>
        <w:t>19</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w:t>
      </w:r>
    </w:p>
    <w:p>
      <w:pPr>
        <w:pStyle w:val="Heading2"/>
      </w:pPr>
      <w:r>
        <w:t>第十四中学</w:t>
      </w:r>
    </w:p>
    <w:p>
      <w:pPr>
        <w:spacing w:line="360" w:lineRule="auto"/>
        <w:jc w:val="left"/>
        <w:textAlignment w:val="center"/>
        <w:rPr>
          <w:color w:val="000000"/>
        </w:rPr>
      </w:pPr>
      <w:r>
        <w:rPr>
          <w:color w:val="000000"/>
        </w:rPr>
        <w:t xml:space="preserve">18. </w:t>
      </w:r>
      <w:r>
        <w:rPr>
          <w:rFonts w:ascii="宋体" w:eastAsia="宋体" w:hAnsi="宋体" w:cs="宋体"/>
          <w:color w:val="000000"/>
        </w:rPr>
        <w:t>如图，将图</w:t>
      </w:r>
      <w:r>
        <w:rPr>
          <w:rFonts w:ascii="Times New Roman" w:eastAsia="Times New Roman" w:hAnsi="Times New Roman" w:cs="Times New Roman"/>
          <w:color w:val="000000"/>
        </w:rPr>
        <w:t>1</w:t>
      </w:r>
      <w:r>
        <w:rPr>
          <w:rFonts w:ascii="宋体" w:eastAsia="宋体" w:hAnsi="宋体" w:cs="宋体"/>
          <w:color w:val="000000"/>
        </w:rPr>
        <w:t>中的正方形剪开得到图</w:t>
      </w:r>
      <w:r>
        <w:rPr>
          <w:rFonts w:ascii="Times New Roman" w:eastAsia="Times New Roman" w:hAnsi="Times New Roman" w:cs="Times New Roman"/>
          <w:color w:val="000000"/>
        </w:rPr>
        <w:t>2</w:t>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中共有</w:t>
      </w:r>
      <w:r>
        <w:rPr>
          <w:rFonts w:ascii="Times New Roman" w:eastAsia="Times New Roman" w:hAnsi="Times New Roman" w:cs="Times New Roman"/>
          <w:color w:val="000000"/>
        </w:rPr>
        <w:t>4</w:t>
      </w:r>
      <w:r>
        <w:rPr>
          <w:rFonts w:ascii="宋体" w:eastAsia="宋体" w:hAnsi="宋体" w:cs="宋体"/>
          <w:color w:val="000000"/>
        </w:rPr>
        <w:t>个正方形；将图</w:t>
      </w:r>
      <w:r>
        <w:rPr>
          <w:rFonts w:ascii="Times New Roman" w:eastAsia="Times New Roman" w:hAnsi="Times New Roman" w:cs="Times New Roman"/>
          <w:color w:val="000000"/>
        </w:rPr>
        <w:t>2</w:t>
      </w:r>
      <w:r>
        <w:rPr>
          <w:rFonts w:ascii="宋体" w:eastAsia="宋体" w:hAnsi="宋体" w:cs="宋体"/>
          <w:color w:val="000000"/>
        </w:rPr>
        <w:t>中一个正方形剪开得到图</w:t>
      </w:r>
      <w:r>
        <w:rPr>
          <w:rFonts w:ascii="Times New Roman" w:eastAsia="Times New Roman" w:hAnsi="Times New Roman" w:cs="Times New Roman"/>
          <w:color w:val="000000"/>
        </w:rPr>
        <w:t>3</w:t>
      </w:r>
      <w:r>
        <w:rPr>
          <w:rFonts w:ascii="宋体" w:eastAsia="宋体" w:hAnsi="宋体" w:cs="宋体"/>
          <w:color w:val="000000"/>
        </w:rPr>
        <w:t>，图</w:t>
      </w:r>
      <w:r>
        <w:rPr>
          <w:rFonts w:ascii="Times New Roman" w:eastAsia="Times New Roman" w:hAnsi="Times New Roman" w:cs="Times New Roman"/>
          <w:color w:val="000000"/>
        </w:rPr>
        <w:t>3</w:t>
      </w:r>
      <w:r>
        <w:rPr>
          <w:rFonts w:ascii="宋体" w:eastAsia="宋体" w:hAnsi="宋体" w:cs="宋体"/>
          <w:color w:val="000000"/>
        </w:rPr>
        <w:t>中共有</w:t>
      </w:r>
      <w:r>
        <w:rPr>
          <w:rFonts w:ascii="Times New Roman" w:eastAsia="Times New Roman" w:hAnsi="Times New Roman" w:cs="Times New Roman"/>
          <w:color w:val="000000"/>
        </w:rPr>
        <w:t>7</w:t>
      </w:r>
      <w:r>
        <w:rPr>
          <w:rFonts w:ascii="宋体" w:eastAsia="宋体" w:hAnsi="宋体" w:cs="宋体"/>
          <w:color w:val="000000"/>
        </w:rPr>
        <w:t>个正方形；将图</w:t>
      </w:r>
      <w:r>
        <w:rPr>
          <w:rFonts w:ascii="Times New Roman" w:eastAsia="Times New Roman" w:hAnsi="Times New Roman" w:cs="Times New Roman"/>
          <w:color w:val="000000"/>
        </w:rPr>
        <w:t>3</w:t>
      </w:r>
      <w:r>
        <w:rPr>
          <w:rFonts w:ascii="宋体" w:eastAsia="宋体" w:hAnsi="宋体" w:cs="宋体"/>
          <w:color w:val="000000"/>
        </w:rPr>
        <w:t>中一个正方形剪开得到图</w:t>
      </w:r>
      <w:r>
        <w:rPr>
          <w:rFonts w:ascii="Times New Roman" w:eastAsia="Times New Roman" w:hAnsi="Times New Roman" w:cs="Times New Roman"/>
          <w:color w:val="000000"/>
        </w:rPr>
        <w:t>4</w:t>
      </w:r>
      <w:r>
        <w:rPr>
          <w:rFonts w:ascii="宋体" w:eastAsia="宋体" w:hAnsi="宋体" w:cs="宋体"/>
          <w:color w:val="000000"/>
        </w:rPr>
        <w:t>，图</w:t>
      </w:r>
      <w:r>
        <w:rPr>
          <w:rFonts w:ascii="Times New Roman" w:eastAsia="Times New Roman" w:hAnsi="Times New Roman" w:cs="Times New Roman"/>
          <w:color w:val="000000"/>
        </w:rPr>
        <w:t>4</w:t>
      </w:r>
      <w:r>
        <w:rPr>
          <w:rFonts w:ascii="宋体" w:eastAsia="宋体" w:hAnsi="宋体" w:cs="宋体"/>
          <w:color w:val="000000"/>
        </w:rPr>
        <w:t>中共有</w:t>
      </w:r>
      <w:r>
        <w:rPr>
          <w:rFonts w:ascii="Times New Roman" w:eastAsia="Times New Roman" w:hAnsi="Times New Roman" w:cs="Times New Roman"/>
          <w:color w:val="000000"/>
        </w:rPr>
        <w:t>10</w:t>
      </w:r>
      <w:r>
        <w:rPr>
          <w:rFonts w:ascii="宋体" w:eastAsia="宋体" w:hAnsi="宋体" w:cs="宋体"/>
          <w:color w:val="000000"/>
        </w:rPr>
        <w:t>个正方形……如此下去，则图</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为正整数）中共有正方形的个数为</w:t>
      </w:r>
      <w:r>
        <w:rPr>
          <w:color w:val="000000"/>
        </w:rPr>
        <w:t>___________</w:t>
      </w:r>
      <w:r>
        <w:rPr>
          <w:rFonts w:ascii="宋体" w:eastAsia="宋体" w:hAnsi="宋体" w:cs="宋体"/>
          <w:color w:val="000000"/>
        </w:rPr>
        <w:t>个．</w:t>
      </w:r>
    </w:p>
    <w:p>
      <w:pPr>
        <w:spacing w:line="360" w:lineRule="auto"/>
        <w:jc w:val="left"/>
        <w:textAlignment w:val="center"/>
        <w:rPr>
          <w:color w:val="000000"/>
        </w:rPr>
      </w:pPr>
      <w:r>
        <w:rPr>
          <w:color w:val="000000"/>
        </w:rPr>
        <w:drawing>
          <wp:inline>
            <wp:extent cx="4867275" cy="1143000"/>
            <wp:docPr id="420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 name=""/>
                    <pic:cNvPicPr>
                      <a:picLocks noChangeAspect="1"/>
                    </pic:cNvPicPr>
                  </pic:nvPicPr>
                  <pic:blipFill>
                    <a:blip r:embed="rId371"/>
                    <a:stretch>
                      <a:fillRect/>
                    </a:stretch>
                  </pic:blipFill>
                  <pic:spPr>
                    <a:xfrm>
                      <a:off x="0" y="0"/>
                      <a:ext cx="4867275" cy="1143000"/>
                    </a:xfrm>
                    <a:prstGeom prst="rect">
                      <a:avLst/>
                    </a:prstGeom>
                  </pic:spPr>
                </pic:pic>
              </a:graphicData>
            </a:graphic>
          </wp:inline>
        </w:drawing>
      </w:r>
    </w:p>
    <w:p>
      <w:pPr>
        <w:spacing w:line="360" w:lineRule="auto"/>
        <w:textAlignment w:val="center"/>
        <w:rPr>
          <w:color w:val="000000"/>
        </w:rPr>
      </w:pPr>
      <w:r>
        <w:rPr>
          <w:color w:val="2E75B6"/>
        </w:rPr>
        <w:t>【答案】</w:t>
      </w:r>
      <w:r>
        <w:pict>
          <v:shape id="_x0000_i721913" type="#_x0000_t75" alt="学科网(www.zxxk.com)--教育资源门户，提供试卷、教案、课件、论文、素材以及各类教学资源下载，还有大量而丰富的教学相关资讯！" style="width:40.85pt;height:19.9pt" o:oleicon="f" o:ole="">
            <v:imagedata r:id="rId372" o:title="eqId166036e9001148510a72b8b62c93f546"/>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根据已知图形可以发现：每次分割，都会增加</w:t>
      </w:r>
      <w:r>
        <w:rPr>
          <w:rFonts w:ascii="Times New Roman" w:eastAsia="Times New Roman" w:hAnsi="Times New Roman" w:cs="Times New Roman"/>
          <w:color w:val="000000"/>
        </w:rPr>
        <w:t>3</w:t>
      </w:r>
      <w:r>
        <w:rPr>
          <w:rFonts w:ascii="宋体" w:eastAsia="宋体" w:hAnsi="宋体" w:cs="宋体"/>
          <w:color w:val="000000"/>
        </w:rPr>
        <w:t>个正方形，所以可以得到此题的规律为：第</w:t>
      </w:r>
      <w:r>
        <w:rPr>
          <w:rFonts w:ascii="Times New Roman" w:eastAsia="Times New Roman" w:hAnsi="Times New Roman" w:cs="Times New Roman"/>
          <w:i/>
          <w:color w:val="000000"/>
        </w:rPr>
        <w:t>n</w:t>
      </w:r>
      <w:r>
        <w:rPr>
          <w:rFonts w:ascii="宋体" w:eastAsia="宋体" w:hAnsi="宋体" w:cs="宋体"/>
          <w:color w:val="000000"/>
        </w:rPr>
        <w:t>个图形中的正方形个数为：</w:t>
      </w:r>
      <w:r>
        <w:pict>
          <v:shape id="_x0000_i721914" type="#_x0000_t75" alt="学科网(www.zxxk.com)--教育资源门户，提供试卷、教案、课件、论文、素材以及各类教学资源下载，还有大量而丰富的教学相关资讯！" style="width:32.25pt;height:14.25pt" o:oleicon="f" o:ole="">
            <v:imagedata r:id="rId373" o:title="eqId803446057e38b5376b31ebf8fc78d2f4"/>
          </v:shape>
        </w:pict>
      </w:r>
      <w:r>
        <w:rPr>
          <w:rFonts w:ascii="宋体" w:eastAsia="宋体" w:hAnsi="宋体" w:cs="宋体"/>
          <w:color w:val="000000"/>
        </w:rPr>
        <w:t>．</w:t>
      </w:r>
    </w:p>
    <w:p>
      <w:pPr>
        <w:spacing w:line="360" w:lineRule="auto"/>
        <w:jc w:val="both"/>
        <w:textAlignment w:val="center"/>
        <w:rPr>
          <w:color w:val="000000"/>
        </w:rPr>
      </w:pPr>
      <w:r>
        <w:rPr>
          <w:color w:val="000000"/>
        </w:rPr>
        <w:t>【详解】</w:t>
      </w:r>
      <w:r>
        <w:rPr>
          <w:rFonts w:ascii="宋体" w:eastAsia="宋体" w:hAnsi="宋体" w:cs="宋体"/>
          <w:color w:val="000000"/>
        </w:rPr>
        <w:t>解：根据题意：每次分割，都会增加</w:t>
      </w:r>
      <w:r>
        <w:rPr>
          <w:rFonts w:ascii="Times New Roman" w:eastAsia="Times New Roman" w:hAnsi="Times New Roman" w:cs="Times New Roman"/>
          <w:color w:val="000000"/>
        </w:rPr>
        <w:t>3</w:t>
      </w:r>
      <w:r>
        <w:rPr>
          <w:rFonts w:ascii="宋体" w:eastAsia="宋体" w:hAnsi="宋体" w:cs="宋体"/>
          <w:color w:val="000000"/>
        </w:rPr>
        <w:t>个正方形．</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个图形中的正方形个数为：</w:t>
      </w:r>
      <w:r>
        <w:pict>
          <v:shape id="_x0000_i721915" type="#_x0000_t75" alt="学科网(www.zxxk.com)--教育资源门户，提供试卷、教案、课件、论文、素材以及各类教学资源下载，还有大量而丰富的教学相关资讯！" style="width:95.25pt;height:20.25pt" o:oleicon="f" o:ole="">
            <v:imagedata r:id="rId374" o:title="eqIde071273b0b89bd3dd0c2827922ba683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21916" type="#_x0000_t75" alt="学科网(www.zxxk.com)--教育资源门户，提供试卷、教案、课件、论文、素材以及各类教学资源下载，还有大量而丰富的教学相关资讯！" style="width:40.85pt;height:19.9pt" o:oleicon="f" o:ole="">
            <v:imagedata r:id="rId375" o:title="eqId166036e9001148510a72b8b62c93f546"/>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本题考查了规律型：图形的变化，要求学生通过观察、归纳、抽象出数列的规律：每次分割，都会增加</w:t>
      </w:r>
      <w:r>
        <w:rPr>
          <w:rFonts w:ascii="Times New Roman" w:eastAsia="Times New Roman" w:hAnsi="Times New Roman" w:cs="Times New Roman"/>
          <w:color w:val="000000"/>
        </w:rPr>
        <w:t>3</w:t>
      </w:r>
      <w:r>
        <w:rPr>
          <w:rFonts w:ascii="宋体" w:eastAsia="宋体" w:hAnsi="宋体" w:cs="宋体"/>
          <w:color w:val="000000"/>
        </w:rPr>
        <w:t>个正方形．</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60</w:t>
      </w:r>
      <w:r>
        <w:rPr>
          <w:rFonts w:ascii="宋体" w:eastAsia="宋体" w:hAnsi="宋体" w:cs="宋体"/>
          <w:b/>
          <w:color w:val="000000"/>
          <w:sz w:val="24"/>
        </w:rPr>
        <w:t>分）．</w:t>
      </w:r>
    </w:p>
    <w:p>
      <w:pPr>
        <w:pStyle w:val="Heading2"/>
      </w:pPr>
      <w:r>
        <w:t>育才学校</w:t>
      </w:r>
    </w:p>
    <w:p>
      <w:pPr>
        <w:spacing w:line="360" w:lineRule="auto"/>
        <w:jc w:val="left"/>
        <w:textAlignment w:val="center"/>
        <w:rPr>
          <w:color w:val="000000"/>
        </w:rPr>
      </w:pPr>
      <w:r>
        <w:rPr>
          <w:color w:val="000000"/>
        </w:rPr>
        <w:t xml:space="preserve">20. </w:t>
      </w:r>
      <w:r>
        <w:rPr>
          <w:rFonts w:ascii="宋体" w:eastAsia="宋体" w:hAnsi="宋体" w:cs="宋体"/>
          <w:color w:val="000000"/>
        </w:rPr>
        <w:t>如图所示是一组有规律的图案，它们是由边长相同的小正方形组成，其中部分小正方形涂有阴影，按照这样的规律，第</w:t>
      </w:r>
      <w:r>
        <w:pict>
          <v:shape id="_x0000_i721917" type="#_x0000_t75" alt="学科网(www.zxxk.com)--教育资源门户，提供试卷、教案、课件、论文、素材以及各类教学资源下载，还有大量而丰富的教学相关资讯！" style="width:9.6pt;height:13.2pt" o:oleicon="f" o:ole="">
            <v:imagedata r:id="rId376" o:title="eqIdb8860d9787671b53b1ab68b3d526f5ca"/>
          </v:shape>
        </w:pict>
      </w:r>
      <w:r>
        <w:rPr>
          <w:rFonts w:ascii="宋体" w:eastAsia="宋体" w:hAnsi="宋体" w:cs="宋体"/>
          <w:color w:val="000000"/>
        </w:rPr>
        <w:t>个图案中有</w:t>
      </w:r>
      <w:r>
        <w:rPr>
          <w:color w:val="000000"/>
        </w:rPr>
        <w:t>______</w:t>
      </w:r>
      <w:r>
        <w:rPr>
          <w:rFonts w:ascii="宋体" w:eastAsia="宋体" w:hAnsi="宋体" w:cs="宋体"/>
          <w:color w:val="000000"/>
        </w:rPr>
        <w:t>个涂有阴影的小正方形，第</w:t>
      </w:r>
      <w:r>
        <w:pict>
          <v:shape id="_x0000_i721918" type="#_x0000_t75" alt="学科网(www.zxxk.com)--教育资源门户，提供试卷、教案、课件、论文、素材以及各类教学资源下载，还有大量而丰富的教学相关资讯！" style="width:9.75pt;height:11.25pt" o:oleicon="f" o:ole="">
            <v:imagedata r:id="rId377" o:title="eqIdb6a24198bd04c29321ae5dc5a28fe421"/>
          </v:shape>
        </w:pict>
      </w:r>
      <w:r>
        <w:rPr>
          <w:rFonts w:ascii="宋体" w:eastAsia="宋体" w:hAnsi="宋体" w:cs="宋体"/>
          <w:color w:val="000000"/>
        </w:rPr>
        <w:t>个图案中有</w:t>
      </w:r>
      <w:r>
        <w:rPr>
          <w:color w:val="000000"/>
        </w:rPr>
        <w:t>_______</w:t>
      </w:r>
      <w:r>
        <w:rPr>
          <w:rFonts w:ascii="宋体" w:eastAsia="宋体" w:hAnsi="宋体" w:cs="宋体"/>
          <w:color w:val="000000"/>
        </w:rPr>
        <w:t>个涂有阴影的小正方形（用含有</w:t>
      </w:r>
      <w:r>
        <w:pict>
          <v:shape id="_x0000_i721919" type="#_x0000_t75" alt="学科网(www.zxxk.com)--教育资源门户，提供试卷、教案、课件、论文、素材以及各类教学资源下载，还有大量而丰富的教学相关资讯！" style="width:9.75pt;height:11.25pt" o:oleicon="f" o:ole="">
            <v:imagedata r:id="rId377" o:title="eqIdb6a24198bd04c29321ae5dc5a28fe421"/>
          </v:shape>
        </w:pict>
      </w:r>
      <w:r>
        <w:rPr>
          <w:rFonts w:ascii="宋体" w:eastAsia="宋体" w:hAnsi="宋体" w:cs="宋体"/>
          <w:color w:val="000000"/>
        </w:rPr>
        <w:t>的代数式表示）．</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17</w:t>
      </w:r>
      <w:r>
        <w:rPr>
          <w:color w:val="000000"/>
        </w:rPr>
        <w:t xml:space="preserve">    ②. </w:t>
      </w:r>
      <w:r>
        <w:rPr>
          <w:rFonts w:ascii="Times New Roman" w:eastAsia="Times New Roman" w:hAnsi="Times New Roman" w:cs="Times New Roman"/>
          <w:color w:val="000000"/>
        </w:rPr>
        <w:t>4n+1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观察发现，后一个图案比前一个图案多涂</w:t>
      </w:r>
      <w:r>
        <w:rPr>
          <w:rFonts w:ascii="Times New Roman" w:eastAsia="Times New Roman" w:hAnsi="Times New Roman" w:cs="Times New Roman"/>
          <w:color w:val="000000"/>
        </w:rPr>
        <w:t>4</w:t>
      </w:r>
      <w:r>
        <w:rPr>
          <w:rFonts w:ascii="宋体" w:eastAsia="宋体" w:hAnsi="宋体" w:cs="宋体"/>
          <w:color w:val="000000"/>
        </w:rPr>
        <w:t>个有阴影的小正方形，根据规律写出第</w:t>
      </w:r>
      <w:r>
        <w:rPr>
          <w:rFonts w:ascii="Times New Roman" w:eastAsia="Times New Roman" w:hAnsi="Times New Roman" w:cs="Times New Roman"/>
          <w:color w:val="000000"/>
        </w:rPr>
        <w:t>n</w:t>
      </w:r>
      <w:r>
        <w:rPr>
          <w:rFonts w:ascii="宋体" w:eastAsia="宋体" w:hAnsi="宋体" w:cs="宋体"/>
          <w:color w:val="000000"/>
        </w:rPr>
        <w:t>个图案的涂阴影的小正方形的个数即可．</w:t>
      </w:r>
    </w:p>
    <w:p>
      <w:pPr>
        <w:spacing w:line="360" w:lineRule="auto"/>
        <w:jc w:val="left"/>
        <w:textAlignment w:val="center"/>
        <w:rPr>
          <w:color w:val="000000"/>
        </w:rPr>
      </w:pPr>
      <w:r>
        <w:rPr>
          <w:color w:val="000000"/>
        </w:rPr>
        <w:t>【详解】</w:t>
      </w:r>
      <w:r>
        <w:rPr>
          <w:rFonts w:ascii="宋体" w:eastAsia="宋体" w:hAnsi="宋体" w:cs="宋体"/>
          <w:color w:val="000000"/>
        </w:rPr>
        <w:t>由图可得，第</w:t>
      </w:r>
      <w:r>
        <w:rPr>
          <w:rFonts w:ascii="Times New Roman" w:eastAsia="Times New Roman" w:hAnsi="Times New Roman" w:cs="Times New Roman"/>
          <w:color w:val="000000"/>
        </w:rPr>
        <w:t>1</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5+4=9</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5+4+4=13</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5+4+4+4=17</w:t>
      </w:r>
      <w:r>
        <w:rPr>
          <w:rFonts w:ascii="宋体" w:eastAsia="宋体" w:hAnsi="宋体" w:cs="宋体"/>
          <w:color w:val="000000"/>
        </w:rPr>
        <w:t>个，</w:t>
      </w:r>
    </w:p>
    <w:p>
      <w:pPr>
        <w:spacing w:line="360" w:lineRule="auto"/>
        <w:jc w:val="left"/>
        <w:textAlignment w:val="center"/>
        <w:rPr>
          <w:color w:val="000000"/>
        </w:rPr>
      </w:pPr>
      <w:r>
        <w:pict>
          <v:shape id="_x0000_i721920" type="#_x0000_t75" alt="学科网(www.zxxk.com)--教育资源门户，提供试卷、教案、课件、论文、素材以及各类教学资源下载，还有大量而丰富的教学相关资讯！" style="width:13.95pt;height:8pt" o:oleicon="f" o:ole="">
            <v:imagedata r:id="rId378" o:title="eqIddaa5e9bd516f6282483b92cfe607462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n</w:t>
      </w:r>
      <w:r>
        <w:rPr>
          <w:rFonts w:ascii="宋体" w:eastAsia="宋体" w:hAnsi="宋体" w:cs="宋体"/>
          <w:color w:val="000000"/>
        </w:rPr>
        <w:t>个图案涂有阴影的小正方形的个数为</w:t>
      </w:r>
      <w:r>
        <w:rPr>
          <w:rFonts w:ascii="Times New Roman" w:eastAsia="Times New Roman" w:hAnsi="Times New Roman" w:cs="Times New Roman"/>
          <w:color w:val="000000"/>
        </w:rPr>
        <w:t>5+4</w:t>
      </w:r>
      <w:r>
        <w:rPr>
          <w:rFonts w:ascii="宋体" w:eastAsia="宋体" w:hAnsi="宋体" w:cs="宋体"/>
          <w:color w:val="000000"/>
        </w:rPr>
        <w:t>（</w:t>
      </w:r>
      <w:r>
        <w:rPr>
          <w:rFonts w:ascii="Times New Roman" w:eastAsia="Times New Roman" w:hAnsi="Times New Roman" w:cs="Times New Roman"/>
          <w:color w:val="000000"/>
        </w:rPr>
        <w:t>n-1</w:t>
      </w:r>
      <w:r>
        <w:rPr>
          <w:rFonts w:ascii="宋体" w:eastAsia="宋体" w:hAnsi="宋体" w:cs="宋体"/>
          <w:color w:val="000000"/>
        </w:rPr>
        <w:t>）</w:t>
      </w:r>
      <w:r>
        <w:rPr>
          <w:rFonts w:ascii="Times New Roman" w:eastAsia="Times New Roman" w:hAnsi="Times New Roman" w:cs="Times New Roman"/>
          <w:color w:val="000000"/>
        </w:rPr>
        <w:t>=4n+1</w:t>
      </w:r>
      <w:r>
        <w:rPr>
          <w:rFonts w:ascii="宋体" w:eastAsia="宋体" w:hAnsi="宋体" w:cs="宋体"/>
          <w:color w:val="000000"/>
        </w:rPr>
        <w:t>（个），</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17</w:t>
      </w:r>
      <w:r>
        <w:rPr>
          <w:rFonts w:ascii="宋体" w:eastAsia="宋体" w:hAnsi="宋体" w:cs="宋体"/>
          <w:color w:val="000000"/>
        </w:rPr>
        <w:t>，</w:t>
      </w:r>
      <w:r>
        <w:rPr>
          <w:rFonts w:ascii="Times New Roman" w:eastAsia="Times New Roman" w:hAnsi="Times New Roman" w:cs="Times New Roman"/>
          <w:color w:val="000000"/>
        </w:rPr>
        <w:t>4n+1</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此题考查图形类规律的探究，列代数式，有理数的加法计算法则，观察图形得到图形的变化规律，总结规律并解决问题是解题的关键．</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60</w:t>
      </w:r>
      <w:r>
        <w:rPr>
          <w:rFonts w:ascii="宋体" w:eastAsia="宋体" w:hAnsi="宋体" w:cs="宋体"/>
          <w:b/>
          <w:color w:val="000000"/>
          <w:sz w:val="24"/>
        </w:rPr>
        <w:t>分）</w:t>
      </w:r>
    </w:p>
    <w:p>
      <w:pPr>
        <w:pStyle w:val="Heading2"/>
      </w:pPr>
      <w:r>
        <w:t>西城区北京师范大学附属实验中学</w:t>
      </w:r>
    </w:p>
    <w:p>
      <w:pPr>
        <w:spacing w:line="360" w:lineRule="auto"/>
        <w:jc w:val="left"/>
        <w:textAlignment w:val="center"/>
        <w:rPr>
          <w:color w:val="000000"/>
        </w:rPr>
      </w:pPr>
      <w:r>
        <w:rPr>
          <w:color w:val="000000"/>
        </w:rPr>
        <w:t xml:space="preserve">18. </w:t>
      </w:r>
      <w:r>
        <w:rPr>
          <w:rFonts w:ascii="宋体" w:eastAsia="宋体" w:hAnsi="宋体" w:cs="宋体"/>
          <w:color w:val="000000"/>
        </w:rPr>
        <w:t>十九世纪的时候，</w:t>
      </w:r>
      <w:r>
        <w:rPr>
          <w:rFonts w:ascii="Times New Roman" w:eastAsia="Times New Roman" w:hAnsi="Times New Roman" w:cs="Times New Roman"/>
          <w:i/>
          <w:color w:val="000000"/>
        </w:rPr>
        <w:t>MorizStern</w:t>
      </w:r>
      <w:r>
        <w:rPr>
          <w:rFonts w:ascii="宋体" w:eastAsia="宋体" w:hAnsi="宋体" w:cs="宋体"/>
          <w:color w:val="000000"/>
        </w:rPr>
        <w:t>（</w:t>
      </w:r>
      <w:r>
        <w:rPr>
          <w:rFonts w:ascii="Times New Roman" w:eastAsia="Times New Roman" w:hAnsi="Times New Roman" w:cs="Times New Roman"/>
          <w:color w:val="000000"/>
        </w:rPr>
        <w:t>1858</w:t>
      </w:r>
      <w:r>
        <w:rPr>
          <w:rFonts w:ascii="宋体" w:eastAsia="宋体" w:hAnsi="宋体" w:cs="宋体"/>
          <w:color w:val="000000"/>
        </w:rPr>
        <w:t>）与</w:t>
      </w:r>
      <w:r>
        <w:rPr>
          <w:rFonts w:ascii="Times New Roman" w:eastAsia="Times New Roman" w:hAnsi="Times New Roman" w:cs="Times New Roman"/>
          <w:i/>
          <w:color w:val="000000"/>
        </w:rPr>
        <w:t>Achille Brocor</w:t>
      </w:r>
      <w:r>
        <w:rPr>
          <w:rFonts w:ascii="宋体" w:eastAsia="宋体" w:hAnsi="宋体" w:cs="宋体"/>
          <w:color w:val="000000"/>
        </w:rPr>
        <w:t>（</w:t>
      </w:r>
      <w:r>
        <w:rPr>
          <w:rFonts w:ascii="Times New Roman" w:eastAsia="Times New Roman" w:hAnsi="Times New Roman" w:cs="Times New Roman"/>
          <w:color w:val="000000"/>
        </w:rPr>
        <w:t>1860</w:t>
      </w:r>
      <w:r>
        <w:rPr>
          <w:rFonts w:ascii="宋体" w:eastAsia="宋体" w:hAnsi="宋体" w:cs="宋体"/>
          <w:color w:val="000000"/>
        </w:rPr>
        <w:t>）发明了“一棵树”称之为有理数树，它将全体正整数和正分数按照如图所示的方法排列、从</w:t>
      </w:r>
      <w:r>
        <w:rPr>
          <w:rFonts w:ascii="Times New Roman" w:eastAsia="Times New Roman" w:hAnsi="Times New Roman" w:cs="Times New Roman"/>
          <w:color w:val="000000"/>
        </w:rPr>
        <w:t>1</w:t>
      </w:r>
      <w:r>
        <w:rPr>
          <w:rFonts w:ascii="宋体" w:eastAsia="宋体" w:hAnsi="宋体" w:cs="宋体"/>
          <w:color w:val="000000"/>
        </w:rPr>
        <w:t>开始，一层一层的“生长”出来：</w:t>
      </w:r>
      <w:r>
        <w:pict>
          <v:shape id="_x0000_i721921" type="#_x0000_t75" alt="学科网(www.zxxk.com)--教育资源门户，提供试卷、教案、课件、论文、素材以及各类教学资源下载，还有大量而丰富的教学相关资讯！" style="width:9pt;height:30.75pt" o:oleicon="f" o:ole="">
            <v:imagedata r:id="rId379" o:title="eqIdd5296c0056db0e2b5331c9b9a6d45962"/>
          </v:shape>
        </w:pict>
      </w:r>
      <w:r>
        <w:rPr>
          <w:rFonts w:ascii="宋体" w:eastAsia="宋体" w:hAnsi="宋体" w:cs="宋体"/>
          <w:color w:val="000000"/>
        </w:rPr>
        <w:t>是第一层，第二层是</w:t>
      </w:r>
      <w:r>
        <w:pict>
          <v:shape id="_x0000_i721922" type="#_x0000_t75" alt="学科网(www.zxxk.com)--教育资源门户，提供试卷、教案、课件、论文、素材以及各类教学资源下载，还有大量而丰富的教学相关资讯！" style="width:12pt;height:30.75pt" o:oleicon="f" o:ole="">
            <v:imagedata r:id="rId380" o:title="eqIded3b68a28b6edbaa111066b3f7867aae"/>
          </v:shape>
        </w:pict>
      </w:r>
      <w:r>
        <w:rPr>
          <w:rFonts w:ascii="宋体" w:eastAsia="宋体" w:hAnsi="宋体" w:cs="宋体"/>
          <w:color w:val="000000"/>
        </w:rPr>
        <w:t>和</w:t>
      </w:r>
      <w:r>
        <w:pict>
          <v:shape id="_x0000_i721923" type="#_x0000_t75" alt="学科网(www.zxxk.com)--教育资源门户，提供试卷、教案、课件、论文、素材以及各类教学资源下载，还有大量而丰富的教学相关资讯！" style="width:10.5pt;height:21pt" o:oleicon="f" o:ole="">
            <v:imagedata r:id="rId381" o:title="eqIdf89eef3148f2d4d09379767b4af69132"/>
          </v:shape>
        </w:pict>
      </w:r>
      <w:r>
        <w:rPr>
          <w:rFonts w:ascii="宋体" w:eastAsia="宋体" w:hAnsi="宋体" w:cs="宋体"/>
          <w:color w:val="000000"/>
        </w:rPr>
        <w:t>，第三层的</w:t>
      </w:r>
      <w:r>
        <w:pict>
          <v:shape id="_x0000_i721924" type="#_x0000_t75" alt="学科网(www.zxxk.com)--教育资源门户，提供试卷、教案、课件、论文、素材以及各类教学资源下载，还有大量而丰富的教学相关资讯！" style="width:11.25pt;height:30.75pt" o:oleicon="f" o:ole="">
            <v:imagedata r:id="rId382" o:title="eqIda31a4d7c6286e03540b19c30c687ea88"/>
          </v:shape>
        </w:pict>
      </w:r>
      <w:r>
        <w:rPr>
          <w:rFonts w:ascii="宋体" w:eastAsia="宋体" w:hAnsi="宋体" w:cs="宋体"/>
          <w:color w:val="000000"/>
        </w:rPr>
        <w:t>，</w:t>
      </w:r>
      <w:r>
        <w:pict>
          <v:shape id="_x0000_i721925" type="#_x0000_t75" alt="学科网(www.zxxk.com)--教育资源门户，提供试卷、教案、课件、论文、素材以及各类教学资源下载，还有大量而丰富的教学相关资讯！" style="width:11.25pt;height:27.75pt" o:oleicon="f" o:ole="">
            <v:imagedata r:id="rId383" o:title="eqIdbf31876698721a199c7c53c6b320aa86"/>
          </v:shape>
        </w:pict>
      </w:r>
      <w:r>
        <w:rPr>
          <w:rFonts w:ascii="宋体" w:eastAsia="宋体" w:hAnsi="宋体" w:cs="宋体"/>
          <w:color w:val="000000"/>
        </w:rPr>
        <w:t>，</w:t>
      </w:r>
      <w:r>
        <w:pict>
          <v:shape id="_x0000_i721926" type="#_x0000_t75" alt="学科网(www.zxxk.com)--教育资源门户，提供试卷、教案、课件、论文、素材以及各类教学资源下载，还有大量而丰富的教学相关资讯！" style="width:12pt;height:31pt" o:oleicon="f" o:ole="">
            <v:imagedata r:id="rId384" o:title="eqIda4b8503f4706b8321e4e79a87eadea84"/>
          </v:shape>
        </w:pict>
      </w:r>
      <w:r>
        <w:rPr>
          <w:rFonts w:ascii="宋体" w:eastAsia="宋体" w:hAnsi="宋体" w:cs="宋体"/>
          <w:color w:val="000000"/>
        </w:rPr>
        <w:t>，</w:t>
      </w:r>
      <w:r>
        <w:pict>
          <v:shape id="_x0000_i721927" type="#_x0000_t75" alt="学科网(www.zxxk.com)--教育资源门户，提供试卷、教案、课件、论文、素材以及各类教学资源下载，还有大量而丰富的教学相关资讯！" style="width:11.25pt;height:30.75pt" o:oleicon="f" o:ole="">
            <v:imagedata r:id="rId385" o:title="eqId4dac452fbb5ef6dd653e7fbbef639484"/>
          </v:shape>
        </w:pict>
      </w:r>
      <w:r>
        <w:rPr>
          <w:rFonts w:ascii="宋体" w:eastAsia="宋体" w:hAnsi="宋体" w:cs="宋体"/>
          <w:color w:val="000000"/>
        </w:rPr>
        <w:t>，…，按照这个规律，若</w:t>
      </w:r>
      <w:r>
        <w:pict>
          <v:shape id="_x0000_i721928" type="#_x0000_t75" alt="学科网(www.zxxk.com)--教育资源门户，提供试卷、教案、课件、论文、素材以及各类教学资源下载，还有大量而丰富的教学相关资讯！" style="width:15.75pt;height:30.75pt" o:oleicon="f" o:ole="">
            <v:imagedata r:id="rId386" o:title="eqIdbf04772c4706ad5d764250460c410c01"/>
          </v:shape>
        </w:pict>
      </w:r>
      <w:r>
        <w:rPr>
          <w:rFonts w:ascii="宋体" w:eastAsia="宋体" w:hAnsi="宋体" w:cs="宋体"/>
          <w:color w:val="000000"/>
        </w:rPr>
        <w:t>位于第</w:t>
      </w:r>
      <w:r>
        <w:rPr>
          <w:rFonts w:ascii="Times New Roman" w:eastAsia="Times New Roman" w:hAnsi="Times New Roman" w:cs="Times New Roman"/>
          <w:i/>
          <w:color w:val="000000"/>
        </w:rPr>
        <w:t>m</w:t>
      </w:r>
      <w:r>
        <w:rPr>
          <w:rFonts w:ascii="宋体" w:eastAsia="宋体" w:hAnsi="宋体" w:cs="宋体"/>
          <w:color w:val="000000"/>
        </w:rPr>
        <w:t>层第</w:t>
      </w:r>
      <w:r>
        <w:rPr>
          <w:rFonts w:ascii="Times New Roman" w:eastAsia="Times New Roman" w:hAnsi="Times New Roman" w:cs="Times New Roman"/>
          <w:i/>
          <w:color w:val="000000"/>
        </w:rPr>
        <w:t>n</w:t>
      </w:r>
      <w:r>
        <w:rPr>
          <w:rFonts w:ascii="宋体" w:eastAsia="宋体" w:hAnsi="宋体" w:cs="宋体"/>
          <w:color w:val="000000"/>
        </w:rPr>
        <w:t>个数（从左往右数），则</w:t>
      </w:r>
      <w:r>
        <w:pict>
          <v:shape id="_x0000_i721929" type="#_x0000_t75" alt="学科网(www.zxxk.com)--教育资源门户，提供试卷、教案、课件、论文、素材以及各类教学资源下载，还有大量而丰富的教学相关资讯！" style="width:21.75pt;height:11.25pt" o:oleicon="f" o:ole="">
            <v:imagedata r:id="rId387" o:title="eqIda6c57bbef89a37f1a3808c0ceeac0c22"/>
          </v:shape>
        </w:pict>
      </w:r>
      <w:r>
        <w:rPr>
          <w:color w:val="000000"/>
        </w:rPr>
        <w:t>___________</w:t>
      </w:r>
      <w:r>
        <w:rPr>
          <w:rFonts w:ascii="宋体" w:eastAsia="宋体" w:hAnsi="宋体" w:cs="宋体"/>
          <w:color w:val="000000"/>
        </w:rPr>
        <w:t>，</w:t>
      </w:r>
      <w:r>
        <w:pict>
          <v:shape id="_x0000_i721930" type="#_x0000_t75" alt="学科网(www.zxxk.com)--教育资源门户，提供试卷、教案、课件、论文、素材以及各类教学资源下载，还有大量而丰富的教学相关资讯！" style="width:18.75pt;height:11.25pt" o:oleicon="f" o:ole="">
            <v:imagedata r:id="rId388" o:title="eqId0f3cb8d72bb2e281b943b3b430138ef7"/>
          </v:shape>
        </w:pict>
      </w:r>
      <w:r>
        <w:rPr>
          <w:color w:val="000000"/>
        </w:rPr>
        <w:t>___________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5238750" cy="1833562"/>
            <wp:docPr id="42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 name=""/>
                    <pic:cNvPicPr>
                      <a:picLocks noChangeAspect="1"/>
                    </pic:cNvPicPr>
                  </pic:nvPicPr>
                  <pic:blipFill>
                    <a:blip r:embed="rId389"/>
                    <a:stretch>
                      <a:fillRect/>
                    </a:stretch>
                  </pic:blipFill>
                  <pic:spPr>
                    <a:xfrm>
                      <a:off x="0" y="0"/>
                      <a:ext cx="5238750" cy="1833562"/>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8</w:t>
      </w:r>
      <w:r>
        <w:rPr>
          <w:color w:val="000000"/>
        </w:rPr>
        <w:t xml:space="preserve">    ②. </w:t>
      </w:r>
      <w:r>
        <w:rPr>
          <w:rFonts w:ascii="Times New Roman" w:eastAsia="Times New Roman" w:hAnsi="Times New Roman" w:cs="Times New Roman"/>
          <w:color w:val="000000"/>
        </w:rPr>
        <w:t>65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由图可知，向右发散的都是真分数，规律是</w:t>
      </w:r>
      <w:r>
        <w:pict>
          <v:shape id="_x0000_i721931" type="#_x0000_t75" alt="学科网(www.zxxk.com)--教育资源门户，提供试卷、教案、课件、论文、素材以及各类教学资源下载，还有大量而丰富的教学相关资讯！" style="width:11.9pt;height:30.7pt" o:oleicon="f" o:ole="">
            <v:imagedata r:id="rId390" o:title="eqId0c6ce02259a85ea191541f4a708738f1"/>
          </v:shape>
        </w:pict>
      </w:r>
      <w:r>
        <w:rPr>
          <w:rFonts w:ascii="Times New Roman" w:eastAsia="Times New Roman" w:hAnsi="Times New Roman" w:cs="Times New Roman"/>
          <w:color w:val="000000"/>
        </w:rPr>
        <w:t>→</w:t>
      </w:r>
      <w:r>
        <w:pict>
          <v:shape id="_x0000_i721932" type="#_x0000_t75" alt="学科网(www.zxxk.com)--教育资源门户，提供试卷、教案、课件、论文、素材以及各类教学资源下载，还有大量而丰富的教学相关资讯！" style="width:27.75pt;height:30.75pt" o:oleicon="f" o:ole="">
            <v:imagedata r:id="rId391" o:title="eqIddc5908419b51765324cb438f1c29192f"/>
          </v:shape>
        </w:pict>
      </w:r>
      <w:r>
        <w:rPr>
          <w:rFonts w:ascii="宋体" w:eastAsia="宋体" w:hAnsi="宋体" w:cs="宋体"/>
          <w:color w:val="000000"/>
        </w:rPr>
        <w:t>，向左发散的都是假分数，规律是</w:t>
      </w:r>
      <w:r>
        <w:pict>
          <v:shape id="_x0000_i721933" type="#_x0000_t75" alt="学科网(www.zxxk.com)--教育资源门户，提供试卷、教案、课件、论文、素材以及各类教学资源下载，还有大量而丰富的教学相关资讯！" style="width:11.9pt;height:30.7pt" o:oleicon="f" o:ole="">
            <v:imagedata r:id="rId390" o:title="eqId0c6ce02259a85ea191541f4a708738f1"/>
          </v:shape>
        </w:pict>
      </w:r>
      <w:r>
        <w:rPr>
          <w:rFonts w:ascii="Times New Roman" w:eastAsia="Times New Roman" w:hAnsi="Times New Roman" w:cs="Times New Roman"/>
          <w:color w:val="000000"/>
        </w:rPr>
        <w:t>→</w:t>
      </w:r>
      <w:r>
        <w:pict>
          <v:shape id="_x0000_i721934" type="#_x0000_t75" alt="学科网(www.zxxk.com)--教育资源门户，提供试卷、教案、课件、论文、素材以及各类教学资源下载，还有大量而丰富的教学相关资讯！" style="width:27pt;height:29pt" o:oleicon="f" o:ole="">
            <v:imagedata r:id="rId392" o:title="eqId62661d7d329647f8079e2f0dfd71e05b"/>
          </v:shape>
        </w:pict>
      </w:r>
      <w:r>
        <w:rPr>
          <w:rFonts w:ascii="宋体" w:eastAsia="宋体" w:hAnsi="宋体" w:cs="宋体"/>
          <w:color w:val="000000"/>
        </w:rPr>
        <w:t>，根据此规律，逆向推理即可．</w:t>
      </w:r>
    </w:p>
    <w:p>
      <w:pPr>
        <w:spacing w:line="360" w:lineRule="auto"/>
        <w:jc w:val="left"/>
        <w:textAlignment w:val="center"/>
        <w:rPr>
          <w:color w:val="000000"/>
        </w:rPr>
      </w:pPr>
      <w:r>
        <w:rPr>
          <w:color w:val="000000"/>
        </w:rPr>
        <w:t>【详解】</w:t>
      </w:r>
      <w:r>
        <w:rPr>
          <w:rFonts w:ascii="宋体" w:eastAsia="宋体" w:hAnsi="宋体" w:cs="宋体"/>
          <w:color w:val="000000"/>
        </w:rPr>
        <w:t>解：由图可知，向右发散的都是真分数，规律是</w:t>
      </w:r>
      <w:r>
        <w:pict>
          <v:shape id="_x0000_i721935" type="#_x0000_t75" alt="学科网(www.zxxk.com)--教育资源门户，提供试卷、教案、课件、论文、素材以及各类教学资源下载，还有大量而丰富的教学相关资讯！" style="width:11.9pt;height:30.7pt" o:oleicon="f" o:ole="">
            <v:imagedata r:id="rId393" o:title="eqId0c6ce02259a85ea191541f4a708738f1"/>
          </v:shape>
        </w:pict>
      </w:r>
      <w:r>
        <w:rPr>
          <w:rFonts w:ascii="Times New Roman" w:eastAsia="Times New Roman" w:hAnsi="Times New Roman" w:cs="Times New Roman"/>
          <w:color w:val="000000"/>
        </w:rPr>
        <w:t>→</w:t>
      </w:r>
      <w:r>
        <w:pict>
          <v:shape id="_x0000_i721936" type="#_x0000_t75" alt="学科网(www.zxxk.com)--教育资源门户，提供试卷、教案、课件、论文、素材以及各类教学资源下载，还有大量而丰富的教学相关资讯！" style="width:27.75pt;height:30.75pt" o:oleicon="f" o:ole="">
            <v:imagedata r:id="rId394" o:title="eqIddc5908419b51765324cb438f1c29192f"/>
          </v:shape>
        </w:pict>
      </w:r>
      <w:r>
        <w:rPr>
          <w:rFonts w:ascii="宋体" w:eastAsia="宋体" w:hAnsi="宋体" w:cs="宋体"/>
          <w:color w:val="000000"/>
        </w:rPr>
        <w:t>，向左发散的都是假分数，规律是</w:t>
      </w:r>
      <w:r>
        <w:pict>
          <v:shape id="_x0000_i721937" type="#_x0000_t75" alt="学科网(www.zxxk.com)--教育资源门户，提供试卷、教案、课件、论文、素材以及各类教学资源下载，还有大量而丰富的教学相关资讯！" style="width:11.9pt;height:30.7pt" o:oleicon="f" o:ole="">
            <v:imagedata r:id="rId393" o:title="eqId0c6ce02259a85ea191541f4a708738f1"/>
          </v:shape>
        </w:pict>
      </w:r>
      <w:r>
        <w:rPr>
          <w:rFonts w:ascii="Times New Roman" w:eastAsia="Times New Roman" w:hAnsi="Times New Roman" w:cs="Times New Roman"/>
          <w:color w:val="000000"/>
        </w:rPr>
        <w:t>→</w:t>
      </w:r>
      <w:r>
        <w:pict>
          <v:shape id="_x0000_i721938" type="#_x0000_t75" alt="学科网(www.zxxk.com)--教育资源门户，提供试卷、教案、课件、论文、素材以及各类教学资源下载，还有大量而丰富的教学相关资讯！" style="width:27pt;height:29pt" o:oleicon="f" o:ole="">
            <v:imagedata r:id="rId395" o:title="eqId62661d7d329647f8079e2f0dfd71e05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1939" type="#_x0000_t75" alt="学科网(www.zxxk.com)--教育资源门户，提供试卷、教案、课件、论文、素材以及各类教学资源下载，还有大量而丰富的教学相关资讯！" style="width:15.75pt;height:30.75pt" o:oleicon="f" o:ole="">
            <v:imagedata r:id="rId396" o:title="eqIdbf04772c4706ad5d764250460c410c01"/>
          </v:shape>
        </w:pict>
      </w:r>
      <w:r>
        <w:rPr>
          <w:rFonts w:ascii="Times New Roman" w:eastAsia="Times New Roman" w:hAnsi="Times New Roman" w:cs="Times New Roman"/>
          <w:color w:val="000000"/>
        </w:rPr>
        <w:t>→</w:t>
      </w:r>
      <w:r>
        <w:pict>
          <v:shape id="_x0000_i721940" type="#_x0000_t75" alt="学科网(www.zxxk.com)--教育资源门户，提供试卷、教案、课件、论文、素材以及各类教学资源下载，还有大量而丰富的教学相关资讯！" style="width:15pt;height:30.75pt" o:oleicon="f" o:ole="">
            <v:imagedata r:id="rId397" o:title="eqIda41354372ccb7c514380a0b70d97aa08"/>
          </v:shape>
        </w:pict>
      </w:r>
      <w:r>
        <w:rPr>
          <w:rFonts w:ascii="Times New Roman" w:eastAsia="Times New Roman" w:hAnsi="Times New Roman" w:cs="Times New Roman"/>
          <w:color w:val="000000"/>
        </w:rPr>
        <w:t>→</w:t>
      </w:r>
      <w:r>
        <w:pict>
          <v:shape id="_x0000_i721941" type="#_x0000_t75" alt="学科网(www.zxxk.com)--教育资源门户，提供试卷、教案、课件、论文、素材以及各类教学资源下载，还有大量而丰富的教学相关资讯！" style="width:11pt;height:31.95pt" o:oleicon="f" o:ole="">
            <v:imagedata r:id="rId398" o:title="eqId1c0874f019492261eb175bdcc08c189d"/>
          </v:shape>
        </w:pict>
      </w:r>
      <w:r>
        <w:rPr>
          <w:rFonts w:ascii="Times New Roman" w:eastAsia="Times New Roman" w:hAnsi="Times New Roman" w:cs="Times New Roman"/>
          <w:color w:val="000000"/>
        </w:rPr>
        <w:t>→</w:t>
      </w:r>
      <w:r>
        <w:pict>
          <v:shape id="_x0000_i721942" type="#_x0000_t75" alt="学科网(www.zxxk.com)--教育资源门户，提供试卷、教案、课件、论文、素材以及各类教学资源下载，还有大量而丰富的教学相关资讯！" style="width:11.9pt;height:31.2pt" o:oleicon="f" o:ole="">
            <v:imagedata r:id="rId399" o:title="eqIdec85f29c0860b57a8f0cf8098c13a97e"/>
          </v:shape>
        </w:pict>
      </w:r>
      <w:r>
        <w:rPr>
          <w:rFonts w:ascii="Times New Roman" w:eastAsia="Times New Roman" w:hAnsi="Times New Roman" w:cs="Times New Roman"/>
          <w:color w:val="000000"/>
        </w:rPr>
        <w:t>→</w:t>
      </w:r>
      <w:r>
        <w:pict>
          <v:shape id="_x0000_i721943" type="#_x0000_t75" alt="学科网(www.zxxk.com)--教育资源门户，提供试卷、教案、课件、论文、素材以及各类教学资源下载，还有大量而丰富的教学相关资讯！" style="width:12pt;height:30.75pt" o:oleicon="f" o:ole="">
            <v:imagedata r:id="rId400" o:title="eqId533a7b702ada1dd80123e4041271d521"/>
          </v:shape>
        </w:pict>
      </w:r>
      <w:r>
        <w:rPr>
          <w:rFonts w:ascii="Times New Roman" w:eastAsia="Times New Roman" w:hAnsi="Times New Roman" w:cs="Times New Roman"/>
          <w:color w:val="000000"/>
        </w:rPr>
        <w:t>→</w:t>
      </w:r>
      <w:r>
        <w:pict>
          <v:shape id="_x0000_i721944" type="#_x0000_t75" alt="学科网(www.zxxk.com)--教育资源门户，提供试卷、教案、课件、论文、素材以及各类教学资源下载，还有大量而丰富的教学相关资讯！" style="width:12pt;height:31pt" o:oleicon="f" o:ole="">
            <v:imagedata r:id="rId401" o:title="eqIda4b8503f4706b8321e4e79a87eadea84"/>
          </v:shape>
        </w:pict>
      </w:r>
      <w:r>
        <w:rPr>
          <w:rFonts w:ascii="Times New Roman" w:eastAsia="Times New Roman" w:hAnsi="Times New Roman" w:cs="Times New Roman"/>
          <w:color w:val="000000"/>
        </w:rPr>
        <w:t>→</w:t>
      </w:r>
      <w:r>
        <w:pict>
          <v:shape id="_x0000_i721945" type="#_x0000_t75" alt="学科网(www.zxxk.com)--教育资源门户，提供试卷、教案、课件、论文、素材以及各类教学资源下载，还有大量而丰富的教学相关资讯！" style="width:10.5pt;height:21pt" o:oleicon="f" o:ole="">
            <v:imagedata r:id="rId402" o:title="eqIdf89eef3148f2d4d09379767b4af69132"/>
          </v:shape>
        </w:pict>
      </w:r>
      <w:r>
        <w:rPr>
          <w:rFonts w:ascii="Times New Roman" w:eastAsia="Times New Roman" w:hAnsi="Times New Roman" w:cs="Times New Roman"/>
          <w:color w:val="000000"/>
        </w:rPr>
        <w:t>→</w:t>
      </w:r>
      <w:r>
        <w:pict>
          <v:shape id="_x0000_i721946" type="#_x0000_t75" alt="学科网(www.zxxk.com)--教育资源门户，提供试卷、教案、课件、论文、素材以及各类教学资源下载，还有大量而丰富的教学相关资讯！" style="width:9pt;height:30.75pt" o:oleicon="f" o:ole="">
            <v:imagedata r:id="rId403" o:title="eqIdd5296c0056db0e2b5331c9b9a6d4596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1947" type="#_x0000_t75" alt="学科网(www.zxxk.com)--教育资源门户，提供试卷、教案、课件、论文、素材以及各类教学资源下载，还有大量而丰富的教学相关资讯！" style="width:15.75pt;height:30.75pt" o:oleicon="f" o:ole="">
            <v:imagedata r:id="rId404" o:title="eqIdbf04772c4706ad5d764250460c410c01"/>
          </v:shape>
        </w:pict>
      </w:r>
      <w:r>
        <w:rPr>
          <w:rFonts w:ascii="宋体" w:eastAsia="宋体" w:hAnsi="宋体" w:cs="宋体"/>
          <w:color w:val="000000"/>
        </w:rPr>
        <w:t>在第</w:t>
      </w:r>
      <w:r>
        <w:rPr>
          <w:rFonts w:ascii="Times New Roman" w:eastAsia="Times New Roman" w:hAnsi="Times New Roman" w:cs="Times New Roman"/>
          <w:color w:val="000000"/>
        </w:rPr>
        <w:t>8</w:t>
      </w:r>
      <w:r>
        <w:rPr>
          <w:rFonts w:ascii="宋体" w:eastAsia="宋体" w:hAnsi="宋体" w:cs="宋体"/>
          <w:color w:val="000000"/>
        </w:rPr>
        <w:t>层，即</w:t>
      </w:r>
      <w:r>
        <w:pict>
          <v:shape id="_x0000_i721948" type="#_x0000_t75" alt="学科网(www.zxxk.com)--教育资源门户，提供试卷、教案、课件、论文、素材以及各类教学资源下载，还有大量而丰富的教学相关资讯！" style="width:30pt;height:13.95pt" o:oleicon="f" o:ole="">
            <v:imagedata r:id="rId405" o:title="eqId94174f37421d296a192b2df66c05f87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由图知，</w:t>
      </w:r>
      <w:r>
        <w:pict>
          <v:shape id="_x0000_i721949" type="#_x0000_t75" alt="学科网(www.zxxk.com)--教育资源门户，提供试卷、教案、课件、论文、素材以及各类教学资源下载，还有大量而丰富的教学相关资讯！" style="width:12pt;height:31pt" o:oleicon="f" o:ole="">
            <v:imagedata r:id="rId406" o:title="eqIda4b8503f4706b8321e4e79a87eadea84"/>
          </v:shape>
        </w:pict>
      </w:r>
      <w:r>
        <w:rPr>
          <w:rFonts w:ascii="宋体" w:eastAsia="宋体" w:hAnsi="宋体" w:cs="宋体"/>
          <w:color w:val="000000"/>
        </w:rPr>
        <w:t>左边有</w:t>
      </w:r>
      <w:r>
        <w:rPr>
          <w:rFonts w:ascii="Times New Roman" w:eastAsia="Times New Roman" w:hAnsi="Times New Roman" w:cs="Times New Roman"/>
          <w:color w:val="000000"/>
        </w:rPr>
        <w:t>2</w:t>
      </w:r>
      <w:r>
        <w:rPr>
          <w:rFonts w:ascii="宋体" w:eastAsia="宋体" w:hAnsi="宋体" w:cs="宋体"/>
          <w:color w:val="000000"/>
        </w:rPr>
        <w:t>个数，</w:t>
      </w:r>
      <w:r>
        <w:pict>
          <v:shape id="_x0000_i721950" type="#_x0000_t75" alt="学科网(www.zxxk.com)--教育资源门户，提供试卷、教案、课件、论文、素材以及各类教学资源下载，还有大量而丰富的教学相关资讯！" style="width:12pt;height:30.75pt" o:oleicon="f" o:ole="">
            <v:imagedata r:id="rId407" o:title="eqId533a7b702ada1dd80123e4041271d521"/>
          </v:shape>
        </w:pict>
      </w:r>
      <w:r>
        <w:rPr>
          <w:rFonts w:ascii="宋体" w:eastAsia="宋体" w:hAnsi="宋体" w:cs="宋体"/>
          <w:color w:val="000000"/>
        </w:rPr>
        <w:t>左边有</w:t>
      </w:r>
      <w:r>
        <w:rPr>
          <w:rFonts w:ascii="Times New Roman" w:eastAsia="Times New Roman" w:hAnsi="Times New Roman" w:cs="Times New Roman"/>
          <w:color w:val="000000"/>
        </w:rPr>
        <w:t>4</w:t>
      </w:r>
      <w:r>
        <w:rPr>
          <w:rFonts w:ascii="宋体" w:eastAsia="宋体" w:hAnsi="宋体" w:cs="宋体"/>
          <w:color w:val="000000"/>
        </w:rPr>
        <w:t>个数，</w:t>
      </w:r>
      <w:r>
        <w:pict>
          <v:shape id="_x0000_i721951" type="#_x0000_t75" alt="学科网(www.zxxk.com)--教育资源门户，提供试卷、教案、课件、论文、素材以及各类教学资源下载，还有大量而丰富的教学相关资讯！" style="width:11.9pt;height:31.2pt" o:oleicon="f" o:ole="">
            <v:imagedata r:id="rId408" o:title="eqIdec85f29c0860b57a8f0cf8098c13a97e"/>
          </v:shape>
        </w:pict>
      </w:r>
      <w:r>
        <w:rPr>
          <w:rFonts w:ascii="宋体" w:eastAsia="宋体" w:hAnsi="宋体" w:cs="宋体"/>
          <w:color w:val="000000"/>
        </w:rPr>
        <w:t>左边有</w:t>
      </w:r>
      <w:r>
        <w:rPr>
          <w:rFonts w:ascii="Times New Roman" w:eastAsia="Times New Roman" w:hAnsi="Times New Roman" w:cs="Times New Roman"/>
          <w:color w:val="000000"/>
        </w:rPr>
        <w:t>8</w:t>
      </w:r>
      <w:r>
        <w:rPr>
          <w:rFonts w:ascii="宋体" w:eastAsia="宋体" w:hAnsi="宋体" w:cs="宋体"/>
          <w:color w:val="000000"/>
        </w:rPr>
        <w:t>个数，</w:t>
      </w:r>
      <w:r>
        <w:pict>
          <v:shape id="_x0000_i721952" type="#_x0000_t75" alt="学科网(www.zxxk.com)--教育资源门户，提供试卷、教案、课件、论文、素材以及各类教学资源下载，还有大量而丰富的教学相关资讯！" style="width:11pt;height:31.95pt" o:oleicon="f" o:ole="">
            <v:imagedata r:id="rId409" o:title="eqId1c0874f019492261eb175bdcc08c189d"/>
          </v:shape>
        </w:pict>
      </w:r>
      <w:r>
        <w:rPr>
          <w:rFonts w:ascii="宋体" w:eastAsia="宋体" w:hAnsi="宋体" w:cs="宋体"/>
          <w:color w:val="000000"/>
        </w:rPr>
        <w:t>左边有</w:t>
      </w:r>
      <w:r>
        <w:rPr>
          <w:rFonts w:ascii="Times New Roman" w:eastAsia="Times New Roman" w:hAnsi="Times New Roman" w:cs="Times New Roman"/>
          <w:color w:val="000000"/>
        </w:rPr>
        <w:t>16</w:t>
      </w:r>
      <w:r>
        <w:rPr>
          <w:rFonts w:ascii="宋体" w:eastAsia="宋体" w:hAnsi="宋体" w:cs="宋体"/>
          <w:color w:val="000000"/>
        </w:rPr>
        <w:t>个数，</w:t>
      </w:r>
      <w:r>
        <w:pict>
          <v:shape id="_x0000_i721953" type="#_x0000_t75" alt="学科网(www.zxxk.com)--教育资源门户，提供试卷、教案、课件、论文、素材以及各类教学资源下载，还有大量而丰富的教学相关资讯！" style="width:15pt;height:30.75pt" o:oleicon="f" o:ole="">
            <v:imagedata r:id="rId410" o:title="eqIda41354372ccb7c514380a0b70d97aa08"/>
          </v:shape>
        </w:pict>
      </w:r>
      <w:r>
        <w:rPr>
          <w:rFonts w:ascii="宋体" w:eastAsia="宋体" w:hAnsi="宋体" w:cs="宋体"/>
          <w:color w:val="000000"/>
        </w:rPr>
        <w:t>左边有</w:t>
      </w:r>
      <w:r>
        <w:rPr>
          <w:rFonts w:ascii="Times New Roman" w:eastAsia="Times New Roman" w:hAnsi="Times New Roman" w:cs="Times New Roman"/>
          <w:color w:val="000000"/>
        </w:rPr>
        <w:t>32</w:t>
      </w:r>
      <w:r>
        <w:rPr>
          <w:rFonts w:ascii="宋体" w:eastAsia="宋体" w:hAnsi="宋体" w:cs="宋体"/>
          <w:color w:val="000000"/>
        </w:rPr>
        <w:t>个数，</w:t>
      </w:r>
    </w:p>
    <w:p>
      <w:pPr>
        <w:spacing w:line="360" w:lineRule="auto"/>
        <w:jc w:val="left"/>
        <w:textAlignment w:val="center"/>
        <w:rPr>
          <w:color w:val="000000"/>
        </w:rPr>
      </w:pPr>
      <w:r>
        <w:rPr>
          <w:rFonts w:ascii="宋体" w:eastAsia="宋体" w:hAnsi="宋体" w:cs="宋体"/>
          <w:color w:val="000000"/>
        </w:rPr>
        <w:t>∴</w:t>
      </w:r>
      <w:r>
        <w:pict>
          <v:shape id="_x0000_i721954" type="#_x0000_t75" alt="学科网(www.zxxk.com)--教育资源门户，提供试卷、教案、课件、论文、素材以及各类教学资源下载，还有大量而丰富的教学相关资讯！" style="width:15.75pt;height:30.75pt" o:oleicon="f" o:ole="">
            <v:imagedata r:id="rId411" o:title="eqIdbf04772c4706ad5d764250460c410c01"/>
          </v:shape>
        </w:pict>
      </w:r>
      <w:r>
        <w:rPr>
          <w:rFonts w:ascii="宋体" w:eastAsia="宋体" w:hAnsi="宋体" w:cs="宋体"/>
          <w:color w:val="000000"/>
        </w:rPr>
        <w:t>左边有</w:t>
      </w:r>
      <w:r>
        <w:pict>
          <v:shape id="_x0000_i721955" type="#_x0000_t75" alt="学科网(www.zxxk.com)--教育资源门户，提供试卷、教案、课件、论文、素材以及各类教学资源下载，还有大量而丰富的教学相关资讯！" style="width:54pt;height:14.25pt" o:oleicon="f" o:ole="">
            <v:imagedata r:id="rId412" o:title="eqId423b8196b1dab2d34b049867b4b7147f"/>
          </v:shape>
        </w:pict>
      </w:r>
      <w:r>
        <w:rPr>
          <w:rFonts w:ascii="宋体" w:eastAsia="宋体" w:hAnsi="宋体" w:cs="宋体"/>
          <w:color w:val="000000"/>
        </w:rPr>
        <w:t>个数，即</w:t>
      </w:r>
      <w:r>
        <w:pict>
          <v:shape id="_x0000_i721956" type="#_x0000_t75" alt="学科网(www.zxxk.com)--教育资源门户，提供试卷、教案、课件、论文、素材以及各类教学资源下载，还有大量而丰富的教学相关资讯！" style="width:33.75pt;height:14.25pt" o:oleicon="f" o:ole="">
            <v:imagedata r:id="rId413" o:title="eqIdb0070ae3458cbe440467fb4c153755e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65</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本题主要考查图形的变化规律，根据图形归纳出向右发散的都是真分数，规律是</w:t>
      </w:r>
      <w:r>
        <w:pict>
          <v:shape id="_x0000_i721957" type="#_x0000_t75" alt="学科网(www.zxxk.com)--教育资源门户，提供试卷、教案、课件、论文、素材以及各类教学资源下载，还有大量而丰富的教学相关资讯！" style="width:11.9pt;height:30.7pt" o:oleicon="f" o:ole="">
            <v:imagedata r:id="rId414" o:title="eqId0c6ce02259a85ea191541f4a708738f1"/>
          </v:shape>
        </w:pict>
      </w:r>
      <w:r>
        <w:rPr>
          <w:rFonts w:ascii="Times New Roman" w:eastAsia="Times New Roman" w:hAnsi="Times New Roman" w:cs="Times New Roman"/>
          <w:color w:val="000000"/>
        </w:rPr>
        <w:t>→</w:t>
      </w:r>
      <w:r>
        <w:pict>
          <v:shape id="_x0000_i721958" type="#_x0000_t75" alt="学科网(www.zxxk.com)--教育资源门户，提供试卷、教案、课件、论文、素材以及各类教学资源下载，还有大量而丰富的教学相关资讯！" style="width:27.75pt;height:30.75pt" o:oleicon="f" o:ole="">
            <v:imagedata r:id="rId415" o:title="eqIddc5908419b51765324cb438f1c29192f"/>
          </v:shape>
        </w:pict>
      </w:r>
      <w:r>
        <w:rPr>
          <w:rFonts w:ascii="宋体" w:eastAsia="宋体" w:hAnsi="宋体" w:cs="宋体"/>
          <w:color w:val="000000"/>
        </w:rPr>
        <w:t>，向左发散的都是假分数，规律是</w:t>
      </w:r>
      <w:r>
        <w:pict>
          <v:shape id="_x0000_i721959" type="#_x0000_t75" alt="学科网(www.zxxk.com)--教育资源门户，提供试卷、教案、课件、论文、素材以及各类教学资源下载，还有大量而丰富的教学相关资讯！" style="width:11.9pt;height:30.7pt" o:oleicon="f" o:ole="">
            <v:imagedata r:id="rId414" o:title="eqId0c6ce02259a85ea191541f4a708738f1"/>
          </v:shape>
        </w:pict>
      </w:r>
      <w:r>
        <w:rPr>
          <w:rFonts w:ascii="Times New Roman" w:eastAsia="Times New Roman" w:hAnsi="Times New Roman" w:cs="Times New Roman"/>
          <w:color w:val="000000"/>
        </w:rPr>
        <w:t>→</w:t>
      </w:r>
      <w:r>
        <w:pict>
          <v:shape id="_x0000_i721960" type="#_x0000_t75" alt="学科网(www.zxxk.com)--教育资源门户，提供试卷、教案、课件、论文、素材以及各类教学资源下载，还有大量而丰富的教学相关资讯！" style="width:27pt;height:29pt" o:oleicon="f" o:ole="">
            <v:imagedata r:id="rId416" o:title="eqId62661d7d329647f8079e2f0dfd71e05b"/>
          </v:shape>
        </w:pict>
      </w:r>
      <w:r>
        <w:rPr>
          <w:rFonts w:ascii="宋体" w:eastAsia="宋体" w:hAnsi="宋体" w:cs="宋体"/>
          <w:color w:val="000000"/>
        </w:rPr>
        <w:t>，这一变化规律是解题的关键．</w:t>
      </w:r>
    </w:p>
    <w:p>
      <w:pPr>
        <w:spacing w:line="360" w:lineRule="auto"/>
        <w:jc w:val="left"/>
        <w:textAlignment w:val="center"/>
        <w:rPr>
          <w:color w:val="000000"/>
        </w:rPr>
      </w:pPr>
      <w:r>
        <w:rPr>
          <w:rFonts w:ascii="宋体" w:eastAsia="宋体" w:hAnsi="宋体" w:cs="宋体"/>
          <w:b/>
          <w:color w:val="000000"/>
          <w:sz w:val="24"/>
        </w:rPr>
        <w:t>三、计算题（本题共</w:t>
      </w:r>
      <w:r>
        <w:rPr>
          <w:rFonts w:ascii="Times New Roman" w:eastAsia="Times New Roman" w:hAnsi="Times New Roman" w:cs="Times New Roman"/>
          <w:b/>
          <w:color w:val="000000"/>
          <w:sz w:val="24"/>
        </w:rPr>
        <w:t>4</w:t>
      </w:r>
      <w:r>
        <w:rPr>
          <w:rFonts w:ascii="宋体" w:eastAsia="宋体" w:hAnsi="宋体" w:cs="宋体"/>
          <w:b/>
          <w:color w:val="000000"/>
          <w:sz w:val="24"/>
        </w:rPr>
        <w:t>道小题，每小题</w:t>
      </w:r>
      <w:r>
        <w:rPr>
          <w:rFonts w:ascii="Times New Roman" w:eastAsia="Times New Roman" w:hAnsi="Times New Roman" w:cs="Times New Roman"/>
          <w:b/>
          <w:color w:val="000000"/>
          <w:sz w:val="24"/>
        </w:rPr>
        <w:t>5</w:t>
      </w:r>
      <w:r>
        <w:rPr>
          <w:rFonts w:ascii="宋体" w:eastAsia="宋体" w:hAnsi="宋体" w:cs="宋体"/>
          <w:b/>
          <w:color w:val="000000"/>
          <w:sz w:val="24"/>
        </w:rPr>
        <w:t>分，共</w:t>
      </w:r>
      <w:r>
        <w:rPr>
          <w:rFonts w:ascii="Times New Roman" w:eastAsia="Times New Roman" w:hAnsi="Times New Roman" w:cs="Times New Roman"/>
          <w:b/>
          <w:color w:val="000000"/>
          <w:sz w:val="24"/>
        </w:rPr>
        <w:t>20</w:t>
      </w:r>
      <w:r>
        <w:rPr>
          <w:rFonts w:ascii="宋体" w:eastAsia="宋体" w:hAnsi="宋体" w:cs="宋体"/>
          <w:b/>
          <w:color w:val="000000"/>
          <w:sz w:val="24"/>
        </w:rPr>
        <w:t>分）</w:t>
      </w:r>
    </w:p>
    <w:p>
      <w:pPr>
        <w:pStyle w:val="Heading2"/>
      </w:pPr>
      <w:r>
        <w:t>西城区第十五中学</w:t>
      </w:r>
    </w:p>
    <w:p>
      <w:pPr>
        <w:spacing w:line="360" w:lineRule="auto"/>
        <w:jc w:val="left"/>
        <w:textAlignment w:val="center"/>
        <w:rPr>
          <w:color w:val="000000"/>
        </w:rPr>
      </w:pPr>
      <w:r>
        <w:rPr>
          <w:color w:val="000000"/>
        </w:rPr>
        <w:t xml:space="preserve">16. </w:t>
      </w:r>
      <w:r>
        <w:rPr>
          <w:rFonts w:ascii="宋体" w:eastAsia="宋体" w:hAnsi="宋体" w:cs="宋体"/>
          <w:color w:val="000000"/>
        </w:rPr>
        <w:t>观察下列图形及图形所对应</w:t>
      </w:r>
      <w:r>
        <w:rPr>
          <w:rFonts w:ascii="宋体" w:eastAsia="宋体" w:hAnsi="宋体" w:cs="宋体"/>
          <w:color w:val="000000"/>
          <w:position w:val="0"/>
        </w:rPr>
        <w:drawing>
          <wp:inline>
            <wp:extent cx="133350" cy="177800"/>
            <wp:docPr id="42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8" name=""/>
                    <pic:cNvPicPr>
                      <a:picLocks noChangeAspect="1"/>
                    </pic:cNvPicPr>
                  </pic:nvPicPr>
                  <pic:blipFill>
                    <a:blip r:embed="rId41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算式，根据你发现的规律计算：</w: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1+8+16+24</w:t>
      </w:r>
      <w:r>
        <w:rPr>
          <w:rFonts w:ascii="宋体" w:eastAsia="宋体" w:hAnsi="宋体" w:cs="宋体"/>
          <w:color w:val="000000"/>
        </w:rPr>
        <w:t>的结果为</w:t>
      </w:r>
      <w:r>
        <w:rPr>
          <w:color w:val="000000"/>
        </w:rPr>
        <w:t>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1+8+16+24+</w:t>
      </w:r>
      <w:r>
        <w:rPr>
          <w:rFonts w:ascii="宋体" w:eastAsia="宋体" w:hAnsi="宋体" w:cs="宋体"/>
          <w:color w:val="000000"/>
        </w:rPr>
        <w:t>…</w:t>
      </w:r>
      <w:r>
        <w:rPr>
          <w:rFonts w:ascii="Times New Roman" w:eastAsia="Times New Roman" w:hAnsi="Times New Roman" w:cs="Times New Roman"/>
          <w:color w:val="000000"/>
        </w:rPr>
        <w:t>+8</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是正整数）的结果为</w:t>
      </w:r>
      <w:r>
        <w:rPr>
          <w:color w:val="000000"/>
        </w:rPr>
        <w:t>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362450" cy="1638300"/>
            <wp:docPr id="42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 name=""/>
                    <pic:cNvPicPr>
                      <a:picLocks noChangeAspect="1"/>
                    </pic:cNvPicPr>
                  </pic:nvPicPr>
                  <pic:blipFill>
                    <a:blip r:embed="rId418"/>
                    <a:stretch>
                      <a:fillRect/>
                    </a:stretch>
                  </pic:blipFill>
                  <pic:spPr>
                    <a:xfrm>
                      <a:off x="0" y="0"/>
                      <a:ext cx="4362450" cy="16383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pict>
          <v:shape id="_x0000_i721961" type="#_x0000_t75" alt="学科网(www.zxxk.com)--教育资源门户，提供试卷、教案、课件、论文、素材以及各类教学资源下载，还有大量而丰富的教学相关资讯！" style="width:15.75pt;height:14.25pt" o:oleicon="f" o:ole="">
            <v:imagedata r:id="rId419" o:title="eqIdc1b7732b7b7bd7f5a37195813f505c43"/>
          </v:shape>
        </w:pict>
      </w:r>
      <w:r>
        <w:rPr>
          <w:color w:val="000000"/>
        </w:rPr>
        <w:br/>
      </w:r>
      <w:r>
        <w:rPr>
          <w:color w:val="000000"/>
        </w:rPr>
        <w:t xml:space="preserve">    ②. </w:t>
      </w:r>
      <w:r>
        <w:pict>
          <v:shape id="_x0000_i721962" type="#_x0000_t75" alt="学科网(www.zxxk.com)--教育资源门户，提供试卷、教案、课件、论文、素材以及各类教学资源下载，还有大量而丰富的教学相关资讯！" style="width:44.25pt;height:21.75pt" o:oleicon="f" o:ole="">
            <v:imagedata r:id="rId420" o:title="eqIdd54b13dab5668dde6606321178572c16"/>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）直接计算即可得到答案；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）由第一个图可得</w:t>
      </w:r>
      <w:r>
        <w:pict>
          <v:shape id="_x0000_i721963" type="#_x0000_t75" alt="学科网(www.zxxk.com)--教育资源门户，提供试卷、教案、课件、论文、素材以及各类教学资源下载，还有大量而丰富的教学相关资讯！" style="width:89.45pt;height:17.45pt" o:oleicon="f" o:ole="">
            <v:imagedata r:id="rId421" o:title="eqId92b02223ac7d0aa83250123937561a3a"/>
          </v:shape>
        </w:pict>
      </w:r>
      <w:r>
        <w:rPr>
          <w:rFonts w:ascii="宋体" w:eastAsia="宋体" w:hAnsi="宋体" w:cs="宋体"/>
          <w:color w:val="000000"/>
        </w:rPr>
        <w:t>；由第二个图可得</w:t>
      </w:r>
      <w:r>
        <w:pict>
          <v:shape id="_x0000_i721964" type="#_x0000_t75" alt="学科网(www.zxxk.com)--教育资源门户，提供试卷、教案、课件、论文、素材以及各类教学资源下载，还有大量而丰富的教学相关资讯！" style="width:125pt;height:18pt" o:oleicon="f" o:ole="">
            <v:imagedata r:id="rId422" o:title="eqIdfb98f9e22df451bf47cec2b822f376c4"/>
          </v:shape>
        </w:pict>
      </w:r>
      <w:r>
        <w:rPr>
          <w:rFonts w:ascii="宋体" w:eastAsia="宋体" w:hAnsi="宋体" w:cs="宋体"/>
          <w:color w:val="000000"/>
        </w:rPr>
        <w:t>；由第三个图可得</w:t>
      </w:r>
      <w:r>
        <w:pict>
          <v:shape id="_x0000_i721965" type="#_x0000_t75" alt="学科网(www.zxxk.com)--教育资源门户，提供试卷、教案、课件、论文、素材以及各类教学资源下载，还有大量而丰富的教学相关资讯！" style="width:2in;height:18pt" o:oleicon="f" o:ole="">
            <v:imagedata r:id="rId423" o:title="eqId0be8d202d75c8d932e730b607a2b8a21"/>
          </v:shape>
        </w:pict>
      </w:r>
      <w:r>
        <w:rPr>
          <w:rFonts w:ascii="宋体" w:eastAsia="宋体" w:hAnsi="宋体" w:cs="宋体"/>
          <w:color w:val="000000"/>
        </w:rPr>
        <w:t>，总结得到相关的规律即可知道答案．</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pict>
          <v:shape id="_x0000_i721966" type="#_x0000_t75" alt="学科网(www.zxxk.com)--教育资源门户，提供试卷、教案、课件、论文、素材以及各类教学资源下载，还有大量而丰富的教学相关资讯！" style="width:80pt;height:14pt" o:oleicon="f" o:ole="">
            <v:imagedata r:id="rId424" o:title="eqId5525175fc4c29b27dd72f46a2689e9cb"/>
          </v:shape>
        </w:pict>
      </w:r>
    </w:p>
    <w:p>
      <w:pPr>
        <w:spacing w:line="360" w:lineRule="auto"/>
        <w:jc w:val="left"/>
        <w:textAlignment w:val="center"/>
        <w:rPr>
          <w:color w:val="000000"/>
        </w:rPr>
      </w:pPr>
      <w:r>
        <w:rPr>
          <w:rFonts w:ascii="宋体" w:eastAsia="宋体" w:hAnsi="宋体" w:cs="宋体"/>
          <w:color w:val="000000"/>
        </w:rPr>
        <w:t>故答案为：</w:t>
      </w:r>
      <w:r>
        <w:pict>
          <v:shape id="_x0000_i721967" type="#_x0000_t75" alt="学科网(www.zxxk.com)--教育资源门户，提供试卷、教案、课件、论文、素材以及各类教学资源下载，还有大量而丰富的教学相关资讯！" style="width:15.75pt;height:14.25pt" o:oleicon="f" o:ole="">
            <v:imagedata r:id="rId425" o:title="eqIdc1b7732b7b7bd7f5a37195813f505c43"/>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）由第一个图可得</w:t>
      </w:r>
      <w:r>
        <w:pict>
          <v:shape id="_x0000_i721968" type="#_x0000_t75" alt="学科网(www.zxxk.com)--教育资源门户，提供试卷、教案、课件、论文、素材以及各类教学资源下载，还有大量而丰富的教学相关资讯！" style="width:89.45pt;height:17.45pt" o:oleicon="f" o:ole="">
            <v:imagedata r:id="rId426" o:title="eqId92b02223ac7d0aa83250123937561a3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由第二个图可得</w:t>
      </w:r>
      <w:r>
        <w:pict>
          <v:shape id="_x0000_i721969" type="#_x0000_t75" alt="学科网(www.zxxk.com)--教育资源门户，提供试卷、教案、课件、论文、素材以及各类教学资源下载，还有大量而丰富的教学相关资讯！" style="width:125pt;height:18pt" o:oleicon="f" o:ole="">
            <v:imagedata r:id="rId427" o:title="eqIdfb98f9e22df451bf47cec2b822f376c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由第三个图可得</w:t>
      </w:r>
      <w:r>
        <w:pict>
          <v:shape id="_x0000_i721970" type="#_x0000_t75" alt="学科网(www.zxxk.com)--教育资源门户，提供试卷、教案、课件、论文、素材以及各类教学资源下载，还有大量而丰富的教学相关资讯！" style="width:2in;height:18pt" o:oleicon="f" o:ole="">
            <v:imagedata r:id="rId428" o:title="eqId0be8d202d75c8d932e730b607a2b8a21"/>
          </v:shape>
        </w:pict>
      </w:r>
    </w:p>
    <w:p>
      <w:pPr>
        <w:spacing w:line="360" w:lineRule="auto"/>
        <w:jc w:val="left"/>
        <w:textAlignment w:val="center"/>
        <w:rPr>
          <w:color w:val="000000"/>
        </w:rPr>
      </w:pPr>
      <w:r>
        <w:rPr>
          <w:rFonts w:ascii="宋体" w:eastAsia="宋体" w:hAnsi="宋体" w:cs="宋体"/>
          <w:color w:val="000000"/>
        </w:rPr>
        <w:t>∴</w:t>
      </w:r>
      <w:r>
        <w:pict>
          <v:shape id="_x0000_i721971" type="#_x0000_t75" alt="学科网(www.zxxk.com)--教育资源门户，提供试卷、教案、课件、论文、素材以及各类教学资源下载，还有大量而丰富的教学相关资讯！" style="width:151pt;height:18pt" o:oleicon="f" o:ole="">
            <v:imagedata r:id="rId429" o:title="eqIda1781fed982336474e74d0192eea6c07"/>
          </v:shape>
        </w:pict>
      </w:r>
    </w:p>
    <w:p>
      <w:pPr>
        <w:spacing w:line="360" w:lineRule="auto"/>
        <w:jc w:val="left"/>
        <w:textAlignment w:val="center"/>
        <w:rPr>
          <w:color w:val="000000"/>
        </w:rPr>
      </w:pPr>
      <w:r>
        <w:rPr>
          <w:rFonts w:ascii="宋体" w:eastAsia="宋体" w:hAnsi="宋体" w:cs="宋体"/>
          <w:color w:val="000000"/>
        </w:rPr>
        <w:t>故答案为：</w:t>
      </w:r>
      <w:r>
        <w:pict>
          <v:shape id="_x0000_i721972" type="#_x0000_t75" alt="学科网(www.zxxk.com)--教育资源门户，提供试卷、教案、课件、论文、素材以及各类教学资源下载，还有大量而丰富的教学相关资讯！" style="width:44.25pt;height:21.75pt" o:oleicon="f" o:ole="">
            <v:imagedata r:id="rId430" o:title="eqIdd54b13dab5668dde6606321178572c16"/>
          </v:shape>
        </w:pict>
      </w:r>
    </w:p>
    <w:p>
      <w:pPr>
        <w:spacing w:line="360" w:lineRule="auto"/>
        <w:jc w:val="left"/>
        <w:textAlignment w:val="center"/>
        <w:rPr>
          <w:color w:val="000000"/>
        </w:rPr>
      </w:pPr>
      <w:r>
        <w:rPr>
          <w:color w:val="000000"/>
        </w:rPr>
        <w:t>【点睛】</w:t>
      </w:r>
      <w:r>
        <w:rPr>
          <w:rFonts w:ascii="宋体" w:eastAsia="宋体" w:hAnsi="宋体" w:cs="宋体"/>
          <w:color w:val="000000"/>
        </w:rPr>
        <w:t>本题考查探索与表达规律的相关知识点，灵活应用规律的探索方法是解题关键．</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67</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20</w:t>
      </w:r>
      <w:r>
        <w:rPr>
          <w:rFonts w:ascii="宋体" w:eastAsia="宋体" w:hAnsi="宋体" w:cs="宋体"/>
          <w:b/>
          <w:color w:val="000000"/>
          <w:sz w:val="24"/>
        </w:rPr>
        <w:t>分，第</w:t>
      </w:r>
      <w:r>
        <w:rPr>
          <w:rFonts w:ascii="Times New Roman" w:eastAsia="Times New Roman" w:hAnsi="Times New Roman" w:cs="Times New Roman"/>
          <w:b/>
          <w:color w:val="000000"/>
          <w:sz w:val="24"/>
        </w:rPr>
        <w:t>18</w:t>
      </w:r>
      <w:r>
        <w:rPr>
          <w:rFonts w:ascii="宋体" w:eastAsia="宋体" w:hAnsi="宋体" w:cs="宋体"/>
          <w:b/>
          <w:color w:val="000000"/>
          <w:sz w:val="24"/>
        </w:rPr>
        <w:t>题</w:t>
      </w:r>
      <w:r>
        <w:rPr>
          <w:rFonts w:ascii="Times New Roman" w:eastAsia="Times New Roman" w:hAnsi="Times New Roman" w:cs="Times New Roman"/>
          <w:b/>
          <w:color w:val="000000"/>
          <w:sz w:val="24"/>
        </w:rPr>
        <w:t>10</w:t>
      </w:r>
      <w:r>
        <w:rPr>
          <w:rFonts w:ascii="宋体" w:eastAsia="宋体" w:hAnsi="宋体" w:cs="宋体"/>
          <w:b/>
          <w:color w:val="000000"/>
          <w:sz w:val="24"/>
        </w:rPr>
        <w:t>分，第</w:t>
      </w:r>
      <w:r>
        <w:rPr>
          <w:rFonts w:ascii="Times New Roman" w:eastAsia="Times New Roman" w:hAnsi="Times New Roman" w:cs="Times New Roman"/>
          <w:b/>
          <w:color w:val="000000"/>
          <w:sz w:val="24"/>
        </w:rPr>
        <w:t>19-23</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24</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pStyle w:val="Heading2"/>
      </w:pPr>
      <w:r>
        <w:t>西城外国语学校</w:t>
      </w:r>
    </w:p>
    <w:p>
      <w:pPr>
        <w:spacing w:line="360" w:lineRule="auto"/>
        <w:jc w:val="left"/>
        <w:textAlignment w:val="center"/>
        <w:rPr>
          <w:color w:val="000000"/>
        </w:rPr>
      </w:pPr>
      <w:r>
        <w:rPr>
          <w:color w:val="000000"/>
        </w:rPr>
        <w:t xml:space="preserve">18. </w:t>
      </w:r>
      <w:r>
        <w:rPr>
          <w:rFonts w:ascii="Times New Roman" w:eastAsia="Times New Roman" w:hAnsi="Times New Roman" w:cs="Times New Roman"/>
          <w:color w:val="000000"/>
        </w:rPr>
        <w:t>“</w:t>
      </w:r>
      <w:r>
        <w:rPr>
          <w:rFonts w:ascii="宋体" w:eastAsia="宋体" w:hAnsi="宋体" w:cs="宋体"/>
          <w:color w:val="000000"/>
        </w:rPr>
        <w:t>格子乘法</w:t>
      </w:r>
      <w:r>
        <w:rPr>
          <w:rFonts w:ascii="Times New Roman" w:eastAsia="Times New Roman" w:hAnsi="Times New Roman" w:cs="Times New Roman"/>
          <w:color w:val="000000"/>
        </w:rPr>
        <w:t>”</w:t>
      </w:r>
      <w:r>
        <w:rPr>
          <w:rFonts w:ascii="宋体" w:eastAsia="宋体" w:hAnsi="宋体" w:cs="宋体"/>
          <w:color w:val="000000"/>
        </w:rPr>
        <w:t>作为两个数相乘的一种计算方法，最早在</w:t>
      </w:r>
      <w:r>
        <w:rPr>
          <w:rFonts w:ascii="Times New Roman" w:eastAsia="Times New Roman" w:hAnsi="Times New Roman" w:cs="Times New Roman"/>
          <w:color w:val="000000"/>
        </w:rPr>
        <w:t>15</w:t>
      </w:r>
      <w:r>
        <w:rPr>
          <w:rFonts w:ascii="宋体" w:eastAsia="宋体" w:hAnsi="宋体" w:cs="宋体"/>
          <w:color w:val="000000"/>
        </w:rPr>
        <w:t>世纪由意大利数学家帕乔利提出，在明代数学家程大位著的《算法统宗》一书中被称为</w:t>
      </w:r>
      <w:r>
        <w:rPr>
          <w:rFonts w:ascii="Times New Roman" w:eastAsia="Times New Roman" w:hAnsi="Times New Roman" w:cs="Times New Roman"/>
          <w:color w:val="000000"/>
        </w:rPr>
        <w:t>“</w:t>
      </w:r>
      <w:r>
        <w:rPr>
          <w:rFonts w:ascii="宋体" w:eastAsia="宋体" w:hAnsi="宋体" w:cs="宋体"/>
          <w:color w:val="000000"/>
        </w:rPr>
        <w:t>铺地锦</w:t>
      </w:r>
      <w:r>
        <w:rPr>
          <w:rFonts w:ascii="Times New Roman" w:eastAsia="Times New Roman" w:hAnsi="Times New Roman" w:cs="Times New Roman"/>
          <w:color w:val="000000"/>
        </w:rPr>
        <w:t>”</w:t>
      </w:r>
      <w:r>
        <w:rPr>
          <w:rFonts w:ascii="宋体" w:eastAsia="宋体" w:hAnsi="宋体" w:cs="宋体"/>
          <w:color w:val="000000"/>
        </w:rPr>
        <w:t>．例如：如图</w:t>
      </w:r>
      <w:r>
        <w:rPr>
          <w:rFonts w:ascii="Times New Roman" w:eastAsia="Times New Roman" w:hAnsi="Times New Roman" w:cs="Times New Roman"/>
          <w:color w:val="000000"/>
        </w:rPr>
        <w:t>1</w:t>
      </w:r>
      <w:r>
        <w:rPr>
          <w:rFonts w:ascii="宋体" w:eastAsia="宋体" w:hAnsi="宋体" w:cs="宋体"/>
          <w:color w:val="000000"/>
        </w:rPr>
        <w:t>，计算</w:t>
      </w:r>
      <w:r>
        <w:pict>
          <v:shape id="_x0000_i721973" type="#_x0000_t75" alt="学科网(www.zxxk.com)--教育资源门户，提供试卷、教案、课件、论文、素材以及各类教学资源下载，还有大量而丰富的教学相关资讯！" style="width:36pt;height:14.25pt" o:oleicon="f" o:ole="">
            <v:imagedata r:id="rId431" o:title="eqId1fd1e5ac31dbecf24dcd934861c980ba"/>
          </v:shape>
        </w:pict>
      </w:r>
      <w:r>
        <w:rPr>
          <w:rFonts w:ascii="宋体" w:eastAsia="宋体" w:hAnsi="宋体" w:cs="宋体"/>
          <w:color w:val="000000"/>
        </w:rPr>
        <w:t>，将乘数</w:t>
      </w:r>
      <w:r>
        <w:rPr>
          <w:rFonts w:ascii="Times New Roman" w:eastAsia="Times New Roman" w:hAnsi="Times New Roman" w:cs="Times New Roman"/>
          <w:color w:val="000000"/>
        </w:rPr>
        <w:t>46</w:t>
      </w:r>
      <w:r>
        <w:rPr>
          <w:rFonts w:ascii="宋体" w:eastAsia="宋体" w:hAnsi="宋体" w:cs="宋体"/>
          <w:color w:val="000000"/>
        </w:rPr>
        <w:t>写在方格上边，乘数</w:t>
      </w:r>
      <w:r>
        <w:rPr>
          <w:rFonts w:ascii="Times New Roman" w:eastAsia="Times New Roman" w:hAnsi="Times New Roman" w:cs="Times New Roman"/>
          <w:color w:val="000000"/>
        </w:rPr>
        <w:t>71</w:t>
      </w:r>
      <w:r>
        <w:rPr>
          <w:rFonts w:ascii="宋体" w:eastAsia="宋体" w:hAnsi="宋体" w:cs="宋体"/>
          <w:color w:val="000000"/>
        </w:rPr>
        <w:t>写在方格右边，然后用乘数</w:t>
      </w:r>
      <w:r>
        <w:rPr>
          <w:rFonts w:ascii="Times New Roman" w:eastAsia="Times New Roman" w:hAnsi="Times New Roman" w:cs="Times New Roman"/>
          <w:color w:val="000000"/>
        </w:rPr>
        <w:t>46</w:t>
      </w:r>
      <w:r>
        <w:rPr>
          <w:rFonts w:ascii="宋体" w:eastAsia="宋体" w:hAnsi="宋体" w:cs="宋体"/>
          <w:color w:val="000000"/>
        </w:rPr>
        <w:t>的每位数字乘以乘数</w:t>
      </w:r>
      <w:r>
        <w:rPr>
          <w:rFonts w:ascii="Times New Roman" w:eastAsia="Times New Roman" w:hAnsi="Times New Roman" w:cs="Times New Roman"/>
          <w:color w:val="000000"/>
        </w:rPr>
        <w:t>71</w:t>
      </w:r>
      <w:r>
        <w:rPr>
          <w:rFonts w:ascii="宋体" w:eastAsia="宋体" w:hAnsi="宋体" w:cs="宋体"/>
          <w:color w:val="000000"/>
        </w:rPr>
        <w:t>的每位数字，将结果记入相应的方格中，最后沿斜线方向相加，得</w:t>
      </w:r>
      <w:r>
        <w:rPr>
          <w:rFonts w:ascii="Times New Roman" w:eastAsia="Times New Roman" w:hAnsi="Times New Roman" w:cs="Times New Roman"/>
          <w:color w:val="000000"/>
        </w:rPr>
        <w:t>3266</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，用</w:t>
      </w:r>
      <w:r>
        <w:rPr>
          <w:rFonts w:ascii="Times New Roman" w:eastAsia="Times New Roman" w:hAnsi="Times New Roman" w:cs="Times New Roman"/>
          <w:color w:val="000000"/>
        </w:rPr>
        <w:t>“</w:t>
      </w:r>
      <w:r>
        <w:rPr>
          <w:rFonts w:ascii="宋体" w:eastAsia="宋体" w:hAnsi="宋体" w:cs="宋体"/>
          <w:color w:val="000000"/>
        </w:rPr>
        <w:t>格子乘法</w:t>
      </w:r>
      <w:r>
        <w:rPr>
          <w:rFonts w:ascii="Times New Roman" w:eastAsia="Times New Roman" w:hAnsi="Times New Roman" w:cs="Times New Roman"/>
          <w:color w:val="000000"/>
        </w:rPr>
        <w:t>”</w:t>
      </w:r>
      <w:r>
        <w:rPr>
          <w:rFonts w:ascii="宋体" w:eastAsia="宋体" w:hAnsi="宋体" w:cs="宋体"/>
          <w:color w:val="000000"/>
        </w:rPr>
        <w:t>计算两个两位数相乘，得</w:t>
      </w:r>
      <w:r>
        <w:rPr>
          <w:rFonts w:ascii="Times New Roman" w:eastAsia="Times New Roman" w:hAnsi="Times New Roman" w:cs="Times New Roman"/>
          <w:color w:val="000000"/>
        </w:rPr>
        <w:t>2176</w:t>
      </w:r>
      <w:r>
        <w:rPr>
          <w:rFonts w:ascii="宋体" w:eastAsia="宋体" w:hAnsi="宋体" w:cs="宋体"/>
          <w:color w:val="000000"/>
        </w:rPr>
        <w:t>，则</w:t>
      </w:r>
      <w:r>
        <w:pict>
          <v:shape id="_x0000_i721974" type="#_x0000_t75" alt="学科网(www.zxxk.com)--教育资源门户，提供试卷、教案、课件、论文、素材以及各类教学资源下载，还有大量而丰富的教学相关资讯！" style="width:21.75pt;height:11.25pt" o:oleicon="f" o:ole="">
            <v:imagedata r:id="rId432" o:title="eqIda6c57bbef89a37f1a3808c0ceeac0c22"/>
          </v:shape>
        </w:pict>
      </w:r>
      <w:r>
        <w:rPr>
          <w:color w:val="000000"/>
        </w:rPr>
        <w:t>______</w:t>
      </w:r>
      <w:r>
        <w:rPr>
          <w:rFonts w:ascii="宋体" w:eastAsia="宋体" w:hAnsi="宋体" w:cs="宋体"/>
          <w:color w:val="000000"/>
        </w:rPr>
        <w:t>，</w:t>
      </w:r>
      <w:r>
        <w:pict>
          <v:shape id="_x0000_i721975" type="#_x0000_t75" alt="学科网(www.zxxk.com)--教育资源门户，提供试卷、教案、课件、论文、素材以及各类教学资源下载，还有大量而丰富的教学相关资讯！" style="width:18.75pt;height:11.25pt" o:oleicon="f" o:ole="">
            <v:imagedata r:id="rId433" o:title="eqId0f3cb8d72bb2e281b943b3b430138ef7"/>
          </v:shape>
        </w:pict>
      </w:r>
      <w:r>
        <w:rPr>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771775" cy="1685925"/>
            <wp:docPr id="42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2" name=""/>
                    <pic:cNvPicPr>
                      <a:picLocks noChangeAspect="1"/>
                    </pic:cNvPicPr>
                  </pic:nvPicPr>
                  <pic:blipFill>
                    <a:blip r:embed="rId434"/>
                    <a:stretch>
                      <a:fillRect/>
                    </a:stretch>
                  </pic:blipFill>
                  <pic:spPr>
                    <a:xfrm>
                      <a:off x="0" y="0"/>
                      <a:ext cx="2771775" cy="16859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w:t>
      </w:r>
      <w:r>
        <w:rPr>
          <w:color w:val="000000"/>
        </w:rPr>
        <w:t xml:space="preserve">    ②. </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由题意可得，</w:t>
      </w:r>
      <w:r>
        <w:pict>
          <v:shape id="_x0000_i721976" type="#_x0000_t75" alt="学科网(www.zxxk.com)--教育资源门户，提供试卷、教案、课件、论文、素材以及各类教学资源下载，还有大量而丰富的教学相关资讯！" style="width:67.2pt;height:13.8pt" o:oleicon="f" o:ole="">
            <v:imagedata r:id="rId435" o:title="eqId0236a3184941fdbeadd527af1826e772"/>
          </v:shape>
        </w:pict>
      </w:r>
      <w:r>
        <w:rPr>
          <w:rFonts w:ascii="宋体" w:eastAsia="宋体" w:hAnsi="宋体" w:cs="宋体"/>
          <w:color w:val="000000"/>
        </w:rPr>
        <w:t>，</w:t>
      </w:r>
      <w:r>
        <w:pict>
          <v:shape id="_x0000_i721977" type="#_x0000_t75" alt="学科网(www.zxxk.com)--教育资源门户，提供试卷、教案、课件、论文、素材以及各类教学资源下载，还有大量而丰富的教学相关资讯！" style="width:144.75pt;height:15.75pt" o:oleicon="f" o:ole="">
            <v:imagedata r:id="rId436" o:title="eqId83eaea34c758da1d64cba88ab0631367"/>
          </v:shape>
        </w:pict>
      </w:r>
      <w:r>
        <w:rPr>
          <w:rFonts w:ascii="宋体" w:eastAsia="宋体" w:hAnsi="宋体" w:cs="宋体"/>
          <w:color w:val="000000"/>
        </w:rPr>
        <w:t>，</w:t>
      </w:r>
      <w:r>
        <w:pict>
          <v:shape id="_x0000_i721978" type="#_x0000_t75" alt="学科网(www.zxxk.com)--教育资源门户，提供试卷、教案、课件、论文、素材以及各类教学资源下载，还有大量而丰富的教学相关资讯！" style="width:88.2pt;height:16.2pt" o:oleicon="f" o:ole="">
            <v:imagedata r:id="rId437" o:title="eqId5481615aff489e53852aa152303116c2"/>
          </v:shape>
        </w:pict>
      </w:r>
      <w:r>
        <w:rPr>
          <w:rFonts w:ascii="宋体" w:eastAsia="宋体" w:hAnsi="宋体" w:cs="宋体"/>
          <w:color w:val="000000"/>
        </w:rPr>
        <w:t>，再分类讨论，推理得出</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的值即可．</w:t>
      </w:r>
    </w:p>
    <w:p>
      <w:pPr>
        <w:spacing w:line="360" w:lineRule="auto"/>
        <w:jc w:val="left"/>
        <w:textAlignment w:val="center"/>
        <w:rPr>
          <w:color w:val="000000"/>
        </w:rPr>
      </w:pPr>
      <w:r>
        <w:rPr>
          <w:color w:val="000000"/>
        </w:rPr>
        <w:t>【详解】</w:t>
      </w:r>
      <w:r>
        <w:rPr>
          <w:rFonts w:ascii="宋体" w:eastAsia="宋体" w:hAnsi="宋体" w:cs="宋体"/>
          <w:color w:val="000000"/>
        </w:rPr>
        <w:t>解：由题意可得，</w:t>
      </w:r>
      <w:r>
        <w:pict>
          <v:shape id="_x0000_i721979" type="#_x0000_t75" alt="学科网(www.zxxk.com)--教育资源门户，提供试卷、教案、课件、论文、素材以及各类教学资源下载，还有大量而丰富的教学相关资讯！" style="width:67.2pt;height:13.8pt" o:oleicon="f" o:ole="">
            <v:imagedata r:id="rId438" o:title="eqId0236a3184941fdbeadd527af1826e772"/>
          </v:shape>
        </w:pict>
      </w:r>
      <w:r>
        <w:rPr>
          <w:rFonts w:ascii="宋体" w:eastAsia="宋体" w:hAnsi="宋体" w:cs="宋体"/>
          <w:color w:val="000000"/>
        </w:rPr>
        <w:t>，</w:t>
      </w:r>
      <w:r>
        <w:pict>
          <v:shape id="_x0000_i721980" type="#_x0000_t75" alt="学科网(www.zxxk.com)--教育资源门户，提供试卷、教案、课件、论文、素材以及各类教学资源下载，还有大量而丰富的教学相关资讯！" style="width:144.75pt;height:15.75pt" o:oleicon="f" o:ole="">
            <v:imagedata r:id="rId439" o:title="eqId83eaea34c758da1d64cba88ab0631367"/>
          </v:shape>
        </w:pict>
      </w:r>
      <w:r>
        <w:rPr>
          <w:rFonts w:ascii="宋体" w:eastAsia="宋体" w:hAnsi="宋体" w:cs="宋体"/>
          <w:color w:val="000000"/>
        </w:rPr>
        <w:t>，</w:t>
      </w:r>
      <w:r>
        <w:pict>
          <v:shape id="_x0000_i721981" type="#_x0000_t75" alt="学科网(www.zxxk.com)--教育资源门户，提供试卷、教案、课件、论文、素材以及各类教学资源下载，还有大量而丰富的教学相关资讯！" style="width:88.2pt;height:16.2pt" o:oleicon="f" o:ole="">
            <v:imagedata r:id="rId440" o:title="eqId5481615aff489e53852aa152303116c2"/>
          </v:shape>
        </w:pict>
      </w:r>
      <w:r>
        <w:rPr>
          <w:rFonts w:ascii="宋体" w:eastAsia="宋体" w:hAnsi="宋体" w:cs="宋体"/>
          <w:color w:val="000000"/>
        </w:rPr>
        <w:t>，</w:t>
      </w:r>
    </w:p>
    <w:p>
      <w:pPr>
        <w:spacing w:line="360" w:lineRule="auto"/>
        <w:jc w:val="left"/>
        <w:textAlignment w:val="center"/>
        <w:rPr>
          <w:color w:val="000000"/>
        </w:rPr>
      </w:pPr>
      <w:r>
        <w:pict>
          <v:shape id="_x0000_i721982" type="#_x0000_t75" alt="学科网(www.zxxk.com)--教育资源门户，提供试卷、教案、课件、论文、素材以及各类教学资源下载，还有大量而丰富的教学相关资讯！" style="width:56.25pt;height:14.25pt" o:oleicon="f" o:ole="">
            <v:imagedata r:id="rId441" o:title="eqIda93ab9e5b042b5cbcb7de6951eb9c95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①当</w:t>
      </w:r>
      <w:r>
        <w:pict>
          <v:shape id="_x0000_i721983" type="#_x0000_t75" alt="学科网(www.zxxk.com)--教育资源门户，提供试卷、教案、课件、论文、素材以及各类教学资源下载，还有大量而丰富的教学相关资讯！" style="width:57.75pt;height:15.75pt" o:oleicon="f" o:ole="">
            <v:imagedata r:id="rId442" o:title="eqId0d2c2af90a66a75516b1b7e71cca7fd2"/>
          </v:shape>
        </w:pict>
      </w:r>
      <w:r>
        <w:rPr>
          <w:rFonts w:ascii="宋体" w:eastAsia="宋体" w:hAnsi="宋体" w:cs="宋体"/>
          <w:color w:val="000000"/>
        </w:rPr>
        <w:t>时，</w:t>
      </w:r>
    </w:p>
    <w:p>
      <w:pPr>
        <w:spacing w:line="360" w:lineRule="auto"/>
        <w:jc w:val="left"/>
        <w:textAlignment w:val="center"/>
        <w:rPr>
          <w:color w:val="000000"/>
        </w:rPr>
      </w:pPr>
      <w:r>
        <w:pict>
          <v:shape id="_x0000_i721984" type="#_x0000_t75" alt="学科网(www.zxxk.com)--教育资源门户，提供试卷、教案、课件、论文、素材以及各类教学资源下载，还有大量而丰富的教学相关资讯！" style="width:84pt;height:16.2pt" o:oleicon="f" o:ole="">
            <v:imagedata r:id="rId443" o:title="eqId73594485e9a8c56e15f2da1d624a3cca"/>
          </v:shape>
        </w:pict>
      </w:r>
      <w:r>
        <w:rPr>
          <w:rFonts w:ascii="宋体" w:eastAsia="宋体" w:hAnsi="宋体" w:cs="宋体"/>
          <w:color w:val="000000"/>
        </w:rPr>
        <w:t>，</w:t>
      </w:r>
      <w:r>
        <w:pict>
          <v:shape id="_x0000_i721985" type="#_x0000_t75" alt="学科网(www.zxxk.com)--教育资源门户，提供试卷、教案、课件、论文、素材以及各类教学资源下载，还有大量而丰富的教学相关资讯！" style="width:39pt;height:13.8pt" o:oleicon="f" o:ole="">
            <v:imagedata r:id="rId444" o:title="eqIdeae4a3cc209dd3830fe62bb2aae5d489"/>
          </v:shape>
        </w:pict>
      </w:r>
      <w:r>
        <w:rPr>
          <w:rFonts w:ascii="宋体" w:eastAsia="宋体" w:hAnsi="宋体" w:cs="宋体"/>
          <w:color w:val="000000"/>
        </w:rPr>
        <w:t>，</w:t>
      </w:r>
    </w:p>
    <w:p>
      <w:pPr>
        <w:spacing w:line="360" w:lineRule="auto"/>
        <w:jc w:val="left"/>
        <w:textAlignment w:val="center"/>
        <w:rPr>
          <w:color w:val="000000"/>
        </w:rPr>
      </w:pPr>
      <w:r>
        <w:pict>
          <v:shape id="_x0000_i721986" type="#_x0000_t75" alt="学科网(www.zxxk.com)--教育资源门户，提供试卷、教案、课件、论文、素材以及各类教学资源下载，还有大量而丰富的教学相关资讯！" style="width:91.2pt;height:31.2pt" o:oleicon="f" o:ole="">
            <v:imagedata r:id="rId445" o:title="eqIdafdf2ee3ad9ea5c01d25b037579f0f28"/>
          </v:shape>
        </w:pict>
      </w:r>
      <w:r>
        <w:rPr>
          <w:rFonts w:ascii="宋体" w:eastAsia="宋体" w:hAnsi="宋体" w:cs="宋体"/>
          <w:color w:val="000000"/>
        </w:rPr>
        <w:t>与</w:t>
      </w:r>
      <w:r>
        <w:pict>
          <v:shape id="_x0000_i721987" type="#_x0000_t75" alt="学科网(www.zxxk.com)--教育资源门户，提供试卷、教案、课件、论文、素材以及各类教学资源下载，还有大量而丰富的教学相关资讯！" style="width:38.25pt;height:14.25pt" o:oleicon="f" o:ole="">
            <v:imagedata r:id="rId446" o:title="eqId0c3ce6c6d8be30b7b10cfd02801bc3a2"/>
          </v:shape>
        </w:pict>
      </w:r>
      <w:r>
        <w:rPr>
          <w:rFonts w:ascii="宋体" w:eastAsia="宋体" w:hAnsi="宋体" w:cs="宋体"/>
          <w:color w:val="000000"/>
        </w:rPr>
        <w:t>矛盾，</w:t>
      </w:r>
    </w:p>
    <w:p>
      <w:pPr>
        <w:spacing w:line="360" w:lineRule="auto"/>
        <w:jc w:val="left"/>
        <w:textAlignment w:val="center"/>
        <w:rPr>
          <w:color w:val="000000"/>
        </w:rPr>
      </w:pPr>
      <w:r>
        <w:rPr>
          <w:rFonts w:ascii="宋体" w:eastAsia="宋体" w:hAnsi="宋体" w:cs="宋体"/>
          <w:color w:val="000000"/>
        </w:rPr>
        <w:t>故</w:t>
      </w:r>
      <w:r>
        <w:pict>
          <v:shape id="_x0000_i721988" type="#_x0000_t75" alt="学科网(www.zxxk.com)--教育资源门户，提供试卷、教案、课件、论文、素材以及各类教学资源下载，还有大量而丰富的教学相关资讯！" style="width:57.75pt;height:15.75pt" o:oleicon="f" o:ole="">
            <v:imagedata r:id="rId447" o:title="eqId0d2c2af90a66a75516b1b7e71cca7fd2"/>
          </v:shape>
        </w:pict>
      </w:r>
      <w:r>
        <w:rPr>
          <w:rFonts w:ascii="宋体" w:eastAsia="宋体" w:hAnsi="宋体" w:cs="宋体"/>
          <w:color w:val="000000"/>
        </w:rPr>
        <w:t>不成立；</w:t>
      </w:r>
    </w:p>
    <w:p>
      <w:pPr>
        <w:spacing w:line="360" w:lineRule="auto"/>
        <w:jc w:val="left"/>
        <w:textAlignment w:val="center"/>
        <w:rPr>
          <w:color w:val="000000"/>
        </w:rPr>
      </w:pPr>
      <w:r>
        <w:rPr>
          <w:rFonts w:ascii="宋体" w:eastAsia="宋体" w:hAnsi="宋体" w:cs="宋体"/>
          <w:color w:val="000000"/>
        </w:rPr>
        <w:t>②当</w:t>
      </w:r>
      <w:r>
        <w:pict>
          <v:shape id="_x0000_i721989" type="#_x0000_t75" alt="学科网(www.zxxk.com)--教育资源门户，提供试卷、教案、课件、论文、素材以及各类教学资源下载，还有大量而丰富的教学相关资讯！" style="width:57pt;height:15.75pt" o:oleicon="f" o:ole="">
            <v:imagedata r:id="rId448" o:title="eqIde53b18b9dc6839a7b6c46b77641b06e8"/>
          </v:shape>
        </w:pict>
      </w:r>
      <w:r>
        <w:rPr>
          <w:rFonts w:ascii="宋体" w:eastAsia="宋体" w:hAnsi="宋体" w:cs="宋体"/>
          <w:color w:val="000000"/>
        </w:rPr>
        <w:t>时，</w:t>
      </w:r>
    </w:p>
    <w:p>
      <w:pPr>
        <w:spacing w:line="360" w:lineRule="auto"/>
        <w:jc w:val="left"/>
        <w:textAlignment w:val="center"/>
        <w:rPr>
          <w:color w:val="000000"/>
        </w:rPr>
      </w:pPr>
      <w:r>
        <w:pict>
          <v:shape id="_x0000_i721990" type="#_x0000_t75" alt="学科网(www.zxxk.com)--教育资源门户，提供试卷、教案、课件、论文、素材以及各类教学资源下载，还有大量而丰富的教学相关资讯！" style="width:88.8pt;height:16.2pt" o:oleicon="f" o:ole="">
            <v:imagedata r:id="rId449" o:title="eqIdd339da09b53209da0be78de22cad5e17"/>
          </v:shape>
        </w:pic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21991" type="#_x0000_t75" alt="学科网(www.zxxk.com)--教育资源门户，提供试卷、教案、课件、论文、素材以及各类教学资源下载，还有大量而丰富的教学相关资讯！" style="width:39pt;height:13.8pt" o:oleicon="f" o:ole="">
            <v:imagedata r:id="rId450" o:title="eqIdeae4a3cc209dd3830fe62bb2aae5d489"/>
          </v:shape>
        </w:pict>
      </w:r>
      <w:r>
        <w:rPr>
          <w:rFonts w:ascii="宋体" w:eastAsia="宋体" w:hAnsi="宋体" w:cs="宋体"/>
          <w:color w:val="000000"/>
        </w:rPr>
        <w:t>，</w:t>
      </w:r>
    </w:p>
    <w:p>
      <w:pPr>
        <w:spacing w:line="360" w:lineRule="auto"/>
        <w:jc w:val="left"/>
        <w:textAlignment w:val="center"/>
        <w:rPr>
          <w:color w:val="000000"/>
        </w:rPr>
      </w:pPr>
      <w:r>
        <w:pict>
          <v:shape id="_x0000_i721992" type="#_x0000_t75" alt="学科网(www.zxxk.com)--教育资源门户，提供试卷、教案、课件、论文、素材以及各类教学资源下载，还有大量而丰富的教学相关资讯！" style="width:93pt;height:31.2pt" o:oleicon="f" o:ole="">
            <v:imagedata r:id="rId451" o:title="eqIdcd56a2d767acbae6658ed19998830990"/>
          </v:shape>
        </w:pict>
      </w:r>
      <w:r>
        <w:rPr>
          <w:rFonts w:ascii="宋体" w:eastAsia="宋体" w:hAnsi="宋体" w:cs="宋体"/>
          <w:color w:val="000000"/>
        </w:rPr>
        <w:t>符合题意，</w:t>
      </w:r>
    </w:p>
    <w:p>
      <w:pPr>
        <w:spacing w:line="360" w:lineRule="auto"/>
        <w:jc w:val="left"/>
        <w:textAlignment w:val="center"/>
        <w:rPr>
          <w:color w:val="000000"/>
        </w:rPr>
      </w:pPr>
      <w:r>
        <w:rPr>
          <w:rFonts w:ascii="宋体" w:eastAsia="宋体" w:hAnsi="宋体" w:cs="宋体"/>
          <w:color w:val="000000"/>
        </w:rPr>
        <w:t>故</w:t>
      </w:r>
      <w:r>
        <w:pict>
          <v:shape id="_x0000_i721993" type="#_x0000_t75" alt="学科网(www.zxxk.com)--教育资源门户，提供试卷、教案、课件、论文、素材以及各类教学资源下载，还有大量而丰富的教学相关资讯！" style="width:57pt;height:15.75pt" o:oleicon="f" o:ole="">
            <v:imagedata r:id="rId452" o:title="eqIde53b18b9dc6839a7b6c46b77641b06e8"/>
          </v:shape>
        </w:pict>
      </w:r>
      <w:r>
        <w:rPr>
          <w:rFonts w:ascii="宋体" w:eastAsia="宋体" w:hAnsi="宋体" w:cs="宋体"/>
          <w:color w:val="000000"/>
        </w:rPr>
        <w:t>成立；</w:t>
      </w:r>
    </w:p>
    <w:p>
      <w:pPr>
        <w:spacing w:line="360" w:lineRule="auto"/>
        <w:jc w:val="left"/>
        <w:textAlignment w:val="center"/>
        <w:rPr>
          <w:color w:val="000000"/>
        </w:rPr>
      </w:pPr>
      <w:r>
        <w:rPr>
          <w:rFonts w:ascii="宋体" w:eastAsia="宋体" w:hAnsi="宋体" w:cs="宋体"/>
          <w:color w:val="000000"/>
        </w:rPr>
        <w:t>③当</w:t>
      </w:r>
      <w:r>
        <w:pict>
          <v:shape id="_x0000_i721994" type="#_x0000_t75" alt="学科网(www.zxxk.com)--教育资源门户，提供试卷、教案、课件、论文、素材以及各类教学资源下载，还有大量而丰富的教学相关资讯！" style="width:57pt;height:15.75pt" o:oleicon="f" o:ole="">
            <v:imagedata r:id="rId453" o:title="eqId0f707a82c433430523ce6d792b11aad9"/>
          </v:shape>
        </w:pict>
      </w:r>
      <w:r>
        <w:rPr>
          <w:rFonts w:ascii="宋体" w:eastAsia="宋体" w:hAnsi="宋体" w:cs="宋体"/>
          <w:color w:val="000000"/>
        </w:rPr>
        <w:t>时，</w:t>
      </w:r>
    </w:p>
    <w:p>
      <w:pPr>
        <w:spacing w:line="360" w:lineRule="auto"/>
        <w:jc w:val="left"/>
        <w:textAlignment w:val="center"/>
        <w:rPr>
          <w:color w:val="000000"/>
        </w:rPr>
      </w:pPr>
      <w:r>
        <w:pict>
          <v:shape id="_x0000_i721995" type="#_x0000_t75" alt="学科网(www.zxxk.com)--教育资源门户，提供试卷、教案、课件、论文、素材以及各类教学资源下载，还有大量而丰富的教学相关资讯！" style="width:88.8pt;height:16.2pt" o:oleicon="f" o:ole="">
            <v:imagedata r:id="rId454" o:title="eqId3e5d36016bc7547543a06c11020be0e5"/>
          </v:shape>
        </w:pict>
      </w:r>
      <w:r>
        <w:rPr>
          <w:rFonts w:ascii="宋体" w:eastAsia="宋体" w:hAnsi="宋体" w:cs="宋体"/>
          <w:color w:val="000000"/>
        </w:rPr>
        <w:t>，</w:t>
      </w:r>
      <w:r>
        <w:pict>
          <v:shape id="_x0000_i721996" type="#_x0000_t75" alt="学科网(www.zxxk.com)--教育资源门户，提供试卷、教案、课件、论文、素材以及各类教学资源下载，还有大量而丰富的教学相关资讯！" style="width:39pt;height:13.8pt" o:oleicon="f" o:ole="">
            <v:imagedata r:id="rId455" o:title="eqIdeae4a3cc209dd3830fe62bb2aae5d489"/>
          </v:shape>
        </w:pict>
      </w:r>
      <w:r>
        <w:rPr>
          <w:rFonts w:ascii="宋体" w:eastAsia="宋体" w:hAnsi="宋体" w:cs="宋体"/>
          <w:color w:val="000000"/>
        </w:rPr>
        <w:t>，</w:t>
      </w:r>
    </w:p>
    <w:p>
      <w:pPr>
        <w:spacing w:line="360" w:lineRule="auto"/>
        <w:jc w:val="left"/>
        <w:textAlignment w:val="center"/>
        <w:rPr>
          <w:color w:val="000000"/>
        </w:rPr>
      </w:pPr>
      <w:r>
        <w:pict>
          <v:shape id="_x0000_i721997" type="#_x0000_t75" alt="学科网(www.zxxk.com)--教育资源门户，提供试卷、教案、课件、论文、素材以及各类教学资源下载，还有大量而丰富的教学相关资讯！" style="width:97.2pt;height:31.2pt" o:oleicon="f" o:ole="">
            <v:imagedata r:id="rId456" o:title="eqId572eedd882aca131c449cb295512e75c"/>
          </v:shape>
        </w:pict>
      </w:r>
      <w:r>
        <w:rPr>
          <w:rFonts w:ascii="宋体" w:eastAsia="宋体" w:hAnsi="宋体" w:cs="宋体"/>
          <w:color w:val="000000"/>
        </w:rPr>
        <w:t>与</w:t>
      </w:r>
      <w:r>
        <w:pict>
          <v:shape id="_x0000_i721998" type="#_x0000_t75" alt="学科网(www.zxxk.com)--教育资源门户，提供试卷、教案、课件、论文、素材以及各类教学资源下载，还有大量而丰富的教学相关资讯！" style="width:38.25pt;height:14.25pt" o:oleicon="f" o:ole="">
            <v:imagedata r:id="rId457" o:title="eqId0c3ce6c6d8be30b7b10cfd02801bc3a2"/>
          </v:shape>
        </w:pict>
      </w:r>
      <w:r>
        <w:rPr>
          <w:rFonts w:ascii="宋体" w:eastAsia="宋体" w:hAnsi="宋体" w:cs="宋体"/>
          <w:color w:val="000000"/>
        </w:rPr>
        <w:t>矛盾，</w:t>
      </w:r>
    </w:p>
    <w:p>
      <w:pPr>
        <w:spacing w:line="360" w:lineRule="auto"/>
        <w:jc w:val="left"/>
        <w:textAlignment w:val="center"/>
        <w:rPr>
          <w:color w:val="000000"/>
        </w:rPr>
      </w:pPr>
      <w:r>
        <w:rPr>
          <w:rFonts w:ascii="宋体" w:eastAsia="宋体" w:hAnsi="宋体" w:cs="宋体"/>
          <w:color w:val="000000"/>
        </w:rPr>
        <w:t>故</w:t>
      </w:r>
      <w:r>
        <w:pict>
          <v:shape id="_x0000_i721999" type="#_x0000_t75" alt="学科网(www.zxxk.com)--教育资源门户，提供试卷、教案、课件、论文、素材以及各类教学资源下载，还有大量而丰富的教学相关资讯！" style="width:57pt;height:15.75pt" o:oleicon="f" o:ole="">
            <v:imagedata r:id="rId458" o:title="eqId0f707a82c433430523ce6d792b11aad9"/>
          </v:shape>
        </w:pict>
      </w:r>
      <w:r>
        <w:rPr>
          <w:rFonts w:ascii="宋体" w:eastAsia="宋体" w:hAnsi="宋体" w:cs="宋体"/>
          <w:color w:val="000000"/>
        </w:rPr>
        <w:t>不成立；</w:t>
      </w:r>
    </w:p>
    <w:p>
      <w:pPr>
        <w:spacing w:line="360" w:lineRule="auto"/>
        <w:jc w:val="left"/>
        <w:textAlignment w:val="center"/>
        <w:rPr>
          <w:color w:val="000000"/>
        </w:rPr>
      </w:pPr>
      <w:r>
        <w:rPr>
          <w:rFonts w:ascii="宋体" w:eastAsia="宋体" w:hAnsi="宋体" w:cs="宋体"/>
          <w:color w:val="000000"/>
        </w:rPr>
        <w:t>④当</w:t>
      </w:r>
      <w:r>
        <w:pict>
          <v:shape id="_x0000_i722000" type="#_x0000_t75" alt="学科网(www.zxxk.com)--教育资源门户，提供试卷、教案、课件、论文、素材以及各类教学资源下载，还有大量而丰富的教学相关资讯！" style="width:57.75pt;height:15.75pt" o:oleicon="f" o:ole="">
            <v:imagedata r:id="rId459" o:title="eqIdacdc84a401b360de9f6d15a6455d4846"/>
          </v:shape>
        </w:pict>
      </w:r>
      <w:r>
        <w:rPr>
          <w:rFonts w:ascii="宋体" w:eastAsia="宋体" w:hAnsi="宋体" w:cs="宋体"/>
          <w:color w:val="000000"/>
        </w:rPr>
        <w:t>时，</w:t>
      </w:r>
    </w:p>
    <w:p>
      <w:pPr>
        <w:spacing w:line="360" w:lineRule="auto"/>
        <w:jc w:val="left"/>
        <w:textAlignment w:val="center"/>
        <w:rPr>
          <w:color w:val="000000"/>
        </w:rPr>
      </w:pPr>
      <w:r>
        <w:pict>
          <v:shape id="_x0000_i722001" type="#_x0000_t75" alt="学科网(www.zxxk.com)--教育资源门户，提供试卷、教案、课件、论文、素材以及各类教学资源下载，还有大量而丰富的教学相关资讯！" style="width:84pt;height:16.2pt" o:oleicon="f" o:ole="">
            <v:imagedata r:id="rId460" o:title="eqId7f62e8bc9052f28667b49c4306058f83"/>
          </v:shape>
        </w:pict>
      </w:r>
      <w:r>
        <w:rPr>
          <w:rFonts w:ascii="宋体" w:eastAsia="宋体" w:hAnsi="宋体" w:cs="宋体"/>
          <w:color w:val="000000"/>
        </w:rPr>
        <w:t>，</w:t>
      </w:r>
      <w:r>
        <w:pict>
          <v:shape id="_x0000_i722002" type="#_x0000_t75" alt="学科网(www.zxxk.com)--教育资源门户，提供试卷、教案、课件、论文、素材以及各类教学资源下载，还有大量而丰富的教学相关资讯！" style="width:39pt;height:13.8pt" o:oleicon="f" o:ole="">
            <v:imagedata r:id="rId461" o:title="eqIdeae4a3cc209dd3830fe62bb2aae5d489"/>
          </v:shape>
        </w:pict>
      </w:r>
      <w:r>
        <w:rPr>
          <w:rFonts w:ascii="宋体" w:eastAsia="宋体" w:hAnsi="宋体" w:cs="宋体"/>
          <w:color w:val="000000"/>
        </w:rPr>
        <w:t>，</w:t>
      </w:r>
    </w:p>
    <w:p>
      <w:pPr>
        <w:spacing w:line="360" w:lineRule="auto"/>
        <w:jc w:val="left"/>
        <w:textAlignment w:val="center"/>
        <w:rPr>
          <w:color w:val="000000"/>
        </w:rPr>
      </w:pPr>
      <w:r>
        <w:pict>
          <v:shape id="_x0000_i722003" type="#_x0000_t75" alt="学科网(www.zxxk.com)--教育资源门户，提供试卷、教案、课件、论文、素材以及各类教学资源下载，还有大量而丰富的教学相关资讯！" style="width:82.8pt;height:31.2pt" o:oleicon="f" o:ole="">
            <v:imagedata r:id="rId462" o:title="eqId60eb5892f8619cb4227e701f06d2392c"/>
          </v:shape>
        </w:pict>
      </w:r>
      <w:r>
        <w:rPr>
          <w:rFonts w:ascii="宋体" w:eastAsia="宋体" w:hAnsi="宋体" w:cs="宋体"/>
          <w:color w:val="000000"/>
        </w:rPr>
        <w:t>与</w:t>
      </w:r>
      <w:r>
        <w:pict>
          <v:shape id="_x0000_i722004" type="#_x0000_t75" alt="学科网(www.zxxk.com)--教育资源门户，提供试卷、教案、课件、论文、素材以及各类教学资源下载，还有大量而丰富的教学相关资讯！" style="width:38.25pt;height:14.25pt" o:oleicon="f" o:ole="">
            <v:imagedata r:id="rId463" o:title="eqId0c3ce6c6d8be30b7b10cfd02801bc3a2"/>
          </v:shape>
        </w:pict>
      </w:r>
      <w:r>
        <w:rPr>
          <w:rFonts w:ascii="宋体" w:eastAsia="宋体" w:hAnsi="宋体" w:cs="宋体"/>
          <w:color w:val="000000"/>
        </w:rPr>
        <w:t>矛盾，</w:t>
      </w:r>
    </w:p>
    <w:p>
      <w:pPr>
        <w:spacing w:line="360" w:lineRule="auto"/>
        <w:jc w:val="left"/>
        <w:textAlignment w:val="center"/>
        <w:rPr>
          <w:color w:val="000000"/>
        </w:rPr>
      </w:pPr>
      <w:r>
        <w:rPr>
          <w:rFonts w:ascii="宋体" w:eastAsia="宋体" w:hAnsi="宋体" w:cs="宋体"/>
          <w:color w:val="000000"/>
        </w:rPr>
        <w:t>故</w:t>
      </w:r>
      <w:r>
        <w:pict>
          <v:shape id="_x0000_i722005" type="#_x0000_t75" alt="学科网(www.zxxk.com)--教育资源门户，提供试卷、教案、课件、论文、素材以及各类教学资源下载，还有大量而丰富的教学相关资讯！" style="width:57.75pt;height:15.75pt" o:oleicon="f" o:ole="">
            <v:imagedata r:id="rId464" o:title="eqIdacdc84a401b360de9f6d15a6455d4846"/>
          </v:shape>
        </w:pict>
      </w:r>
      <w:r>
        <w:rPr>
          <w:rFonts w:ascii="宋体" w:eastAsia="宋体" w:hAnsi="宋体" w:cs="宋体"/>
          <w:color w:val="000000"/>
        </w:rPr>
        <w:t>不成立；</w:t>
      </w:r>
    </w:p>
    <w:p>
      <w:pPr>
        <w:spacing w:line="360" w:lineRule="auto"/>
        <w:jc w:val="left"/>
        <w:textAlignment w:val="center"/>
        <w:rPr>
          <w:color w:val="000000"/>
        </w:rPr>
      </w:pPr>
      <w:r>
        <w:rPr>
          <w:rFonts w:ascii="宋体" w:eastAsia="宋体" w:hAnsi="宋体" w:cs="宋体"/>
          <w:color w:val="000000"/>
        </w:rPr>
        <w:t>综上所述，</w:t>
      </w:r>
      <w:r>
        <w:pict>
          <v:shape id="_x0000_i722006" type="#_x0000_t75" alt="学科网(www.zxxk.com)--教育资源门户，提供试卷、教案、课件、论文、素材以及各类教学资源下载，还有大量而丰富的教学相关资讯！" style="width:57pt;height:15.75pt" o:oleicon="f" o:ole="">
            <v:imagedata r:id="rId465" o:title="eqIde53b18b9dc6839a7b6c46b77641b06e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此题考查有理数的运算，正确理解题中的“格子乘法”的计算方法，熟练运用有理数的运算求解是解题的关键．</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64</w:t>
      </w:r>
      <w:r>
        <w:rPr>
          <w:rFonts w:ascii="宋体" w:eastAsia="宋体" w:hAnsi="宋体" w:cs="宋体"/>
          <w:b/>
          <w:color w:val="000000"/>
          <w:sz w:val="24"/>
        </w:rPr>
        <w:t>分，第</w:t>
      </w:r>
      <w:r>
        <w:rPr>
          <w:rFonts w:ascii="Times New Roman" w:eastAsia="Times New Roman" w:hAnsi="Times New Roman" w:cs="Times New Roman"/>
          <w:b/>
          <w:color w:val="000000"/>
          <w:sz w:val="24"/>
        </w:rPr>
        <w:t>19</w:t>
      </w:r>
      <w:r>
        <w:rPr>
          <w:rFonts w:ascii="宋体" w:eastAsia="宋体" w:hAnsi="宋体" w:cs="宋体"/>
          <w:b/>
          <w:color w:val="000000"/>
          <w:sz w:val="24"/>
        </w:rPr>
        <w:t>题</w:t>
      </w:r>
      <w:r>
        <w:rPr>
          <w:rFonts w:ascii="Times New Roman" w:eastAsia="Times New Roman" w:hAnsi="Times New Roman" w:cs="Times New Roman"/>
          <w:b/>
          <w:color w:val="000000"/>
          <w:sz w:val="24"/>
        </w:rPr>
        <w:t>18</w:t>
      </w:r>
      <w:r>
        <w:rPr>
          <w:rFonts w:ascii="宋体" w:eastAsia="宋体" w:hAnsi="宋体" w:cs="宋体"/>
          <w:b/>
          <w:color w:val="000000"/>
          <w:sz w:val="24"/>
        </w:rPr>
        <w:t>分，第</w:t>
      </w:r>
      <w:r>
        <w:rPr>
          <w:rFonts w:ascii="Times New Roman" w:eastAsia="Times New Roman" w:hAnsi="Times New Roman" w:cs="Times New Roman"/>
          <w:b/>
          <w:color w:val="000000"/>
          <w:sz w:val="24"/>
        </w:rPr>
        <w:t>20-21</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12</w:t>
      </w:r>
      <w:r>
        <w:rPr>
          <w:rFonts w:ascii="宋体" w:eastAsia="宋体" w:hAnsi="宋体" w:cs="宋体"/>
          <w:b/>
          <w:color w:val="000000"/>
          <w:sz w:val="24"/>
        </w:rPr>
        <w:t>分，第</w:t>
      </w:r>
      <w:r>
        <w:rPr>
          <w:rFonts w:ascii="Times New Roman" w:eastAsia="Times New Roman" w:hAnsi="Times New Roman" w:cs="Times New Roman"/>
          <w:b/>
          <w:color w:val="000000"/>
          <w:sz w:val="24"/>
        </w:rPr>
        <w:t>23-26</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w:t>
      </w:r>
    </w:p>
    <w:p>
      <w:pPr>
        <w:pStyle w:val="Heading2"/>
      </w:pPr>
      <w:r>
        <w:t>通州区</w:t>
      </w:r>
    </w:p>
    <w:p>
      <w:pPr>
        <w:spacing w:line="360" w:lineRule="auto"/>
        <w:jc w:val="left"/>
        <w:textAlignment w:val="center"/>
        <w:rPr>
          <w:color w:val="000000"/>
        </w:rPr>
      </w:pPr>
      <w:r>
        <w:rPr>
          <w:color w:val="000000"/>
        </w:rPr>
        <w:t xml:space="preserve">16. </w:t>
      </w:r>
      <w:r>
        <w:rPr>
          <w:rFonts w:ascii="宋体" w:eastAsia="宋体" w:hAnsi="宋体" w:cs="宋体"/>
          <w:color w:val="000000"/>
        </w:rPr>
        <w:t>已知点</w:t>
      </w:r>
      <w:r>
        <w:rPr>
          <w:rFonts w:ascii="Times New Roman" w:eastAsia="Times New Roman" w:hAnsi="Times New Roman" w:cs="Times New Roman"/>
          <w:i/>
          <w:color w:val="000000"/>
        </w:rPr>
        <w:t>O</w:t>
      </w:r>
      <w:r>
        <w:rPr>
          <w:rFonts w:ascii="宋体" w:eastAsia="宋体" w:hAnsi="宋体" w:cs="宋体"/>
          <w:color w:val="000000"/>
        </w:rPr>
        <w:t>为数轴的原点，点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在数轴上，如果</w:t>
      </w:r>
      <w:r>
        <w:pict>
          <v:shape id="_x0000_i722007" type="#_x0000_t75" alt="学科网(www.zxxk.com)--教育资源门户，提供试卷、教案、课件、论文、素材以及各类教学资源下载，还有大量而丰富的教学相关资讯！" style="width:38.25pt;height:14.25pt" o:oleicon="f" o:ole="">
            <v:imagedata r:id="rId466" o:title="eqId7da009f0f3e676a61702a9e171eed0dd"/>
          </v:shape>
        </w:pict>
      </w:r>
      <w:r>
        <w:rPr>
          <w:rFonts w:ascii="宋体" w:eastAsia="宋体" w:hAnsi="宋体" w:cs="宋体"/>
          <w:color w:val="000000"/>
        </w:rPr>
        <w:t>，</w:t>
      </w:r>
      <w:r>
        <w:pict>
          <v:shape id="_x0000_i722008" type="#_x0000_t75" alt="学科网(www.zxxk.com)--教育资源门户，提供试卷、教案、课件、论文、素材以及各类教学资源下载，还有大量而丰富的教学相关资讯！" style="width:38.25pt;height:12.75pt" o:oleicon="f" o:ole="">
            <v:imagedata r:id="rId467" o:title="eqId3d2c15801fee2405573677484f5dcfa4"/>
          </v:shape>
        </w:pict>
      </w:r>
      <w:r>
        <w:rPr>
          <w:rFonts w:ascii="宋体" w:eastAsia="宋体" w:hAnsi="宋体" w:cs="宋体"/>
          <w:color w:val="000000"/>
        </w:rPr>
        <w:t>，且点</w:t>
      </w:r>
      <w:r>
        <w:rPr>
          <w:rFonts w:ascii="Times New Roman" w:eastAsia="Times New Roman" w:hAnsi="Times New Roman" w:cs="Times New Roman"/>
          <w:i/>
          <w:color w:val="000000"/>
        </w:rPr>
        <w:t>A</w:t>
      </w:r>
      <w:r>
        <w:rPr>
          <w:rFonts w:ascii="宋体" w:eastAsia="宋体" w:hAnsi="宋体" w:cs="宋体"/>
          <w:color w:val="000000"/>
        </w:rPr>
        <w:t>表示的数比点</w:t>
      </w:r>
      <w:r>
        <w:rPr>
          <w:rFonts w:ascii="Times New Roman" w:eastAsia="Times New Roman" w:hAnsi="Times New Roman" w:cs="Times New Roman"/>
          <w:i/>
          <w:color w:val="000000"/>
        </w:rPr>
        <w:t>B</w:t>
      </w:r>
      <w:r>
        <w:rPr>
          <w:rFonts w:ascii="宋体" w:eastAsia="宋体" w:hAnsi="宋体" w:cs="宋体"/>
          <w:color w:val="000000"/>
        </w:rPr>
        <w:t>表示的数小，那么点</w:t>
      </w:r>
      <w:r>
        <w:rPr>
          <w:rFonts w:ascii="Times New Roman" w:eastAsia="Times New Roman" w:hAnsi="Times New Roman" w:cs="Times New Roman"/>
          <w:i/>
          <w:color w:val="000000"/>
        </w:rPr>
        <w:t>B</w:t>
      </w:r>
      <w:r>
        <w:rPr>
          <w:rFonts w:ascii="宋体" w:eastAsia="宋体" w:hAnsi="宋体" w:cs="宋体"/>
          <w:color w:val="000000"/>
        </w:rPr>
        <w:t>表示的数是</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pict>
          <v:shape id="_x0000_i722009" type="#_x0000_t75" alt="学科网(www.zxxk.com)--教育资源门户，提供试卷、教案、课件、论文、素材以及各类教学资源下载，还有大量而丰富的教学相关资讯！" style="width:12pt;height:10.5pt" o:oleicon="f" o:ole="">
            <v:imagedata r:id="rId468" o:title="eqIdacbc6a613224461ade69362d46550474"/>
          </v:shape>
        </w:pict>
      </w:r>
      <w:r>
        <w:rPr>
          <w:rFonts w:ascii="宋体" w:eastAsia="宋体" w:hAnsi="宋体" w:cs="宋体"/>
          <w:color w:val="000000"/>
        </w:rPr>
        <w:t>或</w:t>
      </w:r>
      <w:r>
        <w:rPr>
          <w:rFonts w:ascii="Times New Roman" w:eastAsia="Times New Roman" w:hAnsi="Times New Roman" w:cs="Times New Roman"/>
          <w:color w:val="000000"/>
        </w:rPr>
        <w:t>9</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w:t>
      </w:r>
      <w:r>
        <w:pict>
          <v:shape id="_x0000_i722010" type="#_x0000_t75" alt="学科网(www.zxxk.com)--教育资源门户，提供试卷、教案、课件、论文、素材以及各类教学资源下载，还有大量而丰富的教学相关资讯！" style="width:38.25pt;height:14.25pt" o:oleicon="f" o:ole="">
            <v:imagedata r:id="rId469" o:title="eqId7da009f0f3e676a61702a9e171eed0dd"/>
          </v:shape>
        </w:pict>
      </w:r>
      <w:r>
        <w:rPr>
          <w:rFonts w:ascii="宋体" w:eastAsia="宋体" w:hAnsi="宋体" w:cs="宋体"/>
          <w:color w:val="000000"/>
        </w:rPr>
        <w:t>，先得出点</w:t>
      </w:r>
      <w:r>
        <w:pict>
          <v:shape id="_x0000_i722011" type="#_x0000_t75" alt="学科网(www.zxxk.com)--教育资源门户，提供试卷、教案、课件、论文、素材以及各类教学资源下载，还有大量而丰富的教学相关资讯！" style="width:12pt;height:12pt" o:oleicon="f" o:ole="">
            <v:imagedata r:id="rId470" o:title="eqId5963abe8f421bd99a2aaa94831a951e9"/>
          </v:shape>
        </w:pict>
      </w:r>
      <w:r>
        <w:rPr>
          <w:rFonts w:ascii="宋体" w:eastAsia="宋体" w:hAnsi="宋体" w:cs="宋体"/>
          <w:color w:val="000000"/>
        </w:rPr>
        <w:t>表示的数为</w:t>
      </w:r>
      <w:r>
        <w:pict>
          <v:shape id="_x0000_i722012" type="#_x0000_t75" alt="学科网(www.zxxk.com)--教育资源门户，提供试卷、教案、课件、论文、素材以及各类教学资源下载，还有大量而丰富的教学相关资讯！" style="width:15.75pt;height:14.25pt" o:oleicon="f" o:ole="">
            <v:imagedata r:id="rId471" o:title="eqIdd13ce3ebd1112220c639562739f1f9d1"/>
          </v:shape>
        </w:pic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，再根据</w:t>
      </w:r>
      <w:r>
        <w:pict>
          <v:shape id="_x0000_i722013" type="#_x0000_t75" alt="学科网(www.zxxk.com)--教育资源门户，提供试卷、教案、课件、论文、素材以及各类教学资源下载，还有大量而丰富的教学相关资讯！" style="width:38.25pt;height:12.75pt" o:oleicon="f" o:ole="">
            <v:imagedata r:id="rId472" o:title="eqId3d2c15801fee2405573677484f5dcfa4"/>
          </v:shape>
        </w:pict>
      </w:r>
      <w:r>
        <w:rPr>
          <w:rFonts w:ascii="宋体" w:eastAsia="宋体" w:hAnsi="宋体" w:cs="宋体"/>
          <w:color w:val="000000"/>
        </w:rPr>
        <w:t>，分类讨论即可得出点</w:t>
      </w:r>
      <w:r>
        <w:pict>
          <v:shape id="_x0000_i722014" type="#_x0000_t75" alt="学科网(www.zxxk.com)--教育资源门户，提供试卷、教案、课件、论文、素材以及各类教学资源下载，还有大量而丰富的教学相关资讯！" style="width:9.75pt;height:10.5pt" o:oleicon="f" o:ole="">
            <v:imagedata r:id="rId473" o:title="eqId7f9e8449aad35c5d840a3395ea86df6d"/>
          </v:shape>
        </w:pict>
      </w:r>
      <w:r>
        <w:rPr>
          <w:rFonts w:ascii="宋体" w:eastAsia="宋体" w:hAnsi="宋体" w:cs="宋体"/>
          <w:color w:val="000000"/>
        </w:rPr>
        <w:t>表示的数．</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pict>
          <v:shape id="_x0000_i722015" type="#_x0000_t75" alt="学科网(www.zxxk.com)--教育资源门户，提供试卷、教案、课件、论文、素材以及各类教学资源下载，还有大量而丰富的教学相关资讯！" style="width:38.25pt;height:14.25pt" o:oleicon="f" o:ole="">
            <v:imagedata r:id="rId474" o:title="eqId7da009f0f3e676a61702a9e171eed0dd"/>
          </v:shape>
        </w:pi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pict>
          <v:shape id="_x0000_i722016" type="#_x0000_t75" alt="学科网(www.zxxk.com)--教育资源门户，提供试卷、教案、课件、论文、素材以及各类教学资源下载，还有大量而丰富的教学相关资讯！" style="width:12pt;height:12pt" o:oleicon="f" o:ole="">
            <v:imagedata r:id="rId475" o:title="eqId5963abe8f421bd99a2aaa94831a951e9"/>
          </v:shape>
        </w:pict>
      </w:r>
      <w:r>
        <w:rPr>
          <w:rFonts w:ascii="宋体" w:eastAsia="宋体" w:hAnsi="宋体" w:cs="宋体"/>
          <w:color w:val="000000"/>
        </w:rPr>
        <w:t>表示的数为</w:t>
      </w:r>
      <w:r>
        <w:pict>
          <v:shape id="_x0000_i722017" type="#_x0000_t75" alt="学科网(www.zxxk.com)--教育资源门户，提供试卷、教案、课件、论文、素材以及各类教学资源下载，还有大量而丰富的教学相关资讯！" style="width:15.75pt;height:14.25pt" o:oleicon="f" o:ole="">
            <v:imagedata r:id="rId476" o:title="eqIdd13ce3ebd1112220c639562739f1f9d1"/>
          </v:shape>
        </w:pict>
      </w:r>
      <w:r>
        <w:rPr>
          <w:rFonts w:ascii="宋体" w:eastAsia="宋体" w:hAnsi="宋体" w:cs="宋体"/>
          <w:color w:val="000000"/>
        </w:rPr>
        <w:t>或</w:t>
      </w:r>
      <w:r>
        <w:rPr>
          <w:rFonts w:ascii="Times New Roman" w:eastAsia="Times New Roman" w:hAnsi="Times New Roman" w:cs="Times New Roman"/>
          <w:color w:val="000000"/>
        </w:rPr>
        <w:t>5</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22018" type="#_x0000_t75" alt="学科网(www.zxxk.com)--教育资源门户，提供试卷、教案、课件、论文、素材以及各类教学资源下载，还有大量而丰富的教学相关资讯！" style="width:38.25pt;height:12.75pt" o:oleicon="f" o:ole="">
            <v:imagedata r:id="rId477" o:title="eqId3d2c15801fee2405573677484f5dcfa4"/>
          </v:shape>
        </w:pic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表示的数比点</w:t>
      </w:r>
      <w:r>
        <w:rPr>
          <w:rFonts w:ascii="Times New Roman" w:eastAsia="Times New Roman" w:hAnsi="Times New Roman" w:cs="Times New Roman"/>
          <w:i/>
          <w:color w:val="000000"/>
        </w:rPr>
        <w:t>B</w:t>
      </w:r>
      <w:r>
        <w:rPr>
          <w:rFonts w:ascii="宋体" w:eastAsia="宋体" w:hAnsi="宋体" w:cs="宋体"/>
          <w:color w:val="000000"/>
        </w:rPr>
        <w:t>表示的数小，</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当点</w:t>
      </w:r>
      <w:r>
        <w:pict>
          <v:shape id="_x0000_i722019" type="#_x0000_t75" alt="学科网(www.zxxk.com)--教育资源门户，提供试卷、教案、课件、论文、素材以及各类教学资源下载，还有大量而丰富的教学相关资讯！" style="width:12pt;height:12pt" o:oleicon="f" o:ole="">
            <v:imagedata r:id="rId478" o:title="eqId5963abe8f421bd99a2aaa94831a951e9"/>
          </v:shape>
        </w:pict>
      </w:r>
      <w:r>
        <w:rPr>
          <w:rFonts w:ascii="宋体" w:eastAsia="宋体" w:hAnsi="宋体" w:cs="宋体"/>
          <w:color w:val="000000"/>
        </w:rPr>
        <w:t>表示的数为</w:t>
      </w:r>
      <w:r>
        <w:pict>
          <v:shape id="_x0000_i722020" type="#_x0000_t75" alt="学科网(www.zxxk.com)--教育资源门户，提供试卷、教案、课件、论文、素材以及各类教学资源下载，还有大量而丰富的教学相关资讯！" style="width:15.75pt;height:14.25pt" o:oleicon="f" o:ole="">
            <v:imagedata r:id="rId479" o:title="eqIdd13ce3ebd1112220c639562739f1f9d1"/>
          </v:shape>
        </w:pict>
      </w:r>
      <w:r>
        <w:rPr>
          <w:rFonts w:ascii="宋体" w:eastAsia="宋体" w:hAnsi="宋体" w:cs="宋体"/>
          <w:color w:val="000000"/>
        </w:rPr>
        <w:t>时，点</w:t>
      </w:r>
      <w:r>
        <w:pict>
          <v:shape id="_x0000_i722021" type="#_x0000_t75" alt="学科网(www.zxxk.com)--教育资源门户，提供试卷、教案、课件、论文、素材以及各类教学资源下载，还有大量而丰富的教学相关资讯！" style="width:9.75pt;height:10.5pt" o:oleicon="f" o:ole="">
            <v:imagedata r:id="rId480" o:title="eqId7f9e8449aad35c5d840a3395ea86df6d"/>
          </v:shape>
        </w:pict>
      </w:r>
      <w:r>
        <w:rPr>
          <w:rFonts w:ascii="宋体" w:eastAsia="宋体" w:hAnsi="宋体" w:cs="宋体"/>
          <w:color w:val="000000"/>
        </w:rPr>
        <w:t>表示的数为</w:t>
      </w:r>
      <w:r>
        <w:pict>
          <v:shape id="_x0000_i722022" type="#_x0000_t75" alt="学科网(www.zxxk.com)--教育资源门户，提供试卷、教案、课件、论文、素材以及各类教学资源下载，还有大量而丰富的教学相关资讯！" style="width:12pt;height:10.5pt" o:oleicon="f" o:ole="">
            <v:imagedata r:id="rId481" o:title="eqIdacbc6a613224461ade69362d4655047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pict>
          <v:shape id="_x0000_i722023" type="#_x0000_t75" alt="学科网(www.zxxk.com)--教育资源门户，提供试卷、教案、课件、论文、素材以及各类教学资源下载，还有大量而丰富的教学相关资讯！" style="width:12pt;height:12pt" o:oleicon="f" o:ole="">
            <v:imagedata r:id="rId482" o:title="eqId5963abe8f421bd99a2aaa94831a951e9"/>
          </v:shape>
        </w:pict>
      </w:r>
      <w:r>
        <w:rPr>
          <w:rFonts w:ascii="宋体" w:eastAsia="宋体" w:hAnsi="宋体" w:cs="宋体"/>
          <w:color w:val="000000"/>
        </w:rPr>
        <w:t>表示的数为</w:t>
      </w:r>
      <w:r>
        <w:rPr>
          <w:rFonts w:ascii="Times New Roman" w:eastAsia="Times New Roman" w:hAnsi="Times New Roman" w:cs="Times New Roman"/>
          <w:color w:val="000000"/>
        </w:rPr>
        <w:t>5</w:t>
      </w:r>
      <w:r>
        <w:rPr>
          <w:rFonts w:ascii="宋体" w:eastAsia="宋体" w:hAnsi="宋体" w:cs="宋体"/>
          <w:color w:val="000000"/>
        </w:rPr>
        <w:t>时，点</w:t>
      </w:r>
      <w:r>
        <w:pict>
          <v:shape id="_x0000_i722024" type="#_x0000_t75" alt="学科网(www.zxxk.com)--教育资源门户，提供试卷、教案、课件、论文、素材以及各类教学资源下载，还有大量而丰富的教学相关资讯！" style="width:9.75pt;height:10.5pt" o:oleicon="f" o:ole="">
            <v:imagedata r:id="rId483" o:title="eqId7f9e8449aad35c5d840a3395ea86df6d"/>
          </v:shape>
        </w:pict>
      </w:r>
      <w:r>
        <w:rPr>
          <w:rFonts w:ascii="宋体" w:eastAsia="宋体" w:hAnsi="宋体" w:cs="宋体"/>
          <w:color w:val="000000"/>
        </w:rPr>
        <w:t>表示的数为</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22025" type="#_x0000_t75" alt="学科网(www.zxxk.com)--教育资源门户，提供试卷、教案、课件、论文、素材以及各类教学资源下载，还有大量而丰富的教学相关资讯！" style="width:12pt;height:10.5pt" o:oleicon="f" o:ole="">
            <v:imagedata r:id="rId484" o:title="eqIdacbc6a613224461ade69362d46550474"/>
          </v:shape>
        </w:pict>
      </w:r>
      <w:r>
        <w:rPr>
          <w:rFonts w:ascii="宋体" w:eastAsia="宋体" w:hAnsi="宋体" w:cs="宋体"/>
          <w:color w:val="000000"/>
        </w:rPr>
        <w:t>或</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本题考查了数轴上的点所表示的数，明白到数轴上一点距离相等的点有两个，然后分类讨论是解题的关键．</w:t>
      </w:r>
    </w:p>
    <w:p>
      <w:pPr>
        <w:spacing w:line="285"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52</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w:t>
      </w:r>
      <w:r>
        <w:rPr>
          <w:rFonts w:ascii="Times New Roman" w:eastAsia="Times New Roman" w:hAnsi="Times New Roman" w:cs="Times New Roman"/>
          <w:b/>
          <w:color w:val="000000"/>
          <w:sz w:val="24"/>
        </w:rPr>
        <w:t>18</w:t>
      </w:r>
      <w:r>
        <w:rPr>
          <w:rFonts w:ascii="宋体" w:eastAsia="宋体" w:hAnsi="宋体" w:cs="宋体"/>
          <w:b/>
          <w:color w:val="000000"/>
          <w:sz w:val="24"/>
        </w:rPr>
        <w:t>、</w:t>
      </w:r>
      <w:r>
        <w:rPr>
          <w:rFonts w:ascii="Times New Roman" w:eastAsia="Times New Roman" w:hAnsi="Times New Roman" w:cs="Times New Roman"/>
          <w:b/>
          <w:color w:val="000000"/>
          <w:sz w:val="24"/>
        </w:rPr>
        <w:t>19</w:t>
      </w:r>
      <w:r>
        <w:rPr>
          <w:rFonts w:ascii="宋体" w:eastAsia="宋体" w:hAnsi="宋体" w:cs="宋体"/>
          <w:b/>
          <w:color w:val="000000"/>
          <w:sz w:val="24"/>
        </w:rPr>
        <w:t>、</w:t>
      </w:r>
      <w:r>
        <w:rPr>
          <w:rFonts w:ascii="Times New Roman" w:eastAsia="Times New Roman" w:hAnsi="Times New Roman" w:cs="Times New Roman"/>
          <w:b/>
          <w:color w:val="000000"/>
          <w:sz w:val="24"/>
        </w:rPr>
        <w:t>20</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w:t>
      </w:r>
      <w:r>
        <w:rPr>
          <w:rFonts w:ascii="Times New Roman" w:eastAsia="Times New Roman" w:hAnsi="Times New Roman" w:cs="Times New Roman"/>
          <w:b/>
          <w:color w:val="000000"/>
          <w:sz w:val="24"/>
        </w:rPr>
        <w:t>22</w:t>
      </w:r>
      <w:r>
        <w:rPr>
          <w:rFonts w:ascii="宋体" w:eastAsia="宋体" w:hAnsi="宋体" w:cs="宋体"/>
          <w:b/>
          <w:color w:val="000000"/>
          <w:sz w:val="24"/>
        </w:rPr>
        <w:t>、</w:t>
      </w:r>
      <w:r>
        <w:rPr>
          <w:rFonts w:ascii="Times New Roman" w:eastAsia="Times New Roman" w:hAnsi="Times New Roman" w:cs="Times New Roman"/>
          <w:b/>
          <w:color w:val="000000"/>
          <w:sz w:val="24"/>
        </w:rPr>
        <w:t>24</w:t>
      </w:r>
      <w:r>
        <w:rPr>
          <w:rFonts w:ascii="宋体" w:eastAsia="宋体" w:hAnsi="宋体" w:cs="宋体"/>
          <w:b/>
          <w:color w:val="000000"/>
          <w:sz w:val="24"/>
        </w:rPr>
        <w:t>、</w:t>
      </w:r>
      <w:r>
        <w:rPr>
          <w:rFonts w:ascii="Times New Roman" w:eastAsia="Times New Roman" w:hAnsi="Times New Roman" w:cs="Times New Roman"/>
          <w:b/>
          <w:color w:val="000000"/>
          <w:sz w:val="24"/>
        </w:rPr>
        <w:t>25</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23</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分）解答应写出文字说明、演算步骤或证明过程．</w:t>
      </w:r>
    </w:p>
    <w:p>
      <w:pPr>
        <w:pStyle w:val="Heading2"/>
      </w:pPr>
      <w:r>
        <w:t>通州区北关中学</w:t>
      </w:r>
    </w:p>
    <w:p>
      <w:pPr>
        <w:spacing w:line="360" w:lineRule="auto"/>
        <w:jc w:val="left"/>
        <w:textAlignment w:val="center"/>
        <w:rPr>
          <w:color w:val="000000"/>
        </w:rPr>
      </w:pPr>
      <w:r>
        <w:rPr>
          <w:color w:val="000000"/>
        </w:rPr>
        <w:t xml:space="preserve">16. </w:t>
      </w:r>
      <w:r>
        <w:rPr>
          <w:rFonts w:ascii="宋体" w:eastAsia="宋体" w:hAnsi="宋体" w:cs="宋体"/>
          <w:color w:val="000000"/>
        </w:rPr>
        <w:t>某工程队要修路</w:t>
      </w:r>
      <w:r>
        <w:rPr>
          <w:rFonts w:ascii="Times New Roman" w:eastAsia="Times New Roman" w:hAnsi="Times New Roman" w:cs="Times New Roman"/>
          <w:color w:val="000000"/>
        </w:rPr>
        <w:t>20</w:t>
      </w:r>
      <w:r>
        <w:rPr>
          <w:rFonts w:ascii="宋体" w:eastAsia="宋体" w:hAnsi="宋体" w:cs="宋体"/>
          <w:color w:val="000000"/>
        </w:rPr>
        <w:t>千米，原计划平均每天修</w:t>
      </w:r>
      <w:r>
        <w:pict>
          <v:shape id="_x0000_i722026" type="#_x0000_t75" alt="学科网(www.zxxk.com)--教育资源门户，提供试卷、教案、课件、论文、素材以及各类教学资源下载，还有大量而丰富的教学相关资讯！" style="width:9pt;height:9.75pt" o:oleicon="f" o:ole="">
            <v:imagedata r:id="rId485" o:title="eqId81dea63b8ce3e51adf66cf7b9982a248"/>
          </v:shape>
        </w:pict>
      </w:r>
      <w:r>
        <w:rPr>
          <w:rFonts w:ascii="宋体" w:eastAsia="宋体" w:hAnsi="宋体" w:cs="宋体"/>
          <w:color w:val="000000"/>
        </w:rPr>
        <w:t>千米，实际平均每天多修了</w:t>
      </w:r>
      <w:r>
        <w:rPr>
          <w:rFonts w:ascii="Times New Roman" w:eastAsia="Times New Roman" w:hAnsi="Times New Roman" w:cs="Times New Roman"/>
          <w:color w:val="000000"/>
        </w:rPr>
        <w:t>0.1</w:t>
      </w:r>
      <w:r>
        <w:rPr>
          <w:rFonts w:ascii="宋体" w:eastAsia="宋体" w:hAnsi="宋体" w:cs="宋体"/>
          <w:color w:val="000000"/>
        </w:rPr>
        <w:t>千米，则完成任务提前了</w:t>
      </w:r>
      <w:r>
        <w:rPr>
          <w:color w:val="000000"/>
        </w:rPr>
        <w:t>___________</w:t>
      </w:r>
      <w:r>
        <w:rPr>
          <w:rFonts w:ascii="宋体" w:eastAsia="宋体" w:hAnsi="宋体" w:cs="宋体"/>
          <w:color w:val="000000"/>
        </w:rPr>
        <w:t>天．</w:t>
      </w:r>
    </w:p>
    <w:p>
      <w:pPr>
        <w:spacing w:line="360" w:lineRule="auto"/>
        <w:textAlignment w:val="center"/>
        <w:rPr>
          <w:color w:val="000000"/>
        </w:rPr>
      </w:pPr>
      <w:r>
        <w:rPr>
          <w:color w:val="2E75B6"/>
        </w:rPr>
        <w:t>【答案】</w:t>
      </w:r>
      <w:r>
        <w:pict>
          <v:shape id="_x0000_i722027" type="#_x0000_t75" alt="学科网(www.zxxk.com)--教育资源门户，提供试卷、教案、课件、论文、素材以及各类教学资源下载，还有大量而丰富的教学相关资讯！" style="width:72.75pt;height:33.75pt" o:oleicon="f" o:ole="">
            <v:imagedata r:id="rId486" o:title="eqId874f946498151a1b8d285625d6fdd42d"/>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根据题意求得原计划与实际需要的天数，用原计划的天数减去实际用的天数即可求解．</w:t>
      </w:r>
    </w:p>
    <w:p>
      <w:pPr>
        <w:spacing w:line="360" w:lineRule="auto"/>
        <w:jc w:val="left"/>
        <w:textAlignment w:val="center"/>
        <w:rPr>
          <w:color w:val="000000"/>
        </w:rPr>
      </w:pPr>
      <w:r>
        <w:rPr>
          <w:color w:val="000000"/>
        </w:rPr>
        <w:t>【详解】</w:t>
      </w:r>
      <w:r>
        <w:rPr>
          <w:rFonts w:ascii="宋体" w:eastAsia="宋体" w:hAnsi="宋体" w:cs="宋体"/>
          <w:color w:val="000000"/>
        </w:rPr>
        <w:t>解：原计划修的天数为</w:t>
      </w:r>
      <w:r>
        <w:pict>
          <v:shape id="_x0000_i722028" type="#_x0000_t75" alt="学科网(www.zxxk.com)--教育资源门户，提供试卷、教案、课件、论文、素材以及各类教学资源下载，还有大量而丰富的教学相关资讯！" style="width:18pt;height:30.75pt" o:oleicon="f" o:ole="">
            <v:imagedata r:id="rId487" o:title="eqIdddb427567fc5ca9707839b02c4ce3812"/>
          </v:shape>
        </w:pict>
      </w:r>
      <w:r>
        <w:rPr>
          <w:rFonts w:ascii="宋体" w:eastAsia="宋体" w:hAnsi="宋体" w:cs="宋体"/>
          <w:color w:val="000000"/>
        </w:rPr>
        <w:t>，实际的天数为</w:t>
      </w:r>
      <w:r>
        <w:pict>
          <v:shape id="_x0000_i722029" type="#_x0000_t75" alt="学科网(www.zxxk.com)--教育资源门户，提供试卷、教案、课件、论文、素材以及各类教学资源下载，还有大量而丰富的教学相关资讯！" style="width:36pt;height:30.75pt" o:oleicon="f" o:ole="">
            <v:imagedata r:id="rId488" o:title="eqIdcb9e5e50a9a453b2519b254e30a4d234"/>
          </v:shape>
        </w:pict>
      </w:r>
    </w:p>
    <w:p>
      <w:pPr>
        <w:spacing w:line="360" w:lineRule="auto"/>
        <w:jc w:val="left"/>
        <w:textAlignment w:val="center"/>
        <w:rPr>
          <w:color w:val="000000"/>
        </w:rPr>
      </w:pPr>
      <w:r>
        <w:rPr>
          <w:rFonts w:ascii="宋体" w:eastAsia="宋体" w:hAnsi="宋体" w:cs="宋体"/>
          <w:color w:val="000000"/>
        </w:rPr>
        <w:t>∴完成任务提前了</w:t>
      </w:r>
      <w:r>
        <w:pict>
          <v:shape id="_x0000_i722030" type="#_x0000_t75" alt="学科网(www.zxxk.com)--教育资源门户，提供试卷、教案、课件、论文、素材以及各类教学资源下载，还有大量而丰富的教学相关资讯！" style="width:60.75pt;height:30.75pt" o:oleicon="f" o:ole="">
            <v:imagedata r:id="rId489" o:title="eqIddea1007093a177f8a28c29daa86c0a9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22031" type="#_x0000_t75" alt="学科网(www.zxxk.com)--教育资源门户，提供试卷、教案、课件、论文、素材以及各类教学资源下载，还有大量而丰富的教学相关资讯！" style="width:72.75pt;height:33.75pt" o:oleicon="f" o:ole="">
            <v:imagedata r:id="rId490" o:title="eqId874f946498151a1b8d285625d6fdd42d"/>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本题考查了列代数式，根据题意列出代数式是解题的关键．</w:t>
      </w:r>
    </w:p>
    <w:p>
      <w:pPr>
        <w:spacing w:line="360" w:lineRule="auto"/>
        <w:jc w:val="left"/>
        <w:textAlignment w:val="center"/>
        <w:rPr>
          <w:color w:val="000000"/>
        </w:rPr>
      </w:pPr>
      <w:r>
        <w:rPr>
          <w:rFonts w:ascii="宋体" w:eastAsia="宋体" w:hAnsi="宋体" w:cs="宋体"/>
          <w:b/>
          <w:color w:val="000000"/>
          <w:sz w:val="24"/>
        </w:rPr>
        <w:t>三、解答题</w:t>
      </w:r>
    </w:p>
    <w:p>
      <w:pPr>
        <w:pStyle w:val="Heading2"/>
      </w:pPr>
      <w:r>
        <w:t>通州区北关中学</w:t>
      </w:r>
    </w:p>
    <w:p>
      <w:pPr>
        <w:spacing w:line="360" w:lineRule="auto"/>
        <w:jc w:val="left"/>
        <w:textAlignment w:val="center"/>
        <w:rPr>
          <w:color w:val="000000"/>
        </w:rPr>
      </w:pPr>
      <w:r>
        <w:rPr>
          <w:color w:val="000000"/>
        </w:rPr>
        <w:t xml:space="preserve">16. </w:t>
      </w:r>
      <w:r>
        <w:rPr>
          <w:rFonts w:ascii="宋体" w:eastAsia="宋体" w:hAnsi="宋体" w:cs="宋体"/>
          <w:color w:val="000000"/>
        </w:rPr>
        <w:t>多项式</w:t>
      </w:r>
      <w:r>
        <w:rPr>
          <w:color w:val="000000"/>
        </w:rPr>
        <w:t>_________</w:t>
      </w:r>
      <w:r>
        <w:rPr>
          <w:rFonts w:ascii="宋体" w:eastAsia="宋体" w:hAnsi="宋体" w:cs="宋体"/>
          <w:color w:val="000000"/>
        </w:rPr>
        <w:t>与</w:t>
      </w:r>
      <w:r>
        <w:pict>
          <v:shape id="_x0000_i722032" type="#_x0000_t75" alt="学科网(www.zxxk.com)--教育资源门户，提供试卷、教案、课件、论文、素材以及各类教学资源下载，还有大量而丰富的教学相关资讯！" style="width:54pt;height:15.75pt" o:oleicon="f" o:ole="">
            <v:imagedata r:id="rId491" o:title="eqIdd25ce745444a330a6a85dadccb1cdb52"/>
          </v:shape>
        </w:pict>
      </w:r>
      <w:r>
        <w:rPr>
          <w:rFonts w:ascii="宋体" w:eastAsia="宋体" w:hAnsi="宋体" w:cs="宋体"/>
          <w:color w:val="000000"/>
        </w:rPr>
        <w:t>的和是</w:t>
      </w:r>
      <w:r>
        <w:pict>
          <v:shape id="_x0000_i722033" type="#_x0000_t75" alt="学科网(www.zxxk.com)--教育资源门户，提供试卷、教案、课件、论文、素材以及各类教学资源下载，还有大量而丰富的教学相关资讯！" style="width:42.7pt;height:15.9pt" o:oleicon="f" o:ole="">
            <v:imagedata r:id="rId492" o:title="eqId051e49b61bc016f00c4f3abd0132327e"/>
          </v:shape>
        </w:pic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w:t>
      </w:r>
      <w:r>
        <w:rPr>
          <w:rFonts w:ascii="Times New Roman" w:eastAsia="Times New Roman" w:hAnsi="Times New Roman" w:cs="Times New Roman"/>
          <w:i/>
          <w:color w:val="000000"/>
        </w:rPr>
        <w:t>m</w:t>
      </w:r>
      <w:r>
        <w:rPr>
          <w:rFonts w:ascii="Times New Roman" w:eastAsia="Times New Roman" w:hAnsi="Times New Roman" w:cs="Times New Roman"/>
          <w:color w:val="000000"/>
        </w:rPr>
        <w:t>+2##2-3</w:t>
      </w:r>
      <w:r>
        <w:rPr>
          <w:rFonts w:ascii="Times New Roman" w:eastAsia="Times New Roman" w:hAnsi="Times New Roman" w:cs="Times New Roman"/>
          <w:i/>
          <w:color w:val="000000"/>
        </w:rPr>
        <w:t>m</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w:t>
      </w:r>
      <w:r>
        <w:rPr>
          <w:rFonts w:ascii="Times New Roman" w:eastAsia="Times New Roman" w:hAnsi="Times New Roman" w:cs="Times New Roman"/>
          <w:color w:val="000000"/>
        </w:rPr>
        <w:t>“</w:t>
      </w:r>
      <w:r>
        <w:rPr>
          <w:rFonts w:ascii="宋体" w:eastAsia="宋体" w:hAnsi="宋体" w:cs="宋体"/>
          <w:color w:val="000000"/>
        </w:rPr>
        <w:t>其中一个加式</w:t>
      </w:r>
      <w:r>
        <w:rPr>
          <w:rFonts w:ascii="Times New Roman" w:eastAsia="Times New Roman" w:hAnsi="Times New Roman" w:cs="Times New Roman"/>
          <w:color w:val="000000"/>
        </w:rPr>
        <w:t>=</w:t>
      </w:r>
      <w:r>
        <w:rPr>
          <w:rFonts w:ascii="宋体" w:eastAsia="宋体" w:hAnsi="宋体" w:cs="宋体"/>
          <w:color w:val="000000"/>
        </w:rPr>
        <w:t>和</w:t>
      </w:r>
      <w:r>
        <w:rPr>
          <w:rFonts w:ascii="Times New Roman" w:eastAsia="Times New Roman" w:hAnsi="Times New Roman" w:cs="Times New Roman"/>
          <w:color w:val="000000"/>
        </w:rPr>
        <w:t>-</w:t>
      </w:r>
      <w:r>
        <w:rPr>
          <w:rFonts w:ascii="宋体" w:eastAsia="宋体" w:hAnsi="宋体" w:cs="宋体"/>
          <w:color w:val="000000"/>
        </w:rPr>
        <w:t>另一个加式</w:t>
      </w:r>
      <w:r>
        <w:rPr>
          <w:rFonts w:ascii="Times New Roman" w:eastAsia="Times New Roman" w:hAnsi="Times New Roman" w:cs="Times New Roman"/>
          <w:color w:val="000000"/>
        </w:rPr>
        <w:t>”</w:t>
      </w:r>
      <w:r>
        <w:rPr>
          <w:rFonts w:ascii="宋体" w:eastAsia="宋体" w:hAnsi="宋体" w:cs="宋体"/>
          <w:color w:val="000000"/>
        </w:rPr>
        <w:t>列式，并结合去括号，合并同类项的运算法则进行计算．</w:t>
      </w:r>
    </w:p>
    <w:p>
      <w:pPr>
        <w:spacing w:line="360" w:lineRule="auto"/>
        <w:jc w:val="left"/>
        <w:textAlignment w:val="center"/>
        <w:rPr>
          <w:color w:val="000000"/>
        </w:rPr>
      </w:pPr>
      <w:r>
        <w:rPr>
          <w:color w:val="000000"/>
        </w:rPr>
        <w:t>【详解】</w:t>
      </w:r>
      <w:r>
        <w:rPr>
          <w:rFonts w:ascii="宋体" w:eastAsia="宋体" w:hAnsi="宋体" w:cs="宋体"/>
          <w:color w:val="000000"/>
        </w:rPr>
        <w:t>解：多项式</w:t>
      </w:r>
      <w:r>
        <w:pict>
          <v:shape id="_x0000_i722034" type="#_x0000_t75" alt="学科网(www.zxxk.com)--教育资源门户，提供试卷、教案、课件、论文、素材以及各类教学资源下载，还有大量而丰富的教学相关资讯！" style="width:129pt;height:18pt" o:oleicon="f" o:ole="">
            <v:imagedata r:id="rId493" o:title="eqIde7043b10e3cdc5298fd0b8e8e93c3c66"/>
          </v:shape>
        </w:pict>
      </w:r>
    </w:p>
    <w:p>
      <w:pPr>
        <w:spacing w:line="360" w:lineRule="auto"/>
        <w:jc w:val="left"/>
        <w:textAlignment w:val="center"/>
        <w:rPr>
          <w:color w:val="000000"/>
        </w:rPr>
      </w:pPr>
      <w:r>
        <w:pict>
          <v:shape id="_x0000_i722035" type="#_x0000_t75" alt="学科网(www.zxxk.com)--教育资源门户，提供试卷、教案、课件、论文、素材以及各类教学资源下载，还有大量而丰富的教学相关资讯！" style="width:26.4pt;height:15.6pt" o:oleicon="f" o:ole="">
            <v:imagedata r:id="rId494" o:title="eqIdfeccd908c0110ba33e89a2daaa39bf9f"/>
          </v:shape>
        </w:pict>
      </w:r>
      <w:r>
        <w:pict>
          <v:shape id="_x0000_i722036" type="#_x0000_t75" alt="学科网(www.zxxk.com)--教育资源门户，提供试卷、教案、课件、论文、素材以及各类教学资源下载，还有大量而丰富的教学相关资讯！" style="width:86.25pt;height:15.75pt" o:oleicon="f" o:ole="">
            <v:imagedata r:id="rId495" o:title="eqId9201699e90b95df998cfff87135912b7"/>
          </v:shape>
        </w:pict>
      </w:r>
    </w:p>
    <w:p>
      <w:pPr>
        <w:spacing w:line="360" w:lineRule="auto"/>
        <w:jc w:val="left"/>
        <w:textAlignment w:val="center"/>
        <w:rPr>
          <w:color w:val="000000"/>
        </w:rPr>
      </w:pPr>
      <w:r>
        <w:pict>
          <v:shape id="_x0000_i722037" type="#_x0000_t75" alt="学科网(www.zxxk.com)--教育资源门户，提供试卷、教案、课件、论文、素材以及各类教学资源下载，还有大量而丰富的教学相关资讯！" style="width:51.2pt;height:14.1pt" o:oleicon="f" o:ole="">
            <v:imagedata r:id="rId496" o:title="eqId5efbe67a68aa1884aabd0cccb1fa3c07"/>
          </v:shape>
        </w:pic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p>
    <w:p>
      <w:pPr>
        <w:spacing w:line="360" w:lineRule="auto"/>
        <w:jc w:val="left"/>
        <w:textAlignment w:val="center"/>
        <w:rPr>
          <w:color w:val="000000"/>
        </w:rPr>
      </w:pPr>
      <w:r>
        <w:rPr>
          <w:color w:val="000000"/>
        </w:rPr>
        <w:t>【点睛】</w:t>
      </w:r>
      <w:r>
        <w:rPr>
          <w:rFonts w:ascii="宋体" w:eastAsia="宋体" w:hAnsi="宋体" w:cs="宋体"/>
          <w:color w:val="000000"/>
        </w:rPr>
        <w:t>本题考查整式的加减</w:t>
      </w:r>
      <w:r>
        <w:rPr>
          <w:rFonts w:ascii="Times New Roman" w:eastAsia="Times New Roman" w:hAnsi="Times New Roman" w:cs="Times New Roman"/>
          <w:color w:val="000000"/>
        </w:rPr>
        <w:t>—</w:t>
      </w:r>
      <w:r>
        <w:rPr>
          <w:rFonts w:ascii="宋体" w:eastAsia="宋体" w:hAnsi="宋体" w:cs="宋体"/>
          <w:color w:val="000000"/>
        </w:rPr>
        <w:t>化简求值，掌握合并同类项（系数相加，字母及其指数不变）和去括号的运算法则（括号前面是</w:t>
      </w:r>
      <w:r>
        <w:rPr>
          <w:rFonts w:ascii="Times New Roman" w:eastAsia="Times New Roman" w:hAnsi="Times New Roman" w:cs="Times New Roman"/>
          <w:color w:val="000000"/>
        </w:rPr>
        <w:t>“+”</w:t>
      </w:r>
      <w:r>
        <w:rPr>
          <w:rFonts w:ascii="宋体" w:eastAsia="宋体" w:hAnsi="宋体" w:cs="宋体"/>
          <w:color w:val="000000"/>
        </w:rPr>
        <w:t>号，去掉</w:t>
      </w:r>
      <w:r>
        <w:rPr>
          <w:rFonts w:ascii="Times New Roman" w:eastAsia="Times New Roman" w:hAnsi="Times New Roman" w:cs="Times New Roman"/>
          <w:color w:val="000000"/>
        </w:rPr>
        <w:t>“+”</w:t>
      </w:r>
      <w:r>
        <w:rPr>
          <w:rFonts w:ascii="宋体" w:eastAsia="宋体" w:hAnsi="宋体" w:cs="宋体"/>
          <w:color w:val="000000"/>
        </w:rPr>
        <w:t>号和括号，括号里的各项不变号；括号前面是</w:t>
      </w:r>
      <w:r>
        <w:rPr>
          <w:rFonts w:ascii="Times New Roman" w:eastAsia="Times New Roman" w:hAnsi="Times New Roman" w:cs="Times New Roman"/>
          <w:color w:val="000000"/>
        </w:rPr>
        <w:t>“-”</w:t>
      </w:r>
      <w:r>
        <w:rPr>
          <w:rFonts w:ascii="宋体" w:eastAsia="宋体" w:hAnsi="宋体" w:cs="宋体"/>
          <w:color w:val="000000"/>
        </w:rPr>
        <w:t>号，去掉</w:t>
      </w:r>
      <w:r>
        <w:rPr>
          <w:rFonts w:ascii="Times New Roman" w:eastAsia="Times New Roman" w:hAnsi="Times New Roman" w:cs="Times New Roman"/>
          <w:color w:val="000000"/>
        </w:rPr>
        <w:t>“-”</w:t>
      </w:r>
      <w:r>
        <w:rPr>
          <w:rFonts w:ascii="宋体" w:eastAsia="宋体" w:hAnsi="宋体" w:cs="宋体"/>
          <w:color w:val="000000"/>
        </w:rPr>
        <w:t>号和括号，括号里的各项都变号）是解题关键．</w:t>
      </w:r>
    </w:p>
    <w:p>
      <w:pPr>
        <w:spacing w:line="360" w:lineRule="auto"/>
        <w:jc w:val="both"/>
        <w:textAlignment w:val="center"/>
        <w:rPr>
          <w:color w:val="000000"/>
        </w:rPr>
      </w:pPr>
      <w:r>
        <w:rPr>
          <w:rFonts w:ascii="宋体" w:eastAsia="宋体" w:hAnsi="宋体" w:cs="宋体"/>
          <w:b/>
          <w:color w:val="000000"/>
          <w:sz w:val="24"/>
        </w:rPr>
        <w:t>三、解答题</w:t>
      </w:r>
    </w:p>
    <w:p>
      <w:pPr>
        <w:pStyle w:val="Heading2"/>
      </w:pPr>
      <w:r>
        <w:t>陈经纶中学</w:t>
      </w:r>
    </w:p>
    <w:p>
      <w:pPr>
        <w:spacing w:line="360" w:lineRule="auto"/>
        <w:jc w:val="left"/>
        <w:textAlignment w:val="center"/>
        <w:rPr>
          <w:color w:val="000000"/>
        </w:rPr>
      </w:pPr>
      <w:r>
        <w:rPr>
          <w:color w:val="000000"/>
        </w:rPr>
        <w:t xml:space="preserve">16. </w:t>
      </w:r>
      <w:r>
        <w:rPr>
          <w:rFonts w:ascii="宋体" w:eastAsia="宋体" w:hAnsi="宋体" w:cs="宋体"/>
          <w:color w:val="000000"/>
        </w:rPr>
        <w:t>如图，用相同的小正方形按照某种规律进行摆放，则第</w:t>
      </w:r>
      <w:r>
        <w:rPr>
          <w:rFonts w:ascii="Times New Roman" w:eastAsia="Times New Roman" w:hAnsi="Times New Roman" w:cs="Times New Roman"/>
          <w:color w:val="000000"/>
        </w:rPr>
        <w:t>5</w:t>
      </w:r>
      <w:r>
        <w:rPr>
          <w:rFonts w:ascii="宋体" w:eastAsia="宋体" w:hAnsi="宋体" w:cs="宋体"/>
          <w:color w:val="000000"/>
        </w:rPr>
        <w:t>个图形中小正方形的个数是</w:t>
      </w:r>
      <w:r>
        <w:rPr>
          <w:color w:val="000000"/>
        </w:rPr>
        <w:t>___________</w:t>
      </w:r>
      <w:r>
        <w:rPr>
          <w:rFonts w:ascii="宋体" w:eastAsia="宋体" w:hAnsi="宋体" w:cs="宋体"/>
          <w:color w:val="000000"/>
        </w:rPr>
        <w:t>，第</w:t>
      </w:r>
      <w:r>
        <w:pict>
          <v:shape id="_x0000_i722038" type="#_x0000_t75" alt="学科网(www.zxxk.com)--教育资源门户，提供试卷、教案、课件、论文、素材以及各类教学资源下载，还有大量而丰富的教学相关资讯！" style="width:9.75pt;height:11.25pt" o:oleicon="f" o:ole="">
            <v:imagedata r:id="rId497" o:title="eqIdb6a24198bd04c29321ae5dc5a28fe421"/>
          </v:shape>
        </w:pict>
      </w:r>
      <w:r>
        <w:rPr>
          <w:rFonts w:ascii="宋体" w:eastAsia="宋体" w:hAnsi="宋体" w:cs="宋体"/>
          <w:color w:val="000000"/>
        </w:rPr>
        <w:t>个图形中小正方形的个数是</w:t>
      </w:r>
      <w:r>
        <w:rPr>
          <w:color w:val="000000"/>
        </w:rPr>
        <w:t>___________</w:t>
      </w:r>
      <w:r>
        <w:rPr>
          <w:rFonts w:ascii="宋体" w:eastAsia="宋体" w:hAnsi="宋体" w:cs="宋体"/>
          <w:color w:val="000000"/>
        </w:rPr>
        <w:t>（用含</w:t>
      </w:r>
      <w:r>
        <w:pict>
          <v:shape id="_x0000_i722039" type="#_x0000_t75" alt="学科网(www.zxxk.com)--教育资源门户，提供试卷、教案、课件、论文、素材以及各类教学资源下载，还有大量而丰富的教学相关资讯！" style="width:9.75pt;height:11.25pt" o:oleicon="f" o:ole="">
            <v:imagedata r:id="rId497" o:title="eqIdb6a24198bd04c29321ae5dc5a28fe421"/>
          </v:shape>
        </w:pict>
      </w:r>
      <w:r>
        <w:rPr>
          <w:rFonts w:ascii="宋体" w:eastAsia="宋体" w:hAnsi="宋体" w:cs="宋体"/>
          <w:color w:val="000000"/>
        </w:rPr>
        <w:t>的式子表示，</w:t>
      </w:r>
      <w:r>
        <w:pict>
          <v:shape id="_x0000_i722040" type="#_x0000_t75" alt="学科网(www.zxxk.com)--教育资源门户，提供试卷、教案、课件、论文、素材以及各类教学资源下载，还有大量而丰富的教学相关资讯！" style="width:9.75pt;height:11.25pt" o:oleicon="f" o:ole="">
            <v:imagedata r:id="rId497" o:title="eqIdb6a24198bd04c29321ae5dc5a28fe421"/>
          </v:shape>
        </w:pict>
      </w:r>
      <w:r>
        <w:rPr>
          <w:rFonts w:ascii="宋体" w:eastAsia="宋体" w:hAnsi="宋体" w:cs="宋体"/>
          <w:color w:val="000000"/>
        </w:rPr>
        <w:t>为正整数）．</w:t>
      </w:r>
    </w:p>
    <w:p>
      <w:pPr>
        <w:spacing w:line="360" w:lineRule="auto"/>
        <w:jc w:val="left"/>
        <w:textAlignment w:val="center"/>
        <w:rPr>
          <w:color w:val="000000"/>
        </w:rPr>
      </w:pPr>
      <w:r>
        <w:rPr>
          <w:color w:val="000000"/>
        </w:rPr>
        <w:drawing>
          <wp:inline>
            <wp:extent cx="3781425" cy="1171575"/>
            <wp:docPr id="42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 name=""/>
                    <pic:cNvPicPr>
                      <a:picLocks noChangeAspect="1"/>
                    </pic:cNvPicPr>
                  </pic:nvPicPr>
                  <pic:blipFill>
                    <a:blip r:embed="rId498"/>
                    <a:stretch>
                      <a:fillRect/>
                    </a:stretch>
                  </pic:blipFill>
                  <pic:spPr>
                    <a:xfrm>
                      <a:off x="0" y="0"/>
                      <a:ext cx="3781425" cy="11715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w:t>
      </w:r>
      <w:r>
        <w:rPr>
          <w:color w:val="000000"/>
          <w:position w:val="-22"/>
        </w:rPr>
        <w:drawing>
          <wp:inline>
            <wp:extent cx="31750" cy="88900"/>
            <wp:docPr id="42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 name=""/>
                    <pic:cNvPicPr>
                      <a:picLocks noChangeAspect="1"/>
                    </pic:cNvPicPr>
                  </pic:nvPicPr>
                  <pic:blipFill>
                    <a:blip r:embed="rId499"/>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eastAsia="Times New Roman" w:hAnsi="Times New Roman" w:cs="Times New Roman"/>
          <w:color w:val="000000"/>
        </w:rPr>
        <w:t>41</w:t>
      </w:r>
      <w:r>
        <w:rPr>
          <w:color w:val="000000"/>
        </w:rPr>
        <w:t xml:space="preserve">    ②. </w:t>
      </w:r>
      <w:r>
        <w:pict>
          <v:shape id="_x0000_i722041" type="#_x0000_t75" alt="学科网(www.zxxk.com)--教育资源门户，提供试卷、教案、课件、论文、素材以及各类教学资源下载，还有大量而丰富的教学相关资讯！" style="width:54.75pt;height:18pt" o:oleicon="f" o:ole="">
            <v:imagedata r:id="rId500" o:title="eqId71a70d4de28d9ee150c262d935a0d265"/>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观察图形可知，第</w:t>
      </w:r>
      <w:r>
        <w:rPr>
          <w:rFonts w:ascii="Times New Roman" w:eastAsia="Times New Roman" w:hAnsi="Times New Roman" w:cs="Times New Roman"/>
          <w:color w:val="000000"/>
        </w:rPr>
        <w:t>1</w:t>
      </w:r>
      <w:r>
        <w:rPr>
          <w:rFonts w:ascii="宋体" w:eastAsia="宋体" w:hAnsi="宋体" w:cs="宋体"/>
          <w:color w:val="000000"/>
        </w:rPr>
        <w:t>个图形共有小正方形的个数为</w:t>
      </w:r>
      <w:r>
        <w:pict>
          <v:shape id="_x0000_i722042" type="#_x0000_t75" alt="学科网(www.zxxk.com)--教育资源门户，提供试卷、教案、课件、论文、素材以及各类教学资源下载，还有大量而丰富的教学相关资讯！" style="width:40.2pt;height:13.2pt;mso-position-horizontal-relative:page;mso-position-vertical-relative:page;mso-wrap-style:square" o:oleicon="f" o:ole="">
            <v:imagedata r:id="rId501" o:title="eqIdd097ae983e41905b4757bd2575edbf15"/>
          </v:shape>
        </w:pic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个图形共有小正方形的个数为</w:t>
      </w:r>
      <w:r>
        <w:pict>
          <v:shape id="_x0000_i722043" type="#_x0000_t75" alt="学科网(www.zxxk.com)--教育资源门户，提供试卷、教案、课件、论文、素材以及各类教学资源下载，还有大量而丰富的教学相关资讯！" style="width:42pt;height:14.5pt" o:oleicon="f" o:ole="">
            <v:imagedata r:id="rId502" o:title="eqIdde7e1568b42980db09b3235f9d5c845e"/>
          </v:shape>
        </w:pict>
      </w: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个图形共有小正方形的个数为</w:t>
      </w:r>
      <w:r>
        <w:pict>
          <v:shape id="_x0000_i722044" type="#_x0000_t75" alt="学科网(www.zxxk.com)--教育资源门户，提供试卷、教案、课件、论文、素材以及各类教学资源下载，还有大量而丰富的教学相关资讯！" style="width:42pt;height:14.5pt" o:oleicon="f" o:ole="">
            <v:imagedata r:id="rId503" o:title="eqIda5b3bd2c812f83cc30fec5bf7cb28636"/>
          </v:shape>
        </w:pi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；则第</w:t>
      </w:r>
      <w:r>
        <w:rPr>
          <w:rFonts w:ascii="Times New Roman" w:eastAsia="Times New Roman" w:hAnsi="Times New Roman" w:cs="Times New Roman"/>
          <w:i/>
          <w:color w:val="000000"/>
        </w:rPr>
        <w:t>n</w:t>
      </w:r>
      <w:r>
        <w:rPr>
          <w:rFonts w:ascii="宋体" w:eastAsia="宋体" w:hAnsi="宋体" w:cs="宋体"/>
          <w:color w:val="000000"/>
        </w:rPr>
        <w:t>个图形共有小正方形的个数为</w:t>
      </w:r>
      <w:r>
        <w:pict>
          <v:shape id="_x0000_i722045" type="#_x0000_t75" alt="学科网(www.zxxk.com)--教育资源门户，提供试卷、教案、课件、论文、素材以及各类教学资源下载，还有大量而丰富的教学相关资讯！" style="width:54.75pt;height:18pt" o:oleicon="f" o:ole="">
            <v:imagedata r:id="rId504" o:title="eqId71a70d4de28d9ee150c262d935a0d265"/>
          </v:shape>
        </w:pict>
      </w:r>
      <w:r>
        <w:rPr>
          <w:rFonts w:ascii="宋体" w:eastAsia="宋体" w:hAnsi="宋体" w:cs="宋体"/>
          <w:color w:val="000000"/>
        </w:rPr>
        <w:t>，进而得出答案．</w:t>
      </w:r>
    </w:p>
    <w:p>
      <w:pPr>
        <w:spacing w:line="360" w:lineRule="auto"/>
        <w:jc w:val="both"/>
        <w:textAlignment w:val="center"/>
        <w:rPr>
          <w:color w:val="000000"/>
        </w:rPr>
      </w:pPr>
      <w:r>
        <w:rPr>
          <w:color w:val="000000"/>
        </w:rPr>
        <w:t>【详解】</w:t>
      </w:r>
      <w:r>
        <w:rPr>
          <w:rFonts w:ascii="宋体" w:eastAsia="宋体" w:hAnsi="宋体" w:cs="宋体"/>
          <w:color w:val="000000"/>
        </w:rPr>
        <w:t>解：第</w:t>
      </w:r>
      <w:r>
        <w:rPr>
          <w:rFonts w:ascii="Times New Roman" w:eastAsia="Times New Roman" w:hAnsi="Times New Roman" w:cs="Times New Roman"/>
          <w:color w:val="000000"/>
        </w:rPr>
        <w:t>1</w:t>
      </w:r>
      <w:r>
        <w:rPr>
          <w:rFonts w:ascii="宋体" w:eastAsia="宋体" w:hAnsi="宋体" w:cs="宋体"/>
          <w:color w:val="000000"/>
        </w:rPr>
        <w:t>个图形共有小正方形的个数为</w:t>
      </w:r>
      <w:r>
        <w:pict>
          <v:shape id="_x0000_i722046" type="#_x0000_t75" alt="学科网(www.zxxk.com)--教育资源门户，提供试卷、教案、课件、论文、素材以及各类教学资源下载，还有大量而丰富的教学相关资讯！" style="width:40.2pt;height:13.2pt;mso-position-horizontal-relative:page;mso-position-vertical-relative:page;mso-wrap-style:square" o:oleicon="f" o:ole="">
            <v:imagedata r:id="rId505" o:title="eqIdd097ae983e41905b4757bd2575edbf15"/>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个图形共有小正方形的个数为</w:t>
      </w:r>
      <w:r>
        <w:pict>
          <v:shape id="_x0000_i722047" type="#_x0000_t75" alt="学科网(www.zxxk.com)--教育资源门户，提供试卷、教案、课件、论文、素材以及各类教学资源下载，还有大量而丰富的教学相关资讯！" style="width:42pt;height:14.5pt" o:oleicon="f" o:ole="">
            <v:imagedata r:id="rId506" o:title="eqIdde7e1568b42980db09b3235f9d5c845e"/>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个图形共有小正方形的个数为</w:t>
      </w:r>
      <w:r>
        <w:pict>
          <v:shape id="_x0000_i722048" type="#_x0000_t75" alt="学科网(www.zxxk.com)--教育资源门户，提供试卷、教案、课件、论文、素材以及各类教学资源下载，还有大量而丰富的教学相关资讯！" style="width:42pt;height:14.5pt" o:oleicon="f" o:ole="">
            <v:imagedata r:id="rId507" o:title="eqIda5b3bd2c812f83cc30fec5bf7cb28636"/>
          </v:shape>
        </w:pi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则第</w:t>
      </w:r>
      <w:r>
        <w:rPr>
          <w:rFonts w:ascii="Times New Roman" w:eastAsia="Times New Roman" w:hAnsi="Times New Roman" w:cs="Times New Roman"/>
          <w:i/>
          <w:color w:val="000000"/>
        </w:rPr>
        <w:t>n</w:t>
      </w:r>
      <w:r>
        <w:rPr>
          <w:rFonts w:ascii="宋体" w:eastAsia="宋体" w:hAnsi="宋体" w:cs="宋体"/>
          <w:color w:val="000000"/>
        </w:rPr>
        <w:t>个图形共有小正方形的个数为</w:t>
      </w:r>
      <w:r>
        <w:pict>
          <v:shape id="_x0000_i722049" type="#_x0000_t75" alt="学科网(www.zxxk.com)--教育资源门户，提供试卷、教案、课件、论文、素材以及各类教学资源下载，还有大量而丰富的教学相关资讯！" style="width:54.75pt;height:18pt" o:oleicon="f" o:ole="">
            <v:imagedata r:id="rId508" o:title="eqId71a70d4de28d9ee150c262d935a0d265"/>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所以第</w:t>
      </w:r>
      <w:r>
        <w:rPr>
          <w:rFonts w:ascii="Times New Roman" w:eastAsia="Times New Roman" w:hAnsi="Times New Roman" w:cs="Times New Roman"/>
          <w:color w:val="000000"/>
        </w:rPr>
        <w:t>5</w:t>
      </w:r>
      <w:r>
        <w:rPr>
          <w:rFonts w:ascii="宋体" w:eastAsia="宋体" w:hAnsi="宋体" w:cs="宋体"/>
          <w:color w:val="000000"/>
        </w:rPr>
        <w:t>个图形共有小正方形的个数为：</w:t>
      </w:r>
      <w:r>
        <w:pict>
          <v:shape id="_x0000_i722050" type="#_x0000_t75" alt="学科网(www.zxxk.com)--教育资源门户，提供试卷、教案、课件、论文、素材以及各类教学资源下载，还有大量而丰富的教学相关资讯！" style="width:76.2pt;height:18.25pt" o:oleicon="f" o:ole="">
            <v:imagedata r:id="rId509" o:title="eqId3a278547549f71e2a83580df2ac45e7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41</w:t>
      </w:r>
      <w:r>
        <w:rPr>
          <w:rFonts w:ascii="宋体" w:eastAsia="宋体" w:hAnsi="宋体" w:cs="宋体"/>
          <w:color w:val="000000"/>
        </w:rPr>
        <w:t>；</w:t>
      </w:r>
      <w:r>
        <w:pict>
          <v:shape id="_x0000_i722051" type="#_x0000_t75" alt="学科网(www.zxxk.com)--教育资源门户，提供试卷、教案、课件、论文、素材以及各类教学资源下载，还有大量而丰富的教学相关资讯！" style="width:54.75pt;height:18pt" o:oleicon="f" o:ole="">
            <v:imagedata r:id="rId510" o:title="eqId71a70d4de28d9ee150c262d935a0d265"/>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规律型：图形的变化类，解决这类问题首先要从简单图形入手，抓住随着“编号”或“序号”增加时，后一个图形与前一个图形相比，在数量上增加（或倍数）情况的变化，找出数量上的变化规律，从而推出一般性的结论．</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52</w:t>
      </w:r>
      <w:r>
        <w:rPr>
          <w:rFonts w:ascii="宋体" w:eastAsia="宋体" w:hAnsi="宋体" w:cs="宋体"/>
          <w:b/>
          <w:color w:val="000000"/>
          <w:sz w:val="24"/>
        </w:rPr>
        <w:t>分，第</w:t>
      </w:r>
      <w:r>
        <w:rPr>
          <w:rFonts w:ascii="Times New Roman" w:eastAsia="Times New Roman" w:hAnsi="Times New Roman" w:cs="Times New Roman"/>
          <w:b/>
          <w:color w:val="000000"/>
          <w:sz w:val="24"/>
        </w:rPr>
        <w:t>17-21</w:t>
      </w:r>
      <w:r>
        <w:rPr>
          <w:rFonts w:ascii="宋体" w:eastAsia="宋体" w:hAnsi="宋体" w:cs="宋体"/>
          <w:b/>
          <w:color w:val="000000"/>
          <w:sz w:val="24"/>
        </w:rPr>
        <w:t>题，每题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22-25</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26-27</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分）解答应写出文字说明、演算步骤或证明过程．</w:t>
      </w:r>
    </w:p>
    <w:p>
      <w:pPr>
        <w:pStyle w:val="Heading2"/>
      </w:pPr>
      <w:r>
        <w:t>陈经纶中学分校</w:t>
      </w:r>
    </w:p>
    <w:p>
      <w:pPr>
        <w:spacing w:line="360" w:lineRule="auto"/>
        <w:jc w:val="left"/>
        <w:textAlignment w:val="center"/>
        <w:rPr>
          <w:color w:val="000000"/>
        </w:rPr>
      </w:pPr>
      <w:r>
        <w:rPr>
          <w:color w:val="000000"/>
        </w:rPr>
        <w:t xml:space="preserve">18. </w:t>
      </w:r>
      <w:r>
        <w:rPr>
          <w:rFonts w:ascii="宋体" w:eastAsia="宋体" w:hAnsi="宋体" w:cs="宋体"/>
          <w:color w:val="000000"/>
        </w:rPr>
        <w:t>观察下面的等式：</w:t>
      </w:r>
    </w:p>
    <w:p>
      <w:pPr>
        <w:spacing w:line="360" w:lineRule="auto"/>
        <w:jc w:val="left"/>
        <w:textAlignment w:val="center"/>
        <w:rPr>
          <w:color w:val="000000"/>
        </w:rPr>
      </w:pPr>
      <w:r>
        <w:pict>
          <v:shape id="_x0000_i722052" type="#_x0000_t75" alt="学科网(www.zxxk.com)--教育资源门户，提供试卷、教案、课件、论文、素材以及各类教学资源下载，还有大量而丰富的教学相关资讯！" style="width:99pt;height:34pt" o:oleicon="f" o:ole="">
            <v:imagedata r:id="rId511" o:title="eqId7fd55af6319f14748eb9bffd7478f11a"/>
          </v:shape>
        </w:pict>
      </w:r>
      <w:r>
        <w:rPr>
          <w:rFonts w:ascii="宋体" w:eastAsia="宋体" w:hAnsi="宋体" w:cs="宋体"/>
          <w:color w:val="000000"/>
        </w:rPr>
        <w:t>；</w:t>
      </w:r>
    </w:p>
    <w:p>
      <w:pPr>
        <w:spacing w:line="360" w:lineRule="auto"/>
        <w:jc w:val="left"/>
        <w:textAlignment w:val="center"/>
        <w:rPr>
          <w:color w:val="000000"/>
        </w:rPr>
      </w:pPr>
      <w:r>
        <w:pict>
          <v:shape id="_x0000_i722053" type="#_x0000_t75" alt="学科网(www.zxxk.com)--教育资源门户，提供试卷、教案、课件、论文、素材以及各类教学资源下载，还有大量而丰富的教学相关资讯！" style="width:92pt;height:20pt" o:oleicon="f" o:ole="">
            <v:imagedata r:id="rId512" o:title="eqIde872bf4aa4e5d69d351787dbf5c9cce3"/>
          </v:shape>
        </w:pict>
      </w:r>
      <w:r>
        <w:rPr>
          <w:rFonts w:ascii="宋体" w:eastAsia="宋体" w:hAnsi="宋体" w:cs="宋体"/>
          <w:color w:val="000000"/>
        </w:rPr>
        <w:t>；</w:t>
      </w:r>
    </w:p>
    <w:p>
      <w:pPr>
        <w:spacing w:line="360" w:lineRule="auto"/>
        <w:jc w:val="left"/>
        <w:textAlignment w:val="center"/>
        <w:rPr>
          <w:color w:val="000000"/>
        </w:rPr>
      </w:pPr>
      <w:r>
        <w:pict>
          <v:shape id="_x0000_i722054" type="#_x0000_t75" alt="学科网(www.zxxk.com)--教育资源门户，提供试卷、教案、课件、论文、素材以及各类教学资源下载，还有大量而丰富的教学相关资讯！" style="width:82pt;height:20pt" o:oleicon="f" o:ole="">
            <v:imagedata r:id="rId513" o:title="eqId29ac977a9af8bc1ef76a5233eff34823"/>
          </v:shape>
        </w:pict>
      </w:r>
      <w:r>
        <w:rPr>
          <w:rFonts w:ascii="宋体" w:eastAsia="宋体" w:hAnsi="宋体" w:cs="宋体"/>
          <w:color w:val="000000"/>
        </w:rPr>
        <w:t>；</w:t>
      </w:r>
    </w:p>
    <w:p>
      <w:pPr>
        <w:spacing w:line="360" w:lineRule="auto"/>
        <w:jc w:val="left"/>
        <w:textAlignment w:val="center"/>
        <w:rPr>
          <w:color w:val="000000"/>
        </w:rPr>
      </w:pPr>
      <w:r>
        <w:pict>
          <v:shape id="_x0000_i722055" type="#_x0000_t75" alt="学科网(www.zxxk.com)--教育资源门户，提供试卷、教案、课件、论文、素材以及各类教学资源下载，还有大量而丰富的教学相关资讯！" style="width:108pt;height:36pt" o:oleicon="f" o:ole="">
            <v:imagedata r:id="rId514" o:title="eqId6a848d194597220b568d8f7f88316c1c"/>
          </v:shape>
        </w:pict>
      </w:r>
      <w:r>
        <w:rPr>
          <w:rFonts w:ascii="宋体" w:eastAsia="宋体" w:hAnsi="宋体" w:cs="宋体"/>
          <w:color w:val="000000"/>
        </w:rPr>
        <w:t>；</w:t>
      </w:r>
    </w:p>
    <w:p>
      <w:pPr>
        <w:spacing w:line="360" w:lineRule="auto"/>
        <w:jc w:val="left"/>
        <w:textAlignment w:val="center"/>
        <w:rPr>
          <w:color w:val="000000"/>
        </w:rPr>
      </w:pPr>
      <w:r>
        <w:pict>
          <v:shape id="_x0000_i722056" type="#_x0000_t75" alt="学科网(www.zxxk.com)--教育资源门户，提供试卷、教案、课件、论文、素材以及各类教学资源下载，还有大量而丰富的教学相关资讯！" style="width:101pt;height:21.5pt" o:oleicon="f" o:ole="">
            <v:imagedata r:id="rId515" o:title="eqIdd00c4a1d32c3f6f9f6ce78e771e7e70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设满足上面特征的等式最左边的数为</w:t>
      </w:r>
      <w:r>
        <w:rPr>
          <w:rFonts w:ascii="Times New Roman" w:eastAsia="Times New Roman" w:hAnsi="Times New Roman" w:cs="Times New Roman"/>
          <w:i/>
          <w:color w:val="000000"/>
        </w:rPr>
        <w:t>x</w:t>
      </w:r>
      <w:r>
        <w:rPr>
          <w:rFonts w:ascii="宋体" w:eastAsia="宋体" w:hAnsi="宋体" w:cs="宋体"/>
          <w:color w:val="000000"/>
        </w:rPr>
        <w:t>，则</w:t>
      </w:r>
      <w:r>
        <w:rPr>
          <w:rFonts w:ascii="Times New Roman" w:eastAsia="Times New Roman" w:hAnsi="Times New Roman" w:cs="Times New Roman"/>
          <w:i/>
          <w:color w:val="000000"/>
        </w:rPr>
        <w:t>x</w:t>
      </w:r>
      <w:r>
        <w:rPr>
          <w:rFonts w:ascii="宋体" w:eastAsia="宋体" w:hAnsi="宋体" w:cs="宋体"/>
          <w:color w:val="000000"/>
        </w:rPr>
        <w:t>的最大值是</w:t>
      </w:r>
      <w:r>
        <w:rPr>
          <w:color w:val="000000"/>
        </w:rPr>
        <w:t>________</w:t>
      </w:r>
      <w:r>
        <w:rPr>
          <w:rFonts w:ascii="宋体" w:eastAsia="宋体" w:hAnsi="宋体" w:cs="宋体"/>
          <w:color w:val="000000"/>
        </w:rPr>
        <w:t>．并写出此时的等式</w:t>
      </w:r>
      <w:r>
        <w:rPr>
          <w:color w:val="000000"/>
        </w:rPr>
        <w:t>________________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pict>
          <v:shape id="_x0000_i722057" type="#_x0000_t75" alt="学科网(www.zxxk.com)--教育资源门户，提供试卷、教案、课件、论文、素材以及各类教学资源下载，还有大量而丰富的教学相关资讯！" style="width:9.6pt;height:13.2pt" o:oleicon="f" o:ole="">
            <v:imagedata r:id="rId516" o:title="eqIdb8860d9787671b53b1ab68b3d526f5ca"/>
          </v:shape>
        </w:pict>
      </w:r>
      <w:r>
        <w:rPr>
          <w:color w:val="000000"/>
        </w:rPr>
        <w:t xml:space="preserve">    ②. </w:t>
      </w:r>
      <w:r>
        <w:pict>
          <v:shape id="_x0000_i722058" type="#_x0000_t75" alt="学科网(www.zxxk.com)--教育资源门户，提供试卷、教案、课件、论文、素材以及各类教学资源下载，还有大量而丰富的教学相关资讯！" style="width:93.05pt;height:20.4pt" o:oleicon="f" o:ole="">
            <v:imagedata r:id="rId517" o:title="eqId6e4b791dd3d9ba3d6760a133228b949f"/>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观察题目所给式子可知</w:t>
      </w:r>
      <w:r>
        <w:pict>
          <v:shape id="_x0000_i722059" type="#_x0000_t75" alt="学科网(www.zxxk.com)--教育资源门户，提供试卷、教案、课件、论文、素材以及各类教学资源下载，还有大量而丰富的教学相关资讯！" style="width:106.8pt;height:19.8pt" o:oleicon="f" o:ole="">
            <v:imagedata r:id="rId518" o:title="eqId9dca47120f31ae68f8a9667dfb0a73b1"/>
          </v:shape>
        </w:pict>
      </w:r>
      <w:r>
        <w:rPr>
          <w:rFonts w:ascii="宋体" w:eastAsia="宋体" w:hAnsi="宋体" w:cs="宋体"/>
          <w:color w:val="000000"/>
        </w:rPr>
        <w:t>，进而得到</w:t>
      </w:r>
      <w:r>
        <w:pict>
          <v:shape id="_x0000_i722060" type="#_x0000_t75" alt="学科网(www.zxxk.com)--教育资源门户，提供试卷、教案、课件、论文、素材以及各类教学资源下载，还有大量而丰富的教学相关资讯！" style="width:67.2pt;height:19.8pt" o:oleicon="f" o:ole="">
            <v:imagedata r:id="rId519" o:title="eqId88ae59e46207a8191966d50fc3a222c7"/>
          </v:shape>
        </w:pict>
      </w:r>
      <w:r>
        <w:rPr>
          <w:rFonts w:ascii="宋体" w:eastAsia="宋体" w:hAnsi="宋体" w:cs="宋体"/>
          <w:color w:val="000000"/>
        </w:rPr>
        <w:t>，再根据绝对值的非负性求出</w:t>
      </w:r>
      <w:r>
        <w:rPr>
          <w:rFonts w:ascii="Times New Roman" w:eastAsia="Times New Roman" w:hAnsi="Times New Roman" w:cs="Times New Roman"/>
          <w:i/>
          <w:color w:val="000000"/>
        </w:rPr>
        <w:t>x</w:t>
      </w:r>
      <w:r>
        <w:rPr>
          <w:rFonts w:ascii="宋体" w:eastAsia="宋体" w:hAnsi="宋体" w:cs="宋体"/>
          <w:color w:val="000000"/>
        </w:rPr>
        <w:t>的最大值即可得到答案．</w:t>
      </w:r>
    </w:p>
    <w:p>
      <w:pPr>
        <w:spacing w:line="360" w:lineRule="auto"/>
        <w:jc w:val="left"/>
        <w:textAlignment w:val="center"/>
        <w:rPr>
          <w:color w:val="000000"/>
        </w:rPr>
      </w:pPr>
      <w:r>
        <w:rPr>
          <w:color w:val="000000"/>
        </w:rPr>
        <w:t>【详解】</w:t>
      </w:r>
      <w:r>
        <w:rPr>
          <w:rFonts w:ascii="宋体" w:eastAsia="宋体" w:hAnsi="宋体" w:cs="宋体"/>
          <w:color w:val="000000"/>
        </w:rPr>
        <w:t>解：</w:t>
      </w:r>
      <w:r>
        <w:pict>
          <v:shape id="_x0000_i722061" type="#_x0000_t75" alt="学科网(www.zxxk.com)--教育资源门户，提供试卷、教案、课件、论文、素材以及各类教学资源下载，还有大量而丰富的教学相关资讯！" style="width:195pt;height:36pt" o:oleicon="f" o:ole="">
            <v:imagedata r:id="rId520" o:title="eqId3f63fcdc578e70f96ce45242927c2185"/>
          </v:shape>
        </w:pict>
      </w:r>
      <w:r>
        <w:rPr>
          <w:rFonts w:ascii="宋体" w:eastAsia="宋体" w:hAnsi="宋体" w:cs="宋体"/>
          <w:color w:val="000000"/>
        </w:rPr>
        <w:t>，</w:t>
      </w:r>
    </w:p>
    <w:p>
      <w:pPr>
        <w:spacing w:line="360" w:lineRule="auto"/>
        <w:jc w:val="left"/>
        <w:textAlignment w:val="center"/>
        <w:rPr>
          <w:color w:val="000000"/>
        </w:rPr>
      </w:pPr>
      <w:r>
        <w:pict>
          <v:shape id="_x0000_i722062" type="#_x0000_t75" alt="学科网(www.zxxk.com)--教育资源门户，提供试卷、教案、课件、论文、素材以及各类教学资源下载，还有大量而丰富的教学相关资讯！" style="width:183pt;height:22.2pt" o:oleicon="f" o:ole="">
            <v:imagedata r:id="rId521" o:title="eqIdcee97e6a12aaeb1092187121a015f356"/>
          </v:shape>
        </w:pict>
      </w:r>
      <w:r>
        <w:rPr>
          <w:rFonts w:ascii="宋体" w:eastAsia="宋体" w:hAnsi="宋体" w:cs="宋体"/>
          <w:color w:val="000000"/>
        </w:rPr>
        <w:t>，</w:t>
      </w:r>
    </w:p>
    <w:p>
      <w:pPr>
        <w:spacing w:line="360" w:lineRule="auto"/>
        <w:jc w:val="left"/>
        <w:textAlignment w:val="center"/>
        <w:rPr>
          <w:color w:val="000000"/>
        </w:rPr>
      </w:pPr>
      <w:r>
        <w:pict>
          <v:shape id="_x0000_i722063" type="#_x0000_t75" alt="学科网(www.zxxk.com)--教育资源门户，提供试卷、教案、课件、论文、素材以及各类教学资源下载，还有大量而丰富的教学相关资讯！" style="width:172.8pt;height:22.2pt" o:oleicon="f" o:ole="">
            <v:imagedata r:id="rId522" o:title="eqIdc0fc3ea90aad88ccfdf527eac221fcde"/>
          </v:shape>
        </w:pict>
      </w:r>
    </w:p>
    <w:p>
      <w:pPr>
        <w:spacing w:line="360" w:lineRule="auto"/>
        <w:jc w:val="left"/>
        <w:textAlignment w:val="center"/>
        <w:rPr>
          <w:color w:val="000000"/>
        </w:rPr>
      </w:pPr>
      <w:r>
        <w:pict>
          <v:shape id="_x0000_i722064" type="#_x0000_t75" alt="学科网(www.zxxk.com)--教育资源门户，提供试卷、教案、课件、论文、素材以及各类教学资源下载，还有大量而丰富的教学相关资讯！" style="width:211.8pt;height:22.2pt" o:oleicon="f" o:ole="">
            <v:imagedata r:id="rId523" o:title="eqIdb32f7c55fb66a37161f88c809a154dd1"/>
          </v:shape>
        </w:pic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pict>
          <v:shape id="_x0000_i722065" type="#_x0000_t75" alt="学科网(www.zxxk.com)--教育资源门户，提供试卷、教案、课件、论文、素材以及各类教学资源下载，还有大量而丰富的教学相关资讯！" style="width:106.8pt;height:19.8pt" o:oleicon="f" o:ole="">
            <v:imagedata r:id="rId524" o:title="eqId9dca47120f31ae68f8a9667dfb0a73b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2066" type="#_x0000_t75" alt="学科网(www.zxxk.com)--教育资源门户，提供试卷、教案、课件、论文、素材以及各类教学资源下载，还有大量而丰富的教学相关资讯！" style="width:67.2pt;height:19.8pt" o:oleicon="f" o:ole="">
            <v:imagedata r:id="rId525" o:title="eqId88ae59e46207a8191966d50fc3a222c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2067" type="#_x0000_t75" alt="学科网(www.zxxk.com)--教育资源门户，提供试卷、教案、课件、论文、素材以及各类教学资源下载，还有大量而丰富的教学相关资讯！" style="width:49.2pt;height:19.8pt" o:oleicon="f" o:ole="">
            <v:imagedata r:id="rId526" o:title="eqId331684eb2ad2c461ecb7cdca1dc2029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2068" type="#_x0000_t75" alt="学科网(www.zxxk.com)--教育资源门户，提供试卷、教案、课件、论文、素材以及各类教学资源下载，还有大量而丰富的教学相关资讯！" style="width:44pt;height:14pt" o:oleicon="f" o:ole="">
            <v:imagedata r:id="rId527" o:title="eqId448bec6581cea9e54d2e7ca2117b5c8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2069" type="#_x0000_t75" alt="学科网(www.zxxk.com)--教育资源门户，提供试卷、教案、课件、论文、素材以及各类教学资源下载，还有大量而丰富的教学相关资讯！" style="width:28pt;height:13.95pt" o:oleicon="f" o:ole="">
            <v:imagedata r:id="rId528" o:title="eqId1b5c9282e88f9947e137d8d4f8e8e50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的最大值为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∴此时等式为</w:t>
      </w:r>
      <w:r>
        <w:pict>
          <v:shape id="_x0000_i722070" type="#_x0000_t75" alt="学科网(www.zxxk.com)--教育资源门户，提供试卷、教案、课件、论文、素材以及各类教学资源下载，还有大量而丰富的教学相关资讯！" style="width:175.8pt;height:19.8pt" o:oleicon="f" o:ole="">
            <v:imagedata r:id="rId529" o:title="eqIdc9c9b8c469550f6027f62a8f88b42fb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r>
        <w:rPr>
          <w:rFonts w:ascii="宋体" w:eastAsia="宋体" w:hAnsi="宋体" w:cs="宋体"/>
          <w:color w:val="000000"/>
        </w:rPr>
        <w:t>，</w:t>
      </w:r>
      <w:r>
        <w:pict>
          <v:shape id="_x0000_i722071" type="#_x0000_t75" alt="学科网(www.zxxk.com)--教育资源门户，提供试卷、教案、课件、论文、素材以及各类教学资源下载，还有大量而丰富的教学相关资讯！" style="width:93.05pt;height:20.4pt" o:oleicon="f" o:ole="">
            <v:imagedata r:id="rId530" o:title="eqId6e4b791dd3d9ba3d6760a133228b949f"/>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本题主要考查了数字类的规律探索，绝对值的非负性，有理数的减法，正确理解题意找到规律是解题的关键．</w:t>
      </w:r>
    </w:p>
    <w:p>
      <w:pPr>
        <w:spacing w:line="360" w:lineRule="auto"/>
        <w:jc w:val="left"/>
        <w:textAlignment w:val="center"/>
        <w:rPr>
          <w:color w:val="000000"/>
        </w:rPr>
      </w:pPr>
      <w:r>
        <w:rPr>
          <w:rFonts w:ascii="宋体" w:eastAsia="宋体" w:hAnsi="宋体" w:cs="宋体"/>
          <w:b/>
          <w:color w:val="000000"/>
          <w:sz w:val="24"/>
        </w:rPr>
        <w:t>三、解答题（第</w:t>
      </w:r>
      <w:r>
        <w:rPr>
          <w:rFonts w:ascii="Times New Roman" w:eastAsia="Times New Roman" w:hAnsi="Times New Roman" w:cs="Times New Roman"/>
          <w:b/>
          <w:color w:val="000000"/>
          <w:sz w:val="24"/>
        </w:rPr>
        <w:t>19</w:t>
      </w:r>
      <w:r>
        <w:rPr>
          <w:rFonts w:ascii="宋体" w:eastAsia="宋体" w:hAnsi="宋体" w:cs="宋体"/>
          <w:b/>
          <w:color w:val="000000"/>
          <w:sz w:val="24"/>
        </w:rPr>
        <w:t>—</w:t>
      </w:r>
      <w:r>
        <w:rPr>
          <w:rFonts w:ascii="Times New Roman" w:eastAsia="Times New Roman" w:hAnsi="Times New Roman" w:cs="Times New Roman"/>
          <w:b/>
          <w:color w:val="000000"/>
          <w:sz w:val="24"/>
        </w:rPr>
        <w:t>23</w:t>
      </w:r>
      <w:r>
        <w:rPr>
          <w:rFonts w:ascii="宋体" w:eastAsia="宋体" w:hAnsi="宋体" w:cs="宋体"/>
          <w:b/>
          <w:color w:val="000000"/>
          <w:sz w:val="24"/>
        </w:rPr>
        <w:t>题和</w:t>
      </w:r>
      <w:r>
        <w:rPr>
          <w:rFonts w:ascii="Times New Roman" w:eastAsia="Times New Roman" w:hAnsi="Times New Roman" w:cs="Times New Roman"/>
          <w:b/>
          <w:color w:val="000000"/>
          <w:sz w:val="24"/>
        </w:rPr>
        <w:t>29</w:t>
      </w:r>
      <w:r>
        <w:rPr>
          <w:rFonts w:ascii="宋体" w:eastAsia="宋体" w:hAnsi="宋体" w:cs="宋体"/>
          <w:b/>
          <w:color w:val="000000"/>
          <w:sz w:val="24"/>
        </w:rPr>
        <w:t>题每小题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24</w:t>
      </w:r>
      <w:r>
        <w:rPr>
          <w:rFonts w:ascii="宋体" w:eastAsia="宋体" w:hAnsi="宋体" w:cs="宋体"/>
          <w:b/>
          <w:color w:val="000000"/>
          <w:sz w:val="24"/>
        </w:rPr>
        <w:t>—</w:t>
      </w:r>
      <w:r>
        <w:rPr>
          <w:rFonts w:ascii="Times New Roman" w:eastAsia="Times New Roman" w:hAnsi="Times New Roman" w:cs="Times New Roman"/>
          <w:b/>
          <w:color w:val="000000"/>
          <w:sz w:val="24"/>
        </w:rPr>
        <w:t>28</w:t>
      </w:r>
      <w:r>
        <w:rPr>
          <w:rFonts w:ascii="宋体" w:eastAsia="宋体" w:hAnsi="宋体" w:cs="宋体"/>
          <w:b/>
          <w:color w:val="000000"/>
          <w:sz w:val="24"/>
        </w:rPr>
        <w:t>题和</w:t>
      </w:r>
      <w:r>
        <w:rPr>
          <w:rFonts w:ascii="Times New Roman" w:eastAsia="Times New Roman" w:hAnsi="Times New Roman" w:cs="Times New Roman"/>
          <w:b/>
          <w:color w:val="000000"/>
          <w:sz w:val="24"/>
        </w:rPr>
        <w:t>30</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31</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分，共</w:t>
      </w:r>
      <w:r>
        <w:rPr>
          <w:rFonts w:ascii="Times New Roman" w:eastAsia="Times New Roman" w:hAnsi="Times New Roman" w:cs="Times New Roman"/>
          <w:b/>
          <w:color w:val="000000"/>
          <w:sz w:val="24"/>
        </w:rPr>
        <w:t>60</w:t>
      </w:r>
      <w:r>
        <w:rPr>
          <w:rFonts w:ascii="宋体" w:eastAsia="宋体" w:hAnsi="宋体" w:cs="宋体"/>
          <w:b/>
          <w:color w:val="000000"/>
          <w:sz w:val="24"/>
        </w:rPr>
        <w:t>分）</w:t>
      </w:r>
    </w:p>
    <w:p>
      <w:pPr>
        <w:pStyle w:val="Heading2"/>
      </w:pPr>
      <w:r>
        <w:t>陈经纶中学分校望京实验学校</w:t>
      </w:r>
    </w:p>
    <w:p>
      <w:pPr>
        <w:spacing w:line="360" w:lineRule="auto"/>
        <w:jc w:val="left"/>
        <w:textAlignment w:val="center"/>
        <w:rPr>
          <w:color w:val="000000"/>
        </w:rPr>
      </w:pPr>
      <w:r>
        <w:rPr>
          <w:color w:val="000000"/>
        </w:rPr>
        <w:t xml:space="preserve">16. </w:t>
      </w:r>
      <w:r>
        <w:rPr>
          <w:rFonts w:ascii="宋体" w:eastAsia="宋体" w:hAnsi="宋体" w:cs="宋体"/>
          <w:color w:val="000000"/>
        </w:rPr>
        <w:t>周末，小康一家和姑姑一家</w:t>
      </w:r>
      <w:r>
        <w:rPr>
          <w:rFonts w:ascii="Times New Roman" w:eastAsia="Times New Roman" w:hAnsi="Times New Roman" w:cs="Times New Roman"/>
          <w:color w:val="000000"/>
        </w:rPr>
        <w:t>(</w:t>
      </w:r>
      <w:r>
        <w:rPr>
          <w:rFonts w:ascii="宋体" w:eastAsia="宋体" w:hAnsi="宋体" w:cs="宋体"/>
          <w:color w:val="000000"/>
        </w:rPr>
        <w:t>共</w:t>
      </w:r>
      <w:r>
        <w:rPr>
          <w:rFonts w:ascii="Times New Roman" w:eastAsia="Times New Roman" w:hAnsi="Times New Roman" w:cs="Times New Roman"/>
          <w:color w:val="000000"/>
        </w:rPr>
        <w:t>6</w:t>
      </w:r>
      <w:r>
        <w:rPr>
          <w:rFonts w:ascii="宋体" w:eastAsia="宋体" w:hAnsi="宋体" w:cs="宋体"/>
          <w:color w:val="000000"/>
        </w:rPr>
        <w:t>人</w:t>
      </w:r>
      <w:r>
        <w:rPr>
          <w:rFonts w:ascii="Times New Roman" w:eastAsia="Times New Roman" w:hAnsi="Times New Roman" w:cs="Times New Roman"/>
          <w:color w:val="000000"/>
        </w:rPr>
        <w:t>)</w:t>
      </w:r>
      <w:r>
        <w:rPr>
          <w:rFonts w:ascii="宋体" w:eastAsia="宋体" w:hAnsi="宋体" w:cs="宋体"/>
          <w:color w:val="000000"/>
        </w:rPr>
        <w:t>相约一起去观看电影《长津湖》．小康用手机查到家附近两家影城的票价和优惠活动如下：</w:t>
      </w:r>
    </w:p>
    <w:tbl>
      <w:tblPr>
        <w:tblStyle w:val="TableNormal"/>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724"/>
        <w:gridCol w:w="1556"/>
        <w:gridCol w:w="2370"/>
      </w:tblGrid>
      <w:tr>
        <w:tblPrEx>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255"/>
        </w:trPr>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影城</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票价</w:t>
            </w:r>
            <w:r>
              <w:rPr>
                <w:rFonts w:ascii="Times New Roman" w:eastAsia="Times New Roman" w:hAnsi="Times New Roman" w:cs="Times New Roman"/>
                <w:color w:val="000000"/>
              </w:rPr>
              <w:t>(</w:t>
            </w:r>
            <w:r>
              <w:rPr>
                <w:rFonts w:ascii="宋体" w:eastAsia="宋体" w:hAnsi="宋体" w:cs="宋体"/>
                <w:color w:val="000000"/>
              </w:rPr>
              <w:t>元</w:t>
            </w:r>
            <w:r>
              <w:rPr>
                <w:rFonts w:ascii="Times New Roman" w:eastAsia="Times New Roman" w:hAnsi="Times New Roman" w:cs="Times New Roman"/>
                <w:color w:val="000000"/>
              </w:rPr>
              <w:t>)</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优惠活动</w:t>
            </w:r>
          </w:p>
        </w:tc>
      </w:tr>
      <w:tr>
        <w:tblPrEx>
          <w:tblW w:w="5670" w:type="dxa"/>
          <w:tblCellMar>
            <w:top w:w="120" w:type="dxa"/>
            <w:left w:w="120" w:type="dxa"/>
            <w:bottom w:w="120" w:type="dxa"/>
            <w:right w:w="120" w:type="dxa"/>
          </w:tblCellMar>
        </w:tblPrEx>
        <w:trPr>
          <w:cantSplit w:val="0"/>
          <w:trHeight w:val="255"/>
        </w:trPr>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时光影城</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48</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学生票半价</w:t>
            </w:r>
          </w:p>
        </w:tc>
      </w:tr>
      <w:tr>
        <w:tblPrEx>
          <w:tblW w:w="5670" w:type="dxa"/>
          <w:tblCellMar>
            <w:top w:w="120" w:type="dxa"/>
            <w:left w:w="120" w:type="dxa"/>
            <w:bottom w:w="120" w:type="dxa"/>
            <w:right w:w="120" w:type="dxa"/>
          </w:tblCellMar>
        </w:tblPrEx>
        <w:trPr>
          <w:cantSplit w:val="0"/>
          <w:trHeight w:val="255"/>
        </w:trPr>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遇见影城</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50</w:t>
            </w:r>
          </w:p>
        </w:tc>
        <w:tc>
          <w:tcPr>
            <w:tcW w:w="18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网络购票，总价打八折</w:t>
            </w:r>
          </w:p>
        </w:tc>
      </w:tr>
    </w:tbl>
    <w:p>
      <w:pPr>
        <w:spacing w:line="360" w:lineRule="auto"/>
        <w:jc w:val="left"/>
        <w:textAlignment w:val="center"/>
        <w:rPr>
          <w:color w:val="000000"/>
        </w:rPr>
      </w:pPr>
      <w:r>
        <w:rPr>
          <w:rFonts w:ascii="宋体" w:eastAsia="宋体" w:hAnsi="宋体" w:cs="宋体"/>
          <w:color w:val="000000"/>
        </w:rPr>
        <w:t>小康利用网络给所有人都购了票，他发现在两家影城购票的总费用相同，则购票的总费用是</w:t>
      </w:r>
      <w:r>
        <w:rPr>
          <w:color w:val="000000"/>
        </w:rPr>
        <w:t>_____</w:t>
      </w:r>
      <w:r>
        <w:rPr>
          <w:rFonts w:ascii="宋体" w:eastAsia="宋体" w:hAnsi="宋体" w:cs="宋体"/>
          <w:color w:val="000000"/>
        </w:rPr>
        <w:t>元，两家共有学生</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240</w:t>
      </w:r>
      <w:r>
        <w:rPr>
          <w:color w:val="000000"/>
        </w:rPr>
        <w:t xml:space="preserve">    ②. </w:t>
      </w:r>
      <w:r>
        <w:rPr>
          <w:rFonts w:ascii="Times New Roman" w:eastAsia="Times New Roman" w:hAnsi="Times New Roman" w:cs="Times New Roman"/>
          <w:color w:val="000000"/>
        </w:rPr>
        <w:t>2人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先根据“遇见影城”的优惠方式可计算出总费用；然后设</w:t>
      </w:r>
      <w:r>
        <w:rPr>
          <w:rFonts w:ascii="Times New Roman" w:eastAsia="Times New Roman" w:hAnsi="Times New Roman" w:cs="Times New Roman"/>
          <w:color w:val="000000"/>
        </w:rPr>
        <w:t>6</w:t>
      </w:r>
      <w:r>
        <w:rPr>
          <w:rFonts w:ascii="宋体" w:eastAsia="宋体" w:hAnsi="宋体" w:cs="宋体"/>
          <w:color w:val="000000"/>
        </w:rPr>
        <w:t>人中学生</w:t>
      </w:r>
      <w:r>
        <w:rPr>
          <w:rFonts w:ascii="Times New Roman" w:eastAsia="Times New Roman" w:hAnsi="Times New Roman" w:cs="Times New Roman"/>
          <w:i/>
          <w:color w:val="000000"/>
        </w:rPr>
        <w:t>x</w:t>
      </w:r>
      <w:r>
        <w:rPr>
          <w:rFonts w:ascii="宋体" w:eastAsia="宋体" w:hAnsi="宋体" w:cs="宋体"/>
          <w:color w:val="000000"/>
        </w:rPr>
        <w:t>人，则成年人</w:t>
      </w:r>
      <w:r>
        <w:pict>
          <v:shape id="_x0000_i722072" type="#_x0000_t75" alt="学科网(www.zxxk.com)--教育资源门户，提供试卷、教案、课件、论文、素材以及各类教学资源下载，还有大量而丰富的教学相关资讯！" style="width:35.25pt;height:20.25pt" o:oleicon="f" o:ole="">
            <v:imagedata r:id="rId531" o:title="eqIdc9aa749cda5a74baaed14ccd4a09c9ed"/>
          </v:shape>
        </w:pict>
      </w:r>
      <w:r>
        <w:rPr>
          <w:rFonts w:ascii="宋体" w:eastAsia="宋体" w:hAnsi="宋体" w:cs="宋体"/>
          <w:color w:val="000000"/>
        </w:rPr>
        <w:t>人，根据“时光影城”的优惠方式计算费用列出方程求解即可得．</w:t>
      </w:r>
    </w:p>
    <w:p>
      <w:pPr>
        <w:spacing w:line="360" w:lineRule="auto"/>
        <w:jc w:val="left"/>
        <w:textAlignment w:val="center"/>
        <w:rPr>
          <w:color w:val="000000"/>
        </w:rPr>
      </w:pPr>
      <w:r>
        <w:rPr>
          <w:color w:val="000000"/>
        </w:rPr>
        <w:t>【详解】</w:t>
      </w:r>
      <w:r>
        <w:rPr>
          <w:rFonts w:ascii="宋体" w:eastAsia="宋体" w:hAnsi="宋体" w:cs="宋体"/>
          <w:color w:val="000000"/>
        </w:rPr>
        <w:t>解：共有</w:t>
      </w:r>
      <w:r>
        <w:rPr>
          <w:rFonts w:ascii="Times New Roman" w:eastAsia="Times New Roman" w:hAnsi="Times New Roman" w:cs="Times New Roman"/>
          <w:color w:val="000000"/>
        </w:rPr>
        <w:t>6</w:t>
      </w:r>
      <w:r>
        <w:rPr>
          <w:rFonts w:ascii="宋体" w:eastAsia="宋体" w:hAnsi="宋体" w:cs="宋体"/>
          <w:color w:val="000000"/>
        </w:rPr>
        <w:t>人看电影，根据“遇见影城”的优惠方式总费用为：</w:t>
      </w:r>
    </w:p>
    <w:p>
      <w:pPr>
        <w:spacing w:line="360" w:lineRule="auto"/>
        <w:jc w:val="left"/>
        <w:textAlignment w:val="center"/>
        <w:rPr>
          <w:color w:val="000000"/>
        </w:rPr>
      </w:pPr>
      <w:r>
        <w:pict>
          <v:shape id="_x0000_i722073" type="#_x0000_t75" alt="学科网(www.zxxk.com)--教育资源门户，提供试卷、教案、课件、论文、素材以及各类教学资源下载，还有大量而丰富的教学相关资讯！" style="width:90.75pt;height:14.25pt" o:oleicon="f" o:ole="">
            <v:imagedata r:id="rId532" o:title="eqId1aff4ec056c718fec4e0bd011f9e5d76"/>
          </v:shape>
        </w:pict>
      </w:r>
      <w:r>
        <w:rPr>
          <w:rFonts w:ascii="宋体" w:eastAsia="宋体" w:hAnsi="宋体" w:cs="宋体"/>
          <w:color w:val="000000"/>
        </w:rPr>
        <w:t>（元），</w:t>
      </w:r>
    </w:p>
    <w:p>
      <w:pPr>
        <w:spacing w:line="360" w:lineRule="auto"/>
        <w:jc w:val="left"/>
        <w:textAlignment w:val="center"/>
        <w:rPr>
          <w:color w:val="000000"/>
        </w:rPr>
      </w:pPr>
      <w:r>
        <w:rPr>
          <w:rFonts w:ascii="Cambria Math" w:eastAsia="Cambria Math" w:hAnsi="Cambria Math" w:cs="Cambria Math"/>
          <w:color w:val="000000"/>
        </w:rPr>
        <w:t>∴</w:t>
      </w:r>
      <w:r>
        <w:rPr>
          <w:rFonts w:ascii="宋体" w:eastAsia="宋体" w:hAnsi="宋体" w:cs="宋体"/>
          <w:color w:val="000000"/>
        </w:rPr>
        <w:t>购票的总费用是</w:t>
      </w:r>
      <w:r>
        <w:rPr>
          <w:rFonts w:ascii="Times New Roman" w:eastAsia="Times New Roman" w:hAnsi="Times New Roman" w:cs="Times New Roman"/>
          <w:color w:val="000000"/>
        </w:rPr>
        <w:t>240</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设</w:t>
      </w:r>
      <w:r>
        <w:rPr>
          <w:rFonts w:ascii="Times New Roman" w:eastAsia="Times New Roman" w:hAnsi="Times New Roman" w:cs="Times New Roman"/>
          <w:color w:val="000000"/>
        </w:rPr>
        <w:t>6</w:t>
      </w:r>
      <w:r>
        <w:rPr>
          <w:rFonts w:ascii="宋体" w:eastAsia="宋体" w:hAnsi="宋体" w:cs="宋体"/>
          <w:color w:val="000000"/>
        </w:rPr>
        <w:t>人中学生</w:t>
      </w:r>
      <w:r>
        <w:rPr>
          <w:rFonts w:ascii="Times New Roman" w:eastAsia="Times New Roman" w:hAnsi="Times New Roman" w:cs="Times New Roman"/>
          <w:i/>
          <w:color w:val="000000"/>
        </w:rPr>
        <w:t>x</w:t>
      </w:r>
      <w:r>
        <w:rPr>
          <w:rFonts w:ascii="宋体" w:eastAsia="宋体" w:hAnsi="宋体" w:cs="宋体"/>
          <w:color w:val="000000"/>
        </w:rPr>
        <w:t>人，则成年人</w:t>
      </w:r>
      <w:r>
        <w:pict>
          <v:shape id="_x0000_i722074" type="#_x0000_t75" alt="学科网(www.zxxk.com)--教育资源门户，提供试卷、教案、课件、论文、素材以及各类教学资源下载，还有大量而丰富的教学相关资讯！" style="width:35.25pt;height:20.25pt" o:oleicon="f" o:ole="">
            <v:imagedata r:id="rId533" o:title="eqIdc9aa749cda5a74baaed14ccd4a09c9ed"/>
          </v:shape>
        </w:pi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根据“时光影城”的优惠方式计算费用得：</w:t>
      </w:r>
      <w:r>
        <w:pict>
          <v:shape id="_x0000_i722075" type="#_x0000_t75" alt="学科网(www.zxxk.com)--教育资源门户，提供试卷、教案、课件、论文、素材以及各类教学资源下载，还有大量而丰富的教学相关资讯！" style="width:132.75pt;height:30.75pt" o:oleicon="f" o:ole="">
            <v:imagedata r:id="rId534" o:title="eqId190274d500245f2be0d7dbe13aa8e7c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22076" type="#_x0000_t75" alt="学科网(www.zxxk.com)--教育资源门户，提供试卷、教案、课件、论文、素材以及各类教学资源下载，还有大量而丰富的教学相关资讯！" style="width:27.75pt;height:14.25pt" o:oleicon="f" o:ole="">
            <v:imagedata r:id="rId535" o:title="eqId2600a54b7bf3f79aaec7d49a47f6b4d2"/>
          </v:shape>
        </w:pict>
      </w:r>
      <w:r>
        <w:rPr>
          <w:rFonts w:ascii="宋体" w:eastAsia="宋体" w:hAnsi="宋体" w:cs="宋体"/>
          <w:color w:val="000000"/>
        </w:rPr>
        <w:t>，</w:t>
      </w:r>
    </w:p>
    <w:p>
      <w:pPr>
        <w:spacing w:line="360" w:lineRule="auto"/>
        <w:jc w:val="left"/>
        <w:textAlignment w:val="center"/>
        <w:rPr>
          <w:color w:val="000000"/>
        </w:rPr>
      </w:pPr>
      <w:r>
        <w:rPr>
          <w:rFonts w:ascii="Cambria Math" w:eastAsia="Cambria Math" w:hAnsi="Cambria Math" w:cs="Cambria Math"/>
          <w:color w:val="000000"/>
        </w:rPr>
        <w:t>∴</w:t>
      </w:r>
      <w:r>
        <w:rPr>
          <w:rFonts w:ascii="宋体" w:eastAsia="宋体" w:hAnsi="宋体" w:cs="宋体"/>
          <w:color w:val="000000"/>
        </w:rPr>
        <w:t>两家共有学生</w:t>
      </w:r>
      <w:r>
        <w:rPr>
          <w:rFonts w:ascii="Times New Roman" w:eastAsia="Times New Roman" w:hAnsi="Times New Roman" w:cs="Times New Roman"/>
          <w:color w:val="000000"/>
        </w:rPr>
        <w:t>2</w: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故答案为：①</w:t>
      </w:r>
      <w:r>
        <w:rPr>
          <w:rFonts w:ascii="Times New Roman" w:eastAsia="Times New Roman" w:hAnsi="Times New Roman" w:cs="Times New Roman"/>
          <w:color w:val="000000"/>
        </w:rPr>
        <w:t>240</w:t>
      </w:r>
      <w:r>
        <w:rPr>
          <w:rFonts w:ascii="宋体" w:eastAsia="宋体" w:hAnsi="宋体" w:cs="宋体"/>
          <w:color w:val="000000"/>
        </w:rPr>
        <w:t>；②</w:t>
      </w:r>
      <w:r>
        <w:rPr>
          <w:rFonts w:ascii="Times New Roman" w:eastAsia="Times New Roman" w:hAnsi="Times New Roman" w:cs="Times New Roman"/>
          <w:color w:val="000000"/>
        </w:rPr>
        <w:t>2</w:t>
      </w:r>
      <w:r>
        <w:rPr>
          <w:rFonts w:ascii="宋体" w:eastAsia="宋体" w:hAnsi="宋体" w:cs="宋体"/>
          <w:color w:val="000000"/>
        </w:rPr>
        <w:t>人．</w:t>
      </w:r>
    </w:p>
    <w:p>
      <w:pPr>
        <w:spacing w:line="360" w:lineRule="auto"/>
        <w:jc w:val="left"/>
        <w:textAlignment w:val="center"/>
        <w:rPr>
          <w:color w:val="000000"/>
        </w:rPr>
      </w:pPr>
      <w:r>
        <w:rPr>
          <w:color w:val="000000"/>
        </w:rPr>
        <w:t>【点睛】</w:t>
      </w:r>
      <w:r>
        <w:rPr>
          <w:rFonts w:ascii="宋体" w:eastAsia="宋体" w:hAnsi="宋体" w:cs="宋体"/>
          <w:color w:val="000000"/>
        </w:rPr>
        <w:t>题目主要考查一元一次方程的应用，理解题意，列出方程是解题关键．</w:t>
      </w:r>
    </w:p>
    <w:p>
      <w:pPr>
        <w:spacing w:line="360" w:lineRule="auto"/>
        <w:jc w:val="left"/>
        <w:textAlignment w:val="center"/>
        <w:rPr>
          <w:color w:val="000000"/>
        </w:rPr>
      </w:pPr>
      <w:r>
        <w:rPr>
          <w:rFonts w:ascii="宋体" w:eastAsia="宋体" w:hAnsi="宋体" w:cs="宋体"/>
          <w:b/>
          <w:color w:val="000000"/>
          <w:sz w:val="24"/>
        </w:rPr>
        <w:t>三、解答题</w:t>
      </w:r>
    </w:p>
    <w:p>
      <w:pPr>
        <w:pStyle w:val="Heading1"/>
      </w:pPr>
      <w:r>
        <w:t>期末</w:t>
      </w:r>
    </w:p>
    <w:p>
      <w:pPr>
        <w:pStyle w:val="Heading2"/>
      </w:pPr>
      <w:r>
        <w:t>东城区</w:t>
      </w:r>
    </w:p>
    <w:p>
      <w:pPr>
        <w:spacing w:line="360" w:lineRule="auto"/>
        <w:jc w:val="left"/>
        <w:textAlignment w:val="center"/>
        <w:rPr>
          <w:color w:val="000000"/>
        </w:rPr>
      </w:pPr>
      <w:r>
        <w:rPr>
          <w:color w:val="000000"/>
        </w:rPr>
        <w:t xml:space="preserve">18. </w:t>
      </w:r>
      <w:r>
        <w:rPr>
          <w:rFonts w:ascii="宋体" w:hAnsi="宋体" w:eastAsia="宋体" w:cs="宋体"/>
          <w:color w:val="000000"/>
        </w:rPr>
        <w:t>干支纪年法是中国历法上自古以来就一直使用的纪年方法，干支是天干和地支的总称．干支纪年法的组合方式是天干在前，地支在后，以十天干和十二地支循环配合，每个组合代表﹣﹣年，</w:t>
      </w:r>
      <w:r>
        <w:pict>
          <v:shape id="_x0000_i722077" o:spt="75" alt="学科网(www.zxxk.com)--教育资源门户，提供试卷、教案、课件、论文、素材以及各类教学资源下载，还有大量而丰富的教学相关资讯！" type="#_x0000_t75" style="height:14.2pt;width:15.8pt;" o:ole="t" filled="f" o:preferrelative="t" stroked="f" coordsize="21600,21600">
            <v:path/>
            <v:fill on="f" focussize="0,0"/>
            <v:stroke on="f" joinstyle="miter"/>
            <v:imagedata r:id="rId536" o:title="eqId3b3779b4ea5477aebfe85113b0de1d60"/>
            <o:lock v:ext="edit" aspectratio="t"/>
            <w10:wrap type="none"/>
            <w10:anchorlock/>
          </v:shape>
        </w:pict>
      </w:r>
      <w:r>
        <w:rPr>
          <w:rFonts w:ascii="宋体" w:hAnsi="宋体" w:eastAsia="宋体" w:cs="宋体"/>
          <w:color w:val="000000"/>
        </w:rPr>
        <w:t>年为一个循环．我们把天干、地支按顺序排列，且给它们编上序号．天干的计算方法是：年份减</w:t>
      </w:r>
      <w:r>
        <w:rPr>
          <w:rFonts w:ascii="Times New Roman" w:hAnsi="Times New Roman" w:eastAsia="Times New Roman" w:cs="Times New Roman"/>
          <w:color w:val="000000"/>
        </w:rPr>
        <w:t>3</w:t>
      </w:r>
      <w:r>
        <w:rPr>
          <w:rFonts w:ascii="宋体" w:hAnsi="宋体" w:eastAsia="宋体" w:cs="宋体"/>
          <w:color w:val="000000"/>
        </w:rPr>
        <w:t>，除以</w:t>
      </w:r>
      <w:r>
        <w:pict>
          <v:shape id="_x0000_i722078"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537" o:title="eqIdd07ae0b4264da6a8812454ffd2f20d94"/>
            <o:lock v:ext="edit" aspectratio="t"/>
            <w10:wrap type="none"/>
            <w10:anchorlock/>
          </v:shape>
        </w:pict>
      </w:r>
      <w:r>
        <w:rPr>
          <w:rFonts w:ascii="宋体" w:hAnsi="宋体" w:eastAsia="宋体" w:cs="宋体"/>
          <w:color w:val="000000"/>
        </w:rPr>
        <w:t>所得的余数；地支的计算方法是：年份减</w:t>
      </w:r>
      <w:r>
        <w:rPr>
          <w:rFonts w:ascii="Times New Roman" w:hAnsi="Times New Roman" w:eastAsia="Times New Roman" w:cs="Times New Roman"/>
          <w:color w:val="000000"/>
        </w:rPr>
        <w:t>3</w:t>
      </w:r>
      <w:r>
        <w:rPr>
          <w:rFonts w:ascii="宋体" w:hAnsi="宋体" w:eastAsia="宋体" w:cs="宋体"/>
          <w:color w:val="000000"/>
        </w:rPr>
        <w:t>，除以</w:t>
      </w:r>
      <w:r>
        <w:pict>
          <v:shape id="_x0000_i722079" o:spt="75" alt="学科网(www.zxxk.com)--教育资源门户，提供试卷、教案、课件、论文、素材以及各类教学资源下载，还有大量而丰富的教学相关资讯！" type="#_x0000_t75" style="height:13.05pt;width:14pt;" o:ole="t" filled="f" o:preferrelative="t" stroked="f" coordsize="21600,21600">
            <v:path/>
            <v:fill on="f" focussize="0,0"/>
            <v:stroke on="f" joinstyle="miter"/>
            <v:imagedata r:id="rId538" o:title="eqId8da45c443af7994a26ffa9d8894e7262"/>
            <o:lock v:ext="edit" aspectratio="t"/>
            <w10:wrap type="none"/>
            <w10:anchorlock/>
          </v:shape>
        </w:pict>
      </w:r>
      <w:r>
        <w:rPr>
          <w:rFonts w:ascii="宋体" w:hAnsi="宋体" w:eastAsia="宋体" w:cs="宋体"/>
          <w:color w:val="000000"/>
        </w:rPr>
        <w:t>所得的余数．以</w:t>
      </w:r>
      <w:r>
        <w:pict>
          <v:shape id="_x0000_i722080"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539" o:title="eqId4d01dd350dc95f42f1883e0cc7aae084"/>
            <o:lock v:ext="edit" aspectratio="t"/>
            <w10:wrap type="none"/>
            <w10:anchorlock/>
          </v:shape>
        </w:pict>
      </w:r>
      <w:r>
        <w:rPr>
          <w:rFonts w:ascii="宋体" w:hAnsi="宋体" w:eastAsia="宋体" w:cs="宋体"/>
          <w:color w:val="000000"/>
        </w:rPr>
        <w:t>年为例：天干为：</w:t>
      </w:r>
      <w:r>
        <w:pict>
          <v:shape id="_x0000_i722081" o:spt="75" alt="学科网(www.zxxk.com)--教育资源门户，提供试卷、教案、课件、论文、素材以及各类教学资源下载，还有大量而丰富的教学相关资讯！" type="#_x0000_t75" style="height:20.25pt;width:132.75pt;" o:ole="t" filled="f" o:preferrelative="t" stroked="f" coordsize="21600,21600">
            <v:path/>
            <v:fill on="f" focussize="0,0"/>
            <v:stroke on="f" joinstyle="miter"/>
            <v:imagedata r:id="rId540" o:title="eqId874388aefeb9346aeaf2306fddabe894"/>
            <o:lock v:ext="edit" aspectratio="t"/>
            <w10:wrap type="none"/>
            <w10:anchorlock/>
          </v:shape>
        </w:pict>
      </w:r>
      <w:r>
        <w:rPr>
          <w:rFonts w:ascii="宋体" w:hAnsi="宋体" w:eastAsia="宋体" w:cs="宋体"/>
          <w:color w:val="000000"/>
        </w:rPr>
        <w:t>；地支为：</w:t>
      </w:r>
      <w:r>
        <w:pict>
          <v:shape id="_x0000_i722082" o:spt="75" alt="学科网(www.zxxk.com)--教育资源门户，提供试卷、教案、课件、论文、素材以及各类教学资源下载，还有大量而丰富的教学相关资讯！" type="#_x0000_t75" style="height:20.25pt;width:132pt;" o:ole="t" filled="f" o:preferrelative="t" stroked="f" coordsize="21600,21600">
            <v:path/>
            <v:fill on="f" focussize="0,0"/>
            <v:stroke on="f" joinstyle="miter"/>
            <v:imagedata r:id="rId541" o:title="eqId580b64de7e6b68306f2e15577ca56725"/>
            <o:lock v:ext="edit" aspectratio="t"/>
            <w10:wrap type="none"/>
            <w10:anchorlock/>
          </v:shape>
        </w:pict>
      </w:r>
      <w:r>
        <w:rPr>
          <w:rFonts w:ascii="宋体" w:hAnsi="宋体" w:eastAsia="宋体" w:cs="宋体"/>
          <w:color w:val="000000"/>
        </w:rPr>
        <w:t>；对照天干地支表得出，</w:t>
      </w:r>
      <w:r>
        <w:pict>
          <v:shape id="_x0000_i722083"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539" o:title="eqId4d01dd350dc95f42f1883e0cc7aae084"/>
            <o:lock v:ext="edit" aspectratio="t"/>
            <w10:wrap type="none"/>
            <w10:anchorlock/>
          </v:shape>
        </w:pict>
      </w:r>
      <w:r>
        <w:rPr>
          <w:rFonts w:ascii="宋体" w:hAnsi="宋体" w:eastAsia="宋体" w:cs="宋体"/>
          <w:color w:val="000000"/>
        </w:rPr>
        <w:t>年为农历壬寅年．</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450"/>
        <w:gridCol w:w="450"/>
        <w:gridCol w:w="450"/>
        <w:gridCol w:w="450"/>
        <w:gridCol w:w="450"/>
        <w:gridCol w:w="450"/>
        <w:gridCol w:w="450"/>
        <w:gridCol w:w="450"/>
        <w:gridCol w:w="450"/>
        <w:gridCol w:w="525"/>
        <w:gridCol w:w="500"/>
        <w:gridCol w:w="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22084"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542" o:title="eqIdd07ae0b4264da6a8812454ffd2f20d94"/>
                  <o:lock v:ext="edit" aspectratio="t"/>
                  <w10:wrap type="none"/>
                  <w10:anchorlock/>
                </v:shape>
              </w:pi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22085" o:spt="75" alt="学科网(www.zxxk.com)--教育资源门户，提供试卷、教案、课件、论文、素材以及各类教学资源下载，还有大量而丰富的教学相关资讯！" type="#_x0000_t75" style="height:13pt;width:13pt;" o:ole="t" filled="f" o:preferrelative="t" stroked="f" coordsize="21600,21600">
                  <v:path/>
                  <v:fill on="f" focussize="0,0"/>
                  <v:stroke on="f" joinstyle="miter"/>
                  <v:imagedata r:id="rId543" o:title="eqId2d0b71b8d2c183154221f717ce09077b"/>
                  <o:lock v:ext="edit" aspectratio="t"/>
                  <w10:wrap type="none"/>
                  <w10:anchorlock/>
                </v:shape>
              </w:pi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22086" o:spt="75" alt="学科网(www.zxxk.com)--教育资源门户，提供试卷、教案、课件、论文、素材以及各类教学资源下载，还有大量而丰富的教学相关资讯！" type="#_x0000_t75" style="height:13.05pt;width:14pt;" o:ole="t" filled="f" o:preferrelative="t" stroked="f" coordsize="21600,21600">
                  <v:path/>
                  <v:fill on="f" focussize="0,0"/>
                  <v:stroke on="f" joinstyle="miter"/>
                  <v:imagedata r:id="rId544" o:title="eqId8da45c443af7994a26ffa9d8894e7262"/>
                  <o:lock v:ext="edit"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天干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丁</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戊</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己</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庚</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辛</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壬</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地支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丑</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未</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亥</w:t>
            </w:r>
          </w:p>
        </w:tc>
      </w:tr>
    </w:tbl>
    <w:p>
      <w:pPr>
        <w:spacing w:line="360" w:lineRule="auto"/>
        <w:jc w:val="left"/>
        <w:textAlignment w:val="center"/>
        <w:rPr>
          <w:color w:val="000000"/>
        </w:rPr>
      </w:pPr>
      <w:r>
        <w:rPr>
          <w:rFonts w:ascii="宋体" w:hAnsi="宋体" w:eastAsia="宋体" w:cs="宋体"/>
          <w:color w:val="000000"/>
        </w:rPr>
        <w:t>请你依据上述规律推断</w:t>
      </w:r>
      <w:r>
        <w:pict>
          <v:shape id="_x0000_i722087" o:spt="75" alt="学科网(www.zxxk.com)--教育资源门户，提供试卷、教案、课件、论文、素材以及各类教学资源下载，还有大量而丰富的教学相关资讯！" type="#_x0000_t75" style="height:14.25pt;width:27.9pt;" o:ole="t" filled="f" o:preferrelative="t" stroked="f" coordsize="21600,21600">
            <v:path/>
            <v:fill on="f" focussize="0,0"/>
            <v:stroke on="f" joinstyle="miter"/>
            <v:imagedata r:id="rId545" o:title="eqId4e96b6a37e191b497819f80c92229d14"/>
            <o:lock v:ext="edit" aspectratio="t"/>
            <w10:wrap type="none"/>
            <w10:anchorlock/>
          </v:shape>
        </w:pict>
      </w:r>
      <w:r>
        <w:rPr>
          <w:rFonts w:ascii="宋体" w:hAnsi="宋体" w:eastAsia="宋体" w:cs="宋体"/>
          <w:color w:val="000000"/>
        </w:rPr>
        <w:t>年为农历</w:t>
      </w:r>
      <w:r>
        <w:rPr>
          <w:rFonts w:ascii="Times New Roman" w:hAnsi="Times New Roman" w:eastAsia="Times New Roman" w:cs="Times New Roman"/>
          <w:color w:val="000000"/>
        </w:rPr>
        <w:t xml:space="preserve"> </w:t>
      </w:r>
      <w:r>
        <w:rPr>
          <w:color w:val="000000"/>
        </w:rPr>
        <w:t>___________</w:t>
      </w:r>
      <w:r>
        <w:rPr>
          <w:rFonts w:ascii="宋体" w:hAnsi="宋体" w:eastAsia="宋体" w:cs="宋体"/>
          <w:color w:val="000000"/>
        </w:rPr>
        <w:t>年．</w:t>
      </w:r>
    </w:p>
    <w:p>
      <w:pPr>
        <w:spacing w:line="360" w:lineRule="auto"/>
        <w:textAlignment w:val="center"/>
        <w:rPr>
          <w:color w:val="000000"/>
        </w:rPr>
      </w:pPr>
      <w:r>
        <w:rPr>
          <w:color w:val="2E75B6"/>
        </w:rPr>
        <w:t>【答案】</w:t>
      </w:r>
      <w:r>
        <w:rPr>
          <w:rFonts w:ascii="宋体" w:hAnsi="宋体" w:eastAsia="宋体" w:cs="宋体"/>
          <w:color w:val="000000"/>
        </w:rPr>
        <w:t>己巳</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根据题意，代入求出天干、地支即可．</w:t>
      </w:r>
    </w:p>
    <w:p>
      <w:pPr>
        <w:spacing w:line="360" w:lineRule="auto"/>
        <w:jc w:val="both"/>
        <w:textAlignment w:val="center"/>
        <w:rPr>
          <w:color w:val="000000"/>
        </w:rPr>
      </w:pPr>
      <w:r>
        <w:rPr>
          <w:color w:val="000000"/>
        </w:rPr>
        <w:t>【详解】</w:t>
      </w:r>
      <w:r>
        <w:rPr>
          <w:rFonts w:ascii="宋体" w:hAnsi="宋体" w:eastAsia="宋体" w:cs="宋体"/>
          <w:color w:val="000000"/>
        </w:rPr>
        <w:t>解：天干为：</w:t>
      </w:r>
    </w:p>
    <w:p>
      <w:pPr>
        <w:spacing w:line="360" w:lineRule="auto"/>
        <w:jc w:val="left"/>
        <w:textAlignment w:val="center"/>
        <w:rPr>
          <w:color w:val="000000"/>
        </w:rPr>
      </w:pPr>
      <w:r>
        <w:pict>
          <v:shape id="_x0000_i722088" o:spt="75" alt="学科网(www.zxxk.com)--教育资源门户，提供试卷、教案、课件、论文、素材以及各类教学资源下载，还有大量而丰富的教学相关资讯！" type="#_x0000_t75" style="height:20.25pt;width:191.25pt;" o:ole="t" filled="f" o:preferrelative="t" stroked="f" coordsize="21600,21600">
            <v:path/>
            <v:fill on="f" focussize="0,0"/>
            <v:stroke on="f" joinstyle="miter"/>
            <v:imagedata r:id="rId546" o:title="eqId26447f2475fd3158e2620357e19d731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地支为：</w:t>
      </w:r>
    </w:p>
    <w:p>
      <w:pPr>
        <w:spacing w:line="360" w:lineRule="auto"/>
        <w:jc w:val="left"/>
        <w:textAlignment w:val="center"/>
        <w:rPr>
          <w:color w:val="000000"/>
        </w:rPr>
      </w:pPr>
      <w:r>
        <w:pict>
          <v:shape id="_x0000_i722089" o:spt="75" alt="学科网(www.zxxk.com)--教育资源门户，提供试卷、教案、课件、论文、素材以及各类教学资源下载，还有大量而丰富的教学相关资讯！" type="#_x0000_t75" style="height:20.25pt;width:215.25pt;" o:ole="t" filled="f" o:preferrelative="t" stroked="f" coordsize="21600,21600">
            <v:path/>
            <v:fill on="f" focussize="0,0"/>
            <v:stroke on="f" joinstyle="miter"/>
            <v:imagedata r:id="rId547" o:title="eqIdc29296b56316827f321c9932d2808e8b"/>
            <o:lock v:ext="edit" aspectratio="t"/>
            <w10:wrap type="none"/>
            <w10:anchorlock/>
          </v:shape>
        </w:pict>
      </w:r>
    </w:p>
    <w:p>
      <w:pPr>
        <w:spacing w:line="360" w:lineRule="auto"/>
        <w:jc w:val="left"/>
        <w:textAlignment w:val="center"/>
        <w:rPr>
          <w:color w:val="000000"/>
        </w:rPr>
      </w:pPr>
      <w:r>
        <w:pict>
          <v:shape id="_x0000_i722090"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48" o:title="eqId543c113a586740c7d299318bc2d6be76"/>
            <o:lock v:ext="edit" aspectratio="t"/>
            <w10:wrap type="none"/>
            <w10:anchorlock/>
          </v:shape>
        </w:pict>
      </w:r>
      <w:r>
        <w:rPr>
          <w:rFonts w:ascii="宋体" w:hAnsi="宋体" w:eastAsia="宋体" w:cs="宋体"/>
          <w:color w:val="000000"/>
        </w:rPr>
        <w:t>年为农历己巳年．</w:t>
      </w:r>
    </w:p>
    <w:p>
      <w:pPr>
        <w:spacing w:line="360" w:lineRule="auto"/>
        <w:jc w:val="left"/>
        <w:textAlignment w:val="center"/>
        <w:rPr>
          <w:color w:val="000000"/>
        </w:rPr>
      </w:pPr>
      <w:r>
        <w:rPr>
          <w:rFonts w:ascii="宋体" w:hAnsi="宋体" w:eastAsia="宋体" w:cs="宋体"/>
          <w:color w:val="000000"/>
        </w:rPr>
        <w:t>故答案为：己巳．</w:t>
      </w:r>
    </w:p>
    <w:p>
      <w:pPr>
        <w:spacing w:line="360" w:lineRule="auto"/>
        <w:jc w:val="left"/>
        <w:textAlignment w:val="center"/>
        <w:rPr>
          <w:color w:val="000000"/>
        </w:rPr>
      </w:pPr>
      <w:r>
        <w:rPr>
          <w:color w:val="000000"/>
        </w:rPr>
        <w:t>【点睛】</w:t>
      </w:r>
      <w:r>
        <w:rPr>
          <w:rFonts w:ascii="宋体" w:hAnsi="宋体" w:eastAsia="宋体" w:cs="宋体"/>
          <w:color w:val="000000"/>
        </w:rPr>
        <w:t>本题结合实际生活考查了有理数的计算；读懂题意、建立算式是解题的关键．</w:t>
      </w:r>
    </w:p>
    <w:p>
      <w:pPr>
        <w:spacing w:line="360" w:lineRule="auto"/>
        <w:jc w:val="left"/>
        <w:textAlignment w:val="center"/>
        <w:rPr>
          <w:color w:val="000000"/>
        </w:rPr>
      </w:pPr>
      <w:r>
        <w:rPr>
          <w:rFonts w:ascii="宋体" w:hAnsi="宋体" w:eastAsia="宋体" w:cs="宋体"/>
          <w:b/>
          <w:color w:val="000000"/>
          <w:sz w:val="24"/>
        </w:rPr>
        <w:t>三、解答题（本题共</w:t>
      </w:r>
      <w:r>
        <w:rPr>
          <w:rFonts w:ascii="Times New Roman" w:hAnsi="Times New Roman" w:eastAsia="Times New Roman" w:cs="Times New Roman"/>
          <w:b/>
          <w:color w:val="000000"/>
          <w:sz w:val="24"/>
        </w:rPr>
        <w:t>54</w:t>
      </w:r>
      <w:r>
        <w:rPr>
          <w:rFonts w:ascii="宋体" w:hAnsi="宋体" w:eastAsia="宋体" w:cs="宋体"/>
          <w:b/>
          <w:color w:val="000000"/>
          <w:sz w:val="24"/>
        </w:rPr>
        <w:t>分，</w:t>
      </w:r>
      <w:r>
        <w:rPr>
          <w:rFonts w:ascii="Times New Roman" w:hAnsi="Times New Roman" w:eastAsia="Times New Roman" w:cs="Times New Roman"/>
          <w:b/>
          <w:color w:val="000000"/>
          <w:sz w:val="24"/>
        </w:rPr>
        <w:t>19</w:t>
      </w:r>
      <w:r>
        <w:rPr>
          <w:rFonts w:ascii="宋体" w:hAnsi="宋体" w:eastAsia="宋体" w:cs="宋体"/>
          <w:b/>
          <w:color w:val="000000"/>
          <w:sz w:val="24"/>
        </w:rPr>
        <w:t>题</w:t>
      </w:r>
      <w:r>
        <w:rPr>
          <w:rFonts w:ascii="Times New Roman" w:hAnsi="Times New Roman" w:eastAsia="Times New Roman" w:cs="Times New Roman"/>
          <w:b/>
          <w:color w:val="000000"/>
          <w:sz w:val="24"/>
        </w:rPr>
        <w:t>8</w:t>
      </w:r>
      <w:r>
        <w:rPr>
          <w:rFonts w:ascii="宋体" w:hAnsi="宋体" w:eastAsia="宋体" w:cs="宋体"/>
          <w:b/>
          <w:color w:val="000000"/>
          <w:sz w:val="24"/>
        </w:rPr>
        <w:t>分，</w:t>
      </w:r>
      <w:r>
        <w:rPr>
          <w:rFonts w:ascii="Times New Roman" w:hAnsi="Times New Roman" w:eastAsia="Times New Roman" w:cs="Times New Roman"/>
          <w:b/>
          <w:color w:val="000000"/>
          <w:sz w:val="24"/>
        </w:rPr>
        <w:t>20</w:t>
      </w:r>
      <w:r>
        <w:rPr>
          <w:rFonts w:ascii="宋体" w:hAnsi="宋体" w:eastAsia="宋体" w:cs="宋体"/>
          <w:b/>
          <w:color w:val="000000"/>
          <w:sz w:val="24"/>
        </w:rPr>
        <w:t>题</w:t>
      </w:r>
      <w:r>
        <w:rPr>
          <w:rFonts w:ascii="Times New Roman" w:hAnsi="Times New Roman" w:eastAsia="Times New Roman" w:cs="Times New Roman"/>
          <w:b/>
          <w:color w:val="000000"/>
          <w:sz w:val="24"/>
        </w:rPr>
        <w:t>5</w:t>
      </w:r>
      <w:r>
        <w:rPr>
          <w:rFonts w:ascii="宋体" w:hAnsi="宋体" w:eastAsia="宋体" w:cs="宋体"/>
          <w:b/>
          <w:color w:val="000000"/>
          <w:sz w:val="24"/>
        </w:rPr>
        <w:t>分，</w:t>
      </w:r>
      <w:r>
        <w:rPr>
          <w:rFonts w:ascii="Times New Roman" w:hAnsi="Times New Roman" w:eastAsia="Times New Roman" w:cs="Times New Roman"/>
          <w:b/>
          <w:color w:val="000000"/>
          <w:sz w:val="24"/>
        </w:rPr>
        <w:t>21</w:t>
      </w:r>
      <w:r>
        <w:rPr>
          <w:rFonts w:ascii="宋体" w:hAnsi="宋体" w:eastAsia="宋体" w:cs="宋体"/>
          <w:b/>
          <w:color w:val="000000"/>
          <w:sz w:val="24"/>
        </w:rPr>
        <w:t>题</w:t>
      </w:r>
      <w:r>
        <w:rPr>
          <w:rFonts w:ascii="Times New Roman" w:hAnsi="Times New Roman" w:eastAsia="Times New Roman" w:cs="Times New Roman"/>
          <w:b/>
          <w:color w:val="000000"/>
          <w:sz w:val="24"/>
        </w:rPr>
        <w:t>8</w:t>
      </w:r>
      <w:r>
        <w:rPr>
          <w:rFonts w:ascii="宋体" w:hAnsi="宋体" w:eastAsia="宋体" w:cs="宋体"/>
          <w:b/>
          <w:color w:val="000000"/>
          <w:sz w:val="24"/>
        </w:rPr>
        <w:t>分，</w:t>
      </w:r>
      <w:r>
        <w:rPr>
          <w:rFonts w:ascii="Times New Roman" w:hAnsi="Times New Roman" w:eastAsia="Times New Roman" w:cs="Times New Roman"/>
          <w:b/>
          <w:color w:val="000000"/>
          <w:sz w:val="24"/>
        </w:rPr>
        <w:t>22—24</w:t>
      </w:r>
      <w:r>
        <w:rPr>
          <w:rFonts w:ascii="宋体" w:hAnsi="宋体" w:eastAsia="宋体" w:cs="宋体"/>
          <w:b/>
          <w:color w:val="000000"/>
          <w:sz w:val="24"/>
        </w:rPr>
        <w:t>题每题</w:t>
      </w:r>
      <w:r>
        <w:rPr>
          <w:rFonts w:ascii="Times New Roman" w:hAnsi="Times New Roman" w:eastAsia="Times New Roman" w:cs="Times New Roman"/>
          <w:b/>
          <w:color w:val="000000"/>
          <w:sz w:val="24"/>
        </w:rPr>
        <w:t>5</w:t>
      </w:r>
      <w:r>
        <w:rPr>
          <w:rFonts w:ascii="宋体" w:hAnsi="宋体" w:eastAsia="宋体" w:cs="宋体"/>
          <w:b/>
          <w:color w:val="000000"/>
          <w:sz w:val="24"/>
        </w:rPr>
        <w:t>分，</w:t>
      </w:r>
      <w:r>
        <w:rPr>
          <w:rFonts w:ascii="Times New Roman" w:hAnsi="Times New Roman" w:eastAsia="Times New Roman" w:cs="Times New Roman"/>
          <w:b/>
          <w:color w:val="000000"/>
          <w:sz w:val="24"/>
        </w:rPr>
        <w:t>25—27</w:t>
      </w:r>
      <w:r>
        <w:rPr>
          <w:rFonts w:ascii="宋体" w:hAnsi="宋体" w:eastAsia="宋体" w:cs="宋体"/>
          <w:b/>
          <w:color w:val="000000"/>
          <w:sz w:val="24"/>
        </w:rPr>
        <w:t>题每题</w:t>
      </w:r>
      <w:r>
        <w:rPr>
          <w:rFonts w:ascii="Times New Roman" w:hAnsi="Times New Roman" w:eastAsia="Times New Roman" w:cs="Times New Roman"/>
          <w:b/>
          <w:color w:val="000000"/>
          <w:sz w:val="24"/>
        </w:rPr>
        <w:t>6</w:t>
      </w:r>
      <w:r>
        <w:rPr>
          <w:rFonts w:ascii="宋体" w:hAnsi="宋体" w:eastAsia="宋体" w:cs="宋体"/>
          <w:b/>
          <w:color w:val="000000"/>
          <w:sz w:val="24"/>
        </w:rPr>
        <w:t>分）</w:t>
      </w:r>
    </w:p>
    <w:p>
      <w:pPr>
        <w:pStyle w:val="Heading2"/>
      </w:pPr>
      <w:r>
        <w:t>丰台区</w:t>
      </w:r>
    </w:p>
    <w:p>
      <w:pPr>
        <w:spacing w:line="360" w:lineRule="auto"/>
        <w:jc w:val="both"/>
        <w:textAlignment w:val="center"/>
        <w:rPr>
          <w:color w:val="000000"/>
        </w:rPr>
      </w:pPr>
      <w:r>
        <w:rPr>
          <w:color w:val="000000"/>
        </w:rPr>
        <w:t xml:space="preserve">18. </w:t>
      </w:r>
      <w:r>
        <w:rPr>
          <w:rFonts w:ascii="宋体" w:eastAsia="宋体" w:hAnsi="宋体" w:cs="宋体"/>
          <w:color w:val="000000"/>
        </w:rPr>
        <w:t>如图，一个圆上有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G</w:t>
      </w:r>
      <w:r>
        <w:rPr>
          <w:rFonts w:ascii="宋体" w:eastAsia="宋体" w:hAnsi="宋体" w:cs="宋体"/>
          <w:color w:val="000000"/>
        </w:rPr>
        <w:t>七个点．一个小球从点</w:t>
      </w:r>
      <w:r>
        <w:rPr>
          <w:rFonts w:ascii="Times New Roman" w:eastAsia="Times New Roman" w:hAnsi="Times New Roman" w:cs="Times New Roman"/>
          <w:i/>
          <w:color w:val="000000"/>
        </w:rPr>
        <w:t>A</w:t>
      </w:r>
      <w:r>
        <w:rPr>
          <w:rFonts w:ascii="宋体" w:eastAsia="宋体" w:hAnsi="宋体" w:cs="宋体"/>
          <w:color w:val="000000"/>
        </w:rPr>
        <w:t>处出发，沿着圆按逆时针方向移动，移动方式为第</w:t>
      </w:r>
      <w:r>
        <w:rPr>
          <w:rFonts w:ascii="Times New Roman" w:eastAsia="Times New Roman" w:hAnsi="Times New Roman" w:cs="Times New Roman"/>
          <w:i/>
          <w:color w:val="000000"/>
        </w:rPr>
        <w:t>k</w:t>
      </w:r>
      <w:r>
        <w:rPr>
          <w:rFonts w:ascii="宋体" w:eastAsia="宋体" w:hAnsi="宋体" w:cs="宋体"/>
          <w:color w:val="000000"/>
        </w:rPr>
        <w:t>步移动</w:t>
      </w:r>
      <w:r>
        <w:rPr>
          <w:rFonts w:ascii="Times New Roman" w:eastAsia="Times New Roman" w:hAnsi="Times New Roman" w:cs="Times New Roman"/>
          <w:i/>
          <w:color w:val="000000"/>
        </w:rPr>
        <w:t>k</w:t>
      </w:r>
      <w:r>
        <w:rPr>
          <w:rFonts w:ascii="宋体" w:eastAsia="宋体" w:hAnsi="宋体" w:cs="宋体"/>
          <w:color w:val="000000"/>
        </w:rPr>
        <w:t>个点．如：</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步，从点</w:t>
      </w:r>
      <w:r>
        <w:rPr>
          <w:rFonts w:ascii="Times New Roman" w:eastAsia="Times New Roman" w:hAnsi="Times New Roman" w:cs="Times New Roman"/>
          <w:i/>
          <w:color w:val="000000"/>
        </w:rPr>
        <w:t>A</w:t>
      </w:r>
      <w:r>
        <w:rPr>
          <w:rFonts w:ascii="宋体" w:eastAsia="宋体" w:hAnsi="宋体" w:cs="宋体"/>
          <w:color w:val="000000"/>
        </w:rPr>
        <w:t>处移动至点</w:t>
      </w:r>
      <w:r>
        <w:rPr>
          <w:rFonts w:ascii="Times New Roman" w:eastAsia="Times New Roman" w:hAnsi="Times New Roman" w:cs="Times New Roman"/>
          <w:i/>
          <w:color w:val="000000"/>
        </w:rPr>
        <w:t>B</w:t>
      </w:r>
      <w:r>
        <w:rPr>
          <w:rFonts w:ascii="宋体" w:eastAsia="宋体" w:hAnsi="宋体" w:cs="宋体"/>
          <w:color w:val="000000"/>
        </w:rPr>
        <w:t>处；</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步，从点</w:t>
      </w:r>
      <w:r>
        <w:rPr>
          <w:rFonts w:ascii="Times New Roman" w:eastAsia="Times New Roman" w:hAnsi="Times New Roman" w:cs="Times New Roman"/>
          <w:i/>
          <w:color w:val="000000"/>
        </w:rPr>
        <w:t>B</w:t>
      </w:r>
      <w:r>
        <w:rPr>
          <w:rFonts w:ascii="宋体" w:eastAsia="宋体" w:hAnsi="宋体" w:cs="宋体"/>
          <w:color w:val="000000"/>
        </w:rPr>
        <w:t>处移动至点</w:t>
      </w:r>
      <w:r>
        <w:rPr>
          <w:rFonts w:ascii="Times New Roman" w:eastAsia="Times New Roman" w:hAnsi="Times New Roman" w:cs="Times New Roman"/>
          <w:i/>
          <w:color w:val="000000"/>
        </w:rPr>
        <w:t>D</w:t>
      </w:r>
      <w:r>
        <w:rPr>
          <w:rFonts w:ascii="宋体" w:eastAsia="宋体" w:hAnsi="宋体" w:cs="宋体"/>
          <w:color w:val="000000"/>
        </w:rPr>
        <w:t>处；</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步，从点</w:t>
      </w:r>
      <w:r>
        <w:rPr>
          <w:rFonts w:ascii="Times New Roman" w:eastAsia="Times New Roman" w:hAnsi="Times New Roman" w:cs="Times New Roman"/>
          <w:i/>
          <w:color w:val="000000"/>
        </w:rPr>
        <w:t>D</w:t>
      </w:r>
      <w:r>
        <w:rPr>
          <w:rFonts w:ascii="宋体" w:eastAsia="宋体" w:hAnsi="宋体" w:cs="宋体"/>
          <w:color w:val="000000"/>
        </w:rPr>
        <w:t>处移动至点</w:t>
      </w:r>
      <w:r>
        <w:rPr>
          <w:rFonts w:ascii="Times New Roman" w:eastAsia="Times New Roman" w:hAnsi="Times New Roman" w:cs="Times New Roman"/>
          <w:i/>
          <w:color w:val="000000"/>
        </w:rPr>
        <w:t>G</w:t>
      </w:r>
      <w:r>
        <w:rPr>
          <w:rFonts w:ascii="宋体" w:eastAsia="宋体" w:hAnsi="宋体" w:cs="宋体"/>
          <w:color w:val="000000"/>
        </w:rPr>
        <w:t>处；</w:t>
      </w:r>
    </w:p>
    <w:p>
      <w:pPr>
        <w:spacing w:line="360" w:lineRule="auto"/>
        <w:jc w:val="both"/>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则第</w:t>
      </w:r>
      <w:r>
        <w:rPr>
          <w:rFonts w:ascii="Times New Roman" w:eastAsia="Times New Roman" w:hAnsi="Times New Roman" w:cs="Times New Roman"/>
          <w:color w:val="000000"/>
        </w:rPr>
        <w:t>5</w:t>
      </w:r>
      <w:r>
        <w:rPr>
          <w:rFonts w:ascii="宋体" w:eastAsia="宋体" w:hAnsi="宋体" w:cs="宋体"/>
          <w:color w:val="000000"/>
        </w:rPr>
        <w:t>步小球移动至点</w:t>
      </w:r>
      <w:r>
        <w:rPr>
          <w:color w:val="000000"/>
        </w:rPr>
        <w:t>______</w:t>
      </w:r>
      <w:r>
        <w:rPr>
          <w:rFonts w:ascii="宋体" w:eastAsia="宋体" w:hAnsi="宋体" w:cs="宋体"/>
          <w:color w:val="000000"/>
        </w:rPr>
        <w:t>处；</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100</w:t>
      </w:r>
      <w:r>
        <w:rPr>
          <w:rFonts w:ascii="宋体" w:eastAsia="宋体" w:hAnsi="宋体" w:cs="宋体"/>
          <w:color w:val="000000"/>
        </w:rPr>
        <w:t>步小球移动至点</w:t>
      </w:r>
      <w:r>
        <w:rPr>
          <w:color w:val="000000"/>
        </w:rPr>
        <w:t>______</w:t>
      </w:r>
      <w:r>
        <w:rPr>
          <w:rFonts w:ascii="宋体" w:eastAsia="宋体" w:hAnsi="宋体" w:cs="宋体"/>
          <w:color w:val="000000"/>
        </w:rPr>
        <w:t>处．</w:t>
      </w:r>
    </w:p>
    <w:p>
      <w:pPr>
        <w:spacing w:line="360" w:lineRule="auto"/>
        <w:jc w:val="both"/>
        <w:textAlignment w:val="center"/>
        <w:rPr>
          <w:color w:val="000000"/>
        </w:rPr>
      </w:pPr>
      <w:r>
        <w:rPr>
          <w:color w:val="000000"/>
        </w:rPr>
        <w:drawing>
          <wp:inline>
            <wp:extent cx="1581150" cy="1562100"/>
            <wp:docPr id="42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 name=""/>
                    <pic:cNvPicPr>
                      <a:picLocks noChangeAspect="1"/>
                    </pic:cNvPicPr>
                  </pic:nvPicPr>
                  <pic:blipFill>
                    <a:blip r:embed="rId549"/>
                    <a:stretch>
                      <a:fillRect/>
                    </a:stretch>
                  </pic:blipFill>
                  <pic:spPr>
                    <a:xfrm>
                      <a:off x="0" y="0"/>
                      <a:ext cx="1581150" cy="15621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i/>
          <w:color w:val="000000"/>
        </w:rPr>
        <w:t>B</w:t>
      </w:r>
      <w:r>
        <w:rPr>
          <w:color w:val="000000"/>
        </w:rPr>
        <w:t xml:space="preserve">    ②. </w:t>
      </w:r>
      <w:r>
        <w:rPr>
          <w:rFonts w:ascii="Times New Roman" w:eastAsia="Times New Roman" w:hAnsi="Times New Roman" w:cs="Times New Roman"/>
          <w:i/>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根据题意可以发现规律移动方式可以看作每</w:t>
      </w:r>
      <w:r>
        <w:rPr>
          <w:rFonts w:ascii="Times New Roman" w:eastAsia="Times New Roman" w:hAnsi="Times New Roman" w:cs="Times New Roman"/>
          <w:color w:val="000000"/>
        </w:rPr>
        <w:t>7</w:t>
      </w:r>
      <w:r>
        <w:rPr>
          <w:rFonts w:ascii="宋体" w:eastAsia="宋体" w:hAnsi="宋体" w:cs="宋体"/>
          <w:color w:val="000000"/>
        </w:rPr>
        <w:t>次移动为一个循环，据此求解即可．</w:t>
      </w:r>
    </w:p>
    <w:p>
      <w:pPr>
        <w:spacing w:line="360" w:lineRule="auto"/>
        <w:jc w:val="both"/>
        <w:textAlignment w:val="center"/>
        <w:rPr>
          <w:color w:val="000000"/>
        </w:rPr>
      </w:pPr>
      <w:r>
        <w:rPr>
          <w:color w:val="000000"/>
        </w:rPr>
        <w:t>【详解】</w:t>
      </w:r>
      <w:r>
        <w:rPr>
          <w:rFonts w:ascii="宋体" w:eastAsia="宋体" w:hAnsi="宋体" w:cs="宋体"/>
          <w:color w:val="000000"/>
        </w:rPr>
        <w:t>解；第</w:t>
      </w:r>
      <w:r>
        <w:rPr>
          <w:rFonts w:ascii="Times New Roman" w:eastAsia="Times New Roman" w:hAnsi="Times New Roman" w:cs="Times New Roman"/>
          <w:color w:val="000000"/>
        </w:rPr>
        <w:t>1</w:t>
      </w:r>
      <w:r>
        <w:rPr>
          <w:rFonts w:ascii="宋体" w:eastAsia="宋体" w:hAnsi="宋体" w:cs="宋体"/>
          <w:color w:val="000000"/>
        </w:rPr>
        <w:t>步，从点</w:t>
      </w:r>
      <w:r>
        <w:rPr>
          <w:rFonts w:ascii="Times New Roman" w:eastAsia="Times New Roman" w:hAnsi="Times New Roman" w:cs="Times New Roman"/>
          <w:i/>
          <w:color w:val="000000"/>
        </w:rPr>
        <w:t>A</w:t>
      </w:r>
      <w:r>
        <w:rPr>
          <w:rFonts w:ascii="宋体" w:eastAsia="宋体" w:hAnsi="宋体" w:cs="宋体"/>
          <w:color w:val="000000"/>
        </w:rPr>
        <w:t>处移动至点</w:t>
      </w:r>
      <w:r>
        <w:rPr>
          <w:rFonts w:ascii="Times New Roman" w:eastAsia="Times New Roman" w:hAnsi="Times New Roman" w:cs="Times New Roman"/>
          <w:i/>
          <w:color w:val="000000"/>
        </w:rPr>
        <w:t>B</w:t>
      </w:r>
      <w:r>
        <w:rPr>
          <w:rFonts w:ascii="宋体" w:eastAsia="宋体" w:hAnsi="宋体" w:cs="宋体"/>
          <w:color w:val="000000"/>
        </w:rPr>
        <w:t>处；</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步，从点</w:t>
      </w:r>
      <w:r>
        <w:rPr>
          <w:rFonts w:ascii="Times New Roman" w:eastAsia="Times New Roman" w:hAnsi="Times New Roman" w:cs="Times New Roman"/>
          <w:i/>
          <w:color w:val="000000"/>
        </w:rPr>
        <w:t>B</w:t>
      </w:r>
      <w:r>
        <w:rPr>
          <w:rFonts w:ascii="宋体" w:eastAsia="宋体" w:hAnsi="宋体" w:cs="宋体"/>
          <w:color w:val="000000"/>
        </w:rPr>
        <w:t>处移动至点</w:t>
      </w:r>
      <w:r>
        <w:rPr>
          <w:rFonts w:ascii="Times New Roman" w:eastAsia="Times New Roman" w:hAnsi="Times New Roman" w:cs="Times New Roman"/>
          <w:i/>
          <w:color w:val="000000"/>
        </w:rPr>
        <w:t>D</w:t>
      </w:r>
      <w:r>
        <w:rPr>
          <w:rFonts w:ascii="宋体" w:eastAsia="宋体" w:hAnsi="宋体" w:cs="宋体"/>
          <w:color w:val="000000"/>
        </w:rPr>
        <w:t>处；</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步，从点</w:t>
      </w:r>
      <w:r>
        <w:rPr>
          <w:rFonts w:ascii="Times New Roman" w:eastAsia="Times New Roman" w:hAnsi="Times New Roman" w:cs="Times New Roman"/>
          <w:i/>
          <w:color w:val="000000"/>
        </w:rPr>
        <w:t>D</w:t>
      </w:r>
      <w:r>
        <w:rPr>
          <w:rFonts w:ascii="宋体" w:eastAsia="宋体" w:hAnsi="宋体" w:cs="宋体"/>
          <w:color w:val="000000"/>
        </w:rPr>
        <w:t>处移动至点</w:t>
      </w:r>
      <w:r>
        <w:rPr>
          <w:rFonts w:ascii="Times New Roman" w:eastAsia="Times New Roman" w:hAnsi="Times New Roman" w:cs="Times New Roman"/>
          <w:i/>
          <w:color w:val="000000"/>
        </w:rPr>
        <w:t>G</w:t>
      </w:r>
      <w:r>
        <w:rPr>
          <w:rFonts w:ascii="宋体" w:eastAsia="宋体" w:hAnsi="宋体" w:cs="宋体"/>
          <w:color w:val="000000"/>
        </w:rPr>
        <w:t>处；</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步，从点</w:t>
      </w:r>
      <w:r>
        <w:rPr>
          <w:rFonts w:ascii="Times New Roman" w:eastAsia="Times New Roman" w:hAnsi="Times New Roman" w:cs="Times New Roman"/>
          <w:i/>
          <w:color w:val="000000"/>
        </w:rPr>
        <w:t>G</w:t>
      </w:r>
      <w:r>
        <w:rPr>
          <w:rFonts w:ascii="宋体" w:eastAsia="宋体" w:hAnsi="宋体" w:cs="宋体"/>
          <w:color w:val="000000"/>
        </w:rPr>
        <w:t>处移动至点</w:t>
      </w:r>
      <w:r>
        <w:rPr>
          <w:rFonts w:ascii="Times New Roman" w:eastAsia="Times New Roman" w:hAnsi="Times New Roman" w:cs="Times New Roman"/>
          <w:i/>
          <w:color w:val="000000"/>
        </w:rPr>
        <w:t>D</w:t>
      </w:r>
      <w:r>
        <w:rPr>
          <w:rFonts w:ascii="宋体" w:eastAsia="宋体" w:hAnsi="宋体" w:cs="宋体"/>
          <w:color w:val="000000"/>
        </w:rPr>
        <w:t>处；</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步，从点</w:t>
      </w:r>
      <w:r>
        <w:rPr>
          <w:rFonts w:ascii="Times New Roman" w:eastAsia="Times New Roman" w:hAnsi="Times New Roman" w:cs="Times New Roman"/>
          <w:i/>
          <w:color w:val="000000"/>
        </w:rPr>
        <w:t>D</w:t>
      </w:r>
      <w:r>
        <w:rPr>
          <w:rFonts w:ascii="宋体" w:eastAsia="宋体" w:hAnsi="宋体" w:cs="宋体"/>
          <w:color w:val="000000"/>
        </w:rPr>
        <w:t>处移动至点</w:t>
      </w:r>
      <w:r>
        <w:rPr>
          <w:rFonts w:ascii="Times New Roman" w:eastAsia="Times New Roman" w:hAnsi="Times New Roman" w:cs="Times New Roman"/>
          <w:i/>
          <w:color w:val="000000"/>
        </w:rPr>
        <w:t>B</w:t>
      </w:r>
      <w:r>
        <w:rPr>
          <w:rFonts w:ascii="宋体" w:eastAsia="宋体" w:hAnsi="宋体" w:cs="宋体"/>
          <w:color w:val="000000"/>
        </w:rPr>
        <w:t>处；</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6</w:t>
      </w:r>
      <w:r>
        <w:rPr>
          <w:rFonts w:ascii="宋体" w:eastAsia="宋体" w:hAnsi="宋体" w:cs="宋体"/>
          <w:color w:val="000000"/>
        </w:rPr>
        <w:t>步，从点</w:t>
      </w:r>
      <w:r>
        <w:rPr>
          <w:rFonts w:ascii="Times New Roman" w:eastAsia="Times New Roman" w:hAnsi="Times New Roman" w:cs="Times New Roman"/>
          <w:i/>
          <w:color w:val="000000"/>
        </w:rPr>
        <w:t>B</w:t>
      </w:r>
      <w:r>
        <w:rPr>
          <w:rFonts w:ascii="宋体" w:eastAsia="宋体" w:hAnsi="宋体" w:cs="宋体"/>
          <w:color w:val="000000"/>
        </w:rPr>
        <w:t>处移动至点</w:t>
      </w:r>
      <w:r>
        <w:rPr>
          <w:rFonts w:ascii="Times New Roman" w:eastAsia="Times New Roman" w:hAnsi="Times New Roman" w:cs="Times New Roman"/>
          <w:i/>
          <w:color w:val="000000"/>
        </w:rPr>
        <w:t>A</w:t>
      </w:r>
      <w:r>
        <w:rPr>
          <w:rFonts w:ascii="宋体" w:eastAsia="宋体" w:hAnsi="宋体" w:cs="宋体"/>
          <w:color w:val="000000"/>
        </w:rPr>
        <w:t>处；</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7</w:t>
      </w:r>
      <w:r>
        <w:rPr>
          <w:rFonts w:ascii="宋体" w:eastAsia="宋体" w:hAnsi="宋体" w:cs="宋体"/>
          <w:color w:val="000000"/>
        </w:rPr>
        <w:t>步，从点</w:t>
      </w:r>
      <w:r>
        <w:rPr>
          <w:rFonts w:ascii="Times New Roman" w:eastAsia="Times New Roman" w:hAnsi="Times New Roman" w:cs="Times New Roman"/>
          <w:i/>
          <w:color w:val="000000"/>
        </w:rPr>
        <w:t>A</w:t>
      </w:r>
      <w:r>
        <w:rPr>
          <w:rFonts w:ascii="宋体" w:eastAsia="宋体" w:hAnsi="宋体" w:cs="宋体"/>
          <w:color w:val="000000"/>
        </w:rPr>
        <w:t>处移动至点</w:t>
      </w:r>
      <w:r>
        <w:rPr>
          <w:rFonts w:ascii="Times New Roman" w:eastAsia="Times New Roman" w:hAnsi="Times New Roman" w:cs="Times New Roman"/>
          <w:i/>
          <w:color w:val="000000"/>
        </w:rPr>
        <w:t>A</w:t>
      </w:r>
      <w:r>
        <w:rPr>
          <w:rFonts w:ascii="宋体" w:eastAsia="宋体" w:hAnsi="宋体" w:cs="宋体"/>
          <w:color w:val="000000"/>
        </w:rPr>
        <w:t>处；</w: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∵一共有</w:t>
      </w:r>
      <w:r>
        <w:rPr>
          <w:rFonts w:ascii="Times New Roman" w:eastAsia="Times New Roman" w:hAnsi="Times New Roman" w:cs="Times New Roman"/>
          <w:color w:val="000000"/>
        </w:rPr>
        <w:t>7</w:t>
      </w:r>
      <w:r>
        <w:rPr>
          <w:rFonts w:ascii="宋体" w:eastAsia="宋体" w:hAnsi="宋体" w:cs="宋体"/>
          <w:color w:val="000000"/>
        </w:rPr>
        <w:t>个点，</w:t>
      </w:r>
    </w:p>
    <w:p>
      <w:pPr>
        <w:spacing w:line="360" w:lineRule="auto"/>
        <w:jc w:val="left"/>
        <w:textAlignment w:val="center"/>
        <w:rPr>
          <w:color w:val="000000"/>
        </w:rPr>
      </w:pPr>
      <w:r>
        <w:rPr>
          <w:rFonts w:ascii="宋体" w:eastAsia="宋体" w:hAnsi="宋体" w:cs="宋体"/>
          <w:color w:val="000000"/>
        </w:rPr>
        <w:t>∴从第</w:t>
      </w:r>
      <w:r>
        <w:rPr>
          <w:rFonts w:ascii="Times New Roman" w:eastAsia="Times New Roman" w:hAnsi="Times New Roman" w:cs="Times New Roman"/>
          <w:color w:val="000000"/>
        </w:rPr>
        <w:t>8</w:t>
      </w:r>
      <w:r>
        <w:rPr>
          <w:rFonts w:ascii="宋体" w:eastAsia="宋体" w:hAnsi="宋体" w:cs="宋体"/>
          <w:color w:val="000000"/>
        </w:rPr>
        <w:t>步开始可以又重新看作是从点</w:t>
      </w:r>
      <w:r>
        <w:rPr>
          <w:rFonts w:ascii="Times New Roman" w:eastAsia="Times New Roman" w:hAnsi="Times New Roman" w:cs="Times New Roman"/>
          <w:i/>
          <w:color w:val="000000"/>
        </w:rPr>
        <w:t>A</w:t>
      </w:r>
      <w:r>
        <w:rPr>
          <w:rFonts w:ascii="宋体" w:eastAsia="宋体" w:hAnsi="宋体" w:cs="宋体"/>
          <w:color w:val="000000"/>
        </w:rPr>
        <w:t>出发每次移动</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个点并循环，</w:t>
      </w:r>
    </w:p>
    <w:p>
      <w:pPr>
        <w:spacing w:line="360" w:lineRule="auto"/>
        <w:jc w:val="left"/>
        <w:textAlignment w:val="center"/>
        <w:rPr>
          <w:color w:val="000000"/>
        </w:rPr>
      </w:pPr>
      <w:r>
        <w:rPr>
          <w:rFonts w:ascii="宋体" w:eastAsia="宋体" w:hAnsi="宋体" w:cs="宋体"/>
          <w:color w:val="000000"/>
        </w:rPr>
        <w:t>∴移动方式可以看作每</w:t>
      </w:r>
      <w:r>
        <w:rPr>
          <w:rFonts w:ascii="Times New Roman" w:eastAsia="Times New Roman" w:hAnsi="Times New Roman" w:cs="Times New Roman"/>
          <w:color w:val="000000"/>
        </w:rPr>
        <w:t>7</w:t>
      </w:r>
      <w:r>
        <w:rPr>
          <w:rFonts w:ascii="宋体" w:eastAsia="宋体" w:hAnsi="宋体" w:cs="宋体"/>
          <w:color w:val="000000"/>
        </w:rPr>
        <w:t>次移动为一个循环，</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22091" type="#_x0000_t75" alt="学科网(www.zxxk.com)--教育资源门户，提供试卷、教案、课件、论文、素材以及各类教学资源下载，还有大量而丰富的教学相关资讯！" style="width:79.2pt;height:13.8pt" o:oleicon="f" o:ole="">
            <v:imagedata r:id="rId550" o:title="eqIdb24ac1e906901bbdd7c96b4df8bf710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100</w:t>
      </w:r>
      <w:r>
        <w:rPr>
          <w:rFonts w:ascii="宋体" w:eastAsia="宋体" w:hAnsi="宋体" w:cs="宋体"/>
          <w:color w:val="000000"/>
        </w:rPr>
        <w:t>步小球移到的点与第</w:t>
      </w:r>
      <w:r>
        <w:rPr>
          <w:rFonts w:ascii="Times New Roman" w:eastAsia="Times New Roman" w:hAnsi="Times New Roman" w:cs="Times New Roman"/>
          <w:color w:val="000000"/>
        </w:rPr>
        <w:t>2</w:t>
      </w:r>
      <w:r>
        <w:rPr>
          <w:rFonts w:ascii="宋体" w:eastAsia="宋体" w:hAnsi="宋体" w:cs="宋体"/>
          <w:color w:val="000000"/>
        </w:rPr>
        <w:t>不小球移动到的点相同，</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第</w:t>
      </w:r>
      <w:r>
        <w:rPr>
          <w:rFonts w:ascii="Times New Roman" w:eastAsia="Times New Roman" w:hAnsi="Times New Roman" w:cs="Times New Roman"/>
          <w:color w:val="000000"/>
        </w:rPr>
        <w:t>100</w:t>
      </w:r>
      <w:r>
        <w:rPr>
          <w:rFonts w:ascii="宋体" w:eastAsia="宋体" w:hAnsi="宋体" w:cs="宋体"/>
          <w:color w:val="000000"/>
        </w:rPr>
        <w:t>步小球移动至点</w:t>
      </w:r>
      <w:r>
        <w:rPr>
          <w:rFonts w:ascii="Times New Roman" w:eastAsia="Times New Roman" w:hAnsi="Times New Roman" w:cs="Times New Roman"/>
          <w:i/>
          <w:color w:val="000000"/>
        </w:rPr>
        <w:t>D</w:t>
      </w:r>
      <w:r>
        <w:rPr>
          <w:rFonts w:ascii="宋体" w:eastAsia="宋体" w:hAnsi="宋体" w:cs="宋体"/>
          <w:color w:val="000000"/>
        </w:rPr>
        <w:t>处，</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本题主要考查了图形类的规律探索，正确理解题意找到规律进行求解是关键．</w:t>
      </w:r>
    </w:p>
    <w:p>
      <w:pPr>
        <w:spacing w:line="285" w:lineRule="auto"/>
        <w:jc w:val="both"/>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46</w:t>
      </w:r>
      <w:r>
        <w:rPr>
          <w:rFonts w:ascii="宋体" w:eastAsia="宋体" w:hAnsi="宋体" w:cs="宋体"/>
          <w:b/>
          <w:color w:val="000000"/>
          <w:sz w:val="24"/>
        </w:rPr>
        <w:t>分，第</w:t>
      </w:r>
      <w:r>
        <w:rPr>
          <w:rFonts w:ascii="Times New Roman" w:eastAsia="Times New Roman" w:hAnsi="Times New Roman" w:cs="Times New Roman"/>
          <w:b/>
          <w:color w:val="000000"/>
          <w:sz w:val="24"/>
        </w:rPr>
        <w:t>19</w:t>
      </w:r>
      <w:r>
        <w:rPr>
          <w:rFonts w:ascii="宋体" w:eastAsia="宋体" w:hAnsi="宋体" w:cs="宋体"/>
          <w:b/>
          <w:color w:val="000000"/>
          <w:sz w:val="24"/>
        </w:rPr>
        <w:t>题</w:t>
      </w:r>
      <w:r>
        <w:rPr>
          <w:rFonts w:ascii="Times New Roman" w:eastAsia="Times New Roman" w:hAnsi="Times New Roman" w:cs="Times New Roman"/>
          <w:b/>
          <w:color w:val="000000"/>
          <w:sz w:val="24"/>
        </w:rPr>
        <w:t>3</w:t>
      </w:r>
      <w:r>
        <w:rPr>
          <w:rFonts w:ascii="宋体" w:eastAsia="宋体" w:hAnsi="宋体" w:cs="宋体"/>
          <w:b/>
          <w:color w:val="000000"/>
          <w:sz w:val="24"/>
        </w:rPr>
        <w:t>分，第</w:t>
      </w:r>
      <w:r>
        <w:rPr>
          <w:rFonts w:ascii="Times New Roman" w:eastAsia="Times New Roman" w:hAnsi="Times New Roman" w:cs="Times New Roman"/>
          <w:b/>
          <w:color w:val="000000"/>
          <w:sz w:val="24"/>
        </w:rPr>
        <w:t>20-22</w:t>
      </w:r>
      <w:r>
        <w:rPr>
          <w:rFonts w:ascii="宋体" w:eastAsia="宋体" w:hAnsi="宋体" w:cs="宋体"/>
          <w:b/>
          <w:color w:val="000000"/>
          <w:sz w:val="24"/>
        </w:rPr>
        <w:t>题，每题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23-27</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28</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分）解答应写出文字说明、演算步骤或证明过程．</w:t>
      </w:r>
    </w:p>
    <w:p>
      <w:pPr>
        <w:pStyle w:val="Heading2"/>
      </w:pPr>
      <w:r>
        <w:t>二中教育集团</w:t>
      </w:r>
    </w:p>
    <w:p>
      <w:pPr>
        <w:spacing w:line="360" w:lineRule="auto"/>
        <w:jc w:val="both"/>
        <w:textAlignment w:val="center"/>
        <w:rPr>
          <w:color w:val="000000"/>
        </w:rPr>
      </w:pPr>
      <w:r>
        <w:rPr>
          <w:color w:val="000000"/>
        </w:rPr>
        <w:t xml:space="preserve">16. </w:t>
      </w:r>
      <w:r>
        <w:rPr>
          <w:rFonts w:ascii="宋体" w:hAnsi="宋体" w:eastAsia="宋体" w:cs="宋体"/>
          <w:color w:val="000000"/>
        </w:rPr>
        <w:t>新年联欢，某公司为员工准备了</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两种礼物，</w:t>
      </w:r>
      <w:r>
        <w:rPr>
          <w:rFonts w:ascii="Times New Roman" w:hAnsi="Times New Roman" w:eastAsia="Times New Roman" w:cs="Times New Roman"/>
          <w:i/>
          <w:color w:val="000000"/>
        </w:rPr>
        <w:t>A</w:t>
      </w:r>
      <w:r>
        <w:rPr>
          <w:rFonts w:ascii="宋体" w:hAnsi="宋体" w:eastAsia="宋体" w:cs="宋体"/>
          <w:color w:val="000000"/>
        </w:rPr>
        <w:t>礼物单价</w:t>
      </w:r>
      <w:r>
        <w:rPr>
          <w:rFonts w:ascii="Times New Roman" w:hAnsi="Times New Roman" w:eastAsia="Times New Roman" w:cs="Times New Roman"/>
          <w:i/>
          <w:color w:val="000000"/>
        </w:rPr>
        <w:t>a</w:t>
      </w:r>
      <w:r>
        <w:rPr>
          <w:rFonts w:ascii="宋体" w:hAnsi="宋体" w:eastAsia="宋体" w:cs="宋体"/>
          <w:color w:val="000000"/>
        </w:rPr>
        <w:t>元，重</w:t>
      </w:r>
      <w:r>
        <w:rPr>
          <w:rFonts w:ascii="Times New Roman" w:hAnsi="Times New Roman" w:eastAsia="Times New Roman" w:cs="Times New Roman"/>
          <w:i/>
          <w:color w:val="000000"/>
        </w:rPr>
        <w:t>m</w:t>
      </w:r>
      <w:r>
        <w:rPr>
          <w:rFonts w:ascii="宋体" w:hAnsi="宋体" w:eastAsia="宋体" w:cs="宋体"/>
          <w:color w:val="000000"/>
        </w:rPr>
        <w:t>千克，</w:t>
      </w:r>
      <w:r>
        <w:rPr>
          <w:rFonts w:ascii="Times New Roman" w:hAnsi="Times New Roman" w:eastAsia="Times New Roman" w:cs="Times New Roman"/>
          <w:i/>
          <w:color w:val="000000"/>
        </w:rPr>
        <w:t>B</w:t>
      </w:r>
      <w:r>
        <w:rPr>
          <w:rFonts w:ascii="宋体" w:hAnsi="宋体" w:eastAsia="宋体" w:cs="宋体"/>
          <w:color w:val="000000"/>
        </w:rPr>
        <w:t>礼物单价</w:t>
      </w:r>
      <w:r>
        <w:pict>
          <v:shape id="_x0000_i722092"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551" o:title="eqId858dd170e5bc33398ecfd5c67fc04147"/>
            <o:lock v:ext="edit" aspectratio="t"/>
            <w10:wrap type="none"/>
            <w10:anchorlock/>
          </v:shape>
        </w:pict>
      </w:r>
      <w:r>
        <w:rPr>
          <w:rFonts w:ascii="宋体" w:hAnsi="宋体" w:eastAsia="宋体" w:cs="宋体"/>
          <w:color w:val="000000"/>
        </w:rPr>
        <w:t>元，重</w:t>
      </w:r>
      <w:r>
        <w:pict>
          <v:shape id="_x0000_i722093"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552" o:title="eqIdbbbd717eb3e9232b7b084ba7ee3c4216"/>
            <o:lock v:ext="edit" aspectratio="t"/>
            <w10:wrap type="none"/>
            <w10:anchorlock/>
          </v:shape>
        </w:pict>
      </w:r>
      <w:r>
        <w:rPr>
          <w:rFonts w:ascii="宋体" w:hAnsi="宋体" w:eastAsia="宋体" w:cs="宋体"/>
          <w:color w:val="000000"/>
        </w:rPr>
        <w:t>千克，为了增加趣味性，公司把礼物随机组合装在盲盒里，每个盲盒里均放两样，随机发放，小林的盲盒比小李的盲盒重</w:t>
      </w:r>
      <w:r>
        <w:rPr>
          <w:rFonts w:ascii="Times New Roman" w:hAnsi="Times New Roman" w:eastAsia="Times New Roman" w:cs="Times New Roman"/>
          <w:color w:val="000000"/>
        </w:rPr>
        <w:t>2</w:t>
      </w:r>
      <w:r>
        <w:rPr>
          <w:rFonts w:ascii="宋体" w:hAnsi="宋体" w:eastAsia="宋体" w:cs="宋体"/>
          <w:color w:val="000000"/>
        </w:rPr>
        <w:t>千克，则两个盲盒的总价钱相差</w:t>
      </w:r>
      <w:r>
        <w:rPr>
          <w:color w:val="000000"/>
        </w:rPr>
        <w:t>_________</w:t>
      </w:r>
      <w:r>
        <w:rPr>
          <w:rFonts w:ascii="宋体" w:hAnsi="宋体" w:eastAsia="宋体" w:cs="宋体"/>
          <w:color w:val="000000"/>
        </w:rPr>
        <w:t>元，</w:t>
      </w:r>
    </w:p>
    <w:p>
      <w:pPr>
        <w:spacing w:line="360" w:lineRule="auto"/>
        <w:jc w:val="both"/>
        <w:textAlignment w:val="center"/>
        <w:rPr>
          <w:color w:val="000000"/>
        </w:rPr>
      </w:pPr>
      <w:r>
        <w:rPr>
          <w:rFonts w:ascii="宋体" w:hAnsi="宋体" w:eastAsia="宋体" w:cs="宋体"/>
          <w:color w:val="000000"/>
        </w:rPr>
        <w:t>通过称重</w:t>
      </w:r>
      <w:r>
        <w:rPr>
          <w:rFonts w:ascii="宋体" w:hAnsi="宋体" w:eastAsia="宋体" w:cs="宋体"/>
          <w:color w:val="000000"/>
          <w:em w:val="dot"/>
        </w:rPr>
        <w:t>其他</w:t>
      </w:r>
      <w:r>
        <w:rPr>
          <w:rFonts w:ascii="宋体" w:hAnsi="宋体" w:eastAsia="宋体" w:cs="宋体"/>
          <w:color w:val="000000"/>
        </w:rPr>
        <w:t>盲盒，大家发现：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05"/>
        <w:gridCol w:w="1816"/>
        <w:gridCol w:w="1664"/>
        <w:gridCol w:w="2120"/>
        <w:gridCol w:w="1664"/>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称重情况</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重量大于小林的盲盒的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与小林的盲盒一样重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重量介于小林和小李之间的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与小李的盲盒一样重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重量小于小李的盲盒的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盲盒个数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r>
    </w:tbl>
    <w:p>
      <w:pPr>
        <w:spacing w:line="360" w:lineRule="auto"/>
        <w:jc w:val="both"/>
        <w:textAlignment w:val="center"/>
        <w:rPr>
          <w:color w:val="000000"/>
        </w:rPr>
      </w:pPr>
      <w:r>
        <w:rPr>
          <w:rFonts w:ascii="宋体" w:hAnsi="宋体" w:eastAsia="宋体" w:cs="宋体"/>
          <w:color w:val="000000"/>
        </w:rPr>
        <w:t>若这些礼物共花费</w:t>
      </w:r>
      <w:r>
        <w:rPr>
          <w:rFonts w:ascii="Times New Roman" w:hAnsi="Times New Roman" w:eastAsia="Times New Roman" w:cs="Times New Roman"/>
          <w:color w:val="000000"/>
        </w:rPr>
        <w:t>3040</w:t>
      </w:r>
      <w:r>
        <w:rPr>
          <w:rFonts w:ascii="宋体" w:hAnsi="宋体" w:eastAsia="宋体" w:cs="宋体"/>
          <w:color w:val="000000"/>
        </w:rPr>
        <w:t>元，则</w:t>
      </w:r>
      <w:r>
        <w:pict>
          <v:shape id="_x0000_i722094" o:spt="75" alt="学科网(www.zxxk.com)--教育资源门户，提供试卷、教案、课件、论文、素材以及各类教学资源下载，还有大量而丰富的教学相关资讯！" type="#_x0000_t75" style="height:11.4pt;width:20.4pt;" o:ole="t" filled="f" o:preferrelative="t" stroked="f" coordsize="21600,21600">
            <v:path/>
            <v:fill on="f" focussize="0,0"/>
            <v:stroke on="f" joinstyle="miter"/>
            <v:imagedata r:id="rId553" o:title="eqId380bbacf854e30e2e747fc286d2b9997"/>
            <o:lock v:ext="edit" aspectratio="t"/>
            <w10:wrap type="none"/>
            <w10:anchorlock/>
          </v:shape>
        </w:pict>
      </w:r>
      <w:r>
        <w:rPr>
          <w:color w:val="000000"/>
        </w:rPr>
        <w:t>___________</w:t>
      </w:r>
      <w:r>
        <w:rPr>
          <w:rFonts w:ascii="宋体" w:hAnsi="宋体" w:eastAsia="宋体" w:cs="宋体"/>
          <w:color w:val="000000"/>
        </w:rPr>
        <w:t>元．</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20</w:t>
      </w:r>
      <w:r>
        <w:rPr>
          <w:color w:val="000000"/>
        </w:rPr>
        <w:t xml:space="preserve">    ②. </w:t>
      </w:r>
      <w:r>
        <w:rPr>
          <w:rFonts w:ascii="Times New Roman" w:hAnsi="Times New Roman" w:eastAsia="Times New Roman" w:cs="Times New Roman"/>
          <w:color w:val="000000"/>
        </w:rPr>
        <w:t>65</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根据小林的盲盒比小李的盲盒重</w:t>
      </w:r>
      <w:r>
        <w:rPr>
          <w:rFonts w:ascii="Times New Roman" w:hAnsi="Times New Roman" w:eastAsia="Times New Roman" w:cs="Times New Roman"/>
          <w:color w:val="000000"/>
        </w:rPr>
        <w:t>2</w:t>
      </w:r>
      <w:r>
        <w:rPr>
          <w:rFonts w:ascii="宋体" w:hAnsi="宋体" w:eastAsia="宋体" w:cs="宋体"/>
          <w:color w:val="000000"/>
        </w:rPr>
        <w:t>千克可判断两个盲盒的总价钱相差</w:t>
      </w:r>
      <w:r>
        <w:rPr>
          <w:rFonts w:ascii="Times New Roman" w:hAnsi="Times New Roman" w:eastAsia="Times New Roman" w:cs="Times New Roman"/>
          <w:color w:val="000000"/>
        </w:rPr>
        <w:t>20</w:t>
      </w:r>
      <w:r>
        <w:rPr>
          <w:rFonts w:ascii="宋体" w:hAnsi="宋体" w:eastAsia="宋体" w:cs="宋体"/>
          <w:color w:val="000000"/>
        </w:rPr>
        <w:t>元，再根据重量小于小李的盲盒的为</w:t>
      </w:r>
      <w:r>
        <w:rPr>
          <w:rFonts w:ascii="Times New Roman" w:hAnsi="Times New Roman" w:eastAsia="Times New Roman" w:cs="Times New Roman"/>
          <w:color w:val="000000"/>
        </w:rPr>
        <w:t>4</w:t>
      </w:r>
      <w:r>
        <w:rPr>
          <w:rFonts w:ascii="宋体" w:hAnsi="宋体" w:eastAsia="宋体" w:cs="宋体"/>
          <w:color w:val="000000"/>
        </w:rPr>
        <w:t>盒可以得出结论：小李的盲盒中为</w:t>
      </w:r>
      <w:r>
        <w:rPr>
          <w:rFonts w:ascii="Times New Roman" w:hAnsi="Times New Roman" w:eastAsia="Times New Roman" w:cs="Times New Roman"/>
          <w:color w:val="000000"/>
        </w:rPr>
        <w:t>1</w:t>
      </w:r>
      <w:r>
        <w:rPr>
          <w:rFonts w:ascii="宋体" w:hAnsi="宋体" w:eastAsia="宋体" w:cs="宋体"/>
          <w:color w:val="000000"/>
        </w:rPr>
        <w:t>件</w:t>
      </w:r>
      <w:r>
        <w:pict>
          <v:shape id="_x0000_i72209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54" o:title="eqId5963abe8f421bd99a2aaa94831a951e9"/>
            <o:lock v:ext="edit" aspectratio="t"/>
            <w10:wrap type="none"/>
            <w10:anchorlock/>
          </v:shape>
        </w:pict>
      </w:r>
      <w:r>
        <w:rPr>
          <w:rFonts w:ascii="宋体" w:hAnsi="宋体" w:eastAsia="宋体" w:cs="宋体"/>
          <w:color w:val="000000"/>
        </w:rPr>
        <w:t>礼物和</w:t>
      </w:r>
      <w:r>
        <w:rPr>
          <w:rFonts w:ascii="Times New Roman" w:hAnsi="Times New Roman" w:eastAsia="Times New Roman" w:cs="Times New Roman"/>
          <w:color w:val="000000"/>
        </w:rPr>
        <w:t>1</w:t>
      </w:r>
      <w:r>
        <w:rPr>
          <w:rFonts w:ascii="宋体" w:hAnsi="宋体" w:eastAsia="宋体" w:cs="宋体"/>
          <w:color w:val="000000"/>
        </w:rPr>
        <w:t>件</w:t>
      </w:r>
      <w:r>
        <w:pict>
          <v:shape id="_x0000_i72209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55" o:title="eqId7f9e8449aad35c5d840a3395ea86df6d"/>
            <o:lock v:ext="edit" aspectratio="t"/>
            <w10:wrap type="none"/>
            <w10:anchorlock/>
          </v:shape>
        </w:pict>
      </w:r>
      <w:r>
        <w:rPr>
          <w:rFonts w:ascii="宋体" w:hAnsi="宋体" w:eastAsia="宋体" w:cs="宋体"/>
          <w:color w:val="000000"/>
        </w:rPr>
        <w:t>礼物，小林的盲盒中为</w:t>
      </w:r>
      <w:r>
        <w:rPr>
          <w:rFonts w:ascii="Times New Roman" w:hAnsi="Times New Roman" w:eastAsia="Times New Roman" w:cs="Times New Roman"/>
          <w:color w:val="000000"/>
        </w:rPr>
        <w:t>2</w:t>
      </w:r>
      <w:r>
        <w:rPr>
          <w:rFonts w:ascii="宋体" w:hAnsi="宋体" w:eastAsia="宋体" w:cs="宋体"/>
          <w:color w:val="000000"/>
        </w:rPr>
        <w:t>件</w:t>
      </w:r>
      <w:r>
        <w:pict>
          <v:shape id="_x0000_i72209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55" o:title="eqId7f9e8449aad35c5d840a3395ea86df6d"/>
            <o:lock v:ext="edit" aspectratio="t"/>
            <w10:wrap type="none"/>
            <w10:anchorlock/>
          </v:shape>
        </w:pict>
      </w:r>
      <w:r>
        <w:rPr>
          <w:rFonts w:ascii="宋体" w:hAnsi="宋体" w:eastAsia="宋体" w:cs="宋体"/>
          <w:color w:val="000000"/>
        </w:rPr>
        <w:t>礼物，然后再根据表格中的数据列一元一次方程求解即可．</w:t>
      </w:r>
    </w:p>
    <w:p>
      <w:pPr>
        <w:spacing w:line="360" w:lineRule="auto"/>
        <w:jc w:val="left"/>
        <w:textAlignment w:val="center"/>
        <w:rPr>
          <w:color w:val="000000"/>
        </w:rPr>
      </w:pPr>
      <w:r>
        <w:rPr>
          <w:color w:val="000000"/>
        </w:rPr>
        <w:t>【详解】</w:t>
      </w:r>
      <w:r>
        <w:rPr>
          <w:rFonts w:ascii="宋体" w:hAnsi="宋体" w:eastAsia="宋体" w:cs="宋体"/>
          <w:color w:val="000000"/>
        </w:rPr>
        <w:t>解：</w:t>
      </w:r>
      <w:r>
        <w:pict>
          <v:shape id="_x0000_i722098" o:spt="75" alt="学科网(www.zxxk.com)--教育资源门户，提供试卷、教案、课件、论文、素材以及各类教学资源下载，还有大量而丰富的教学相关资讯！" type="#_x0000_t75" style="height:12pt;width:19pt;" o:ole="t" filled="f" o:preferrelative="t" stroked="f" coordsize="21600,21600">
            <v:path/>
            <v:fill on="f" focussize="0,0"/>
            <v:stroke on="f" joinstyle="miter"/>
            <v:imagedata r:id="rId556" o:title="eqIde9e4c464ac8cfa27d6e3957d91e214fc"/>
            <o:lock v:ext="edit" aspectratio="t"/>
            <w10:wrap type="none"/>
            <w10:anchorlock/>
          </v:shape>
        </w:pict>
      </w:r>
      <w:r>
        <w:rPr>
          <w:rFonts w:ascii="宋体" w:hAnsi="宋体" w:eastAsia="宋体" w:cs="宋体"/>
          <w:color w:val="000000"/>
        </w:rPr>
        <w:t>礼物重</w:t>
      </w:r>
      <w:r>
        <w:pict>
          <v:shape id="_x0000_i722099"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557" o:title="eqId294f5ba74cdf695fc9a8a8e52f421328"/>
            <o:lock v:ext="edit" aspectratio="t"/>
            <w10:wrap type="none"/>
            <w10:anchorlock/>
          </v:shape>
        </w:pict>
      </w:r>
      <w:r>
        <w:rPr>
          <w:rFonts w:ascii="宋体" w:hAnsi="宋体" w:eastAsia="宋体" w:cs="宋体"/>
          <w:color w:val="000000"/>
        </w:rPr>
        <w:t>千克，</w:t>
      </w:r>
      <w:r>
        <w:pict>
          <v:shape id="_x0000_i72210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58" o:title="eqId7f9e8449aad35c5d840a3395ea86df6d"/>
            <o:lock v:ext="edit" aspectratio="t"/>
            <w10:wrap type="none"/>
            <w10:anchorlock/>
          </v:shape>
        </w:pict>
      </w:r>
      <w:r>
        <w:rPr>
          <w:rFonts w:ascii="宋体" w:hAnsi="宋体" w:eastAsia="宋体" w:cs="宋体"/>
          <w:color w:val="000000"/>
        </w:rPr>
        <w:t>礼物重</w:t>
      </w:r>
      <w:r>
        <w:pict>
          <v:shape id="_x0000_i722101"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559" o:title="eqIdbbbd717eb3e9232b7b084ba7ee3c4216"/>
            <o:lock v:ext="edit" aspectratio="t"/>
            <w10:wrap type="none"/>
            <w10:anchorlock/>
          </v:shape>
        </w:pict>
      </w:r>
      <w:r>
        <w:rPr>
          <w:rFonts w:ascii="宋体" w:hAnsi="宋体" w:eastAsia="宋体" w:cs="宋体"/>
          <w:color w:val="000000"/>
        </w:rPr>
        <w:t>千克，</w:t>
      </w:r>
    </w:p>
    <w:p>
      <w:pPr>
        <w:spacing w:line="360" w:lineRule="auto"/>
        <w:jc w:val="left"/>
        <w:textAlignment w:val="center"/>
        <w:rPr>
          <w:color w:val="000000"/>
        </w:rPr>
      </w:pPr>
      <w:r>
        <w:pict>
          <v:shape id="_x0000_i722102" o:spt="75" alt="学科网(www.zxxk.com)--教育资源门户，提供试卷、教案、课件、论文、素材以及各类教学资源下载，还有大量而丰富的教学相关资讯！" type="#_x0000_t75" style="height:13.5pt;width:21pt;" o:ole="t" filled="f" o:preferrelative="t" stroked="f" coordsize="21600,21600">
            <v:path/>
            <v:fill on="f" focussize="0,0"/>
            <v:stroke on="f" joinstyle="miter"/>
            <v:imagedata r:id="rId560" o:title="eqId4be7df4b53c137053274a2aa2a01d253"/>
            <o:lock v:ext="edit" aspectratio="t"/>
            <w10:wrap type="none"/>
            <w10:anchorlock/>
          </v:shape>
        </w:pict>
      </w:r>
      <w:r>
        <w:rPr>
          <w:rFonts w:ascii="宋体" w:hAnsi="宋体" w:eastAsia="宋体" w:cs="宋体"/>
          <w:color w:val="000000"/>
        </w:rPr>
        <w:t>礼物比</w:t>
      </w:r>
      <w:r>
        <w:pict>
          <v:shape id="_x0000_i72210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61" o:title="eqId5963abe8f421bd99a2aaa94831a951e9"/>
            <o:lock v:ext="edit" aspectratio="t"/>
            <w10:wrap type="none"/>
            <w10:anchorlock/>
          </v:shape>
        </w:pict>
      </w:r>
      <w:r>
        <w:rPr>
          <w:rFonts w:ascii="宋体" w:hAnsi="宋体" w:eastAsia="宋体" w:cs="宋体"/>
          <w:color w:val="000000"/>
        </w:rPr>
        <w:t>礼物重</w:t>
      </w:r>
      <w:r>
        <w:rPr>
          <w:rFonts w:ascii="Times New Roman" w:hAnsi="Times New Roman" w:eastAsia="Times New Roman" w:cs="Times New Roman"/>
          <w:color w:val="000000"/>
        </w:rPr>
        <w:t>2</w:t>
      </w:r>
      <w:r>
        <w:rPr>
          <w:rFonts w:ascii="宋体" w:hAnsi="宋体" w:eastAsia="宋体" w:cs="宋体"/>
          <w:color w:val="000000"/>
        </w:rPr>
        <w:t>千克，</w:t>
      </w:r>
    </w:p>
    <w:p>
      <w:pPr>
        <w:spacing w:line="360" w:lineRule="auto"/>
        <w:jc w:val="left"/>
        <w:textAlignment w:val="center"/>
        <w:rPr>
          <w:color w:val="000000"/>
        </w:rPr>
      </w:pPr>
      <w:r>
        <w:pict>
          <v:shape id="_x0000_i722104"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562" o:title="eqId16f3d198e76391779fa3badc848c8ac8"/>
            <o:lock v:ext="edit" aspectratio="t"/>
            <w10:wrap type="none"/>
            <w10:anchorlock/>
          </v:shape>
        </w:pict>
      </w:r>
      <w:r>
        <w:rPr>
          <w:rFonts w:ascii="宋体" w:hAnsi="宋体" w:eastAsia="宋体" w:cs="宋体"/>
          <w:color w:val="000000"/>
        </w:rPr>
        <w:t>每个盲盒里均放两样，小林的盲盒比小李的盲盒重</w:t>
      </w:r>
      <w:r>
        <w:rPr>
          <w:rFonts w:ascii="Times New Roman" w:hAnsi="Times New Roman" w:eastAsia="Times New Roman" w:cs="Times New Roman"/>
          <w:color w:val="000000"/>
        </w:rPr>
        <w:t>2</w:t>
      </w:r>
      <w:r>
        <w:rPr>
          <w:rFonts w:ascii="宋体" w:hAnsi="宋体" w:eastAsia="宋体" w:cs="宋体"/>
          <w:color w:val="000000"/>
        </w:rPr>
        <w:t>千克，</w:t>
      </w:r>
    </w:p>
    <w:p>
      <w:pPr>
        <w:spacing w:line="360" w:lineRule="auto"/>
        <w:jc w:val="left"/>
        <w:textAlignment w:val="center"/>
        <w:rPr>
          <w:color w:val="000000"/>
        </w:rPr>
      </w:pPr>
      <w:r>
        <w:pict>
          <v:shape id="_x0000_i72210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563" o:title="eqId2de0d10ef8b748d4531250c37c5d3f9e"/>
            <o:lock v:ext="edit" aspectratio="t"/>
            <w10:wrap type="none"/>
            <w10:anchorlock/>
          </v:shape>
        </w:pict>
      </w:r>
      <w:r>
        <w:rPr>
          <w:rFonts w:ascii="宋体" w:hAnsi="宋体" w:eastAsia="宋体" w:cs="宋体"/>
          <w:color w:val="000000"/>
        </w:rPr>
        <w:t>小林的盲盒中为</w:t>
      </w:r>
      <w:r>
        <w:rPr>
          <w:rFonts w:ascii="Times New Roman" w:hAnsi="Times New Roman" w:eastAsia="Times New Roman" w:cs="Times New Roman"/>
          <w:color w:val="000000"/>
        </w:rPr>
        <w:t>1</w:t>
      </w:r>
      <w:r>
        <w:rPr>
          <w:rFonts w:ascii="宋体" w:hAnsi="宋体" w:eastAsia="宋体" w:cs="宋体"/>
          <w:color w:val="000000"/>
        </w:rPr>
        <w:t>件</w:t>
      </w:r>
      <w:r>
        <w:pict>
          <v:shape id="_x0000_i72210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64" o:title="eqId5963abe8f421bd99a2aaa94831a951e9"/>
            <o:lock v:ext="edit" aspectratio="t"/>
            <w10:wrap type="none"/>
            <w10:anchorlock/>
          </v:shape>
        </w:pict>
      </w:r>
      <w:r>
        <w:rPr>
          <w:rFonts w:ascii="宋体" w:hAnsi="宋体" w:eastAsia="宋体" w:cs="宋体"/>
          <w:color w:val="000000"/>
        </w:rPr>
        <w:t>礼物和</w:t>
      </w:r>
      <w:r>
        <w:rPr>
          <w:rFonts w:ascii="Times New Roman" w:hAnsi="Times New Roman" w:eastAsia="Times New Roman" w:cs="Times New Roman"/>
          <w:color w:val="000000"/>
        </w:rPr>
        <w:t>1</w:t>
      </w:r>
      <w:r>
        <w:rPr>
          <w:rFonts w:ascii="宋体" w:hAnsi="宋体" w:eastAsia="宋体" w:cs="宋体"/>
          <w:color w:val="000000"/>
        </w:rPr>
        <w:t>件</w:t>
      </w:r>
      <w:r>
        <w:pict>
          <v:shape id="_x0000_i72210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65" o:title="eqId7f9e8449aad35c5d840a3395ea86df6d"/>
            <o:lock v:ext="edit" aspectratio="t"/>
            <w10:wrap type="none"/>
            <w10:anchorlock/>
          </v:shape>
        </w:pict>
      </w:r>
      <w:r>
        <w:rPr>
          <w:rFonts w:ascii="宋体" w:hAnsi="宋体" w:eastAsia="宋体" w:cs="宋体"/>
          <w:color w:val="000000"/>
        </w:rPr>
        <w:t>礼物，小李的盲盒中为</w:t>
      </w:r>
      <w:r>
        <w:rPr>
          <w:rFonts w:ascii="Times New Roman" w:hAnsi="Times New Roman" w:eastAsia="Times New Roman" w:cs="Times New Roman"/>
          <w:color w:val="000000"/>
        </w:rPr>
        <w:t>2</w:t>
      </w:r>
      <w:r>
        <w:rPr>
          <w:rFonts w:ascii="宋体" w:hAnsi="宋体" w:eastAsia="宋体" w:cs="宋体"/>
          <w:color w:val="000000"/>
        </w:rPr>
        <w:t>件</w:t>
      </w:r>
      <w:r>
        <w:pict>
          <v:shape id="_x0000_i72210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64" o:title="eqId5963abe8f421bd99a2aaa94831a951e9"/>
            <o:lock v:ext="edit" aspectratio="t"/>
            <w10:wrap type="none"/>
            <w10:anchorlock/>
          </v:shape>
        </w:pict>
      </w:r>
      <w:r>
        <w:rPr>
          <w:rFonts w:ascii="宋体" w:hAnsi="宋体" w:eastAsia="宋体" w:cs="宋体"/>
          <w:color w:val="000000"/>
        </w:rPr>
        <w:t>礼物或小林的盲盒中为</w:t>
      </w:r>
      <w:r>
        <w:rPr>
          <w:rFonts w:ascii="Times New Roman" w:hAnsi="Times New Roman" w:eastAsia="Times New Roman" w:cs="Times New Roman"/>
          <w:color w:val="000000"/>
        </w:rPr>
        <w:t>2</w:t>
      </w:r>
      <w:r>
        <w:rPr>
          <w:rFonts w:ascii="宋体" w:hAnsi="宋体" w:eastAsia="宋体" w:cs="宋体"/>
          <w:color w:val="000000"/>
        </w:rPr>
        <w:t>件</w:t>
      </w:r>
      <w:r>
        <w:pict>
          <v:shape id="_x0000_i72210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65" o:title="eqId7f9e8449aad35c5d840a3395ea86df6d"/>
            <o:lock v:ext="edit" aspectratio="t"/>
            <w10:wrap type="none"/>
            <w10:anchorlock/>
          </v:shape>
        </w:pict>
      </w:r>
      <w:r>
        <w:rPr>
          <w:rFonts w:ascii="宋体" w:hAnsi="宋体" w:eastAsia="宋体" w:cs="宋体"/>
          <w:color w:val="000000"/>
        </w:rPr>
        <w:t>礼物，小李的盲盒中为</w:t>
      </w:r>
      <w:r>
        <w:rPr>
          <w:rFonts w:ascii="Times New Roman" w:hAnsi="Times New Roman" w:eastAsia="Times New Roman" w:cs="Times New Roman"/>
          <w:color w:val="000000"/>
        </w:rPr>
        <w:t>1</w:t>
      </w:r>
      <w:r>
        <w:rPr>
          <w:rFonts w:ascii="宋体" w:hAnsi="宋体" w:eastAsia="宋体" w:cs="宋体"/>
          <w:color w:val="000000"/>
        </w:rPr>
        <w:t>件</w:t>
      </w:r>
      <w:r>
        <w:pict>
          <v:shape id="_x0000_i72211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64" o:title="eqId5963abe8f421bd99a2aaa94831a951e9"/>
            <o:lock v:ext="edit" aspectratio="t"/>
            <w10:wrap type="none"/>
            <w10:anchorlock/>
          </v:shape>
        </w:pict>
      </w:r>
      <w:r>
        <w:rPr>
          <w:rFonts w:ascii="宋体" w:hAnsi="宋体" w:eastAsia="宋体" w:cs="宋体"/>
          <w:color w:val="000000"/>
        </w:rPr>
        <w:t>礼物和</w:t>
      </w:r>
      <w:r>
        <w:rPr>
          <w:rFonts w:ascii="Times New Roman" w:hAnsi="Times New Roman" w:eastAsia="Times New Roman" w:cs="Times New Roman"/>
          <w:color w:val="000000"/>
        </w:rPr>
        <w:t>1</w:t>
      </w:r>
      <w:r>
        <w:rPr>
          <w:rFonts w:ascii="宋体" w:hAnsi="宋体" w:eastAsia="宋体" w:cs="宋体"/>
          <w:color w:val="000000"/>
        </w:rPr>
        <w:t>件</w:t>
      </w:r>
      <w:r>
        <w:pict>
          <v:shape id="_x0000_i72211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65" o:title="eqId7f9e8449aad35c5d840a3395ea86df6d"/>
            <o:lock v:ext="edit" aspectratio="t"/>
            <w10:wrap type="none"/>
            <w10:anchorlock/>
          </v:shape>
        </w:pict>
      </w:r>
      <w:r>
        <w:rPr>
          <w:rFonts w:ascii="宋体" w:hAnsi="宋体" w:eastAsia="宋体" w:cs="宋体"/>
          <w:color w:val="000000"/>
        </w:rPr>
        <w:t>礼物，</w:t>
      </w:r>
    </w:p>
    <w:p>
      <w:pPr>
        <w:spacing w:line="360" w:lineRule="auto"/>
        <w:jc w:val="left"/>
        <w:textAlignment w:val="center"/>
        <w:rPr>
          <w:color w:val="000000"/>
        </w:rPr>
      </w:pPr>
      <w:r>
        <w:pict>
          <v:shape id="_x0000_i72211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566" o:title="eqId2de0d10ef8b748d4531250c37c5d3f9e"/>
            <o:lock v:ext="edit" aspectratio="t"/>
            <w10:wrap type="none"/>
            <w10:anchorlock/>
          </v:shape>
        </w:pict>
      </w:r>
      <w:r>
        <w:rPr>
          <w:rFonts w:ascii="宋体" w:hAnsi="宋体" w:eastAsia="宋体" w:cs="宋体"/>
          <w:color w:val="000000"/>
        </w:rPr>
        <w:t>不管以上哪种情况，两个盲盒的礼物总价格都相差</w:t>
      </w:r>
      <w:r>
        <w:pict>
          <v:shape id="_x0000_i722113" o:spt="75" alt="学科网(www.zxxk.com)--教育资源门户，提供试卷、教案、课件、论文、素材以及各类教学资源下载，还有大量而丰富的教学相关资讯！" type="#_x0000_t75" style="height:13pt;width:66pt;" o:ole="t" filled="f" o:preferrelative="t" stroked="f" coordsize="21600,21600">
            <v:path/>
            <v:fill on="f" focussize="0,0"/>
            <v:stroke on="f" joinstyle="miter"/>
            <v:imagedata r:id="rId567" o:title="eqId4dc849c6149d5fe49a6cd28746818460"/>
            <o:lock v:ext="edit" aspectratio="t"/>
            <w10:wrap type="none"/>
            <w10:anchorlock/>
          </v:shape>
        </w:pic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由表格中数据可知，重量小于小李的盲盒的有</w:t>
      </w:r>
      <w:r>
        <w:rPr>
          <w:rFonts w:ascii="Times New Roman" w:hAnsi="Times New Roman" w:eastAsia="Times New Roman" w:cs="Times New Roman"/>
          <w:color w:val="000000"/>
        </w:rPr>
        <w:t>4</w:t>
      </w:r>
      <w:r>
        <w:rPr>
          <w:rFonts w:ascii="宋体" w:hAnsi="宋体" w:eastAsia="宋体" w:cs="宋体"/>
          <w:color w:val="000000"/>
        </w:rPr>
        <w:t>盒，</w:t>
      </w:r>
    </w:p>
    <w:p>
      <w:pPr>
        <w:spacing w:line="360" w:lineRule="auto"/>
        <w:jc w:val="left"/>
        <w:textAlignment w:val="center"/>
        <w:rPr>
          <w:color w:val="000000"/>
        </w:rPr>
      </w:pPr>
      <w:r>
        <w:rPr>
          <w:rFonts w:ascii="宋体" w:hAnsi="宋体" w:eastAsia="宋体" w:cs="宋体"/>
          <w:color w:val="000000"/>
        </w:rPr>
        <w:t>所以小李的盲盒中有</w:t>
      </w:r>
      <w:r>
        <w:rPr>
          <w:rFonts w:ascii="Times New Roman" w:hAnsi="Times New Roman" w:eastAsia="Times New Roman" w:cs="Times New Roman"/>
          <w:color w:val="000000"/>
        </w:rPr>
        <w:t>1</w:t>
      </w:r>
      <w:r>
        <w:rPr>
          <w:rFonts w:ascii="宋体" w:hAnsi="宋体" w:eastAsia="宋体" w:cs="宋体"/>
          <w:color w:val="000000"/>
        </w:rPr>
        <w:t>件</w:t>
      </w:r>
      <w:r>
        <w:pict>
          <v:shape id="_x0000_i72211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68" o:title="eqId5963abe8f421bd99a2aaa94831a951e9"/>
            <o:lock v:ext="edit" aspectratio="t"/>
            <w10:wrap type="none"/>
            <w10:anchorlock/>
          </v:shape>
        </w:pict>
      </w:r>
      <w:r>
        <w:rPr>
          <w:rFonts w:ascii="宋体" w:hAnsi="宋体" w:eastAsia="宋体" w:cs="宋体"/>
          <w:color w:val="000000"/>
        </w:rPr>
        <w:t>礼物和</w:t>
      </w:r>
      <w:r>
        <w:rPr>
          <w:rFonts w:ascii="Times New Roman" w:hAnsi="Times New Roman" w:eastAsia="Times New Roman" w:cs="Times New Roman"/>
          <w:color w:val="000000"/>
        </w:rPr>
        <w:t>1</w:t>
      </w:r>
      <w:r>
        <w:rPr>
          <w:rFonts w:ascii="宋体" w:hAnsi="宋体" w:eastAsia="宋体" w:cs="宋体"/>
          <w:color w:val="000000"/>
        </w:rPr>
        <w:t>件</w:t>
      </w:r>
      <w:r>
        <w:pict>
          <v:shape id="_x0000_i72211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69" o:title="eqId7f9e8449aad35c5d840a3395ea86df6d"/>
            <o:lock v:ext="edit" aspectratio="t"/>
            <w10:wrap type="none"/>
            <w10:anchorlock/>
          </v:shape>
        </w:pict>
      </w:r>
      <w:r>
        <w:rPr>
          <w:rFonts w:ascii="宋体" w:hAnsi="宋体" w:eastAsia="宋体" w:cs="宋体"/>
          <w:color w:val="000000"/>
        </w:rPr>
        <w:t>礼物，不可能为</w:t>
      </w:r>
      <w:r>
        <w:rPr>
          <w:rFonts w:ascii="Times New Roman" w:hAnsi="Times New Roman" w:eastAsia="Times New Roman" w:cs="Times New Roman"/>
          <w:color w:val="000000"/>
        </w:rPr>
        <w:t>2</w:t>
      </w:r>
      <w:r>
        <w:rPr>
          <w:rFonts w:ascii="宋体" w:hAnsi="宋体" w:eastAsia="宋体" w:cs="宋体"/>
          <w:color w:val="000000"/>
        </w:rPr>
        <w:t>件</w:t>
      </w:r>
      <w:r>
        <w:pict>
          <v:shape id="_x0000_i72211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68" o:title="eqId5963abe8f421bd99a2aaa94831a951e9"/>
            <o:lock v:ext="edit" aspectratio="t"/>
            <w10:wrap type="none"/>
            <w10:anchorlock/>
          </v:shape>
        </w:pict>
      </w:r>
      <w:r>
        <w:rPr>
          <w:rFonts w:ascii="宋体" w:hAnsi="宋体" w:eastAsia="宋体" w:cs="宋体"/>
          <w:color w:val="000000"/>
        </w:rPr>
        <w:t>礼物，</w:t>
      </w:r>
    </w:p>
    <w:p>
      <w:pPr>
        <w:spacing w:line="360" w:lineRule="auto"/>
        <w:jc w:val="left"/>
        <w:textAlignment w:val="center"/>
        <w:rPr>
          <w:color w:val="000000"/>
        </w:rPr>
      </w:pPr>
      <w:r>
        <w:pict>
          <v:shape id="_x0000_i72211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570" o:title="eqId2de0d10ef8b748d4531250c37c5d3f9e"/>
            <o:lock v:ext="edit" aspectratio="t"/>
            <w10:wrap type="none"/>
            <w10:anchorlock/>
          </v:shape>
        </w:pict>
      </w:r>
      <w:r>
        <w:rPr>
          <w:rFonts w:ascii="宋体" w:hAnsi="宋体" w:eastAsia="宋体" w:cs="宋体"/>
          <w:color w:val="000000"/>
        </w:rPr>
        <w:t>小李的盲盒中为</w:t>
      </w:r>
      <w:r>
        <w:rPr>
          <w:rFonts w:ascii="Times New Roman" w:hAnsi="Times New Roman" w:eastAsia="Times New Roman" w:cs="Times New Roman"/>
          <w:color w:val="000000"/>
        </w:rPr>
        <w:t>1</w:t>
      </w:r>
      <w:r>
        <w:rPr>
          <w:rFonts w:ascii="宋体" w:hAnsi="宋体" w:eastAsia="宋体" w:cs="宋体"/>
          <w:color w:val="000000"/>
        </w:rPr>
        <w:t>件</w:t>
      </w:r>
      <w:r>
        <w:pict>
          <v:shape id="_x0000_i72211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71" o:title="eqId5963abe8f421bd99a2aaa94831a951e9"/>
            <o:lock v:ext="edit" aspectratio="t"/>
            <w10:wrap type="none"/>
            <w10:anchorlock/>
          </v:shape>
        </w:pict>
      </w:r>
      <w:r>
        <w:rPr>
          <w:rFonts w:ascii="宋体" w:hAnsi="宋体" w:eastAsia="宋体" w:cs="宋体"/>
          <w:color w:val="000000"/>
        </w:rPr>
        <w:t>礼物和</w:t>
      </w:r>
      <w:r>
        <w:rPr>
          <w:rFonts w:ascii="Times New Roman" w:hAnsi="Times New Roman" w:eastAsia="Times New Roman" w:cs="Times New Roman"/>
          <w:color w:val="000000"/>
        </w:rPr>
        <w:t>1</w:t>
      </w:r>
      <w:r>
        <w:rPr>
          <w:rFonts w:ascii="宋体" w:hAnsi="宋体" w:eastAsia="宋体" w:cs="宋体"/>
          <w:color w:val="000000"/>
        </w:rPr>
        <w:t>件</w:t>
      </w:r>
      <w:r>
        <w:pict>
          <v:shape id="_x0000_i72211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72" o:title="eqId7f9e8449aad35c5d840a3395ea86df6d"/>
            <o:lock v:ext="edit" aspectratio="t"/>
            <w10:wrap type="none"/>
            <w10:anchorlock/>
          </v:shape>
        </w:pict>
      </w:r>
      <w:r>
        <w:rPr>
          <w:rFonts w:ascii="宋体" w:hAnsi="宋体" w:eastAsia="宋体" w:cs="宋体"/>
          <w:color w:val="000000"/>
        </w:rPr>
        <w:t>礼物，小林的盲盒中为</w:t>
      </w:r>
      <w:r>
        <w:rPr>
          <w:rFonts w:ascii="Times New Roman" w:hAnsi="Times New Roman" w:eastAsia="Times New Roman" w:cs="Times New Roman"/>
          <w:color w:val="000000"/>
        </w:rPr>
        <w:t>2</w:t>
      </w:r>
      <w:r>
        <w:rPr>
          <w:rFonts w:ascii="宋体" w:hAnsi="宋体" w:eastAsia="宋体" w:cs="宋体"/>
          <w:color w:val="000000"/>
        </w:rPr>
        <w:t>件</w:t>
      </w:r>
      <w:r>
        <w:pict>
          <v:shape id="_x0000_i72212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72" o:title="eqId7f9e8449aad35c5d840a3395ea86df6d"/>
            <o:lock v:ext="edit" aspectratio="t"/>
            <w10:wrap type="none"/>
            <w10:anchorlock/>
          </v:shape>
        </w:pict>
      </w:r>
      <w:r>
        <w:rPr>
          <w:rFonts w:ascii="宋体" w:hAnsi="宋体" w:eastAsia="宋体" w:cs="宋体"/>
          <w:color w:val="000000"/>
        </w:rPr>
        <w:t>礼物，</w:t>
      </w:r>
    </w:p>
    <w:p>
      <w:pPr>
        <w:spacing w:line="360" w:lineRule="auto"/>
        <w:jc w:val="left"/>
        <w:textAlignment w:val="center"/>
        <w:rPr>
          <w:color w:val="000000"/>
        </w:rPr>
      </w:pPr>
      <w:r>
        <w:pict>
          <v:shape id="_x0000_i72212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573" o:title="eqId2de0d10ef8b748d4531250c37c5d3f9e"/>
            <o:lock v:ext="edit" aspectratio="t"/>
            <w10:wrap type="none"/>
            <w10:anchorlock/>
          </v:shape>
        </w:pict>
      </w:r>
      <w:r>
        <w:rPr>
          <w:rFonts w:ascii="宋体" w:hAnsi="宋体" w:eastAsia="宋体" w:cs="宋体"/>
          <w:color w:val="000000"/>
        </w:rPr>
        <w:t>重量小于小李的盲盒为</w:t>
      </w:r>
      <w:r>
        <w:rPr>
          <w:rFonts w:ascii="Times New Roman" w:hAnsi="Times New Roman" w:eastAsia="Times New Roman" w:cs="Times New Roman"/>
          <w:color w:val="000000"/>
        </w:rPr>
        <w:t>2</w:t>
      </w:r>
      <w:r>
        <w:rPr>
          <w:rFonts w:ascii="宋体" w:hAnsi="宋体" w:eastAsia="宋体" w:cs="宋体"/>
          <w:color w:val="000000"/>
        </w:rPr>
        <w:t>件</w:t>
      </w:r>
      <w:r>
        <w:pict>
          <v:shape id="_x0000_i72212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74" o:title="eqId5963abe8f421bd99a2aaa94831a951e9"/>
            <o:lock v:ext="edit" aspectratio="t"/>
            <w10:wrap type="none"/>
            <w10:anchorlock/>
          </v:shape>
        </w:pict>
      </w:r>
      <w:r>
        <w:rPr>
          <w:rFonts w:ascii="宋体" w:hAnsi="宋体" w:eastAsia="宋体" w:cs="宋体"/>
          <w:color w:val="000000"/>
        </w:rPr>
        <w:t>礼物，</w:t>
      </w:r>
    </w:p>
    <w:p>
      <w:pPr>
        <w:spacing w:line="360" w:lineRule="auto"/>
        <w:jc w:val="left"/>
        <w:textAlignment w:val="center"/>
        <w:rPr>
          <w:color w:val="000000"/>
        </w:rPr>
      </w:pPr>
      <w:r>
        <w:pict>
          <v:shape id="_x0000_i722123"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575" o:title="eqId16f3d198e76391779fa3badc848c8ac8"/>
            <o:lock v:ext="edit" aspectratio="t"/>
            <w10:wrap type="none"/>
            <w10:anchorlock/>
          </v:shape>
        </w:pict>
      </w:r>
      <w:r>
        <w:rPr>
          <w:rFonts w:ascii="宋体" w:hAnsi="宋体" w:eastAsia="宋体" w:cs="宋体"/>
          <w:color w:val="000000"/>
        </w:rPr>
        <w:t>与小林的盲盒一样重的即</w:t>
      </w:r>
      <w:r>
        <w:rPr>
          <w:rFonts w:ascii="Times New Roman" w:hAnsi="Times New Roman" w:eastAsia="Times New Roman" w:cs="Times New Roman"/>
          <w:color w:val="000000"/>
        </w:rPr>
        <w:t>2</w:t>
      </w:r>
      <w:r>
        <w:rPr>
          <w:rFonts w:ascii="宋体" w:hAnsi="宋体" w:eastAsia="宋体" w:cs="宋体"/>
          <w:color w:val="000000"/>
        </w:rPr>
        <w:t>件</w:t>
      </w:r>
      <w:r>
        <w:pict>
          <v:shape id="_x0000_i72212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76" o:title="eqId7f9e8449aad35c5d840a3395ea86df6d"/>
            <o:lock v:ext="edit" aspectratio="t"/>
            <w10:wrap type="none"/>
            <w10:anchorlock/>
          </v:shape>
        </w:pict>
      </w:r>
      <w:r>
        <w:rPr>
          <w:rFonts w:ascii="宋体" w:hAnsi="宋体" w:eastAsia="宋体" w:cs="宋体"/>
          <w:color w:val="000000"/>
        </w:rPr>
        <w:t>礼物的盲盒有</w:t>
      </w:r>
      <w:r>
        <w:rPr>
          <w:rFonts w:ascii="Times New Roman" w:hAnsi="Times New Roman" w:eastAsia="Times New Roman" w:cs="Times New Roman"/>
          <w:color w:val="000000"/>
        </w:rPr>
        <w:t>6</w:t>
      </w:r>
      <w:r>
        <w:rPr>
          <w:rFonts w:ascii="宋体" w:hAnsi="宋体" w:eastAsia="宋体" w:cs="宋体"/>
          <w:color w:val="000000"/>
        </w:rPr>
        <w:t>盒，与小李的盲盒一样重的盲盒有</w:t>
      </w:r>
      <w:r>
        <w:rPr>
          <w:rFonts w:ascii="Times New Roman" w:hAnsi="Times New Roman" w:eastAsia="Times New Roman" w:cs="Times New Roman"/>
          <w:color w:val="000000"/>
        </w:rPr>
        <w:t>9</w:t>
      </w:r>
      <w:r>
        <w:rPr>
          <w:rFonts w:ascii="宋体" w:hAnsi="宋体" w:eastAsia="宋体" w:cs="宋体"/>
          <w:color w:val="000000"/>
        </w:rPr>
        <w:t>盒，重量小于小李的盲盒有</w:t>
      </w:r>
      <w:r>
        <w:rPr>
          <w:rFonts w:ascii="Times New Roman" w:hAnsi="Times New Roman" w:eastAsia="Times New Roman" w:cs="Times New Roman"/>
          <w:color w:val="000000"/>
        </w:rPr>
        <w:t>4</w:t>
      </w:r>
      <w:r>
        <w:rPr>
          <w:rFonts w:ascii="宋体" w:hAnsi="宋体" w:eastAsia="宋体" w:cs="宋体"/>
          <w:color w:val="000000"/>
        </w:rPr>
        <w:t>盒，</w:t>
      </w:r>
    </w:p>
    <w:p>
      <w:pPr>
        <w:spacing w:line="360" w:lineRule="auto"/>
        <w:jc w:val="left"/>
        <w:textAlignment w:val="center"/>
        <w:rPr>
          <w:color w:val="000000"/>
        </w:rPr>
      </w:pPr>
      <w:r>
        <w:pict>
          <v:shape id="_x0000_i722125" o:spt="75" alt="学科网(www.zxxk.com)--教育资源门户，提供试卷、教案、课件、论文、素材以及各类教学资源下载，还有大量而丰富的教学相关资讯！" type="#_x0000_t75" style="height:12.1pt;width:17.85pt;" o:ole="t" filled="f" o:preferrelative="t" stroked="f" coordsize="21600,21600">
            <v:path/>
            <v:fill on="f" focussize="0,0"/>
            <v:stroke on="f" joinstyle="miter"/>
            <v:imagedata r:id="rId577" o:title="eqId0b5a7388345e63db8dc85bfa66c6c458"/>
            <o:lock v:ext="edit" aspectratio="t"/>
            <w10:wrap type="none"/>
            <w10:anchorlock/>
          </v:shape>
        </w:pict>
      </w:r>
      <w:r>
        <w:rPr>
          <w:rFonts w:ascii="宋体" w:hAnsi="宋体" w:eastAsia="宋体" w:cs="宋体"/>
          <w:color w:val="000000"/>
        </w:rPr>
        <w:t>件</w:t>
      </w:r>
      <w:r>
        <w:pict>
          <v:shape id="_x0000_i72212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78" o:title="eqId7f9e8449aad35c5d840a3395ea86df6d"/>
            <o:lock v:ext="edit" aspectratio="t"/>
            <w10:wrap type="none"/>
            <w10:anchorlock/>
          </v:shape>
        </w:pict>
      </w:r>
      <w:r>
        <w:rPr>
          <w:rFonts w:ascii="宋体" w:hAnsi="宋体" w:eastAsia="宋体" w:cs="宋体"/>
          <w:color w:val="000000"/>
        </w:rPr>
        <w:t>礼物的有</w:t>
      </w:r>
      <w:r>
        <w:rPr>
          <w:rFonts w:ascii="Times New Roman" w:hAnsi="Times New Roman" w:eastAsia="Times New Roman" w:cs="Times New Roman"/>
          <w:color w:val="000000"/>
        </w:rPr>
        <w:t>6</w:t>
      </w:r>
      <w:r>
        <w:rPr>
          <w:rFonts w:ascii="宋体" w:hAnsi="宋体" w:eastAsia="宋体" w:cs="宋体"/>
          <w:color w:val="000000"/>
        </w:rPr>
        <w:t>盒，</w:t>
      </w:r>
      <w:r>
        <w:rPr>
          <w:rFonts w:ascii="Times New Roman" w:hAnsi="Times New Roman" w:eastAsia="Times New Roman" w:cs="Times New Roman"/>
          <w:color w:val="000000"/>
        </w:rPr>
        <w:t>1</w:t>
      </w:r>
      <w:r>
        <w:rPr>
          <w:rFonts w:ascii="宋体" w:hAnsi="宋体" w:eastAsia="宋体" w:cs="宋体"/>
          <w:color w:val="000000"/>
        </w:rPr>
        <w:t>件</w:t>
      </w:r>
      <w:r>
        <w:pict>
          <v:shape id="_x0000_i72212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79" o:title="eqId5963abe8f421bd99a2aaa94831a951e9"/>
            <o:lock v:ext="edit" aspectratio="t"/>
            <w10:wrap type="none"/>
            <w10:anchorlock/>
          </v:shape>
        </w:pict>
      </w:r>
      <w:r>
        <w:rPr>
          <w:rFonts w:ascii="宋体" w:hAnsi="宋体" w:eastAsia="宋体" w:cs="宋体"/>
          <w:color w:val="000000"/>
        </w:rPr>
        <w:t>礼物和</w:t>
      </w:r>
      <w:r>
        <w:rPr>
          <w:rFonts w:ascii="Times New Roman" w:hAnsi="Times New Roman" w:eastAsia="Times New Roman" w:cs="Times New Roman"/>
          <w:color w:val="000000"/>
        </w:rPr>
        <w:t>1</w:t>
      </w:r>
      <w:r>
        <w:rPr>
          <w:rFonts w:ascii="宋体" w:hAnsi="宋体" w:eastAsia="宋体" w:cs="宋体"/>
          <w:color w:val="000000"/>
        </w:rPr>
        <w:t>件</w:t>
      </w:r>
      <w:r>
        <w:pict>
          <v:shape id="_x0000_i72212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78" o:title="eqId7f9e8449aad35c5d840a3395ea86df6d"/>
            <o:lock v:ext="edit" aspectratio="t"/>
            <w10:wrap type="none"/>
            <w10:anchorlock/>
          </v:shape>
        </w:pict>
      </w:r>
      <w:r>
        <w:rPr>
          <w:rFonts w:ascii="宋体" w:hAnsi="宋体" w:eastAsia="宋体" w:cs="宋体"/>
          <w:color w:val="000000"/>
        </w:rPr>
        <w:t>礼物各有</w:t>
      </w:r>
      <w:r>
        <w:rPr>
          <w:rFonts w:ascii="Times New Roman" w:hAnsi="Times New Roman" w:eastAsia="Times New Roman" w:cs="Times New Roman"/>
          <w:color w:val="000000"/>
        </w:rPr>
        <w:t>10</w:t>
      </w:r>
      <w:r>
        <w:rPr>
          <w:rFonts w:ascii="宋体" w:hAnsi="宋体" w:eastAsia="宋体" w:cs="宋体"/>
          <w:color w:val="000000"/>
        </w:rPr>
        <w:t>盒，</w:t>
      </w:r>
      <w:r>
        <w:rPr>
          <w:rFonts w:ascii="Times New Roman" w:hAnsi="Times New Roman" w:eastAsia="Times New Roman" w:cs="Times New Roman"/>
          <w:color w:val="000000"/>
        </w:rPr>
        <w:t>2</w:t>
      </w:r>
      <w:r>
        <w:rPr>
          <w:rFonts w:ascii="宋体" w:hAnsi="宋体" w:eastAsia="宋体" w:cs="宋体"/>
          <w:color w:val="000000"/>
        </w:rPr>
        <w:t>件</w:t>
      </w:r>
      <w:r>
        <w:pict>
          <v:shape id="_x0000_i72212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79" o:title="eqId5963abe8f421bd99a2aaa94831a951e9"/>
            <o:lock v:ext="edit" aspectratio="t"/>
            <w10:wrap type="none"/>
            <w10:anchorlock/>
          </v:shape>
        </w:pict>
      </w:r>
      <w:r>
        <w:rPr>
          <w:rFonts w:ascii="宋体" w:hAnsi="宋体" w:eastAsia="宋体" w:cs="宋体"/>
          <w:color w:val="000000"/>
        </w:rPr>
        <w:t>礼物有</w:t>
      </w:r>
      <w:r>
        <w:rPr>
          <w:rFonts w:ascii="Times New Roman" w:hAnsi="Times New Roman" w:eastAsia="Times New Roman" w:cs="Times New Roman"/>
          <w:color w:val="000000"/>
        </w:rPr>
        <w:t>4</w:t>
      </w:r>
      <w:r>
        <w:rPr>
          <w:rFonts w:ascii="宋体" w:hAnsi="宋体" w:eastAsia="宋体" w:cs="宋体"/>
          <w:color w:val="000000"/>
        </w:rPr>
        <w:t>盒，</w:t>
      </w:r>
    </w:p>
    <w:p>
      <w:pPr>
        <w:spacing w:line="360" w:lineRule="auto"/>
        <w:jc w:val="left"/>
        <w:textAlignment w:val="center"/>
        <w:rPr>
          <w:color w:val="000000"/>
        </w:rPr>
      </w:pPr>
      <w:r>
        <w:pict>
          <v:shape id="_x0000_i722130" o:spt="75" alt="学科网(www.zxxk.com)--教育资源门户，提供试卷、教案、课件、论文、素材以及各类教学资源下载，还有大量而丰富的教学相关资讯！" type="#_x0000_t75" style="height:15pt;width:217.8pt;" o:ole="t" filled="f" o:preferrelative="t" stroked="f" coordsize="21600,21600">
            <v:path/>
            <v:fill on="f" focussize="0,0"/>
            <v:stroke on="f" joinstyle="miter"/>
            <v:imagedata r:id="rId580" o:title="eqId723677754401e08cd18d42acfad06b6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22131" o:spt="75" alt="学科网(www.zxxk.com)--教育资源门户，提供试卷、教案、课件、论文、素材以及各类教学资源下载，还有大量而丰富的教学相关资讯！" type="#_x0000_t75" style="height:13.8pt;width:34.2pt;" o:ole="t" filled="f" o:preferrelative="t" stroked="f" coordsize="21600,21600">
            <v:path/>
            <v:fill on="f" focussize="0,0"/>
            <v:stroke on="f" joinstyle="miter"/>
            <v:imagedata r:id="rId581" o:title="eqIda1261661445eb34e7a78accaf9d4251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65</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本题主要考查一元一次方程，能根据数据准确判断小李与小林的盲盒中的礼物是解答此题的关键．</w:t>
      </w:r>
    </w:p>
    <w:p>
      <w:pPr>
        <w:spacing w:line="360" w:lineRule="auto"/>
        <w:jc w:val="both"/>
        <w:textAlignment w:val="center"/>
        <w:rPr>
          <w:color w:val="000000"/>
        </w:rPr>
      </w:pPr>
      <w:r>
        <w:rPr>
          <w:rFonts w:ascii="宋体" w:hAnsi="宋体" w:eastAsia="宋体" w:cs="宋体"/>
          <w:b/>
          <w:color w:val="000000"/>
          <w:sz w:val="24"/>
        </w:rPr>
        <w:t>三、解答题（共</w:t>
      </w:r>
      <w:r>
        <w:rPr>
          <w:rFonts w:ascii="Times New Roman" w:hAnsi="Times New Roman" w:eastAsia="Times New Roman" w:cs="Times New Roman"/>
          <w:b/>
          <w:color w:val="000000"/>
          <w:sz w:val="24"/>
        </w:rPr>
        <w:t>68</w:t>
      </w:r>
      <w:r>
        <w:rPr>
          <w:rFonts w:ascii="宋体" w:hAnsi="宋体" w:eastAsia="宋体" w:cs="宋体"/>
          <w:b/>
          <w:color w:val="000000"/>
          <w:sz w:val="24"/>
        </w:rPr>
        <w:t>分，第</w:t>
      </w:r>
      <w:r>
        <w:rPr>
          <w:rFonts w:ascii="Times New Roman" w:hAnsi="Times New Roman" w:eastAsia="Times New Roman" w:cs="Times New Roman"/>
          <w:b/>
          <w:color w:val="000000"/>
          <w:sz w:val="24"/>
        </w:rPr>
        <w:t>17-20</w:t>
      </w:r>
      <w:r>
        <w:rPr>
          <w:rFonts w:ascii="宋体" w:hAnsi="宋体" w:eastAsia="宋体" w:cs="宋体"/>
          <w:b/>
          <w:color w:val="000000"/>
          <w:sz w:val="24"/>
        </w:rPr>
        <w:t>题，每题</w:t>
      </w:r>
      <w:r>
        <w:rPr>
          <w:rFonts w:ascii="Times New Roman" w:hAnsi="Times New Roman" w:eastAsia="Times New Roman" w:cs="Times New Roman"/>
          <w:b/>
          <w:color w:val="000000"/>
          <w:sz w:val="24"/>
        </w:rPr>
        <w:t>5</w:t>
      </w:r>
      <w:r>
        <w:rPr>
          <w:rFonts w:ascii="宋体" w:hAnsi="宋体" w:eastAsia="宋体" w:cs="宋体"/>
          <w:b/>
          <w:color w:val="000000"/>
          <w:sz w:val="24"/>
        </w:rPr>
        <w:t>分，第</w:t>
      </w:r>
      <w:r>
        <w:rPr>
          <w:rFonts w:ascii="Times New Roman" w:hAnsi="Times New Roman" w:eastAsia="Times New Roman" w:cs="Times New Roman"/>
          <w:b/>
          <w:color w:val="000000"/>
          <w:sz w:val="24"/>
        </w:rPr>
        <w:t>21</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22-23</w:t>
      </w:r>
      <w:r>
        <w:rPr>
          <w:rFonts w:ascii="宋体" w:hAnsi="宋体" w:eastAsia="宋体" w:cs="宋体"/>
          <w:b/>
          <w:color w:val="000000"/>
          <w:sz w:val="24"/>
        </w:rPr>
        <w:t>题，每题</w:t>
      </w:r>
      <w:r>
        <w:rPr>
          <w:rFonts w:ascii="Times New Roman" w:hAnsi="Times New Roman" w:eastAsia="Times New Roman" w:cs="Times New Roman"/>
          <w:b/>
          <w:color w:val="000000"/>
          <w:sz w:val="24"/>
        </w:rPr>
        <w:t>5</w:t>
      </w:r>
      <w:r>
        <w:rPr>
          <w:rFonts w:ascii="宋体" w:hAnsi="宋体" w:eastAsia="宋体" w:cs="宋体"/>
          <w:b/>
          <w:color w:val="000000"/>
          <w:sz w:val="24"/>
        </w:rPr>
        <w:t>分，第</w:t>
      </w:r>
      <w:r>
        <w:rPr>
          <w:rFonts w:ascii="Times New Roman" w:hAnsi="Times New Roman" w:eastAsia="Times New Roman" w:cs="Times New Roman"/>
          <w:b/>
          <w:color w:val="000000"/>
          <w:sz w:val="24"/>
        </w:rPr>
        <w:t>24-26</w:t>
      </w:r>
      <w:r>
        <w:rPr>
          <w:rFonts w:ascii="宋体" w:hAnsi="宋体" w:eastAsia="宋体" w:cs="宋体"/>
          <w:b/>
          <w:color w:val="000000"/>
          <w:sz w:val="24"/>
        </w:rPr>
        <w:t>题，每题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27-28</w:t>
      </w:r>
      <w:r>
        <w:rPr>
          <w:rFonts w:ascii="宋体" w:hAnsi="宋体" w:eastAsia="宋体" w:cs="宋体"/>
          <w:b/>
          <w:color w:val="000000"/>
          <w:sz w:val="24"/>
        </w:rPr>
        <w:t>题，每题</w:t>
      </w:r>
      <w:r>
        <w:rPr>
          <w:rFonts w:ascii="Times New Roman" w:hAnsi="Times New Roman" w:eastAsia="Times New Roman" w:cs="Times New Roman"/>
          <w:b/>
          <w:color w:val="000000"/>
          <w:sz w:val="24"/>
        </w:rPr>
        <w:t>7</w:t>
      </w:r>
      <w:r>
        <w:rPr>
          <w:rFonts w:ascii="宋体" w:hAnsi="宋体" w:eastAsia="宋体" w:cs="宋体"/>
          <w:b/>
          <w:color w:val="000000"/>
          <w:sz w:val="24"/>
        </w:rPr>
        <w:t>分）</w:t>
      </w:r>
    </w:p>
    <w:p>
      <w:pPr>
        <w:pStyle w:val="Heading2"/>
      </w:pPr>
      <w:r>
        <w:t>人大附中二分校</w:t>
      </w:r>
    </w:p>
    <w:p>
      <w:pPr>
        <w:spacing w:line="360" w:lineRule="auto"/>
        <w:jc w:val="left"/>
        <w:textAlignment w:val="center"/>
        <w:rPr>
          <w:color w:val="000000"/>
        </w:rPr>
      </w:pPr>
      <w:r>
        <w:rPr>
          <w:color w:val="000000"/>
        </w:rPr>
        <w:t xml:space="preserve">18. </w:t>
      </w:r>
      <w:r>
        <w:rPr>
          <w:rFonts w:ascii="宋体" w:eastAsia="宋体" w:hAnsi="宋体" w:cs="宋体"/>
          <w:color w:val="000000"/>
        </w:rPr>
        <w:t>小黑和小白妈妈特别喜欢和他们做游戏，有一次他们玩扑克牌游戏，妈妈从图中扑克牌中拿了一张牌，告诉了儿子小黑</w:t>
      </w:r>
      <w:r>
        <w:pict>
          <v:shape id="_x0000_i722132" type="#_x0000_t75" alt="学科网(www.zxxk.com)--教育资源门户，提供试卷、教案、课件、论文、素材以及各类教学资源下载，还有大量而丰富的教学相关资讯！" style="width:12pt;height:12pt" o:oleicon="f" o:ole="">
            <v:imagedata r:id="rId582" o:title="eqId5963abe8f421bd99a2aaa94831a951e9"/>
          </v:shape>
        </w:pict>
      </w:r>
      <w:r>
        <w:rPr>
          <w:rFonts w:ascii="宋体" w:eastAsia="宋体" w:hAnsi="宋体" w:cs="宋体"/>
          <w:color w:val="000000"/>
        </w:rPr>
        <w:t>数字，女儿小白</w:t>
      </w:r>
      <w:r>
        <w:pict>
          <v:shape id="_x0000_i722133" type="#_x0000_t75" alt="学科网(www.zxxk.com)--教育资源门户，提供试卷、教案、课件、论文、素材以及各类教学资源下载，还有大量而丰富的教学相关资讯！" style="width:9.75pt;height:10.5pt" o:oleicon="f" o:ole="">
            <v:imagedata r:id="rId583" o:title="eqId7f9e8449aad35c5d840a3395ea86df6d"/>
          </v:shape>
        </w:pict>
      </w:r>
      <w:r>
        <w:rPr>
          <w:rFonts w:ascii="宋体" w:eastAsia="宋体" w:hAnsi="宋体" w:cs="宋体"/>
          <w:color w:val="000000"/>
        </w:rPr>
        <w:t>花色，以下是</w:t>
      </w:r>
      <w:r>
        <w:pict>
          <v:shape id="_x0000_i722134" type="#_x0000_t75" alt="学科网(www.zxxk.com)--教育资源门户，提供试卷、教案、课件、论文、素材以及各类教学资源下载，还有大量而丰富的教学相关资讯！" style="width:12pt;height:12pt" o:oleicon="f" o:ole="">
            <v:imagedata r:id="rId582" o:title="eqId5963abe8f421bd99a2aaa94831a951e9"/>
          </v:shape>
        </w:pict>
      </w:r>
      <w:r>
        <w:rPr>
          <w:rFonts w:ascii="Times New Roman" w:eastAsia="Times New Roman" w:hAnsi="Times New Roman" w:cs="Times New Roman"/>
          <w:i/>
          <w:color w:val="000000"/>
        </w:rPr>
        <w:t>、</w:t>
      </w:r>
      <w:r>
        <w:pict>
          <v:shape id="_x0000_i722135" type="#_x0000_t75" alt="学科网(www.zxxk.com)--教育资源门户，提供试卷、教案、课件、论文、素材以及各类教学资源下载，还有大量而丰富的教学相关资讯！" style="width:9.75pt;height:10.5pt" o:oleicon="f" o:ole="">
            <v:imagedata r:id="rId583" o:title="eqId7f9e8449aad35c5d840a3395ea86df6d"/>
          </v:shape>
        </w:pict>
      </w:r>
      <w:r>
        <w:rPr>
          <w:rFonts w:ascii="宋体" w:eastAsia="宋体" w:hAnsi="宋体" w:cs="宋体"/>
          <w:color w:val="000000"/>
        </w:rPr>
        <w:t>两个人的对话：</w:t>
      </w:r>
    </w:p>
    <w:p>
      <w:pPr>
        <w:spacing w:line="360" w:lineRule="auto"/>
        <w:jc w:val="left"/>
        <w:textAlignment w:val="center"/>
        <w:rPr>
          <w:color w:val="000000"/>
        </w:rPr>
      </w:pPr>
      <w:r>
        <w:rPr>
          <w:color w:val="000000"/>
        </w:rPr>
        <w:drawing>
          <wp:inline>
            <wp:extent cx="3762375" cy="3686175"/>
            <wp:docPr id="42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0" name=""/>
                    <pic:cNvPicPr>
                      <a:picLocks noChangeAspect="1"/>
                    </pic:cNvPicPr>
                  </pic:nvPicPr>
                  <pic:blipFill>
                    <a:blip r:embed="rId584"/>
                    <a:stretch>
                      <a:fillRect/>
                    </a:stretch>
                  </pic:blipFill>
                  <pic:spPr>
                    <a:xfrm>
                      <a:off x="0" y="0"/>
                      <a:ext cx="3762375" cy="3686175"/>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：我不知道这张牌</w:t>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：我早知道你不知道</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：我现在知道这张牌了</w:t>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：我也知道了．</w:t>
      </w:r>
    </w:p>
    <w:p>
      <w:pPr>
        <w:spacing w:line="360" w:lineRule="auto"/>
        <w:jc w:val="left"/>
        <w:textAlignment w:val="center"/>
        <w:rPr>
          <w:color w:val="000000"/>
        </w:rPr>
      </w:pPr>
      <w:r>
        <w:rPr>
          <w:rFonts w:ascii="宋体" w:eastAsia="宋体" w:hAnsi="宋体" w:cs="宋体"/>
          <w:color w:val="000000"/>
        </w:rPr>
        <w:t>请问小黑和小白妈妈拿的那张牌是</w:t>
      </w:r>
      <w:r>
        <w:rPr>
          <w:rFonts w:ascii="Times New Roman" w:eastAsia="Times New Roman" w:hAnsi="Times New Roman" w:cs="Times New Roman"/>
          <w:color w:val="000000"/>
        </w:rPr>
        <w:t xml:space="preserve"> </w:t>
      </w:r>
      <w:r>
        <w:rPr>
          <w:color w:val="000000"/>
        </w:rPr>
        <w:t>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方块</w:t>
      </w:r>
      <w:r>
        <w:pict>
          <v:shape id="_x0000_i722136" type="#_x0000_t75" alt="学科网(www.zxxk.com)--教育资源门户，提供试卷、教案、课件、论文、素材以及各类教学资源下载，还有大量而丰富的教学相关资讯！" style="width:9.25pt;height:14.2pt" o:oleicon="f" o:ole="">
            <v:imagedata r:id="rId585" o:title="eqIdd91e07104b699c4012be2d26160976a2"/>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根据题目条件，进行推理，逐一排除，即可．</w:t>
      </w:r>
    </w:p>
    <w:p>
      <w:pPr>
        <w:spacing w:line="360" w:lineRule="auto"/>
        <w:jc w:val="left"/>
        <w:textAlignment w:val="center"/>
        <w:rPr>
          <w:color w:val="000000"/>
        </w:rPr>
      </w:pPr>
      <w:r>
        <w:rPr>
          <w:color w:val="000000"/>
        </w:rPr>
        <w:t>【详解】</w:t>
      </w:r>
      <w:r>
        <w:rPr>
          <w:rFonts w:ascii="宋体" w:eastAsia="宋体" w:hAnsi="宋体" w:cs="宋体"/>
          <w:color w:val="000000"/>
        </w:rPr>
        <w:t>∵</w:t>
      </w:r>
      <w:r>
        <w:pict>
          <v:shape id="_x0000_i722137" type="#_x0000_t75" alt="学科网(www.zxxk.com)--教育资源门户，提供试卷、教案、课件、论文、素材以及各类教学资源下载，还有大量而丰富的教学相关资讯！" style="width:12pt;height:12pt" o:oleicon="f" o:ole="">
            <v:imagedata r:id="rId586" o:title="eqId5963abe8f421bd99a2aaa94831a951e9"/>
          </v:shape>
        </w:pict>
      </w:r>
      <w:r>
        <w:rPr>
          <w:rFonts w:ascii="宋体" w:eastAsia="宋体" w:hAnsi="宋体" w:cs="宋体"/>
          <w:color w:val="000000"/>
        </w:rPr>
        <w:t>我不知道这张牌可知：在所有牌中，这张牌为数字且不同花色的不止一张；</w:t>
      </w:r>
    </w:p>
    <w:p>
      <w:pPr>
        <w:spacing w:line="360" w:lineRule="auto"/>
        <w:jc w:val="left"/>
        <w:textAlignment w:val="center"/>
        <w:rPr>
          <w:color w:val="000000"/>
        </w:rPr>
      </w:pPr>
      <w:r>
        <w:rPr>
          <w:rFonts w:ascii="宋体" w:eastAsia="宋体" w:hAnsi="宋体" w:cs="宋体"/>
          <w:color w:val="000000"/>
        </w:rPr>
        <w:t>∴仅剩</w:t>
      </w:r>
      <w:r>
        <w:pict>
          <v:shape id="_x0000_i722138" type="#_x0000_t75" alt="学科网(www.zxxk.com)--教育资源门户，提供试卷、教案、课件、论文、素材以及各类教学资源下载，还有大量而丰富的教学相关资讯！" style="width:9.6pt;height:13.2pt" o:oleicon="f" o:ole="">
            <v:imagedata r:id="rId587" o:title="eqIdb8860d9787671b53b1ab68b3d526f5ca"/>
          </v:shape>
        </w:pict>
      </w:r>
      <w:r>
        <w:rPr>
          <w:rFonts w:ascii="宋体" w:eastAsia="宋体" w:hAnsi="宋体" w:cs="宋体"/>
          <w:color w:val="000000"/>
        </w:rPr>
        <w:t>与</w:t>
      </w:r>
      <w:r>
        <w:pict>
          <v:shape id="_x0000_i722139" type="#_x0000_t75" alt="学科网(www.zxxk.com)--教育资源门户，提供试卷、教案、课件、论文、素材以及各类教学资源下载，还有大量而丰富的教学相关资讯！" style="width:9.25pt;height:14.2pt" o:oleicon="f" o:ole="">
            <v:imagedata r:id="rId588" o:title="eqIdd91e07104b699c4012be2d26160976a2"/>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22140" type="#_x0000_t75" alt="学科网(www.zxxk.com)--教育资源门户，提供试卷、教案、课件、论文、素材以及各类教学资源下载，还有大量而丰富的教学相关资讯！" style="width:9.75pt;height:10.5pt" o:oleicon="f" o:ole="">
            <v:imagedata r:id="rId589" o:title="eqId7f9e8449aad35c5d840a3395ea86df6d"/>
          </v:shape>
        </w:pict>
      </w:r>
      <w:r>
        <w:rPr>
          <w:rFonts w:ascii="宋体" w:eastAsia="宋体" w:hAnsi="宋体" w:cs="宋体"/>
          <w:color w:val="000000"/>
        </w:rPr>
        <w:t>我早知道你不知道可知，牌的花色为方块，</w:t>
      </w:r>
    </w:p>
    <w:p>
      <w:pPr>
        <w:spacing w:line="360" w:lineRule="auto"/>
        <w:jc w:val="left"/>
        <w:textAlignment w:val="center"/>
        <w:rPr>
          <w:color w:val="000000"/>
        </w:rPr>
      </w:pPr>
      <w:r>
        <w:rPr>
          <w:rFonts w:ascii="宋体" w:eastAsia="宋体" w:hAnsi="宋体" w:cs="宋体"/>
          <w:color w:val="000000"/>
        </w:rPr>
        <w:t>∴只能是方块</w:t>
      </w:r>
      <w:r>
        <w:pict>
          <v:shape id="_x0000_i722141" type="#_x0000_t75" alt="学科网(www.zxxk.com)--教育资源门户，提供试卷、教案、课件、论文、素材以及各类教学资源下载，还有大量而丰富的教学相关资讯！" style="width:9.25pt;height:14.2pt" o:oleicon="f" o:ole="">
            <v:imagedata r:id="rId590" o:title="eqIdd91e07104b699c4012be2d26160976a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故答案为：方块</w:t>
      </w:r>
      <w:r>
        <w:pict>
          <v:shape id="_x0000_i722142" type="#_x0000_t75" alt="学科网(www.zxxk.com)--教育资源门户，提供试卷、教案、课件、论文、素材以及各类教学资源下载，还有大量而丰富的教学相关资讯！" style="width:9.25pt;height:14.2pt" o:oleicon="f" o:ole="">
            <v:imagedata r:id="rId591" o:title="eqIdd91e07104b699c4012be2d26160976a2"/>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本题考查了概率的知识，灵活运用排除法是解题的关键．</w:t>
      </w:r>
    </w:p>
    <w:p>
      <w:pPr>
        <w:spacing w:line="360" w:lineRule="auto"/>
        <w:jc w:val="left"/>
        <w:textAlignment w:val="center"/>
        <w:rPr>
          <w:color w:val="000000"/>
        </w:rPr>
      </w:pPr>
      <w:r>
        <w:rPr>
          <w:rFonts w:ascii="宋体" w:eastAsia="宋体" w:hAnsi="宋体" w:cs="宋体"/>
          <w:b/>
          <w:color w:val="000000"/>
          <w:sz w:val="24"/>
        </w:rPr>
        <w:t>三、解答题</w:t>
      </w:r>
    </w:p>
    <w:p>
      <w:pPr>
        <w:pStyle w:val="Heading2"/>
      </w:pPr>
      <w:r>
        <w:t>大兴区</w:t>
      </w:r>
    </w:p>
    <w:p>
      <w:pPr>
        <w:spacing w:line="360" w:lineRule="auto"/>
        <w:jc w:val="both"/>
        <w:textAlignment w:val="center"/>
        <w:rPr>
          <w:color w:val="000000"/>
        </w:rPr>
      </w:pPr>
      <w:r>
        <w:rPr>
          <w:color w:val="000000"/>
        </w:rPr>
        <w:t xml:space="preserve">16. </w:t>
      </w:r>
      <w:r>
        <w:rPr>
          <w:rFonts w:ascii="宋体" w:eastAsia="宋体" w:hAnsi="宋体" w:cs="宋体"/>
          <w:color w:val="000000"/>
        </w:rPr>
        <w:t>一元一次方程</w:t>
      </w:r>
      <w:r>
        <w:pict>
          <v:shape id="_x0000_i722143" type="#_x0000_t75" alt="学科网(www.zxxk.com)--教育资源门户，提供试卷、教案、课件、论文、素材以及各类教学资源下载，还有大量而丰富的教学相关资讯！" style="width:48.75pt;height:30.75pt" o:oleicon="f" o:ole="">
            <v:imagedata r:id="rId592" o:title="eqId918e019ce1336f9588e0be10e0f2e60a"/>
          </v:shape>
        </w:pict>
      </w:r>
      <w:r>
        <w:rPr>
          <w:rFonts w:ascii="宋体" w:eastAsia="宋体" w:hAnsi="宋体" w:cs="宋体"/>
          <w:color w:val="000000"/>
        </w:rPr>
        <w:t>的解</w:t>
      </w:r>
      <w:r>
        <w:pict>
          <v:shape id="_x0000_i722144" type="#_x0000_t75" alt="学科网(www.zxxk.com)--教育资源门户，提供试卷、教案、课件、论文、素材以及各类教学资源下载，还有大量而丰富的教学相关资讯！" style="width:9pt;height:9.75pt" o:oleicon="f" o:ole="">
            <v:imagedata r:id="rId593" o:title="eqId81dea63b8ce3e51adf66cf7b9982a248"/>
          </v:shape>
        </w:pict>
      </w:r>
      <w:r>
        <w:rPr>
          <w:rFonts w:ascii="宋体" w:eastAsia="宋体" w:hAnsi="宋体" w:cs="宋体"/>
          <w:color w:val="000000"/>
        </w:rPr>
        <w:t>为正整数，则正整数</w:t>
      </w:r>
      <w:r>
        <w:pict>
          <v:shape id="_x0000_i722145" type="#_x0000_t75" alt="学科网(www.zxxk.com)--教育资源门户，提供试卷、教案、课件、论文、素材以及各类教学资源下载，还有大量而丰富的教学相关资讯！" style="width:12.75pt;height:11.25pt" o:oleicon="f" o:ole="">
            <v:imagedata r:id="rId594" o:title="eqId294f5ba74cdf695fc9a8a8e52f421328"/>
          </v:shape>
        </w:pict>
      </w:r>
      <w:r>
        <w:rPr>
          <w:rFonts w:ascii="宋体" w:eastAsia="宋体" w:hAnsi="宋体" w:cs="宋体"/>
          <w:color w:val="000000"/>
        </w:rPr>
        <w:t>的值为</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根据正整数的定义求解即可．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pict>
          <v:shape id="_x0000_i722146" type="#_x0000_t75" alt="学科网(www.zxxk.com)--教育资源门户，提供试卷、教案、课件、论文、素材以及各类教学资源下载，还有大量而丰富的教学相关资讯！" style="width:9.75pt;height:8.25pt" o:oleicon="f" o:ole="">
            <v:imagedata r:id="rId595" o:title="eqId16f3d198e76391779fa3badc848c8ac8"/>
          </v:shape>
        </w:pict>
      </w:r>
      <w:r>
        <w:rPr>
          <w:rFonts w:ascii="宋体" w:eastAsia="宋体" w:hAnsi="宋体" w:cs="宋体"/>
          <w:color w:val="000000"/>
        </w:rPr>
        <w:t>一元一次方程</w:t>
      </w:r>
      <w:r>
        <w:pict>
          <v:shape id="_x0000_i722147" type="#_x0000_t75" alt="学科网(www.zxxk.com)--教育资源门户，提供试卷、教案、课件、论文、素材以及各类教学资源下载，还有大量而丰富的教学相关资讯！" style="width:48.75pt;height:30.75pt" o:oleicon="f" o:ole="">
            <v:imagedata r:id="rId596" o:title="eqId918e019ce1336f9588e0be10e0f2e60a"/>
          </v:shape>
        </w:pict>
      </w:r>
      <w:r>
        <w:rPr>
          <w:rFonts w:ascii="宋体" w:eastAsia="宋体" w:hAnsi="宋体" w:cs="宋体"/>
          <w:color w:val="000000"/>
        </w:rPr>
        <w:t>的解</w:t>
      </w:r>
      <w:r>
        <w:pict>
          <v:shape id="_x0000_i722148" type="#_x0000_t75" alt="学科网(www.zxxk.com)--教育资源门户，提供试卷、教案、课件、论文、素材以及各类教学资源下载，还有大量而丰富的教学相关资讯！" style="width:9pt;height:9.75pt" o:oleicon="f" o:ole="">
            <v:imagedata r:id="rId597" o:title="eqId81dea63b8ce3e51adf66cf7b9982a248"/>
          </v:shape>
        </w:pict>
      </w:r>
      <w:r>
        <w:rPr>
          <w:rFonts w:ascii="宋体" w:eastAsia="宋体" w:hAnsi="宋体" w:cs="宋体"/>
          <w:color w:val="000000"/>
        </w:rPr>
        <w:t>为正整数，</w:t>
      </w:r>
    </w:p>
    <w:p>
      <w:pPr>
        <w:spacing w:line="360" w:lineRule="auto"/>
        <w:jc w:val="left"/>
        <w:textAlignment w:val="center"/>
        <w:rPr>
          <w:color w:val="000000"/>
        </w:rPr>
      </w:pPr>
      <w:r>
        <w:rPr>
          <w:rFonts w:ascii="宋体" w:eastAsia="宋体" w:hAnsi="宋体" w:cs="宋体"/>
          <w:color w:val="000000"/>
        </w:rPr>
        <w:t>且</w:t>
      </w:r>
      <w:r>
        <w:rPr>
          <w:rFonts w:ascii="Times New Roman" w:eastAsia="Times New Roman" w:hAnsi="Times New Roman" w:cs="Times New Roman"/>
          <w:i/>
          <w:color w:val="000000"/>
        </w:rPr>
        <w:t>m</w:t>
      </w:r>
      <w:r>
        <w:rPr>
          <w:rFonts w:ascii="宋体" w:eastAsia="宋体" w:hAnsi="宋体" w:cs="宋体"/>
          <w:color w:val="000000"/>
        </w:rPr>
        <w:t>为正整数，</w:t>
      </w:r>
    </w:p>
    <w:p>
      <w:pPr>
        <w:spacing w:line="360" w:lineRule="auto"/>
        <w:jc w:val="left"/>
        <w:textAlignment w:val="center"/>
        <w:rPr>
          <w:color w:val="000000"/>
        </w:rPr>
      </w:pPr>
      <w:r>
        <w:pict>
          <v:shape id="_x0000_i722149" type="#_x0000_t75" alt="学科网(www.zxxk.com)--教育资源门户，提供试卷、教案、课件、论文、素材以及各类教学资源下载，还有大量而丰富的教学相关资讯！" style="width:54.75pt;height:14.25pt" o:oleicon="f" o:ole="">
            <v:imagedata r:id="rId598" o:title="eqId47c95ce5ff78aebf1310e7a8cba502df"/>
          </v:shape>
        </w:pict>
      </w:r>
      <w:r>
        <w:rPr>
          <w:rFonts w:ascii="宋体" w:eastAsia="宋体" w:hAnsi="宋体" w:cs="宋体"/>
          <w:color w:val="000000"/>
        </w:rPr>
        <w:t>，</w:t>
      </w:r>
    </w:p>
    <w:p>
      <w:pPr>
        <w:spacing w:line="360" w:lineRule="auto"/>
        <w:jc w:val="left"/>
        <w:textAlignment w:val="center"/>
        <w:rPr>
          <w:color w:val="000000"/>
        </w:rPr>
      </w:pPr>
      <w:r>
        <w:pict>
          <v:shape id="_x0000_i722150" type="#_x0000_t75" alt="学科网(www.zxxk.com)--教育资源门户，提供试卷、教案、课件、论文、素材以及各类教学资源下载，还有大量而丰富的教学相关资讯！" style="width:35.05pt;height:13.9pt" o:oleicon="f" o:ole="">
            <v:imagedata r:id="rId599" o:title="eqId452f1a5f8279877f0902cb15a8f24a9d"/>
          </v:shape>
        </w:pict>
      </w:r>
      <w:r>
        <w:rPr>
          <w:rFonts w:ascii="宋体" w:eastAsia="宋体" w:hAnsi="宋体" w:cs="宋体"/>
          <w:color w:val="000000"/>
        </w:rPr>
        <w:t>，</w:t>
      </w:r>
    </w:p>
    <w:p>
      <w:pPr>
        <w:spacing w:line="360" w:lineRule="auto"/>
        <w:jc w:val="left"/>
        <w:textAlignment w:val="center"/>
        <w:rPr>
          <w:color w:val="000000"/>
        </w:rPr>
      </w:pPr>
      <w:r>
        <w:pict>
          <v:shape id="_x0000_i722151" type="#_x0000_t75" alt="学科网(www.zxxk.com)--教育资源门户，提供试卷、教案、课件、论文、素材以及各类教学资源下载，还有大量而丰富的教学相关资讯！" style="width:35.4pt;height:12.6pt" o:oleicon="f" o:ole="">
            <v:imagedata r:id="rId600" o:title="eqId2379cc35b1db053ebb385d238346f97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本题考查了正整数的定义，一元一次方程的解，熟练掌握知识点是解题的关键．</w:t>
      </w:r>
    </w:p>
    <w:p>
      <w:pPr>
        <w:spacing w:line="285" w:lineRule="auto"/>
        <w:jc w:val="both"/>
        <w:textAlignment w:val="center"/>
        <w:rPr>
          <w:color w:val="000000"/>
        </w:rPr>
      </w:pPr>
      <w:r>
        <w:rPr>
          <w:rFonts w:ascii="宋体" w:eastAsia="宋体" w:hAnsi="宋体" w:cs="宋体"/>
          <w:b/>
          <w:color w:val="000000"/>
          <w:sz w:val="24"/>
        </w:rPr>
        <w:t>三、解答题（共68分，第17~23题每题5分，第24，25题每题6分，第26~28题每题7分）</w:t>
      </w:r>
    </w:p>
    <w:p>
      <w:pPr>
        <w:spacing w:line="285" w:lineRule="auto"/>
        <w:jc w:val="both"/>
        <w:textAlignment w:val="center"/>
        <w:rPr>
          <w:color w:val="000000"/>
        </w:rPr>
      </w:pPr>
      <w:r>
        <w:rPr>
          <w:rFonts w:ascii="宋体" w:eastAsia="宋体" w:hAnsi="宋体" w:cs="宋体"/>
          <w:b/>
          <w:color w:val="000000"/>
          <w:sz w:val="24"/>
        </w:rPr>
        <w:t>解答应写出文字说明、演算步骤或证明过程．</w:t>
      </w:r>
    </w:p>
    <w:p>
      <w:pPr>
        <w:pStyle w:val="Heading2"/>
      </w:pPr>
      <w:r>
        <w:t>密云区</w:t>
      </w:r>
    </w:p>
    <w:p>
      <w:pPr>
        <w:spacing w:line="360" w:lineRule="auto"/>
        <w:jc w:val="both"/>
        <w:textAlignment w:val="center"/>
        <w:rPr>
          <w:color w:val="000000"/>
        </w:rPr>
      </w:pPr>
      <w:r>
        <w:rPr>
          <w:color w:val="000000"/>
        </w:rPr>
        <w:t xml:space="preserve">16. </w:t>
      </w:r>
      <w:r>
        <w:rPr>
          <w:rFonts w:ascii="宋体" w:hAnsi="宋体" w:eastAsia="宋体" w:cs="宋体"/>
          <w:color w:val="000000"/>
        </w:rPr>
        <w:t>如图，数轴上放置的正方形的周长为</w:t>
      </w:r>
      <w:r>
        <w:pict>
          <v:shape id="_x0000_i722152" o:spt="75" alt="学科网(www.zxxk.com)--教育资源门户，提供试卷、教案、课件、论文、素材以及各类教学资源下载，还有大量而丰富的教学相关资讯！" type="#_x0000_t75" style="height:14.25pt;width:9.1pt;" o:ole="t" filled="f" o:preferrelative="t" stroked="f" coordsize="21600,21600">
            <v:path/>
            <v:fill on="f" focussize="0,0"/>
            <v:stroke on="f" joinstyle="miter"/>
            <v:imagedata r:id="rId601" o:title="eqIdcd3304e23f3b0f9569c4140ca89b6498"/>
            <o:lock v:ext="edit" aspectratio="t"/>
            <w10:wrap type="none"/>
            <w10:anchorlock/>
          </v:shape>
        </w:pict>
      </w:r>
      <w:r>
        <w:rPr>
          <w:rFonts w:ascii="宋体" w:hAnsi="宋体" w:eastAsia="宋体" w:cs="宋体"/>
          <w:color w:val="000000"/>
        </w:rPr>
        <w:t>个单位，它的两个顶点</w:t>
      </w:r>
      <w:r>
        <w:rPr>
          <w:rFonts w:ascii="Times New Roman" w:hAnsi="Times New Roman" w:eastAsia="Times New Roman" w:cs="Times New Roman"/>
          <w:i/>
          <w:color w:val="000000"/>
        </w:rPr>
        <w:t>A</w:t>
      </w:r>
      <w:r>
        <w:rPr>
          <w:rFonts w:ascii="宋体" w:hAnsi="宋体" w:eastAsia="宋体" w:cs="宋体"/>
          <w:color w:val="000000"/>
        </w:rPr>
        <w:t>、</w:t>
      </w:r>
      <w:r>
        <w:pict>
          <v:shape id="_x0000_i72215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02" o:title="eqId7f9e8449aad35c5d840a3395ea86df6d"/>
            <o:lock v:ext="edit" aspectratio="t"/>
            <w10:wrap type="none"/>
            <w10:anchorlock/>
          </v:shape>
        </w:pict>
      </w:r>
      <w:r>
        <w:rPr>
          <w:rFonts w:ascii="宋体" w:hAnsi="宋体" w:eastAsia="宋体" w:cs="宋体"/>
          <w:color w:val="000000"/>
        </w:rPr>
        <w:t>分别与数轴上表示</w:t>
      </w:r>
      <w:r>
        <w:pict>
          <v:shape id="_x0000_i722154"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603" o:title="eqIdacbc6a613224461ade69362d46550474"/>
            <o:lock v:ext="edit" aspectratio="t"/>
            <w10:wrap type="none"/>
            <w10:anchorlock/>
          </v:shape>
        </w:pict>
      </w:r>
      <w:r>
        <w:rPr>
          <w:rFonts w:ascii="宋体" w:hAnsi="宋体" w:eastAsia="宋体" w:cs="宋体"/>
          <w:color w:val="000000"/>
        </w:rPr>
        <w:t>和</w:t>
      </w:r>
      <w:r>
        <w:pict>
          <v:shape id="_x0000_i722155"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604" o:title="eqId81fb134b2b48acc99213fff6ccfee65f"/>
            <o:lock v:ext="edit" aspectratio="t"/>
            <w10:wrap type="none"/>
            <w10:anchorlock/>
          </v:shape>
        </w:pict>
      </w:r>
      <w:r>
        <w:rPr>
          <w:rFonts w:ascii="宋体" w:hAnsi="宋体" w:eastAsia="宋体" w:cs="宋体"/>
          <w:color w:val="000000"/>
        </w:rPr>
        <w:t>的两个点重合．现将该正方形绕顶点按顺时针方向在数轴上向右无滑动的翻滚，当正方形翻滚一周后，点</w:t>
      </w:r>
      <w:r>
        <w:rPr>
          <w:rFonts w:ascii="Times New Roman" w:hAnsi="Times New Roman" w:eastAsia="Times New Roman" w:cs="Times New Roman"/>
          <w:i/>
          <w:color w:val="000000"/>
        </w:rPr>
        <w:t>A</w:t>
      </w:r>
      <w:r>
        <w:rPr>
          <w:rFonts w:ascii="宋体" w:hAnsi="宋体" w:eastAsia="宋体" w:cs="宋体"/>
          <w:color w:val="000000"/>
        </w:rPr>
        <w:t>落在数轴上所对应的数为</w:t>
      </w:r>
      <w:r>
        <w:pict>
          <v:shape id="_x0000_i722156"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605" o:title="eqId8b06e95b57b7a81cd81d05557a11fa92"/>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4019550" cy="1333500"/>
            <wp:effectExtent l="0" t="0" r="0" b="0"/>
            <wp:docPr id="4221"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2" name="图片 100039" descr="学科网(www.zxxk.com)--教育资源门户，提供试卷、教案、课件、论文、素材以及各类教学资源下载，还有大量而丰富的教学相关资讯！"/>
                    <pic:cNvPicPr>
                      <a:picLocks noChangeAspect="1"/>
                    </pic:cNvPicPr>
                  </pic:nvPicPr>
                  <pic:blipFill>
                    <a:blip r:embed="rId606"/>
                    <a:stretch>
                      <a:fillRect/>
                    </a:stretch>
                  </pic:blipFill>
                  <pic:spPr>
                    <a:xfrm>
                      <a:off x="0" y="0"/>
                      <a:ext cx="4019550" cy="13335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）当正方形翻滚三周后，点</w:t>
      </w:r>
      <w:r>
        <w:rPr>
          <w:rFonts w:ascii="Times New Roman" w:hAnsi="Times New Roman" w:eastAsia="Times New Roman" w:cs="Times New Roman"/>
          <w:i/>
          <w:color w:val="000000"/>
        </w:rPr>
        <w:t>A</w:t>
      </w:r>
      <w:r>
        <w:rPr>
          <w:rFonts w:ascii="宋体" w:hAnsi="宋体" w:eastAsia="宋体" w:cs="宋体"/>
          <w:color w:val="000000"/>
        </w:rPr>
        <w:t>落在数轴上所对应的数为</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）如此继续下去，当正方形翻滚</w:t>
      </w:r>
      <w:r>
        <w:pict>
          <v:shape id="_x0000_i722157"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607" o:title="eqIdb6a24198bd04c29321ae5dc5a28fe421"/>
            <o:lock v:ext="edit" aspectratio="t"/>
            <w10:wrap type="none"/>
            <w10:anchorlock/>
          </v:shape>
        </w:pict>
      </w:r>
      <w:r>
        <w:rPr>
          <w:rFonts w:ascii="宋体" w:hAnsi="宋体" w:eastAsia="宋体" w:cs="宋体"/>
          <w:color w:val="000000"/>
        </w:rPr>
        <w:t>周后</w:t>
      </w:r>
      <w:r>
        <w:pict>
          <v:shape id="_x0000_i722158" o:spt="75" alt="学科网(www.zxxk.com)--教育资源门户，提供试卷、教案、课件、论文、素材以及各类教学资源下载，还有大量而丰富的教学相关资讯！" type="#_x0000_t75" style="height:15pt;width:12.75pt;" o:ole="t" filled="f" o:preferrelative="t" stroked="f" coordsize="21600,21600">
            <v:path/>
            <v:fill on="f" focussize="0,0"/>
            <v:stroke on="f" joinstyle="miter"/>
            <v:imagedata r:id="rId608" o:title="eqId3231e8510ad0591347ea58faeb675b79"/>
            <o:lock v:ext="edit" aspectratio="t"/>
            <w10:wrap type="none"/>
            <w10:anchorlock/>
          </v:shape>
        </w:pict>
      </w:r>
      <w:r>
        <w:rPr>
          <w:rFonts w:ascii="宋体" w:hAnsi="宋体" w:eastAsia="宋体" w:cs="宋体"/>
          <w:color w:val="000000"/>
        </w:rPr>
        <w:t>表示正整数</w:t>
      </w:r>
      <w:r>
        <w:pict>
          <v:shape id="_x0000_i722159" o:spt="75" alt="学科网(www.zxxk.com)--教育资源门户，提供试卷、教案、课件、论文、素材以及各类教学资源下载，还有大量而丰富的教学相关资讯！" type="#_x0000_t75" style="height:15pt;width:6.95pt;" o:ole="t" filled="f" o:preferrelative="t" stroked="f" coordsize="21600,21600">
            <v:path/>
            <v:fill on="f" focussize="0,0"/>
            <v:stroke on="f" joinstyle="miter"/>
            <v:imagedata r:id="rId609" o:title="eqId04582116cd765fcc5a52f44279ad6c94"/>
            <o:lock v:ext="edit" aspectratio="t"/>
            <w10:wrap type="none"/>
            <w10:anchorlock/>
          </v:shape>
        </w:pict>
      </w:r>
      <w:r>
        <w:rPr>
          <w:rFonts w:ascii="宋体" w:hAnsi="宋体" w:eastAsia="宋体" w:cs="宋体"/>
          <w:color w:val="000000"/>
        </w:rPr>
        <w:t>，用含</w:t>
      </w:r>
      <w:r>
        <w:pict>
          <v:shape id="_x0000_i722160"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607" o:title="eqIdb6a24198bd04c29321ae5dc5a28fe421"/>
            <o:lock v:ext="edit" aspectratio="t"/>
            <w10:wrap type="none"/>
            <w10:anchorlock/>
          </v:shape>
        </w:pict>
      </w:r>
      <w:r>
        <w:rPr>
          <w:rFonts w:ascii="宋体" w:hAnsi="宋体" w:eastAsia="宋体" w:cs="宋体"/>
          <w:color w:val="000000"/>
        </w:rPr>
        <w:t>的式子表示点</w:t>
      </w:r>
      <w:r>
        <w:rPr>
          <w:rFonts w:ascii="Times New Roman" w:hAnsi="Times New Roman" w:eastAsia="Times New Roman" w:cs="Times New Roman"/>
          <w:i/>
          <w:color w:val="000000"/>
        </w:rPr>
        <w:t>A</w:t>
      </w:r>
      <w:r>
        <w:rPr>
          <w:rFonts w:ascii="宋体" w:hAnsi="宋体" w:eastAsia="宋体" w:cs="宋体"/>
          <w:color w:val="000000"/>
        </w:rPr>
        <w:t>落在数轴上所对应的数为</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pict>
          <v:shape id="_x0000_i722161" o:spt="75" alt="学科网(www.zxxk.com)--教育资源门户，提供试卷、教案、课件、论文、素材以及各类教学资源下载，还有大量而丰富的教学相关资讯！" type="#_x0000_t75" style="height:13.95pt;width:15.05pt;" o:ole="t" filled="f" o:preferrelative="t" stroked="f" coordsize="21600,21600">
            <v:path/>
            <v:fill on="f" focussize="0,0"/>
            <v:stroke on="f" joinstyle="miter"/>
            <v:imagedata r:id="rId610" o:title="eqId6f592748753dbbbd747a14a94a2dea9d"/>
            <o:lock v:ext="edit" aspectratio="t"/>
            <w10:wrap type="none"/>
            <w10:anchorlock/>
          </v:shape>
        </w:pict>
      </w:r>
      <w:r>
        <w:rPr>
          <w:color w:val="000000"/>
        </w:rPr>
        <w:t xml:space="preserve">    ②. </w:t>
      </w:r>
      <w:r>
        <w:pict>
          <v:shape id="_x0000_i722162"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611" o:title="eqId855deb855bc727a4d26e799f09cdd855"/>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pict>
          <v:shape id="_x0000_i722163" o:spt="75" alt="学科网(www.zxxk.com)--教育资源门户，提供试卷、教案、课件、论文、素材以及各类教学资源下载，还有大量而丰富的教学相关资讯！" type="#_x0000_t75" style="height:19.85pt;width:17pt;" o:ole="t" filled="f" o:preferrelative="t" stroked="f" coordsize="21600,21600">
            <v:path/>
            <v:fill on="f" focussize="0,0"/>
            <v:stroke on="f" joinstyle="miter"/>
            <v:imagedata r:id="rId612" o:title="eqId9bf6c84731e5e1bd335ecfc2d36c3d81"/>
            <o:lock v:ext="edit" aspectratio="t"/>
            <w10:wrap type="none"/>
            <w10:anchorlock/>
          </v:shape>
        </w:pict>
      </w:r>
      <w:r>
        <w:rPr>
          <w:rFonts w:ascii="宋体" w:hAnsi="宋体" w:eastAsia="宋体" w:cs="宋体"/>
          <w:color w:val="000000"/>
        </w:rPr>
        <w:t>用</w:t>
      </w:r>
      <w:r>
        <w:pict>
          <v:shape id="_x0000_i722164"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613" o:title="eqIdacbc6a613224461ade69362d46550474"/>
            <o:lock v:ext="edit" aspectratio="t"/>
            <w10:wrap type="none"/>
            <w10:anchorlock/>
          </v:shape>
        </w:pict>
      </w:r>
      <w:r>
        <w:rPr>
          <w:rFonts w:ascii="宋体" w:hAnsi="宋体" w:eastAsia="宋体" w:cs="宋体"/>
          <w:color w:val="000000"/>
        </w:rPr>
        <w:t>加上正方形的周长的</w:t>
      </w:r>
      <w:r>
        <w:pict>
          <v:shape id="_x0000_i722165"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614" o:title="eqId5ca7d1107389675d32b56ec097464c14"/>
            <o:lock v:ext="edit" aspectratio="t"/>
            <w10:wrap type="none"/>
            <w10:anchorlock/>
          </v:shape>
        </w:pict>
      </w:r>
      <w:r>
        <w:rPr>
          <w:rFonts w:ascii="宋体" w:hAnsi="宋体" w:eastAsia="宋体" w:cs="宋体"/>
          <w:color w:val="000000"/>
        </w:rPr>
        <w:t>倍即可求解；</w:t>
      </w:r>
    </w:p>
    <w:p>
      <w:pPr>
        <w:spacing w:line="360" w:lineRule="auto"/>
        <w:jc w:val="both"/>
        <w:textAlignment w:val="center"/>
        <w:rPr>
          <w:color w:val="000000"/>
        </w:rPr>
      </w:pPr>
      <w:r>
        <w:pict>
          <v:shape id="_x0000_i722166" o:spt="75" alt="学科网(www.zxxk.com)--教育资源门户，提供试卷、教案、课件、论文、素材以及各类教学资源下载，还有大量而丰富的教学相关资讯！" type="#_x0000_t75" style="height:19.8pt;width:18.85pt;" o:ole="t" filled="f" o:preferrelative="t" stroked="f" coordsize="21600,21600">
            <v:path/>
            <v:fill on="f" focussize="0,0"/>
            <v:stroke on="f" joinstyle="miter"/>
            <v:imagedata r:id="rId615" o:title="eqId1f53190d6ead827a6338b9de847aeaf1"/>
            <o:lock v:ext="edit" aspectratio="t"/>
            <w10:wrap type="none"/>
            <w10:anchorlock/>
          </v:shape>
        </w:pict>
      </w:r>
      <w:r>
        <w:rPr>
          <w:rFonts w:ascii="宋体" w:hAnsi="宋体" w:eastAsia="宋体" w:cs="宋体"/>
          <w:color w:val="000000"/>
        </w:rPr>
        <w:t>用</w:t>
      </w:r>
      <w:r>
        <w:pict>
          <v:shape id="_x0000_i722167"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616" o:title="eqIdacbc6a613224461ade69362d46550474"/>
            <o:lock v:ext="edit" aspectratio="t"/>
            <w10:wrap type="none"/>
            <w10:anchorlock/>
          </v:shape>
        </w:pict>
      </w:r>
      <w:r>
        <w:rPr>
          <w:rFonts w:ascii="宋体" w:hAnsi="宋体" w:eastAsia="宋体" w:cs="宋体"/>
          <w:color w:val="000000"/>
        </w:rPr>
        <w:t>加上正方形的周长的</w:t>
      </w:r>
      <w:r>
        <w:pict>
          <v:shape id="_x0000_i722168"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617" o:title="eqIdb6a24198bd04c29321ae5dc5a28fe421"/>
            <o:lock v:ext="edit" aspectratio="t"/>
            <w10:wrap type="none"/>
            <w10:anchorlock/>
          </v:shape>
        </w:pict>
      </w:r>
      <w:r>
        <w:rPr>
          <w:rFonts w:ascii="宋体" w:hAnsi="宋体" w:eastAsia="宋体" w:cs="宋体"/>
          <w:color w:val="000000"/>
        </w:rPr>
        <w:t>倍即可求解．</w:t>
      </w:r>
    </w:p>
    <w:p>
      <w:pPr>
        <w:spacing w:line="360" w:lineRule="auto"/>
        <w:jc w:val="both"/>
        <w:textAlignment w:val="center"/>
        <w:rPr>
          <w:color w:val="000000"/>
        </w:rPr>
      </w:pPr>
      <w:r>
        <w:rPr>
          <w:color w:val="000000"/>
        </w:rPr>
        <w:t>【详解】</w:t>
      </w:r>
      <w:r>
        <w:rPr>
          <w:rFonts w:ascii="宋体" w:hAnsi="宋体" w:eastAsia="宋体" w:cs="宋体"/>
          <w:color w:val="000000"/>
        </w:rPr>
        <w:t>解：</w:t>
      </w:r>
      <w:r>
        <w:pict>
          <v:shape id="_x0000_i722169" o:spt="75" alt="学科网(www.zxxk.com)--教育资源门户，提供试卷、教案、课件、论文、素材以及各类教学资源下载，还有大量而丰富的教学相关资讯！" type="#_x0000_t75" style="height:15.9pt;width:27pt;" o:ole="t" filled="f" o:preferrelative="t" stroked="f" coordsize="21600,21600">
            <v:path/>
            <v:fill on="f" focussize="0,0"/>
            <v:stroke on="f" joinstyle="miter"/>
            <v:imagedata r:id="rId618" o:title="eqId02ed3256a6d3c46a592a79cf86aeb8b8"/>
            <o:lock v:ext="edit" aspectratio="t"/>
            <w10:wrap type="none"/>
            <w10:anchorlock/>
          </v:shape>
        </w:pict>
      </w:r>
      <w:r>
        <w:rPr>
          <w:rFonts w:ascii="宋体" w:hAnsi="宋体" w:eastAsia="宋体" w:cs="宋体"/>
          <w:color w:val="000000"/>
        </w:rPr>
        <w:t>正方形的周长为</w:t>
      </w:r>
      <w:r>
        <w:pict>
          <v:shape id="_x0000_i722170" o:spt="75" alt="学科网(www.zxxk.com)--教育资源门户，提供试卷、教案、课件、论文、素材以及各类教学资源下载，还有大量而丰富的教学相关资讯！" type="#_x0000_t75" style="height:14.25pt;width:9.1pt;" o:ole="t" filled="f" o:preferrelative="t" stroked="f" coordsize="21600,21600">
            <v:path/>
            <v:fill on="f" focussize="0,0"/>
            <v:stroke on="f" joinstyle="miter"/>
            <v:imagedata r:id="rId619" o:title="eqIdcd3304e23f3b0f9569c4140ca89b6498"/>
            <o:lock v:ext="edit" aspectratio="t"/>
            <w10:wrap type="none"/>
            <w10:anchorlock/>
          </v:shape>
        </w:pict>
      </w:r>
      <w:r>
        <w:rPr>
          <w:rFonts w:ascii="宋体" w:hAnsi="宋体" w:eastAsia="宋体" w:cs="宋体"/>
          <w:color w:val="000000"/>
        </w:rPr>
        <w:t>个单位，</w:t>
      </w:r>
    </w:p>
    <w:p>
      <w:pPr>
        <w:spacing w:line="360" w:lineRule="auto"/>
        <w:jc w:val="both"/>
        <w:textAlignment w:val="center"/>
        <w:rPr>
          <w:color w:val="000000"/>
        </w:rPr>
      </w:pPr>
      <w:r>
        <w:pict>
          <v:shape id="_x0000_i72217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620" o:title="eqId2de0d10ef8b748d4531250c37c5d3f9e"/>
            <o:lock v:ext="edit" aspectratio="t"/>
            <w10:wrap type="none"/>
            <w10:anchorlock/>
          </v:shape>
        </w:pict>
      </w:r>
      <w:r>
        <w:rPr>
          <w:rFonts w:ascii="宋体" w:hAnsi="宋体" w:eastAsia="宋体" w:cs="宋体"/>
          <w:color w:val="000000"/>
        </w:rPr>
        <w:t>当正方形翻滚三周后，点</w:t>
      </w:r>
      <w:r>
        <w:rPr>
          <w:rFonts w:ascii="Times New Roman" w:hAnsi="Times New Roman" w:eastAsia="Times New Roman" w:cs="Times New Roman"/>
          <w:i/>
          <w:color w:val="000000"/>
        </w:rPr>
        <w:t>A</w:t>
      </w:r>
      <w:r>
        <w:rPr>
          <w:rFonts w:ascii="宋体" w:hAnsi="宋体" w:eastAsia="宋体" w:cs="宋体"/>
          <w:color w:val="000000"/>
        </w:rPr>
        <w:t>落在数轴上所对应的数为</w:t>
      </w:r>
      <w:r>
        <w:pict>
          <v:shape id="_x0000_i722172" o:spt="75" alt="学科网(www.zxxk.com)--教育资源门户，提供试卷、教案、课件、论文、素材以及各类教学资源下载，还有大量而丰富的教学相关资讯！" type="#_x0000_t75" style="height:13.95pt;width:70pt;" o:ole="t" filled="f" o:preferrelative="t" stroked="f" coordsize="21600,21600">
            <v:path/>
            <v:fill on="f" focussize="0,0"/>
            <v:stroke on="f" joinstyle="miter"/>
            <v:imagedata r:id="rId621" o:title="eqIdea675297e76fe301f4564fb51069af6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pict>
          <v:shape id="_x0000_i722173" o:spt="75" alt="学科网(www.zxxk.com)--教育资源门户，提供试卷、教案、课件、论文、素材以及各类教学资源下载，还有大量而丰富的教学相关资讯！" type="#_x0000_t75" style="height:13.95pt;width:15.05pt;" o:ole="t" filled="f" o:preferrelative="t" stroked="f" coordsize="21600,21600">
            <v:path/>
            <v:fill on="f" focussize="0,0"/>
            <v:stroke on="f" joinstyle="miter"/>
            <v:imagedata r:id="rId622" o:title="eqId6f592748753dbbbd747a14a94a2dea9d"/>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22174" o:spt="75" alt="学科网(www.zxxk.com)--教育资源门户，提供试卷、教案、课件、论文、素材以及各类教学资源下载，还有大量而丰富的教学相关资讯！" type="#_x0000_t75" style="height:15.9pt;width:27pt;" o:ole="t" filled="f" o:preferrelative="t" stroked="f" coordsize="21600,21600">
            <v:path/>
            <v:fill on="f" focussize="0,0"/>
            <v:stroke on="f" joinstyle="miter"/>
            <v:imagedata r:id="rId623" o:title="eqIddd477a0b79150adb546c425a6f172d6d"/>
            <o:lock v:ext="edit" aspectratio="t"/>
            <w10:wrap type="none"/>
            <w10:anchorlock/>
          </v:shape>
        </w:pict>
      </w:r>
      <w:r>
        <w:rPr>
          <w:rFonts w:ascii="宋体" w:hAnsi="宋体" w:eastAsia="宋体" w:cs="宋体"/>
          <w:color w:val="000000"/>
        </w:rPr>
        <w:t>正方形的周长为</w:t>
      </w:r>
      <w:r>
        <w:pict>
          <v:shape id="_x0000_i722175" o:spt="75" alt="学科网(www.zxxk.com)--教育资源门户，提供试卷、教案、课件、论文、素材以及各类教学资源下载，还有大量而丰富的教学相关资讯！" type="#_x0000_t75" style="height:14.25pt;width:9.1pt;" o:ole="t" filled="f" o:preferrelative="t" stroked="f" coordsize="21600,21600">
            <v:path/>
            <v:fill on="f" focussize="0,0"/>
            <v:stroke on="f" joinstyle="miter"/>
            <v:imagedata r:id="rId624" o:title="eqIdcd3304e23f3b0f9569c4140ca89b6498"/>
            <o:lock v:ext="edit" aspectratio="t"/>
            <w10:wrap type="none"/>
            <w10:anchorlock/>
          </v:shape>
        </w:pict>
      </w:r>
      <w:r>
        <w:rPr>
          <w:rFonts w:ascii="宋体" w:hAnsi="宋体" w:eastAsia="宋体" w:cs="宋体"/>
          <w:color w:val="000000"/>
        </w:rPr>
        <w:t>个单位，</w:t>
      </w:r>
    </w:p>
    <w:p>
      <w:pPr>
        <w:spacing w:line="360" w:lineRule="auto"/>
        <w:jc w:val="both"/>
        <w:textAlignment w:val="center"/>
        <w:rPr>
          <w:color w:val="000000"/>
        </w:rPr>
      </w:pPr>
      <w:r>
        <w:pict>
          <v:shape id="_x0000_i72217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625" o:title="eqId2de0d10ef8b748d4531250c37c5d3f9e"/>
            <o:lock v:ext="edit" aspectratio="t"/>
            <w10:wrap type="none"/>
            <w10:anchorlock/>
          </v:shape>
        </w:pict>
      </w:r>
      <w:r>
        <w:rPr>
          <w:rFonts w:ascii="宋体" w:hAnsi="宋体" w:eastAsia="宋体" w:cs="宋体"/>
          <w:color w:val="000000"/>
        </w:rPr>
        <w:t>当正方形翻滚</w:t>
      </w:r>
      <w:r>
        <w:pict>
          <v:shape id="_x0000_i722177"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626" o:title="eqIdb6a24198bd04c29321ae5dc5a28fe421"/>
            <o:lock v:ext="edit" aspectratio="t"/>
            <w10:wrap type="none"/>
            <w10:anchorlock/>
          </v:shape>
        </w:pict>
      </w:r>
      <w:r>
        <w:rPr>
          <w:rFonts w:ascii="宋体" w:hAnsi="宋体" w:eastAsia="宋体" w:cs="宋体"/>
          <w:color w:val="000000"/>
        </w:rPr>
        <w:t>周后，点</w:t>
      </w:r>
      <w:r>
        <w:rPr>
          <w:rFonts w:ascii="Times New Roman" w:hAnsi="Times New Roman" w:eastAsia="Times New Roman" w:cs="Times New Roman"/>
          <w:i/>
          <w:color w:val="000000"/>
        </w:rPr>
        <w:t>A</w:t>
      </w:r>
      <w:r>
        <w:rPr>
          <w:rFonts w:ascii="宋体" w:hAnsi="宋体" w:eastAsia="宋体" w:cs="宋体"/>
          <w:color w:val="000000"/>
        </w:rPr>
        <w:t>落在数轴上所对应的数为</w:t>
      </w:r>
      <w:r>
        <w:pict>
          <v:shape id="_x0000_i722178"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627" o:title="eqId855deb855bc727a4d26e799f09cdd85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pict>
          <v:shape id="_x0000_i722179"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628" o:title="eqId855deb855bc727a4d26e799f09cdd85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本题考查了数轴上的数字规律，正方形的性质，找到循环规律，是解题的关键．</w:t>
      </w:r>
    </w:p>
    <w:p>
      <w:pPr>
        <w:spacing w:line="360" w:lineRule="auto"/>
        <w:jc w:val="both"/>
        <w:textAlignment w:val="center"/>
        <w:rPr>
          <w:color w:val="000000"/>
        </w:rPr>
      </w:pPr>
      <w:r>
        <w:rPr>
          <w:rFonts w:ascii="宋体" w:hAnsi="宋体" w:eastAsia="宋体" w:cs="宋体"/>
          <w:b/>
          <w:color w:val="000000"/>
          <w:sz w:val="24"/>
        </w:rPr>
        <w:t>三、解答题（本题共</w:t>
      </w:r>
      <w:r>
        <w:rPr>
          <w:rFonts w:ascii="Times New Roman" w:hAnsi="Times New Roman" w:eastAsia="Times New Roman" w:cs="Times New Roman"/>
          <w:b/>
          <w:color w:val="000000"/>
          <w:sz w:val="24"/>
        </w:rPr>
        <w:t>10</w:t>
      </w:r>
      <w:r>
        <w:rPr>
          <w:rFonts w:ascii="宋体" w:hAnsi="宋体" w:eastAsia="宋体" w:cs="宋体"/>
          <w:b/>
          <w:color w:val="000000"/>
          <w:sz w:val="24"/>
        </w:rPr>
        <w:t>小题，共</w:t>
      </w:r>
      <w:r>
        <w:rPr>
          <w:rFonts w:ascii="Times New Roman" w:hAnsi="Times New Roman" w:eastAsia="Times New Roman" w:cs="Times New Roman"/>
          <w:b/>
          <w:color w:val="000000"/>
          <w:sz w:val="24"/>
        </w:rPr>
        <w:t>68</w:t>
      </w:r>
      <w:r>
        <w:rPr>
          <w:rFonts w:ascii="宋体" w:hAnsi="宋体" w:eastAsia="宋体" w:cs="宋体"/>
          <w:b/>
          <w:color w:val="000000"/>
          <w:sz w:val="24"/>
        </w:rPr>
        <w:t>分）</w:t>
      </w:r>
    </w:p>
    <w:p>
      <w:pPr>
        <w:pStyle w:val="Heading2"/>
      </w:pPr>
      <w:r>
        <w:t>平谷区</w:t>
      </w:r>
    </w:p>
    <w:p>
      <w:pPr>
        <w:spacing w:line="360" w:lineRule="auto"/>
        <w:jc w:val="both"/>
        <w:textAlignment w:val="center"/>
        <w:rPr>
          <w:color w:val="000000"/>
        </w:rPr>
      </w:pPr>
      <w:r>
        <w:rPr>
          <w:color w:val="000000"/>
        </w:rPr>
        <w:t xml:space="preserve">16. </w:t>
      </w:r>
      <w:r>
        <w:rPr>
          <w:rFonts w:ascii="宋体" w:hAnsi="宋体" w:eastAsia="宋体" w:cs="宋体"/>
          <w:color w:val="000000"/>
        </w:rPr>
        <w:t>黑板上写着</w:t>
      </w:r>
      <w:r>
        <w:rPr>
          <w:rFonts w:ascii="Times New Roman" w:hAnsi="Times New Roman" w:eastAsia="Times New Roman" w:cs="Times New Roman"/>
          <w:color w:val="000000"/>
        </w:rPr>
        <w:t>7</w:t>
      </w:r>
      <w:r>
        <w:rPr>
          <w:rFonts w:ascii="宋体" w:hAnsi="宋体" w:eastAsia="宋体" w:cs="宋体"/>
          <w:color w:val="000000"/>
        </w:rPr>
        <w:t>个数，分别为：</w:t>
      </w:r>
      <w:r>
        <w:pict>
          <v:shape id="_x0000_i722180" o:spt="75" alt="学科网(www.zxxk.com)--教育资源门户，提供试卷、教案、课件、论文、素材以及各类教学资源下载，还有大量而丰富的教学相关资讯！" type="#_x0000_t75" style="height:14.4pt;width:15.6pt;" o:ole="t" filled="f" o:preferrelative="t" stroked="f" coordsize="21600,21600">
            <v:path/>
            <v:fill on="f" focussize="0,0"/>
            <v:stroke on="f" joinstyle="miter"/>
            <v:imagedata r:id="rId629" o:title="eqId8bf3d3564c61e5e9c39a9e2cf2de048b"/>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13</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pict>
          <v:shape id="_x0000_i722181"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630" o:title="eqId01317332a203c898536b1d0459f51d23"/>
            <o:lock v:ext="edit" aspectratio="t"/>
            <w10:wrap type="none"/>
            <w10:anchorlock/>
          </v:shape>
        </w:pict>
      </w:r>
      <w:r>
        <w:rPr>
          <w:rFonts w:ascii="宋体" w:hAnsi="宋体" w:eastAsia="宋体" w:cs="宋体"/>
          <w:color w:val="000000"/>
        </w:rPr>
        <w:t>，它们的和为</w:t>
      </w:r>
      <w:r>
        <w:pict>
          <v:shape id="_x0000_i722182" o:spt="75" alt="学科网(www.zxxk.com)--教育资源门户，提供试卷、教案、课件、论文、素材以及各类教学资源下载，还有大量而丰富的教学相关资讯！" type="#_x0000_t75" style="height:12.5pt;width:19pt;" o:ole="t" filled="f" o:preferrelative="t" stroked="f" coordsize="21600,21600">
            <v:path/>
            <v:fill on="f" focussize="0,0"/>
            <v:stroke on="f" joinstyle="miter"/>
            <v:imagedata r:id="rId631" o:title="eqId32e22e1223baf7cb3d53e668c2449609"/>
            <o:lock v:ext="edit" aspectratio="t"/>
            <w10:wrap type="none"/>
            <w10:anchorlock/>
          </v:shape>
        </w:pict>
      </w:r>
      <w:r>
        <w:rPr>
          <w:rFonts w:ascii="宋体" w:hAnsi="宋体" w:eastAsia="宋体" w:cs="宋体"/>
          <w:color w:val="000000"/>
        </w:rPr>
        <w:t>，若每次从中任意擦除两个数，同时写上一个新数（新数为所擦除的两个数的和加上</w:t>
      </w:r>
      <w:r>
        <w:rPr>
          <w:rFonts w:ascii="Times New Roman" w:hAnsi="Times New Roman" w:eastAsia="Times New Roman" w:cs="Times New Roman"/>
          <w:color w:val="000000"/>
        </w:rPr>
        <w:t>1</w:t>
      </w:r>
      <w:r>
        <w:rPr>
          <w:rFonts w:ascii="宋体" w:hAnsi="宋体" w:eastAsia="宋体" w:cs="宋体"/>
          <w:color w:val="000000"/>
        </w:rPr>
        <w:t>），这样操作若干次，直至黑板上只剩下一个数，则所剩的这个数是</w:t>
      </w:r>
      <w:r>
        <w:rPr>
          <w:color w:val="000000"/>
        </w:rPr>
        <w:t>____________</w:t>
      </w:r>
      <w:r>
        <w:rPr>
          <w:rFonts w:ascii="宋体" w:hAnsi="宋体" w:eastAsia="宋体" w:cs="宋体"/>
          <w:color w:val="000000"/>
        </w:rPr>
        <w:t>．</w:t>
      </w:r>
    </w:p>
    <w:p>
      <w:pPr>
        <w:spacing w:line="360" w:lineRule="auto"/>
        <w:textAlignment w:val="center"/>
        <w:rPr>
          <w:color w:val="000000"/>
        </w:rPr>
      </w:pPr>
      <w:r>
        <w:rPr>
          <w:color w:val="2E75B6"/>
        </w:rPr>
        <w:t>【答案】</w:t>
      </w:r>
      <w:r>
        <w:pict>
          <v:shape id="_x0000_i722183"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632" o:title="eqId3edbd40e04e2a943051fa83d6e511add"/>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操作一次，黑板上的数字个数减少</w:t>
      </w:r>
      <w:r>
        <w:rPr>
          <w:rFonts w:ascii="Times New Roman" w:hAnsi="Times New Roman" w:eastAsia="Times New Roman" w:cs="Times New Roman"/>
          <w:color w:val="000000"/>
        </w:rPr>
        <w:t>1</w:t>
      </w:r>
      <w:r>
        <w:rPr>
          <w:rFonts w:ascii="宋体" w:hAnsi="宋体" w:eastAsia="宋体" w:cs="宋体"/>
          <w:color w:val="000000"/>
        </w:rPr>
        <w:t>个，数字总和增加</w:t>
      </w:r>
      <w:r>
        <w:rPr>
          <w:rFonts w:ascii="Times New Roman" w:hAnsi="Times New Roman" w:eastAsia="Times New Roman" w:cs="Times New Roman"/>
          <w:color w:val="000000"/>
        </w:rPr>
        <w:t>1</w:t>
      </w:r>
      <w:r>
        <w:rPr>
          <w:rFonts w:ascii="宋体" w:hAnsi="宋体" w:eastAsia="宋体" w:cs="宋体"/>
          <w:color w:val="000000"/>
        </w:rPr>
        <w:t>．经过</w:t>
      </w:r>
      <w:r>
        <w:pict>
          <v:shape id="_x0000_i722184" o:spt="75" alt="学科网(www.zxxk.com)--教育资源门户，提供试卷、教案、课件、论文、素材以及各类教学资源下载，还有大量而丰富的教学相关资讯！" type="#_x0000_t75" style="height:13.75pt;width:42.2pt;" o:ole="t" filled="f" o:preferrelative="t" stroked="f" coordsize="21600,21600">
            <v:path/>
            <v:fill on="f" focussize="0,0"/>
            <v:stroke on="f" joinstyle="miter"/>
            <v:imagedata r:id="rId633" o:title="eqIdb12e9a53841db4a836d6682630e16c98"/>
            <o:lock v:ext="edit" aspectratio="t"/>
            <w10:wrap type="none"/>
            <w10:anchorlock/>
          </v:shape>
        </w:pict>
      </w:r>
      <w:r>
        <w:rPr>
          <w:rFonts w:ascii="宋体" w:hAnsi="宋体" w:eastAsia="宋体" w:cs="宋体"/>
          <w:color w:val="000000"/>
        </w:rPr>
        <w:t>次操作，剩下的一个数是</w:t>
      </w:r>
      <w:r>
        <w:pict>
          <v:shape id="_x0000_i722185"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634" o:title="eqIda9bbbeb8ea404db9431e3d83e6ae4c16"/>
            <o:lock v:ext="edit" aspectratio="t"/>
            <w10:wrap type="none"/>
            <w10:anchorlock/>
          </v:shape>
        </w:pict>
      </w:r>
      <w:r>
        <w:rPr>
          <w:rFonts w:ascii="宋体" w:hAnsi="宋体" w:eastAsia="宋体" w:cs="宋体"/>
          <w:color w:val="000000"/>
        </w:rPr>
        <w:t>，据此解答即可．</w:t>
      </w:r>
    </w:p>
    <w:p>
      <w:pPr>
        <w:spacing w:line="360" w:lineRule="auto"/>
        <w:jc w:val="left"/>
        <w:textAlignment w:val="center"/>
        <w:rPr>
          <w:color w:val="000000"/>
        </w:rPr>
      </w:pPr>
      <w:r>
        <w:rPr>
          <w:color w:val="000000"/>
        </w:rPr>
        <w:t>【详解】</w:t>
      </w:r>
      <w:r>
        <w:rPr>
          <w:rFonts w:ascii="宋体" w:hAnsi="宋体" w:eastAsia="宋体" w:cs="宋体"/>
          <w:color w:val="000000"/>
        </w:rPr>
        <w:t>解：∵每次从中任意擦除两个数，同时写上一个新数（新数为所擦除的两个数的和加</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∴操作一次，黑板上的数字个数减少</w:t>
      </w:r>
      <w:r>
        <w:rPr>
          <w:rFonts w:ascii="Times New Roman" w:hAnsi="Times New Roman" w:eastAsia="Times New Roman" w:cs="Times New Roman"/>
          <w:color w:val="000000"/>
        </w:rPr>
        <w:t>1</w:t>
      </w:r>
      <w:r>
        <w:rPr>
          <w:rFonts w:ascii="宋体" w:hAnsi="宋体" w:eastAsia="宋体" w:cs="宋体"/>
          <w:color w:val="000000"/>
        </w:rPr>
        <w:t>个，数字总和增加</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pict>
          <v:shape id="_x0000_i722186" o:spt="75" alt="学科网(www.zxxk.com)--教育资源门户，提供试卷、教案、课件、论文、素材以及各类教学资源下载，还有大量而丰富的教学相关资讯！" type="#_x0000_t75" style="height:13.75pt;width:42.2pt;" o:ole="t" filled="f" o:preferrelative="t" stroked="f" coordsize="21600,21600">
            <v:path/>
            <v:fill on="f" focussize="0,0"/>
            <v:stroke on="f" joinstyle="miter"/>
            <v:imagedata r:id="rId635" o:title="eqIdb12e9a53841db4a836d6682630e16c98"/>
            <o:lock v:ext="edit" aspectratio="t"/>
            <w10:wrap type="none"/>
            <w10:anchorlock/>
          </v:shape>
        </w:pict>
      </w:r>
      <w:r>
        <w:rPr>
          <w:rFonts w:ascii="宋体" w:hAnsi="宋体" w:eastAsia="宋体" w:cs="宋体"/>
          <w:color w:val="000000"/>
        </w:rPr>
        <w:t>（次），</w:t>
      </w:r>
    </w:p>
    <w:p>
      <w:pPr>
        <w:spacing w:line="360" w:lineRule="auto"/>
        <w:jc w:val="left"/>
        <w:textAlignment w:val="center"/>
        <w:rPr>
          <w:color w:val="000000"/>
        </w:rPr>
      </w:pPr>
      <w:r>
        <w:rPr>
          <w:rFonts w:ascii="宋体" w:hAnsi="宋体" w:eastAsia="宋体" w:cs="宋体"/>
          <w:color w:val="000000"/>
        </w:rPr>
        <w:t>∴剩下的这个数是</w:t>
      </w:r>
      <w:r>
        <w:pict>
          <v:shape id="_x0000_i722187" o:spt="75" alt="学科网(www.zxxk.com)--教育资源门户，提供试卷、教案、课件、论文、素材以及各类教学资源下载，还有大量而丰富的教学相关资讯！" type="#_x0000_t75" style="height:13.8pt;width:63pt;" o:ole="t" filled="f" o:preferrelative="t" stroked="f" coordsize="21600,21600">
            <v:path/>
            <v:fill on="f" focussize="0,0"/>
            <v:stroke on="f" joinstyle="miter"/>
            <v:imagedata r:id="rId636" o:title="eqId01a178b395b0b363fc9bf0db8c685f2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答：剩下的这个数是</w:t>
      </w:r>
      <w:r>
        <w:pict>
          <v:shape id="_x0000_i722188"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637" o:title="eqId3edbd40e04e2a943051fa83d6e511ad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22189"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638" o:title="eqId3edbd40e04e2a943051fa83d6e511ad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本题主要考查了有理数的加法，理解“黑板上的数字个数减少</w:t>
      </w:r>
      <w:r>
        <w:rPr>
          <w:rFonts w:ascii="Times New Roman" w:hAnsi="Times New Roman" w:eastAsia="Times New Roman" w:cs="Times New Roman"/>
          <w:color w:val="000000"/>
        </w:rPr>
        <w:t>1</w:t>
      </w:r>
      <w:r>
        <w:rPr>
          <w:rFonts w:ascii="宋体" w:hAnsi="宋体" w:eastAsia="宋体" w:cs="宋体"/>
          <w:color w:val="000000"/>
        </w:rPr>
        <w:t>个，数字总和增加</w:t>
      </w:r>
      <w:r>
        <w:rPr>
          <w:rFonts w:ascii="Times New Roman" w:hAnsi="Times New Roman" w:eastAsia="Times New Roman" w:cs="Times New Roman"/>
          <w:color w:val="000000"/>
        </w:rPr>
        <w:t>1</w:t>
      </w:r>
      <w:r>
        <w:rPr>
          <w:rFonts w:ascii="宋体" w:hAnsi="宋体" w:eastAsia="宋体" w:cs="宋体"/>
          <w:color w:val="000000"/>
        </w:rPr>
        <w:t>”是解题的关键．</w:t>
      </w:r>
    </w:p>
    <w:p>
      <w:pPr>
        <w:spacing w:line="360" w:lineRule="auto"/>
        <w:jc w:val="both"/>
        <w:textAlignment w:val="center"/>
        <w:rPr>
          <w:color w:val="000000"/>
        </w:rPr>
      </w:pPr>
      <w:r>
        <w:rPr>
          <w:rFonts w:ascii="宋体" w:hAnsi="宋体" w:eastAsia="宋体" w:cs="宋体"/>
          <w:b/>
          <w:color w:val="000000"/>
          <w:sz w:val="24"/>
        </w:rPr>
        <w:t>三、解答题（第</w:t>
      </w:r>
      <w:r>
        <w:rPr>
          <w:rFonts w:ascii="Times New Roman" w:hAnsi="Times New Roman" w:eastAsia="Times New Roman" w:cs="Times New Roman"/>
          <w:b/>
          <w:color w:val="000000"/>
          <w:sz w:val="24"/>
        </w:rPr>
        <w:t>17</w:t>
      </w:r>
      <w:r>
        <w:rPr>
          <w:rFonts w:ascii="宋体" w:hAnsi="宋体" w:eastAsia="宋体" w:cs="宋体"/>
          <w:b/>
          <w:color w:val="000000"/>
          <w:sz w:val="24"/>
        </w:rPr>
        <w:t>题</w:t>
      </w:r>
      <w:r>
        <w:rPr>
          <w:rFonts w:ascii="Times New Roman" w:hAnsi="Times New Roman" w:eastAsia="Times New Roman" w:cs="Times New Roman"/>
          <w:b/>
          <w:color w:val="000000"/>
          <w:sz w:val="24"/>
        </w:rPr>
        <w:t>20</w:t>
      </w:r>
      <w:r>
        <w:rPr>
          <w:rFonts w:ascii="宋体" w:hAnsi="宋体" w:eastAsia="宋体" w:cs="宋体"/>
          <w:b/>
          <w:color w:val="000000"/>
          <w:sz w:val="24"/>
        </w:rPr>
        <w:t>分，第</w:t>
      </w:r>
      <w:r>
        <w:rPr>
          <w:rFonts w:ascii="Times New Roman" w:hAnsi="Times New Roman" w:eastAsia="Times New Roman" w:cs="Times New Roman"/>
          <w:b/>
          <w:color w:val="000000"/>
          <w:sz w:val="24"/>
        </w:rPr>
        <w:t>18</w:t>
      </w:r>
      <w:r>
        <w:rPr>
          <w:rFonts w:ascii="宋体" w:hAnsi="宋体" w:eastAsia="宋体" w:cs="宋体"/>
          <w:b/>
          <w:color w:val="000000"/>
          <w:sz w:val="24"/>
        </w:rPr>
        <w:t>题</w:t>
      </w:r>
      <w:r>
        <w:rPr>
          <w:rFonts w:ascii="Times New Roman" w:hAnsi="Times New Roman" w:eastAsia="Times New Roman" w:cs="Times New Roman"/>
          <w:b/>
          <w:color w:val="000000"/>
          <w:sz w:val="24"/>
        </w:rPr>
        <w:t>10</w:t>
      </w:r>
      <w:r>
        <w:rPr>
          <w:rFonts w:ascii="宋体" w:hAnsi="宋体" w:eastAsia="宋体" w:cs="宋体"/>
          <w:b/>
          <w:color w:val="000000"/>
          <w:sz w:val="24"/>
        </w:rPr>
        <w:t>分，第</w:t>
      </w:r>
      <w:r>
        <w:rPr>
          <w:rFonts w:ascii="Times New Roman" w:hAnsi="Times New Roman" w:eastAsia="Times New Roman" w:cs="Times New Roman"/>
          <w:b/>
          <w:color w:val="000000"/>
          <w:sz w:val="24"/>
        </w:rPr>
        <w:t>19</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20</w:t>
      </w:r>
      <w:r>
        <w:rPr>
          <w:rFonts w:ascii="宋体" w:hAnsi="宋体" w:eastAsia="宋体" w:cs="宋体"/>
          <w:b/>
          <w:color w:val="000000"/>
          <w:sz w:val="24"/>
        </w:rPr>
        <w:t>－</w:t>
      </w:r>
      <w:r>
        <w:rPr>
          <w:rFonts w:ascii="Times New Roman" w:hAnsi="Times New Roman" w:eastAsia="Times New Roman" w:cs="Times New Roman"/>
          <w:b/>
          <w:color w:val="000000"/>
          <w:sz w:val="24"/>
        </w:rPr>
        <w:t>21</w:t>
      </w:r>
      <w:r>
        <w:rPr>
          <w:rFonts w:ascii="宋体" w:hAnsi="宋体" w:eastAsia="宋体" w:cs="宋体"/>
          <w:b/>
          <w:color w:val="000000"/>
          <w:sz w:val="24"/>
        </w:rPr>
        <w:t>每小题</w:t>
      </w:r>
      <w:r>
        <w:rPr>
          <w:rFonts w:ascii="Times New Roman" w:hAnsi="Times New Roman" w:eastAsia="Times New Roman" w:cs="Times New Roman"/>
          <w:b/>
          <w:color w:val="000000"/>
          <w:sz w:val="24"/>
        </w:rPr>
        <w:t>5</w:t>
      </w:r>
      <w:r>
        <w:rPr>
          <w:rFonts w:ascii="宋体" w:hAnsi="宋体" w:eastAsia="宋体" w:cs="宋体"/>
          <w:b/>
          <w:color w:val="000000"/>
          <w:sz w:val="24"/>
        </w:rPr>
        <w:t>分，第</w:t>
      </w:r>
      <w:r>
        <w:rPr>
          <w:rFonts w:ascii="Times New Roman" w:hAnsi="Times New Roman" w:eastAsia="Times New Roman" w:cs="Times New Roman"/>
          <w:b/>
          <w:color w:val="000000"/>
          <w:sz w:val="24"/>
        </w:rPr>
        <w:t>22</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23</w:t>
      </w:r>
      <w:r>
        <w:rPr>
          <w:rFonts w:ascii="宋体" w:hAnsi="宋体" w:eastAsia="宋体" w:cs="宋体"/>
          <w:b/>
          <w:color w:val="000000"/>
          <w:sz w:val="24"/>
        </w:rPr>
        <w:t>－</w:t>
      </w:r>
      <w:r>
        <w:rPr>
          <w:rFonts w:ascii="Times New Roman" w:hAnsi="Times New Roman" w:eastAsia="Times New Roman" w:cs="Times New Roman"/>
          <w:b/>
          <w:color w:val="000000"/>
          <w:sz w:val="24"/>
        </w:rPr>
        <w:t>24</w:t>
      </w:r>
      <w:r>
        <w:rPr>
          <w:rFonts w:ascii="宋体" w:hAnsi="宋体" w:eastAsia="宋体" w:cs="宋体"/>
          <w:b/>
          <w:color w:val="000000"/>
          <w:sz w:val="24"/>
        </w:rPr>
        <w:t>每小题</w:t>
      </w:r>
      <w:r>
        <w:rPr>
          <w:rFonts w:ascii="Times New Roman" w:hAnsi="Times New Roman" w:eastAsia="Times New Roman" w:cs="Times New Roman"/>
          <w:b/>
          <w:color w:val="000000"/>
          <w:sz w:val="24"/>
        </w:rPr>
        <w:t>5</w:t>
      </w:r>
      <w:r>
        <w:rPr>
          <w:rFonts w:ascii="宋体" w:hAnsi="宋体" w:eastAsia="宋体" w:cs="宋体"/>
          <w:b/>
          <w:color w:val="000000"/>
          <w:sz w:val="24"/>
        </w:rPr>
        <w:t>分，第</w:t>
      </w:r>
      <w:r>
        <w:rPr>
          <w:rFonts w:ascii="Times New Roman" w:hAnsi="Times New Roman" w:eastAsia="Times New Roman" w:cs="Times New Roman"/>
          <w:b/>
          <w:color w:val="000000"/>
          <w:sz w:val="24"/>
        </w:rPr>
        <w:t>25</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分，共</w:t>
      </w:r>
      <w:r>
        <w:rPr>
          <w:rFonts w:ascii="Times New Roman" w:hAnsi="Times New Roman" w:eastAsia="Times New Roman" w:cs="Times New Roman"/>
          <w:b/>
          <w:color w:val="000000"/>
          <w:sz w:val="24"/>
        </w:rPr>
        <w:t>68</w:t>
      </w:r>
      <w:r>
        <w:rPr>
          <w:rFonts w:ascii="宋体" w:hAnsi="宋体" w:eastAsia="宋体" w:cs="宋体"/>
          <w:b/>
          <w:color w:val="000000"/>
          <w:sz w:val="24"/>
        </w:rPr>
        <w:t>分）</w:t>
      </w:r>
    </w:p>
    <w:p>
      <w:pPr>
        <w:pStyle w:val="Heading2"/>
      </w:pPr>
      <w:r>
        <w:t>延庆区</w:t>
      </w:r>
    </w:p>
    <w:p>
      <w:pPr>
        <w:spacing w:line="360" w:lineRule="auto"/>
        <w:jc w:val="both"/>
        <w:textAlignment w:val="center"/>
        <w:rPr>
          <w:color w:val="000000"/>
        </w:rPr>
      </w:pPr>
      <w:r>
        <w:rPr>
          <w:color w:val="000000"/>
        </w:rPr>
        <w:t xml:space="preserve">18. </w:t>
      </w:r>
      <w:r>
        <w:rPr>
          <w:rFonts w:ascii="宋体" w:eastAsia="宋体" w:hAnsi="宋体" w:cs="宋体"/>
          <w:color w:val="000000"/>
        </w:rPr>
        <w:t>按一定规律排列的一列数为</w:t>
      </w:r>
      <w:r>
        <w:pict>
          <v:shape id="_x0000_i722190" type="#_x0000_t75" alt="学科网(www.zxxk.com)--教育资源门户，提供试卷、教案、课件、论文、素材以及各类教学资源下载，还有大量而丰富的教学相关资讯！" style="width:20.25pt;height:30.75pt" o:oleicon="f" o:ole="">
            <v:imagedata r:id="rId639" o:title="eqId3389f53711264b0acba3ba6019f8b908"/>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22191" type="#_x0000_t75" alt="学科网(www.zxxk.com)--教育资源门户，提供试卷、教案、课件、论文、素材以及各类教学资源下载，还有大量而丰富的教学相关资讯！" style="width:18pt;height:27.75pt" o:oleicon="f" o:ole="">
            <v:imagedata r:id="rId640" o:title="eqIdca48042bc6f931bc79b03b6faf033547"/>
          </v:shape>
        </w:pic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pict>
          <v:shape id="_x0000_i722192" type="#_x0000_t75" alt="学科网(www.zxxk.com)--教育资源门户，提供试卷、教案、课件、论文、素材以及各类教学资源下载，还有大量而丰富的教学相关资讯！" style="width:26.25pt;height:30.75pt" o:oleicon="f" o:ole="">
            <v:imagedata r:id="rId641" o:title="eqId6f2dadbb81280735c96ebd6f6fb5275b"/>
          </v:shape>
        </w:pict>
      </w:r>
      <w:r>
        <w:rPr>
          <w:rFonts w:ascii="宋体" w:eastAsia="宋体" w:hAnsi="宋体" w:cs="宋体"/>
          <w:color w:val="000000"/>
        </w:rPr>
        <w:t>，</w:t>
      </w:r>
      <w:r>
        <w:rPr>
          <w:rFonts w:ascii="Times New Roman" w:eastAsia="Times New Roman" w:hAnsi="Times New Roman" w:cs="Times New Roman"/>
          <w:color w:val="000000"/>
        </w:rPr>
        <w:t>18</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，则第</w:t>
      </w:r>
      <w:r>
        <w:rPr>
          <w:rFonts w:ascii="Times New Roman" w:eastAsia="Times New Roman" w:hAnsi="Times New Roman" w:cs="Times New Roman"/>
          <w:color w:val="000000"/>
        </w:rPr>
        <w:t>9</w:t>
      </w:r>
      <w:r>
        <w:rPr>
          <w:rFonts w:ascii="宋体" w:eastAsia="宋体" w:hAnsi="宋体" w:cs="宋体"/>
          <w:color w:val="000000"/>
        </w:rPr>
        <w:t>个数为</w:t>
      </w:r>
      <w:r>
        <w:rPr>
          <w:color w:val="000000"/>
        </w:rPr>
        <w:t>___________</w:t>
      </w:r>
      <w:r>
        <w:rPr>
          <w:rFonts w:ascii="宋体" w:eastAsia="宋体" w:hAnsi="宋体" w:cs="宋体"/>
          <w:color w:val="000000"/>
        </w:rPr>
        <w:t>，第</w:t>
      </w:r>
      <w:r>
        <w:pict>
          <v:shape id="_x0000_i722193" type="#_x0000_t75" alt="学科网(www.zxxk.com)--教育资源门户，提供试卷、教案、课件、论文、素材以及各类教学资源下载，还有大量而丰富的教学相关资讯！" style="width:9.75pt;height:11.25pt" o:oleicon="f" o:ole="">
            <v:imagedata r:id="rId642" o:title="eqIdb6a24198bd04c29321ae5dc5a28fe421"/>
          </v:shape>
        </w:pict>
      </w:r>
      <w:r>
        <w:rPr>
          <w:rFonts w:ascii="宋体" w:eastAsia="宋体" w:hAnsi="宋体" w:cs="宋体"/>
          <w:color w:val="000000"/>
        </w:rPr>
        <w:t>个数为</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pict>
          <v:shape id="_x0000_i722194" type="#_x0000_t75" alt="学科网(www.zxxk.com)--教育资源门户，提供试卷、教案、课件、论文、素材以及各类教学资源下载，还有大量而丰富的教学相关资讯！" style="width:24pt;height:30.75pt" o:oleicon="f" o:ole="">
            <v:imagedata r:id="rId643" o:title="eqId4733228b71b7dfdb2416b73da385c4ff"/>
          </v:shape>
        </w:pict>
      </w:r>
      <w:r>
        <w:rPr>
          <w:color w:val="000000"/>
        </w:rPr>
        <w:t xml:space="preserve">    ②. </w:t>
      </w:r>
      <w:r>
        <w:pict>
          <v:shape id="_x0000_i722195" type="#_x0000_t75" alt="学科网(www.zxxk.com)--教育资源门户，提供试卷、教案、课件、论文、素材以及各类教学资源下载，还有大量而丰富的教学相关资讯！" style="width:45.75pt;height:29.25pt" o:oleicon="f" o:ole="">
            <v:imagedata r:id="rId644" o:title="eqId165d691737b0e83e518459ec0cc62778"/>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首先把整数化为分母是</w:t>
      </w:r>
      <w:r>
        <w:rPr>
          <w:rFonts w:ascii="Times New Roman" w:eastAsia="Times New Roman" w:hAnsi="Times New Roman" w:cs="Times New Roman"/>
          <w:color w:val="000000"/>
        </w:rPr>
        <w:t>2</w:t>
      </w:r>
      <w:r>
        <w:rPr>
          <w:rFonts w:ascii="宋体" w:eastAsia="宋体" w:hAnsi="宋体" w:cs="宋体"/>
          <w:color w:val="000000"/>
        </w:rPr>
        <w:t>的分数，可以发现该数列中的每一个数的绝对值的分母都为</w:t>
      </w:r>
      <w:r>
        <w:rPr>
          <w:rFonts w:ascii="Times New Roman" w:eastAsia="Times New Roman" w:hAnsi="Times New Roman" w:cs="Times New Roman"/>
          <w:color w:val="000000"/>
        </w:rPr>
        <w:t>2</w:t>
      </w:r>
      <w:r>
        <w:rPr>
          <w:rFonts w:ascii="宋体" w:eastAsia="宋体" w:hAnsi="宋体" w:cs="宋体"/>
          <w:color w:val="000000"/>
        </w:rPr>
        <w:t>，分子恰是自然数列的平方，前面的符号，第奇数个为负，第偶数个为正，可用</w:t>
      </w:r>
      <w:r>
        <w:pict>
          <v:shape id="_x0000_i722196" type="#_x0000_t75" alt="学科网(www.zxxk.com)--教育资源门户，提供试卷、教案、课件、论文、素材以及各类教学资源下载，还有大量而丰富的教学相关资讯！" style="width:27.75pt;height:18pt" o:oleicon="f" o:ole="">
            <v:imagedata r:id="rId645" o:title="eqIdc7a893eb7f7a54a2fca077ff8ca50f33"/>
          </v:shape>
        </w:pict>
      </w:r>
      <w:r>
        <w:rPr>
          <w:rFonts w:ascii="宋体" w:eastAsia="宋体" w:hAnsi="宋体" w:cs="宋体"/>
          <w:color w:val="000000"/>
        </w:rPr>
        <w:t>表示，代入即可求解．</w:t>
      </w:r>
    </w:p>
    <w:p>
      <w:pPr>
        <w:spacing w:line="360" w:lineRule="auto"/>
        <w:jc w:val="both"/>
        <w:textAlignment w:val="center"/>
        <w:rPr>
          <w:color w:val="000000"/>
        </w:rPr>
      </w:pPr>
      <w:r>
        <w:rPr>
          <w:color w:val="000000"/>
        </w:rPr>
        <w:t>【详解】</w:t>
      </w:r>
      <w:r>
        <w:rPr>
          <w:color w:val="000000"/>
        </w:rPr>
        <w:t>解：把整数化为分母是2的分数，可以发现该数列中的每一个数的绝对值的分母都为2，分子恰是自然数列的平方，前面的符号，第奇数个为负，第偶数个为正，可用</w:t>
      </w:r>
      <w:r>
        <w:pict>
          <v:shape id="_x0000_i722197" type="#_x0000_t75" alt="学科网(www.zxxk.com)--教育资源门户，提供试卷、教案、课件、论文、素材以及各类教学资源下载，还有大量而丰富的教学相关资讯！" style="width:27.75pt;height:18pt" o:oleicon="f" o:ole="">
            <v:imagedata r:id="rId646" o:title="eqIdc7a893eb7f7a54a2fca077ff8ca50f33"/>
          </v:shape>
        </w:pict>
      </w:r>
      <w:r>
        <w:rPr>
          <w:color w:val="000000"/>
        </w:rPr>
        <w:t>表示，</w:t>
      </w:r>
      <w:r>
        <w:rPr>
          <w:color w:val="000000"/>
        </w:rPr>
        <w:br/>
      </w:r>
      <w:r>
        <w:rPr>
          <w:color w:val="000000"/>
        </w:rPr>
        <w:t>故第</w:t>
      </w:r>
      <w:r>
        <w:rPr>
          <w:i/>
          <w:color w:val="000000"/>
        </w:rPr>
        <w:t>n</w:t>
      </w:r>
      <w:r>
        <w:rPr>
          <w:color w:val="000000"/>
        </w:rPr>
        <w:t>个数为：</w:t>
      </w:r>
      <w:r>
        <w:pict>
          <v:shape id="_x0000_i722198" type="#_x0000_t75" alt="学科网(www.zxxk.com)--教育资源门户，提供试卷、教案、课件、论文、素材以及各类教学资源下载，还有大量而丰富的教学相关资讯！" style="width:45.75pt;height:29.25pt" o:oleicon="f" o:ole="">
            <v:imagedata r:id="rId647" o:title="eqId165d691737b0e83e518459ec0cc62778"/>
          </v:shape>
        </w:pict>
      </w:r>
      <w:r>
        <w:rPr>
          <w:color w:val="000000"/>
        </w:rPr>
        <w:t>，</w:t>
      </w:r>
      <w:r>
        <w:rPr>
          <w:color w:val="000000"/>
        </w:rPr>
        <w:br/>
      </w:r>
      <w:r>
        <w:rPr>
          <w:color w:val="000000"/>
        </w:rPr>
        <w:t>第9个数为：</w:t>
      </w:r>
      <w:r>
        <w:pict>
          <v:shape id="_x0000_i722199" type="#_x0000_t75" alt="学科网(www.zxxk.com)--教育资源门户，提供试卷、教案、课件、论文、素材以及各类教学资源下载，还有大量而丰富的教学相关资讯！" style="width:83.05pt;height:33.15pt" o:oleicon="f" o:ole="">
            <v:imagedata r:id="rId648" o:title="eqIdc4067ec89dfb36fd579d8ce4280f5929"/>
          </v:shape>
        </w:pict>
      </w:r>
      <w:r>
        <w:rPr>
          <w:color w:val="000000"/>
        </w:rPr>
        <w:t>．</w:t>
      </w:r>
      <w:r>
        <w:rPr>
          <w:color w:val="000000"/>
        </w:rPr>
        <w:br/>
      </w:r>
      <w:r>
        <w:rPr>
          <w:color w:val="000000"/>
        </w:rPr>
        <w:t>故答案为：</w:t>
      </w:r>
      <w:r>
        <w:pict>
          <v:shape id="_x0000_i722200" type="#_x0000_t75" alt="学科网(www.zxxk.com)--教育资源门户，提供试卷、教案、课件、论文、素材以及各类教学资源下载，还有大量而丰富的教学相关资讯！" style="width:24pt;height:30.75pt" o:oleicon="f" o:ole="">
            <v:imagedata r:id="rId649" o:title="eqId4733228b71b7dfdb2416b73da385c4ff"/>
          </v:shape>
        </w:pict>
      </w:r>
      <w:r>
        <w:rPr>
          <w:color w:val="000000"/>
        </w:rPr>
        <w:t>，</w:t>
      </w:r>
      <w:r>
        <w:pict>
          <v:shape id="_x0000_i722201" type="#_x0000_t75" alt="学科网(www.zxxk.com)--教育资源门户，提供试卷、教案、课件、论文、素材以及各类教学资源下载，还有大量而丰富的教学相关资讯！" style="width:45.75pt;height:29.25pt" o:oleicon="f" o:ole="">
            <v:imagedata r:id="rId647" o:title="eqId165d691737b0e83e518459ec0cc62778"/>
          </v:shape>
        </w:pict>
      </w:r>
      <w:r>
        <w:rPr>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此题主要考查了数列的探索与运用，合理的统一数列中的分母寻找规律是解题的关键．</w:t>
      </w:r>
    </w:p>
    <w:p>
      <w:pPr>
        <w:spacing w:line="285" w:lineRule="auto"/>
        <w:jc w:val="both"/>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10</w:t>
      </w:r>
      <w:r>
        <w:rPr>
          <w:rFonts w:ascii="宋体" w:eastAsia="宋体" w:hAnsi="宋体" w:cs="宋体"/>
          <w:b/>
          <w:color w:val="000000"/>
          <w:sz w:val="24"/>
        </w:rPr>
        <w:t>个小题，共</w:t>
      </w:r>
      <w:r>
        <w:rPr>
          <w:rFonts w:ascii="Times New Roman" w:eastAsia="Times New Roman" w:hAnsi="Times New Roman" w:cs="Times New Roman"/>
          <w:b/>
          <w:color w:val="000000"/>
          <w:sz w:val="24"/>
        </w:rPr>
        <w:t>64</w:t>
      </w:r>
      <w:r>
        <w:rPr>
          <w:rFonts w:ascii="宋体" w:eastAsia="宋体" w:hAnsi="宋体" w:cs="宋体"/>
          <w:b/>
          <w:color w:val="000000"/>
          <w:sz w:val="24"/>
        </w:rPr>
        <w:t>分）</w:t>
      </w:r>
    </w:p>
    <w:p>
      <w:pPr>
        <w:pStyle w:val="Heading2"/>
      </w:pPr>
      <w:r>
        <w:t>怀柔区</w:t>
      </w:r>
    </w:p>
    <w:p>
      <w:pPr>
        <w:spacing w:line="360" w:lineRule="auto"/>
        <w:jc w:val="both"/>
        <w:textAlignment w:val="center"/>
        <w:rPr>
          <w:color w:val="000000"/>
        </w:rPr>
      </w:pPr>
      <w:r>
        <w:rPr>
          <w:color w:val="000000"/>
        </w:rPr>
        <w:t xml:space="preserve">18. </w:t>
      </w:r>
      <w:r>
        <w:rPr>
          <w:rFonts w:ascii="宋体" w:eastAsia="宋体" w:hAnsi="宋体" w:cs="宋体"/>
          <w:color w:val="000000"/>
        </w:rPr>
        <w:t>如图所示的是一个正方体的平面展开图．若将平面展开图折叠成正方体后，相对面上的两个数字之和均为</w:t>
      </w:r>
      <w:r>
        <w:pict>
          <v:shape id="_x0000_i722202" type="#_x0000_t75" alt="学科网(www.zxxk.com)--教育资源门户，提供试卷、教案、课件、论文、素材以及各类教学资源下载，还有大量而丰富的教学相关资讯！" style="width:12.9pt;height:10.8pt" o:oleicon="f" o:ole="">
            <v:imagedata r:id="rId650" o:title="eqId4a94acdfb41489d5694b5a64b9e99754"/>
          </v:shape>
        </w:pict>
      </w:r>
      <w:r>
        <w:rPr>
          <w:rFonts w:ascii="宋体" w:eastAsia="宋体" w:hAnsi="宋体" w:cs="宋体"/>
          <w:color w:val="000000"/>
        </w:rPr>
        <w:t>，则</w:t>
      </w:r>
      <w:r>
        <w:pict>
          <v:shape id="_x0000_i722203" type="#_x0000_t75" alt="学科网(www.zxxk.com)--教育资源门户，提供试卷、教案、课件、论文、素材以及各类教学资源下载，还有大量而丰富的教学相关资讯！" style="width:44.25pt;height:14.25pt" o:oleicon="f" o:ole="">
            <v:imagedata r:id="rId651" o:title="eqIde1433c8103033c67232f2f9ae189608d"/>
          </v:shape>
        </w:pict>
      </w:r>
      <w:r>
        <w:rPr>
          <w:rFonts w:ascii="宋体" w:eastAsia="宋体" w:hAnsi="宋体" w:cs="宋体"/>
          <w:color w:val="000000"/>
        </w:rPr>
        <w:t>的值为</w:t>
      </w:r>
      <w:r>
        <w:rPr>
          <w:color w:val="000000"/>
        </w:rPr>
        <w:t>____________</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2057400" cy="866775"/>
            <wp:docPr id="42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 name=""/>
                    <pic:cNvPicPr>
                      <a:picLocks noChangeAspect="1"/>
                    </pic:cNvPicPr>
                  </pic:nvPicPr>
                  <pic:blipFill>
                    <a:blip r:embed="rId652"/>
                    <a:stretch>
                      <a:fillRect/>
                    </a:stretch>
                  </pic:blipFill>
                  <pic:spPr>
                    <a:xfrm>
                      <a:off x="0" y="0"/>
                      <a:ext cx="2057400" cy="866775"/>
                    </a:xfrm>
                    <a:prstGeom prst="rect">
                      <a:avLst/>
                    </a:prstGeom>
                  </pic:spPr>
                </pic:pic>
              </a:graphicData>
            </a:graphic>
          </wp:inline>
        </w:drawing>
      </w:r>
    </w:p>
    <w:p>
      <w:pPr>
        <w:spacing w:line="360" w:lineRule="auto"/>
        <w:textAlignment w:val="center"/>
        <w:rPr>
          <w:color w:val="000000"/>
        </w:rPr>
      </w:pPr>
      <w:r>
        <w:rPr>
          <w:color w:val="2E75B6"/>
        </w:rPr>
        <w:t>【答案】</w:t>
      </w:r>
      <w:r>
        <w:pict>
          <v:shape id="_x0000_i722204" type="#_x0000_t75" alt="学科网(www.zxxk.com)--教育资源门户，提供试卷、教案、课件、论文、素材以及各类教学资源下载，还有大量而丰富的教学相关资讯！" style="width:19pt;height:12.5pt" o:oleicon="f" o:ole="">
            <v:imagedata r:id="rId653" o:title="eqId32e22e1223baf7cb3d53e668c2449609"/>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先确定展开图的相对面，利用相对面上的两个数字之和均为</w:t>
      </w:r>
      <w:r>
        <w:pict>
          <v:shape id="_x0000_i722205" type="#_x0000_t75" alt="学科网(www.zxxk.com)--教育资源门户，提供试卷、教案、课件、论文、素材以及各类教学资源下载，还有大量而丰富的教学相关资讯！" style="width:12.9pt;height:10.8pt" o:oleicon="f" o:ole="">
            <v:imagedata r:id="rId654" o:title="eqId4a94acdfb41489d5694b5a64b9e99754"/>
          </v:shape>
        </w:pict>
      </w:r>
      <w:r>
        <w:rPr>
          <w:rFonts w:ascii="宋体" w:eastAsia="宋体" w:hAnsi="宋体" w:cs="宋体"/>
          <w:color w:val="000000"/>
        </w:rPr>
        <w:t>，求出</w:t>
      </w:r>
      <w:r>
        <w:pict>
          <v:shape id="_x0000_i722206" type="#_x0000_t75" alt="学科网(www.zxxk.com)--教育资源门户，提供试卷、教案、课件、论文、素材以及各类教学资源下载，还有大量而丰富的教学相关资讯！" style="width:30.75pt;height:12.75pt" o:oleicon="f" o:ole="">
            <v:imagedata r:id="rId655" o:title="eqId1a14c388e1e2e5a2ff1ccf6caffbee0d"/>
          </v:shape>
        </w:pict>
      </w:r>
      <w:r>
        <w:rPr>
          <w:rFonts w:ascii="宋体" w:eastAsia="宋体" w:hAnsi="宋体" w:cs="宋体"/>
          <w:color w:val="000000"/>
        </w:rPr>
        <w:t>所表示的数，再代入代数式进行求值即可．</w:t>
      </w:r>
    </w:p>
    <w:p>
      <w:pPr>
        <w:spacing w:line="360" w:lineRule="auto"/>
        <w:jc w:val="left"/>
        <w:textAlignment w:val="center"/>
        <w:rPr>
          <w:color w:val="000000"/>
        </w:rPr>
      </w:pPr>
      <w:r>
        <w:rPr>
          <w:color w:val="000000"/>
        </w:rPr>
        <w:t>【详解】</w:t>
      </w:r>
      <w:r>
        <w:rPr>
          <w:rFonts w:ascii="宋体" w:eastAsia="宋体" w:hAnsi="宋体" w:cs="宋体"/>
          <w:color w:val="000000"/>
        </w:rPr>
        <w:t>解：由图可住：</w:t>
      </w:r>
      <w:r>
        <w:pict>
          <v:shape id="_x0000_i722207" type="#_x0000_t75" alt="学科网(www.zxxk.com)--教育资源门户，提供试卷、教案、课件、论文、素材以及各类教学资源下载，还有大量而丰富的教学相关资讯！" style="width:9.75pt;height:12pt" o:oleicon="f" o:ole="">
            <v:imagedata r:id="rId656" o:title="eqIdd053b14c8588eee2acbbe44fc37a6886"/>
          </v:shape>
        </w:pict>
      </w:r>
      <w:r>
        <w:rPr>
          <w:rFonts w:ascii="宋体" w:eastAsia="宋体" w:hAnsi="宋体" w:cs="宋体"/>
          <w:color w:val="000000"/>
        </w:rPr>
        <w:t>与</w:t>
      </w:r>
      <w:r>
        <w:pict>
          <v:shape id="_x0000_i722208" type="#_x0000_t75" alt="学科网(www.zxxk.com)--教育资源门户，提供试卷、教案、课件、论文、素材以及各类教学资源下载，还有大量而丰富的教学相关资讯！" style="width:19pt;height:12.5pt" o:oleicon="f" o:ole="">
            <v:imagedata r:id="rId657" o:title="eqId32e22e1223baf7cb3d53e668c2449609"/>
          </v:shape>
        </w:pict>
      </w:r>
      <w:r>
        <w:rPr>
          <w:rFonts w:ascii="宋体" w:eastAsia="宋体" w:hAnsi="宋体" w:cs="宋体"/>
          <w:color w:val="000000"/>
        </w:rPr>
        <w:t>是相对面，</w:t>
      </w:r>
      <w:r>
        <w:pict>
          <v:shape id="_x0000_i722209" type="#_x0000_t75" alt="学科网(www.zxxk.com)--教育资源门户，提供试卷、教案、课件、论文、素材以及各类教学资源下载，还有大量而丰富的教学相关资讯！" style="width:9pt;height:9pt" o:oleicon="f" o:ole="">
            <v:imagedata r:id="rId658" o:title="eqIde81e59019989b7dc2fb59b037ef6e010"/>
          </v:shape>
        </w:pict>
      </w:r>
      <w:r>
        <w:rPr>
          <w:rFonts w:ascii="宋体" w:eastAsia="宋体" w:hAnsi="宋体" w:cs="宋体"/>
          <w:color w:val="000000"/>
        </w:rPr>
        <w:t>和</w:t>
      </w:r>
      <w:r>
        <w:pict>
          <v:shape id="_x0000_i722210" type="#_x0000_t75" alt="学科网(www.zxxk.com)--教育资源门户，提供试卷、教案、课件、论文、素材以及各类教学资源下载，还有大量而丰富的教学相关资讯！" style="width:6.95pt;height:13pt" o:oleicon="f" o:ole="">
            <v:imagedata r:id="rId659" o:title="eqIdbdaa19de263700a15fcf213d64a8cd57"/>
          </v:shape>
        </w:pict>
      </w:r>
      <w:r>
        <w:rPr>
          <w:rFonts w:ascii="宋体" w:eastAsia="宋体" w:hAnsi="宋体" w:cs="宋体"/>
          <w:color w:val="000000"/>
        </w:rPr>
        <w:t>是相对面，</w:t>
      </w:r>
      <w:r>
        <w:pict>
          <v:shape id="_x0000_i722211" type="#_x0000_t75" alt="学科网(www.zxxk.com)--教育资源门户，提供试卷、教案、课件、论文、素材以及各类教学资源下载，还有大量而丰富的教学相关资讯！" style="width:9pt;height:9.75pt" o:oleicon="f" o:ole="">
            <v:imagedata r:id="rId660" o:title="eqId81dea63b8ce3e51adf66cf7b9982a248"/>
          </v:shape>
        </w:pict>
      </w:r>
      <w:r>
        <w:rPr>
          <w:rFonts w:ascii="宋体" w:eastAsia="宋体" w:hAnsi="宋体" w:cs="宋体"/>
          <w:color w:val="000000"/>
        </w:rPr>
        <w:t>与</w:t>
      </w:r>
      <w:r>
        <w:pict>
          <v:shape id="_x0000_i722212" type="#_x0000_t75" alt="学科网(www.zxxk.com)--教育资源门户，提供试卷、教案、课件、论文、素材以及各类教学资源下载，还有大量而丰富的教学相关资讯！" style="width:15.75pt;height:12.75pt" o:oleicon="f" o:ole="">
            <v:imagedata r:id="rId661" o:title="eqId274a9dc37509f01c2606fb3086a46f4f"/>
          </v:shape>
        </w:pict>
      </w:r>
      <w:r>
        <w:rPr>
          <w:rFonts w:ascii="宋体" w:eastAsia="宋体" w:hAnsi="宋体" w:cs="宋体"/>
          <w:color w:val="000000"/>
        </w:rPr>
        <w:t>是相对面，</w:t>
      </w:r>
    </w:p>
    <w:p>
      <w:pPr>
        <w:spacing w:line="360" w:lineRule="auto"/>
        <w:jc w:val="left"/>
        <w:textAlignment w:val="center"/>
        <w:rPr>
          <w:color w:val="000000"/>
        </w:rPr>
      </w:pPr>
      <w:r>
        <w:rPr>
          <w:rFonts w:ascii="宋体" w:eastAsia="宋体" w:hAnsi="宋体" w:cs="宋体"/>
          <w:color w:val="000000"/>
        </w:rPr>
        <w:t>∴</w:t>
      </w:r>
      <w:r>
        <w:pict>
          <v:shape id="_x0000_i722213" type="#_x0000_t75" alt="学科网(www.zxxk.com)--教育资源门户，提供试卷、教案、课件、论文、素材以及各类教学资源下载，还有大量而丰富的教学相关资讯！" style="width:158.25pt;height:15.75pt" o:oleicon="f" o:ole="">
            <v:imagedata r:id="rId662" o:title="eqIdfd8f260a9ab82ffe7ffe41f4fdbfbbd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22214" type="#_x0000_t75" alt="学科网(www.zxxk.com)--教育资源门户，提供试卷、教案、课件、论文、素材以及各类教学资源下载，还有大量而丰富的教学相关资讯！" style="width:96.75pt;height:15.75pt" o:oleicon="f" o:ole="">
            <v:imagedata r:id="rId663" o:title="eqId33bf0959582e3bdd128261a9c799be2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2215" type="#_x0000_t75" alt="学科网(www.zxxk.com)--教育资源门户，提供试卷、教案、课件、论文、素材以及各类教学资源下载，还有大量而丰富的教学相关资讯！" style="width:131.25pt;height:15.75pt" o:oleicon="f" o:ole="">
            <v:imagedata r:id="rId664" o:title="eqId5f7599fa1db6f553305e1a308769e6d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22216" type="#_x0000_t75" alt="学科网(www.zxxk.com)--教育资源门户，提供试卷、教案、课件、论文、素材以及各类教学资源下载，还有大量而丰富的教学相关资讯！" style="width:19pt;height:12.5pt" o:oleicon="f" o:ole="">
            <v:imagedata r:id="rId665" o:title="eqId32e22e1223baf7cb3d53e668c2449609"/>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本题考查代数式求值．正确的找到正方体展开图的相对面，是解题的关键．</w:t>
      </w:r>
    </w:p>
    <w:p>
      <w:pPr>
        <w:spacing w:line="285" w:lineRule="auto"/>
        <w:jc w:val="both"/>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64</w:t>
      </w:r>
      <w:r>
        <w:rPr>
          <w:rFonts w:ascii="宋体" w:eastAsia="宋体" w:hAnsi="宋体" w:cs="宋体"/>
          <w:b/>
          <w:color w:val="000000"/>
          <w:sz w:val="24"/>
        </w:rPr>
        <w:t>分，第</w:t>
      </w:r>
      <w:r>
        <w:rPr>
          <w:rFonts w:ascii="Times New Roman" w:eastAsia="Times New Roman" w:hAnsi="Times New Roman" w:cs="Times New Roman"/>
          <w:b/>
          <w:color w:val="000000"/>
          <w:sz w:val="24"/>
        </w:rPr>
        <w:t>19</w:t>
      </w:r>
      <w:r>
        <w:rPr>
          <w:rFonts w:ascii="宋体" w:eastAsia="宋体" w:hAnsi="宋体" w:cs="宋体"/>
          <w:b/>
          <w:color w:val="000000"/>
          <w:sz w:val="24"/>
        </w:rPr>
        <w:t>、</w:t>
      </w:r>
      <w:r>
        <w:rPr>
          <w:rFonts w:ascii="Times New Roman" w:eastAsia="Times New Roman" w:hAnsi="Times New Roman" w:cs="Times New Roman"/>
          <w:b/>
          <w:color w:val="000000"/>
          <w:sz w:val="24"/>
        </w:rPr>
        <w:t>20</w:t>
      </w:r>
      <w:r>
        <w:rPr>
          <w:rFonts w:ascii="宋体" w:eastAsia="宋体" w:hAnsi="宋体" w:cs="宋体"/>
          <w:b/>
          <w:color w:val="000000"/>
          <w:sz w:val="24"/>
        </w:rPr>
        <w:t>题每题</w:t>
      </w:r>
      <w:r>
        <w:rPr>
          <w:rFonts w:ascii="Times New Roman" w:eastAsia="Times New Roman" w:hAnsi="Times New Roman" w:cs="Times New Roman"/>
          <w:b/>
          <w:color w:val="000000"/>
          <w:sz w:val="24"/>
        </w:rPr>
        <w:t>10</w:t>
      </w:r>
      <w:r>
        <w:rPr>
          <w:rFonts w:ascii="宋体" w:eastAsia="宋体" w:hAnsi="宋体" w:cs="宋体"/>
          <w:b/>
          <w:color w:val="000000"/>
          <w:sz w:val="24"/>
        </w:rPr>
        <w:t>分，，第</w:t>
      </w:r>
      <w:r>
        <w:rPr>
          <w:rFonts w:ascii="Times New Roman" w:eastAsia="Times New Roman" w:hAnsi="Times New Roman" w:cs="Times New Roman"/>
          <w:b/>
          <w:color w:val="000000"/>
          <w:sz w:val="24"/>
        </w:rPr>
        <w:t>21-25</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w:t>
      </w:r>
      <w:r>
        <w:rPr>
          <w:rFonts w:ascii="Times New Roman" w:eastAsia="Times New Roman" w:hAnsi="Times New Roman" w:cs="Times New Roman"/>
          <w:b/>
          <w:color w:val="000000"/>
          <w:sz w:val="24"/>
        </w:rPr>
        <w:t>27</w:t>
      </w:r>
      <w:r>
        <w:rPr>
          <w:rFonts w:ascii="宋体" w:eastAsia="宋体" w:hAnsi="宋体" w:cs="宋体"/>
          <w:b/>
          <w:color w:val="000000"/>
          <w:sz w:val="24"/>
        </w:rPr>
        <w:t>题每小题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pStyle w:val="Heading2"/>
      </w:pPr>
      <w:r>
        <w:t>房山区</w:t>
      </w:r>
    </w:p>
    <w:p>
      <w:pPr>
        <w:spacing w:line="360" w:lineRule="auto"/>
        <w:jc w:val="left"/>
        <w:textAlignment w:val="center"/>
        <w:rPr>
          <w:color w:val="000000"/>
        </w:rPr>
      </w:pPr>
      <w:r>
        <w:rPr>
          <w:color w:val="000000"/>
        </w:rPr>
        <w:t xml:space="preserve">16. </w:t>
      </w:r>
      <w:r>
        <w:rPr>
          <w:rFonts w:ascii="宋体" w:eastAsia="宋体" w:hAnsi="宋体" w:cs="宋体"/>
          <w:color w:val="000000"/>
        </w:rPr>
        <w:t>新华书店新进一种畅销书若干本，第一天售出总数的</w:t>
      </w:r>
      <w:r>
        <w:pict>
          <v:shape id="_x0000_i722217" type="#_x0000_t75" alt="学科网(www.zxxk.com)--教育资源门户，提供试卷、教案、课件、论文、素材以及各类教学资源下载，还有大量而丰富的教学相关资讯！" style="width:10.5pt;height:21pt" o:oleicon="f" o:ole="">
            <v:imagedata r:id="rId666" o:title="eqIdf89eef3148f2d4d09379767b4af69132"/>
          </v:shape>
        </w:pict>
      </w:r>
      <w:r>
        <w:rPr>
          <w:rFonts w:ascii="宋体" w:eastAsia="宋体" w:hAnsi="宋体" w:cs="宋体"/>
          <w:color w:val="000000"/>
        </w:rPr>
        <w:t>，第二天售出总数的</w:t>
      </w:r>
      <w:r>
        <w:pict>
          <v:shape id="_x0000_i722218" type="#_x0000_t75" alt="学科网(www.zxxk.com)--教育资源门户，提供试卷、教案、课件、论文、素材以及各类教学资源下载，还有大量而丰富的教学相关资讯！" style="width:11.9pt;height:31.2pt" o:oleicon="f" o:ole="">
            <v:imagedata r:id="rId667" o:title="eqId56d266a04f3dc7483eddbc26c5e487db"/>
          </v:shape>
        </w:pict>
      </w:r>
      <w:r>
        <w:rPr>
          <w:rFonts w:ascii="宋体" w:eastAsia="宋体" w:hAnsi="宋体" w:cs="宋体"/>
          <w:color w:val="000000"/>
        </w:rPr>
        <w:t>还多</w:t>
      </w:r>
      <w:r>
        <w:rPr>
          <w:rFonts w:ascii="Times New Roman" w:eastAsia="Times New Roman" w:hAnsi="Times New Roman" w:cs="Times New Roman"/>
          <w:color w:val="000000"/>
        </w:rPr>
        <w:t>50</w:t>
      </w:r>
      <w:r>
        <w:rPr>
          <w:rFonts w:ascii="宋体" w:eastAsia="宋体" w:hAnsi="宋体" w:cs="宋体"/>
          <w:color w:val="000000"/>
        </w:rPr>
        <w:t>本，结果书店还有</w:t>
      </w:r>
      <w:r>
        <w:rPr>
          <w:rFonts w:ascii="Times New Roman" w:eastAsia="Times New Roman" w:hAnsi="Times New Roman" w:cs="Times New Roman"/>
          <w:color w:val="000000"/>
        </w:rPr>
        <w:t>200</w:t>
      </w:r>
      <w:r>
        <w:rPr>
          <w:rFonts w:ascii="宋体" w:eastAsia="宋体" w:hAnsi="宋体" w:cs="宋体"/>
          <w:color w:val="000000"/>
        </w:rPr>
        <w:t>本这种书，请问书店新进这种畅销书</w:t>
      </w:r>
      <w:r>
        <w:rPr>
          <w:color w:val="000000"/>
        </w:rPr>
        <w:t>___________</w:t>
      </w:r>
      <w:r>
        <w:rPr>
          <w:rFonts w:ascii="宋体" w:eastAsia="宋体" w:hAnsi="宋体" w:cs="宋体"/>
          <w:color w:val="000000"/>
        </w:rPr>
        <w:t>本．</w:t>
      </w:r>
    </w:p>
    <w:p>
      <w:pPr>
        <w:spacing w:line="360" w:lineRule="auto"/>
        <w:textAlignment w:val="center"/>
        <w:rPr>
          <w:color w:val="000000"/>
        </w:rPr>
      </w:pPr>
      <w:r>
        <w:rPr>
          <w:color w:val="2E75B6"/>
        </w:rPr>
        <w:t>【答案】</w:t>
      </w:r>
      <w:r>
        <w:pict>
          <v:shape id="_x0000_i722219" type="#_x0000_t75" alt="学科网(www.zxxk.com)--教育资源门户，提供试卷、教案、课件、论文、素材以及各类教学资源下载，还有大量而丰富的教学相关资讯！" style="width:26pt;height:13.95pt" o:oleicon="f" o:ole="">
            <v:imagedata r:id="rId668" o:title="eqIddadc63e6e33743ce590ed968948a5a58"/>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设书店新进这种畅销书</w:t>
      </w:r>
      <w:r>
        <w:pict>
          <v:shape id="_x0000_i722220" type="#_x0000_t75" alt="学科网(www.zxxk.com)--教育资源门户，提供试卷、教案、课件、论文、素材以及各类教学资源下载，还有大量而丰富的教学相关资讯！" style="width:9pt;height:9.75pt" o:oleicon="f" o:ole="">
            <v:imagedata r:id="rId669" o:title="eqId81dea63b8ce3e51adf66cf7b9982a248"/>
          </v:shape>
        </w:pict>
      </w:r>
      <w:r>
        <w:rPr>
          <w:rFonts w:ascii="宋体" w:eastAsia="宋体" w:hAnsi="宋体" w:cs="宋体"/>
          <w:color w:val="000000"/>
        </w:rPr>
        <w:t>本，然后根据题目中的等量关系列方程求解即可．</w:t>
      </w:r>
    </w:p>
    <w:p>
      <w:pPr>
        <w:spacing w:before="90" w:line="360" w:lineRule="auto"/>
        <w:jc w:val="both"/>
        <w:textAlignment w:val="center"/>
        <w:rPr>
          <w:color w:val="000000"/>
        </w:rPr>
      </w:pPr>
      <w:r>
        <w:rPr>
          <w:color w:val="000000"/>
        </w:rPr>
        <w:t>【详解】</w:t>
      </w:r>
      <w:r>
        <w:rPr>
          <w:rFonts w:ascii="宋体" w:eastAsia="宋体" w:hAnsi="宋体" w:cs="宋体"/>
          <w:color w:val="000000"/>
        </w:rPr>
        <w:t>解：根据题意，设书店新进这种畅销书</w:t>
      </w:r>
      <w:r>
        <w:pict>
          <v:shape id="_x0000_i722221" type="#_x0000_t75" alt="学科网(www.zxxk.com)--教育资源门户，提供试卷、教案、课件、论文、素材以及各类教学资源下载，还有大量而丰富的教学相关资讯！" style="width:9pt;height:9.75pt" o:oleicon="f" o:ole="">
            <v:imagedata r:id="rId670" o:title="eqId81dea63b8ce3e51adf66cf7b9982a248"/>
          </v:shape>
        </w:pict>
      </w:r>
      <w:r>
        <w:rPr>
          <w:rFonts w:ascii="宋体" w:eastAsia="宋体" w:hAnsi="宋体" w:cs="宋体"/>
          <w:color w:val="000000"/>
        </w:rPr>
        <w:t>本，则</w:t>
      </w:r>
    </w:p>
    <w:p>
      <w:pPr>
        <w:spacing w:line="360" w:lineRule="auto"/>
        <w:jc w:val="both"/>
        <w:textAlignment w:val="center"/>
        <w:rPr>
          <w:color w:val="000000"/>
        </w:rPr>
      </w:pPr>
      <w:r>
        <w:pict>
          <v:shape id="_x0000_i722222" type="#_x0000_t75" alt="学科网(www.zxxk.com)--教育资源门户，提供试卷、教案、课件、论文、素材以及各类教学资源下载，还有大量而丰富的教学相关资讯！" style="width:126pt;height:34.2pt" o:oleicon="f" o:ole="">
            <v:imagedata r:id="rId671" o:title="eqId5d266dde2f61f865c62dff2127f79461"/>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整理得：</w:t>
      </w:r>
      <w:r>
        <w:pict>
          <v:shape id="_x0000_i722223" type="#_x0000_t75" alt="学科网(www.zxxk.com)--教育资源门户，提供试卷、教案、课件、论文、素材以及各类教学资源下载，还有大量而丰富的教学相关资讯！" style="width:49.2pt;height:31.2pt" o:oleicon="f" o:ole="">
            <v:imagedata r:id="rId672" o:title="eqIdfdfc09c532423dcda757045901342a6e"/>
          </v:shape>
        </w:pi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pict>
          <v:shape id="_x0000_i722224" type="#_x0000_t75" alt="学科网(www.zxxk.com)--教育资源门户，提供试卷、教案、课件、论文、素材以及各类教学资源下载，还有大量而丰富的教学相关资讯！" style="width:45pt;height:13.8pt" o:oleicon="f" o:ole="">
            <v:imagedata r:id="rId673" o:title="eqId7f0a22c0f9d0bc57356448860063500f"/>
          </v:shape>
        </w:pict>
      </w:r>
      <w:r>
        <w:rPr>
          <w:rFonts w:ascii="宋体" w:eastAsia="宋体" w:hAnsi="宋体" w:cs="宋体"/>
          <w:color w:val="000000"/>
        </w:rPr>
        <w:t>，</w:t>
      </w:r>
    </w:p>
    <w:p>
      <w:pPr>
        <w:spacing w:before="90" w:line="360" w:lineRule="auto"/>
        <w:jc w:val="both"/>
        <w:textAlignment w:val="center"/>
        <w:rPr>
          <w:color w:val="000000"/>
        </w:rPr>
      </w:pPr>
      <w:r>
        <w:rPr>
          <w:rFonts w:ascii="宋体" w:eastAsia="宋体" w:hAnsi="宋体" w:cs="宋体"/>
          <w:color w:val="000000"/>
        </w:rPr>
        <w:t>∴该书店新进这种畅销书</w:t>
      </w:r>
      <w:r>
        <w:rPr>
          <w:rFonts w:ascii="Times New Roman" w:eastAsia="Times New Roman" w:hAnsi="Times New Roman" w:cs="Times New Roman"/>
          <w:color w:val="000000"/>
        </w:rPr>
        <w:t>1000</w:t>
      </w:r>
      <w:r>
        <w:rPr>
          <w:rFonts w:ascii="宋体" w:eastAsia="宋体" w:hAnsi="宋体" w:cs="宋体"/>
          <w:color w:val="000000"/>
        </w:rPr>
        <w:t>本，</w:t>
      </w:r>
    </w:p>
    <w:p>
      <w:pPr>
        <w:spacing w:before="90" w:line="360" w:lineRule="auto"/>
        <w:jc w:val="both"/>
        <w:textAlignment w:val="center"/>
        <w:rPr>
          <w:color w:val="000000"/>
        </w:rPr>
      </w:pPr>
      <w:r>
        <w:rPr>
          <w:rFonts w:ascii="宋体" w:eastAsia="宋体" w:hAnsi="宋体" w:cs="宋体"/>
          <w:color w:val="000000"/>
        </w:rPr>
        <w:t>故答案为：</w:t>
      </w:r>
      <w:r>
        <w:pict>
          <v:shape id="_x0000_i722225" type="#_x0000_t75" alt="学科网(www.zxxk.com)--教育资源门户，提供试卷、教案、课件、论文、素材以及各类教学资源下载，还有大量而丰富的教学相关资讯！" style="width:26pt;height:13.95pt" o:oleicon="f" o:ole="">
            <v:imagedata r:id="rId674" o:title="eqIddadc63e6e33743ce590ed968948a5a58"/>
          </v:shape>
        </w:pict>
      </w:r>
      <w:r>
        <w:rPr>
          <w:rFonts w:ascii="宋体" w:eastAsia="宋体" w:hAnsi="宋体" w:cs="宋体"/>
          <w:color w:val="000000"/>
        </w:rPr>
        <w:t>．</w:t>
      </w:r>
    </w:p>
    <w:p>
      <w:pPr>
        <w:spacing w:line="360" w:lineRule="auto"/>
        <w:jc w:val="both"/>
        <w:textAlignment w:val="center"/>
        <w:rPr>
          <w:color w:val="000000"/>
        </w:rPr>
      </w:pPr>
      <w:r>
        <w:rPr>
          <w:color w:val="000000"/>
        </w:rPr>
        <w:t>【点睛】</w:t>
      </w:r>
      <w:r>
        <w:rPr>
          <w:rFonts w:ascii="宋体" w:eastAsia="宋体" w:hAnsi="宋体" w:cs="宋体"/>
          <w:color w:val="000000"/>
        </w:rPr>
        <w:t>本题考查了一元一次方程的应用，难点在于读懂题目信息，根据等量关系列出方程是解题的关键．</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11</w:t>
      </w:r>
      <w:r>
        <w:rPr>
          <w:rFonts w:ascii="宋体" w:eastAsia="宋体" w:hAnsi="宋体" w:cs="宋体"/>
          <w:b/>
          <w:color w:val="000000"/>
          <w:sz w:val="24"/>
        </w:rPr>
        <w:t>道小题，第</w:t>
      </w:r>
      <w:r>
        <w:rPr>
          <w:rFonts w:ascii="Times New Roman" w:eastAsia="Times New Roman" w:hAnsi="Times New Roman" w:cs="Times New Roman"/>
          <w:b/>
          <w:color w:val="000000"/>
          <w:sz w:val="24"/>
        </w:rPr>
        <w:t>17-25</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26-27</w:t>
      </w:r>
      <w:r>
        <w:rPr>
          <w:rFonts w:ascii="宋体" w:eastAsia="宋体" w:hAnsi="宋体" w:cs="宋体"/>
          <w:b/>
          <w:color w:val="000000"/>
          <w:sz w:val="24"/>
        </w:rPr>
        <w:t>题，每题</w:t>
      </w:r>
      <w:r>
        <w:rPr>
          <w:rFonts w:ascii="Times New Roman" w:eastAsia="Times New Roman" w:hAnsi="Times New Roman" w:cs="Times New Roman"/>
          <w:b/>
          <w:color w:val="000000"/>
          <w:sz w:val="24"/>
        </w:rPr>
        <w:t>7</w:t>
      </w:r>
      <w:r>
        <w:rPr>
          <w:rFonts w:ascii="宋体" w:eastAsia="宋体" w:hAnsi="宋体" w:cs="宋体"/>
          <w:b/>
          <w:color w:val="000000"/>
          <w:sz w:val="24"/>
        </w:rPr>
        <w:t>分，共</w:t>
      </w:r>
      <w:r>
        <w:rPr>
          <w:rFonts w:ascii="Times New Roman" w:eastAsia="Times New Roman" w:hAnsi="Times New Roman" w:cs="Times New Roman"/>
          <w:b/>
          <w:color w:val="000000"/>
          <w:sz w:val="24"/>
        </w:rPr>
        <w:t>68</w:t>
      </w:r>
      <w:r>
        <w:rPr>
          <w:rFonts w:ascii="宋体" w:eastAsia="宋体" w:hAnsi="宋体" w:cs="宋体"/>
          <w:b/>
          <w:color w:val="000000"/>
          <w:sz w:val="24"/>
        </w:rPr>
        <w:t>分）</w:t>
      </w:r>
    </w:p>
    <w:p>
      <w:pPr>
        <w:pStyle w:val="Heading2"/>
      </w:pPr>
      <w:r>
        <w:t>昌平区</w:t>
      </w:r>
    </w:p>
    <w:p>
      <w:pPr>
        <w:spacing w:line="360" w:lineRule="auto"/>
        <w:jc w:val="both"/>
        <w:textAlignment w:val="center"/>
        <w:rPr>
          <w:color w:val="000000"/>
        </w:rPr>
      </w:pPr>
      <w:r>
        <w:rPr>
          <w:color w:val="000000"/>
        </w:rPr>
        <w:t xml:space="preserve">16. </w:t>
      </w:r>
      <w:r>
        <w:rPr>
          <w:rFonts w:ascii="宋体" w:eastAsia="宋体" w:hAnsi="宋体" w:cs="宋体"/>
          <w:color w:val="000000"/>
        </w:rPr>
        <w:t>古希腊著名的毕达哥拉斯学派把</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这样的数称为“三角数”；把</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16</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这样的数称为“正方形数”．观察下图可以发现，任何一个大于</w:t>
      </w:r>
      <w:r>
        <w:rPr>
          <w:rFonts w:ascii="Times New Roman" w:eastAsia="Times New Roman" w:hAnsi="Times New Roman" w:cs="Times New Roman"/>
          <w:color w:val="000000"/>
        </w:rPr>
        <w:t>1</w:t>
      </w:r>
      <w:r>
        <w:rPr>
          <w:rFonts w:ascii="宋体" w:eastAsia="宋体" w:hAnsi="宋体" w:cs="宋体"/>
          <w:color w:val="000000"/>
        </w:rPr>
        <w:t>的“正方形数”都可以写成两个相邻的“三角形数”之和．</w:t>
      </w:r>
    </w:p>
    <w:p>
      <w:pPr>
        <w:spacing w:line="360" w:lineRule="auto"/>
        <w:jc w:val="both"/>
        <w:textAlignment w:val="center"/>
        <w:rPr>
          <w:color w:val="000000"/>
        </w:rPr>
      </w:pPr>
      <w:r>
        <w:rPr>
          <w:color w:val="000000"/>
        </w:rPr>
        <w:drawing>
          <wp:inline>
            <wp:extent cx="2333625" cy="971550"/>
            <wp:docPr id="42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6" name=""/>
                    <pic:cNvPicPr>
                      <a:picLocks noChangeAspect="1"/>
                    </pic:cNvPicPr>
                  </pic:nvPicPr>
                  <pic:blipFill>
                    <a:blip r:embed="rId675"/>
                    <a:stretch>
                      <a:fillRect/>
                    </a:stretch>
                  </pic:blipFill>
                  <pic:spPr>
                    <a:xfrm>
                      <a:off x="0" y="0"/>
                      <a:ext cx="2333625" cy="97155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）“正方形数”</w:t>
      </w:r>
      <w:r>
        <w:pict>
          <v:shape id="_x0000_i722226" type="#_x0000_t75" alt="学科网(www.zxxk.com)--教育资源门户，提供试卷、教案、课件、论文、素材以及各类教学资源下载，还有大量而丰富的教学相关资讯！" style="width:15.75pt;height:14.25pt" o:oleicon="f" o:ole="">
            <v:imagedata r:id="rId676" o:title="eqId9c06fc7811f9525e8b8c833746d6af5c"/>
          </v:shape>
        </w:pict>
      </w:r>
      <w:r>
        <w:rPr>
          <w:rFonts w:ascii="宋体" w:eastAsia="宋体" w:hAnsi="宋体" w:cs="宋体"/>
          <w:color w:val="000000"/>
        </w:rPr>
        <w:t>可以写成两个相邻的“三角形数”</w:t>
      </w:r>
      <w:r>
        <w:rPr>
          <w:color w:val="000000"/>
        </w:rPr>
        <w:t>________</w:t>
      </w:r>
      <w:r>
        <w:rPr>
          <w:rFonts w:ascii="宋体" w:eastAsia="宋体" w:hAnsi="宋体" w:cs="宋体"/>
          <w:color w:val="000000"/>
        </w:rPr>
        <w:t>与</w:t>
      </w:r>
      <w:r>
        <w:rPr>
          <w:color w:val="000000"/>
        </w:rPr>
        <w:t>________</w:t>
      </w:r>
      <w:r>
        <w:rPr>
          <w:rFonts w:ascii="宋体" w:eastAsia="宋体" w:hAnsi="宋体" w:cs="宋体"/>
          <w:color w:val="000000"/>
        </w:rPr>
        <w:t>之和；</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）“正方形数”</w:t>
      </w:r>
      <w:r>
        <w:pict>
          <v:shape id="_x0000_i722227" type="#_x0000_t75" alt="学科网(www.zxxk.com)--教育资源门户，提供试卷、教案、课件、论文、素材以及各类教学资源下载，还有大量而丰富的教学相关资讯！" style="width:14.25pt;height:15.75pt" o:oleicon="f" o:ole="">
            <v:imagedata r:id="rId677" o:title="eqId2ceef1abeeef220b4fe5f7d96feedd90"/>
          </v:shape>
        </w:pic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为大于</w:t>
      </w:r>
      <w:r>
        <w:rPr>
          <w:rFonts w:ascii="Times New Roman" w:eastAsia="Times New Roman" w:hAnsi="Times New Roman" w:cs="Times New Roman"/>
          <w:color w:val="000000"/>
        </w:rPr>
        <w:t>1</w:t>
      </w:r>
      <w:r>
        <w:rPr>
          <w:rFonts w:ascii="宋体" w:eastAsia="宋体" w:hAnsi="宋体" w:cs="宋体"/>
          <w:color w:val="000000"/>
        </w:rPr>
        <w:t>的整数）可以写成两个相邻的“三角形数”</w:t>
      </w:r>
      <w:r>
        <w:rPr>
          <w:color w:val="000000"/>
        </w:rPr>
        <w:t>________</w:t>
      </w:r>
      <w:r>
        <w:rPr>
          <w:rFonts w:ascii="宋体" w:eastAsia="宋体" w:hAnsi="宋体" w:cs="宋体"/>
          <w:color w:val="000000"/>
        </w:rPr>
        <w:t>与</w:t>
      </w:r>
      <w:r>
        <w:rPr>
          <w:color w:val="000000"/>
        </w:rPr>
        <w:t>________</w:t>
      </w:r>
      <w:r>
        <w:rPr>
          <w:rFonts w:ascii="宋体" w:eastAsia="宋体" w:hAnsi="宋体" w:cs="宋体"/>
          <w:color w:val="000000"/>
        </w:rPr>
        <w:t>之和．</w:t>
      </w:r>
    </w:p>
    <w:p>
      <w:pPr>
        <w:spacing w:line="360" w:lineRule="auto"/>
        <w:textAlignment w:val="center"/>
        <w:rPr>
          <w:color w:val="000000"/>
        </w:rPr>
      </w:pPr>
      <w:r>
        <w:rPr>
          <w:color w:val="2E75B6"/>
        </w:rPr>
        <w:t>【答案】</w:t>
      </w:r>
      <w:r>
        <w:rPr>
          <w:color w:val="000000"/>
        </w:rPr>
        <w:t xml:space="preserve">    ①. </w:t>
      </w:r>
      <w:r>
        <w:pict>
          <v:shape id="_x0000_i722228" type="#_x0000_t75" alt="学科网(www.zxxk.com)--教育资源门户，提供试卷、教案、课件、论文、素材以及各类教学资源下载，还有大量而丰富的教学相关资讯！" style="width:14.25pt;height:14.25pt" o:oleicon="f" o:ole="">
            <v:imagedata r:id="rId678" o:title="eqIdd07ae0b4264da6a8812454ffd2f20d94"/>
          </v:shape>
        </w:pict>
      </w:r>
      <w:r>
        <w:rPr>
          <w:color w:val="000000"/>
        </w:rPr>
        <w:t xml:space="preserve">    ②. </w:t>
      </w:r>
      <w:r>
        <w:pict>
          <v:shape id="_x0000_i722229" type="#_x0000_t75" alt="学科网(www.zxxk.com)--教育资源门户，提供试卷、教案、课件、论文、素材以及各类教学资源下载，还有大量而丰富的教学相关资讯！" style="width:12.9pt;height:12.35pt" o:oleicon="f" o:ole="">
            <v:imagedata r:id="rId679" o:title="eqId58b184c94e38f1e5dbe750b2168c2a37"/>
          </v:shape>
        </w:pict>
      </w:r>
      <w:r>
        <w:rPr>
          <w:color w:val="000000"/>
        </w:rPr>
        <w:t xml:space="preserve">    ③. </w:t>
      </w:r>
      <w:r>
        <w:pict>
          <v:shape id="_x0000_i722230" type="#_x0000_t75" alt="学科网(www.zxxk.com)--教育资源门户，提供试卷、教案、课件、论文、素材以及各类教学资源下载，还有大量而丰富的教学相关资讯！" style="width:49.65pt;height:31.8pt" o:oleicon="f" o:ole="">
            <v:imagedata r:id="rId680" o:title="eqId580b1d2c7285349ed4c5c039596c2942"/>
          </v:shape>
        </w:pict>
      </w:r>
      <w:r>
        <w:rPr>
          <w:color w:val="000000"/>
        </w:rPr>
        <w:t xml:space="preserve">    ④. </w:t>
      </w:r>
      <w:r>
        <w:pict>
          <v:shape id="_x0000_i722231" type="#_x0000_t75" alt="学科网(www.zxxk.com)--教育资源门户，提供试卷、教案、课件、论文、素材以及各类教学资源下载，还有大量而丰富的教学相关资讯！" style="width:51pt;height:31pt" o:oleicon="f" o:ole="">
            <v:imagedata r:id="rId681" o:title="eqId6c45e44318f9ac025ed5d6ecea614ea3"/>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（1）根据题意写出可以写成两个相邻的“三角形数”之和为</w:t>
      </w:r>
      <w:r>
        <w:rPr>
          <w:rFonts w:ascii="Times New Roman" w:eastAsia="Times New Roman" w:hAnsi="Times New Roman" w:cs="Times New Roman"/>
          <w:color w:val="000000"/>
        </w:rPr>
        <w:t>25</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）根据所给的算式结合图形找到一般规律</w:t>
      </w:r>
      <w:r>
        <w:pict>
          <v:shape id="_x0000_i722232" type="#_x0000_t75" alt="学科网(www.zxxk.com)--教育资源门户，提供试卷、教案、课件、论文、素材以及各类教学资源下载，还有大量而丰富的教学相关资讯！" style="width:129.75pt;height:30.75pt" o:oleicon="f" o:ole="">
            <v:imagedata r:id="rId682" o:title="eqId07f800c31617763e7c0857bfab43639e"/>
          </v:shape>
        </w:pict>
      </w:r>
      <w:r>
        <w:rPr>
          <w:rFonts w:ascii="宋体" w:eastAsia="宋体" w:hAnsi="宋体" w:cs="宋体"/>
          <w:color w:val="000000"/>
        </w:rPr>
        <w:t>，即可求解．</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）观察图形可得：</w:t>
      </w:r>
      <w:r>
        <w:pict>
          <v:shape id="_x0000_i722233" type="#_x0000_t75" alt="学科网(www.zxxk.com)--教育资源门户，提供试卷、教案、课件、论文、素材以及各类教学资源下载，还有大量而丰富的教学相关资讯！" style="width:61.45pt;height:14.9pt" o:oleicon="f" o:ole="">
            <v:imagedata r:id="rId683" o:title="eqIdfc869d695a435c8209850cb8a1af1c2d"/>
          </v:shape>
        </w:pict>
      </w:r>
      <w:r>
        <w:rPr>
          <w:rFonts w:ascii="宋体" w:eastAsia="宋体" w:hAnsi="宋体" w:cs="宋体"/>
          <w:color w:val="000000"/>
        </w:rPr>
        <w:t>，</w:t>
      </w:r>
      <w:r>
        <w:pict>
          <v:shape id="_x0000_i722234" type="#_x0000_t75" alt="学科网(www.zxxk.com)--教育资源门户，提供试卷、教案、课件、论文、素材以及各类教学资源下载，还有大量而丰富的教学相关资讯！" style="width:91.7pt;height:16.3pt" o:oleicon="f" o:ole="">
            <v:imagedata r:id="rId684" o:title="eqId286ced837fc38a2d10955c336ae9ac42"/>
          </v:shape>
        </w:pict>
      </w:r>
      <w:r>
        <w:rPr>
          <w:rFonts w:ascii="宋体" w:eastAsia="宋体" w:hAnsi="宋体" w:cs="宋体"/>
          <w:color w:val="000000"/>
        </w:rPr>
        <w:t>，</w:t>
      </w:r>
      <w:r>
        <w:pict>
          <v:shape id="_x0000_i722235" type="#_x0000_t75" alt="学科网(www.zxxk.com)--教育资源门户，提供试卷、教案、课件、论文、素材以及各类教学资源下载，还有大量而丰富的教学相关资讯！" style="width:125.75pt;height:16.3pt" o:oleicon="f" o:ole="">
            <v:imagedata r:id="rId685" o:title="eqId06d08a8807ec7a90708f4246901601f6"/>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“正方形数”</w:t>
      </w:r>
      <w:r>
        <w:pict>
          <v:shape id="_x0000_i722236" type="#_x0000_t75" alt="学科网(www.zxxk.com)--教育资源门户，提供试卷、教案、课件、论文、素材以及各类教学资源下载，还有大量而丰富的教学相关资讯！" style="width:15.75pt;height:14.25pt" o:oleicon="f" o:ole="">
            <v:imagedata r:id="rId686" o:title="eqId9c06fc7811f9525e8b8c833746d6af5c"/>
          </v:shape>
        </w:pict>
      </w:r>
      <w:r>
        <w:rPr>
          <w:rFonts w:ascii="宋体" w:eastAsia="宋体" w:hAnsi="宋体" w:cs="宋体"/>
          <w:color w:val="000000"/>
        </w:rPr>
        <w:t>可以写成两个相邻的“三角形数”</w:t>
      </w:r>
      <w:r>
        <w:pict>
          <v:shape id="_x0000_i722237" type="#_x0000_t75" alt="学科网(www.zxxk.com)--教育资源门户，提供试卷、教案、课件、论文、素材以及各类教学资源下载，还有大量而丰富的教学相关资讯！" style="width:14.25pt;height:14.25pt" o:oleicon="f" o:ole="">
            <v:imagedata r:id="rId687" o:title="eqIdd07ae0b4264da6a8812454ffd2f20d94"/>
          </v:shape>
        </w:pict>
      </w:r>
      <w:r>
        <w:rPr>
          <w:rFonts w:ascii="宋体" w:eastAsia="宋体" w:hAnsi="宋体" w:cs="宋体"/>
          <w:color w:val="000000"/>
        </w:rPr>
        <w:t>与</w:t>
      </w:r>
      <w:r>
        <w:pict>
          <v:shape id="_x0000_i722238" type="#_x0000_t75" alt="学科网(www.zxxk.com)--教育资源门户，提供试卷、教案、课件、论文、素材以及各类教学资源下载，还有大量而丰富的教学相关资讯！" style="width:12.9pt;height:12.35pt" o:oleicon="f" o:ole="">
            <v:imagedata r:id="rId688" o:title="eqId58b184c94e38f1e5dbe750b2168c2a37"/>
          </v:shape>
        </w:pict>
      </w:r>
      <w:r>
        <w:rPr>
          <w:rFonts w:ascii="宋体" w:eastAsia="宋体" w:hAnsi="宋体" w:cs="宋体"/>
          <w:color w:val="000000"/>
        </w:rPr>
        <w:t>之和，</w:t>
      </w:r>
    </w:p>
    <w:p>
      <w:pPr>
        <w:spacing w:line="360" w:lineRule="auto"/>
        <w:jc w:val="left"/>
        <w:textAlignment w:val="center"/>
        <w:rPr>
          <w:color w:val="000000"/>
        </w:rPr>
      </w:pPr>
      <w:r>
        <w:rPr>
          <w:rFonts w:ascii="宋体" w:eastAsia="宋体" w:hAnsi="宋体" w:cs="宋体"/>
          <w:color w:val="000000"/>
        </w:rPr>
        <w:t>故答案为：</w:t>
      </w:r>
      <w:r>
        <w:pict>
          <v:shape id="_x0000_i722239" type="#_x0000_t75" alt="学科网(www.zxxk.com)--教育资源门户，提供试卷、教案、课件、论文、素材以及各类教学资源下载，还有大量而丰富的教学相关资讯！" style="width:14.25pt;height:14.25pt" o:oleicon="f" o:ole="">
            <v:imagedata r:id="rId689" o:title="eqIdd07ae0b4264da6a8812454ffd2f20d94"/>
          </v:shape>
        </w:pict>
      </w:r>
      <w:r>
        <w:rPr>
          <w:rFonts w:ascii="宋体" w:eastAsia="宋体" w:hAnsi="宋体" w:cs="宋体"/>
          <w:color w:val="000000"/>
        </w:rPr>
        <w:t>；</w:t>
      </w:r>
      <w:r>
        <w:pict>
          <v:shape id="_x0000_i722240" type="#_x0000_t75" alt="学科网(www.zxxk.com)--教育资源门户，提供试卷、教案、课件、论文、素材以及各类教学资源下载，还有大量而丰富的教学相关资讯！" style="width:12.9pt;height:12.35pt" o:oleicon="f" o:ole="">
            <v:imagedata r:id="rId690" o:title="eqId58b184c94e38f1e5dbe750b2168c2a37"/>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22241" type="#_x0000_t75" alt="学科网(www.zxxk.com)--教育资源门户，提供试卷、教案、课件、论文、素材以及各类教学资源下载，还有大量而丰富的教学相关资讯！" style="width:142.75pt;height:31.3pt" o:oleicon="f" o:ole="">
            <v:imagedata r:id="rId691" o:title="eqId7433746b694c52c6c166d54473296c43"/>
          </v:shape>
        </w:pict>
      </w:r>
      <w:r>
        <w:rPr>
          <w:rFonts w:ascii="宋体" w:eastAsia="宋体" w:hAnsi="宋体" w:cs="宋体"/>
          <w:color w:val="000000"/>
        </w:rPr>
        <w:t>，</w:t>
      </w:r>
      <w:r>
        <w:pict>
          <v:shape id="_x0000_i722242" type="#_x0000_t75" alt="学科网(www.zxxk.com)--教育资源门户，提供试卷、教案、课件、论文、素材以及各类教学资源下载，还有大量而丰富的教学相关资讯！" style="width:150.9pt;height:31.3pt" o:oleicon="f" o:ole="">
            <v:imagedata r:id="rId692" o:title="eqId1df536c3f49b109e6b8f41dc92e6de84"/>
          </v:shape>
        </w:pict>
      </w:r>
    </w:p>
    <w:p>
      <w:pPr>
        <w:spacing w:line="360" w:lineRule="auto"/>
        <w:jc w:val="left"/>
        <w:textAlignment w:val="center"/>
        <w:rPr>
          <w:color w:val="000000"/>
        </w:rPr>
      </w:pPr>
      <w:r>
        <w:rPr>
          <w:rFonts w:ascii="宋体" w:eastAsia="宋体" w:hAnsi="宋体" w:cs="宋体"/>
          <w:color w:val="000000"/>
        </w:rPr>
        <w:t>∴</w:t>
      </w:r>
      <w:r>
        <w:pict>
          <v:shape id="_x0000_i722243" type="#_x0000_t75" alt="学科网(www.zxxk.com)--教育资源门户，提供试卷、教案、课件、论文、素材以及各类教学资源下载，还有大量而丰富的教学相关资讯！" style="width:129.75pt;height:30.75pt" o:oleicon="f" o:ole="">
            <v:imagedata r:id="rId693" o:title="eqId07f800c31617763e7c0857bfab43639e"/>
          </v:shape>
        </w:pict>
      </w:r>
    </w:p>
    <w:p>
      <w:pPr>
        <w:spacing w:line="360" w:lineRule="auto"/>
        <w:jc w:val="left"/>
        <w:textAlignment w:val="center"/>
        <w:rPr>
          <w:color w:val="000000"/>
        </w:rPr>
      </w:pPr>
      <w:r>
        <w:rPr>
          <w:rFonts w:ascii="宋体" w:eastAsia="宋体" w:hAnsi="宋体" w:cs="宋体"/>
          <w:color w:val="000000"/>
        </w:rPr>
        <w:t>∴“正方形数”</w:t>
      </w:r>
      <w:r>
        <w:pict>
          <v:shape id="_x0000_i722244" type="#_x0000_t75" alt="学科网(www.zxxk.com)--教育资源门户，提供试卷、教案、课件、论文、素材以及各类教学资源下载，还有大量而丰富的教学相关资讯！" style="width:14.25pt;height:15.75pt" o:oleicon="f" o:ole="">
            <v:imagedata r:id="rId694" o:title="eqId2ceef1abeeef220b4fe5f7d96feedd90"/>
          </v:shape>
        </w:pic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为大于</w:t>
      </w:r>
      <w:r>
        <w:rPr>
          <w:rFonts w:ascii="Times New Roman" w:eastAsia="Times New Roman" w:hAnsi="Times New Roman" w:cs="Times New Roman"/>
          <w:color w:val="000000"/>
        </w:rPr>
        <w:t>1</w:t>
      </w:r>
      <w:r>
        <w:rPr>
          <w:rFonts w:ascii="宋体" w:eastAsia="宋体" w:hAnsi="宋体" w:cs="宋体"/>
          <w:color w:val="000000"/>
        </w:rPr>
        <w:t>的整数）可以写成两个相邻的“三角形数”</w:t>
      </w:r>
      <w:r>
        <w:pict>
          <v:shape id="_x0000_i722245" type="#_x0000_t75" alt="学科网(www.zxxk.com)--教育资源门户，提供试卷、教案、课件、论文、素材以及各类教学资源下载，还有大量而丰富的教学相关资讯！" style="width:49.65pt;height:31.8pt" o:oleicon="f" o:ole="">
            <v:imagedata r:id="rId695" o:title="eqId580b1d2c7285349ed4c5c039596c2942"/>
          </v:shape>
        </w:pict>
      </w:r>
      <w:r>
        <w:rPr>
          <w:rFonts w:ascii="宋体" w:eastAsia="宋体" w:hAnsi="宋体" w:cs="宋体"/>
          <w:color w:val="000000"/>
        </w:rPr>
        <w:t>与</w:t>
      </w:r>
      <w:r>
        <w:pict>
          <v:shape id="_x0000_i722246" type="#_x0000_t75" alt="学科网(www.zxxk.com)--教育资源门户，提供试卷、教案、课件、论文、素材以及各类教学资源下载，还有大量而丰富的教学相关资讯！" style="width:51pt;height:31pt" o:oleicon="f" o:ole="">
            <v:imagedata r:id="rId696" o:title="eqId6c45e44318f9ac025ed5d6ecea614ea3"/>
          </v:shape>
        </w:pict>
      </w:r>
      <w:r>
        <w:rPr>
          <w:rFonts w:ascii="宋体" w:eastAsia="宋体" w:hAnsi="宋体" w:cs="宋体"/>
          <w:color w:val="000000"/>
        </w:rPr>
        <w:t>之和．</w:t>
      </w:r>
    </w:p>
    <w:p>
      <w:pPr>
        <w:spacing w:line="360" w:lineRule="auto"/>
        <w:jc w:val="left"/>
        <w:textAlignment w:val="center"/>
        <w:rPr>
          <w:color w:val="000000"/>
        </w:rPr>
      </w:pPr>
      <w:r>
        <w:rPr>
          <w:rFonts w:ascii="宋体" w:eastAsia="宋体" w:hAnsi="宋体" w:cs="宋体"/>
          <w:color w:val="000000"/>
        </w:rPr>
        <w:t>故答案为：</w:t>
      </w:r>
      <w:r>
        <w:pict>
          <v:shape id="_x0000_i722247" type="#_x0000_t75" alt="学科网(www.zxxk.com)--教育资源门户，提供试卷、教案、课件、论文、素材以及各类教学资源下载，还有大量而丰富的教学相关资讯！" style="width:49.65pt;height:31.8pt" o:oleicon="f" o:ole="">
            <v:imagedata r:id="rId697" o:title="eqId580b1d2c7285349ed4c5c039596c2942"/>
          </v:shape>
        </w:pict>
      </w:r>
      <w:r>
        <w:rPr>
          <w:rFonts w:ascii="宋体" w:eastAsia="宋体" w:hAnsi="宋体" w:cs="宋体"/>
          <w:color w:val="000000"/>
        </w:rPr>
        <w:t>；</w:t>
      </w:r>
      <w:r>
        <w:pict>
          <v:shape id="_x0000_i722248" type="#_x0000_t75" alt="学科网(www.zxxk.com)--教育资源门户，提供试卷、教案、课件、论文、素材以及各类教学资源下载，还有大量而丰富的教学相关资讯！" style="width:51pt;height:31pt" o:oleicon="f" o:ole="">
            <v:imagedata r:id="rId698" o:title="eqId6c45e44318f9ac025ed5d6ecea614ea3"/>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本题数字规律探究题</w:t>
      </w:r>
      <w:r>
        <w:rPr>
          <w:rFonts w:ascii="Times New Roman" w:eastAsia="Times New Roman" w:hAnsi="Times New Roman" w:cs="Times New Roman"/>
          <w:color w:val="000000"/>
        </w:rPr>
        <w:t>.</w:t>
      </w:r>
      <w:r>
        <w:rPr>
          <w:rFonts w:ascii="宋体" w:eastAsia="宋体" w:hAnsi="宋体" w:cs="宋体"/>
          <w:color w:val="000000"/>
        </w:rPr>
        <w:t>解决这类题目的基本思路是：通过从一些特殊的数字变化中发现不变的因素或按规律变化的因素，然后推广到一般情况．</w:t>
      </w:r>
    </w:p>
    <w:p>
      <w:pPr>
        <w:spacing w:line="360" w:lineRule="auto"/>
        <w:jc w:val="both"/>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17-22</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23-26</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27-28</w:t>
      </w:r>
      <w:r>
        <w:rPr>
          <w:rFonts w:ascii="宋体" w:eastAsia="宋体" w:hAnsi="宋体" w:cs="宋体"/>
          <w:b/>
          <w:color w:val="000000"/>
          <w:sz w:val="24"/>
        </w:rPr>
        <w:t>题，每题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pStyle w:val="Heading2"/>
      </w:pPr>
      <w:r>
        <w:t>景山学校</w:t>
      </w:r>
    </w:p>
    <w:p>
      <w:pPr>
        <w:spacing w:line="360" w:lineRule="auto"/>
        <w:jc w:val="left"/>
        <w:textAlignment w:val="center"/>
        <w:rPr>
          <w:color w:val="000000"/>
        </w:rPr>
      </w:pPr>
      <w:r>
        <w:rPr>
          <w:color w:val="000000"/>
        </w:rPr>
        <w:t xml:space="preserve">16. </w:t>
      </w:r>
      <w:r>
        <w:rPr>
          <w:rFonts w:ascii="宋体" w:hAnsi="宋体" w:eastAsia="宋体" w:cs="宋体"/>
          <w:color w:val="000000"/>
        </w:rPr>
        <w:t xml:space="preserve">如图 </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ABC</w:t>
      </w:r>
      <w:r>
        <w:rPr>
          <w:rFonts w:ascii="宋体" w:hAnsi="宋体" w:eastAsia="宋体" w:cs="宋体"/>
          <w:color w:val="000000"/>
        </w:rPr>
        <w:t xml:space="preserve"> 中， </w:t>
      </w:r>
      <w:r>
        <w:rPr>
          <w:rFonts w:ascii="Times New Roman" w:hAnsi="Times New Roman" w:eastAsia="Times New Roman" w:cs="Times New Roman"/>
          <w:color w:val="000000"/>
        </w:rPr>
        <w:t>AD</w:t>
      </w:r>
      <w:r>
        <w:rPr>
          <w:rFonts w:ascii="宋体" w:hAnsi="宋体" w:eastAsia="宋体" w:cs="宋体"/>
          <w:color w:val="000000"/>
        </w:rPr>
        <w:t xml:space="preserve"> 是∠</w:t>
      </w:r>
      <w:r>
        <w:rPr>
          <w:rFonts w:ascii="Times New Roman" w:hAnsi="Times New Roman" w:eastAsia="Times New Roman" w:cs="Times New Roman"/>
          <w:color w:val="000000"/>
        </w:rPr>
        <w:t>BAC</w:t>
      </w:r>
      <w:r>
        <w:rPr>
          <w:rFonts w:ascii="宋体" w:hAnsi="宋体" w:eastAsia="宋体" w:cs="宋体"/>
          <w:color w:val="000000"/>
        </w:rPr>
        <w:t xml:space="preserve"> 的平分线，若 </w:t>
      </w:r>
      <w:r>
        <w:rPr>
          <w:rFonts w:ascii="Times New Roman" w:hAnsi="Times New Roman" w:eastAsia="Times New Roman" w:cs="Times New Roman"/>
          <w:color w:val="000000"/>
        </w:rPr>
        <w:t>AB</w:t>
      </w:r>
      <w:r>
        <w:rPr>
          <w:rFonts w:ascii="宋体" w:hAnsi="宋体" w:eastAsia="宋体" w:cs="宋体"/>
          <w:color w:val="000000"/>
        </w:rPr>
        <w:t>＝</w:t>
      </w:r>
      <w:r>
        <w:rPr>
          <w:rFonts w:ascii="Times New Roman" w:hAnsi="Times New Roman" w:eastAsia="Times New Roman" w:cs="Times New Roman"/>
          <w:color w:val="000000"/>
        </w:rPr>
        <w:t>AC</w:t>
      </w:r>
      <w:r>
        <w:rPr>
          <w:rFonts w:ascii="宋体" w:hAnsi="宋体" w:eastAsia="宋体" w:cs="宋体"/>
          <w:color w:val="000000"/>
        </w:rPr>
        <w:t>＋</w:t>
      </w:r>
      <w:r>
        <w:rPr>
          <w:rFonts w:ascii="Times New Roman" w:hAnsi="Times New Roman" w:eastAsia="Times New Roman" w:cs="Times New Roman"/>
          <w:color w:val="000000"/>
        </w:rPr>
        <w:t>CD</w:t>
      </w:r>
      <w:r>
        <w:rPr>
          <w:rFonts w:ascii="宋体" w:hAnsi="宋体" w:eastAsia="宋体" w:cs="宋体"/>
          <w:color w:val="000000"/>
        </w:rPr>
        <w:t>，那么∠</w:t>
      </w:r>
      <w:r>
        <w:rPr>
          <w:rFonts w:ascii="Times New Roman" w:hAnsi="Times New Roman" w:eastAsia="Times New Roman" w:cs="Times New Roman"/>
          <w:color w:val="000000"/>
        </w:rPr>
        <w:t>ACB</w:t>
      </w:r>
      <w:r>
        <w:rPr>
          <w:rFonts w:ascii="宋体" w:hAnsi="宋体" w:eastAsia="宋体" w:cs="宋体"/>
          <w:color w:val="000000"/>
        </w:rPr>
        <w:t>与∠</w:t>
      </w:r>
      <w:r>
        <w:rPr>
          <w:rFonts w:ascii="Times New Roman" w:hAnsi="Times New Roman" w:eastAsia="Times New Roman" w:cs="Times New Roman"/>
          <w:color w:val="000000"/>
        </w:rPr>
        <w:t>ABC</w:t>
      </w:r>
      <w:r>
        <w:rPr>
          <w:rFonts w:ascii="宋体" w:hAnsi="宋体" w:eastAsia="宋体" w:cs="宋体"/>
          <w:color w:val="000000"/>
        </w:rPr>
        <w:t xml:space="preserve"> 有怎样的数量关系？小明通过观察分析，形成了如下解题思路：</w:t>
      </w:r>
    </w:p>
    <w:p>
      <w:pPr>
        <w:spacing w:line="360" w:lineRule="auto"/>
        <w:jc w:val="left"/>
        <w:textAlignment w:val="center"/>
        <w:rPr>
          <w:color w:val="000000"/>
        </w:rPr>
      </w:pPr>
      <w:r>
        <w:rPr>
          <w:color w:val="000000"/>
        </w:rPr>
        <w:drawing>
          <wp:inline distT="0" distB="0" distL="114300" distR="114300">
            <wp:extent cx="3295650" cy="1447800"/>
            <wp:effectExtent l="0" t="0" r="0" b="0"/>
            <wp:docPr id="4227"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 name="图片 100021" descr="学科网(www.zxxk.com)--教育资源门户，提供试卷、教案、课件、论文、素材以及各类教学资源下载，还有大量而丰富的教学相关资讯！"/>
                    <pic:cNvPicPr>
                      <a:picLocks noChangeAspect="1"/>
                    </pic:cNvPicPr>
                  </pic:nvPicPr>
                  <pic:blipFill>
                    <a:blip r:embed="rId699"/>
                    <a:stretch>
                      <a:fillRect/>
                    </a:stretch>
                  </pic:blipFill>
                  <pic:spPr>
                    <a:xfrm>
                      <a:off x="0" y="0"/>
                      <a:ext cx="3295650" cy="14478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 xml:space="preserve">如图 </w:t>
      </w:r>
      <w:r>
        <w:rPr>
          <w:rFonts w:ascii="Times New Roman" w:hAnsi="Times New Roman" w:eastAsia="Times New Roman" w:cs="Times New Roman"/>
          <w:color w:val="000000"/>
        </w:rPr>
        <w:t>2</w:t>
      </w:r>
      <w:r>
        <w:rPr>
          <w:rFonts w:ascii="宋体" w:hAnsi="宋体" w:eastAsia="宋体" w:cs="宋体"/>
          <w:color w:val="000000"/>
        </w:rPr>
        <w:t xml:space="preserve">，延长 </w:t>
      </w:r>
      <w:r>
        <w:rPr>
          <w:rFonts w:ascii="Times New Roman" w:hAnsi="Times New Roman" w:eastAsia="Times New Roman" w:cs="Times New Roman"/>
          <w:color w:val="000000"/>
        </w:rPr>
        <w:t>AC</w:t>
      </w:r>
      <w:r>
        <w:rPr>
          <w:rFonts w:ascii="宋体" w:hAnsi="宋体" w:eastAsia="宋体" w:cs="宋体"/>
          <w:color w:val="000000"/>
        </w:rPr>
        <w:t xml:space="preserve"> 到 </w:t>
      </w:r>
      <w:r>
        <w:rPr>
          <w:rFonts w:ascii="Times New Roman" w:hAnsi="Times New Roman" w:eastAsia="Times New Roman" w:cs="Times New Roman"/>
          <w:color w:val="000000"/>
        </w:rPr>
        <w:t>E</w:t>
      </w:r>
      <w:r>
        <w:rPr>
          <w:rFonts w:ascii="宋体" w:hAnsi="宋体" w:eastAsia="宋体" w:cs="宋体"/>
          <w:color w:val="000000"/>
        </w:rPr>
        <w:t xml:space="preserve">，使 </w:t>
      </w:r>
      <w:r>
        <w:rPr>
          <w:rFonts w:ascii="Times New Roman" w:hAnsi="Times New Roman" w:eastAsia="Times New Roman" w:cs="Times New Roman"/>
          <w:color w:val="000000"/>
        </w:rPr>
        <w:t>CE</w:t>
      </w:r>
      <w:r>
        <w:rPr>
          <w:rFonts w:ascii="宋体" w:hAnsi="宋体" w:eastAsia="宋体" w:cs="宋体"/>
          <w:color w:val="000000"/>
        </w:rPr>
        <w:t>＝</w:t>
      </w:r>
      <w:r>
        <w:rPr>
          <w:rFonts w:ascii="Times New Roman" w:hAnsi="Times New Roman" w:eastAsia="Times New Roman" w:cs="Times New Roman"/>
          <w:color w:val="000000"/>
        </w:rPr>
        <w:t>CD</w:t>
      </w:r>
      <w:r>
        <w:rPr>
          <w:rFonts w:ascii="宋体" w:hAnsi="宋体" w:eastAsia="宋体" w:cs="宋体"/>
          <w:color w:val="000000"/>
        </w:rPr>
        <w:t xml:space="preserve">，连接 </w:t>
      </w:r>
      <w:r>
        <w:rPr>
          <w:rFonts w:ascii="Times New Roman" w:hAnsi="Times New Roman" w:eastAsia="Times New Roman" w:cs="Times New Roman"/>
          <w:color w:val="000000"/>
        </w:rPr>
        <w:t>DE</w:t>
      </w:r>
      <w:r>
        <w:rPr>
          <w:rFonts w:ascii="宋体" w:hAnsi="宋体" w:eastAsia="宋体" w:cs="宋体"/>
          <w:color w:val="000000"/>
        </w:rPr>
        <w:t xml:space="preserve">．由 </w:t>
      </w:r>
      <w:r>
        <w:rPr>
          <w:rFonts w:ascii="Times New Roman" w:hAnsi="Times New Roman" w:eastAsia="Times New Roman" w:cs="Times New Roman"/>
          <w:color w:val="000000"/>
        </w:rPr>
        <w:t>AB</w:t>
      </w:r>
      <w:r>
        <w:rPr>
          <w:rFonts w:ascii="宋体" w:hAnsi="宋体" w:eastAsia="宋体" w:cs="宋体"/>
          <w:color w:val="000000"/>
        </w:rPr>
        <w:t>＝</w:t>
      </w:r>
      <w:r>
        <w:rPr>
          <w:rFonts w:ascii="Times New Roman" w:hAnsi="Times New Roman" w:eastAsia="Times New Roman" w:cs="Times New Roman"/>
          <w:color w:val="000000"/>
        </w:rPr>
        <w:t>AC</w:t>
      </w:r>
      <w:r>
        <w:rPr>
          <w:rFonts w:ascii="宋体" w:hAnsi="宋体" w:eastAsia="宋体" w:cs="宋体"/>
          <w:color w:val="000000"/>
        </w:rPr>
        <w:t>＋</w:t>
      </w:r>
      <w:r>
        <w:rPr>
          <w:rFonts w:ascii="Times New Roman" w:hAnsi="Times New Roman" w:eastAsia="Times New Roman" w:cs="Times New Roman"/>
          <w:color w:val="000000"/>
        </w:rPr>
        <w:t>CD</w:t>
      </w:r>
      <w:r>
        <w:rPr>
          <w:rFonts w:ascii="宋体" w:hAnsi="宋体" w:eastAsia="宋体" w:cs="宋体"/>
          <w:color w:val="000000"/>
        </w:rPr>
        <w:t xml:space="preserve">，可得 </w:t>
      </w:r>
      <w:r>
        <w:rPr>
          <w:rFonts w:ascii="Times New Roman" w:hAnsi="Times New Roman" w:eastAsia="Times New Roman" w:cs="Times New Roman"/>
          <w:color w:val="000000"/>
        </w:rPr>
        <w:t>AE</w:t>
      </w:r>
      <w:r>
        <w:rPr>
          <w:rFonts w:ascii="宋体" w:hAnsi="宋体" w:eastAsia="宋体" w:cs="宋体"/>
          <w:color w:val="000000"/>
        </w:rPr>
        <w:t>＝</w:t>
      </w:r>
      <w:r>
        <w:rPr>
          <w:rFonts w:ascii="Times New Roman" w:hAnsi="Times New Roman" w:eastAsia="Times New Roman" w:cs="Times New Roman"/>
          <w:color w:val="000000"/>
        </w:rPr>
        <w:t>AB</w:t>
      </w:r>
      <w:r>
        <w:rPr>
          <w:rFonts w:ascii="宋体" w:hAnsi="宋体" w:eastAsia="宋体" w:cs="宋体"/>
          <w:color w:val="000000"/>
        </w:rPr>
        <w:t>．又因为</w:t>
      </w:r>
      <w:r>
        <w:rPr>
          <w:rFonts w:ascii="Times New Roman" w:hAnsi="Times New Roman" w:eastAsia="Times New Roman" w:cs="Times New Roman"/>
          <w:color w:val="000000"/>
        </w:rPr>
        <w:t>AD</w:t>
      </w:r>
      <w:r>
        <w:rPr>
          <w:rFonts w:ascii="宋体" w:hAnsi="宋体" w:eastAsia="宋体" w:cs="宋体"/>
          <w:color w:val="000000"/>
        </w:rPr>
        <w:t>是∠</w:t>
      </w:r>
      <w:r>
        <w:rPr>
          <w:rFonts w:ascii="Times New Roman" w:hAnsi="Times New Roman" w:eastAsia="Times New Roman" w:cs="Times New Roman"/>
          <w:color w:val="000000"/>
        </w:rPr>
        <w:t>BAC</w:t>
      </w:r>
      <w:r>
        <w:rPr>
          <w:rFonts w:ascii="宋体" w:hAnsi="宋体" w:eastAsia="宋体" w:cs="宋体"/>
          <w:color w:val="000000"/>
        </w:rPr>
        <w:t xml:space="preserve"> 的平分线，可得△</w:t>
      </w:r>
      <w:r>
        <w:rPr>
          <w:rFonts w:ascii="Times New Roman" w:hAnsi="Times New Roman" w:eastAsia="Times New Roman" w:cs="Times New Roman"/>
          <w:color w:val="000000"/>
        </w:rPr>
        <w:t>ABD</w:t>
      </w:r>
      <w:r>
        <w:rPr>
          <w:rFonts w:ascii="宋体" w:hAnsi="宋体" w:eastAsia="宋体" w:cs="宋体"/>
          <w:color w:val="000000"/>
        </w:rPr>
        <w:t>≌△</w:t>
      </w:r>
      <w:r>
        <w:rPr>
          <w:rFonts w:ascii="Times New Roman" w:hAnsi="Times New Roman" w:eastAsia="Times New Roman" w:cs="Times New Roman"/>
          <w:color w:val="000000"/>
        </w:rPr>
        <w:t>AED</w:t>
      </w:r>
      <w:r>
        <w:rPr>
          <w:rFonts w:ascii="宋体" w:hAnsi="宋体" w:eastAsia="宋体" w:cs="宋体"/>
          <w:color w:val="000000"/>
        </w:rPr>
        <w:t>，进一步分析就可以得到∠</w:t>
      </w:r>
      <w:r>
        <w:rPr>
          <w:rFonts w:ascii="Times New Roman" w:hAnsi="Times New Roman" w:eastAsia="Times New Roman" w:cs="Times New Roman"/>
          <w:color w:val="000000"/>
        </w:rPr>
        <w:t>ACB</w:t>
      </w:r>
      <w:r>
        <w:rPr>
          <w:rFonts w:ascii="宋体" w:hAnsi="宋体" w:eastAsia="宋体" w:cs="宋体"/>
          <w:color w:val="000000"/>
        </w:rPr>
        <w:t xml:space="preserve"> 与∠</w:t>
      </w:r>
      <w:r>
        <w:rPr>
          <w:rFonts w:ascii="Times New Roman" w:hAnsi="Times New Roman" w:eastAsia="Times New Roman" w:cs="Times New Roman"/>
          <w:color w:val="000000"/>
        </w:rPr>
        <w:t>ABC</w:t>
      </w:r>
      <w:r>
        <w:rPr>
          <w:rFonts w:ascii="宋体" w:hAnsi="宋体" w:eastAsia="宋体" w:cs="宋体"/>
          <w:color w:val="000000"/>
        </w:rPr>
        <w:t xml:space="preserve"> 的数量关系．</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）判定△</w:t>
      </w:r>
      <w:r>
        <w:rPr>
          <w:rFonts w:ascii="Times New Roman" w:hAnsi="Times New Roman" w:eastAsia="Times New Roman" w:cs="Times New Roman"/>
          <w:color w:val="000000"/>
        </w:rPr>
        <w:t>ABD</w:t>
      </w:r>
      <w:r>
        <w:rPr>
          <w:rFonts w:ascii="宋体" w:hAnsi="宋体" w:eastAsia="宋体" w:cs="宋体"/>
          <w:color w:val="000000"/>
        </w:rPr>
        <w:t xml:space="preserve"> 与△</w:t>
      </w:r>
      <w:r>
        <w:rPr>
          <w:rFonts w:ascii="Times New Roman" w:hAnsi="Times New Roman" w:eastAsia="Times New Roman" w:cs="Times New Roman"/>
          <w:color w:val="000000"/>
        </w:rPr>
        <w:t>AED</w:t>
      </w:r>
      <w:r>
        <w:rPr>
          <w:rFonts w:ascii="宋体" w:hAnsi="宋体" w:eastAsia="宋体" w:cs="宋体"/>
          <w:color w:val="000000"/>
        </w:rPr>
        <w:t xml:space="preserve"> 全等的依据是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ACB</w:t>
      </w:r>
      <w:r>
        <w:rPr>
          <w:rFonts w:ascii="宋体" w:hAnsi="宋体" w:eastAsia="宋体" w:cs="宋体"/>
          <w:color w:val="000000"/>
        </w:rPr>
        <w:t xml:space="preserve"> 与∠</w:t>
      </w:r>
      <w:r>
        <w:rPr>
          <w:rFonts w:ascii="Times New Roman" w:hAnsi="Times New Roman" w:eastAsia="Times New Roman" w:cs="Times New Roman"/>
          <w:color w:val="000000"/>
        </w:rPr>
        <w:t>ABC</w:t>
      </w:r>
      <w:r>
        <w:rPr>
          <w:rFonts w:ascii="宋体" w:hAnsi="宋体" w:eastAsia="宋体" w:cs="宋体"/>
          <w:color w:val="000000"/>
        </w:rPr>
        <w:t xml:space="preserve"> 的数量关系为：</w:t>
      </w:r>
      <w:r>
        <w:rPr>
          <w:color w:val="000000"/>
        </w:rPr>
        <w:t>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SAS</w:t>
      </w:r>
      <w:r>
        <w:rPr>
          <w:color w:val="000000"/>
        </w:rPr>
        <w:t xml:space="preserve">    ②. </w:t>
      </w:r>
      <w:r>
        <w:pict>
          <v:shape id="_x0000_i722249" o:spt="75" alt="学科网(www.zxxk.com)--教育资源门户，提供试卷、教案、课件、论文、素材以及各类教学资源下载，还有大量而丰富的教学相关资讯！" type="#_x0000_t75" style="height:14.25pt;width:86.25pt;" o:ole="t" filled="f" o:preferrelative="t" stroked="f" coordsize="21600,21600">
            <v:path/>
            <v:fill on="f" focussize="0,0"/>
            <v:stroke on="f" joinstyle="miter"/>
            <v:imagedata r:id="rId700" o:title="eqId5f449ebe083839547281e21c7082105f"/>
            <o:lock v:ext="edit" aspectratio="t"/>
            <w10:wrap type="none"/>
            <w10:anchorlock/>
          </v:shape>
        </w:pict>
      </w:r>
    </w:p>
    <w:p>
      <w:pPr>
        <w:spacing w:line="360" w:lineRule="auto"/>
        <w:textAlignment w:val="center"/>
        <w:rPr>
          <w:color w:val="000000"/>
        </w:rPr>
      </w:pPr>
      <w:r>
        <w:rPr>
          <w:color w:val="2E75B6"/>
        </w:rPr>
        <w:t>【解析】</w:t>
      </w:r>
    </w:p>
    <w:p>
      <w:pPr>
        <w:spacing w:line="360" w:lineRule="auto"/>
        <w:ind w:firstLine="15"/>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）根据已知条件即可得到结论；</w:t>
      </w:r>
    </w:p>
    <w:p>
      <w:pPr>
        <w:spacing w:line="360" w:lineRule="auto"/>
        <w:ind w:firstLine="15"/>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）根据全等三角形的性质和等腰三角形的性质即可得到结论．</w:t>
      </w:r>
    </w:p>
    <w:p>
      <w:pPr>
        <w:spacing w:line="360" w:lineRule="auto"/>
        <w:ind w:firstLine="15"/>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AE</w:t>
      </w:r>
      <w:r>
        <w:rPr>
          <w:rFonts w:ascii="宋体" w:hAnsi="宋体" w:eastAsia="宋体" w:cs="宋体"/>
          <w:color w:val="000000"/>
        </w:rPr>
        <w:t>＝</w:t>
      </w:r>
      <w:r>
        <w:rPr>
          <w:rFonts w:ascii="Times New Roman" w:hAnsi="Times New Roman" w:eastAsia="Times New Roman" w:cs="Times New Roman"/>
          <w:color w:val="000000"/>
        </w:rPr>
        <w:t>AB</w:t>
      </w:r>
      <w:r>
        <w:rPr>
          <w:rFonts w:ascii="宋体" w:hAnsi="宋体" w:eastAsia="宋体" w:cs="宋体"/>
          <w:color w:val="000000"/>
        </w:rPr>
        <w:t>，∠</w:t>
      </w:r>
      <w:r>
        <w:rPr>
          <w:rFonts w:ascii="Times New Roman" w:hAnsi="Times New Roman" w:eastAsia="Times New Roman" w:cs="Times New Roman"/>
          <w:color w:val="000000"/>
        </w:rPr>
        <w:t>BAD=</w:t>
      </w:r>
      <w:r>
        <w:rPr>
          <w:rFonts w:ascii="宋体" w:hAnsi="宋体" w:eastAsia="宋体" w:cs="宋体"/>
          <w:color w:val="000000"/>
        </w:rPr>
        <w:t>∠</w:t>
      </w:r>
      <w:r>
        <w:rPr>
          <w:rFonts w:ascii="Times New Roman" w:hAnsi="Times New Roman" w:eastAsia="Times New Roman" w:cs="Times New Roman"/>
          <w:color w:val="000000"/>
        </w:rPr>
        <w:t>CAD</w:t>
      </w:r>
      <w:r>
        <w:rPr>
          <w:rFonts w:ascii="宋体" w:hAnsi="宋体" w:eastAsia="宋体" w:cs="宋体"/>
          <w:color w:val="000000"/>
        </w:rPr>
        <w:t>，</w:t>
      </w:r>
      <w:r>
        <w:rPr>
          <w:rFonts w:ascii="Times New Roman" w:hAnsi="Times New Roman" w:eastAsia="Times New Roman" w:cs="Times New Roman"/>
          <w:color w:val="000000"/>
        </w:rPr>
        <w:t>AD=AD</w:t>
      </w:r>
      <w:r>
        <w:rPr>
          <w:rFonts w:ascii="宋体" w:hAnsi="宋体" w:eastAsia="宋体" w:cs="宋体"/>
          <w:color w:val="000000"/>
        </w:rPr>
        <w:t>，</w:t>
      </w:r>
    </w:p>
    <w:p>
      <w:pPr>
        <w:spacing w:line="360" w:lineRule="auto"/>
        <w:ind w:firstLine="15"/>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ABD</w:t>
      </w:r>
      <w:r>
        <w:rPr>
          <w:rFonts w:ascii="宋体" w:hAnsi="宋体" w:eastAsia="宋体" w:cs="宋体"/>
          <w:color w:val="000000"/>
        </w:rPr>
        <w:t>≌△</w:t>
      </w:r>
      <w:r>
        <w:rPr>
          <w:rFonts w:ascii="Times New Roman" w:hAnsi="Times New Roman" w:eastAsia="Times New Roman" w:cs="Times New Roman"/>
          <w:color w:val="000000"/>
        </w:rPr>
        <w:t>AED</w:t>
      </w:r>
      <w:r>
        <w:rPr>
          <w:rFonts w:ascii="宋体" w:hAnsi="宋体" w:eastAsia="宋体" w:cs="宋体"/>
          <w:color w:val="000000"/>
        </w:rPr>
        <w:t>（</w:t>
      </w:r>
      <w:r>
        <w:rPr>
          <w:rFonts w:ascii="Times New Roman" w:hAnsi="Times New Roman" w:eastAsia="Times New Roman" w:cs="Times New Roman"/>
          <w:color w:val="000000"/>
        </w:rPr>
        <w:t>SAS</w:t>
      </w:r>
      <w:r>
        <w:rPr>
          <w:rFonts w:ascii="宋体" w:hAnsi="宋体" w:eastAsia="宋体" w:cs="宋体"/>
          <w:color w:val="000000"/>
        </w:rPr>
        <w:t>），</w:t>
      </w:r>
    </w:p>
    <w:p>
      <w:pPr>
        <w:spacing w:line="360" w:lineRule="auto"/>
        <w:ind w:firstLine="15"/>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SAS</w:t>
      </w:r>
      <w:r>
        <w:rPr>
          <w:rFonts w:ascii="宋体" w:hAnsi="宋体" w:eastAsia="宋体" w:cs="宋体"/>
          <w:color w:val="000000"/>
        </w:rPr>
        <w:t>；</w:t>
      </w:r>
    </w:p>
    <w:p>
      <w:pPr>
        <w:spacing w:line="360" w:lineRule="auto"/>
        <w:ind w:firstLine="15"/>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22250" o:spt="75" alt="学科网(www.zxxk.com)--教育资源门户，提供试卷、教案、课件、论文、素材以及各类教学资源下载，还有大量而丰富的教学相关资讯！" type="#_x0000_t75" style="height:14.25pt;width:86.25pt;" o:ole="t" filled="f" o:preferrelative="t" stroked="f" coordsize="21600,21600">
            <v:path/>
            <v:fill on="f" focussize="0,0"/>
            <v:stroke on="f" joinstyle="miter"/>
            <v:imagedata r:id="rId701" o:title="eqId6ee5c7ee0d250999cdfcea5cd8cf1b2f"/>
            <o:lock v:ext="edit" aspectratio="t"/>
            <w10:wrap type="none"/>
            <w10:anchorlock/>
          </v:shape>
        </w:pict>
      </w:r>
    </w:p>
    <w:p>
      <w:pPr>
        <w:spacing w:line="360" w:lineRule="auto"/>
        <w:ind w:firstLine="15"/>
        <w:jc w:val="left"/>
        <w:textAlignment w:val="center"/>
        <w:rPr>
          <w:color w:val="000000"/>
        </w:rPr>
      </w:pPr>
      <w:r>
        <w:rPr>
          <w:rFonts w:ascii="宋体" w:hAnsi="宋体" w:eastAsia="宋体" w:cs="宋体"/>
          <w:color w:val="000000"/>
        </w:rPr>
        <w:t>理由如下：</w:t>
      </w:r>
    </w:p>
    <w:p>
      <w:pPr>
        <w:spacing w:line="360" w:lineRule="auto"/>
        <w:ind w:firstLine="15"/>
        <w:jc w:val="left"/>
        <w:textAlignment w:val="center"/>
        <w:rPr>
          <w:color w:val="000000"/>
        </w:rPr>
      </w:pPr>
      <w:r>
        <w:pict>
          <v:shape id="_x0000_i722251" o:spt="75" alt="学科网(www.zxxk.com)--教育资源门户，提供试卷、教案、课件、论文、素材以及各类教学资源下载，还有大量而丰富的教学相关资讯！" type="#_x0000_t75" style="height:12pt;width:77.45pt;" o:ole="t" filled="f" o:preferrelative="t" stroked="f" coordsize="21600,21600">
            <v:path/>
            <v:fill on="f" focussize="0,0"/>
            <v:stroke on="f" joinstyle="miter"/>
            <v:imagedata r:id="rId702" o:title="eqIde49fc85f7901a97b90c85b9bfe8bd677"/>
            <o:lock v:ext="edit" aspectratio="t"/>
            <w10:wrap type="none"/>
            <w10:anchorlock/>
          </v:shape>
        </w:pict>
      </w:r>
      <w:r>
        <w:rPr>
          <w:rFonts w:ascii="宋体" w:hAnsi="宋体" w:eastAsia="宋体" w:cs="宋体"/>
          <w:color w:val="000000"/>
        </w:rPr>
        <w:t>，</w:t>
      </w:r>
    </w:p>
    <w:p>
      <w:pPr>
        <w:spacing w:line="360" w:lineRule="auto"/>
        <w:ind w:firstLine="15"/>
        <w:jc w:val="left"/>
        <w:textAlignment w:val="center"/>
        <w:rPr>
          <w:color w:val="000000"/>
        </w:rPr>
      </w:pPr>
      <w:r>
        <w:pict>
          <v:shape id="_x0000_i722252" o:spt="75" alt="学科网(www.zxxk.com)--教育资源门户，提供试卷、教案、课件、论文、素材以及各类教学资源下载，还有大量而丰富的教学相关资讯！" type="#_x0000_t75" style="height:12.75pt;width:59.25pt;" o:ole="t" filled="f" o:preferrelative="t" stroked="f" coordsize="21600,21600">
            <v:path/>
            <v:fill on="f" focussize="0,0"/>
            <v:stroke on="f" joinstyle="miter"/>
            <v:imagedata r:id="rId703" o:title="eqIdb33962366cd79501b719bf48e3d19b6a"/>
            <o:lock v:ext="edit" aspectratio="t"/>
            <w10:wrap type="none"/>
            <w10:anchorlock/>
          </v:shape>
        </w:pict>
      </w:r>
      <w:r>
        <w:rPr>
          <w:rFonts w:ascii="宋体" w:hAnsi="宋体" w:eastAsia="宋体" w:cs="宋体"/>
          <w:color w:val="000000"/>
        </w:rPr>
        <w:t>，</w:t>
      </w:r>
    </w:p>
    <w:p>
      <w:pPr>
        <w:spacing w:line="360" w:lineRule="auto"/>
        <w:ind w:firstLine="15"/>
        <w:jc w:val="left"/>
        <w:textAlignment w:val="center"/>
        <w:rPr>
          <w:color w:val="000000"/>
        </w:rPr>
      </w:pPr>
      <w:r>
        <w:pict>
          <v:shape id="_x0000_i722253" o:spt="75" alt="学科网(www.zxxk.com)--教育资源门户，提供试卷、教案、课件、论文、素材以及各类教学资源下载，还有大量而丰富的教学相关资讯！" type="#_x0000_t75" style="height:13.95pt;width:58pt;" o:ole="t" filled="f" o:preferrelative="t" stroked="f" coordsize="21600,21600">
            <v:path/>
            <v:fill on="f" focussize="0,0"/>
            <v:stroke on="f" joinstyle="miter"/>
            <v:imagedata r:id="rId704" o:title="eqId13e07b5faeb85730897848add131fc94"/>
            <o:lock v:ext="edit" aspectratio="t"/>
            <w10:wrap type="none"/>
            <w10:anchorlock/>
          </v:shape>
        </w:pict>
      </w:r>
      <w:r>
        <w:rPr>
          <w:rFonts w:ascii="宋体" w:hAnsi="宋体" w:eastAsia="宋体" w:cs="宋体"/>
          <w:color w:val="000000"/>
        </w:rPr>
        <w:t>，</w:t>
      </w:r>
    </w:p>
    <w:p>
      <w:pPr>
        <w:spacing w:line="360" w:lineRule="auto"/>
        <w:ind w:firstLine="15"/>
        <w:jc w:val="left"/>
        <w:textAlignment w:val="center"/>
        <w:rPr>
          <w:color w:val="000000"/>
        </w:rPr>
      </w:pPr>
      <w:r>
        <w:pict>
          <v:shape id="_x0000_i722254" o:spt="75" alt="学科网(www.zxxk.com)--教育资源门户，提供试卷、教案、课件、论文、素材以及各类教学资源下载，还有大量而丰富的教学相关资讯！" type="#_x0000_t75" style="height:14.25pt;width:79.5pt;" o:ole="t" filled="f" o:preferrelative="t" stroked="f" coordsize="21600,21600">
            <v:path/>
            <v:fill on="f" focussize="0,0"/>
            <v:stroke on="f" joinstyle="miter"/>
            <v:imagedata r:id="rId705" o:title="eqIddd207bdc44ea6d4b435195bb29ace198"/>
            <o:lock v:ext="edit" aspectratio="t"/>
            <w10:wrap type="none"/>
            <w10:anchorlock/>
          </v:shape>
        </w:pict>
      </w:r>
      <w:r>
        <w:rPr>
          <w:rFonts w:ascii="宋体" w:hAnsi="宋体" w:eastAsia="宋体" w:cs="宋体"/>
          <w:color w:val="000000"/>
        </w:rPr>
        <w:t>，</w:t>
      </w:r>
    </w:p>
    <w:p>
      <w:pPr>
        <w:spacing w:line="360" w:lineRule="auto"/>
        <w:ind w:firstLine="15"/>
        <w:jc w:val="left"/>
        <w:textAlignment w:val="center"/>
        <w:rPr>
          <w:color w:val="000000"/>
        </w:rPr>
      </w:pPr>
      <w:r>
        <w:pict>
          <v:shape id="_x0000_i722255" o:spt="75" alt="学科网(www.zxxk.com)--教育资源门户，提供试卷、教案、课件、论文、素材以及各类教学资源下载，还有大量而丰富的教学相关资讯！" type="#_x0000_t75" style="height:13.95pt;width:81pt;" o:ole="t" filled="f" o:preferrelative="t" stroked="f" coordsize="21600,21600">
            <v:path/>
            <v:fill on="f" focussize="0,0"/>
            <v:stroke on="f" joinstyle="miter"/>
            <v:imagedata r:id="rId706" o:title="eqId1296b82efcc3c9f873fce42a229e62a5"/>
            <o:lock v:ext="edit" aspectratio="t"/>
            <w10:wrap type="none"/>
            <w10:anchorlock/>
          </v:shape>
        </w:pict>
      </w:r>
      <w:r>
        <w:rPr>
          <w:rFonts w:ascii="宋体" w:hAnsi="宋体" w:eastAsia="宋体" w:cs="宋体"/>
          <w:color w:val="000000"/>
        </w:rPr>
        <w:t>，</w:t>
      </w:r>
    </w:p>
    <w:p>
      <w:pPr>
        <w:spacing w:line="360" w:lineRule="auto"/>
        <w:ind w:firstLine="15"/>
        <w:jc w:val="left"/>
        <w:textAlignment w:val="center"/>
        <w:rPr>
          <w:color w:val="000000"/>
        </w:rPr>
      </w:pPr>
      <w:r>
        <w:pict>
          <v:shape id="_x0000_i722256" o:spt="75" alt="学科网(www.zxxk.com)--教育资源门户，提供试卷、教案、课件、论文、素材以及各类教学资源下载，还有大量而丰富的教学相关资讯！" type="#_x0000_t75" style="height:12.55pt;width:84.55pt;" o:ole="t" filled="f" o:preferrelative="t" stroked="f" coordsize="21600,21600">
            <v:path/>
            <v:fill on="f" focussize="0,0"/>
            <v:stroke on="f" joinstyle="miter"/>
            <v:imagedata r:id="rId707" o:title="eqIdb48732915f38c5fc08d07082f61ce77d"/>
            <o:lock v:ext="edit" aspectratio="t"/>
            <w10:wrap type="none"/>
            <w10:anchorlock/>
          </v:shape>
        </w:pict>
      </w:r>
      <w:r>
        <w:rPr>
          <w:rFonts w:ascii="宋体" w:hAnsi="宋体" w:eastAsia="宋体" w:cs="宋体"/>
          <w:color w:val="000000"/>
        </w:rPr>
        <w:t>．</w:t>
      </w:r>
    </w:p>
    <w:p>
      <w:pPr>
        <w:spacing w:line="360" w:lineRule="auto"/>
        <w:ind w:firstLine="15"/>
        <w:jc w:val="left"/>
        <w:textAlignment w:val="center"/>
        <w:rPr>
          <w:color w:val="000000"/>
        </w:rPr>
      </w:pPr>
      <w:r>
        <w:rPr>
          <w:color w:val="000000"/>
        </w:rPr>
        <w:t>【点睛】</w:t>
      </w:r>
      <w:r>
        <w:rPr>
          <w:rFonts w:ascii="宋体" w:hAnsi="宋体" w:eastAsia="宋体" w:cs="宋体"/>
          <w:color w:val="000000"/>
        </w:rPr>
        <w:t>本题考查了等腰三角形的性质，全等三角形的判定和性质，熟练掌握等腰三角形的性质是解题的关键．</w:t>
      </w:r>
    </w:p>
    <w:p>
      <w:pPr>
        <w:spacing w:line="285" w:lineRule="auto"/>
        <w:jc w:val="both"/>
        <w:textAlignment w:val="center"/>
        <w:rPr>
          <w:color w:val="000000"/>
        </w:rPr>
      </w:pPr>
      <w:r>
        <w:rPr>
          <w:rFonts w:ascii="宋体" w:hAnsi="宋体" w:eastAsia="宋体" w:cs="宋体"/>
          <w:b/>
          <w:color w:val="000000"/>
          <w:sz w:val="24"/>
        </w:rPr>
        <w:t>三、解答题（本题共</w:t>
      </w:r>
      <w:r>
        <w:rPr>
          <w:rFonts w:ascii="Times New Roman" w:hAnsi="Times New Roman" w:eastAsia="Times New Roman" w:cs="Times New Roman"/>
          <w:b/>
          <w:color w:val="000000"/>
          <w:sz w:val="24"/>
        </w:rPr>
        <w:t xml:space="preserve"> 68 </w:t>
      </w:r>
      <w:r>
        <w:rPr>
          <w:rFonts w:ascii="宋体" w:hAnsi="宋体" w:eastAsia="宋体" w:cs="宋体"/>
          <w:b/>
          <w:color w:val="000000"/>
          <w:sz w:val="24"/>
        </w:rPr>
        <w:t>分，第</w:t>
      </w:r>
      <w:r>
        <w:rPr>
          <w:rFonts w:ascii="Times New Roman" w:hAnsi="Times New Roman" w:eastAsia="Times New Roman" w:cs="Times New Roman"/>
          <w:b/>
          <w:color w:val="000000"/>
          <w:sz w:val="24"/>
        </w:rPr>
        <w:t xml:space="preserve"> 17 </w:t>
      </w:r>
      <w:r>
        <w:rPr>
          <w:rFonts w:ascii="宋体" w:hAnsi="宋体" w:eastAsia="宋体" w:cs="宋体"/>
          <w:b/>
          <w:color w:val="000000"/>
          <w:sz w:val="24"/>
        </w:rPr>
        <w:t>题</w:t>
      </w:r>
      <w:r>
        <w:rPr>
          <w:rFonts w:ascii="Times New Roman" w:hAnsi="Times New Roman" w:eastAsia="Times New Roman" w:cs="Times New Roman"/>
          <w:b/>
          <w:color w:val="000000"/>
          <w:sz w:val="24"/>
        </w:rPr>
        <w:t xml:space="preserve"> 6 </w:t>
      </w:r>
      <w:r>
        <w:rPr>
          <w:rFonts w:ascii="宋体" w:hAnsi="宋体" w:eastAsia="宋体" w:cs="宋体"/>
          <w:b/>
          <w:color w:val="000000"/>
          <w:sz w:val="24"/>
        </w:rPr>
        <w:t>分，第</w:t>
      </w:r>
      <w:r>
        <w:rPr>
          <w:rFonts w:ascii="Times New Roman" w:hAnsi="Times New Roman" w:eastAsia="Times New Roman" w:cs="Times New Roman"/>
          <w:b/>
          <w:color w:val="000000"/>
          <w:sz w:val="24"/>
        </w:rPr>
        <w:t xml:space="preserve"> 18 </w:t>
      </w:r>
      <w:r>
        <w:rPr>
          <w:rFonts w:ascii="宋体" w:hAnsi="宋体" w:eastAsia="宋体" w:cs="宋体"/>
          <w:b/>
          <w:color w:val="000000"/>
          <w:sz w:val="24"/>
        </w:rPr>
        <w:t>题</w:t>
      </w:r>
      <w:r>
        <w:rPr>
          <w:rFonts w:ascii="Times New Roman" w:hAnsi="Times New Roman" w:eastAsia="Times New Roman" w:cs="Times New Roman"/>
          <w:b/>
          <w:color w:val="000000"/>
          <w:sz w:val="24"/>
        </w:rPr>
        <w:t xml:space="preserve">-20 </w:t>
      </w:r>
      <w:r>
        <w:rPr>
          <w:rFonts w:ascii="宋体" w:hAnsi="宋体" w:eastAsia="宋体" w:cs="宋体"/>
          <w:b/>
          <w:color w:val="000000"/>
          <w:sz w:val="24"/>
        </w:rPr>
        <w:t>题每题</w:t>
      </w:r>
      <w:r>
        <w:rPr>
          <w:rFonts w:ascii="Times New Roman" w:hAnsi="Times New Roman" w:eastAsia="Times New Roman" w:cs="Times New Roman"/>
          <w:b/>
          <w:color w:val="000000"/>
          <w:sz w:val="24"/>
        </w:rPr>
        <w:t xml:space="preserve"> 5 </w:t>
      </w:r>
      <w:r>
        <w:rPr>
          <w:rFonts w:ascii="宋体" w:hAnsi="宋体" w:eastAsia="宋体" w:cs="宋体"/>
          <w:b/>
          <w:color w:val="000000"/>
          <w:sz w:val="24"/>
        </w:rPr>
        <w:t>分，第</w:t>
      </w:r>
      <w:r>
        <w:rPr>
          <w:rFonts w:ascii="Times New Roman" w:hAnsi="Times New Roman" w:eastAsia="Times New Roman" w:cs="Times New Roman"/>
          <w:b/>
          <w:color w:val="000000"/>
          <w:sz w:val="24"/>
        </w:rPr>
        <w:t xml:space="preserve"> 21 </w:t>
      </w:r>
      <w:r>
        <w:rPr>
          <w:rFonts w:ascii="宋体" w:hAnsi="宋体" w:eastAsia="宋体" w:cs="宋体"/>
          <w:b/>
          <w:color w:val="000000"/>
          <w:sz w:val="24"/>
        </w:rPr>
        <w:t>题</w:t>
      </w:r>
      <w:r>
        <w:rPr>
          <w:rFonts w:ascii="Times New Roman" w:hAnsi="Times New Roman" w:eastAsia="Times New Roman" w:cs="Times New Roman"/>
          <w:b/>
          <w:color w:val="000000"/>
          <w:sz w:val="24"/>
        </w:rPr>
        <w:t xml:space="preserve"> 6 </w:t>
      </w:r>
      <w:r>
        <w:rPr>
          <w:rFonts w:ascii="宋体" w:hAnsi="宋体" w:eastAsia="宋体" w:cs="宋体"/>
          <w:b/>
          <w:color w:val="000000"/>
          <w:sz w:val="24"/>
        </w:rPr>
        <w:t>分，第</w:t>
      </w:r>
      <w:r>
        <w:rPr>
          <w:rFonts w:ascii="Times New Roman" w:hAnsi="Times New Roman" w:eastAsia="Times New Roman" w:cs="Times New Roman"/>
          <w:b/>
          <w:color w:val="000000"/>
          <w:sz w:val="24"/>
        </w:rPr>
        <w:t xml:space="preserve">22-24 </w:t>
      </w:r>
      <w:r>
        <w:rPr>
          <w:rFonts w:ascii="宋体" w:hAnsi="宋体" w:eastAsia="宋体" w:cs="宋体"/>
          <w:b/>
          <w:color w:val="000000"/>
          <w:sz w:val="24"/>
        </w:rPr>
        <w:t>题，每题</w:t>
      </w:r>
      <w:r>
        <w:rPr>
          <w:rFonts w:ascii="Times New Roman" w:hAnsi="Times New Roman" w:eastAsia="Times New Roman" w:cs="Times New Roman"/>
          <w:b/>
          <w:color w:val="000000"/>
          <w:sz w:val="24"/>
        </w:rPr>
        <w:t xml:space="preserve"> 5 </w:t>
      </w:r>
      <w:r>
        <w:rPr>
          <w:rFonts w:ascii="宋体" w:hAnsi="宋体" w:eastAsia="宋体" w:cs="宋体"/>
          <w:b/>
          <w:color w:val="000000"/>
          <w:sz w:val="24"/>
        </w:rPr>
        <w:t>分，第</w:t>
      </w:r>
      <w:r>
        <w:rPr>
          <w:rFonts w:ascii="Times New Roman" w:hAnsi="Times New Roman" w:eastAsia="Times New Roman" w:cs="Times New Roman"/>
          <w:b/>
          <w:color w:val="000000"/>
          <w:sz w:val="24"/>
        </w:rPr>
        <w:t xml:space="preserve"> 25-26 </w:t>
      </w:r>
      <w:r>
        <w:rPr>
          <w:rFonts w:ascii="宋体" w:hAnsi="宋体" w:eastAsia="宋体" w:cs="宋体"/>
          <w:b/>
          <w:color w:val="000000"/>
          <w:sz w:val="24"/>
        </w:rPr>
        <w:t>题</w:t>
      </w:r>
      <w:r>
        <w:rPr>
          <w:rFonts w:ascii="Times New Roman" w:hAnsi="Times New Roman" w:eastAsia="Times New Roman" w:cs="Times New Roman"/>
          <w:b/>
          <w:color w:val="000000"/>
          <w:sz w:val="24"/>
        </w:rPr>
        <w:t xml:space="preserve"> 6 </w:t>
      </w:r>
      <w:r>
        <w:rPr>
          <w:rFonts w:ascii="宋体" w:hAnsi="宋体" w:eastAsia="宋体" w:cs="宋体"/>
          <w:b/>
          <w:color w:val="000000"/>
          <w:sz w:val="24"/>
        </w:rPr>
        <w:t>分，第</w:t>
      </w:r>
      <w:r>
        <w:rPr>
          <w:rFonts w:ascii="Times New Roman" w:hAnsi="Times New Roman" w:eastAsia="Times New Roman" w:cs="Times New Roman"/>
          <w:b/>
          <w:color w:val="000000"/>
          <w:sz w:val="24"/>
        </w:rPr>
        <w:t xml:space="preserve"> 27-28 </w:t>
      </w:r>
      <w:r>
        <w:rPr>
          <w:rFonts w:ascii="宋体" w:hAnsi="宋体" w:eastAsia="宋体" w:cs="宋体"/>
          <w:b/>
          <w:color w:val="000000"/>
          <w:sz w:val="24"/>
        </w:rPr>
        <w:t>题，每题</w:t>
      </w:r>
      <w:r>
        <w:rPr>
          <w:rFonts w:ascii="Times New Roman" w:hAnsi="Times New Roman" w:eastAsia="Times New Roman" w:cs="Times New Roman"/>
          <w:b/>
          <w:color w:val="000000"/>
          <w:sz w:val="24"/>
        </w:rPr>
        <w:t xml:space="preserve"> 7 </w:t>
      </w:r>
      <w:r>
        <w:rPr>
          <w:rFonts w:ascii="宋体" w:hAnsi="宋体" w:eastAsia="宋体" w:cs="宋体"/>
          <w:b/>
          <w:color w:val="000000"/>
          <w:sz w:val="24"/>
        </w:rPr>
        <w:t>分</w:t>
      </w:r>
      <w:r>
        <w:rPr>
          <w:rFonts w:ascii="Times New Roman" w:hAnsi="Times New Roman" w:eastAsia="Times New Roman" w:cs="Times New Roman"/>
          <w:b/>
          <w:color w:val="000000"/>
          <w:sz w:val="24"/>
        </w:rPr>
        <w:t>)</w:t>
      </w:r>
      <w:r>
        <w:rPr>
          <w:rFonts w:ascii="宋体" w:hAnsi="宋体" w:eastAsia="宋体" w:cs="宋体"/>
          <w:b/>
          <w:color w:val="000000"/>
          <w:sz w:val="24"/>
        </w:rPr>
        <w:t>解答应写出文字说明、演算步骤或证明过程</w:t>
      </w:r>
      <w:r>
        <w:rPr>
          <w:rFonts w:ascii="Times New Roman" w:hAnsi="Times New Roman" w:eastAsia="Times New Roman" w:cs="Times New Roman"/>
          <w:b/>
          <w:color w:val="000000"/>
          <w:sz w:val="24"/>
        </w:rPr>
        <w:t>.</w:t>
      </w:r>
    </w:p>
    <w:p>
      <w:pPr>
        <w:pStyle w:val="Heading2"/>
      </w:pPr>
      <w:r>
        <w:t>景山学校远洋分校</w:t>
      </w:r>
    </w:p>
    <w:p>
      <w:pPr>
        <w:spacing w:line="360" w:lineRule="auto"/>
        <w:jc w:val="left"/>
        <w:textAlignment w:val="center"/>
        <w:rPr>
          <w:color w:val="000000"/>
        </w:rPr>
      </w:pPr>
      <w:r>
        <w:rPr>
          <w:color w:val="000000"/>
        </w:rPr>
        <w:t xml:space="preserve">20. </w:t>
      </w:r>
      <w:r>
        <w:rPr>
          <w:rFonts w:ascii="宋体" w:eastAsia="宋体" w:hAnsi="宋体" w:cs="宋体"/>
          <w:color w:val="000000"/>
        </w:rPr>
        <w:t>已知线段</w:t>
      </w:r>
      <w:r>
        <w:rPr>
          <w:rFonts w:ascii="Times New Roman" w:eastAsia="Times New Roman" w:hAnsi="Times New Roman" w:cs="Times New Roman"/>
          <w:i/>
          <w:color w:val="000000"/>
        </w:rPr>
        <w:t>AB</w:t>
      </w:r>
      <w:r>
        <w:rPr>
          <w:rFonts w:ascii="Times New Roman" w:eastAsia="Times New Roman" w:hAnsi="Times New Roman" w:cs="Times New Roman"/>
          <w:color w:val="000000"/>
        </w:rPr>
        <w:t>=6cm</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在直线</w:t>
      </w:r>
      <w:r>
        <w:rPr>
          <w:rFonts w:ascii="Times New Roman" w:eastAsia="Times New Roman" w:hAnsi="Times New Roman" w:cs="Times New Roman"/>
          <w:i/>
          <w:color w:val="000000"/>
        </w:rPr>
        <w:t>AB</w:t>
      </w:r>
      <w:r>
        <w:rPr>
          <w:rFonts w:ascii="宋体" w:eastAsia="宋体" w:hAnsi="宋体" w:cs="宋体"/>
          <w:color w:val="000000"/>
        </w:rPr>
        <w:t>上，到点</w:t>
      </w:r>
      <w:r>
        <w:rPr>
          <w:rFonts w:ascii="Times New Roman" w:eastAsia="Times New Roman" w:hAnsi="Times New Roman" w:cs="Times New Roman"/>
          <w:i/>
          <w:color w:val="000000"/>
        </w:rPr>
        <w:t>A</w:t>
      </w:r>
      <w:r>
        <w:rPr>
          <w:rFonts w:ascii="宋体" w:eastAsia="宋体" w:hAnsi="宋体" w:cs="宋体"/>
          <w:color w:val="000000"/>
        </w:rPr>
        <w:t>的距离为</w:t>
      </w:r>
      <w:r>
        <w:rPr>
          <w:rFonts w:ascii="Times New Roman" w:eastAsia="Times New Roman" w:hAnsi="Times New Roman" w:cs="Times New Roman"/>
          <w:color w:val="000000"/>
        </w:rPr>
        <w:t>3cm</w:t>
      </w:r>
      <w:r>
        <w:rPr>
          <w:rFonts w:ascii="宋体" w:eastAsia="宋体" w:hAnsi="宋体" w:cs="宋体"/>
          <w:color w:val="000000"/>
        </w:rPr>
        <w:t>，则线段</w:t>
      </w:r>
      <w:r>
        <w:rPr>
          <w:rFonts w:ascii="Times New Roman" w:eastAsia="Times New Roman" w:hAnsi="Times New Roman" w:cs="Times New Roman"/>
          <w:i/>
          <w:color w:val="000000"/>
        </w:rPr>
        <w:t>BC</w:t>
      </w:r>
      <w:r>
        <w:rPr>
          <w:rFonts w:ascii="宋体" w:eastAsia="宋体" w:hAnsi="宋体" w:cs="宋体"/>
          <w:color w:val="000000"/>
        </w:rPr>
        <w:t>的长度为</w:t>
      </w:r>
      <w:r>
        <w:rPr>
          <w:color w:val="000000"/>
        </w:rPr>
        <w:t>________</w:t>
      </w:r>
      <w:r>
        <w:rPr>
          <w:rFonts w:ascii="Times New Roman" w:eastAsia="Times New Roman" w:hAnsi="Times New Roman" w:cs="Times New Roman"/>
          <w:color w:val="000000"/>
        </w:rPr>
        <w:t>cm</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在线段</w:t>
      </w:r>
      <w:r>
        <w:rPr>
          <w:rFonts w:ascii="Times New Roman" w:eastAsia="Times New Roman" w:hAnsi="Times New Roman" w:cs="Times New Roman"/>
          <w:i/>
          <w:color w:val="000000"/>
        </w:rPr>
        <w:t>AB</w:t>
      </w:r>
      <w:r>
        <w:rPr>
          <w:rFonts w:ascii="宋体" w:eastAsia="宋体" w:hAnsi="宋体" w:cs="宋体"/>
          <w:color w:val="000000"/>
        </w:rPr>
        <w:t>上，也可能在线段</w:t>
      </w:r>
      <w:r>
        <w:rPr>
          <w:rFonts w:ascii="Times New Roman" w:eastAsia="Times New Roman" w:hAnsi="Times New Roman" w:cs="Times New Roman"/>
          <w:i/>
          <w:color w:val="000000"/>
        </w:rPr>
        <w:t>BA</w:t>
      </w:r>
      <w:r>
        <w:rPr>
          <w:rFonts w:ascii="宋体" w:eastAsia="宋体" w:hAnsi="宋体" w:cs="宋体"/>
          <w:color w:val="000000"/>
        </w:rPr>
        <w:t>的延长线上，分两种情况解题即可</w:t>
      </w:r>
      <w:r>
        <w:rPr>
          <w:rFonts w:ascii="Times New Roman" w:eastAsia="Times New Roman" w:hAnsi="Times New Roman" w:cs="Times New Roman"/>
          <w:color w:val="000000"/>
        </w:rPr>
        <w:t>.</w:t>
      </w:r>
    </w:p>
    <w:p>
      <w:pPr>
        <w:spacing w:line="360" w:lineRule="auto"/>
        <w:jc w:val="both"/>
        <w:textAlignment w:val="center"/>
        <w:rPr>
          <w:color w:val="000000"/>
        </w:rPr>
      </w:pPr>
      <w:r>
        <w:rPr>
          <w:color w:val="000000"/>
        </w:rPr>
        <w:t>【详解】</w:t>
      </w:r>
      <w:r>
        <w:rPr>
          <w:rFonts w:ascii="宋体" w:eastAsia="宋体" w:hAnsi="宋体" w:cs="宋体"/>
          <w:color w:val="000000"/>
        </w:rPr>
        <w:t>当点</w:t>
      </w:r>
      <w:r>
        <w:rPr>
          <w:rFonts w:ascii="Times New Roman" w:eastAsia="Times New Roman" w:hAnsi="Times New Roman" w:cs="Times New Roman"/>
          <w:i/>
          <w:color w:val="000000"/>
        </w:rPr>
        <w:t>C</w:t>
      </w:r>
      <w:r>
        <w:rPr>
          <w:rFonts w:ascii="宋体" w:eastAsia="宋体" w:hAnsi="宋体" w:cs="宋体"/>
          <w:color w:val="000000"/>
        </w:rPr>
        <w:t>在线段</w:t>
      </w:r>
      <w:r>
        <w:rPr>
          <w:rFonts w:ascii="Times New Roman" w:eastAsia="Times New Roman" w:hAnsi="Times New Roman" w:cs="Times New Roman"/>
          <w:i/>
          <w:color w:val="000000"/>
        </w:rPr>
        <w:t>AB</w:t>
      </w:r>
      <w:r>
        <w:rPr>
          <w:rFonts w:ascii="宋体" w:eastAsia="宋体" w:hAnsi="宋体" w:cs="宋体"/>
          <w:color w:val="000000"/>
        </w:rPr>
        <w:t>上时，则</w:t>
      </w:r>
      <w:r>
        <w:pict>
          <v:shape id="_x0000_i722257" type="#_x0000_t75" alt="学科网(www.zxxk.com)--教育资源门户，提供试卷、教案、课件、论文、素材以及各类教学资源下载，还有大量而丰富的教学相关资讯！" style="width:74.4pt;height:14.4pt" o:oleicon="f" o:ole="">
            <v:imagedata r:id="rId708" o:title="eqIde423a52a640d805c3f119f6ea153e892"/>
          </v:shape>
        </w:pict>
      </w:r>
    </w:p>
    <w:p>
      <w:pPr>
        <w:spacing w:line="360" w:lineRule="auto"/>
        <w:jc w:val="both"/>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C</w:t>
      </w:r>
      <w:r>
        <w:rPr>
          <w:rFonts w:ascii="宋体" w:eastAsia="宋体" w:hAnsi="宋体" w:cs="宋体"/>
          <w:color w:val="000000"/>
        </w:rPr>
        <w:t>在线段</w:t>
      </w:r>
      <w:r>
        <w:rPr>
          <w:rFonts w:ascii="Times New Roman" w:eastAsia="Times New Roman" w:hAnsi="Times New Roman" w:cs="Times New Roman"/>
          <w:i/>
          <w:color w:val="000000"/>
        </w:rPr>
        <w:t>BA</w:t>
      </w:r>
      <w:r>
        <w:rPr>
          <w:rFonts w:ascii="宋体" w:eastAsia="宋体" w:hAnsi="宋体" w:cs="宋体"/>
          <w:color w:val="000000"/>
        </w:rPr>
        <w:t>的延长线上时，则</w:t>
      </w:r>
      <w:r>
        <w:pict>
          <v:shape id="_x0000_i722258" type="#_x0000_t75" alt="学科网(www.zxxk.com)--教育资源门户，提供试卷、教案、课件、论文、素材以及各类教学资源下载，还有大量而丰富的教学相关资讯！" style="width:74.4pt;height:14.4pt" o:oleicon="f" o:ole="">
            <v:imagedata r:id="rId709" o:title="eqId0c76a9b54c037941f1768557513dedb1"/>
          </v:shape>
        </w:pict>
      </w:r>
    </w:p>
    <w:p>
      <w:pPr>
        <w:spacing w:line="360" w:lineRule="auto"/>
        <w:jc w:val="left"/>
        <w:textAlignment w:val="center"/>
        <w:rPr>
          <w:color w:val="000000"/>
        </w:rPr>
      </w:pPr>
      <w:r>
        <w:rPr>
          <w:color w:val="000000"/>
        </w:rPr>
        <w:t>【点睛】</w:t>
      </w:r>
      <w:r>
        <w:rPr>
          <w:rFonts w:ascii="宋体" w:eastAsia="宋体" w:hAnsi="宋体" w:cs="宋体"/>
          <w:color w:val="000000"/>
        </w:rPr>
        <w:t>本题考查线段的和与差．分两种情况解题是关键</w:t>
      </w:r>
      <w:r>
        <w:rPr>
          <w:rFonts w:ascii="Times New Roman" w:eastAsia="Times New Roman" w:hAnsi="Times New Roman" w:cs="Times New Roman"/>
          <w:color w:val="000000"/>
        </w:rPr>
        <w:t>.</w:t>
      </w:r>
    </w:p>
    <w:p>
      <w:pPr>
        <w:spacing w:line="360" w:lineRule="auto"/>
        <w:jc w:val="both"/>
        <w:textAlignment w:val="center"/>
        <w:rPr>
          <w:color w:val="000000"/>
        </w:rPr>
      </w:pPr>
      <w:r>
        <w:rPr>
          <w:rFonts w:ascii="宋体" w:eastAsia="宋体" w:hAnsi="宋体" w:cs="宋体"/>
          <w:b/>
          <w:color w:val="000000"/>
          <w:sz w:val="24"/>
        </w:rPr>
        <w:t>三、计算题（共</w:t>
      </w:r>
      <w:r>
        <w:rPr>
          <w:rFonts w:ascii="Times New Roman" w:eastAsia="Times New Roman" w:hAnsi="Times New Roman" w:cs="Times New Roman"/>
          <w:b/>
          <w:color w:val="000000"/>
          <w:sz w:val="24"/>
        </w:rPr>
        <w:t>30</w:t>
      </w:r>
      <w:r>
        <w:rPr>
          <w:rFonts w:ascii="宋体" w:eastAsia="宋体" w:hAnsi="宋体" w:cs="宋体"/>
          <w:b/>
          <w:color w:val="000000"/>
          <w:sz w:val="24"/>
        </w:rPr>
        <w:t>分，每题</w:t>
      </w:r>
      <w:r>
        <w:rPr>
          <w:rFonts w:ascii="Times New Roman" w:eastAsia="Times New Roman" w:hAnsi="Times New Roman" w:cs="Times New Roman"/>
          <w:b/>
          <w:color w:val="000000"/>
          <w:sz w:val="24"/>
        </w:rPr>
        <w:t>3</w:t>
      </w:r>
      <w:r>
        <w:rPr>
          <w:rFonts w:ascii="宋体" w:eastAsia="宋体" w:hAnsi="宋体" w:cs="宋体"/>
          <w:b/>
          <w:color w:val="000000"/>
          <w:sz w:val="24"/>
        </w:rPr>
        <w:t>分）</w:t>
      </w:r>
    </w:p>
    <w:p>
      <w:pPr>
        <w:pStyle w:val="Heading2"/>
      </w:pPr>
      <w:r>
        <w:t>朝阳区</w:t>
      </w:r>
    </w:p>
    <w:p>
      <w:pPr>
        <w:spacing w:line="360" w:lineRule="auto"/>
        <w:jc w:val="left"/>
        <w:textAlignment w:val="center"/>
        <w:rPr>
          <w:color w:val="000000"/>
        </w:rPr>
      </w:pPr>
      <w:r>
        <w:rPr>
          <w:color w:val="000000"/>
        </w:rPr>
        <w:t xml:space="preserve">16. </w:t>
      </w:r>
      <w:r>
        <w:rPr>
          <w:rFonts w:ascii="宋体" w:eastAsia="宋体" w:hAnsi="宋体" w:cs="宋体"/>
          <w:color w:val="000000"/>
        </w:rPr>
        <w:t>有下列一些生活中的现象：</w:t>
      </w:r>
    </w:p>
    <w:p>
      <w:pPr>
        <w:spacing w:line="360" w:lineRule="auto"/>
        <w:jc w:val="left"/>
        <w:textAlignment w:val="center"/>
        <w:rPr>
          <w:color w:val="000000"/>
        </w:rPr>
      </w:pPr>
      <w:r>
        <w:rPr>
          <w:rFonts w:ascii="宋体" w:eastAsia="宋体" w:hAnsi="宋体" w:cs="宋体"/>
          <w:color w:val="000000"/>
        </w:rPr>
        <w:t>①把原来弯曲的河道改直，河道长度变短；</w:t>
      </w:r>
    </w:p>
    <w:p>
      <w:pPr>
        <w:spacing w:line="360" w:lineRule="auto"/>
        <w:jc w:val="left"/>
        <w:textAlignment w:val="center"/>
        <w:rPr>
          <w:color w:val="000000"/>
        </w:rPr>
      </w:pPr>
      <w:r>
        <w:rPr>
          <w:rFonts w:ascii="宋体" w:eastAsia="宋体" w:hAnsi="宋体" w:cs="宋体"/>
          <w:color w:val="000000"/>
        </w:rPr>
        <w:t>②将两根细木条叠放在一起，两端恰好重合，如果中间存在缝隙，那么这两根细木条不可能都是直的；</w:t>
      </w:r>
    </w:p>
    <w:p>
      <w:pPr>
        <w:spacing w:line="360" w:lineRule="auto"/>
        <w:jc w:val="left"/>
        <w:textAlignment w:val="center"/>
        <w:rPr>
          <w:color w:val="000000"/>
        </w:rPr>
      </w:pPr>
      <w:r>
        <w:rPr>
          <w:rFonts w:ascii="宋体" w:eastAsia="宋体" w:hAnsi="宋体" w:cs="宋体"/>
          <w:color w:val="000000"/>
        </w:rPr>
        <w:t>③植树时，只要定出两个树坑的位置，就能使同一行的树坑在一条直线上；</w:t>
      </w:r>
    </w:p>
    <w:p>
      <w:pPr>
        <w:spacing w:line="360" w:lineRule="auto"/>
        <w:jc w:val="left"/>
        <w:textAlignment w:val="center"/>
        <w:rPr>
          <w:color w:val="000000"/>
        </w:rPr>
      </w:pPr>
      <w:r>
        <w:rPr>
          <w:rFonts w:ascii="宋体" w:eastAsia="宋体" w:hAnsi="宋体" w:cs="宋体"/>
          <w:color w:val="000000"/>
        </w:rPr>
        <w:t>④只用两颗钉子就能把一根细木条固定在墙上．</w:t>
      </w:r>
    </w:p>
    <w:p>
      <w:pPr>
        <w:spacing w:line="360" w:lineRule="auto"/>
        <w:jc w:val="left"/>
        <w:textAlignment w:val="center"/>
        <w:rPr>
          <w:color w:val="000000"/>
        </w:rPr>
      </w:pPr>
      <w:r>
        <w:rPr>
          <w:rFonts w:ascii="宋体" w:eastAsia="宋体" w:hAnsi="宋体" w:cs="宋体"/>
          <w:color w:val="000000"/>
        </w:rPr>
        <w:t>其原理能用基本事实“两点确定一条直线”解释的为</w:t>
      </w:r>
      <w:r>
        <w:rPr>
          <w:color w:val="000000"/>
        </w:rPr>
        <w:t>______</w:t>
      </w:r>
      <w:r>
        <w:rPr>
          <w:rFonts w:ascii="宋体" w:eastAsia="宋体" w:hAnsi="宋体" w:cs="宋体"/>
          <w:color w:val="000000"/>
        </w:rPr>
        <w:t>．（只填序号）</w:t>
      </w:r>
    </w:p>
    <w:p>
      <w:pPr>
        <w:spacing w:line="360" w:lineRule="auto"/>
        <w:textAlignment w:val="center"/>
        <w:rPr>
          <w:color w:val="000000"/>
        </w:rPr>
      </w:pPr>
      <w:r>
        <w:rPr>
          <w:color w:val="2E75B6"/>
        </w:rPr>
        <w:t>【答案】</w:t>
      </w:r>
      <w:r>
        <w:rPr>
          <w:rFonts w:ascii="宋体" w:eastAsia="宋体" w:hAnsi="宋体" w:cs="宋体"/>
          <w:color w:val="000000"/>
        </w:rPr>
        <w:t>②③④</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根据“两点之间线段最短”和“两点确定一条直线”两个公理进行分析判断即可．</w:t>
      </w:r>
    </w:p>
    <w:p>
      <w:pPr>
        <w:spacing w:line="360" w:lineRule="auto"/>
        <w:jc w:val="left"/>
        <w:textAlignment w:val="center"/>
        <w:rPr>
          <w:color w:val="000000"/>
        </w:rPr>
      </w:pPr>
      <w:r>
        <w:rPr>
          <w:color w:val="000000"/>
        </w:rPr>
        <w:t>【详解】</w:t>
      </w:r>
      <w:r>
        <w:rPr>
          <w:rFonts w:ascii="宋体" w:eastAsia="宋体" w:hAnsi="宋体" w:cs="宋体"/>
          <w:color w:val="000000"/>
        </w:rPr>
        <w:t>解：①把原来弯曲</w:t>
      </w:r>
      <w:r>
        <w:rPr>
          <w:rFonts w:ascii="宋体" w:eastAsia="宋体" w:hAnsi="宋体" w:cs="宋体"/>
          <w:color w:val="000000"/>
          <w:position w:val="0"/>
        </w:rPr>
        <w:drawing>
          <wp:inline>
            <wp:extent cx="133350" cy="177800"/>
            <wp:docPr id="42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 name=""/>
                    <pic:cNvPicPr>
                      <a:picLocks noChangeAspect="1"/>
                    </pic:cNvPicPr>
                  </pic:nvPicPr>
                  <pic:blipFill>
                    <a:blip r:embed="rId71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河道改直，河道长度变短，其原理能用基本事实“两点之间线段最短”解释，故不符合题意；</w:t>
      </w:r>
    </w:p>
    <w:p>
      <w:pPr>
        <w:spacing w:line="360" w:lineRule="auto"/>
        <w:jc w:val="left"/>
        <w:textAlignment w:val="center"/>
        <w:rPr>
          <w:color w:val="000000"/>
        </w:rPr>
      </w:pPr>
      <w:r>
        <w:rPr>
          <w:rFonts w:ascii="宋体" w:eastAsia="宋体" w:hAnsi="宋体" w:cs="宋体"/>
          <w:color w:val="000000"/>
        </w:rPr>
        <w:t>②将两根细木条叠放在一起，两端恰好重合，如果中间存在缝隙，那么这两根细木条不可能都是直的，其原理能用基本事实“两点确定一条直线”解释，符合题意；</w:t>
      </w:r>
    </w:p>
    <w:p>
      <w:pPr>
        <w:spacing w:line="360" w:lineRule="auto"/>
        <w:jc w:val="left"/>
        <w:textAlignment w:val="center"/>
        <w:rPr>
          <w:color w:val="000000"/>
        </w:rPr>
      </w:pPr>
      <w:r>
        <w:rPr>
          <w:rFonts w:ascii="宋体" w:eastAsia="宋体" w:hAnsi="宋体" w:cs="宋体"/>
          <w:color w:val="000000"/>
        </w:rPr>
        <w:t>③植树时，只要定出两个树坑的位置，就能使同一行的树坑在一条直线上，其原理能用基本事实“两点确定一条直线”解释，符合题意；</w:t>
      </w:r>
    </w:p>
    <w:p>
      <w:pPr>
        <w:spacing w:line="360" w:lineRule="auto"/>
        <w:jc w:val="left"/>
        <w:textAlignment w:val="center"/>
        <w:rPr>
          <w:color w:val="000000"/>
        </w:rPr>
      </w:pPr>
      <w:r>
        <w:rPr>
          <w:rFonts w:ascii="宋体" w:eastAsia="宋体" w:hAnsi="宋体" w:cs="宋体"/>
          <w:color w:val="000000"/>
        </w:rPr>
        <w:t>④只用两颗钉子就能把一根细木条固定在墙上，其原理能用基本事实“两点确定一条直线”解释，符合题意．</w:t>
      </w:r>
    </w:p>
    <w:p>
      <w:pPr>
        <w:spacing w:line="360" w:lineRule="auto"/>
        <w:jc w:val="left"/>
        <w:textAlignment w:val="center"/>
        <w:rPr>
          <w:color w:val="000000"/>
        </w:rPr>
      </w:pPr>
      <w:r>
        <w:rPr>
          <w:rFonts w:ascii="宋体" w:eastAsia="宋体" w:hAnsi="宋体" w:cs="宋体"/>
          <w:color w:val="000000"/>
        </w:rPr>
        <w:t>故答案为：②③④．</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本题主要考查了两点之间线段最短和两点确定一条直线，理解并掌握两点之间线段最短和两点确定一条直线是解题关键．</w:t>
      </w:r>
    </w:p>
    <w:p>
      <w:pPr>
        <w:spacing w:line="285" w:lineRule="auto"/>
        <w:jc w:val="both"/>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52</w:t>
      </w:r>
      <w:r>
        <w:rPr>
          <w:rFonts w:ascii="宋体" w:eastAsia="宋体" w:hAnsi="宋体" w:cs="宋体"/>
          <w:b/>
          <w:color w:val="000000"/>
          <w:sz w:val="24"/>
        </w:rPr>
        <w:t>分，第</w:t>
      </w:r>
      <w:r>
        <w:rPr>
          <w:rFonts w:ascii="Times New Roman" w:eastAsia="Times New Roman" w:hAnsi="Times New Roman" w:cs="Times New Roman"/>
          <w:b/>
          <w:color w:val="000000"/>
          <w:sz w:val="24"/>
        </w:rPr>
        <w:t>17-25</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pStyle w:val="Heading2"/>
      </w:pPr>
      <w:r>
        <w:t>海淀区</w:t>
      </w:r>
    </w:p>
    <w:p>
      <w:pPr>
        <w:spacing w:line="360" w:lineRule="auto"/>
        <w:jc w:val="both"/>
        <w:textAlignment w:val="center"/>
        <w:rPr>
          <w:color w:val="000000"/>
        </w:rPr>
      </w:pPr>
      <w:r>
        <w:rPr>
          <w:color w:val="000000"/>
        </w:rPr>
        <w:t xml:space="preserve">16. </w:t>
      </w:r>
      <w:r>
        <w:rPr>
          <w:rFonts w:ascii="宋体" w:eastAsia="宋体" w:hAnsi="宋体" w:cs="宋体"/>
          <w:color w:val="000000"/>
        </w:rPr>
        <w:t>从正整数</w:t>
      </w:r>
      <w:r>
        <w:pict>
          <v:shape id="_x0000_i722259" type="#_x0000_t75" alt="学科网(www.zxxk.com)--教育资源门户，提供试卷、教案、课件、论文、素材以及各类教学资源下载，还有大量而丰富的教学相关资讯！" style="width:65pt;height:13.95pt" o:oleicon="f" o:ole="">
            <v:imagedata r:id="rId711" o:title="eqIdaadabfb21e8cd0cc5f3ab0d530a35a14"/>
          </v:shape>
        </w:pict>
      </w:r>
      <w:r>
        <w:rPr>
          <w:rFonts w:ascii="宋体" w:eastAsia="宋体" w:hAnsi="宋体" w:cs="宋体"/>
          <w:color w:val="000000"/>
        </w:rPr>
        <w:t>中，选出</w:t>
      </w:r>
      <w:r>
        <w:pict>
          <v:shape id="_x0000_i722260" type="#_x0000_t75" alt="学科网(www.zxxk.com)--教育资源门户，提供试卷、教案、课件、论文、素材以及各类教学资源下载，还有大量而丰富的教学相关资讯！" style="width:10pt;height:14.4pt" o:oleicon="f" o:ole="">
            <v:imagedata r:id="rId712" o:title="eqIdf0a532e15e232cb4b99a8d4d07c89575"/>
          </v:shape>
        </w:pict>
      </w:r>
      <w:r>
        <w:rPr>
          <w:rFonts w:ascii="宋体" w:eastAsia="宋体" w:hAnsi="宋体" w:cs="宋体"/>
          <w:color w:val="000000"/>
        </w:rPr>
        <w:t>组数，满足以下三个条件：</w:t>
      </w:r>
    </w:p>
    <w:p>
      <w:pPr>
        <w:spacing w:line="360" w:lineRule="auto"/>
        <w:jc w:val="both"/>
        <w:textAlignment w:val="center"/>
        <w:rPr>
          <w:color w:val="000000"/>
        </w:rPr>
      </w:pPr>
      <w:r>
        <w:rPr>
          <w:rFonts w:ascii="宋体" w:eastAsia="宋体" w:hAnsi="宋体" w:cs="宋体"/>
          <w:color w:val="000000"/>
        </w:rPr>
        <w:t>①每组</w:t>
      </w:r>
      <w:r>
        <w:rPr>
          <w:rFonts w:ascii="Times New Roman" w:eastAsia="Times New Roman" w:hAnsi="Times New Roman" w:cs="Times New Roman"/>
          <w:color w:val="000000"/>
        </w:rPr>
        <w:t>2</w:t>
      </w:r>
      <w:r>
        <w:rPr>
          <w:rFonts w:ascii="宋体" w:eastAsia="宋体" w:hAnsi="宋体" w:cs="宋体"/>
          <w:color w:val="000000"/>
        </w:rPr>
        <w:t>个数不相等；</w:t>
      </w:r>
    </w:p>
    <w:p>
      <w:pPr>
        <w:spacing w:line="360" w:lineRule="auto"/>
        <w:jc w:val="both"/>
        <w:textAlignment w:val="center"/>
        <w:rPr>
          <w:color w:val="000000"/>
        </w:rPr>
      </w:pPr>
      <w:r>
        <w:rPr>
          <w:rFonts w:ascii="宋体" w:eastAsia="宋体" w:hAnsi="宋体" w:cs="宋体"/>
          <w:color w:val="000000"/>
        </w:rPr>
        <w:t>②任意两组都不含有相同的数；</w:t>
      </w:r>
    </w:p>
    <w:p>
      <w:pPr>
        <w:spacing w:line="360" w:lineRule="auto"/>
        <w:jc w:val="both"/>
        <w:textAlignment w:val="center"/>
        <w:rPr>
          <w:color w:val="000000"/>
        </w:rPr>
      </w:pPr>
      <w:r>
        <w:rPr>
          <w:rFonts w:ascii="宋体" w:eastAsia="宋体" w:hAnsi="宋体" w:cs="宋体"/>
          <w:color w:val="000000"/>
        </w:rPr>
        <w:t>③每组</w:t>
      </w:r>
      <w:r>
        <w:rPr>
          <w:rFonts w:ascii="Times New Roman" w:eastAsia="Times New Roman" w:hAnsi="Times New Roman" w:cs="Times New Roman"/>
          <w:color w:val="000000"/>
        </w:rPr>
        <w:t>2</w:t>
      </w:r>
      <w:r>
        <w:rPr>
          <w:rFonts w:ascii="宋体" w:eastAsia="宋体" w:hAnsi="宋体" w:cs="宋体"/>
          <w:color w:val="000000"/>
        </w:rPr>
        <w:t>个数的和互不相同且不超过</w:t>
      </w:r>
      <w:r>
        <w:rPr>
          <w:rFonts w:ascii="Times New Roman" w:eastAsia="Times New Roman" w:hAnsi="Times New Roman" w:cs="Times New Roman"/>
          <w:color w:val="000000"/>
        </w:rPr>
        <w:t>15</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根据以上条件，回答下列问题：</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w:t>
      </w:r>
      <w:r>
        <w:pict>
          <v:shape id="_x0000_i722261" type="#_x0000_t75" alt="学科网(www.zxxk.com)--教育资源门户，提供试卷、教案、课件、论文、素材以及各类教学资源下载，还有大量而丰富的教学相关资讯！" style="width:27.8pt;height:14.15pt" o:oleicon="f" o:ole="">
            <v:imagedata r:id="rId713" o:title="eqIdf8e69866076dcff686a05e9e91e61e68"/>
          </v:shape>
        </w:pict>
      </w:r>
      <w:r>
        <w:rPr>
          <w:rFonts w:ascii="宋体" w:eastAsia="宋体" w:hAnsi="宋体" w:cs="宋体"/>
          <w:color w:val="000000"/>
        </w:rPr>
        <w:t>，请写出一种选取方案：第</w:t>
      </w:r>
      <w:r>
        <w:rPr>
          <w:rFonts w:ascii="Times New Roman" w:eastAsia="Times New Roman" w:hAnsi="Times New Roman" w:cs="Times New Roman"/>
          <w:color w:val="000000"/>
        </w:rPr>
        <w:t>1</w:t>
      </w:r>
      <w:r>
        <w:rPr>
          <w:rFonts w:ascii="宋体" w:eastAsia="宋体" w:hAnsi="宋体" w:cs="宋体"/>
          <w:color w:val="000000"/>
        </w:rPr>
        <w:t>组：</w:t>
      </w:r>
      <w:r>
        <w:rPr>
          <w:color w:val="000000"/>
        </w:rPr>
        <w:t>________</w: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组：</w:t>
      </w:r>
      <w:r>
        <w:rPr>
          <w:color w:val="000000"/>
        </w:rPr>
        <w:t>________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22262" type="#_x0000_t75" alt="学科网(www.zxxk.com)--教育资源门户，提供试卷、教案、课件、论文、素材以及各类教学资源下载，还有大量而丰富的教学相关资讯！" style="width:10pt;height:14.4pt" o:oleicon="f" o:ole="">
            <v:imagedata r:id="rId714" o:title="eqIdf0a532e15e232cb4b99a8d4d07c89575"/>
          </v:shape>
        </w:pict>
      </w:r>
      <w:r>
        <w:rPr>
          <w:rFonts w:ascii="宋体" w:eastAsia="宋体" w:hAnsi="宋体" w:cs="宋体"/>
          <w:color w:val="000000"/>
        </w:rPr>
        <w:t>的最大值为</w:t>
      </w:r>
      <w:r>
        <w:rPr>
          <w:color w:val="000000"/>
        </w:rPr>
        <w:t>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w:t>
      </w:r>
      <w:r>
        <w:rPr>
          <w:color w:val="000000"/>
        </w:rPr>
        <w:t xml:space="preserve">    ②. </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4</w:t>
      </w:r>
      <w:r>
        <w:rPr>
          <w:color w:val="000000"/>
        </w:rPr>
        <w:t xml:space="preserve">    ③. </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）根据题意，写出</w:t>
      </w:r>
      <w:r>
        <w:rPr>
          <w:rFonts w:ascii="Times New Roman" w:eastAsia="Times New Roman" w:hAnsi="Times New Roman" w:cs="Times New Roman"/>
          <w:color w:val="000000"/>
        </w:rPr>
        <w:t>2种</w:t>
      </w:r>
      <w:r>
        <w:rPr>
          <w:rFonts w:ascii="宋体" w:eastAsia="宋体" w:hAnsi="宋体" w:cs="宋体"/>
          <w:color w:val="000000"/>
        </w:rPr>
        <w:t>组合，满足条件即可；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）根据题意，每组</w:t>
      </w:r>
      <w:r>
        <w:rPr>
          <w:rFonts w:ascii="Times New Roman" w:eastAsia="Times New Roman" w:hAnsi="Times New Roman" w:cs="Times New Roman"/>
          <w:color w:val="000000"/>
        </w:rPr>
        <w:t>2</w:t>
      </w:r>
      <w:r>
        <w:rPr>
          <w:rFonts w:ascii="宋体" w:eastAsia="宋体" w:hAnsi="宋体" w:cs="宋体"/>
          <w:color w:val="000000"/>
        </w:rPr>
        <w:t>个数的和互不相同且不超过</w:t>
      </w:r>
      <w:r>
        <w:rPr>
          <w:rFonts w:ascii="Times New Roman" w:eastAsia="Times New Roman" w:hAnsi="Times New Roman" w:cs="Times New Roman"/>
          <w:color w:val="000000"/>
        </w:rPr>
        <w:t>15</w:t>
      </w:r>
      <w:r>
        <w:rPr>
          <w:rFonts w:ascii="宋体" w:eastAsia="宋体" w:hAnsi="宋体" w:cs="宋体"/>
          <w:color w:val="000000"/>
        </w:rPr>
        <w:t>，从和为</w:t>
      </w:r>
      <w:r>
        <w:rPr>
          <w:rFonts w:ascii="Times New Roman" w:eastAsia="Times New Roman" w:hAnsi="Times New Roman" w:cs="Times New Roman"/>
          <w:color w:val="000000"/>
        </w:rPr>
        <w:t>15</w:t>
      </w:r>
      <w:r>
        <w:rPr>
          <w:rFonts w:ascii="宋体" w:eastAsia="宋体" w:hAnsi="宋体" w:cs="宋体"/>
          <w:color w:val="000000"/>
        </w:rPr>
        <w:t>开始选取，列举法即可求解．</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）根据题意，若</w:t>
      </w:r>
      <w:r>
        <w:pict>
          <v:shape id="_x0000_i722263" type="#_x0000_t75" alt="学科网(www.zxxk.com)--教育资源门户，提供试卷、教案、课件、论文、素材以及各类教学资源下载，还有大量而丰富的教学相关资讯！" style="width:27.8pt;height:14.15pt" o:oleicon="f" o:ole="">
            <v:imagedata r:id="rId715" o:title="eqIdf8e69866076dcff686a05e9e91e61e68"/>
          </v:shape>
        </w:pict>
      </w:r>
      <w:r>
        <w:rPr>
          <w:rFonts w:ascii="宋体" w:eastAsia="宋体" w:hAnsi="宋体" w:cs="宋体"/>
          <w:color w:val="000000"/>
        </w:rPr>
        <w:t>，满足题意的一种选取方案为：第</w:t>
      </w:r>
      <w:r>
        <w:rPr>
          <w:rFonts w:ascii="Times New Roman" w:eastAsia="Times New Roman" w:hAnsi="Times New Roman" w:cs="Times New Roman"/>
          <w:color w:val="000000"/>
        </w:rPr>
        <w:t>1</w:t>
      </w:r>
      <w:r>
        <w:rPr>
          <w:rFonts w:ascii="宋体" w:eastAsia="宋体" w:hAnsi="宋体" w:cs="宋体"/>
          <w:color w:val="000000"/>
        </w:rPr>
        <w:t>组：</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组：</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4；</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4</w:t>
      </w:r>
      <w:r>
        <w:rPr>
          <w:rFonts w:ascii="宋体" w:eastAsia="宋体" w:hAnsi="宋体" w:cs="宋体"/>
          <w:color w:val="000000"/>
        </w:rPr>
        <w:t>（答案不唯一）</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）根据③，</w:t>
      </w:r>
      <w:r>
        <w:rPr>
          <w:rFonts w:ascii="Times New Roman" w:eastAsia="Times New Roman" w:hAnsi="Times New Roman" w:cs="Times New Roman"/>
          <w:color w:val="000000"/>
        </w:rPr>
        <w:t>15</w:t>
      </w:r>
      <w:r>
        <w:rPr>
          <w:rFonts w:ascii="宋体" w:eastAsia="宋体" w:hAnsi="宋体" w:cs="宋体"/>
          <w:color w:val="000000"/>
        </w:rPr>
        <w:t>与其他数的和会超过</w:t>
      </w:r>
      <w:r>
        <w:rPr>
          <w:rFonts w:ascii="Times New Roman" w:eastAsia="Times New Roman" w:hAnsi="Times New Roman" w:cs="Times New Roman"/>
          <w:color w:val="000000"/>
        </w:rPr>
        <w:t>15</w:t>
      </w:r>
      <w:r>
        <w:rPr>
          <w:rFonts w:ascii="宋体" w:eastAsia="宋体" w:hAnsi="宋体" w:cs="宋体"/>
          <w:color w:val="000000"/>
        </w:rPr>
        <w:t>，则不能选</w:t>
      </w:r>
      <w:r>
        <w:rPr>
          <w:rFonts w:ascii="Times New Roman" w:eastAsia="Times New Roman" w:hAnsi="Times New Roman" w:cs="Times New Roman"/>
          <w:color w:val="000000"/>
        </w:rPr>
        <w:t>15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组，和为</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14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组，和为</w:t>
      </w:r>
      <w:r>
        <w:rPr>
          <w:rFonts w:ascii="Times New Roman" w:eastAsia="Times New Roman" w:hAnsi="Times New Roman" w:cs="Times New Roman"/>
          <w:color w:val="000000"/>
        </w:rPr>
        <w:t>14</w:t>
      </w:r>
      <w:r>
        <w:rPr>
          <w:rFonts w:ascii="宋体" w:eastAsia="宋体" w:hAnsi="宋体" w:cs="宋体"/>
          <w:color w:val="000000"/>
        </w:rPr>
        <w:t>，可以选</w:t>
      </w:r>
      <w:r>
        <w:rPr>
          <w:rFonts w:ascii="Times New Roman" w:eastAsia="Times New Roman" w:hAnsi="Times New Roman" w:cs="Times New Roman"/>
          <w:color w:val="000000"/>
        </w:rPr>
        <w:t>2</w:t>
      </w:r>
      <w:r>
        <w:rPr>
          <w:rFonts w:ascii="宋体" w:eastAsia="宋体" w:hAnsi="宋体" w:cs="宋体"/>
          <w:color w:val="000000"/>
        </w:rPr>
        <w:t>与</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组，和为</w:t>
      </w:r>
      <w:r>
        <w:rPr>
          <w:rFonts w:ascii="Times New Roman" w:eastAsia="Times New Roman" w:hAnsi="Times New Roman" w:cs="Times New Roman"/>
          <w:color w:val="000000"/>
        </w:rPr>
        <w:t>13</w:t>
      </w:r>
      <w:r>
        <w:rPr>
          <w:rFonts w:ascii="宋体" w:eastAsia="宋体" w:hAnsi="宋体" w:cs="宋体"/>
          <w:color w:val="000000"/>
        </w:rPr>
        <w:t>，可以选</w:t>
      </w:r>
      <w:r>
        <w:rPr>
          <w:rFonts w:ascii="Times New Roman" w:eastAsia="Times New Roman" w:hAnsi="Times New Roman" w:cs="Times New Roman"/>
          <w:color w:val="000000"/>
        </w:rPr>
        <w:t>3</w:t>
      </w:r>
      <w:r>
        <w:rPr>
          <w:rFonts w:ascii="宋体" w:eastAsia="宋体" w:hAnsi="宋体" w:cs="宋体"/>
          <w:color w:val="000000"/>
        </w:rPr>
        <w:t>与</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组，和为</w:t>
      </w:r>
      <w:r>
        <w:rPr>
          <w:rFonts w:ascii="Times New Roman" w:eastAsia="Times New Roman" w:hAnsi="Times New Roman" w:cs="Times New Roman"/>
          <w:color w:val="000000"/>
        </w:rPr>
        <w:t>12</w:t>
      </w:r>
      <w:r>
        <w:rPr>
          <w:rFonts w:ascii="宋体" w:eastAsia="宋体" w:hAnsi="宋体" w:cs="宋体"/>
          <w:color w:val="000000"/>
        </w:rPr>
        <w:t>，可以选</w:t>
      </w:r>
      <w:r>
        <w:rPr>
          <w:rFonts w:ascii="Times New Roman" w:eastAsia="Times New Roman" w:hAnsi="Times New Roman" w:cs="Times New Roman"/>
          <w:color w:val="000000"/>
        </w:rPr>
        <w:t>4</w:t>
      </w:r>
      <w:r>
        <w:rPr>
          <w:rFonts w:ascii="宋体" w:eastAsia="宋体" w:hAnsi="宋体" w:cs="宋体"/>
          <w:color w:val="000000"/>
        </w:rPr>
        <w:t>与</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组，和为</w:t>
      </w:r>
      <w:r>
        <w:rPr>
          <w:rFonts w:ascii="Times New Roman" w:eastAsia="Times New Roman" w:hAnsi="Times New Roman" w:cs="Times New Roman"/>
          <w:color w:val="000000"/>
        </w:rPr>
        <w:t>11</w:t>
      </w:r>
      <w:r>
        <w:rPr>
          <w:rFonts w:ascii="宋体" w:eastAsia="宋体" w:hAnsi="宋体" w:cs="宋体"/>
          <w:color w:val="000000"/>
        </w:rPr>
        <w:t>，可以选</w:t>
      </w:r>
      <w:r>
        <w:rPr>
          <w:rFonts w:ascii="Times New Roman" w:eastAsia="Times New Roman" w:hAnsi="Times New Roman" w:cs="Times New Roman"/>
          <w:color w:val="000000"/>
        </w:rPr>
        <w:t>5</w:t>
      </w:r>
      <w:r>
        <w:rPr>
          <w:rFonts w:ascii="宋体" w:eastAsia="宋体" w:hAnsi="宋体" w:cs="宋体"/>
          <w:color w:val="000000"/>
        </w:rPr>
        <w:t>与</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还剩下</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，无论怎么组合都超过</w:t>
      </w:r>
      <w:r>
        <w:rPr>
          <w:rFonts w:ascii="Times New Roman" w:eastAsia="Times New Roman" w:hAnsi="Times New Roman" w:cs="Times New Roman"/>
          <w:color w:val="000000"/>
        </w:rPr>
        <w:t>15</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最多有</w:t>
      </w:r>
      <w:r>
        <w:rPr>
          <w:rFonts w:ascii="Times New Roman" w:eastAsia="Times New Roman" w:hAnsi="Times New Roman" w:cs="Times New Roman"/>
          <w:color w:val="000000"/>
        </w:rPr>
        <w:t>5</w:t>
      </w:r>
      <w:r>
        <w:rPr>
          <w:rFonts w:ascii="宋体" w:eastAsia="宋体" w:hAnsi="宋体" w:cs="宋体"/>
          <w:color w:val="000000"/>
        </w:rPr>
        <w:t>组，即</w:t>
      </w:r>
      <w:r>
        <w:pict>
          <v:shape id="_x0000_i722264" type="#_x0000_t75" alt="学科网(www.zxxk.com)--教育资源门户，提供试卷、教案、课件、论文、素材以及各类教学资源下载，还有大量而丰富的教学相关资讯！" style="width:24.75pt;height:12pt" o:oleicon="f" o:ole="">
            <v:imagedata r:id="rId716" o:title="eqId11e2fed5a0431d09b425fce5ab11acb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本题考查了有理数的加法，列举试验可能，列举出符合题意的可能组合是解题的关键．</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52</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18</w:t>
      </w:r>
      <w:r>
        <w:rPr>
          <w:rFonts w:ascii="宋体" w:eastAsia="宋体" w:hAnsi="宋体" w:cs="宋体"/>
          <w:b/>
          <w:color w:val="000000"/>
          <w:sz w:val="24"/>
        </w:rPr>
        <w:t>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19</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20</w:t>
      </w:r>
      <w:r>
        <w:rPr>
          <w:rFonts w:ascii="宋体" w:eastAsia="宋体" w:hAnsi="宋体" w:cs="宋体"/>
          <w:b/>
          <w:color w:val="000000"/>
          <w:sz w:val="24"/>
        </w:rPr>
        <w:t>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22-24</w:t>
      </w:r>
      <w:r>
        <w:rPr>
          <w:rFonts w:ascii="宋体" w:eastAsia="宋体" w:hAnsi="宋体" w:cs="宋体"/>
          <w:b/>
          <w:color w:val="000000"/>
          <w:sz w:val="24"/>
        </w:rPr>
        <w:t>题，每题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pStyle w:val="Heading2"/>
      </w:pPr>
      <w:r>
        <w:t>清华大学附属中学</w:t>
      </w:r>
    </w:p>
    <w:p>
      <w:pPr>
        <w:spacing w:line="360" w:lineRule="auto"/>
        <w:jc w:val="both"/>
        <w:textAlignment w:val="center"/>
        <w:rPr>
          <w:color w:val="000000"/>
        </w:rPr>
      </w:pPr>
      <w:r>
        <w:rPr>
          <w:color w:val="000000"/>
        </w:rPr>
        <w:t xml:space="preserve">16. </w:t>
      </w:r>
      <w:r>
        <w:rPr>
          <w:rFonts w:ascii="宋体" w:eastAsia="宋体" w:hAnsi="宋体" w:cs="宋体"/>
          <w:color w:val="000000"/>
        </w:rPr>
        <w:t>为促进春节消费，某黄金首饰店决定在假期开展一次</w:t>
      </w:r>
      <w:r>
        <w:rPr>
          <w:rFonts w:ascii="Times New Roman" w:eastAsia="Times New Roman" w:hAnsi="Times New Roman" w:cs="Times New Roman"/>
          <w:color w:val="000000"/>
        </w:rPr>
        <w:t>“</w:t>
      </w:r>
      <w:r>
        <w:rPr>
          <w:rFonts w:ascii="宋体" w:eastAsia="宋体" w:hAnsi="宋体" w:cs="宋体"/>
          <w:color w:val="000000"/>
        </w:rPr>
        <w:t>力度空前</w:t>
      </w:r>
      <w:r>
        <w:rPr>
          <w:rFonts w:ascii="Times New Roman" w:eastAsia="Times New Roman" w:hAnsi="Times New Roman" w:cs="Times New Roman"/>
          <w:color w:val="000000"/>
        </w:rPr>
        <w:t>”</w:t>
      </w:r>
      <w:r>
        <w:rPr>
          <w:rFonts w:ascii="宋体" w:eastAsia="宋体" w:hAnsi="宋体" w:cs="宋体"/>
          <w:color w:val="000000"/>
        </w:rPr>
        <w:t>的促销活动．活动方案如下：在收银台旁放置一个不透明的箱子，箱子里有红、黄、绿三种颜色的球各一个（除颜色外大小、形状、质地等完全相同），顾客购买的商品达到一定金额可获得一次抽奖机会，摸中红、黄、绿三种颜色的球可分别返还现金</w:t>
      </w:r>
      <w:r>
        <w:rPr>
          <w:rFonts w:ascii="Times New Roman" w:eastAsia="Times New Roman" w:hAnsi="Times New Roman" w:cs="Times New Roman"/>
          <w:color w:val="000000"/>
        </w:rPr>
        <w:t>100</w:t>
      </w:r>
      <w:r>
        <w:rPr>
          <w:rFonts w:ascii="宋体" w:eastAsia="宋体" w:hAnsi="宋体" w:cs="宋体"/>
          <w:color w:val="000000"/>
        </w:rPr>
        <w:t>元、</w:t>
      </w:r>
      <w:r>
        <w:rPr>
          <w:rFonts w:ascii="Times New Roman" w:eastAsia="Times New Roman" w:hAnsi="Times New Roman" w:cs="Times New Roman"/>
          <w:color w:val="000000"/>
        </w:rPr>
        <w:t>60</w:t>
      </w:r>
      <w:r>
        <w:rPr>
          <w:rFonts w:ascii="宋体" w:eastAsia="宋体" w:hAnsi="宋体" w:cs="宋体"/>
          <w:color w:val="000000"/>
        </w:rPr>
        <w:t>元、</w:t>
      </w:r>
      <w:r>
        <w:rPr>
          <w:rFonts w:ascii="Times New Roman" w:eastAsia="Times New Roman" w:hAnsi="Times New Roman" w:cs="Times New Roman"/>
          <w:color w:val="000000"/>
        </w:rPr>
        <w:t>30</w:t>
      </w:r>
      <w:r>
        <w:rPr>
          <w:rFonts w:ascii="宋体" w:eastAsia="宋体" w:hAnsi="宋体" w:cs="宋体"/>
          <w:color w:val="000000"/>
        </w:rPr>
        <w:t>元．商场分三个时段统计摸球次数和返现金额，汇总统计结果为：第二时段摸到红球次数为第一时段的</w:t>
      </w:r>
      <w:r>
        <w:rPr>
          <w:rFonts w:ascii="Times New Roman" w:eastAsia="Times New Roman" w:hAnsi="Times New Roman" w:cs="Times New Roman"/>
          <w:color w:val="000000"/>
        </w:rPr>
        <w:t>3</w:t>
      </w:r>
      <w:r>
        <w:rPr>
          <w:rFonts w:ascii="宋体" w:eastAsia="宋体" w:hAnsi="宋体" w:cs="宋体"/>
          <w:color w:val="000000"/>
        </w:rPr>
        <w:t>倍，摸到黄球次数为第一时段的</w:t>
      </w:r>
      <w:r>
        <w:rPr>
          <w:rFonts w:ascii="Times New Roman" w:eastAsia="Times New Roman" w:hAnsi="Times New Roman" w:cs="Times New Roman"/>
          <w:color w:val="000000"/>
        </w:rPr>
        <w:t>2</w:t>
      </w:r>
      <w:r>
        <w:rPr>
          <w:rFonts w:ascii="宋体" w:eastAsia="宋体" w:hAnsi="宋体" w:cs="宋体"/>
          <w:color w:val="000000"/>
        </w:rPr>
        <w:t>倍，摸到绿球次数为第一时段的</w:t>
      </w:r>
      <w:r>
        <w:rPr>
          <w:rFonts w:ascii="Times New Roman" w:eastAsia="Times New Roman" w:hAnsi="Times New Roman" w:cs="Times New Roman"/>
          <w:color w:val="000000"/>
        </w:rPr>
        <w:t>4</w:t>
      </w:r>
      <w:r>
        <w:rPr>
          <w:rFonts w:ascii="宋体" w:eastAsia="宋体" w:hAnsi="宋体" w:cs="宋体"/>
          <w:color w:val="000000"/>
        </w:rPr>
        <w:t>倍；第三时段摸到红球次数与第一时段相同，摸到黄球次数为第一时段的</w:t>
      </w:r>
      <w:r>
        <w:rPr>
          <w:rFonts w:ascii="Times New Roman" w:eastAsia="Times New Roman" w:hAnsi="Times New Roman" w:cs="Times New Roman"/>
          <w:color w:val="000000"/>
        </w:rPr>
        <w:t>4</w:t>
      </w:r>
      <w:r>
        <w:rPr>
          <w:rFonts w:ascii="宋体" w:eastAsia="宋体" w:hAnsi="宋体" w:cs="宋体"/>
          <w:color w:val="000000"/>
        </w:rPr>
        <w:t>倍，摸到绿球次数为第一时段的</w:t>
      </w:r>
      <w:r>
        <w:rPr>
          <w:rFonts w:ascii="Times New Roman" w:eastAsia="Times New Roman" w:hAnsi="Times New Roman" w:cs="Times New Roman"/>
          <w:color w:val="000000"/>
        </w:rPr>
        <w:t>2</w:t>
      </w:r>
      <w:r>
        <w:rPr>
          <w:rFonts w:ascii="宋体" w:eastAsia="宋体" w:hAnsi="宋体" w:cs="宋体"/>
          <w:color w:val="000000"/>
        </w:rPr>
        <w:t>倍，三个时段返现总金额为</w:t>
      </w:r>
      <w:r>
        <w:rPr>
          <w:rFonts w:ascii="Times New Roman" w:eastAsia="Times New Roman" w:hAnsi="Times New Roman" w:cs="Times New Roman"/>
          <w:color w:val="000000"/>
        </w:rPr>
        <w:t>4180</w:t>
      </w:r>
      <w:r>
        <w:rPr>
          <w:rFonts w:ascii="宋体" w:eastAsia="宋体" w:hAnsi="宋体" w:cs="宋体"/>
          <w:color w:val="000000"/>
        </w:rPr>
        <w:t>元，第三时段返现金额比第一时段多</w:t>
      </w:r>
      <w:r>
        <w:rPr>
          <w:rFonts w:ascii="Times New Roman" w:eastAsia="Times New Roman" w:hAnsi="Times New Roman" w:cs="Times New Roman"/>
          <w:color w:val="000000"/>
        </w:rPr>
        <w:t>600</w:t>
      </w:r>
      <w:r>
        <w:rPr>
          <w:rFonts w:ascii="宋体" w:eastAsia="宋体" w:hAnsi="宋体" w:cs="宋体"/>
          <w:color w:val="000000"/>
        </w:rPr>
        <w:t>元，则第二时段返现金额为</w:t>
      </w:r>
      <w:r>
        <w:rPr>
          <w:color w:val="000000"/>
        </w:rPr>
        <w:t>______</w:t>
      </w:r>
      <w:r>
        <w:rPr>
          <w:rFonts w:ascii="宋体" w:eastAsia="宋体" w:hAnsi="宋体" w:cs="宋体"/>
          <w:color w:val="000000"/>
        </w:rPr>
        <w:t>元．</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2100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设第一时段统计摸到红、黄、绿球的次数分别为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，则第二时段统计摸到红、黄、绿球的次数分别为</w:t>
      </w:r>
      <w:r>
        <w:pict>
          <v:shape id="_x0000_i722265" type="#_x0000_t75" alt="学科网(www.zxxk.com)--教育资源门户，提供试卷、教案、课件、论文、素材以及各类教学资源下载，还有大量而丰富的教学相关资讯！" style="width:15.75pt;height:14.25pt" o:oleicon="f" o:ole="">
            <v:imagedata r:id="rId717" o:title="eqId9878a063abcb6098d10560f2bf2d4b71"/>
          </v:shape>
        </w:pict>
      </w:r>
      <w:r>
        <w:rPr>
          <w:rFonts w:ascii="宋体" w:eastAsia="宋体" w:hAnsi="宋体" w:cs="宋体"/>
          <w:color w:val="000000"/>
        </w:rPr>
        <w:t>，</w:t>
      </w:r>
      <w:r>
        <w:pict>
          <v:shape id="_x0000_i722266" type="#_x0000_t75" alt="学科网(www.zxxk.com)--教育资源门户，提供试卷、教案、课件、论文、素材以及各类教学资源下载，还有大量而丰富的教学相关资讯！" style="width:14.25pt;height:12.75pt" o:oleicon="f" o:ole="">
            <v:imagedata r:id="rId718" o:title="eqId18436f0e2391b0ab7537a566fc28204c"/>
          </v:shape>
        </w:pict>
      </w:r>
      <w:r>
        <w:rPr>
          <w:rFonts w:ascii="宋体" w:eastAsia="宋体" w:hAnsi="宋体" w:cs="宋体"/>
          <w:color w:val="000000"/>
        </w:rPr>
        <w:t>，</w:t>
      </w:r>
      <w:r>
        <w:pict>
          <v:shape id="_x0000_i722267" type="#_x0000_t75" alt="学科网(www.zxxk.com)--教育资源门户，提供试卷、教案、课件、论文、素材以及各类教学资源下载，还有大量而丰富的教学相关资讯！" style="width:15pt;height:14.25pt" o:oleicon="f" o:ole="">
            <v:imagedata r:id="rId719" o:title="eqId731ad064cf03bf530a85bb575371a84e"/>
          </v:shape>
        </w:pict>
      </w:r>
      <w:r>
        <w:rPr>
          <w:rFonts w:ascii="宋体" w:eastAsia="宋体" w:hAnsi="宋体" w:cs="宋体"/>
          <w:color w:val="000000"/>
        </w:rPr>
        <w:t>，第三时段统计摸到红、黄、绿球的次数分别为</w:t>
      </w:r>
      <w:r>
        <w:rPr>
          <w:rFonts w:ascii="Times New Roman" w:eastAsia="Times New Roman" w:hAnsi="Times New Roman" w:cs="Times New Roman"/>
          <w:i/>
          <w:color w:val="000000"/>
        </w:rPr>
        <w:t>a</w:t>
      </w:r>
      <w:r>
        <w:rPr>
          <w:rFonts w:ascii="宋体" w:eastAsia="宋体" w:hAnsi="宋体" w:cs="宋体"/>
          <w:color w:val="000000"/>
        </w:rPr>
        <w:t>，</w:t>
      </w:r>
      <w:r>
        <w:pict>
          <v:shape id="_x0000_i722268" type="#_x0000_t75" alt="学科网(www.zxxk.com)--教育资源门户，提供试卷、教案、课件、论文、素材以及各类教学资源下载，还有大量而丰富的教学相关资讯！" style="width:16pt;height:13.95pt" o:oleicon="f" o:ole="">
            <v:imagedata r:id="rId720" o:title="eqId07fe570ddd875c9158a41091a84b485b"/>
          </v:shape>
        </w:pict>
      </w:r>
      <w:r>
        <w:rPr>
          <w:rFonts w:ascii="宋体" w:eastAsia="宋体" w:hAnsi="宋体" w:cs="宋体"/>
          <w:color w:val="000000"/>
        </w:rPr>
        <w:t>，</w:t>
      </w:r>
      <w:r>
        <w:pict>
          <v:shape id="_x0000_i722269" type="#_x0000_t75" alt="学科网(www.zxxk.com)--教育资源门户，提供试卷、教案、课件、论文、素材以及各类教学资源下载，还有大量而丰富的教学相关资讯！" style="width:15pt;height:14.25pt" o:oleicon="f" o:ole="">
            <v:imagedata r:id="rId721" o:title="eqIdf8dcc91c2ffb5571eaf944c34f5e8ffe"/>
          </v:shape>
        </w:pict>
      </w:r>
      <w:r>
        <w:rPr>
          <w:rFonts w:ascii="宋体" w:eastAsia="宋体" w:hAnsi="宋体" w:cs="宋体"/>
          <w:color w:val="000000"/>
        </w:rPr>
        <w:t>．根据题意得到关于</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方程组，根据</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均为正整数，求解即可．</w:t>
      </w:r>
    </w:p>
    <w:p>
      <w:pPr>
        <w:spacing w:line="360" w:lineRule="auto"/>
        <w:jc w:val="left"/>
        <w:textAlignment w:val="center"/>
        <w:rPr>
          <w:color w:val="000000"/>
        </w:rPr>
      </w:pPr>
      <w:r>
        <w:rPr>
          <w:color w:val="000000"/>
        </w:rPr>
        <w:t>【详解】</w:t>
      </w:r>
      <w:r>
        <w:rPr>
          <w:rFonts w:ascii="宋体" w:eastAsia="宋体" w:hAnsi="宋体" w:cs="宋体"/>
          <w:color w:val="000000"/>
        </w:rPr>
        <w:t>解：设第一时段统计摸到红、黄、绿球的次数分别为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，则第二时段统计摸到红、黄、绿球的次数分别为</w:t>
      </w:r>
      <w:r>
        <w:pict>
          <v:shape id="_x0000_i722270" type="#_x0000_t75" alt="学科网(www.zxxk.com)--教育资源门户，提供试卷、教案、课件、论文、素材以及各类教学资源下载，还有大量而丰富的教学相关资讯！" style="width:15.75pt;height:14.25pt" o:oleicon="f" o:ole="">
            <v:imagedata r:id="rId722" o:title="eqId9878a063abcb6098d10560f2bf2d4b71"/>
          </v:shape>
        </w:pict>
      </w:r>
      <w:r>
        <w:rPr>
          <w:rFonts w:ascii="宋体" w:eastAsia="宋体" w:hAnsi="宋体" w:cs="宋体"/>
          <w:color w:val="000000"/>
        </w:rPr>
        <w:t>，</w:t>
      </w:r>
      <w:r>
        <w:pict>
          <v:shape id="_x0000_i722271" type="#_x0000_t75" alt="学科网(www.zxxk.com)--教育资源门户，提供试卷、教案、课件、论文、素材以及各类教学资源下载，还有大量而丰富的教学相关资讯！" style="width:14.25pt;height:12.75pt" o:oleicon="f" o:ole="">
            <v:imagedata r:id="rId723" o:title="eqId18436f0e2391b0ab7537a566fc28204c"/>
          </v:shape>
        </w:pict>
      </w:r>
      <w:r>
        <w:rPr>
          <w:rFonts w:ascii="宋体" w:eastAsia="宋体" w:hAnsi="宋体" w:cs="宋体"/>
          <w:color w:val="000000"/>
        </w:rPr>
        <w:t>，</w:t>
      </w:r>
      <w:r>
        <w:pict>
          <v:shape id="_x0000_i722272" type="#_x0000_t75" alt="学科网(www.zxxk.com)--教育资源门户，提供试卷、教案、课件、论文、素材以及各类教学资源下载，还有大量而丰富的教学相关资讯！" style="width:15pt;height:14.25pt" o:oleicon="f" o:ole="">
            <v:imagedata r:id="rId724" o:title="eqId731ad064cf03bf530a85bb575371a84e"/>
          </v:shape>
        </w:pict>
      </w:r>
      <w:r>
        <w:rPr>
          <w:rFonts w:ascii="宋体" w:eastAsia="宋体" w:hAnsi="宋体" w:cs="宋体"/>
          <w:color w:val="000000"/>
        </w:rPr>
        <w:t>，第三时段统计摸到红、黄、绿球的次数分别为</w:t>
      </w:r>
      <w:r>
        <w:rPr>
          <w:rFonts w:ascii="Times New Roman" w:eastAsia="Times New Roman" w:hAnsi="Times New Roman" w:cs="Times New Roman"/>
          <w:i/>
          <w:color w:val="000000"/>
        </w:rPr>
        <w:t>a</w:t>
      </w:r>
      <w:r>
        <w:rPr>
          <w:rFonts w:ascii="宋体" w:eastAsia="宋体" w:hAnsi="宋体" w:cs="宋体"/>
          <w:color w:val="000000"/>
        </w:rPr>
        <w:t>，</w:t>
      </w:r>
      <w:r>
        <w:pict>
          <v:shape id="_x0000_i722273" type="#_x0000_t75" alt="学科网(www.zxxk.com)--教育资源门户，提供试卷、教案、课件、论文、素材以及各类教学资源下载，还有大量而丰富的教学相关资讯！" style="width:16pt;height:13.95pt" o:oleicon="f" o:ole="">
            <v:imagedata r:id="rId725" o:title="eqId07fe570ddd875c9158a41091a84b485b"/>
          </v:shape>
        </w:pic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c</w:t>
      </w:r>
      <w:r>
        <w:rPr>
          <w:rFonts w:ascii="宋体" w:eastAsia="宋体" w:hAnsi="宋体" w:cs="宋体"/>
          <w:color w:val="000000"/>
        </w:rPr>
        <w:t>．由题意得：</w:t>
      </w:r>
      <w:r>
        <w:pict>
          <v:shape id="_x0000_i722274" type="#_x0000_t75" alt="学科网(www.zxxk.com)--教育资源门户，提供试卷、教案、课件、论文、素材以及各类教学资源下载，还有大量而丰富的教学相关资讯！" style="width:234pt;height:38.25pt" o:oleicon="f" o:ole="">
            <v:imagedata r:id="rId726" o:title="eqId8409c1101eb4391ce0a044013b2154e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pict>
          <v:shape id="_x0000_i722275" type="#_x0000_t75" alt="学科网(www.zxxk.com)--教育资源门户，提供试卷、教案、课件、论文、素材以及各类教学资源下载，还有大量而丰富的教学相关资讯！" style="width:114pt;height:36pt" o:oleicon="f" o:ole="">
            <v:imagedata r:id="rId727" o:title="eqIdbb469fd5792be4c065a6698f675ed41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均是正整数，根据</w:t>
      </w:r>
      <w:r>
        <w:pict>
          <v:shape id="_x0000_i722276" type="#_x0000_t75" alt="学科网(www.zxxk.com)--教育资源门户，提供试卷、教案、课件、论文、素材以及各类教学资源下载，还有大量而丰富的教学相关资讯！" style="width:55.8pt;height:13.8pt" o:oleicon="f" o:ole="">
            <v:imagedata r:id="rId728" o:title="eqId23ea5f0bae014868a6812fda1aa47837"/>
          </v:shape>
        </w:pict>
      </w:r>
      <w:r>
        <w:rPr>
          <w:rFonts w:ascii="宋体" w:eastAsia="宋体" w:hAnsi="宋体" w:cs="宋体"/>
          <w:color w:val="000000"/>
        </w:rPr>
        <w:t>可得：</w:t>
      </w:r>
    </w:p>
    <w:p>
      <w:pPr>
        <w:spacing w:line="360" w:lineRule="auto"/>
        <w:jc w:val="left"/>
        <w:textAlignment w:val="center"/>
        <w:rPr>
          <w:color w:val="000000"/>
        </w:rPr>
      </w:pPr>
      <w:r>
        <w:pict>
          <v:shape id="_x0000_i722277" type="#_x0000_t75" alt="学科网(www.zxxk.com)--教育资源门户，提供试卷、教案、课件、论文、素材以及各类教学资源下载，还有大量而丰富的教学相关资讯！" style="width:38.25pt;height:36pt" o:oleicon="f" o:ole="">
            <v:imagedata r:id="rId729" o:title="eqIdd8a83abddf9da603937bf99251da5bee"/>
          </v:shape>
        </w:pict>
      </w:r>
      <w:r>
        <w:rPr>
          <w:rFonts w:ascii="宋体" w:eastAsia="宋体" w:hAnsi="宋体" w:cs="宋体"/>
          <w:color w:val="000000"/>
        </w:rPr>
        <w:t>或</w:t>
      </w:r>
      <w:r>
        <w:pict>
          <v:shape id="_x0000_i722278" type="#_x0000_t75" alt="学科网(www.zxxk.com)--教育资源门户，提供试卷、教案、课件、论文、素材以及各类教学资源下载，还有大量而丰富的教学相关资讯！" style="width:33.75pt;height:36pt" o:oleicon="f" o:ole="">
            <v:imagedata r:id="rId730" o:title="eqId5a381a3611a9a9c6a5b7a6ff9845bf16"/>
          </v:shape>
        </w:pict>
      </w:r>
      <w:r>
        <w:rPr>
          <w:rFonts w:ascii="宋体" w:eastAsia="宋体" w:hAnsi="宋体" w:cs="宋体"/>
          <w:color w:val="000000"/>
        </w:rPr>
        <w:t>或</w:t>
      </w:r>
      <w:r>
        <w:pict>
          <v:shape id="_x0000_i722279" type="#_x0000_t75" alt="学科网(www.zxxk.com)--教育资源门户，提供试卷、教案、课件、论文、素材以及各类教学资源下载，还有大量而丰富的教学相关资讯！" style="width:33pt;height:36pt" o:oleicon="f" o:ole="">
            <v:imagedata r:id="rId731" o:title="eqId2aaec63ad4bc8d7d57b66b4b511668d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22280" type="#_x0000_t75" alt="学科网(www.zxxk.com)--教育资源门户，提供试卷、教案、课件、论文、素材以及各类教学资源下载，还有大量而丰富的教学相关资讯！" style="width:38.25pt;height:36pt" o:oleicon="f" o:ole="">
            <v:imagedata r:id="rId732" o:title="eqIdd8a83abddf9da603937bf99251da5bee"/>
          </v:shape>
        </w:pict>
      </w:r>
      <w:r>
        <w:rPr>
          <w:rFonts w:ascii="宋体" w:eastAsia="宋体" w:hAnsi="宋体" w:cs="宋体"/>
          <w:color w:val="000000"/>
        </w:rPr>
        <w:t>时，</w:t>
      </w:r>
      <w:r>
        <w:pict>
          <v:shape id="_x0000_i722281" type="#_x0000_t75" alt="学科网(www.zxxk.com)--教育资源门户，提供试卷、教案、课件、论文、素材以及各类教学资源下载，还有大量而丰富的教学相关资讯！" style="width:42pt;height:13.8pt" o:oleicon="f" o:ole="">
            <v:imagedata r:id="rId733" o:title="eqIda57cd5100a7fc03f178236aa2b095830"/>
          </v:shape>
        </w:pic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当</w:t>
      </w:r>
      <w:r>
        <w:pict>
          <v:shape id="_x0000_i722282" type="#_x0000_t75" alt="学科网(www.zxxk.com)--教育资源门户，提供试卷、教案、课件、论文、素材以及各类教学资源下载，还有大量而丰富的教学相关资讯！" style="width:33.75pt;height:36pt" o:oleicon="f" o:ole="">
            <v:imagedata r:id="rId734" o:title="eqId5a381a3611a9a9c6a5b7a6ff9845bf16"/>
          </v:shape>
        </w:pict>
      </w:r>
      <w:r>
        <w:rPr>
          <w:rFonts w:ascii="宋体" w:eastAsia="宋体" w:hAnsi="宋体" w:cs="宋体"/>
          <w:color w:val="000000"/>
        </w:rPr>
        <w:t>时，</w:t>
      </w:r>
      <w:r>
        <w:pict>
          <v:shape id="_x0000_i722283" type="#_x0000_t75" alt="学科网(www.zxxk.com)--教育资源门户，提供试卷、教案、课件、论文、素材以及各类教学资源下载，还有大量而丰富的教学相关资讯！" style="width:43.2pt;height:13.8pt" o:oleicon="f" o:ole="">
            <v:imagedata r:id="rId735" o:title="eqIdcc657f6124622eba570f62fb16f23ca1"/>
          </v:shape>
        </w:pic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当</w:t>
      </w:r>
      <w:r>
        <w:pict>
          <v:shape id="_x0000_i722284" type="#_x0000_t75" alt="学科网(www.zxxk.com)--教育资源门户，提供试卷、教案、课件、论文、素材以及各类教学资源下载，还有大量而丰富的教学相关资讯！" style="width:33pt;height:36pt" o:oleicon="f" o:ole="">
            <v:imagedata r:id="rId736" o:title="eqId2aaec63ad4bc8d7d57b66b4b511668d4"/>
          </v:shape>
        </w:pict>
      </w:r>
      <w:r>
        <w:rPr>
          <w:rFonts w:ascii="宋体" w:eastAsia="宋体" w:hAnsi="宋体" w:cs="宋体"/>
          <w:color w:val="000000"/>
        </w:rPr>
        <w:t>时，</w:t>
      </w:r>
      <w:r>
        <w:pict>
          <v:shape id="_x0000_i722285" type="#_x0000_t75" alt="学科网(www.zxxk.com)--教育资源门户，提供试卷、教案、课件、论文、素材以及各类教学资源下载，还有大量而丰富的教学相关资讯！" style="width:28.15pt;height:14.1pt" o:oleicon="f" o:ole="">
            <v:imagedata r:id="rId737" o:title="eqIdab839d8569171afab5ed55c22013aa72"/>
          </v:shape>
        </w:pict>
      </w:r>
      <w:r>
        <w:rPr>
          <w:rFonts w:ascii="宋体" w:eastAsia="宋体" w:hAnsi="宋体" w:cs="宋体"/>
          <w:color w:val="000000"/>
        </w:rPr>
        <w:t>符合题意；</w:t>
      </w:r>
    </w:p>
    <w:p>
      <w:pPr>
        <w:spacing w:line="360" w:lineRule="auto"/>
        <w:jc w:val="left"/>
        <w:textAlignment w:val="center"/>
        <w:rPr>
          <w:color w:val="000000"/>
        </w:rPr>
      </w:pPr>
      <w:r>
        <w:rPr>
          <w:rFonts w:ascii="宋体" w:eastAsia="宋体" w:hAnsi="宋体" w:cs="宋体"/>
          <w:color w:val="000000"/>
        </w:rPr>
        <w:t>∴第二时段返现金额为：</w:t>
      </w:r>
      <w:r>
        <w:pict>
          <v:shape id="_x0000_i722286" type="#_x0000_t75" alt="学科网(www.zxxk.com)--教育资源门户，提供试卷、教案、课件、论文、素材以及各类教学资源下载，还有大量而丰富的教学相关资讯！" style="width:190.8pt;height:13.8pt" o:oleicon="f" o:ole="">
            <v:imagedata r:id="rId738" o:title="eqIdffd23ed731bbc6eb554e6a8964108349"/>
          </v:shape>
        </w:pi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2100</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本题主要考查了求方程组的正整数解，根据题意得到方程组，求出方程组的整数解是解题关键．解题时注意题目中隐含条件</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均为正整数．</w:t>
      </w:r>
    </w:p>
    <w:p>
      <w:pPr>
        <w:spacing w:line="360" w:lineRule="auto"/>
        <w:jc w:val="both"/>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88</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4</w:t>
      </w:r>
      <w:r>
        <w:rPr>
          <w:rFonts w:ascii="宋体" w:eastAsia="宋体" w:hAnsi="宋体" w:cs="宋体"/>
          <w:b/>
          <w:color w:val="000000"/>
          <w:sz w:val="24"/>
        </w:rPr>
        <w:t>分，</w:t>
      </w:r>
      <w:r>
        <w:rPr>
          <w:rFonts w:ascii="Times New Roman" w:eastAsia="Times New Roman" w:hAnsi="Times New Roman" w:cs="Times New Roman"/>
          <w:b/>
          <w:color w:val="000000"/>
          <w:sz w:val="24"/>
        </w:rPr>
        <w:t>18</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19-20</w:t>
      </w:r>
      <w:r>
        <w:rPr>
          <w:rFonts w:ascii="宋体" w:eastAsia="宋体" w:hAnsi="宋体" w:cs="宋体"/>
          <w:b/>
          <w:color w:val="000000"/>
          <w:sz w:val="24"/>
        </w:rPr>
        <w:t>题每问</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21-23</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24-26</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27-28</w:t>
      </w:r>
      <w:r>
        <w:rPr>
          <w:rFonts w:ascii="宋体" w:eastAsia="宋体" w:hAnsi="宋体" w:cs="宋体"/>
          <w:b/>
          <w:color w:val="000000"/>
          <w:sz w:val="24"/>
        </w:rPr>
        <w:t>题每题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pStyle w:val="Heading2"/>
      </w:pPr>
      <w:r>
        <w:t>石景山区</w:t>
      </w:r>
    </w:p>
    <w:p>
      <w:pPr>
        <w:spacing w:line="360" w:lineRule="auto"/>
        <w:jc w:val="both"/>
        <w:textAlignment w:val="center"/>
        <w:rPr>
          <w:color w:val="000000"/>
        </w:rPr>
      </w:pPr>
      <w:r>
        <w:rPr>
          <w:color w:val="000000"/>
        </w:rPr>
        <w:t xml:space="preserve">16. </w:t>
      </w:r>
      <w:r>
        <w:rPr>
          <w:rFonts w:ascii="宋体" w:eastAsia="宋体" w:hAnsi="宋体" w:cs="宋体"/>
          <w:color w:val="000000"/>
        </w:rPr>
        <w:t>一组按规律排列的单项式为“</w:t>
      </w:r>
      <w:r>
        <w:pict>
          <v:shape id="_x0000_i722287" type="#_x0000_t75" alt="学科网(www.zxxk.com)--教育资源门户，提供试卷、教案、课件、论文、素材以及各类教学资源下载，还有大量而丰富的教学相关资讯！" style="width:103.2pt;height:33pt" o:oleicon="f" o:ole="">
            <v:imagedata r:id="rId739" o:title="eqId1e2e3b1d3fd3724fceeecef6936d6cba"/>
          </v:shape>
        </w:pict>
      </w:r>
      <w:r>
        <w:rPr>
          <w:rFonts w:ascii="宋体" w:eastAsia="宋体" w:hAnsi="宋体" w:cs="宋体"/>
          <w:color w:val="000000"/>
        </w:rPr>
        <w:t>”．依此规律，第</w:t>
      </w:r>
      <w:r>
        <w:rPr>
          <w:rFonts w:ascii="Times New Roman" w:eastAsia="Times New Roman" w:hAnsi="Times New Roman" w:cs="Times New Roman"/>
          <w:color w:val="000000"/>
        </w:rPr>
        <w:t>6</w:t>
      </w:r>
      <w:r>
        <w:rPr>
          <w:rFonts w:ascii="宋体" w:eastAsia="宋体" w:hAnsi="宋体" w:cs="宋体"/>
          <w:color w:val="000000"/>
        </w:rPr>
        <w:t>个单项式为</w:t>
      </w:r>
      <w:r>
        <w:rPr>
          <w:color w:val="000000"/>
        </w:rPr>
        <w:t>_____________</w:t>
      </w: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个单项式为</w:t>
      </w:r>
      <w:r>
        <w:rPr>
          <w:color w:val="000000"/>
        </w:rPr>
        <w:t>_____________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pict>
          <v:shape id="_x0000_i722288" type="#_x0000_t75" alt="学科网(www.zxxk.com)--教育资源门户，提供试卷、教案、课件、论文、素材以及各类教学资源下载，还有大量而丰富的教学相关资讯！" style="width:25.2pt;height:33pt" o:oleicon="f" o:ole="">
            <v:imagedata r:id="rId740" o:title="eqId22bc91a416b18fc1787e7e23b3dd7f49"/>
          </v:shape>
        </w:pict>
      </w:r>
      <w:r>
        <w:rPr>
          <w:color w:val="000000"/>
        </w:rPr>
        <w:t xml:space="preserve">    ②. </w:t>
      </w:r>
      <w:r>
        <w:pict>
          <v:shape id="_x0000_i722289" type="#_x0000_t75" alt="学科网(www.zxxk.com)--教育资源门户，提供试卷、教案、课件、论文、素材以及各类教学资源下载，还有大量而丰富的教学相关资讯！" style="width:67.2pt;height:33pt" o:oleicon="f" o:ole="">
            <v:imagedata r:id="rId741" o:title="eqId3af353cfc742ef6c8b321ca381bff7c5"/>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根据题意分析出规律即可作答．</w:t>
      </w:r>
    </w:p>
    <w:p>
      <w:pPr>
        <w:spacing w:line="360" w:lineRule="auto"/>
        <w:jc w:val="left"/>
        <w:textAlignment w:val="center"/>
        <w:rPr>
          <w:color w:val="000000"/>
        </w:rPr>
      </w:pPr>
      <w:r>
        <w:rPr>
          <w:color w:val="000000"/>
        </w:rPr>
        <w:t>【详解】</w:t>
      </w:r>
      <w:r>
        <w:rPr>
          <w:rFonts w:ascii="宋体" w:eastAsia="宋体" w:hAnsi="宋体" w:cs="宋体"/>
          <w:color w:val="000000"/>
        </w:rPr>
        <w:t>解：根据题意得，第一个单项式为：</w:t>
      </w:r>
      <w:r>
        <w:pict>
          <v:shape id="_x0000_i722290" type="#_x0000_t75" alt="学科网(www.zxxk.com)--教育资源门户，提供试卷、教案、课件、论文、素材以及各类教学资源下载，还有大量而丰富的教学相关资讯！" style="width:17.25pt;height:33pt" o:oleicon="f" o:ole="">
            <v:imagedata r:id="rId742" o:title="eqId3b180e6ca181d8fd556b1ab6ab04f52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第二个单项式为：</w:t>
      </w:r>
      <w:r>
        <w:pict>
          <v:shape id="_x0000_i722291" type="#_x0000_t75" alt="学科网(www.zxxk.com)--教育资源门户，提供试卷、教案、课件、论文、素材以及各类教学资源下载，还有大量而丰富的教学相关资讯！" style="width:24.75pt;height:33pt" o:oleicon="f" o:ole="">
            <v:imagedata r:id="rId743" o:title="eqId997c217ce7e9b8fa59d17bad1d57387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第三个单项式为：</w:t>
      </w:r>
      <w:r>
        <w:pict>
          <v:shape id="_x0000_i722292" type="#_x0000_t75" alt="学科网(www.zxxk.com)--教育资源门户，提供试卷、教案、课件、论文、素材以及各类教学资源下载，还有大量而丰富的教学相关资讯！" style="width:17.4pt;height:33pt" o:oleicon="f" o:ole="">
            <v:imagedata r:id="rId744" o:title="eqId627636472cce1761849a056bdaca4f3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第四个单项式为：</w:t>
      </w:r>
      <w:r>
        <w:pict>
          <v:shape id="_x0000_i722293" type="#_x0000_t75" alt="学科网(www.zxxk.com)--教育资源门户，提供试卷、教案、课件、论文、素材以及各类教学资源下载，还有大量而丰富的教学相关资讯！" style="width:25.2pt;height:33pt" o:oleicon="f" o:ole="">
            <v:imagedata r:id="rId745" o:title="eqIdb4f8828ed1bcdfb7e74c5f565c6a4e26"/>
          </v:shape>
        </w:pict>
      </w:r>
      <w:r>
        <w:rPr>
          <w:rFonts w:ascii="Times New Roman" w:eastAsia="Times New Roman" w:hAnsi="Times New Roman" w:cs="Times New Roman"/>
          <w:color w:val="000000"/>
        </w:rPr>
        <w:t xml:space="preserve"> </w:t>
      </w:r>
      <w:r>
        <w:pict>
          <v:shape id="_x0000_i722294" type="#_x0000_t75" alt="学科网(www.zxxk.com)--教育资源门户，提供试卷、教案、课件、论文、素材以及各类教学资源下载，还有大量而丰富的教学相关资讯！" style="width:14.5pt;height:8.05pt" o:oleicon="f" o:ole="">
            <v:imagedata r:id="rId746" o:title="eqId37e5531913e2f170465d8df01795cd51"/>
          </v:shape>
        </w:pict>
      </w:r>
    </w:p>
    <w:p>
      <w:pPr>
        <w:spacing w:line="360" w:lineRule="auto"/>
        <w:jc w:val="left"/>
        <w:textAlignment w:val="center"/>
        <w:rPr>
          <w:color w:val="000000"/>
        </w:rPr>
      </w:pPr>
      <w:r>
        <w:rPr>
          <w:rFonts w:ascii="宋体" w:eastAsia="宋体" w:hAnsi="宋体" w:cs="宋体"/>
          <w:color w:val="000000"/>
        </w:rPr>
        <w:t>∴第五个单项式为：</w:t>
      </w:r>
      <w:r>
        <w:pict>
          <v:shape id="_x0000_i722295" type="#_x0000_t75" alt="学科网(www.zxxk.com)--教育资源门户，提供试卷、教案、课件、论文、素材以及各类教学资源下载，还有大量而丰富的教学相关资讯！" style="width:17.25pt;height:33pt" o:oleicon="f" o:ole="">
            <v:imagedata r:id="rId747" o:title="eqId96ea8cbb09b2b7cafaab5b7acd8ee8b3"/>
          </v:shape>
        </w:pict>
      </w:r>
      <w:r>
        <w:rPr>
          <w:rFonts w:ascii="宋体" w:eastAsia="宋体" w:hAnsi="宋体" w:cs="宋体"/>
          <w:color w:val="000000"/>
        </w:rPr>
        <w:t>，第六个单项式为：</w:t>
      </w:r>
      <w:r>
        <w:pict>
          <v:shape id="_x0000_i722296" type="#_x0000_t75" alt="学科网(www.zxxk.com)--教育资源门户，提供试卷、教案、课件、论文、素材以及各类教学资源下载，还有大量而丰富的教学相关资讯！" style="width:25.2pt;height:33pt" o:oleicon="f" o:ole="">
            <v:imagedata r:id="rId748" o:title="eqId22bc91a416b18fc1787e7e23b3dd7f4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个单项式为：</w:t>
      </w:r>
      <w:r>
        <w:pict>
          <v:shape id="_x0000_i722297" type="#_x0000_t75" alt="学科网(www.zxxk.com)--教育资源门户，提供试卷、教案、课件、论文、素材以及各类教学资源下载，还有大量而丰富的教学相关资讯！" style="width:67.2pt;height:33pt" o:oleicon="f" o:ole="">
            <v:imagedata r:id="rId749" o:title="eqId3af353cfc742ef6c8b321ca381bff7c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w:t>
      </w:r>
      <w:r>
        <w:rPr>
          <w:rFonts w:ascii="宋体" w:eastAsia="宋体" w:hAnsi="宋体" w:cs="宋体"/>
          <w:color w:val="000000"/>
          <w:position w:val="0"/>
        </w:rPr>
        <w:drawing>
          <wp:inline>
            <wp:extent cx="158750" cy="190500"/>
            <wp:docPr id="42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2" name=""/>
                    <pic:cNvPicPr>
                      <a:picLocks noChangeAspect="1"/>
                    </pic:cNvPicPr>
                  </pic:nvPicPr>
                  <pic:blipFill>
                    <a:blip r:embed="rId750"/>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w:t>
      </w:r>
      <w:r>
        <w:pict>
          <v:shape id="_x0000_i722298" type="#_x0000_t75" alt="学科网(www.zxxk.com)--教育资源门户，提供试卷、教案、课件、论文、素材以及各类教学资源下载，还有大量而丰富的教学相关资讯！" style="width:25.2pt;height:33pt" o:oleicon="f" o:ole="">
            <v:imagedata r:id="rId751" o:title="eqId22bc91a416b18fc1787e7e23b3dd7f49"/>
          </v:shape>
        </w:pict>
      </w:r>
      <w:r>
        <w:rPr>
          <w:rFonts w:ascii="宋体" w:eastAsia="宋体" w:hAnsi="宋体" w:cs="宋体"/>
          <w:color w:val="000000"/>
        </w:rPr>
        <w:t>；</w:t>
      </w:r>
      <w:r>
        <w:pict>
          <v:shape id="_x0000_i722299" type="#_x0000_t75" alt="学科网(www.zxxk.com)--教育资源门户，提供试卷、教案、课件、论文、素材以及各类教学资源下载，还有大量而丰富的教学相关资讯！" style="width:67.2pt;height:33pt" o:oleicon="f" o:ole="">
            <v:imagedata r:id="rId752" o:title="eqId3af353cfc742ef6c8b321ca381bff7c5"/>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本题考查了单项式找规律，正确的找出规律是解决本题的关键．</w:t>
      </w:r>
    </w:p>
    <w:p>
      <w:pPr>
        <w:spacing w:line="285" w:lineRule="auto"/>
        <w:jc w:val="both"/>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60</w:t>
      </w:r>
      <w:r>
        <w:rPr>
          <w:rFonts w:ascii="宋体" w:eastAsia="宋体" w:hAnsi="宋体" w:cs="宋体"/>
          <w:b/>
          <w:color w:val="000000"/>
          <w:sz w:val="24"/>
        </w:rPr>
        <w:t>分，第</w:t>
      </w:r>
      <w:r>
        <w:rPr>
          <w:rFonts w:ascii="Times New Roman" w:eastAsia="Times New Roman" w:hAnsi="Times New Roman" w:cs="Times New Roman"/>
          <w:b/>
          <w:color w:val="000000"/>
          <w:sz w:val="24"/>
        </w:rPr>
        <w:t>17-22</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23-27</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分）解答应写出文字说明、演算步骤或证明过程．</w:t>
      </w:r>
    </w:p>
    <w:p>
      <w:pPr>
        <w:pStyle w:val="Heading2"/>
      </w:pPr>
      <w:r>
        <w:t>第二中学</w:t>
      </w:r>
    </w:p>
    <w:p>
      <w:pPr>
        <w:spacing w:line="360" w:lineRule="auto"/>
        <w:jc w:val="left"/>
        <w:textAlignment w:val="center"/>
        <w:rPr>
          <w:color w:val="000000"/>
        </w:rPr>
      </w:pPr>
      <w:r>
        <w:rPr>
          <w:color w:val="000000"/>
        </w:rPr>
        <w:t xml:space="preserve">16. </w:t>
      </w:r>
      <w:r>
        <w:rPr>
          <w:rFonts w:ascii="宋体" w:eastAsia="宋体" w:hAnsi="宋体" w:cs="宋体"/>
          <w:color w:val="000000"/>
        </w:rPr>
        <w:t>把四张大小相同的长方形卡片（如图</w:t>
      </w:r>
      <w:r>
        <w:rPr>
          <w:rFonts w:ascii="Times New Roman" w:eastAsia="Times New Roman" w:hAnsi="Times New Roman" w:cs="Times New Roman"/>
          <w:color w:val="000000"/>
        </w:rPr>
        <w:t>①</w:t>
      </w:r>
      <w:r>
        <w:rPr>
          <w:rFonts w:ascii="宋体" w:eastAsia="宋体" w:hAnsi="宋体" w:cs="宋体"/>
          <w:color w:val="000000"/>
        </w:rPr>
        <w:t>）按图</w:t>
      </w:r>
      <w:r>
        <w:rPr>
          <w:rFonts w:ascii="Times New Roman" w:eastAsia="Times New Roman" w:hAnsi="Times New Roman" w:cs="Times New Roman"/>
          <w:color w:val="000000"/>
        </w:rPr>
        <w:t>②</w:t>
      </w:r>
      <w:r>
        <w:rPr>
          <w:rFonts w:ascii="宋体" w:eastAsia="宋体" w:hAnsi="宋体" w:cs="宋体"/>
          <w:color w:val="000000"/>
        </w:rPr>
        <w:t>、图</w:t>
      </w:r>
      <w:r>
        <w:rPr>
          <w:rFonts w:ascii="Times New Roman" w:eastAsia="Times New Roman" w:hAnsi="Times New Roman" w:cs="Times New Roman"/>
          <w:color w:val="000000"/>
        </w:rPr>
        <w:t>③</w:t>
      </w:r>
      <w:r>
        <w:rPr>
          <w:rFonts w:ascii="宋体" w:eastAsia="宋体" w:hAnsi="宋体" w:cs="宋体"/>
          <w:color w:val="000000"/>
        </w:rPr>
        <w:t>两种放法放在一个底面为长方形（长为</w:t>
      </w:r>
      <w:r>
        <w:pict>
          <v:shape id="_x0000_i722300" type="#_x0000_t75" alt="学科网(www.zxxk.com)--教育资源门户，提供试卷、教案、课件、论文、素材以及各类教学资源下载，还有大量而丰富的教学相关资讯！" style="width:12.75pt;height:11.25pt" o:oleicon="f" o:ole="">
            <v:imagedata r:id="rId753" o:title="eqId294f5ba74cdf695fc9a8a8e52f421328"/>
          </v:shape>
        </w:pict>
      </w:r>
      <w:r>
        <w:rPr>
          <w:rFonts w:ascii="宋体" w:eastAsia="宋体" w:hAnsi="宋体" w:cs="宋体"/>
          <w:color w:val="000000"/>
        </w:rPr>
        <w:t>，宽为</w:t>
      </w:r>
      <w:r>
        <w:pict>
          <v:shape id="_x0000_i722301" type="#_x0000_t75" alt="学科网(www.zxxk.com)--教育资源门户，提供试卷、教案、课件、论文、素材以及各类教学资源下载，还有大量而丰富的教学相关资讯！" style="width:9.75pt;height:11.25pt" o:oleicon="f" o:ole="">
            <v:imagedata r:id="rId754" o:title="eqIdb6a24198bd04c29321ae5dc5a28fe421"/>
          </v:shape>
        </w:pict>
      </w:r>
      <w:r>
        <w:rPr>
          <w:rFonts w:ascii="宋体" w:eastAsia="宋体" w:hAnsi="宋体" w:cs="宋体"/>
          <w:color w:val="000000"/>
        </w:rPr>
        <w:t>）的盒底上，底面未被卡片覆盖的部分用阴影表示，若记图</w:t>
      </w:r>
      <w:r>
        <w:rPr>
          <w:rFonts w:ascii="Times New Roman" w:eastAsia="Times New Roman" w:hAnsi="Times New Roman" w:cs="Times New Roman"/>
          <w:color w:val="000000"/>
        </w:rPr>
        <w:t>②</w:t>
      </w:r>
      <w:r>
        <w:rPr>
          <w:rFonts w:ascii="宋体" w:eastAsia="宋体" w:hAnsi="宋体" w:cs="宋体"/>
          <w:color w:val="000000"/>
        </w:rPr>
        <w:t>中阴影部分的周长为</w:t>
      </w:r>
      <w:r>
        <w:pict>
          <v:shape id="_x0000_i722302" type="#_x0000_t75" alt="学科网(www.zxxk.com)--教育资源门户，提供试卷、教案、课件、论文、素材以及各类教学资源下载，还有大量而丰富的教学相关资讯！" style="width:15pt;height:18pt" o:oleicon="f" o:ole="">
            <v:imagedata r:id="rId755" o:title="eqId23f3ffe7abc59e2f65d827c8eab8d36a"/>
          </v:shape>
        </w:pict>
      </w:r>
      <w:r>
        <w:rPr>
          <w:rFonts w:ascii="宋体" w:eastAsia="宋体" w:hAnsi="宋体" w:cs="宋体"/>
          <w:color w:val="000000"/>
        </w:rPr>
        <w:t>，图</w:t>
      </w:r>
      <w:r>
        <w:rPr>
          <w:rFonts w:ascii="Times New Roman" w:eastAsia="Times New Roman" w:hAnsi="Times New Roman" w:cs="Times New Roman"/>
          <w:color w:val="000000"/>
        </w:rPr>
        <w:t>③</w:t>
      </w:r>
      <w:r>
        <w:rPr>
          <w:rFonts w:ascii="宋体" w:eastAsia="宋体" w:hAnsi="宋体" w:cs="宋体"/>
          <w:color w:val="000000"/>
        </w:rPr>
        <w:t>中阴影部分的周长为</w:t>
      </w:r>
      <w:r>
        <w:pict>
          <v:shape id="_x0000_i722303" type="#_x0000_t75" alt="学科网(www.zxxk.com)--教育资源门户，提供试卷、教案、课件、论文、素材以及各类教学资源下载，还有大量而丰富的教学相关资讯！" style="width:12.75pt;height:15.75pt" o:oleicon="f" o:ole="">
            <v:imagedata r:id="rId756" o:title="eqIdab94459e87c666facddbe1a23ae1899d"/>
          </v:shape>
        </w:pict>
      </w:r>
      <w:r>
        <w:rPr>
          <w:rFonts w:ascii="宋体" w:eastAsia="宋体" w:hAnsi="宋体" w:cs="宋体"/>
          <w:color w:val="000000"/>
        </w:rPr>
        <w:t>，则</w:t>
      </w:r>
      <w:r>
        <w:pict>
          <v:shape id="_x0000_i722304" type="#_x0000_t75" alt="学科网(www.zxxk.com)--教育资源门户，提供试卷、教案、课件、论文、素材以及各类教学资源下载，还有大量而丰富的教学相关资讯！" style="width:48pt;height:18pt" o:oleicon="f" o:ole="">
            <v:imagedata r:id="rId757" o:title="eqId28b6be82edd9069d7836a565d33d29fd"/>
          </v:shape>
        </w:pict>
      </w:r>
      <w:r>
        <w:rPr>
          <w:color w:val="000000"/>
        </w:rPr>
        <w:t>___________</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drawing>
          <wp:inline>
            <wp:extent cx="3267075" cy="1076325"/>
            <wp:docPr id="423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4" name=""/>
                    <pic:cNvPicPr>
                      <a:picLocks noChangeAspect="1"/>
                    </pic:cNvPicPr>
                  </pic:nvPicPr>
                  <pic:blipFill>
                    <a:blip r:embed="rId758"/>
                    <a:stretch>
                      <a:fillRect/>
                    </a:stretch>
                  </pic:blipFill>
                  <pic:spPr>
                    <a:xfrm>
                      <a:off x="0" y="0"/>
                      <a:ext cx="3267075" cy="1076325"/>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2m-2n.</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此题要先设小长方形的长为</w:t>
      </w:r>
      <w:r>
        <w:rPr>
          <w:rFonts w:ascii="Times New Roman" w:eastAsia="Times New Roman" w:hAnsi="Times New Roman" w:cs="Times New Roman"/>
          <w:color w:val="000000"/>
        </w:rPr>
        <w:t>acm</w:t>
      </w:r>
      <w:r>
        <w:rPr>
          <w:rFonts w:ascii="宋体" w:eastAsia="宋体" w:hAnsi="宋体" w:cs="宋体"/>
          <w:color w:val="000000"/>
        </w:rPr>
        <w:t>，宽为</w:t>
      </w:r>
      <w:r>
        <w:rPr>
          <w:rFonts w:ascii="Times New Roman" w:eastAsia="Times New Roman" w:hAnsi="Times New Roman" w:cs="Times New Roman"/>
          <w:color w:val="000000"/>
        </w:rPr>
        <w:t>bcm</w:t>
      </w:r>
      <w:r>
        <w:rPr>
          <w:rFonts w:ascii="宋体" w:eastAsia="宋体" w:hAnsi="宋体" w:cs="宋体"/>
          <w:color w:val="000000"/>
        </w:rPr>
        <w:t>，再结合图形得出</w:t>
      </w:r>
      <w:r>
        <w:rPr>
          <w:rFonts w:ascii="Times New Roman" w:eastAsia="Times New Roman" w:hAnsi="Times New Roman" w:cs="Times New Roman"/>
          <w:color w:val="000000"/>
        </w:rPr>
        <w:t>2b+a=m</w:t>
      </w:r>
      <w:r>
        <w:rPr>
          <w:rFonts w:ascii="宋体" w:eastAsia="宋体" w:hAnsi="宋体" w:cs="宋体"/>
          <w:color w:val="000000"/>
        </w:rPr>
        <w:t>，分别表示图形②的阴影周长和图形③的阴影周长，作差后即可求出答案</w:t>
      </w:r>
      <w:r>
        <w:rPr>
          <w:rFonts w:ascii="Times New Roman" w:eastAsia="Times New Roman" w:hAnsi="Times New Roman" w:cs="Times New Roman"/>
          <w:color w:val="000000"/>
        </w:rPr>
        <w:t>.</w:t>
      </w:r>
    </w:p>
    <w:p>
      <w:pPr>
        <w:spacing w:line="360" w:lineRule="auto"/>
        <w:textAlignment w:val="center"/>
        <w:rPr>
          <w:color w:val="000000"/>
        </w:rPr>
      </w:pPr>
      <w:r>
        <w:rPr>
          <w:color w:val="000000"/>
        </w:rPr>
        <w:t>【详解】</w:t>
      </w:r>
      <w:r>
        <w:rPr>
          <w:rFonts w:ascii="宋体" w:eastAsia="宋体" w:hAnsi="宋体" w:cs="宋体"/>
          <w:color w:val="000000"/>
        </w:rPr>
        <w:t>解：设小长方形的长为</w:t>
      </w:r>
      <w:r>
        <w:rPr>
          <w:rFonts w:ascii="Times New Roman" w:eastAsia="Times New Roman" w:hAnsi="Times New Roman" w:cs="Times New Roman"/>
          <w:color w:val="000000"/>
        </w:rPr>
        <w:t>a</w:t>
      </w:r>
      <w:r>
        <w:rPr>
          <w:rFonts w:ascii="宋体" w:eastAsia="宋体" w:hAnsi="宋体" w:cs="宋体"/>
          <w:color w:val="000000"/>
        </w:rPr>
        <w:t>，宽为</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由图可知</w:t>
      </w:r>
      <w:r>
        <w:rPr>
          <w:rFonts w:ascii="Times New Roman" w:eastAsia="Times New Roman" w:hAnsi="Times New Roman" w:cs="Times New Roman"/>
          <w:color w:val="000000"/>
        </w:rPr>
        <w:t>2b+a=m</w:t>
      </w:r>
      <w:r>
        <w:rPr>
          <w:rFonts w:ascii="宋体" w:eastAsia="宋体" w:hAnsi="宋体" w:cs="宋体"/>
          <w:color w:val="000000"/>
        </w:rPr>
        <w:t>，</w:t>
      </w:r>
      <w:r>
        <w:rPr>
          <w:color w:val="000000"/>
        </w:rPr>
        <w:br/>
      </w:r>
      <w:r>
        <w:rPr>
          <w:rFonts w:ascii="宋体" w:eastAsia="宋体" w:hAnsi="宋体" w:cs="宋体"/>
          <w:color w:val="000000"/>
        </w:rPr>
        <w:t>∴②阴影部分的周长为：</w:t>
      </w:r>
      <w:r>
        <w:pict>
          <v:shape id="_x0000_i722305" type="#_x0000_t75" alt="学科网(www.zxxk.com)--教育资源门户，提供试卷、教案、课件、论文、素材以及各类教学资源下载，还有大量而丰富的教学相关资讯！" style="width:15pt;height:18pt" o:oleicon="f" o:ole="">
            <v:imagedata r:id="rId759" o:title="eqId23f3ffe7abc59e2f65d827c8eab8d36a"/>
          </v:shape>
        </w:pic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m+n</w:t>
      </w:r>
      <w:r>
        <w:rPr>
          <w:rFonts w:ascii="宋体" w:eastAsia="宋体" w:hAnsi="宋体" w:cs="宋体"/>
          <w:color w:val="000000"/>
        </w:rPr>
        <w:t>），</w:t>
      </w:r>
      <w:r>
        <w:rPr>
          <w:color w:val="000000"/>
        </w:rPr>
        <w:br/>
      </w:r>
      <w:r>
        <w:rPr>
          <w:rFonts w:ascii="宋体" w:eastAsia="宋体" w:hAnsi="宋体" w:cs="宋体"/>
          <w:color w:val="000000"/>
        </w:rPr>
        <w:t>∴③阴影部分的周长为：</w:t>
      </w:r>
      <w:r>
        <w:pict>
          <v:shape id="_x0000_i722306" type="#_x0000_t75" alt="学科网(www.zxxk.com)--教育资源门户，提供试卷、教案、课件、论文、素材以及各类教学资源下载，还有大量而丰富的教学相关资讯！" style="width:12.75pt;height:15.75pt" o:oleicon="f" o:ole="">
            <v:imagedata r:id="rId760" o:title="eqIdab94459e87c666facddbe1a23ae1899d"/>
          </v:shape>
        </w:pict>
      </w:r>
      <w:r>
        <w:rPr>
          <w:rFonts w:ascii="Times New Roman" w:eastAsia="Times New Roman" w:hAnsi="Times New Roman" w:cs="Times New Roman"/>
          <w:color w:val="000000"/>
        </w:rPr>
        <w:t>=2m+2</w:t>
      </w:r>
      <w:r>
        <w:rPr>
          <w:rFonts w:ascii="宋体" w:eastAsia="宋体" w:hAnsi="宋体" w:cs="宋体"/>
          <w:color w:val="000000"/>
        </w:rPr>
        <w:t>（</w:t>
      </w:r>
      <w:r>
        <w:rPr>
          <w:rFonts w:ascii="Times New Roman" w:eastAsia="Times New Roman" w:hAnsi="Times New Roman" w:cs="Times New Roman"/>
          <w:color w:val="000000"/>
        </w:rPr>
        <w:t>n-a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n-2b</w:t>
      </w:r>
      <w:r>
        <w:rPr>
          <w:rFonts w:ascii="宋体" w:eastAsia="宋体" w:hAnsi="宋体" w:cs="宋体"/>
          <w:color w:val="000000"/>
        </w:rPr>
        <w:t>）</w:t>
      </w:r>
      <w:r>
        <w:rPr>
          <w:rFonts w:ascii="Times New Roman" w:eastAsia="Times New Roman" w:hAnsi="Times New Roman" w:cs="Times New Roman"/>
          <w:color w:val="000000"/>
        </w:rPr>
        <w:t>=2m+4n-2(2b+a)= 2m+4n-2m=4n,</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m+n</w:t>
      </w:r>
      <w:r>
        <w:rPr>
          <w:rFonts w:ascii="宋体" w:eastAsia="宋体" w:hAnsi="宋体" w:cs="宋体"/>
          <w:color w:val="000000"/>
        </w:rPr>
        <w:t>）</w:t>
      </w:r>
      <w:r>
        <w:rPr>
          <w:rFonts w:ascii="Times New Roman" w:eastAsia="Times New Roman" w:hAnsi="Times New Roman" w:cs="Times New Roman"/>
          <w:color w:val="000000"/>
        </w:rPr>
        <w:t>-4n=2m-2n.</w:t>
      </w:r>
      <w:r>
        <w:rPr>
          <w:color w:val="000000"/>
        </w:rPr>
        <w:br/>
      </w:r>
      <w:r>
        <w:rPr>
          <w:rFonts w:ascii="宋体" w:eastAsia="宋体" w:hAnsi="宋体" w:cs="宋体"/>
          <w:color w:val="000000"/>
        </w:rPr>
        <w:t>故答案为</w:t>
      </w:r>
      <w:r>
        <w:rPr>
          <w:rFonts w:ascii="Times New Roman" w:eastAsia="Times New Roman" w:hAnsi="Times New Roman" w:cs="Times New Roman"/>
          <w:color w:val="000000"/>
        </w:rPr>
        <w:t>2m-2n.</w:t>
      </w:r>
    </w:p>
    <w:p>
      <w:pPr>
        <w:spacing w:line="360" w:lineRule="auto"/>
        <w:jc w:val="left"/>
        <w:textAlignment w:val="center"/>
        <w:rPr>
          <w:color w:val="000000"/>
        </w:rPr>
      </w:pPr>
      <w:r>
        <w:rPr>
          <w:color w:val="000000"/>
        </w:rPr>
        <w:t>【点睛】</w:t>
      </w:r>
      <w:r>
        <w:rPr>
          <w:rFonts w:ascii="宋体" w:eastAsia="宋体" w:hAnsi="宋体" w:cs="宋体"/>
          <w:color w:val="000000"/>
        </w:rPr>
        <w:t>此题主要考查整式加减的运用，做此类题要善于观察，在第②个图形中利用割补法进行计算，很容易计算得出结果．</w:t>
      </w:r>
    </w:p>
    <w:p>
      <w:pPr>
        <w:spacing w:line="360" w:lineRule="auto"/>
        <w:jc w:val="both"/>
        <w:textAlignment w:val="center"/>
        <w:rPr>
          <w:color w:val="000000"/>
        </w:rPr>
      </w:pPr>
      <w:r>
        <w:rPr>
          <w:rFonts w:ascii="宋体" w:eastAsia="宋体" w:hAnsi="宋体" w:cs="宋体"/>
          <w:b/>
          <w:color w:val="000000"/>
        </w:rPr>
        <w:t>三、解答题（共</w:t>
      </w:r>
      <w:r>
        <w:rPr>
          <w:rFonts w:ascii="Times New Roman" w:eastAsia="Times New Roman" w:hAnsi="Times New Roman" w:cs="Times New Roman"/>
          <w:b/>
          <w:color w:val="000000"/>
        </w:rPr>
        <w:t>68</w:t>
      </w:r>
      <w:r>
        <w:rPr>
          <w:rFonts w:ascii="宋体" w:eastAsia="宋体" w:hAnsi="宋体" w:cs="宋体"/>
          <w:b/>
          <w:color w:val="000000"/>
        </w:rPr>
        <w:t>分，第</w:t>
      </w:r>
      <w:r>
        <w:rPr>
          <w:rFonts w:ascii="Times New Roman" w:eastAsia="Times New Roman" w:hAnsi="Times New Roman" w:cs="Times New Roman"/>
          <w:b/>
          <w:color w:val="000000"/>
        </w:rPr>
        <w:t>17-20</w:t>
      </w:r>
      <w:r>
        <w:rPr>
          <w:rFonts w:ascii="宋体" w:eastAsia="宋体" w:hAnsi="宋体" w:cs="宋体"/>
          <w:b/>
          <w:color w:val="000000"/>
        </w:rPr>
        <w:t>题，每题</w:t>
      </w:r>
      <w:r>
        <w:rPr>
          <w:rFonts w:ascii="Times New Roman" w:eastAsia="Times New Roman" w:hAnsi="Times New Roman" w:cs="Times New Roman"/>
          <w:b/>
          <w:color w:val="000000"/>
        </w:rPr>
        <w:t>5</w:t>
      </w:r>
      <w:r>
        <w:rPr>
          <w:rFonts w:ascii="宋体" w:eastAsia="宋体" w:hAnsi="宋体" w:cs="宋体"/>
          <w:b/>
          <w:color w:val="000000"/>
        </w:rPr>
        <w:t>分，第</w:t>
      </w:r>
      <w:r>
        <w:rPr>
          <w:rFonts w:ascii="Times New Roman" w:eastAsia="Times New Roman" w:hAnsi="Times New Roman" w:cs="Times New Roman"/>
          <w:b/>
          <w:color w:val="000000"/>
        </w:rPr>
        <w:t>21</w:t>
      </w:r>
      <w:r>
        <w:rPr>
          <w:rFonts w:ascii="宋体" w:eastAsia="宋体" w:hAnsi="宋体" w:cs="宋体"/>
          <w:b/>
          <w:color w:val="000000"/>
        </w:rPr>
        <w:t>题</w:t>
      </w:r>
      <w:r>
        <w:rPr>
          <w:rFonts w:ascii="Times New Roman" w:eastAsia="Times New Roman" w:hAnsi="Times New Roman" w:cs="Times New Roman"/>
          <w:b/>
          <w:color w:val="000000"/>
        </w:rPr>
        <w:t>6</w:t>
      </w:r>
      <w:r>
        <w:rPr>
          <w:rFonts w:ascii="宋体" w:eastAsia="宋体" w:hAnsi="宋体" w:cs="宋体"/>
          <w:b/>
          <w:color w:val="000000"/>
        </w:rPr>
        <w:t>分，第</w:t>
      </w:r>
      <w:r>
        <w:rPr>
          <w:rFonts w:ascii="Times New Roman" w:eastAsia="Times New Roman" w:hAnsi="Times New Roman" w:cs="Times New Roman"/>
          <w:b/>
          <w:color w:val="000000"/>
        </w:rPr>
        <w:t>22-23</w:t>
      </w:r>
      <w:r>
        <w:rPr>
          <w:rFonts w:ascii="宋体" w:eastAsia="宋体" w:hAnsi="宋体" w:cs="宋体"/>
          <w:b/>
          <w:color w:val="000000"/>
        </w:rPr>
        <w:t>题，每题</w:t>
      </w:r>
      <w:r>
        <w:rPr>
          <w:rFonts w:ascii="Times New Roman" w:eastAsia="Times New Roman" w:hAnsi="Times New Roman" w:cs="Times New Roman"/>
          <w:b/>
          <w:color w:val="000000"/>
        </w:rPr>
        <w:t>5</w:t>
      </w:r>
      <w:r>
        <w:rPr>
          <w:rFonts w:ascii="宋体" w:eastAsia="宋体" w:hAnsi="宋体" w:cs="宋体"/>
          <w:b/>
          <w:color w:val="000000"/>
        </w:rPr>
        <w:t>分，第</w:t>
      </w:r>
      <w:r>
        <w:rPr>
          <w:rFonts w:ascii="Times New Roman" w:eastAsia="Times New Roman" w:hAnsi="Times New Roman" w:cs="Times New Roman"/>
          <w:b/>
          <w:color w:val="000000"/>
        </w:rPr>
        <w:t>24-26</w:t>
      </w:r>
      <w:r>
        <w:rPr>
          <w:rFonts w:ascii="宋体" w:eastAsia="宋体" w:hAnsi="宋体" w:cs="宋体"/>
          <w:b/>
          <w:color w:val="000000"/>
        </w:rPr>
        <w:t>题，每题</w:t>
      </w:r>
      <w:r>
        <w:rPr>
          <w:rFonts w:ascii="Times New Roman" w:eastAsia="Times New Roman" w:hAnsi="Times New Roman" w:cs="Times New Roman"/>
          <w:b/>
          <w:color w:val="000000"/>
        </w:rPr>
        <w:t>6</w:t>
      </w:r>
      <w:r>
        <w:rPr>
          <w:rFonts w:ascii="宋体" w:eastAsia="宋体" w:hAnsi="宋体" w:cs="宋体"/>
          <w:b/>
          <w:color w:val="000000"/>
        </w:rPr>
        <w:t>分，第</w:t>
      </w:r>
      <w:r>
        <w:rPr>
          <w:rFonts w:ascii="Times New Roman" w:eastAsia="Times New Roman" w:hAnsi="Times New Roman" w:cs="Times New Roman"/>
          <w:b/>
          <w:color w:val="000000"/>
        </w:rPr>
        <w:t>27-28</w:t>
      </w:r>
      <w:r>
        <w:rPr>
          <w:rFonts w:ascii="宋体" w:eastAsia="宋体" w:hAnsi="宋体" w:cs="宋体"/>
          <w:b/>
          <w:color w:val="000000"/>
        </w:rPr>
        <w:t>题，每题</w:t>
      </w:r>
      <w:r>
        <w:rPr>
          <w:rFonts w:ascii="Times New Roman" w:eastAsia="Times New Roman" w:hAnsi="Times New Roman" w:cs="Times New Roman"/>
          <w:b/>
          <w:color w:val="000000"/>
        </w:rPr>
        <w:t>7</w:t>
      </w:r>
      <w:r>
        <w:rPr>
          <w:rFonts w:ascii="宋体" w:eastAsia="宋体" w:hAnsi="宋体" w:cs="宋体"/>
          <w:b/>
          <w:color w:val="000000"/>
        </w:rPr>
        <w:t>分）</w:t>
      </w:r>
    </w:p>
    <w:p>
      <w:pPr>
        <w:pStyle w:val="Heading2"/>
      </w:pPr>
      <w:r>
        <w:t>第十三中学</w:t>
      </w:r>
    </w:p>
    <w:p>
      <w:pPr>
        <w:spacing w:line="360" w:lineRule="auto"/>
        <w:jc w:val="left"/>
        <w:textAlignment w:val="center"/>
        <w:rPr>
          <w:color w:val="000000"/>
        </w:rPr>
      </w:pPr>
      <w:r>
        <w:rPr>
          <w:color w:val="000000"/>
        </w:rPr>
        <w:t xml:space="preserve">16. </w:t>
      </w:r>
      <w:r>
        <w:rPr>
          <w:rFonts w:ascii="宋体" w:hAnsi="宋体" w:eastAsia="宋体" w:cs="宋体"/>
          <w:color w:val="000000"/>
        </w:rPr>
        <w:t>将正方体骰子（相对面上的点数分别为1和6、2和5、3和4）放置于水平桌面上，如图1．在图2中，将骰子向右翻滚90°，然后在桌面上按逆时针方向旋转90°，则完成一次变换．若骰子的初始位置为图1所示的状态，那么按上述规则连续完成14次变换后，骰子朝上一面的点数是</w:t>
      </w:r>
      <w:r>
        <w:rPr>
          <w:color w:val="000000"/>
        </w:rPr>
        <w:t>_____________________</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drawing>
          <wp:inline distT="0" distB="0" distL="114300" distR="114300">
            <wp:extent cx="5029200" cy="990600"/>
            <wp:effectExtent l="0" t="0" r="0" b="0"/>
            <wp:docPr id="4235"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 name="图片 100039" descr="学科网(www.zxxk.com)--教育资源门户，提供试卷、教案、课件、论文、素材以及各类教学资源下载，还有大量而丰富的教学相关资讯！"/>
                    <pic:cNvPicPr>
                      <a:picLocks noChangeAspect="1"/>
                    </pic:cNvPicPr>
                  </pic:nvPicPr>
                  <pic:blipFill>
                    <a:blip r:embed="rId761"/>
                    <a:stretch>
                      <a:fillRect/>
                    </a:stretch>
                  </pic:blipFill>
                  <pic:spPr>
                    <a:xfrm>
                      <a:off x="0" y="0"/>
                      <a:ext cx="5029200" cy="990600"/>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6</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先向右翻滚，然后再逆时针旋转叫做一次变换，那么连续</w:t>
      </w:r>
      <w:r>
        <w:rPr>
          <w:rFonts w:ascii="Times New Roman" w:hAnsi="Times New Roman" w:eastAsia="Times New Roman" w:cs="Times New Roman"/>
          <w:color w:val="000000"/>
        </w:rPr>
        <w:t>3</w:t>
      </w:r>
      <w:r>
        <w:rPr>
          <w:rFonts w:ascii="宋体" w:hAnsi="宋体" w:eastAsia="宋体" w:cs="宋体"/>
          <w:color w:val="000000"/>
        </w:rPr>
        <w:t>次变换是一个循环．本题先要找出</w:t>
      </w:r>
      <w:r>
        <w:rPr>
          <w:rFonts w:ascii="Times New Roman" w:hAnsi="Times New Roman" w:eastAsia="Times New Roman" w:cs="Times New Roman"/>
          <w:color w:val="000000"/>
        </w:rPr>
        <w:t>3</w:t>
      </w:r>
      <w:r>
        <w:rPr>
          <w:rFonts w:ascii="宋体" w:hAnsi="宋体" w:eastAsia="宋体" w:cs="宋体"/>
          <w:color w:val="000000"/>
        </w:rPr>
        <w:t>次变换是一个循环，然后再求</w:t>
      </w:r>
      <w:r>
        <w:rPr>
          <w:rFonts w:ascii="Times New Roman" w:hAnsi="Times New Roman" w:eastAsia="Times New Roman" w:cs="Times New Roman"/>
          <w:color w:val="000000"/>
        </w:rPr>
        <w:t>14</w:t>
      </w:r>
      <w:r>
        <w:rPr>
          <w:rFonts w:ascii="宋体" w:hAnsi="宋体" w:eastAsia="宋体" w:cs="宋体"/>
          <w:color w:val="000000"/>
        </w:rPr>
        <w:t>被</w:t>
      </w:r>
      <w:r>
        <w:rPr>
          <w:rFonts w:ascii="Times New Roman" w:hAnsi="Times New Roman" w:eastAsia="Times New Roman" w:cs="Times New Roman"/>
          <w:color w:val="000000"/>
        </w:rPr>
        <w:t>3</w:t>
      </w:r>
      <w:r>
        <w:rPr>
          <w:rFonts w:ascii="宋体" w:hAnsi="宋体" w:eastAsia="宋体" w:cs="宋体"/>
          <w:color w:val="000000"/>
        </w:rPr>
        <w:t>整除后余数是</w:t>
      </w:r>
      <w:r>
        <w:rPr>
          <w:rFonts w:ascii="Times New Roman" w:hAnsi="Times New Roman" w:eastAsia="Times New Roman" w:cs="Times New Roman"/>
          <w:color w:val="000000"/>
        </w:rPr>
        <w:t>1</w:t>
      </w:r>
      <w:r>
        <w:rPr>
          <w:rFonts w:ascii="宋体" w:hAnsi="宋体" w:eastAsia="宋体" w:cs="宋体"/>
          <w:color w:val="000000"/>
        </w:rPr>
        <w:t>，从而确定第</w:t>
      </w:r>
      <w:r>
        <w:rPr>
          <w:rFonts w:ascii="Times New Roman" w:hAnsi="Times New Roman" w:eastAsia="Times New Roman" w:cs="Times New Roman"/>
          <w:color w:val="000000"/>
        </w:rPr>
        <w:t>1</w:t>
      </w:r>
      <w:r>
        <w:rPr>
          <w:rFonts w:ascii="宋体" w:hAnsi="宋体" w:eastAsia="宋体" w:cs="宋体"/>
          <w:color w:val="000000"/>
        </w:rPr>
        <w:t>次变换的第</w:t>
      </w:r>
      <w:r>
        <w:rPr>
          <w:rFonts w:ascii="Times New Roman" w:hAnsi="Times New Roman" w:eastAsia="Times New Roman" w:cs="Times New Roman"/>
          <w:color w:val="000000"/>
        </w:rPr>
        <w:t>1</w:t>
      </w:r>
      <w:r>
        <w:rPr>
          <w:rFonts w:ascii="宋体" w:hAnsi="宋体" w:eastAsia="宋体" w:cs="宋体"/>
          <w:color w:val="000000"/>
        </w:rPr>
        <w:t>步变换．</w:t>
      </w:r>
    </w:p>
    <w:p>
      <w:pPr>
        <w:spacing w:line="360" w:lineRule="auto"/>
        <w:jc w:val="left"/>
        <w:textAlignment w:val="center"/>
        <w:rPr>
          <w:color w:val="000000"/>
        </w:rPr>
      </w:pPr>
      <w:r>
        <w:rPr>
          <w:color w:val="000000"/>
        </w:rPr>
        <w:t>【详解】</w:t>
      </w:r>
      <w:r>
        <w:rPr>
          <w:rFonts w:ascii="宋体" w:hAnsi="宋体" w:eastAsia="宋体" w:cs="宋体"/>
          <w:color w:val="000000"/>
        </w:rPr>
        <w:t>解：根据题意可知连续</w:t>
      </w:r>
      <w:r>
        <w:rPr>
          <w:rFonts w:ascii="Times New Roman" w:hAnsi="Times New Roman" w:eastAsia="Times New Roman" w:cs="Times New Roman"/>
          <w:color w:val="000000"/>
        </w:rPr>
        <w:t>3</w:t>
      </w:r>
      <w:r>
        <w:rPr>
          <w:rFonts w:ascii="宋体" w:hAnsi="宋体" w:eastAsia="宋体" w:cs="宋体"/>
          <w:color w:val="000000"/>
        </w:rPr>
        <w:t>次变换是一循环</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所以</w:t>
      </w:r>
      <w:r>
        <w:rPr>
          <w:rFonts w:ascii="Times New Roman" w:hAnsi="Times New Roman" w:eastAsia="Times New Roman" w:cs="Times New Roman"/>
          <w:color w:val="000000"/>
        </w:rPr>
        <w:t>14÷3=4…2</w:t>
      </w:r>
      <w:r>
        <w:rPr>
          <w:rFonts w:ascii="宋体" w:hAnsi="宋体" w:eastAsia="宋体" w:cs="宋体"/>
          <w:color w:val="000000"/>
        </w:rPr>
        <w:t>所以是第</w:t>
      </w:r>
      <w:r>
        <w:rPr>
          <w:rFonts w:ascii="Times New Roman" w:hAnsi="Times New Roman" w:eastAsia="Times New Roman" w:cs="Times New Roman"/>
          <w:color w:val="000000"/>
        </w:rPr>
        <w:t>1</w:t>
      </w:r>
      <w:r>
        <w:rPr>
          <w:rFonts w:ascii="宋体" w:hAnsi="宋体" w:eastAsia="宋体" w:cs="宋体"/>
          <w:color w:val="000000"/>
        </w:rPr>
        <w:t>次变换后的图形，即按上述规则连续完成</w:t>
      </w:r>
      <w:r>
        <w:rPr>
          <w:rFonts w:ascii="Times New Roman" w:hAnsi="Times New Roman" w:eastAsia="Times New Roman" w:cs="Times New Roman"/>
          <w:color w:val="000000"/>
        </w:rPr>
        <w:t>14</w:t>
      </w:r>
      <w:r>
        <w:rPr>
          <w:rFonts w:ascii="宋体" w:hAnsi="宋体" w:eastAsia="宋体" w:cs="宋体"/>
          <w:color w:val="000000"/>
        </w:rPr>
        <w:t>次变换后，骰子朝上一面的点数是</w:t>
      </w:r>
      <w:r>
        <w:rPr>
          <w:rFonts w:ascii="Times New Roman" w:hAnsi="Times New Roman" w:eastAsia="Times New Roman" w:cs="Times New Roman"/>
          <w:color w:val="000000"/>
        </w:rPr>
        <w:t>6.</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：6</w:t>
      </w:r>
    </w:p>
    <w:p>
      <w:pPr>
        <w:spacing w:line="360" w:lineRule="auto"/>
        <w:jc w:val="left"/>
        <w:textAlignment w:val="center"/>
        <w:rPr>
          <w:color w:val="000000"/>
        </w:rPr>
      </w:pPr>
      <w:r>
        <w:rPr>
          <w:color w:val="000000"/>
        </w:rPr>
        <w:t>【点睛】</w:t>
      </w:r>
      <w:r>
        <w:rPr>
          <w:rFonts w:ascii="宋体" w:hAnsi="宋体" w:eastAsia="宋体" w:cs="宋体"/>
          <w:color w:val="000000"/>
        </w:rPr>
        <w:t>考查了正方体向对面上的文字，是一道找规律的题目，找出哪些部分发生的变化，按照什么规律变化是解题的关键</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b/>
          <w:color w:val="000000"/>
          <w:sz w:val="24"/>
        </w:rPr>
        <w:t>三、解答题</w:t>
      </w:r>
    </w:p>
    <w:p>
      <w:pPr>
        <w:pStyle w:val="Heading2"/>
      </w:pPr>
      <w:r>
        <w:t>西城区</w:t>
      </w:r>
    </w:p>
    <w:p>
      <w:pPr>
        <w:spacing w:line="360" w:lineRule="auto"/>
        <w:jc w:val="both"/>
        <w:textAlignment w:val="center"/>
        <w:rPr>
          <w:color w:val="000000"/>
        </w:rPr>
      </w:pPr>
      <w:r>
        <w:rPr>
          <w:color w:val="000000"/>
        </w:rPr>
        <w:t xml:space="preserve">16. </w:t>
      </w:r>
      <w:r>
        <w:rPr>
          <w:rFonts w:ascii="宋体" w:hAnsi="宋体" w:eastAsia="宋体" w:cs="宋体"/>
          <w:color w:val="000000"/>
        </w:rPr>
        <w:t>在图所示的图案中，每个小三角形的边长都为</w:t>
      </w:r>
      <w:r>
        <w:rPr>
          <w:rFonts w:ascii="Times New Roman" w:hAnsi="Times New Roman" w:eastAsia="Times New Roman" w:cs="Times New Roman"/>
          <w:color w:val="000000"/>
        </w:rPr>
        <w:t>1</w:t>
      </w:r>
      <w:r>
        <w:rPr>
          <w:rFonts w:ascii="宋体" w:hAnsi="宋体" w:eastAsia="宋体" w:cs="宋体"/>
          <w:color w:val="000000"/>
        </w:rPr>
        <w:t>，把由四个小三角形组成的边长为</w:t>
      </w:r>
      <w:r>
        <w:rPr>
          <w:rFonts w:ascii="Times New Roman" w:hAnsi="Times New Roman" w:eastAsia="Times New Roman" w:cs="Times New Roman"/>
          <w:color w:val="000000"/>
        </w:rPr>
        <w:t>2</w:t>
      </w:r>
      <w:r>
        <w:rPr>
          <w:rFonts w:ascii="宋体" w:hAnsi="宋体" w:eastAsia="宋体" w:cs="宋体"/>
          <w:color w:val="000000"/>
        </w:rPr>
        <w:t>的大三角形称为一个“单元”．现将</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这十个数分别填入图中的十个小三角形中，使得对于图中的</w:t>
      </w:r>
      <w:r>
        <w:rPr>
          <w:rFonts w:ascii="宋体" w:hAnsi="宋体" w:eastAsia="宋体" w:cs="宋体"/>
          <w:color w:val="000000"/>
          <w:em w:val="dot"/>
        </w:rPr>
        <w:t>四个</w:t>
      </w:r>
      <w:r>
        <w:rPr>
          <w:rFonts w:ascii="宋体" w:hAnsi="宋体" w:eastAsia="宋体" w:cs="宋体"/>
          <w:color w:val="000000"/>
        </w:rPr>
        <w:t>“单元”，每个“单元”中的四个数之和都是</w:t>
      </w:r>
      <w:r>
        <w:rPr>
          <w:rFonts w:ascii="Times New Roman" w:hAnsi="Times New Roman" w:eastAsia="Times New Roman" w:cs="Times New Roman"/>
          <w:color w:val="000000"/>
        </w:rPr>
        <w:t>23</w:t>
      </w:r>
      <w:r>
        <w:rPr>
          <w:rFonts w:ascii="宋体" w:hAnsi="宋体" w:eastAsia="宋体" w:cs="宋体"/>
          <w:color w:val="000000"/>
        </w:rPr>
        <w:t>．若</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已填入图中，位置如图所示，则</w:t>
      </w:r>
      <w:r>
        <w:pict>
          <v:shape id="_x0000_i72230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762" o:title="eqId0a6936d370d6a238a608ca56f87198de"/>
            <o:lock v:ext="edit" aspectratio="t"/>
            <w10:wrap type="none"/>
            <w10:anchorlock/>
          </v:shape>
        </w:pict>
      </w:r>
      <w:r>
        <w:rPr>
          <w:rFonts w:ascii="宋体" w:hAnsi="宋体" w:eastAsia="宋体" w:cs="宋体"/>
          <w:color w:val="000000"/>
        </w:rPr>
        <w:t>表示的数是</w:t>
      </w:r>
      <w:r>
        <w:rPr>
          <w:color w:val="000000"/>
        </w:rPr>
        <w:t>______</w:t>
      </w:r>
      <w:r>
        <w:rPr>
          <w:rFonts w:ascii="宋体" w:hAnsi="宋体" w:eastAsia="宋体" w:cs="宋体"/>
          <w:color w:val="000000"/>
        </w:rPr>
        <w:t>；请按上述要求，将剩余的数填入图中（填出一种即可）．</w:t>
      </w:r>
    </w:p>
    <w:p>
      <w:pPr>
        <w:spacing w:line="360" w:lineRule="auto"/>
        <w:jc w:val="both"/>
        <w:textAlignment w:val="center"/>
        <w:rPr>
          <w:color w:val="000000"/>
        </w:rPr>
      </w:pPr>
      <w:r>
        <w:rPr>
          <w:color w:val="000000"/>
        </w:rPr>
        <w:drawing>
          <wp:inline distT="0" distB="0" distL="114300" distR="114300">
            <wp:extent cx="1228725" cy="1076325"/>
            <wp:effectExtent l="0" t="0" r="9525" b="9525"/>
            <wp:docPr id="4237"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 name="图片 100011" descr="学科网(www.zxxk.com)--教育资源门户，提供试卷、教案、课件、论文、素材以及各类教学资源下载，还有大量而丰富的教学相关资讯！"/>
                    <pic:cNvPicPr>
                      <a:picLocks noChangeAspect="1"/>
                    </pic:cNvPicPr>
                  </pic:nvPicPr>
                  <pic:blipFill>
                    <a:blip r:embed="rId763"/>
                    <a:stretch>
                      <a:fillRect/>
                    </a:stretch>
                  </pic:blipFill>
                  <pic:spPr>
                    <a:xfrm>
                      <a:off x="0" y="0"/>
                      <a:ext cx="1228725" cy="1076325"/>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3</w:t>
      </w:r>
      <w:r>
        <w:rPr>
          <w:rFonts w:ascii="宋体" w:hAnsi="宋体" w:eastAsia="宋体" w:cs="宋体"/>
          <w:color w:val="000000"/>
        </w:rPr>
        <w:t>（答案不唯一）</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根据题意对于图中的</w:t>
      </w:r>
      <w:r>
        <w:rPr>
          <w:rFonts w:ascii="宋体" w:hAnsi="宋体" w:eastAsia="宋体" w:cs="宋体"/>
          <w:color w:val="000000"/>
          <w:em w:val="dot"/>
        </w:rPr>
        <w:t>四个</w:t>
      </w:r>
      <w:r>
        <w:rPr>
          <w:rFonts w:ascii="宋体" w:hAnsi="宋体" w:eastAsia="宋体" w:cs="宋体"/>
          <w:color w:val="000000"/>
        </w:rPr>
        <w:t>“单元”，每个“单元”中的四个数之和都是</w:t>
      </w:r>
      <w:r>
        <w:rPr>
          <w:rFonts w:ascii="Times New Roman" w:hAnsi="Times New Roman" w:eastAsia="Times New Roman" w:cs="Times New Roman"/>
          <w:color w:val="000000"/>
        </w:rPr>
        <w:t>23</w:t>
      </w:r>
      <w:r>
        <w:rPr>
          <w:rFonts w:ascii="宋体" w:hAnsi="宋体" w:eastAsia="宋体" w:cs="宋体"/>
          <w:color w:val="000000"/>
        </w:rPr>
        <w:t>，分别代数验证即可．</w:t>
      </w:r>
    </w:p>
    <w:p>
      <w:pPr>
        <w:spacing w:line="360" w:lineRule="auto"/>
        <w:jc w:val="both"/>
        <w:textAlignment w:val="center"/>
        <w:rPr>
          <w:color w:val="000000"/>
        </w:rPr>
      </w:pPr>
      <w:r>
        <w:rPr>
          <w:color w:val="000000"/>
        </w:rPr>
        <w:t>【详解】</w:t>
      </w:r>
      <w:r>
        <w:rPr>
          <w:rFonts w:ascii="宋体" w:hAnsi="宋体" w:eastAsia="宋体" w:cs="宋体"/>
          <w:color w:val="000000"/>
        </w:rPr>
        <w:t>解：由题意可得：</w:t>
      </w:r>
      <w:r>
        <w:pict>
          <v:shape id="_x0000_i722308"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764" o:title="eqIde65397f11ea8af736f38debadf420c4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如图所示：</w:t>
      </w:r>
    </w:p>
    <w:p>
      <w:pPr>
        <w:spacing w:line="360" w:lineRule="auto"/>
        <w:jc w:val="both"/>
        <w:textAlignment w:val="center"/>
        <w:rPr>
          <w:color w:val="000000"/>
        </w:rPr>
      </w:pPr>
      <w:r>
        <w:rPr>
          <w:color w:val="000000"/>
        </w:rPr>
        <w:drawing>
          <wp:inline distT="0" distB="0" distL="114300" distR="114300">
            <wp:extent cx="1209675" cy="1095375"/>
            <wp:effectExtent l="0" t="0" r="9525" b="9525"/>
            <wp:docPr id="4239"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 name="图片 100013" descr="学科网(www.zxxk.com)--教育资源门户，提供试卷、教案、课件、论文、素材以及各类教学资源下载，还有大量而丰富的教学相关资讯！"/>
                    <pic:cNvPicPr>
                      <a:picLocks noChangeAspect="1"/>
                    </pic:cNvPicPr>
                  </pic:nvPicPr>
                  <pic:blipFill>
                    <a:blip r:embed="rId765"/>
                    <a:stretch>
                      <a:fillRect/>
                    </a:stretch>
                  </pic:blipFill>
                  <pic:spPr>
                    <a:xfrm>
                      <a:off x="0" y="0"/>
                      <a:ext cx="1209675" cy="109537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3</w:t>
      </w:r>
      <w:r>
        <w:rPr>
          <w:rFonts w:ascii="宋体" w:hAnsi="宋体" w:eastAsia="宋体" w:cs="宋体"/>
          <w:color w:val="000000"/>
        </w:rPr>
        <w:t>（答案不唯一）．</w:t>
      </w:r>
    </w:p>
    <w:p>
      <w:pPr>
        <w:spacing w:line="360" w:lineRule="auto"/>
        <w:jc w:val="both"/>
        <w:textAlignment w:val="center"/>
        <w:rPr>
          <w:color w:val="000000"/>
        </w:rPr>
      </w:pPr>
      <w:r>
        <w:rPr>
          <w:color w:val="000000"/>
        </w:rPr>
        <w:t>【点睛】</w:t>
      </w:r>
      <w:r>
        <w:rPr>
          <w:rFonts w:ascii="宋体" w:hAnsi="宋体" w:eastAsia="宋体" w:cs="宋体"/>
          <w:color w:val="000000"/>
        </w:rPr>
        <w:t>此题考查了整数规律题，解题的关键是根据图形结合数字进行验证．</w:t>
      </w:r>
    </w:p>
    <w:p>
      <w:pPr>
        <w:spacing w:line="360" w:lineRule="auto"/>
        <w:jc w:val="left"/>
        <w:textAlignment w:val="center"/>
        <w:rPr>
          <w:color w:val="000000"/>
        </w:rPr>
      </w:pPr>
      <w:r>
        <w:rPr>
          <w:rFonts w:ascii="宋体" w:hAnsi="宋体" w:eastAsia="宋体" w:cs="宋体"/>
          <w:b/>
          <w:color w:val="000000"/>
          <w:sz w:val="24"/>
        </w:rPr>
        <w:t>三、解答题（共</w:t>
      </w:r>
      <w:r>
        <w:rPr>
          <w:rFonts w:ascii="Times New Roman" w:hAnsi="Times New Roman" w:eastAsia="Times New Roman" w:cs="Times New Roman"/>
          <w:b/>
          <w:color w:val="000000"/>
          <w:sz w:val="24"/>
        </w:rPr>
        <w:t>68</w:t>
      </w:r>
      <w:r>
        <w:rPr>
          <w:rFonts w:ascii="宋体" w:hAnsi="宋体" w:eastAsia="宋体" w:cs="宋体"/>
          <w:b/>
          <w:color w:val="000000"/>
          <w:sz w:val="24"/>
        </w:rPr>
        <w:t>分，第</w:t>
      </w:r>
      <w:r>
        <w:rPr>
          <w:rFonts w:ascii="Times New Roman" w:hAnsi="Times New Roman" w:eastAsia="Times New Roman" w:cs="Times New Roman"/>
          <w:b/>
          <w:color w:val="000000"/>
          <w:sz w:val="24"/>
        </w:rPr>
        <w:t>17</w:t>
      </w:r>
      <w:r>
        <w:rPr>
          <w:rFonts w:ascii="宋体" w:hAnsi="宋体" w:eastAsia="宋体" w:cs="宋体"/>
          <w:b/>
          <w:color w:val="000000"/>
          <w:sz w:val="24"/>
        </w:rPr>
        <w:t>题</w:t>
      </w:r>
      <w:r>
        <w:rPr>
          <w:rFonts w:ascii="Times New Roman" w:hAnsi="Times New Roman" w:eastAsia="Times New Roman" w:cs="Times New Roman"/>
          <w:b/>
          <w:color w:val="000000"/>
          <w:sz w:val="24"/>
        </w:rPr>
        <w:t>18</w:t>
      </w:r>
      <w:r>
        <w:rPr>
          <w:rFonts w:ascii="宋体" w:hAnsi="宋体" w:eastAsia="宋体" w:cs="宋体"/>
          <w:b/>
          <w:color w:val="000000"/>
          <w:sz w:val="24"/>
        </w:rPr>
        <w:t>分，第</w:t>
      </w:r>
      <w:r>
        <w:rPr>
          <w:rFonts w:ascii="Times New Roman" w:hAnsi="Times New Roman" w:eastAsia="Times New Roman" w:cs="Times New Roman"/>
          <w:b/>
          <w:color w:val="000000"/>
          <w:sz w:val="24"/>
        </w:rPr>
        <w:t>18-19</w:t>
      </w:r>
      <w:r>
        <w:rPr>
          <w:rFonts w:ascii="宋体" w:hAnsi="宋体" w:eastAsia="宋体" w:cs="宋体"/>
          <w:b/>
          <w:color w:val="000000"/>
          <w:sz w:val="24"/>
        </w:rPr>
        <w:t>题，每题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20</w:t>
      </w:r>
      <w:r>
        <w:rPr>
          <w:rFonts w:ascii="宋体" w:hAnsi="宋体" w:eastAsia="宋体" w:cs="宋体"/>
          <w:b/>
          <w:color w:val="000000"/>
          <w:sz w:val="24"/>
        </w:rPr>
        <w:t>题</w:t>
      </w:r>
      <w:r>
        <w:rPr>
          <w:rFonts w:ascii="Times New Roman" w:hAnsi="Times New Roman" w:eastAsia="Times New Roman" w:cs="Times New Roman"/>
          <w:b/>
          <w:color w:val="000000"/>
          <w:sz w:val="24"/>
        </w:rPr>
        <w:t>11</w:t>
      </w:r>
      <w:r>
        <w:rPr>
          <w:rFonts w:ascii="宋体" w:hAnsi="宋体" w:eastAsia="宋体" w:cs="宋体"/>
          <w:b/>
          <w:color w:val="000000"/>
          <w:sz w:val="24"/>
        </w:rPr>
        <w:t>分，第</w:t>
      </w:r>
      <w:r>
        <w:rPr>
          <w:rFonts w:ascii="Times New Roman" w:hAnsi="Times New Roman" w:eastAsia="Times New Roman" w:cs="Times New Roman"/>
          <w:b/>
          <w:color w:val="000000"/>
          <w:sz w:val="24"/>
        </w:rPr>
        <w:t>21</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22-24</w:t>
      </w:r>
      <w:r>
        <w:rPr>
          <w:rFonts w:ascii="宋体" w:hAnsi="宋体" w:eastAsia="宋体" w:cs="宋体"/>
          <w:b/>
          <w:color w:val="000000"/>
          <w:sz w:val="24"/>
        </w:rPr>
        <w:t>题，每题</w:t>
      </w:r>
      <w:r>
        <w:rPr>
          <w:rFonts w:ascii="Times New Roman" w:hAnsi="Times New Roman" w:eastAsia="Times New Roman" w:cs="Times New Roman"/>
          <w:b/>
          <w:color w:val="000000"/>
          <w:sz w:val="24"/>
        </w:rPr>
        <w:t>7</w:t>
      </w:r>
      <w:r>
        <w:rPr>
          <w:rFonts w:ascii="宋体" w:hAnsi="宋体" w:eastAsia="宋体" w:cs="宋体"/>
          <w:b/>
          <w:color w:val="000000"/>
          <w:sz w:val="24"/>
        </w:rPr>
        <w:t>分）解答应写出文字说明、演算步骤或证明过程</w:t>
      </w:r>
      <w:r>
        <w:rPr>
          <w:rFonts w:ascii="宋体" w:hAnsi="宋体" w:eastAsia="宋体" w:cs="宋体"/>
          <w:color w:val="000000"/>
          <w:sz w:val="24"/>
        </w:rPr>
        <w:t>．</w:t>
      </w:r>
    </w:p>
    <w:p>
      <w:pPr>
        <w:pStyle w:val="Heading2"/>
      </w:pPr>
      <w:r>
        <w:t>通州区</w:t>
      </w:r>
    </w:p>
    <w:p>
      <w:pPr>
        <w:spacing w:line="360" w:lineRule="auto"/>
        <w:jc w:val="left"/>
        <w:textAlignment w:val="center"/>
        <w:rPr>
          <w:color w:val="000000"/>
        </w:rPr>
      </w:pPr>
      <w:r>
        <w:rPr>
          <w:color w:val="000000"/>
        </w:rPr>
        <w:t xml:space="preserve">16. </w:t>
      </w:r>
      <w:r>
        <w:rPr>
          <w:rFonts w:ascii="宋体" w:eastAsia="宋体" w:hAnsi="宋体" w:cs="宋体"/>
          <w:color w:val="000000"/>
        </w:rPr>
        <w:t>已知点</w:t>
      </w:r>
      <w:r>
        <w:pict>
          <v:shape id="_x0000_i722309" type="#_x0000_t75" alt="学科网(www.zxxk.com)--教育资源门户，提供试卷、教案、课件、论文、素材以及各类教学资源下载，还有大量而丰富的教学相关资讯！" style="width:11.9pt;height:14.4pt" o:oleicon="f" o:ole="">
            <v:imagedata r:id="rId766" o:title="eqIdc5db41a1f31d6baee7c69990811edb9f"/>
          </v:shape>
        </w:pict>
      </w:r>
      <w:r>
        <w:rPr>
          <w:rFonts w:ascii="宋体" w:eastAsia="宋体" w:hAnsi="宋体" w:cs="宋体"/>
          <w:color w:val="000000"/>
        </w:rPr>
        <w:t>是线段</w:t>
      </w:r>
      <w:r>
        <w:pict>
          <v:shape id="_x0000_i722310" type="#_x0000_t75" alt="学科网(www.zxxk.com)--教育资源门户，提供试卷、教案、课件、论文、素材以及各类教学资源下载，还有大量而丰富的教学相关资讯！" style="width:20.05pt;height:12.6pt" o:oleicon="f" o:ole="">
            <v:imagedata r:id="rId767" o:title="eqIdf52a58fbaf4fea03567e88a9f0f6e37e"/>
          </v:shape>
        </w:pict>
      </w:r>
      <w:r>
        <w:rPr>
          <w:rFonts w:ascii="宋体" w:eastAsia="宋体" w:hAnsi="宋体" w:cs="宋体"/>
          <w:color w:val="000000"/>
        </w:rPr>
        <w:t>上一点（点</w:t>
      </w:r>
      <w:r>
        <w:pict>
          <v:shape id="_x0000_i722311" type="#_x0000_t75" alt="学科网(www.zxxk.com)--教育资源门户，提供试卷、教案、课件、论文、素材以及各类教学资源下载，还有大量而丰富的教学相关资讯！" style="width:11.9pt;height:14.4pt" o:oleicon="f" o:ole="">
            <v:imagedata r:id="rId766" o:title="eqIdc5db41a1f31d6baee7c69990811edb9f"/>
          </v:shape>
        </w:pict>
      </w:r>
      <w:r>
        <w:rPr>
          <w:rFonts w:ascii="宋体" w:eastAsia="宋体" w:hAnsi="宋体" w:cs="宋体"/>
          <w:color w:val="000000"/>
        </w:rPr>
        <w:t>与点</w:t>
      </w:r>
      <w:r>
        <w:pict>
          <v:shape id="_x0000_i722312" type="#_x0000_t75" alt="学科网(www.zxxk.com)--教育资源门户，提供试卷、教案、课件、论文、素材以及各类教学资源下载，还有大量而丰富的教学相关资讯！" style="width:12pt;height:12pt" o:oleicon="f" o:ole="">
            <v:imagedata r:id="rId768" o:title="eqId5963abe8f421bd99a2aaa94831a951e9"/>
          </v:shape>
        </w:pict>
      </w:r>
      <w:r>
        <w:rPr>
          <w:rFonts w:ascii="宋体" w:eastAsia="宋体" w:hAnsi="宋体" w:cs="宋体"/>
          <w:color w:val="000000"/>
        </w:rPr>
        <w:t>、</w:t>
      </w:r>
      <w:r>
        <w:pict>
          <v:shape id="_x0000_i722313" type="#_x0000_t75" alt="学科网(www.zxxk.com)--教育资源门户，提供试卷、教案、课件、论文、素材以及各类教学资源下载，还有大量而丰富的教学相关资讯！" style="width:9.75pt;height:10.5pt" o:oleicon="f" o:ole="">
            <v:imagedata r:id="rId769" o:title="eqId7f9e8449aad35c5d840a3395ea86df6d"/>
          </v:shape>
        </w:pict>
      </w:r>
      <w:r>
        <w:rPr>
          <w:rFonts w:ascii="宋体" w:eastAsia="宋体" w:hAnsi="宋体" w:cs="宋体"/>
          <w:color w:val="000000"/>
        </w:rPr>
        <w:t>不重合），在三条线段</w:t>
      </w:r>
      <w:r>
        <w:pict>
          <v:shape id="_x0000_i722314" type="#_x0000_t75" alt="学科网(www.zxxk.com)--教育资源门户，提供试卷、教案、课件、论文、素材以及各类教学资源下载，还有大量而丰富的教学相关资讯！" style="width:21.25pt;height:14.2pt" o:oleicon="f" o:ole="">
            <v:imagedata r:id="rId770" o:title="eqId60ef95894ceebaf236170e8832dcf7e3"/>
          </v:shape>
        </w:pict>
      </w:r>
      <w:r>
        <w:rPr>
          <w:rFonts w:ascii="宋体" w:eastAsia="宋体" w:hAnsi="宋体" w:cs="宋体"/>
          <w:color w:val="000000"/>
        </w:rPr>
        <w:t>、</w:t>
      </w:r>
      <w:r>
        <w:pict>
          <v:shape id="_x0000_i722315" type="#_x0000_t75" alt="学科网(www.zxxk.com)--教育资源门户，提供试卷、教案、课件、论文、素材以及各类教学资源下载，还有大量而丰富的教学相关资讯！" style="width:20.2pt;height:14pt" o:oleicon="f" o:ole="">
            <v:imagedata r:id="rId771" o:title="eqId0dc5c9827dfd0be5a9c85962d6ccbfb1"/>
          </v:shape>
        </w:pict>
      </w:r>
      <w:r>
        <w:rPr>
          <w:rFonts w:ascii="宋体" w:eastAsia="宋体" w:hAnsi="宋体" w:cs="宋体"/>
          <w:color w:val="000000"/>
        </w:rPr>
        <w:t>、</w:t>
      </w:r>
      <w:r>
        <w:pict>
          <v:shape id="_x0000_i722316" type="#_x0000_t75" alt="学科网(www.zxxk.com)--教育资源门户，提供试卷、教案、课件、论文、素材以及各类教学资源下载，还有大量而丰富的教学相关资讯！" style="width:20.05pt;height:12.6pt" o:oleicon="f" o:ole="">
            <v:imagedata r:id="rId767" o:title="eqIdf52a58fbaf4fea03567e88a9f0f6e37e"/>
          </v:shape>
        </w:pict>
      </w:r>
      <w:r>
        <w:rPr>
          <w:rFonts w:ascii="宋体" w:eastAsia="宋体" w:hAnsi="宋体" w:cs="宋体"/>
          <w:color w:val="000000"/>
        </w:rPr>
        <w:t>中，如果其中一条线段的长度是另一条线段长度的</w:t>
      </w:r>
      <w:r>
        <w:rPr>
          <w:rFonts w:ascii="Times New Roman" w:eastAsia="Times New Roman" w:hAnsi="Times New Roman" w:cs="Times New Roman"/>
          <w:color w:val="000000"/>
        </w:rPr>
        <w:t>2</w:t>
      </w:r>
      <w:r>
        <w:rPr>
          <w:rFonts w:ascii="宋体" w:eastAsia="宋体" w:hAnsi="宋体" w:cs="宋体"/>
          <w:color w:val="000000"/>
        </w:rPr>
        <w:t>倍，那么称点</w:t>
      </w:r>
      <w:r>
        <w:pict>
          <v:shape id="_x0000_i722317" type="#_x0000_t75" alt="学科网(www.zxxk.com)--教育资源门户，提供试卷、教案、课件、论文、素材以及各类教学资源下载，还有大量而丰富的教学相关资讯！" style="width:11.9pt;height:14.4pt" o:oleicon="f" o:ole="">
            <v:imagedata r:id="rId766" o:title="eqIdc5db41a1f31d6baee7c69990811edb9f"/>
          </v:shape>
        </w:pict>
      </w:r>
      <w:r>
        <w:rPr>
          <w:rFonts w:ascii="宋体" w:eastAsia="宋体" w:hAnsi="宋体" w:cs="宋体"/>
          <w:color w:val="000000"/>
        </w:rPr>
        <w:t>为线段</w:t>
      </w:r>
      <w:r>
        <w:pict>
          <v:shape id="_x0000_i722318" type="#_x0000_t75" alt="学科网(www.zxxk.com)--教育资源门户，提供试卷、教案、课件、论文、素材以及各类教学资源下载，还有大量而丰富的教学相关资讯！" style="width:20.05pt;height:12.6pt" o:oleicon="f" o:ole="">
            <v:imagedata r:id="rId767" o:title="eqIdf52a58fbaf4fea03567e88a9f0f6e37e"/>
          </v:shape>
        </w:pict>
      </w:r>
      <w:r>
        <w:rPr>
          <w:rFonts w:ascii="宋体" w:eastAsia="宋体" w:hAnsi="宋体" w:cs="宋体"/>
          <w:color w:val="000000"/>
        </w:rPr>
        <w:t>的“巧点”，如果线段</w:t>
      </w:r>
      <w:r>
        <w:pict>
          <v:shape id="_x0000_i722319" type="#_x0000_t75" alt="学科网(www.zxxk.com)--教育资源门户，提供试卷、教案、课件、论文、素材以及各类教学资源下载，还有大量而丰富的教学相关资讯！" style="width:42pt;height:13pt" o:oleicon="f" o:ole="">
            <v:imagedata r:id="rId772" o:title="eqId78b65065ec3a0cb4b050989165c003d1"/>
          </v:shape>
        </w:pict>
      </w:r>
      <w:r>
        <w:rPr>
          <w:rFonts w:ascii="宋体" w:eastAsia="宋体" w:hAnsi="宋体" w:cs="宋体"/>
          <w:color w:val="000000"/>
        </w:rPr>
        <w:t>，点</w:t>
      </w:r>
      <w:r>
        <w:pict>
          <v:shape id="_x0000_i722320" type="#_x0000_t75" alt="学科网(www.zxxk.com)--教育资源门户，提供试卷、教案、课件、论文、素材以及各类教学资源下载，还有大量而丰富的教学相关资讯！" style="width:11.9pt;height:14.4pt" o:oleicon="f" o:ole="">
            <v:imagedata r:id="rId766" o:title="eqIdc5db41a1f31d6baee7c69990811edb9f"/>
          </v:shape>
        </w:pict>
      </w:r>
      <w:r>
        <w:rPr>
          <w:rFonts w:ascii="宋体" w:eastAsia="宋体" w:hAnsi="宋体" w:cs="宋体"/>
          <w:color w:val="000000"/>
        </w:rPr>
        <w:t>为线段</w:t>
      </w:r>
      <w:r>
        <w:pict>
          <v:shape id="_x0000_i722321" type="#_x0000_t75" alt="学科网(www.zxxk.com)--教育资源门户，提供试卷、教案、课件、论文、素材以及各类教学资源下载，还有大量而丰富的教学相关资讯！" style="width:20.05pt;height:12.6pt" o:oleicon="f" o:ole="">
            <v:imagedata r:id="rId767" o:title="eqIdf52a58fbaf4fea03567e88a9f0f6e37e"/>
          </v:shape>
        </w:pict>
      </w:r>
      <w:r>
        <w:rPr>
          <w:rFonts w:ascii="宋体" w:eastAsia="宋体" w:hAnsi="宋体" w:cs="宋体"/>
          <w:color w:val="000000"/>
        </w:rPr>
        <w:t>的“巧点”，那么线段</w:t>
      </w:r>
      <w:r>
        <w:pict>
          <v:shape id="_x0000_i722322" type="#_x0000_t75" alt="学科网(www.zxxk.com)--教育资源门户，提供试卷、教案、课件、论文、素材以及各类教学资源下载，还有大量而丰富的教学相关资讯！" style="width:21.25pt;height:14.2pt" o:oleicon="f" o:ole="">
            <v:imagedata r:id="rId770" o:title="eqId60ef95894ceebaf236170e8832dcf7e3"/>
          </v:shape>
        </w:pict>
      </w:r>
      <w:r>
        <w:rPr>
          <w:rFonts w:ascii="宋体" w:eastAsia="宋体" w:hAnsi="宋体" w:cs="宋体"/>
          <w:color w:val="000000"/>
        </w:rPr>
        <w:t>的长度是</w:t>
      </w:r>
      <w:r>
        <w:rPr>
          <w:color w:val="000000"/>
        </w:rPr>
        <w:t>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8</w: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6</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由题意可得</w:t>
      </w:r>
      <w:r>
        <w:pict>
          <v:shape id="_x0000_i722323" type="#_x0000_t75" alt="学科网(www.zxxk.com)--教育资源门户，提供试卷、教案、课件、论文、素材以及各类教学资源下载，还有大量而丰富的教学相关资讯！" style="width:21.25pt;height:14.2pt" o:oleicon="f" o:ole="">
            <v:imagedata r:id="rId773" o:title="eqId60ef95894ceebaf236170e8832dcf7e3"/>
          </v:shape>
        </w:pict>
      </w:r>
      <w:r>
        <w:rPr>
          <w:rFonts w:ascii="宋体" w:eastAsia="宋体" w:hAnsi="宋体" w:cs="宋体"/>
          <w:color w:val="000000"/>
        </w:rPr>
        <w:t>与</w:t>
      </w:r>
      <w:r>
        <w:pict>
          <v:shape id="_x0000_i722324" type="#_x0000_t75" alt="学科网(www.zxxk.com)--教育资源门户，提供试卷、教案、课件、论文、素材以及各类教学资源下载，还有大量而丰富的教学相关资讯！" style="width:20.05pt;height:12.6pt" o:oleicon="f" o:ole="">
            <v:imagedata r:id="rId774" o:title="eqIdf52a58fbaf4fea03567e88a9f0f6e37e"/>
          </v:shape>
        </w:pict>
      </w:r>
      <w:r>
        <w:rPr>
          <w:rFonts w:ascii="宋体" w:eastAsia="宋体" w:hAnsi="宋体" w:cs="宋体"/>
          <w:color w:val="000000"/>
        </w:rPr>
        <w:t>的数量关系，根据</w:t>
      </w:r>
      <w:r>
        <w:pict>
          <v:shape id="_x0000_i722325" type="#_x0000_t75" alt="学科网(www.zxxk.com)--教育资源门户，提供试卷、教案、课件、论文、素材以及各类教学资源下载，还有大量而丰富的教学相关资讯！" style="width:20.05pt;height:12.6pt" o:oleicon="f" o:ole="">
            <v:imagedata r:id="rId774" o:title="eqIdf52a58fbaf4fea03567e88a9f0f6e37e"/>
          </v:shape>
        </w:pict>
      </w:r>
      <w:r>
        <w:rPr>
          <w:rFonts w:ascii="宋体" w:eastAsia="宋体" w:hAnsi="宋体" w:cs="宋体"/>
          <w:color w:val="000000"/>
        </w:rPr>
        <w:t>的长度求解</w:t>
      </w:r>
      <w:r>
        <w:pict>
          <v:shape id="_x0000_i722326" type="#_x0000_t75" alt="学科网(www.zxxk.com)--教育资源门户，提供试卷、教案、课件、论文、素材以及各类教学资源下载，还有大量而丰富的教学相关资讯！" style="width:21.25pt;height:14.2pt" o:oleicon="f" o:ole="">
            <v:imagedata r:id="rId773" o:title="eqId60ef95894ceebaf236170e8832dcf7e3"/>
          </v:shape>
        </w:pict>
      </w:r>
      <w:r>
        <w:rPr>
          <w:rFonts w:ascii="宋体" w:eastAsia="宋体" w:hAnsi="宋体" w:cs="宋体"/>
          <w:color w:val="000000"/>
        </w:rPr>
        <w:t>的长即可．</w:t>
      </w:r>
    </w:p>
    <w:p>
      <w:pPr>
        <w:spacing w:line="360" w:lineRule="auto"/>
        <w:jc w:val="left"/>
        <w:textAlignment w:val="center"/>
        <w:rPr>
          <w:color w:val="000000"/>
        </w:rPr>
      </w:pPr>
      <w:r>
        <w:rPr>
          <w:color w:val="000000"/>
        </w:rPr>
        <w:t>【详解】</w:t>
      </w:r>
      <w:r>
        <w:rPr>
          <w:rFonts w:ascii="宋体" w:eastAsia="宋体" w:hAnsi="宋体" w:cs="宋体"/>
          <w:color w:val="000000"/>
        </w:rPr>
        <w:t>解：由“巧点”的定义可得</w:t>
      </w:r>
      <w:r>
        <w:pict>
          <v:shape id="_x0000_i722327" type="#_x0000_t75" alt="学科网(www.zxxk.com)--教育资源门户，提供试卷、教案、课件、论文、素材以及各类教学资源下载，还有大量而丰富的教学相关资讯！" style="width:55pt;height:13.95pt" o:oleicon="f" o:ole="">
            <v:imagedata r:id="rId775" o:title="eqId3d3976d08e5f9e24e76ce9579c06a8dc"/>
          </v:shape>
        </w:pict>
      </w:r>
      <w:r>
        <w:rPr>
          <w:rFonts w:ascii="宋体" w:eastAsia="宋体" w:hAnsi="宋体" w:cs="宋体"/>
          <w:color w:val="000000"/>
        </w:rPr>
        <w:t>或</w:t>
      </w:r>
      <w:r>
        <w:pict>
          <v:shape id="_x0000_i722328" type="#_x0000_t75" alt="学科网(www.zxxk.com)--教育资源门户，提供试卷、教案、课件、论文、素材以及各类教学资源下载，还有大量而丰富的教学相关资讯！" style="width:56pt;height:13.95pt" o:oleicon="f" o:ole="">
            <v:imagedata r:id="rId776" o:title="eqIde7777a27259d26724229b604df42656c"/>
          </v:shape>
        </w:pict>
      </w:r>
      <w:r>
        <w:rPr>
          <w:rFonts w:ascii="宋体" w:eastAsia="宋体" w:hAnsi="宋体" w:cs="宋体"/>
          <w:color w:val="000000"/>
        </w:rPr>
        <w:t>或</w:t>
      </w:r>
      <w:r>
        <w:pict>
          <v:shape id="_x0000_i722329" type="#_x0000_t75" alt="学科网(www.zxxk.com)--教育资源门户，提供试卷、教案、课件、论文、素材以及各类教学资源下载，还有大量而丰富的教学相关资讯！" style="width:49pt;height:13pt" o:oleicon="f" o:ole="">
            <v:imagedata r:id="rId777" o:title="eqId846071242f981289741ad19f4e7190c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2330" type="#_x0000_t75" alt="学科网(www.zxxk.com)--教育资源门户，提供试卷、教案、课件、论文、素材以及各类教学资源下载，还有大量而丰富的教学相关资讯！" style="width:57.75pt;height:30.75pt" o:oleicon="f" o:ole="">
            <v:imagedata r:id="rId778" o:title="eqId0b6c335ce6d93ec0eba323f43412b5c0"/>
          </v:shape>
        </w:pict>
      </w:r>
      <w:r>
        <w:rPr>
          <w:rFonts w:ascii="宋体" w:eastAsia="宋体" w:hAnsi="宋体" w:cs="宋体"/>
          <w:color w:val="000000"/>
        </w:rPr>
        <w:t>或</w:t>
      </w:r>
      <w:r>
        <w:pict>
          <v:shape id="_x0000_i722331" type="#_x0000_t75" alt="学科网(www.zxxk.com)--教育资源门户，提供试卷、教案、课件、论文、素材以及各类教学资源下载，还有大量而丰富的教学相关资讯！" style="width:57pt;height:30.75pt" o:oleicon="f" o:ole="">
            <v:imagedata r:id="rId779" o:title="eqId661118c777c154fe49a24dfdc79f9b8d"/>
          </v:shape>
        </w:pict>
      </w:r>
      <w:r>
        <w:rPr>
          <w:rFonts w:ascii="宋体" w:eastAsia="宋体" w:hAnsi="宋体" w:cs="宋体"/>
          <w:color w:val="000000"/>
        </w:rPr>
        <w:t>或</w:t>
      </w:r>
      <w:r>
        <w:pict>
          <v:shape id="_x0000_i722332" type="#_x0000_t75" alt="学科网(www.zxxk.com)--教育资源门户，提供试卷、教案、课件、论文、素材以及各类教学资源下载，还有大量而丰富的教学相关资讯！" style="width:57.75pt;height:31pt" o:oleicon="f" o:ole="">
            <v:imagedata r:id="rId780" o:title="eqIdbd1fe7660ee42b8d3a9c076b700ae59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pict>
          <v:shape id="_x0000_i722333" type="#_x0000_t75" alt="学科网(www.zxxk.com)--教育资源门户，提供试卷、教案、课件、论文、素材以及各类教学资源下载，还有大量而丰富的教学相关资讯！" style="width:42pt;height:13pt" o:oleicon="f" o:ole="">
            <v:imagedata r:id="rId781" o:title="eqId78b65065ec3a0cb4b050989165c003d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2334" type="#_x0000_t75" alt="学科网(www.zxxk.com)--教育资源门户，提供试卷、教案、课件、论文、素材以及各类教学资源下载，还有大量而丰富的教学相关资讯！" style="width:38.25pt;height:14.25pt" o:oleicon="f" o:ole="">
            <v:imagedata r:id="rId782" o:title="eqId4494a85de0be0b97a69348115aef8513"/>
          </v:shape>
        </w:pic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8</w: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本题主要考查两点间的距离，关键在于对“巧点”的理解，注意分类讨论．</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60</w:t>
      </w:r>
      <w:r>
        <w:rPr>
          <w:rFonts w:ascii="宋体" w:eastAsia="宋体" w:hAnsi="宋体" w:cs="宋体"/>
          <w:b/>
          <w:color w:val="000000"/>
          <w:sz w:val="24"/>
        </w:rPr>
        <w:t>分，第</w:t>
      </w:r>
      <w:r>
        <w:rPr>
          <w:rFonts w:ascii="Times New Roman" w:eastAsia="Times New Roman" w:hAnsi="Times New Roman" w:cs="Times New Roman"/>
          <w:b/>
          <w:color w:val="000000"/>
          <w:sz w:val="24"/>
        </w:rPr>
        <w:t>17—24</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17</w:t>
      </w:r>
      <w:r>
        <w:rPr>
          <w:color w:val="000000"/>
          <w:position w:val="-22"/>
        </w:rPr>
        <w:drawing>
          <wp:inline>
            <wp:extent cx="31750" cy="88900"/>
            <wp:docPr id="42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 name=""/>
                    <pic:cNvPicPr>
                      <a:picLocks noChangeAspect="1"/>
                    </pic:cNvPicPr>
                  </pic:nvPicPr>
                  <pic:blipFill>
                    <a:blip r:embed="rId783"/>
                    <a:stretch>
                      <a:fillRect/>
                    </a:stretch>
                  </pic:blipFill>
                  <pic:spPr>
                    <a:xfrm>
                      <a:off x="0" y="0"/>
                      <a:ext cx="31750" cy="88900"/>
                    </a:xfrm>
                    <a:prstGeom prst="rect">
                      <a:avLst/>
                    </a:prstGeom>
                  </pic:spPr>
                </pic:pic>
              </a:graphicData>
            </a:graphic>
          </wp:inline>
        </w:drawing>
      </w:r>
      <w:r>
        <w:rPr>
          <w:color w:val="000000"/>
        </w:rPr>
        <w:t xml:space="preserve"> </w:t>
      </w:r>
      <w:r>
        <w:rPr>
          <w:rFonts w:ascii="宋体" w:eastAsia="宋体" w:hAnsi="宋体" w:cs="宋体"/>
          <w:color w:val="000000"/>
        </w:rPr>
        <w:t>计算：</w:t>
      </w:r>
      <w:r>
        <w:pict>
          <v:shape id="_x0000_i722335" type="#_x0000_t75" alt="学科网(www.zxxk.com)--教育资源门户，提供试卷、教案、课件、论文、素材以及各类教学资源下载，还有大量而丰富的教学相关资讯！" style="width:146.1pt;height:20.4pt" o:oleicon="f" o:ole="">
            <v:imagedata r:id="rId784" o:title="eqId08b027b8a8e1478c08a21718906f091f"/>
          </v:shape>
        </w:pic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0</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利用有理数的加减运算的法则进行求解即可；</w:t>
      </w:r>
    </w:p>
    <w:p>
      <w:pPr>
        <w:spacing w:line="360" w:lineRule="auto"/>
        <w:jc w:val="left"/>
        <w:textAlignment w:val="center"/>
        <w:rPr>
          <w:color w:val="000000"/>
        </w:rPr>
      </w:pPr>
      <w:r>
        <w:rPr>
          <w:color w:val="000000"/>
        </w:rPr>
        <w:t>【详解】</w:t>
      </w:r>
      <w:r>
        <w:rPr>
          <w:rFonts w:ascii="宋体" w:eastAsia="宋体" w:hAnsi="宋体" w:cs="宋体"/>
          <w:color w:val="000000"/>
        </w:rPr>
        <w:t>解：原式</w:t>
      </w:r>
      <w:r>
        <w:pict>
          <v:shape id="_x0000_i722336" type="#_x0000_t75" alt="学科网(www.zxxk.com)--教育资源门户，提供试卷、教案、课件、论文、素材以及各类教学资源下载，还有大量而丰富的教学相关资讯！" style="width:139.8pt;height:19.8pt" o:oleicon="f" o:ole="">
            <v:imagedata r:id="rId785" o:title="eqId3becff42408240fa45c4c34b09e4c3b5"/>
          </v:shape>
        </w:pict>
      </w:r>
    </w:p>
    <w:p>
      <w:pPr>
        <w:spacing w:line="360" w:lineRule="auto"/>
        <w:jc w:val="left"/>
        <w:textAlignment w:val="center"/>
        <w:rPr>
          <w:color w:val="000000"/>
        </w:rPr>
      </w:pPr>
      <w:r>
        <w:pict>
          <v:shape id="_x0000_i722337" type="#_x0000_t75" alt="学科网(www.zxxk.com)--教育资源门户，提供试卷、教案、课件、论文、素材以及各类教学资源下载，还有大量而丰富的教学相关资讯！" style="width:115.2pt;height:19.8pt" o:oleicon="f" o:ole="">
            <v:imagedata r:id="rId786" o:title="eqIdc8fc5fff3dc2c69db00b77362283118b"/>
          </v:shape>
        </w:pict>
      </w:r>
    </w:p>
    <w:p>
      <w:pPr>
        <w:spacing w:line="360" w:lineRule="auto"/>
        <w:jc w:val="left"/>
        <w:textAlignment w:val="center"/>
        <w:rPr>
          <w:color w:val="000000"/>
        </w:rPr>
      </w:pPr>
      <w:r>
        <w:pict>
          <v:shape id="_x0000_i722338" type="#_x0000_t75" alt="学科网(www.zxxk.com)--教育资源门户，提供试卷、教案、课件、论文、素材以及各类教学资源下载，还有大量而丰富的教学相关资讯！" style="width:54pt;height:13.8pt" o:oleicon="f" o:ole="">
            <v:imagedata r:id="rId787" o:title="eqId69366648dc91391fb285734a67a55d0b"/>
          </v:shape>
        </w:pict>
      </w:r>
    </w:p>
    <w:p>
      <w:pPr>
        <w:spacing w:line="360" w:lineRule="auto"/>
        <w:jc w:val="left"/>
        <w:textAlignment w:val="center"/>
        <w:rPr>
          <w:color w:val="000000"/>
        </w:rPr>
      </w:pPr>
      <w:r>
        <w:pict>
          <v:shape id="_x0000_i722339" type="#_x0000_t75" alt="学科网(www.zxxk.com)--教育资源门户，提供试卷、教案、课件、论文、素材以及各类教学资源下载，还有大量而丰富的教学相关资讯！" style="width:18.75pt;height:14.25pt" o:oleicon="f" o:ole="">
            <v:imagedata r:id="rId788" o:title="eqId771df37a312dac1fb332a31a10340c29"/>
          </v:shape>
        </w:pict>
      </w:r>
    </w:p>
    <w:p>
      <w:pPr>
        <w:spacing w:line="360" w:lineRule="auto"/>
        <w:jc w:val="left"/>
        <w:textAlignment w:val="center"/>
        <w:rPr>
          <w:color w:val="000000"/>
        </w:rPr>
      </w:pPr>
      <w:r>
        <w:rPr>
          <w:color w:val="000000"/>
        </w:rPr>
        <w:t>【点睛】</w:t>
      </w:r>
      <w:r>
        <w:rPr>
          <w:rFonts w:ascii="宋体" w:eastAsia="宋体" w:hAnsi="宋体" w:cs="宋体"/>
          <w:color w:val="000000"/>
        </w:rPr>
        <w:t>本题主要考查有理数的加减运算，解答的关键是对相应的运算法则的掌握．</w:t>
      </w:r>
    </w:p>
    <w:p>
      <w:pPr>
        <w:pStyle w:val="Heading2"/>
      </w:pPr>
      <w:r>
        <w:t>顺义区</w:t>
      </w:r>
    </w:p>
    <w:p>
      <w:pPr>
        <w:spacing w:line="360" w:lineRule="auto"/>
        <w:jc w:val="left"/>
        <w:textAlignment w:val="center"/>
        <w:rPr>
          <w:color w:val="000000"/>
        </w:rPr>
      </w:pPr>
      <w:r>
        <w:rPr>
          <w:color w:val="000000"/>
        </w:rPr>
        <w:t xml:space="preserve">20. </w:t>
      </w:r>
      <w:r>
        <w:rPr>
          <w:rFonts w:ascii="宋体" w:eastAsia="宋体" w:hAnsi="宋体" w:cs="宋体"/>
          <w:color w:val="000000"/>
        </w:rPr>
        <w:t>如图，数轴上有</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两点和一条线段</w:t>
      </w:r>
      <w:r>
        <w:pict>
          <v:shape id="_x0000_i722340" type="#_x0000_t75" alt="学科网(www.zxxk.com)--教育资源门户，提供试卷、教案、课件、论文、素材以及各类教学资源下载，还有大量而丰富的教学相关资讯！" style="width:18pt;height:15pt" o:oleicon="f" o:ole="">
            <v:imagedata r:id="rId789" o:title="eqId7a5f1641947153c80b987320885a2b57"/>
          </v:shape>
        </w:pict>
      </w:r>
      <w:r>
        <w:rPr>
          <w:rFonts w:ascii="宋体" w:eastAsia="宋体" w:hAnsi="宋体" w:cs="宋体"/>
          <w:color w:val="000000"/>
        </w:rPr>
        <w:t>，我们规定：若线段</w:t>
      </w:r>
      <w:r>
        <w:pict>
          <v:shape id="_x0000_i722341" type="#_x0000_t75" alt="学科网(www.zxxk.com)--教育资源门户，提供试卷、教案、课件、论文、素材以及各类教学资源下载，还有大量而丰富的教学相关资讯！" style="width:23.25pt;height:14.25pt" o:oleicon="f" o:ole="">
            <v:imagedata r:id="rId790" o:title="eqId411461db15ee8086332c531e086c40c7"/>
          </v:shape>
        </w:pict>
      </w:r>
      <w:r>
        <w:rPr>
          <w:rFonts w:ascii="宋体" w:eastAsia="宋体" w:hAnsi="宋体" w:cs="宋体"/>
          <w:color w:val="000000"/>
        </w:rPr>
        <w:t>的中点</w:t>
      </w:r>
      <w:r>
        <w:rPr>
          <w:rFonts w:ascii="Times New Roman" w:eastAsia="Times New Roman" w:hAnsi="Times New Roman" w:cs="Times New Roman"/>
          <w:i/>
          <w:color w:val="000000"/>
        </w:rPr>
        <w:t>R</w:t>
      </w:r>
      <w:r>
        <w:rPr>
          <w:rFonts w:ascii="宋体" w:eastAsia="宋体" w:hAnsi="宋体" w:cs="宋体"/>
          <w:color w:val="000000"/>
        </w:rPr>
        <w:t>在线段</w:t>
      </w:r>
      <w:r>
        <w:pict>
          <v:shape id="_x0000_i722342" type="#_x0000_t75" alt="学科网(www.zxxk.com)--教育资源门户，提供试卷、教案、课件、论文、素材以及各类教学资源下载，还有大量而丰富的教学相关资讯！" style="width:18pt;height:15pt" o:oleicon="f" o:ole="">
            <v:imagedata r:id="rId789" o:title="eqId7a5f1641947153c80b987320885a2b57"/>
          </v:shape>
        </w:pict>
      </w:r>
      <w:r>
        <w:rPr>
          <w:rFonts w:ascii="宋体" w:eastAsia="宋体" w:hAnsi="宋体" w:cs="宋体"/>
          <w:color w:val="000000"/>
        </w:rPr>
        <w:t>上（点</w:t>
      </w:r>
      <w:r>
        <w:rPr>
          <w:rFonts w:ascii="Times New Roman" w:eastAsia="Times New Roman" w:hAnsi="Times New Roman" w:cs="Times New Roman"/>
          <w:i/>
          <w:color w:val="000000"/>
        </w:rPr>
        <w:t>R</w:t>
      </w:r>
      <w:r>
        <w:rPr>
          <w:rFonts w:ascii="宋体" w:eastAsia="宋体" w:hAnsi="宋体" w:cs="宋体"/>
          <w:color w:val="000000"/>
        </w:rPr>
        <w:t>能与点</w:t>
      </w:r>
      <w:r>
        <w:rPr>
          <w:rFonts w:ascii="Times New Roman" w:eastAsia="Times New Roman" w:hAnsi="Times New Roman" w:cs="Times New Roman"/>
          <w:i/>
          <w:color w:val="000000"/>
        </w:rPr>
        <w:t>P</w:t>
      </w:r>
      <w:r>
        <w:rPr>
          <w:rFonts w:ascii="宋体" w:eastAsia="宋体" w:hAnsi="宋体" w:cs="宋体"/>
          <w:color w:val="000000"/>
        </w:rPr>
        <w:t>或点</w:t>
      </w:r>
      <w:r>
        <w:rPr>
          <w:rFonts w:ascii="Times New Roman" w:eastAsia="Times New Roman" w:hAnsi="Times New Roman" w:cs="Times New Roman"/>
          <w:i/>
          <w:color w:val="000000"/>
        </w:rPr>
        <w:t>Q</w:t>
      </w:r>
      <w:r>
        <w:rPr>
          <w:rFonts w:ascii="宋体" w:eastAsia="宋体" w:hAnsi="宋体" w:cs="宋体"/>
          <w:color w:val="000000"/>
        </w:rPr>
        <w:t>重合），则称点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关于线段</w:t>
      </w:r>
      <w:r>
        <w:pict>
          <v:shape id="_x0000_i722343" type="#_x0000_t75" alt="学科网(www.zxxk.com)--教育资源门户，提供试卷、教案、课件、论文、素材以及各类教学资源下载，还有大量而丰富的教学相关资讯！" style="width:18pt;height:15pt" o:oleicon="f" o:ole="">
            <v:imagedata r:id="rId789" o:title="eqId7a5f1641947153c80b987320885a2b57"/>
          </v:shape>
        </w:pict>
      </w:r>
      <w:r>
        <w:rPr>
          <w:rFonts w:ascii="Times New Roman" w:eastAsia="Times New Roman" w:hAnsi="Times New Roman" w:cs="Times New Roman"/>
          <w:color w:val="000000"/>
        </w:rPr>
        <w:t xml:space="preserve"> </w:t>
      </w:r>
      <w:r>
        <w:rPr>
          <w:rFonts w:ascii="宋体" w:eastAsia="宋体" w:hAnsi="宋体" w:cs="宋体"/>
          <w:color w:val="000000"/>
        </w:rPr>
        <w:t>“中线对称”．</w:t>
      </w:r>
    </w:p>
    <w:p>
      <w:pPr>
        <w:spacing w:line="360" w:lineRule="auto"/>
        <w:jc w:val="left"/>
        <w:textAlignment w:val="center"/>
        <w:rPr>
          <w:color w:val="000000"/>
        </w:rPr>
      </w:pPr>
      <w:r>
        <w:rPr>
          <w:color w:val="000000"/>
        </w:rPr>
        <w:drawing>
          <wp:inline>
            <wp:extent cx="4943475" cy="504825"/>
            <wp:docPr id="424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4" name=""/>
                    <pic:cNvPicPr>
                      <a:picLocks noChangeAspect="1"/>
                    </pic:cNvPicPr>
                  </pic:nvPicPr>
                  <pic:blipFill>
                    <a:blip r:embed="rId791"/>
                    <a:stretch>
                      <a:fillRect/>
                    </a:stretch>
                  </pic:blipFill>
                  <pic:spPr>
                    <a:xfrm>
                      <a:off x="0" y="0"/>
                      <a:ext cx="4943475" cy="5048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已知点</w:t>
      </w:r>
      <w:r>
        <w:rPr>
          <w:rFonts w:ascii="Times New Roman" w:eastAsia="Times New Roman" w:hAnsi="Times New Roman" w:cs="Times New Roman"/>
          <w:i/>
          <w:color w:val="000000"/>
        </w:rPr>
        <w:t>O</w:t>
      </w:r>
      <w:r>
        <w:rPr>
          <w:rFonts w:ascii="宋体" w:eastAsia="宋体" w:hAnsi="宋体" w:cs="宋体"/>
          <w:color w:val="000000"/>
        </w:rPr>
        <w:t>为数轴的原点，点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22344" type="#_x0000_t75" alt="学科网(www.zxxk.com)--教育资源门户，提供试卷、教案、课件、论文、素材以及各类教学资源下载，还有大量而丰富的教学相关资讯！" style="width:15.75pt;height:12.75pt" o:oleicon="f" o:ole="">
            <v:imagedata r:id="rId792" o:title="eqId274a9dc37509f01c2606fb3086a46f4f"/>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C</w:t>
      </w:r>
      <w:r>
        <w:rPr>
          <w:rFonts w:ascii="宋体" w:eastAsia="宋体" w:hAnsi="宋体" w:cs="宋体"/>
          <w:color w:val="000000"/>
        </w:rPr>
        <w:t>关于线段</w:t>
      </w:r>
      <w:r>
        <w:pict>
          <v:shape id="_x0000_i722345" type="#_x0000_t75" alt="学科网(www.zxxk.com)--教育资源门户，提供试卷、教案、课件、论文、素材以及各类教学资源下载，还有大量而丰富的教学相关资讯！" style="width:17.25pt;height:12.75pt" o:oleicon="f" o:ole="">
            <v:imagedata r:id="rId793" o:title="eqIdb90e0f35eda1a729fed485f83da5ea9d"/>
          </v:shape>
        </w:pict>
      </w:r>
      <w:r>
        <w:rPr>
          <w:rFonts w:ascii="Times New Roman" w:eastAsia="Times New Roman" w:hAnsi="Times New Roman" w:cs="Times New Roman"/>
          <w:color w:val="000000"/>
        </w:rPr>
        <w:t xml:space="preserve"> </w:t>
      </w:r>
      <w:r>
        <w:rPr>
          <w:rFonts w:ascii="宋体" w:eastAsia="宋体" w:hAnsi="宋体" w:cs="宋体"/>
          <w:color w:val="000000"/>
        </w:rPr>
        <w:t>“中线对称”，则</w:t>
      </w:r>
      <w:r>
        <w:rPr>
          <w:rFonts w:ascii="Times New Roman" w:eastAsia="Times New Roman" w:hAnsi="Times New Roman" w:cs="Times New Roman"/>
          <w:i/>
          <w:color w:val="000000"/>
        </w:rPr>
        <w:t>x</w:t>
      </w:r>
      <w:r>
        <w:rPr>
          <w:rFonts w:ascii="宋体" w:eastAsia="宋体" w:hAnsi="宋体" w:cs="宋体"/>
          <w:color w:val="000000"/>
        </w:rPr>
        <w:t>的最大值为</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10</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根据“中线对称”的定义列不等式组求解即可．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 xml:space="preserve"> ∵</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22346" type="#_x0000_t75" alt="学科网(www.zxxk.com)--教育资源门户，提供试卷、教案、课件、论文、素材以及各类教学资源下载，还有大量而丰富的教学相关资讯！" style="width:15.75pt;height:12.75pt" o:oleicon="f" o:ole="">
            <v:imagedata r:id="rId794" o:title="eqId274a9dc37509f01c2606fb3086a46f4f"/>
          </v:shape>
        </w:pi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22347" type="#_x0000_t75" alt="学科网(www.zxxk.com)--教育资源门户，提供试卷、教案、课件、论文、素材以及各类教学资源下载，还有大量而丰富的教学相关资讯！" style="width:21.25pt;height:14.2pt" o:oleicon="f" o:ole="">
            <v:imagedata r:id="rId795" o:title="eqId60ef95894ceebaf236170e8832dcf7e3"/>
          </v:shape>
        </w:pict>
      </w:r>
      <w:r>
        <w:rPr>
          <w:rFonts w:ascii="宋体" w:eastAsia="宋体" w:hAnsi="宋体" w:cs="宋体"/>
          <w:color w:val="000000"/>
        </w:rPr>
        <w:t>的中点为</w:t>
      </w:r>
      <w:r>
        <w:pict>
          <v:shape id="_x0000_i722348" type="#_x0000_t75" alt="学科网(www.zxxk.com)--教育资源门户，提供试卷、教案、课件、论文、素材以及各类教学资源下载，还有大量而丰富的教学相关资讯！" style="width:35.25pt;height:30.75pt" o:oleicon="f" o:ole="">
            <v:imagedata r:id="rId796" o:title="eqIdd096acffb798b9b10cbbcf73806ca92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C</w:t>
      </w:r>
      <w:r>
        <w:rPr>
          <w:rFonts w:ascii="宋体" w:eastAsia="宋体" w:hAnsi="宋体" w:cs="宋体"/>
          <w:color w:val="000000"/>
        </w:rPr>
        <w:t>关于线段</w:t>
      </w:r>
      <w:r>
        <w:pict>
          <v:shape id="_x0000_i722349" type="#_x0000_t75" alt="学科网(www.zxxk.com)--教育资源门户，提供试卷、教案、课件、论文、素材以及各类教学资源下载，还有大量而丰富的教学相关资讯！" style="width:17.25pt;height:12.75pt" o:oleicon="f" o:ole="">
            <v:imagedata r:id="rId797" o:title="eqIdb90e0f35eda1a729fed485f83da5ea9d"/>
          </v:shape>
        </w:pict>
      </w:r>
      <w:r>
        <w:rPr>
          <w:rFonts w:ascii="Times New Roman" w:eastAsia="Times New Roman" w:hAnsi="Times New Roman" w:cs="Times New Roman"/>
          <w:color w:val="000000"/>
        </w:rPr>
        <w:t xml:space="preserve"> </w:t>
      </w:r>
      <w:r>
        <w:rPr>
          <w:rFonts w:ascii="宋体" w:eastAsia="宋体" w:hAnsi="宋体" w:cs="宋体"/>
          <w:color w:val="000000"/>
        </w:rPr>
        <w:t>“中线对称，点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22350" type="#_x0000_t75" alt="学科网(www.zxxk.com)--教育资源门户，提供试卷、教案、课件、论文、素材以及各类教学资源下载，还有大量而丰富的教学相关资讯！" style="width:69.75pt;height:30.75pt" o:oleicon="f" o:ole="">
            <v:imagedata r:id="rId798" o:title="eqId8307618c1b80416ef31e9e28aef2cf0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22351" type="#_x0000_t75" alt="学科网(www.zxxk.com)--教育资源门户，提供试卷、教案、课件、论文、素材以及各类教学资源下载，还有大量而丰富的教学相关资讯！" style="width:50.25pt;height:14.25pt" o:oleicon="f" o:ole="">
            <v:imagedata r:id="rId799" o:title="eqId5aa15d01cd34b85a36568ecbff47618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的最大值为</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 xml:space="preserve"> 10</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本题考查了新定义，不等式组的应用等，读懂题意，理解新定义是解题的关键．</w:t>
      </w:r>
    </w:p>
    <w:p>
      <w:pPr>
        <w:spacing w:line="285" w:lineRule="auto"/>
        <w:jc w:val="left"/>
        <w:textAlignment w:val="center"/>
        <w:rPr>
          <w:color w:val="000000"/>
        </w:rPr>
      </w:pPr>
      <w:r>
        <w:rPr>
          <w:rFonts w:ascii="宋体" w:eastAsia="宋体" w:hAnsi="宋体" w:cs="宋体"/>
          <w:b/>
          <w:color w:val="000000"/>
          <w:sz w:val="24"/>
        </w:rPr>
        <w:t>三、计算题（共</w:t>
      </w:r>
      <w:r>
        <w:rPr>
          <w:rFonts w:ascii="Times New Roman" w:eastAsia="Times New Roman" w:hAnsi="Times New Roman" w:cs="Times New Roman"/>
          <w:b/>
          <w:color w:val="000000"/>
          <w:sz w:val="24"/>
        </w:rPr>
        <w:t>4</w:t>
      </w:r>
      <w:r>
        <w:rPr>
          <w:rFonts w:ascii="宋体" w:eastAsia="宋体" w:hAnsi="宋体" w:cs="宋体"/>
          <w:b/>
          <w:color w:val="000000"/>
          <w:sz w:val="24"/>
        </w:rPr>
        <w:t>道小题，每小题</w:t>
      </w:r>
      <w:r>
        <w:rPr>
          <w:rFonts w:ascii="Times New Roman" w:eastAsia="Times New Roman" w:hAnsi="Times New Roman" w:cs="Times New Roman"/>
          <w:b/>
          <w:color w:val="000000"/>
          <w:sz w:val="24"/>
        </w:rPr>
        <w:t>5</w:t>
      </w:r>
      <w:r>
        <w:rPr>
          <w:rFonts w:ascii="宋体" w:eastAsia="宋体" w:hAnsi="宋体" w:cs="宋体"/>
          <w:b/>
          <w:color w:val="000000"/>
          <w:sz w:val="24"/>
        </w:rPr>
        <w:t>分，共</w:t>
      </w:r>
      <w:r>
        <w:rPr>
          <w:rFonts w:ascii="Times New Roman" w:eastAsia="Times New Roman" w:hAnsi="Times New Roman" w:cs="Times New Roman"/>
          <w:b/>
          <w:color w:val="000000"/>
          <w:sz w:val="24"/>
        </w:rPr>
        <w:t>20</w:t>
      </w:r>
      <w:r>
        <w:rPr>
          <w:rFonts w:ascii="宋体" w:eastAsia="宋体" w:hAnsi="宋体" w:cs="宋体"/>
          <w:b/>
          <w:color w:val="000000"/>
          <w:sz w:val="24"/>
        </w:rPr>
        <w:t>分）</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21202.wmf"/><Relationship Id="rId10" Type="http://schemas.openxmlformats.org/officeDocument/2006/relationships/image" Target="media/x21203.wmf"/><Relationship Id="rId11" Type="http://schemas.openxmlformats.org/officeDocument/2006/relationships/image" Target="media/x21204.wmf"/><Relationship Id="rId12" Type="http://schemas.openxmlformats.org/officeDocument/2006/relationships/image" Target="media/x21205.wmf"/><Relationship Id="rId13" Type="http://schemas.openxmlformats.org/officeDocument/2006/relationships/image" Target="media/x21206.wmf"/><Relationship Id="rId14" Type="http://schemas.openxmlformats.org/officeDocument/2006/relationships/image" Target="media/x21207.wmf"/><Relationship Id="rId15" Type="http://schemas.openxmlformats.org/officeDocument/2006/relationships/image" Target="media/x21208.wmf"/><Relationship Id="rId16" Type="http://schemas.openxmlformats.org/officeDocument/2006/relationships/image" Target="media/x21209.wmf"/><Relationship Id="rId17" Type="http://schemas.openxmlformats.org/officeDocument/2006/relationships/image" Target="media/x21210.wmf"/><Relationship Id="rId18" Type="http://schemas.openxmlformats.org/officeDocument/2006/relationships/image" Target="media/x21211.wmf"/><Relationship Id="rId19" Type="http://schemas.openxmlformats.org/officeDocument/2006/relationships/image" Target="media/x21212.wmf"/><Relationship Id="rId20" Type="http://schemas.openxmlformats.org/officeDocument/2006/relationships/image" Target="media/x21213.png"/><Relationship Id="rId21" Type="http://schemas.openxmlformats.org/officeDocument/2006/relationships/image" Target="media/x21214.wmf"/><Relationship Id="rId22" Type="http://schemas.openxmlformats.org/officeDocument/2006/relationships/image" Target="media/x21215.wmf"/><Relationship Id="rId23" Type="http://schemas.openxmlformats.org/officeDocument/2006/relationships/image" Target="media/x21216.wmf"/><Relationship Id="rId24" Type="http://schemas.openxmlformats.org/officeDocument/2006/relationships/image" Target="media/x21217.wmf"/><Relationship Id="rId25" Type="http://schemas.openxmlformats.org/officeDocument/2006/relationships/image" Target="media/x21218.wmf"/><Relationship Id="rId26" Type="http://schemas.openxmlformats.org/officeDocument/2006/relationships/image" Target="media/x21219.wmf"/><Relationship Id="rId27" Type="http://schemas.openxmlformats.org/officeDocument/2006/relationships/image" Target="media/x21220.wmf"/><Relationship Id="rId28" Type="http://schemas.openxmlformats.org/officeDocument/2006/relationships/image" Target="media/x21221.wmf"/><Relationship Id="rId29" Type="http://schemas.openxmlformats.org/officeDocument/2006/relationships/image" Target="media/x21222.wmf"/><Relationship Id="rId30" Type="http://schemas.openxmlformats.org/officeDocument/2006/relationships/image" Target="media/x21223.wmf"/><Relationship Id="rId31" Type="http://schemas.openxmlformats.org/officeDocument/2006/relationships/image" Target="media/x21224.wmf"/><Relationship Id="rId32" Type="http://schemas.openxmlformats.org/officeDocument/2006/relationships/image" Target="media/x21225.png"/><Relationship Id="rId33" Type="http://schemas.openxmlformats.org/officeDocument/2006/relationships/image" Target="media/x21226.png"/><Relationship Id="rId34" Type="http://schemas.openxmlformats.org/officeDocument/2006/relationships/image" Target="media/x21227.wmf"/><Relationship Id="rId35" Type="http://schemas.openxmlformats.org/officeDocument/2006/relationships/image" Target="media/x21228.wmf"/><Relationship Id="rId36" Type="http://schemas.openxmlformats.org/officeDocument/2006/relationships/image" Target="media/x21229.wmf"/><Relationship Id="rId37" Type="http://schemas.openxmlformats.org/officeDocument/2006/relationships/image" Target="media/x21230.wmf"/><Relationship Id="rId38" Type="http://schemas.openxmlformats.org/officeDocument/2006/relationships/image" Target="media/x21231.wmf"/><Relationship Id="rId39" Type="http://schemas.openxmlformats.org/officeDocument/2006/relationships/image" Target="media/x21232.wmf"/><Relationship Id="rId40" Type="http://schemas.openxmlformats.org/officeDocument/2006/relationships/image" Target="media/x21233.wmf"/><Relationship Id="rId41" Type="http://schemas.openxmlformats.org/officeDocument/2006/relationships/image" Target="media/x21234.wmf"/><Relationship Id="rId42" Type="http://schemas.openxmlformats.org/officeDocument/2006/relationships/image" Target="media/x21235.wmf"/><Relationship Id="rId43" Type="http://schemas.openxmlformats.org/officeDocument/2006/relationships/image" Target="media/x21236.wmf"/><Relationship Id="rId44" Type="http://schemas.openxmlformats.org/officeDocument/2006/relationships/image" Target="media/x21237.wmf"/><Relationship Id="rId45" Type="http://schemas.openxmlformats.org/officeDocument/2006/relationships/image" Target="media/x21238.wmf"/><Relationship Id="rId46" Type="http://schemas.openxmlformats.org/officeDocument/2006/relationships/image" Target="media/x21239.wmf"/><Relationship Id="rId47" Type="http://schemas.openxmlformats.org/officeDocument/2006/relationships/image" Target="media/x21240.wmf"/><Relationship Id="rId48" Type="http://schemas.openxmlformats.org/officeDocument/2006/relationships/image" Target="media/x21241.wmf"/><Relationship Id="rId49" Type="http://schemas.openxmlformats.org/officeDocument/2006/relationships/image" Target="media/x21242.png"/><Relationship Id="rId50" Type="http://schemas.openxmlformats.org/officeDocument/2006/relationships/image" Target="media/x21243.wmf"/><Relationship Id="rId51" Type="http://schemas.openxmlformats.org/officeDocument/2006/relationships/image" Target="media/x21244.wmf"/><Relationship Id="rId52" Type="http://schemas.openxmlformats.org/officeDocument/2006/relationships/image" Target="media/x21245.wmf"/><Relationship Id="rId53" Type="http://schemas.openxmlformats.org/officeDocument/2006/relationships/image" Target="media/x21246.wmf"/><Relationship Id="rId54" Type="http://schemas.openxmlformats.org/officeDocument/2006/relationships/image" Target="media/x21247.wmf"/><Relationship Id="rId55" Type="http://schemas.openxmlformats.org/officeDocument/2006/relationships/image" Target="media/x21248.wmf"/><Relationship Id="rId56" Type="http://schemas.openxmlformats.org/officeDocument/2006/relationships/image" Target="media/x21249.wmf"/><Relationship Id="rId57" Type="http://schemas.openxmlformats.org/officeDocument/2006/relationships/image" Target="media/x21250.wmf"/><Relationship Id="rId58" Type="http://schemas.openxmlformats.org/officeDocument/2006/relationships/image" Target="media/x21251.wmf"/><Relationship Id="rId59" Type="http://schemas.openxmlformats.org/officeDocument/2006/relationships/image" Target="media/x21252.wmf"/><Relationship Id="rId60" Type="http://schemas.openxmlformats.org/officeDocument/2006/relationships/image" Target="media/x21253.wmf"/><Relationship Id="rId61" Type="http://schemas.openxmlformats.org/officeDocument/2006/relationships/image" Target="media/x21254.wmf"/><Relationship Id="rId62" Type="http://schemas.openxmlformats.org/officeDocument/2006/relationships/image" Target="media/x21255.png"/><Relationship Id="rId63" Type="http://schemas.openxmlformats.org/officeDocument/2006/relationships/image" Target="media/x21256.wmf"/><Relationship Id="rId64" Type="http://schemas.openxmlformats.org/officeDocument/2006/relationships/image" Target="media/x21257.wmf"/><Relationship Id="rId65" Type="http://schemas.openxmlformats.org/officeDocument/2006/relationships/image" Target="media/x21258.wmf"/><Relationship Id="rId66" Type="http://schemas.openxmlformats.org/officeDocument/2006/relationships/image" Target="media/x21259.wmf"/><Relationship Id="rId67" Type="http://schemas.openxmlformats.org/officeDocument/2006/relationships/image" Target="media/x21260.wmf"/><Relationship Id="rId68" Type="http://schemas.openxmlformats.org/officeDocument/2006/relationships/image" Target="media/x21261.wmf"/><Relationship Id="rId69" Type="http://schemas.openxmlformats.org/officeDocument/2006/relationships/image" Target="media/x21262.wmf"/><Relationship Id="rId70" Type="http://schemas.openxmlformats.org/officeDocument/2006/relationships/image" Target="media/x21263.wmf"/><Relationship Id="rId71" Type="http://schemas.openxmlformats.org/officeDocument/2006/relationships/image" Target="media/x21264.wmf"/><Relationship Id="rId72" Type="http://schemas.openxmlformats.org/officeDocument/2006/relationships/image" Target="media/x21265.wmf"/><Relationship Id="rId73" Type="http://schemas.openxmlformats.org/officeDocument/2006/relationships/image" Target="media/x21266.wmf"/><Relationship Id="rId74" Type="http://schemas.openxmlformats.org/officeDocument/2006/relationships/image" Target="media/x21267.wmf"/><Relationship Id="rId75" Type="http://schemas.openxmlformats.org/officeDocument/2006/relationships/image" Target="media/x21268.wmf"/><Relationship Id="rId76" Type="http://schemas.openxmlformats.org/officeDocument/2006/relationships/image" Target="media/x21269.wmf"/><Relationship Id="rId77" Type="http://schemas.openxmlformats.org/officeDocument/2006/relationships/image" Target="media/x21270.wmf"/><Relationship Id="rId78" Type="http://schemas.openxmlformats.org/officeDocument/2006/relationships/image" Target="media/x21271.wmf"/><Relationship Id="rId79" Type="http://schemas.openxmlformats.org/officeDocument/2006/relationships/image" Target="media/x21272.wmf"/><Relationship Id="rId80" Type="http://schemas.openxmlformats.org/officeDocument/2006/relationships/image" Target="media/x21273.wmf"/><Relationship Id="rId81" Type="http://schemas.openxmlformats.org/officeDocument/2006/relationships/image" Target="media/x21274.wmf"/><Relationship Id="rId82" Type="http://schemas.openxmlformats.org/officeDocument/2006/relationships/image" Target="media/x21275.wmf"/><Relationship Id="rId83" Type="http://schemas.openxmlformats.org/officeDocument/2006/relationships/image" Target="media/x21276.wmf"/><Relationship Id="rId84" Type="http://schemas.openxmlformats.org/officeDocument/2006/relationships/image" Target="media/x21277.wmf"/><Relationship Id="rId85" Type="http://schemas.openxmlformats.org/officeDocument/2006/relationships/image" Target="media/x21278.wmf"/><Relationship Id="rId86" Type="http://schemas.openxmlformats.org/officeDocument/2006/relationships/image" Target="media/x21279.wmf"/><Relationship Id="rId87" Type="http://schemas.openxmlformats.org/officeDocument/2006/relationships/image" Target="media/x21280.wmf"/><Relationship Id="rId88" Type="http://schemas.openxmlformats.org/officeDocument/2006/relationships/image" Target="media/x21281.wmf"/><Relationship Id="rId89" Type="http://schemas.openxmlformats.org/officeDocument/2006/relationships/image" Target="media/x21282.wmf"/><Relationship Id="rId90" Type="http://schemas.openxmlformats.org/officeDocument/2006/relationships/image" Target="media/x21283.png"/><Relationship Id="rId91" Type="http://schemas.openxmlformats.org/officeDocument/2006/relationships/image" Target="media/x21284.png"/><Relationship Id="rId92" Type="http://schemas.openxmlformats.org/officeDocument/2006/relationships/image" Target="media/x21285.wmf"/><Relationship Id="rId93" Type="http://schemas.openxmlformats.org/officeDocument/2006/relationships/image" Target="media/x21286.wmf"/><Relationship Id="rId94" Type="http://schemas.openxmlformats.org/officeDocument/2006/relationships/image" Target="media/x21287.png"/><Relationship Id="rId95" Type="http://schemas.openxmlformats.org/officeDocument/2006/relationships/image" Target="media/x21288.wmf"/><Relationship Id="rId96" Type="http://schemas.openxmlformats.org/officeDocument/2006/relationships/image" Target="media/x21289.wmf"/><Relationship Id="rId97" Type="http://schemas.openxmlformats.org/officeDocument/2006/relationships/image" Target="media/x21290.png"/><Relationship Id="rId98" Type="http://schemas.openxmlformats.org/officeDocument/2006/relationships/image" Target="media/x21291.wmf"/><Relationship Id="rId99" Type="http://schemas.openxmlformats.org/officeDocument/2006/relationships/image" Target="media/x21292.wmf"/><Relationship Id="rId100" Type="http://schemas.openxmlformats.org/officeDocument/2006/relationships/image" Target="media/x21293.wmf"/><Relationship Id="rId101" Type="http://schemas.openxmlformats.org/officeDocument/2006/relationships/image" Target="media/x21294.wmf"/><Relationship Id="rId102" Type="http://schemas.openxmlformats.org/officeDocument/2006/relationships/image" Target="media/x21295.wmf"/><Relationship Id="rId103" Type="http://schemas.openxmlformats.org/officeDocument/2006/relationships/image" Target="media/x21296.wmf"/><Relationship Id="rId104" Type="http://schemas.openxmlformats.org/officeDocument/2006/relationships/image" Target="media/x21297.wmf"/><Relationship Id="rId105" Type="http://schemas.openxmlformats.org/officeDocument/2006/relationships/image" Target="media/x21298.wmf"/><Relationship Id="rId106" Type="http://schemas.openxmlformats.org/officeDocument/2006/relationships/image" Target="media/x21299.wmf"/><Relationship Id="rId107" Type="http://schemas.openxmlformats.org/officeDocument/2006/relationships/image" Target="media/x21300.wmf"/><Relationship Id="rId108" Type="http://schemas.openxmlformats.org/officeDocument/2006/relationships/image" Target="media/x21301.wmf"/><Relationship Id="rId109" Type="http://schemas.openxmlformats.org/officeDocument/2006/relationships/image" Target="media/x21302.wmf"/><Relationship Id="rId110" Type="http://schemas.openxmlformats.org/officeDocument/2006/relationships/image" Target="media/x21303.wmf"/><Relationship Id="rId111" Type="http://schemas.openxmlformats.org/officeDocument/2006/relationships/image" Target="media/x21304.wmf"/><Relationship Id="rId112" Type="http://schemas.openxmlformats.org/officeDocument/2006/relationships/image" Target="media/x21305.wmf"/><Relationship Id="rId113" Type="http://schemas.openxmlformats.org/officeDocument/2006/relationships/image" Target="media/x21306.wmf"/><Relationship Id="rId114" Type="http://schemas.openxmlformats.org/officeDocument/2006/relationships/image" Target="media/x21307.wmf"/><Relationship Id="rId115" Type="http://schemas.openxmlformats.org/officeDocument/2006/relationships/image" Target="media/x21308.wmf"/><Relationship Id="rId116" Type="http://schemas.openxmlformats.org/officeDocument/2006/relationships/image" Target="media/x21309.wmf"/><Relationship Id="rId117" Type="http://schemas.openxmlformats.org/officeDocument/2006/relationships/image" Target="media/x21310.wmf"/><Relationship Id="rId118" Type="http://schemas.openxmlformats.org/officeDocument/2006/relationships/image" Target="media/x21311.wmf"/><Relationship Id="rId119" Type="http://schemas.openxmlformats.org/officeDocument/2006/relationships/image" Target="media/x21312.wmf"/><Relationship Id="rId120" Type="http://schemas.openxmlformats.org/officeDocument/2006/relationships/image" Target="media/x21313.png"/><Relationship Id="rId121" Type="http://schemas.openxmlformats.org/officeDocument/2006/relationships/image" Target="media/x21314.wmf"/><Relationship Id="rId122" Type="http://schemas.openxmlformats.org/officeDocument/2006/relationships/image" Target="media/x21315.wmf"/><Relationship Id="rId123" Type="http://schemas.openxmlformats.org/officeDocument/2006/relationships/image" Target="media/x21316.wmf"/><Relationship Id="rId124" Type="http://schemas.openxmlformats.org/officeDocument/2006/relationships/image" Target="media/x21317.wmf"/><Relationship Id="rId125" Type="http://schemas.openxmlformats.org/officeDocument/2006/relationships/image" Target="media/x21318.wmf"/><Relationship Id="rId126" Type="http://schemas.openxmlformats.org/officeDocument/2006/relationships/image" Target="media/x21319.wmf"/><Relationship Id="rId127" Type="http://schemas.openxmlformats.org/officeDocument/2006/relationships/image" Target="media/x21320.wmf"/><Relationship Id="rId128" Type="http://schemas.openxmlformats.org/officeDocument/2006/relationships/image" Target="media/x21321.wmf"/><Relationship Id="rId129" Type="http://schemas.openxmlformats.org/officeDocument/2006/relationships/image" Target="media/x21322.wmf"/><Relationship Id="rId130" Type="http://schemas.openxmlformats.org/officeDocument/2006/relationships/image" Target="media/x21323.wmf"/><Relationship Id="rId131" Type="http://schemas.openxmlformats.org/officeDocument/2006/relationships/image" Target="media/x21324.wmf"/><Relationship Id="rId132" Type="http://schemas.openxmlformats.org/officeDocument/2006/relationships/image" Target="media/x21325.wmf"/><Relationship Id="rId133" Type="http://schemas.openxmlformats.org/officeDocument/2006/relationships/image" Target="media/x21326.wmf"/><Relationship Id="rId134" Type="http://schemas.openxmlformats.org/officeDocument/2006/relationships/image" Target="media/x21327.wmf"/><Relationship Id="rId135" Type="http://schemas.openxmlformats.org/officeDocument/2006/relationships/image" Target="media/x21328.wmf"/><Relationship Id="rId136" Type="http://schemas.openxmlformats.org/officeDocument/2006/relationships/image" Target="media/x21329.wmf"/><Relationship Id="rId137" Type="http://schemas.openxmlformats.org/officeDocument/2006/relationships/image" Target="media/x21330.wmf"/><Relationship Id="rId138" Type="http://schemas.openxmlformats.org/officeDocument/2006/relationships/image" Target="media/x21331.wmf"/><Relationship Id="rId139" Type="http://schemas.openxmlformats.org/officeDocument/2006/relationships/image" Target="media/x21332.wmf"/><Relationship Id="rId140" Type="http://schemas.openxmlformats.org/officeDocument/2006/relationships/image" Target="media/x21333.wmf"/><Relationship Id="rId141" Type="http://schemas.openxmlformats.org/officeDocument/2006/relationships/image" Target="media/x21334.wmf"/><Relationship Id="rId142" Type="http://schemas.openxmlformats.org/officeDocument/2006/relationships/image" Target="media/x21335.wmf"/><Relationship Id="rId143" Type="http://schemas.openxmlformats.org/officeDocument/2006/relationships/image" Target="media/x21336.wmf"/><Relationship Id="rId144" Type="http://schemas.openxmlformats.org/officeDocument/2006/relationships/image" Target="media/x21337.wmf"/><Relationship Id="rId145" Type="http://schemas.openxmlformats.org/officeDocument/2006/relationships/image" Target="media/x21338.wmf"/><Relationship Id="rId146" Type="http://schemas.openxmlformats.org/officeDocument/2006/relationships/image" Target="media/x21339.wmf"/><Relationship Id="rId147" Type="http://schemas.openxmlformats.org/officeDocument/2006/relationships/image" Target="media/x21340.wmf"/><Relationship Id="rId148" Type="http://schemas.openxmlformats.org/officeDocument/2006/relationships/image" Target="media/x21341.wmf"/><Relationship Id="rId149" Type="http://schemas.openxmlformats.org/officeDocument/2006/relationships/image" Target="media/x21342.wmf"/><Relationship Id="rId150" Type="http://schemas.openxmlformats.org/officeDocument/2006/relationships/image" Target="media/x21343.wmf"/><Relationship Id="rId151" Type="http://schemas.openxmlformats.org/officeDocument/2006/relationships/image" Target="media/x21344.wmf"/><Relationship Id="rId152" Type="http://schemas.openxmlformats.org/officeDocument/2006/relationships/image" Target="media/x21345.wmf"/><Relationship Id="rId153" Type="http://schemas.openxmlformats.org/officeDocument/2006/relationships/image" Target="media/x21346.wmf"/><Relationship Id="rId154" Type="http://schemas.openxmlformats.org/officeDocument/2006/relationships/image" Target="media/x21347.wmf"/><Relationship Id="rId155" Type="http://schemas.openxmlformats.org/officeDocument/2006/relationships/image" Target="media/x21348.wmf"/><Relationship Id="rId156" Type="http://schemas.openxmlformats.org/officeDocument/2006/relationships/image" Target="media/x21349.wmf"/><Relationship Id="rId157" Type="http://schemas.openxmlformats.org/officeDocument/2006/relationships/image" Target="media/x21350.wmf"/><Relationship Id="rId158" Type="http://schemas.openxmlformats.org/officeDocument/2006/relationships/image" Target="media/x21351.wmf"/><Relationship Id="rId159" Type="http://schemas.openxmlformats.org/officeDocument/2006/relationships/image" Target="media/x21352.wmf"/><Relationship Id="rId160" Type="http://schemas.openxmlformats.org/officeDocument/2006/relationships/image" Target="media/x21353.png"/><Relationship Id="rId161" Type="http://schemas.openxmlformats.org/officeDocument/2006/relationships/image" Target="media/x21354.wmf"/><Relationship Id="rId162" Type="http://schemas.openxmlformats.org/officeDocument/2006/relationships/image" Target="media/x21355.wmf"/><Relationship Id="rId163" Type="http://schemas.openxmlformats.org/officeDocument/2006/relationships/image" Target="media/x21356.wmf"/><Relationship Id="rId164" Type="http://schemas.openxmlformats.org/officeDocument/2006/relationships/image" Target="media/x21357.wmf"/><Relationship Id="rId165" Type="http://schemas.openxmlformats.org/officeDocument/2006/relationships/image" Target="media/x21358.wmf"/><Relationship Id="rId166" Type="http://schemas.openxmlformats.org/officeDocument/2006/relationships/image" Target="media/x21359.wmf"/><Relationship Id="rId167" Type="http://schemas.openxmlformats.org/officeDocument/2006/relationships/image" Target="media/x21360.wmf"/><Relationship Id="rId168" Type="http://schemas.openxmlformats.org/officeDocument/2006/relationships/image" Target="media/x21361.wmf"/><Relationship Id="rId169" Type="http://schemas.openxmlformats.org/officeDocument/2006/relationships/image" Target="media/x21362.wmf"/><Relationship Id="rId170" Type="http://schemas.openxmlformats.org/officeDocument/2006/relationships/image" Target="media/x21363.wmf"/><Relationship Id="rId171" Type="http://schemas.openxmlformats.org/officeDocument/2006/relationships/image" Target="media/x21364.wmf"/><Relationship Id="rId172" Type="http://schemas.openxmlformats.org/officeDocument/2006/relationships/image" Target="media/x21365.wmf"/><Relationship Id="rId173" Type="http://schemas.openxmlformats.org/officeDocument/2006/relationships/image" Target="media/x21366.wmf"/><Relationship Id="rId174" Type="http://schemas.openxmlformats.org/officeDocument/2006/relationships/image" Target="media/x21367.wmf"/><Relationship Id="rId175" Type="http://schemas.openxmlformats.org/officeDocument/2006/relationships/image" Target="media/x21368.wmf"/><Relationship Id="rId176" Type="http://schemas.openxmlformats.org/officeDocument/2006/relationships/image" Target="media/x21369.wmf"/><Relationship Id="rId177" Type="http://schemas.openxmlformats.org/officeDocument/2006/relationships/image" Target="media/x21370.wmf"/><Relationship Id="rId178" Type="http://schemas.openxmlformats.org/officeDocument/2006/relationships/image" Target="media/x21371.wmf"/><Relationship Id="rId179" Type="http://schemas.openxmlformats.org/officeDocument/2006/relationships/image" Target="media/x21372.wmf"/><Relationship Id="rId180" Type="http://schemas.openxmlformats.org/officeDocument/2006/relationships/image" Target="media/x21373.wmf"/><Relationship Id="rId181" Type="http://schemas.openxmlformats.org/officeDocument/2006/relationships/image" Target="media/x21374.wmf"/><Relationship Id="rId182" Type="http://schemas.openxmlformats.org/officeDocument/2006/relationships/image" Target="media/x21375.wmf"/><Relationship Id="rId183" Type="http://schemas.openxmlformats.org/officeDocument/2006/relationships/image" Target="media/x21376.wmf"/><Relationship Id="rId184" Type="http://schemas.openxmlformats.org/officeDocument/2006/relationships/image" Target="media/x21377.wmf"/><Relationship Id="rId185" Type="http://schemas.openxmlformats.org/officeDocument/2006/relationships/image" Target="media/x21378.wmf"/><Relationship Id="rId186" Type="http://schemas.openxmlformats.org/officeDocument/2006/relationships/image" Target="media/x21379.wmf"/><Relationship Id="rId187" Type="http://schemas.openxmlformats.org/officeDocument/2006/relationships/image" Target="media/x21380.wmf"/><Relationship Id="rId188" Type="http://schemas.openxmlformats.org/officeDocument/2006/relationships/image" Target="media/x21381.wmf"/><Relationship Id="rId189" Type="http://schemas.openxmlformats.org/officeDocument/2006/relationships/image" Target="media/x21382.wmf"/><Relationship Id="rId190" Type="http://schemas.openxmlformats.org/officeDocument/2006/relationships/image" Target="media/x21383.wmf"/><Relationship Id="rId191" Type="http://schemas.openxmlformats.org/officeDocument/2006/relationships/image" Target="media/x21384.wmf"/><Relationship Id="rId192" Type="http://schemas.openxmlformats.org/officeDocument/2006/relationships/image" Target="media/x21385.wmf"/><Relationship Id="rId193" Type="http://schemas.openxmlformats.org/officeDocument/2006/relationships/image" Target="media/x21386.wmf"/><Relationship Id="rId194" Type="http://schemas.openxmlformats.org/officeDocument/2006/relationships/image" Target="media/x21387.wmf"/><Relationship Id="rId195" Type="http://schemas.openxmlformats.org/officeDocument/2006/relationships/image" Target="media/x21388.png"/><Relationship Id="rId196" Type="http://schemas.openxmlformats.org/officeDocument/2006/relationships/image" Target="media/x21389.wmf"/><Relationship Id="rId197" Type="http://schemas.openxmlformats.org/officeDocument/2006/relationships/image" Target="media/x21390.wmf"/><Relationship Id="rId198" Type="http://schemas.openxmlformats.org/officeDocument/2006/relationships/image" Target="media/x21391.wmf"/><Relationship Id="rId199" Type="http://schemas.openxmlformats.org/officeDocument/2006/relationships/image" Target="media/x21392.wmf"/><Relationship Id="rId200" Type="http://schemas.openxmlformats.org/officeDocument/2006/relationships/image" Target="media/x21393.wmf"/><Relationship Id="rId201" Type="http://schemas.openxmlformats.org/officeDocument/2006/relationships/image" Target="media/x21394.wmf"/><Relationship Id="rId202" Type="http://schemas.openxmlformats.org/officeDocument/2006/relationships/image" Target="media/x21395.wmf"/><Relationship Id="rId203" Type="http://schemas.openxmlformats.org/officeDocument/2006/relationships/image" Target="media/x21396.wmf"/><Relationship Id="rId204" Type="http://schemas.openxmlformats.org/officeDocument/2006/relationships/image" Target="media/x21397.wmf"/><Relationship Id="rId205" Type="http://schemas.openxmlformats.org/officeDocument/2006/relationships/image" Target="media/x21398.wmf"/><Relationship Id="rId206" Type="http://schemas.openxmlformats.org/officeDocument/2006/relationships/image" Target="media/x21399.wmf"/><Relationship Id="rId207" Type="http://schemas.openxmlformats.org/officeDocument/2006/relationships/image" Target="media/x21400.wmf"/><Relationship Id="rId208" Type="http://schemas.openxmlformats.org/officeDocument/2006/relationships/image" Target="media/x21401.wmf"/><Relationship Id="rId209" Type="http://schemas.openxmlformats.org/officeDocument/2006/relationships/image" Target="media/x21402.wmf"/><Relationship Id="rId210" Type="http://schemas.openxmlformats.org/officeDocument/2006/relationships/image" Target="media/x21403.wmf"/><Relationship Id="rId211" Type="http://schemas.openxmlformats.org/officeDocument/2006/relationships/image" Target="media/x21404.wmf"/><Relationship Id="rId212" Type="http://schemas.openxmlformats.org/officeDocument/2006/relationships/image" Target="media/x21405.wmf"/><Relationship Id="rId213" Type="http://schemas.openxmlformats.org/officeDocument/2006/relationships/image" Target="media/x21406.wmf"/><Relationship Id="rId214" Type="http://schemas.openxmlformats.org/officeDocument/2006/relationships/image" Target="media/x21407.wmf"/><Relationship Id="rId215" Type="http://schemas.openxmlformats.org/officeDocument/2006/relationships/image" Target="media/x21408.wmf"/><Relationship Id="rId216" Type="http://schemas.openxmlformats.org/officeDocument/2006/relationships/image" Target="media/x21409.wmf"/><Relationship Id="rId217" Type="http://schemas.openxmlformats.org/officeDocument/2006/relationships/image" Target="media/x21410.wmf"/><Relationship Id="rId218" Type="http://schemas.openxmlformats.org/officeDocument/2006/relationships/image" Target="media/x21411.wmf"/><Relationship Id="rId219" Type="http://schemas.openxmlformats.org/officeDocument/2006/relationships/image" Target="media/x21412.wmf"/><Relationship Id="rId220" Type="http://schemas.openxmlformats.org/officeDocument/2006/relationships/image" Target="media/x21413.wmf"/><Relationship Id="rId221" Type="http://schemas.openxmlformats.org/officeDocument/2006/relationships/image" Target="media/x21414.wmf"/><Relationship Id="rId222" Type="http://schemas.openxmlformats.org/officeDocument/2006/relationships/image" Target="media/x21415.wmf"/><Relationship Id="rId223" Type="http://schemas.openxmlformats.org/officeDocument/2006/relationships/image" Target="media/x21416.wmf"/><Relationship Id="rId224" Type="http://schemas.openxmlformats.org/officeDocument/2006/relationships/image" Target="media/x21417.wmf"/><Relationship Id="rId225" Type="http://schemas.openxmlformats.org/officeDocument/2006/relationships/image" Target="media/x21418.wmf"/><Relationship Id="rId226" Type="http://schemas.openxmlformats.org/officeDocument/2006/relationships/image" Target="media/x21419.wmf"/><Relationship Id="rId227" Type="http://schemas.openxmlformats.org/officeDocument/2006/relationships/image" Target="media/x21420.wmf"/><Relationship Id="rId228" Type="http://schemas.openxmlformats.org/officeDocument/2006/relationships/image" Target="media/x21421.wmf"/><Relationship Id="rId229" Type="http://schemas.openxmlformats.org/officeDocument/2006/relationships/image" Target="media/x21422.wmf"/><Relationship Id="rId230" Type="http://schemas.openxmlformats.org/officeDocument/2006/relationships/image" Target="media/x21423.wmf"/><Relationship Id="rId231" Type="http://schemas.openxmlformats.org/officeDocument/2006/relationships/image" Target="media/x21424.wmf"/><Relationship Id="rId232" Type="http://schemas.openxmlformats.org/officeDocument/2006/relationships/image" Target="media/x21425.wmf"/><Relationship Id="rId233" Type="http://schemas.openxmlformats.org/officeDocument/2006/relationships/image" Target="media/x21426.wmf"/><Relationship Id="rId234" Type="http://schemas.openxmlformats.org/officeDocument/2006/relationships/image" Target="media/x21427.wmf"/><Relationship Id="rId235" Type="http://schemas.openxmlformats.org/officeDocument/2006/relationships/image" Target="media/x21428.wmf"/><Relationship Id="rId236" Type="http://schemas.openxmlformats.org/officeDocument/2006/relationships/image" Target="media/x21429.wmf"/><Relationship Id="rId237" Type="http://schemas.openxmlformats.org/officeDocument/2006/relationships/image" Target="media/x21430.wmf"/><Relationship Id="rId238" Type="http://schemas.openxmlformats.org/officeDocument/2006/relationships/image" Target="media/x21431.wmf"/><Relationship Id="rId239" Type="http://schemas.openxmlformats.org/officeDocument/2006/relationships/image" Target="media/x21432.wmf"/><Relationship Id="rId240" Type="http://schemas.openxmlformats.org/officeDocument/2006/relationships/image" Target="media/x21433.wmf"/><Relationship Id="rId241" Type="http://schemas.openxmlformats.org/officeDocument/2006/relationships/image" Target="media/x21434.wmf"/><Relationship Id="rId242" Type="http://schemas.openxmlformats.org/officeDocument/2006/relationships/image" Target="media/x21435.wmf"/><Relationship Id="rId243" Type="http://schemas.openxmlformats.org/officeDocument/2006/relationships/image" Target="media/x21436.wmf"/><Relationship Id="rId244" Type="http://schemas.openxmlformats.org/officeDocument/2006/relationships/image" Target="media/x21437.wmf"/><Relationship Id="rId245" Type="http://schemas.openxmlformats.org/officeDocument/2006/relationships/image" Target="media/x21438.wmf"/><Relationship Id="rId246" Type="http://schemas.openxmlformats.org/officeDocument/2006/relationships/image" Target="media/x21439.wmf"/><Relationship Id="rId247" Type="http://schemas.openxmlformats.org/officeDocument/2006/relationships/image" Target="media/x21440.wmf"/><Relationship Id="rId248" Type="http://schemas.openxmlformats.org/officeDocument/2006/relationships/image" Target="media/x21441.wmf"/><Relationship Id="rId249" Type="http://schemas.openxmlformats.org/officeDocument/2006/relationships/image" Target="media/x21442.wmf"/><Relationship Id="rId250" Type="http://schemas.openxmlformats.org/officeDocument/2006/relationships/image" Target="media/x21443.wmf"/><Relationship Id="rId251" Type="http://schemas.openxmlformats.org/officeDocument/2006/relationships/image" Target="media/x21444.wmf"/><Relationship Id="rId252" Type="http://schemas.openxmlformats.org/officeDocument/2006/relationships/image" Target="media/x21445.wmf"/><Relationship Id="rId253" Type="http://schemas.openxmlformats.org/officeDocument/2006/relationships/image" Target="media/x21446.wmf"/><Relationship Id="rId254" Type="http://schemas.openxmlformats.org/officeDocument/2006/relationships/image" Target="media/x21447.wmf"/><Relationship Id="rId255" Type="http://schemas.openxmlformats.org/officeDocument/2006/relationships/image" Target="media/x21448.wmf"/><Relationship Id="rId256" Type="http://schemas.openxmlformats.org/officeDocument/2006/relationships/image" Target="media/x21449.wmf"/><Relationship Id="rId257" Type="http://schemas.openxmlformats.org/officeDocument/2006/relationships/image" Target="media/x21450.wmf"/><Relationship Id="rId258" Type="http://schemas.openxmlformats.org/officeDocument/2006/relationships/image" Target="media/x21451.wmf"/><Relationship Id="rId259" Type="http://schemas.openxmlformats.org/officeDocument/2006/relationships/image" Target="media/x21452.wmf"/><Relationship Id="rId260" Type="http://schemas.openxmlformats.org/officeDocument/2006/relationships/image" Target="media/x21453.wmf"/><Relationship Id="rId261" Type="http://schemas.openxmlformats.org/officeDocument/2006/relationships/image" Target="media/x21454.wmf"/><Relationship Id="rId262" Type="http://schemas.openxmlformats.org/officeDocument/2006/relationships/image" Target="media/x21455.wmf"/><Relationship Id="rId263" Type="http://schemas.openxmlformats.org/officeDocument/2006/relationships/image" Target="media/x21456.wmf"/><Relationship Id="rId264" Type="http://schemas.openxmlformats.org/officeDocument/2006/relationships/image" Target="media/x21457.wmf"/><Relationship Id="rId265" Type="http://schemas.openxmlformats.org/officeDocument/2006/relationships/image" Target="media/x21458.wmf"/><Relationship Id="rId266" Type="http://schemas.openxmlformats.org/officeDocument/2006/relationships/image" Target="media/x21459.wmf"/><Relationship Id="rId267" Type="http://schemas.openxmlformats.org/officeDocument/2006/relationships/image" Target="media/x21460.wmf"/><Relationship Id="rId268" Type="http://schemas.openxmlformats.org/officeDocument/2006/relationships/image" Target="media/x21461.wmf"/><Relationship Id="rId269" Type="http://schemas.openxmlformats.org/officeDocument/2006/relationships/image" Target="media/x21462.wmf"/><Relationship Id="rId270" Type="http://schemas.openxmlformats.org/officeDocument/2006/relationships/image" Target="media/x21463.wmf"/><Relationship Id="rId271" Type="http://schemas.openxmlformats.org/officeDocument/2006/relationships/image" Target="media/x21464.wmf"/><Relationship Id="rId272" Type="http://schemas.openxmlformats.org/officeDocument/2006/relationships/image" Target="media/x21465.wmf"/><Relationship Id="rId273" Type="http://schemas.openxmlformats.org/officeDocument/2006/relationships/image" Target="media/x21466.wmf"/><Relationship Id="rId274" Type="http://schemas.openxmlformats.org/officeDocument/2006/relationships/image" Target="media/x21467.wmf"/><Relationship Id="rId275" Type="http://schemas.openxmlformats.org/officeDocument/2006/relationships/image" Target="media/x21468.wmf"/><Relationship Id="rId276" Type="http://schemas.openxmlformats.org/officeDocument/2006/relationships/image" Target="media/x21469.wmf"/><Relationship Id="rId277" Type="http://schemas.openxmlformats.org/officeDocument/2006/relationships/image" Target="media/x21470.wmf"/><Relationship Id="rId278" Type="http://schemas.openxmlformats.org/officeDocument/2006/relationships/image" Target="media/x21471.wmf"/><Relationship Id="rId279" Type="http://schemas.openxmlformats.org/officeDocument/2006/relationships/image" Target="media/x21472.wmf"/><Relationship Id="rId280" Type="http://schemas.openxmlformats.org/officeDocument/2006/relationships/image" Target="media/x21473.wmf"/><Relationship Id="rId281" Type="http://schemas.openxmlformats.org/officeDocument/2006/relationships/image" Target="media/x21474.wmf"/><Relationship Id="rId282" Type="http://schemas.openxmlformats.org/officeDocument/2006/relationships/image" Target="media/x21475.wmf"/><Relationship Id="rId283" Type="http://schemas.openxmlformats.org/officeDocument/2006/relationships/image" Target="media/x21476.wmf"/><Relationship Id="rId284" Type="http://schemas.openxmlformats.org/officeDocument/2006/relationships/image" Target="media/x21477.png"/><Relationship Id="rId285" Type="http://schemas.openxmlformats.org/officeDocument/2006/relationships/image" Target="media/x21478.wmf"/><Relationship Id="rId286" Type="http://schemas.openxmlformats.org/officeDocument/2006/relationships/image" Target="media/x21479.wmf"/><Relationship Id="rId287" Type="http://schemas.openxmlformats.org/officeDocument/2006/relationships/image" Target="media/x21480.wmf"/><Relationship Id="rId288" Type="http://schemas.openxmlformats.org/officeDocument/2006/relationships/image" Target="media/x21481.wmf"/><Relationship Id="rId289" Type="http://schemas.openxmlformats.org/officeDocument/2006/relationships/image" Target="media/x21482.wmf"/><Relationship Id="rId290" Type="http://schemas.openxmlformats.org/officeDocument/2006/relationships/image" Target="media/x21483.wmf"/><Relationship Id="rId291" Type="http://schemas.openxmlformats.org/officeDocument/2006/relationships/image" Target="media/x21484.wmf"/><Relationship Id="rId292" Type="http://schemas.openxmlformats.org/officeDocument/2006/relationships/image" Target="media/x21485.wmf"/><Relationship Id="rId293" Type="http://schemas.openxmlformats.org/officeDocument/2006/relationships/image" Target="media/x21486.wmf"/><Relationship Id="rId294" Type="http://schemas.openxmlformats.org/officeDocument/2006/relationships/image" Target="media/x21487.png"/><Relationship Id="rId295" Type="http://schemas.openxmlformats.org/officeDocument/2006/relationships/image" Target="media/x21488.wmf"/><Relationship Id="rId296" Type="http://schemas.openxmlformats.org/officeDocument/2006/relationships/image" Target="media/x21489.wmf"/><Relationship Id="rId297" Type="http://schemas.openxmlformats.org/officeDocument/2006/relationships/image" Target="media/x21490.wmf"/><Relationship Id="rId298" Type="http://schemas.openxmlformats.org/officeDocument/2006/relationships/image" Target="media/x21491.wmf"/><Relationship Id="rId299" Type="http://schemas.openxmlformats.org/officeDocument/2006/relationships/image" Target="media/x21492.wmf"/><Relationship Id="rId300" Type="http://schemas.openxmlformats.org/officeDocument/2006/relationships/image" Target="media/x21493.wmf"/><Relationship Id="rId301" Type="http://schemas.openxmlformats.org/officeDocument/2006/relationships/image" Target="media/x21494.wmf"/><Relationship Id="rId302" Type="http://schemas.openxmlformats.org/officeDocument/2006/relationships/image" Target="media/x21495.wmf"/><Relationship Id="rId303" Type="http://schemas.openxmlformats.org/officeDocument/2006/relationships/image" Target="media/x21496.wmf"/><Relationship Id="rId304" Type="http://schemas.openxmlformats.org/officeDocument/2006/relationships/image" Target="media/x21497.wmf"/><Relationship Id="rId305" Type="http://schemas.openxmlformats.org/officeDocument/2006/relationships/image" Target="media/x21498.wmf"/><Relationship Id="rId306" Type="http://schemas.openxmlformats.org/officeDocument/2006/relationships/image" Target="media/x21499.wmf"/><Relationship Id="rId307" Type="http://schemas.openxmlformats.org/officeDocument/2006/relationships/image" Target="media/x21500.wmf"/><Relationship Id="rId308" Type="http://schemas.openxmlformats.org/officeDocument/2006/relationships/image" Target="media/x21501.wmf"/><Relationship Id="rId309" Type="http://schemas.openxmlformats.org/officeDocument/2006/relationships/image" Target="media/x21502.wmf"/><Relationship Id="rId310" Type="http://schemas.openxmlformats.org/officeDocument/2006/relationships/image" Target="media/x21503.png"/><Relationship Id="rId311" Type="http://schemas.openxmlformats.org/officeDocument/2006/relationships/image" Target="media/x21504.wmf"/><Relationship Id="rId312" Type="http://schemas.openxmlformats.org/officeDocument/2006/relationships/image" Target="media/x21505.wmf"/><Relationship Id="rId313" Type="http://schemas.openxmlformats.org/officeDocument/2006/relationships/image" Target="media/x21506.wmf"/><Relationship Id="rId314" Type="http://schemas.openxmlformats.org/officeDocument/2006/relationships/image" Target="media/x21507.wmf"/><Relationship Id="rId315" Type="http://schemas.openxmlformats.org/officeDocument/2006/relationships/image" Target="media/x21508.wmf"/><Relationship Id="rId316" Type="http://schemas.openxmlformats.org/officeDocument/2006/relationships/image" Target="media/x21509.wmf"/><Relationship Id="rId317" Type="http://schemas.openxmlformats.org/officeDocument/2006/relationships/image" Target="media/x21510.wmf"/><Relationship Id="rId318" Type="http://schemas.openxmlformats.org/officeDocument/2006/relationships/image" Target="media/x21511.wmf"/><Relationship Id="rId319" Type="http://schemas.openxmlformats.org/officeDocument/2006/relationships/image" Target="media/x21512.png"/><Relationship Id="rId320" Type="http://schemas.openxmlformats.org/officeDocument/2006/relationships/image" Target="media/x21513.wmf"/><Relationship Id="rId321" Type="http://schemas.openxmlformats.org/officeDocument/2006/relationships/image" Target="media/x21514.wmf"/><Relationship Id="rId322" Type="http://schemas.openxmlformats.org/officeDocument/2006/relationships/image" Target="media/x21515.wmf"/><Relationship Id="rId323" Type="http://schemas.openxmlformats.org/officeDocument/2006/relationships/image" Target="media/x21516.wmf"/><Relationship Id="rId324" Type="http://schemas.openxmlformats.org/officeDocument/2006/relationships/image" Target="media/x21517.wmf"/><Relationship Id="rId325" Type="http://schemas.openxmlformats.org/officeDocument/2006/relationships/image" Target="media/x21518.wmf"/><Relationship Id="rId326" Type="http://schemas.openxmlformats.org/officeDocument/2006/relationships/image" Target="media/x21519.wmf"/><Relationship Id="rId327" Type="http://schemas.openxmlformats.org/officeDocument/2006/relationships/image" Target="media/x21520.wmf"/><Relationship Id="rId328" Type="http://schemas.openxmlformats.org/officeDocument/2006/relationships/image" Target="media/x21521.wmf"/><Relationship Id="rId329" Type="http://schemas.openxmlformats.org/officeDocument/2006/relationships/image" Target="media/x21522.wmf"/><Relationship Id="rId330" Type="http://schemas.openxmlformats.org/officeDocument/2006/relationships/image" Target="media/x21523.wmf"/><Relationship Id="rId331" Type="http://schemas.openxmlformats.org/officeDocument/2006/relationships/image" Target="media/x21524.wmf"/><Relationship Id="rId332" Type="http://schemas.openxmlformats.org/officeDocument/2006/relationships/image" Target="media/x21525.wmf"/><Relationship Id="rId333" Type="http://schemas.openxmlformats.org/officeDocument/2006/relationships/image" Target="media/x21526.wmf"/><Relationship Id="rId334" Type="http://schemas.openxmlformats.org/officeDocument/2006/relationships/image" Target="media/x21527.wmf"/><Relationship Id="rId335" Type="http://schemas.openxmlformats.org/officeDocument/2006/relationships/image" Target="media/x21528.wmf"/><Relationship Id="rId336" Type="http://schemas.openxmlformats.org/officeDocument/2006/relationships/image" Target="media/x21529.wmf"/><Relationship Id="rId337" Type="http://schemas.openxmlformats.org/officeDocument/2006/relationships/image" Target="media/x21530.wmf"/><Relationship Id="rId338" Type="http://schemas.openxmlformats.org/officeDocument/2006/relationships/image" Target="media/x21531.wmf"/><Relationship Id="rId339" Type="http://schemas.openxmlformats.org/officeDocument/2006/relationships/image" Target="media/x21532.wmf"/><Relationship Id="rId340" Type="http://schemas.openxmlformats.org/officeDocument/2006/relationships/image" Target="media/x21533.wmf"/><Relationship Id="rId341" Type="http://schemas.openxmlformats.org/officeDocument/2006/relationships/image" Target="media/x21534.wmf"/><Relationship Id="rId342" Type="http://schemas.openxmlformats.org/officeDocument/2006/relationships/image" Target="media/x21535.wmf"/><Relationship Id="rId343" Type="http://schemas.openxmlformats.org/officeDocument/2006/relationships/image" Target="media/x21536.wmf"/><Relationship Id="rId344" Type="http://schemas.openxmlformats.org/officeDocument/2006/relationships/image" Target="media/x21537.wmf"/><Relationship Id="rId345" Type="http://schemas.openxmlformats.org/officeDocument/2006/relationships/image" Target="media/x21538.wmf"/><Relationship Id="rId346" Type="http://schemas.openxmlformats.org/officeDocument/2006/relationships/image" Target="media/x21539.wmf"/><Relationship Id="rId347" Type="http://schemas.openxmlformats.org/officeDocument/2006/relationships/image" Target="media/x21540.png"/><Relationship Id="rId348" Type="http://schemas.openxmlformats.org/officeDocument/2006/relationships/image" Target="media/x21541.wmf"/><Relationship Id="rId349" Type="http://schemas.openxmlformats.org/officeDocument/2006/relationships/image" Target="media/x21542.wmf"/><Relationship Id="rId350" Type="http://schemas.openxmlformats.org/officeDocument/2006/relationships/image" Target="media/x21543.wmf"/><Relationship Id="rId351" Type="http://schemas.openxmlformats.org/officeDocument/2006/relationships/image" Target="media/x21544.wmf"/><Relationship Id="rId352" Type="http://schemas.openxmlformats.org/officeDocument/2006/relationships/image" Target="media/x21545.wmf"/><Relationship Id="rId353" Type="http://schemas.openxmlformats.org/officeDocument/2006/relationships/image" Target="media/x21546.wmf"/><Relationship Id="rId354" Type="http://schemas.openxmlformats.org/officeDocument/2006/relationships/image" Target="media/x21547.wmf"/><Relationship Id="rId355" Type="http://schemas.openxmlformats.org/officeDocument/2006/relationships/image" Target="media/x21548.wmf"/><Relationship Id="rId356" Type="http://schemas.openxmlformats.org/officeDocument/2006/relationships/image" Target="media/x21549.png"/><Relationship Id="rId357" Type="http://schemas.openxmlformats.org/officeDocument/2006/relationships/image" Target="media/x21550.wmf"/><Relationship Id="rId358" Type="http://schemas.openxmlformats.org/officeDocument/2006/relationships/image" Target="media/x21551.wmf"/><Relationship Id="rId359" Type="http://schemas.openxmlformats.org/officeDocument/2006/relationships/image" Target="media/x21552.wmf"/><Relationship Id="rId360" Type="http://schemas.openxmlformats.org/officeDocument/2006/relationships/image" Target="media/x21553.wmf"/><Relationship Id="rId361" Type="http://schemas.openxmlformats.org/officeDocument/2006/relationships/image" Target="media/x21554.wmf"/><Relationship Id="rId362" Type="http://schemas.openxmlformats.org/officeDocument/2006/relationships/image" Target="media/x21555.wmf"/><Relationship Id="rId363" Type="http://schemas.openxmlformats.org/officeDocument/2006/relationships/image" Target="media/x21556.wmf"/><Relationship Id="rId364" Type="http://schemas.openxmlformats.org/officeDocument/2006/relationships/image" Target="media/x21557.wmf"/><Relationship Id="rId365" Type="http://schemas.openxmlformats.org/officeDocument/2006/relationships/image" Target="media/x21558.wmf"/><Relationship Id="rId366" Type="http://schemas.openxmlformats.org/officeDocument/2006/relationships/image" Target="media/x21559.wmf"/><Relationship Id="rId367" Type="http://schemas.openxmlformats.org/officeDocument/2006/relationships/image" Target="media/x21560.wmf"/><Relationship Id="rId368" Type="http://schemas.openxmlformats.org/officeDocument/2006/relationships/image" Target="media/x21561.wmf"/><Relationship Id="rId369" Type="http://schemas.openxmlformats.org/officeDocument/2006/relationships/image" Target="media/x21562.wmf"/><Relationship Id="rId370" Type="http://schemas.openxmlformats.org/officeDocument/2006/relationships/image" Target="media/x21563.wmf"/><Relationship Id="rId371" Type="http://schemas.openxmlformats.org/officeDocument/2006/relationships/image" Target="media/x21564.png"/><Relationship Id="rId372" Type="http://schemas.openxmlformats.org/officeDocument/2006/relationships/image" Target="media/x21565.wmf"/><Relationship Id="rId373" Type="http://schemas.openxmlformats.org/officeDocument/2006/relationships/image" Target="media/x21566.wmf"/><Relationship Id="rId374" Type="http://schemas.openxmlformats.org/officeDocument/2006/relationships/image" Target="media/x21567.wmf"/><Relationship Id="rId375" Type="http://schemas.openxmlformats.org/officeDocument/2006/relationships/image" Target="media/x21568.wmf"/><Relationship Id="rId376" Type="http://schemas.openxmlformats.org/officeDocument/2006/relationships/image" Target="media/x21569.wmf"/><Relationship Id="rId377" Type="http://schemas.openxmlformats.org/officeDocument/2006/relationships/image" Target="media/x21570.wmf"/><Relationship Id="rId378" Type="http://schemas.openxmlformats.org/officeDocument/2006/relationships/image" Target="media/x21571.wmf"/><Relationship Id="rId379" Type="http://schemas.openxmlformats.org/officeDocument/2006/relationships/image" Target="media/x21572.wmf"/><Relationship Id="rId380" Type="http://schemas.openxmlformats.org/officeDocument/2006/relationships/image" Target="media/x21573.wmf"/><Relationship Id="rId381" Type="http://schemas.openxmlformats.org/officeDocument/2006/relationships/image" Target="media/x21574.wmf"/><Relationship Id="rId382" Type="http://schemas.openxmlformats.org/officeDocument/2006/relationships/image" Target="media/x21575.wmf"/><Relationship Id="rId383" Type="http://schemas.openxmlformats.org/officeDocument/2006/relationships/image" Target="media/x21576.wmf"/><Relationship Id="rId384" Type="http://schemas.openxmlformats.org/officeDocument/2006/relationships/image" Target="media/x21577.wmf"/><Relationship Id="rId385" Type="http://schemas.openxmlformats.org/officeDocument/2006/relationships/image" Target="media/x21578.wmf"/><Relationship Id="rId386" Type="http://schemas.openxmlformats.org/officeDocument/2006/relationships/image" Target="media/x21579.wmf"/><Relationship Id="rId387" Type="http://schemas.openxmlformats.org/officeDocument/2006/relationships/image" Target="media/x21580.wmf"/><Relationship Id="rId388" Type="http://schemas.openxmlformats.org/officeDocument/2006/relationships/image" Target="media/x21581.wmf"/><Relationship Id="rId389" Type="http://schemas.openxmlformats.org/officeDocument/2006/relationships/image" Target="media/x21582.png"/><Relationship Id="rId390" Type="http://schemas.openxmlformats.org/officeDocument/2006/relationships/image" Target="media/x21583.wmf"/><Relationship Id="rId391" Type="http://schemas.openxmlformats.org/officeDocument/2006/relationships/image" Target="media/x21584.wmf"/><Relationship Id="rId392" Type="http://schemas.openxmlformats.org/officeDocument/2006/relationships/image" Target="media/x21585.wmf"/><Relationship Id="rId393" Type="http://schemas.openxmlformats.org/officeDocument/2006/relationships/image" Target="media/x21586.wmf"/><Relationship Id="rId394" Type="http://schemas.openxmlformats.org/officeDocument/2006/relationships/image" Target="media/x21587.wmf"/><Relationship Id="rId395" Type="http://schemas.openxmlformats.org/officeDocument/2006/relationships/image" Target="media/x21588.wmf"/><Relationship Id="rId396" Type="http://schemas.openxmlformats.org/officeDocument/2006/relationships/image" Target="media/x21589.wmf"/><Relationship Id="rId397" Type="http://schemas.openxmlformats.org/officeDocument/2006/relationships/image" Target="media/x21590.wmf"/><Relationship Id="rId398" Type="http://schemas.openxmlformats.org/officeDocument/2006/relationships/image" Target="media/x21591.wmf"/><Relationship Id="rId399" Type="http://schemas.openxmlformats.org/officeDocument/2006/relationships/image" Target="media/x21592.wmf"/><Relationship Id="rId400" Type="http://schemas.openxmlformats.org/officeDocument/2006/relationships/image" Target="media/x21593.wmf"/><Relationship Id="rId401" Type="http://schemas.openxmlformats.org/officeDocument/2006/relationships/image" Target="media/x21594.wmf"/><Relationship Id="rId402" Type="http://schemas.openxmlformats.org/officeDocument/2006/relationships/image" Target="media/x21595.wmf"/><Relationship Id="rId403" Type="http://schemas.openxmlformats.org/officeDocument/2006/relationships/image" Target="media/x21596.wmf"/><Relationship Id="rId404" Type="http://schemas.openxmlformats.org/officeDocument/2006/relationships/image" Target="media/x21597.wmf"/><Relationship Id="rId405" Type="http://schemas.openxmlformats.org/officeDocument/2006/relationships/image" Target="media/x21598.wmf"/><Relationship Id="rId406" Type="http://schemas.openxmlformats.org/officeDocument/2006/relationships/image" Target="media/x21599.wmf"/><Relationship Id="rId407" Type="http://schemas.openxmlformats.org/officeDocument/2006/relationships/image" Target="media/x21600.wmf"/><Relationship Id="rId408" Type="http://schemas.openxmlformats.org/officeDocument/2006/relationships/image" Target="media/x21601.wmf"/><Relationship Id="rId409" Type="http://schemas.openxmlformats.org/officeDocument/2006/relationships/image" Target="media/x21602.wmf"/><Relationship Id="rId410" Type="http://schemas.openxmlformats.org/officeDocument/2006/relationships/image" Target="media/x21603.wmf"/><Relationship Id="rId411" Type="http://schemas.openxmlformats.org/officeDocument/2006/relationships/image" Target="media/x21604.wmf"/><Relationship Id="rId412" Type="http://schemas.openxmlformats.org/officeDocument/2006/relationships/image" Target="media/x21605.wmf"/><Relationship Id="rId413" Type="http://schemas.openxmlformats.org/officeDocument/2006/relationships/image" Target="media/x21606.wmf"/><Relationship Id="rId414" Type="http://schemas.openxmlformats.org/officeDocument/2006/relationships/image" Target="media/x21607.wmf"/><Relationship Id="rId415" Type="http://schemas.openxmlformats.org/officeDocument/2006/relationships/image" Target="media/x21608.wmf"/><Relationship Id="rId416" Type="http://schemas.openxmlformats.org/officeDocument/2006/relationships/image" Target="media/x21609.wmf"/><Relationship Id="rId417" Type="http://schemas.openxmlformats.org/officeDocument/2006/relationships/image" Target="media/x21610.wmf"/><Relationship Id="rId418" Type="http://schemas.openxmlformats.org/officeDocument/2006/relationships/image" Target="media/x21611.png"/><Relationship Id="rId419" Type="http://schemas.openxmlformats.org/officeDocument/2006/relationships/image" Target="media/x21612.wmf"/><Relationship Id="rId420" Type="http://schemas.openxmlformats.org/officeDocument/2006/relationships/image" Target="media/x21613.wmf"/><Relationship Id="rId421" Type="http://schemas.openxmlformats.org/officeDocument/2006/relationships/image" Target="media/x21614.wmf"/><Relationship Id="rId422" Type="http://schemas.openxmlformats.org/officeDocument/2006/relationships/image" Target="media/x21615.wmf"/><Relationship Id="rId423" Type="http://schemas.openxmlformats.org/officeDocument/2006/relationships/image" Target="media/x21616.wmf"/><Relationship Id="rId424" Type="http://schemas.openxmlformats.org/officeDocument/2006/relationships/image" Target="media/x21617.wmf"/><Relationship Id="rId425" Type="http://schemas.openxmlformats.org/officeDocument/2006/relationships/image" Target="media/x21618.wmf"/><Relationship Id="rId426" Type="http://schemas.openxmlformats.org/officeDocument/2006/relationships/image" Target="media/x21619.wmf"/><Relationship Id="rId427" Type="http://schemas.openxmlformats.org/officeDocument/2006/relationships/image" Target="media/x21620.wmf"/><Relationship Id="rId428" Type="http://schemas.openxmlformats.org/officeDocument/2006/relationships/image" Target="media/x21621.wmf"/><Relationship Id="rId429" Type="http://schemas.openxmlformats.org/officeDocument/2006/relationships/image" Target="media/x21622.wmf"/><Relationship Id="rId430" Type="http://schemas.openxmlformats.org/officeDocument/2006/relationships/image" Target="media/x21623.wmf"/><Relationship Id="rId431" Type="http://schemas.openxmlformats.org/officeDocument/2006/relationships/image" Target="media/x21624.wmf"/><Relationship Id="rId432" Type="http://schemas.openxmlformats.org/officeDocument/2006/relationships/image" Target="media/x21625.wmf"/><Relationship Id="rId433" Type="http://schemas.openxmlformats.org/officeDocument/2006/relationships/image" Target="media/x21626.wmf"/><Relationship Id="rId434" Type="http://schemas.openxmlformats.org/officeDocument/2006/relationships/image" Target="media/x21627.png"/><Relationship Id="rId435" Type="http://schemas.openxmlformats.org/officeDocument/2006/relationships/image" Target="media/x21628.wmf"/><Relationship Id="rId436" Type="http://schemas.openxmlformats.org/officeDocument/2006/relationships/image" Target="media/x21629.wmf"/><Relationship Id="rId437" Type="http://schemas.openxmlformats.org/officeDocument/2006/relationships/image" Target="media/x21630.wmf"/><Relationship Id="rId438" Type="http://schemas.openxmlformats.org/officeDocument/2006/relationships/image" Target="media/x21631.wmf"/><Relationship Id="rId439" Type="http://schemas.openxmlformats.org/officeDocument/2006/relationships/image" Target="media/x21632.wmf"/><Relationship Id="rId440" Type="http://schemas.openxmlformats.org/officeDocument/2006/relationships/image" Target="media/x21633.wmf"/><Relationship Id="rId441" Type="http://schemas.openxmlformats.org/officeDocument/2006/relationships/image" Target="media/x21634.wmf"/><Relationship Id="rId442" Type="http://schemas.openxmlformats.org/officeDocument/2006/relationships/image" Target="media/x21635.wmf"/><Relationship Id="rId443" Type="http://schemas.openxmlformats.org/officeDocument/2006/relationships/image" Target="media/x21636.wmf"/><Relationship Id="rId444" Type="http://schemas.openxmlformats.org/officeDocument/2006/relationships/image" Target="media/x21637.wmf"/><Relationship Id="rId445" Type="http://schemas.openxmlformats.org/officeDocument/2006/relationships/image" Target="media/x21638.wmf"/><Relationship Id="rId446" Type="http://schemas.openxmlformats.org/officeDocument/2006/relationships/image" Target="media/x21639.wmf"/><Relationship Id="rId447" Type="http://schemas.openxmlformats.org/officeDocument/2006/relationships/image" Target="media/x21640.wmf"/><Relationship Id="rId448" Type="http://schemas.openxmlformats.org/officeDocument/2006/relationships/image" Target="media/x21641.wmf"/><Relationship Id="rId449" Type="http://schemas.openxmlformats.org/officeDocument/2006/relationships/image" Target="media/x21642.wmf"/><Relationship Id="rId450" Type="http://schemas.openxmlformats.org/officeDocument/2006/relationships/image" Target="media/x21643.wmf"/><Relationship Id="rId451" Type="http://schemas.openxmlformats.org/officeDocument/2006/relationships/image" Target="media/x21644.wmf"/><Relationship Id="rId452" Type="http://schemas.openxmlformats.org/officeDocument/2006/relationships/image" Target="media/x21645.wmf"/><Relationship Id="rId453" Type="http://schemas.openxmlformats.org/officeDocument/2006/relationships/image" Target="media/x21646.wmf"/><Relationship Id="rId454" Type="http://schemas.openxmlformats.org/officeDocument/2006/relationships/image" Target="media/x21647.wmf"/><Relationship Id="rId455" Type="http://schemas.openxmlformats.org/officeDocument/2006/relationships/image" Target="media/x21648.wmf"/><Relationship Id="rId456" Type="http://schemas.openxmlformats.org/officeDocument/2006/relationships/image" Target="media/x21649.wmf"/><Relationship Id="rId457" Type="http://schemas.openxmlformats.org/officeDocument/2006/relationships/image" Target="media/x21650.wmf"/><Relationship Id="rId458" Type="http://schemas.openxmlformats.org/officeDocument/2006/relationships/image" Target="media/x21651.wmf"/><Relationship Id="rId459" Type="http://schemas.openxmlformats.org/officeDocument/2006/relationships/image" Target="media/x21652.wmf"/><Relationship Id="rId460" Type="http://schemas.openxmlformats.org/officeDocument/2006/relationships/image" Target="media/x21653.wmf"/><Relationship Id="rId461" Type="http://schemas.openxmlformats.org/officeDocument/2006/relationships/image" Target="media/x21654.wmf"/><Relationship Id="rId462" Type="http://schemas.openxmlformats.org/officeDocument/2006/relationships/image" Target="media/x21655.wmf"/><Relationship Id="rId463" Type="http://schemas.openxmlformats.org/officeDocument/2006/relationships/image" Target="media/x21656.wmf"/><Relationship Id="rId464" Type="http://schemas.openxmlformats.org/officeDocument/2006/relationships/image" Target="media/x21657.wmf"/><Relationship Id="rId465" Type="http://schemas.openxmlformats.org/officeDocument/2006/relationships/image" Target="media/x21658.wmf"/><Relationship Id="rId466" Type="http://schemas.openxmlformats.org/officeDocument/2006/relationships/image" Target="media/x21659.wmf"/><Relationship Id="rId467" Type="http://schemas.openxmlformats.org/officeDocument/2006/relationships/image" Target="media/x21660.wmf"/><Relationship Id="rId468" Type="http://schemas.openxmlformats.org/officeDocument/2006/relationships/image" Target="media/x21661.wmf"/><Relationship Id="rId469" Type="http://schemas.openxmlformats.org/officeDocument/2006/relationships/image" Target="media/x21662.wmf"/><Relationship Id="rId470" Type="http://schemas.openxmlformats.org/officeDocument/2006/relationships/image" Target="media/x21663.wmf"/><Relationship Id="rId471" Type="http://schemas.openxmlformats.org/officeDocument/2006/relationships/image" Target="media/x21664.wmf"/><Relationship Id="rId472" Type="http://schemas.openxmlformats.org/officeDocument/2006/relationships/image" Target="media/x21665.wmf"/><Relationship Id="rId473" Type="http://schemas.openxmlformats.org/officeDocument/2006/relationships/image" Target="media/x21666.wmf"/><Relationship Id="rId474" Type="http://schemas.openxmlformats.org/officeDocument/2006/relationships/image" Target="media/x21667.wmf"/><Relationship Id="rId475" Type="http://schemas.openxmlformats.org/officeDocument/2006/relationships/image" Target="media/x21668.wmf"/><Relationship Id="rId476" Type="http://schemas.openxmlformats.org/officeDocument/2006/relationships/image" Target="media/x21669.wmf"/><Relationship Id="rId477" Type="http://schemas.openxmlformats.org/officeDocument/2006/relationships/image" Target="media/x21670.wmf"/><Relationship Id="rId478" Type="http://schemas.openxmlformats.org/officeDocument/2006/relationships/image" Target="media/x21671.wmf"/><Relationship Id="rId479" Type="http://schemas.openxmlformats.org/officeDocument/2006/relationships/image" Target="media/x21672.wmf"/><Relationship Id="rId480" Type="http://schemas.openxmlformats.org/officeDocument/2006/relationships/image" Target="media/x21673.wmf"/><Relationship Id="rId481" Type="http://schemas.openxmlformats.org/officeDocument/2006/relationships/image" Target="media/x21674.wmf"/><Relationship Id="rId482" Type="http://schemas.openxmlformats.org/officeDocument/2006/relationships/image" Target="media/x21675.wmf"/><Relationship Id="rId483" Type="http://schemas.openxmlformats.org/officeDocument/2006/relationships/image" Target="media/x21676.wmf"/><Relationship Id="rId484" Type="http://schemas.openxmlformats.org/officeDocument/2006/relationships/image" Target="media/x21677.wmf"/><Relationship Id="rId485" Type="http://schemas.openxmlformats.org/officeDocument/2006/relationships/image" Target="media/x21678.wmf"/><Relationship Id="rId486" Type="http://schemas.openxmlformats.org/officeDocument/2006/relationships/image" Target="media/x21679.wmf"/><Relationship Id="rId487" Type="http://schemas.openxmlformats.org/officeDocument/2006/relationships/image" Target="media/x21680.wmf"/><Relationship Id="rId488" Type="http://schemas.openxmlformats.org/officeDocument/2006/relationships/image" Target="media/x21681.wmf"/><Relationship Id="rId489" Type="http://schemas.openxmlformats.org/officeDocument/2006/relationships/image" Target="media/x21682.wmf"/><Relationship Id="rId490" Type="http://schemas.openxmlformats.org/officeDocument/2006/relationships/image" Target="media/x21683.wmf"/><Relationship Id="rId491" Type="http://schemas.openxmlformats.org/officeDocument/2006/relationships/image" Target="media/x21684.wmf"/><Relationship Id="rId492" Type="http://schemas.openxmlformats.org/officeDocument/2006/relationships/image" Target="media/x21685.wmf"/><Relationship Id="rId493" Type="http://schemas.openxmlformats.org/officeDocument/2006/relationships/image" Target="media/x21686.wmf"/><Relationship Id="rId494" Type="http://schemas.openxmlformats.org/officeDocument/2006/relationships/image" Target="media/x21687.wmf"/><Relationship Id="rId495" Type="http://schemas.openxmlformats.org/officeDocument/2006/relationships/image" Target="media/x21688.wmf"/><Relationship Id="rId496" Type="http://schemas.openxmlformats.org/officeDocument/2006/relationships/image" Target="media/x21689.wmf"/><Relationship Id="rId497" Type="http://schemas.openxmlformats.org/officeDocument/2006/relationships/image" Target="media/x21690.wmf"/><Relationship Id="rId498" Type="http://schemas.openxmlformats.org/officeDocument/2006/relationships/image" Target="media/x21691.png"/><Relationship Id="rId499" Type="http://schemas.openxmlformats.org/officeDocument/2006/relationships/image" Target="media/x21692.wmf"/><Relationship Id="rId500" Type="http://schemas.openxmlformats.org/officeDocument/2006/relationships/image" Target="media/x21693.wmf"/><Relationship Id="rId501" Type="http://schemas.openxmlformats.org/officeDocument/2006/relationships/image" Target="media/x21694.wmf"/><Relationship Id="rId502" Type="http://schemas.openxmlformats.org/officeDocument/2006/relationships/image" Target="media/x21695.wmf"/><Relationship Id="rId503" Type="http://schemas.openxmlformats.org/officeDocument/2006/relationships/image" Target="media/x21696.wmf"/><Relationship Id="rId504" Type="http://schemas.openxmlformats.org/officeDocument/2006/relationships/image" Target="media/x21697.wmf"/><Relationship Id="rId505" Type="http://schemas.openxmlformats.org/officeDocument/2006/relationships/image" Target="media/x21698.wmf"/><Relationship Id="rId506" Type="http://schemas.openxmlformats.org/officeDocument/2006/relationships/image" Target="media/x21699.wmf"/><Relationship Id="rId507" Type="http://schemas.openxmlformats.org/officeDocument/2006/relationships/image" Target="media/x21700.wmf"/><Relationship Id="rId508" Type="http://schemas.openxmlformats.org/officeDocument/2006/relationships/image" Target="media/x21701.wmf"/><Relationship Id="rId509" Type="http://schemas.openxmlformats.org/officeDocument/2006/relationships/image" Target="media/x21702.wmf"/><Relationship Id="rId510" Type="http://schemas.openxmlformats.org/officeDocument/2006/relationships/image" Target="media/x21703.wmf"/><Relationship Id="rId511" Type="http://schemas.openxmlformats.org/officeDocument/2006/relationships/image" Target="media/x21704.wmf"/><Relationship Id="rId512" Type="http://schemas.openxmlformats.org/officeDocument/2006/relationships/image" Target="media/x21705.wmf"/><Relationship Id="rId513" Type="http://schemas.openxmlformats.org/officeDocument/2006/relationships/image" Target="media/x21706.wmf"/><Relationship Id="rId514" Type="http://schemas.openxmlformats.org/officeDocument/2006/relationships/image" Target="media/x21707.wmf"/><Relationship Id="rId515" Type="http://schemas.openxmlformats.org/officeDocument/2006/relationships/image" Target="media/x21708.wmf"/><Relationship Id="rId516" Type="http://schemas.openxmlformats.org/officeDocument/2006/relationships/image" Target="media/x21709.wmf"/><Relationship Id="rId517" Type="http://schemas.openxmlformats.org/officeDocument/2006/relationships/image" Target="media/x21710.wmf"/><Relationship Id="rId518" Type="http://schemas.openxmlformats.org/officeDocument/2006/relationships/image" Target="media/x21711.wmf"/><Relationship Id="rId519" Type="http://schemas.openxmlformats.org/officeDocument/2006/relationships/image" Target="media/x21712.wmf"/><Relationship Id="rId520" Type="http://schemas.openxmlformats.org/officeDocument/2006/relationships/image" Target="media/x21713.wmf"/><Relationship Id="rId521" Type="http://schemas.openxmlformats.org/officeDocument/2006/relationships/image" Target="media/x21714.wmf"/><Relationship Id="rId522" Type="http://schemas.openxmlformats.org/officeDocument/2006/relationships/image" Target="media/x21715.wmf"/><Relationship Id="rId523" Type="http://schemas.openxmlformats.org/officeDocument/2006/relationships/image" Target="media/x21716.wmf"/><Relationship Id="rId524" Type="http://schemas.openxmlformats.org/officeDocument/2006/relationships/image" Target="media/x21717.wmf"/><Relationship Id="rId525" Type="http://schemas.openxmlformats.org/officeDocument/2006/relationships/image" Target="media/x21718.wmf"/><Relationship Id="rId526" Type="http://schemas.openxmlformats.org/officeDocument/2006/relationships/image" Target="media/x21719.wmf"/><Relationship Id="rId527" Type="http://schemas.openxmlformats.org/officeDocument/2006/relationships/image" Target="media/x21720.wmf"/><Relationship Id="rId528" Type="http://schemas.openxmlformats.org/officeDocument/2006/relationships/image" Target="media/x21721.wmf"/><Relationship Id="rId529" Type="http://schemas.openxmlformats.org/officeDocument/2006/relationships/image" Target="media/x21722.wmf"/><Relationship Id="rId530" Type="http://schemas.openxmlformats.org/officeDocument/2006/relationships/image" Target="media/x21723.wmf"/><Relationship Id="rId531" Type="http://schemas.openxmlformats.org/officeDocument/2006/relationships/image" Target="media/x21724.wmf"/><Relationship Id="rId532" Type="http://schemas.openxmlformats.org/officeDocument/2006/relationships/image" Target="media/x21725.wmf"/><Relationship Id="rId533" Type="http://schemas.openxmlformats.org/officeDocument/2006/relationships/image" Target="media/x21726.wmf"/><Relationship Id="rId534" Type="http://schemas.openxmlformats.org/officeDocument/2006/relationships/image" Target="media/x21727.wmf"/><Relationship Id="rId535" Type="http://schemas.openxmlformats.org/officeDocument/2006/relationships/image" Target="media/x21728.wmf"/><Relationship Id="rId536" Type="http://schemas.openxmlformats.org/officeDocument/2006/relationships/image" Target="media/x21729.wmf"/><Relationship Id="rId537" Type="http://schemas.openxmlformats.org/officeDocument/2006/relationships/image" Target="media/x21730.wmf"/><Relationship Id="rId538" Type="http://schemas.openxmlformats.org/officeDocument/2006/relationships/image" Target="media/x21731.wmf"/><Relationship Id="rId539" Type="http://schemas.openxmlformats.org/officeDocument/2006/relationships/image" Target="media/x21732.wmf"/><Relationship Id="rId540" Type="http://schemas.openxmlformats.org/officeDocument/2006/relationships/image" Target="media/x21733.wmf"/><Relationship Id="rId541" Type="http://schemas.openxmlformats.org/officeDocument/2006/relationships/image" Target="media/x21734.wmf"/><Relationship Id="rId542" Type="http://schemas.openxmlformats.org/officeDocument/2006/relationships/image" Target="media/x21735.wmf"/><Relationship Id="rId543" Type="http://schemas.openxmlformats.org/officeDocument/2006/relationships/image" Target="media/x21736.wmf"/><Relationship Id="rId544" Type="http://schemas.openxmlformats.org/officeDocument/2006/relationships/image" Target="media/x21737.wmf"/><Relationship Id="rId545" Type="http://schemas.openxmlformats.org/officeDocument/2006/relationships/image" Target="media/x21738.wmf"/><Relationship Id="rId546" Type="http://schemas.openxmlformats.org/officeDocument/2006/relationships/image" Target="media/x21739.wmf"/><Relationship Id="rId547" Type="http://schemas.openxmlformats.org/officeDocument/2006/relationships/image" Target="media/x21740.wmf"/><Relationship Id="rId548" Type="http://schemas.openxmlformats.org/officeDocument/2006/relationships/image" Target="media/x21741.wmf"/><Relationship Id="rId549" Type="http://schemas.openxmlformats.org/officeDocument/2006/relationships/image" Target="media/x21742.png"/><Relationship Id="rId550" Type="http://schemas.openxmlformats.org/officeDocument/2006/relationships/image" Target="media/x21743.wmf"/><Relationship Id="rId551" Type="http://schemas.openxmlformats.org/officeDocument/2006/relationships/image" Target="media/x21744.wmf"/><Relationship Id="rId552" Type="http://schemas.openxmlformats.org/officeDocument/2006/relationships/image" Target="media/x21745.wmf"/><Relationship Id="rId553" Type="http://schemas.openxmlformats.org/officeDocument/2006/relationships/image" Target="media/x21746.wmf"/><Relationship Id="rId554" Type="http://schemas.openxmlformats.org/officeDocument/2006/relationships/image" Target="media/x21747.wmf"/><Relationship Id="rId555" Type="http://schemas.openxmlformats.org/officeDocument/2006/relationships/image" Target="media/x21748.wmf"/><Relationship Id="rId556" Type="http://schemas.openxmlformats.org/officeDocument/2006/relationships/image" Target="media/x21749.wmf"/><Relationship Id="rId557" Type="http://schemas.openxmlformats.org/officeDocument/2006/relationships/image" Target="media/x21750.wmf"/><Relationship Id="rId558" Type="http://schemas.openxmlformats.org/officeDocument/2006/relationships/image" Target="media/x21751.wmf"/><Relationship Id="rId559" Type="http://schemas.openxmlformats.org/officeDocument/2006/relationships/image" Target="media/x21752.wmf"/><Relationship Id="rId560" Type="http://schemas.openxmlformats.org/officeDocument/2006/relationships/image" Target="media/x21753.wmf"/><Relationship Id="rId561" Type="http://schemas.openxmlformats.org/officeDocument/2006/relationships/image" Target="media/x21754.wmf"/><Relationship Id="rId562" Type="http://schemas.openxmlformats.org/officeDocument/2006/relationships/image" Target="media/x21755.wmf"/><Relationship Id="rId563" Type="http://schemas.openxmlformats.org/officeDocument/2006/relationships/image" Target="media/x21756.wmf"/><Relationship Id="rId564" Type="http://schemas.openxmlformats.org/officeDocument/2006/relationships/image" Target="media/x21757.wmf"/><Relationship Id="rId565" Type="http://schemas.openxmlformats.org/officeDocument/2006/relationships/image" Target="media/x21758.wmf"/><Relationship Id="rId566" Type="http://schemas.openxmlformats.org/officeDocument/2006/relationships/image" Target="media/x21759.wmf"/><Relationship Id="rId567" Type="http://schemas.openxmlformats.org/officeDocument/2006/relationships/image" Target="media/x21760.wmf"/><Relationship Id="rId568" Type="http://schemas.openxmlformats.org/officeDocument/2006/relationships/image" Target="media/x21761.wmf"/><Relationship Id="rId569" Type="http://schemas.openxmlformats.org/officeDocument/2006/relationships/image" Target="media/x21762.wmf"/><Relationship Id="rId570" Type="http://schemas.openxmlformats.org/officeDocument/2006/relationships/image" Target="media/x21763.wmf"/><Relationship Id="rId571" Type="http://schemas.openxmlformats.org/officeDocument/2006/relationships/image" Target="media/x21764.wmf"/><Relationship Id="rId572" Type="http://schemas.openxmlformats.org/officeDocument/2006/relationships/image" Target="media/x21765.wmf"/><Relationship Id="rId573" Type="http://schemas.openxmlformats.org/officeDocument/2006/relationships/image" Target="media/x21766.wmf"/><Relationship Id="rId574" Type="http://schemas.openxmlformats.org/officeDocument/2006/relationships/image" Target="media/x21767.wmf"/><Relationship Id="rId575" Type="http://schemas.openxmlformats.org/officeDocument/2006/relationships/image" Target="media/x21768.wmf"/><Relationship Id="rId576" Type="http://schemas.openxmlformats.org/officeDocument/2006/relationships/image" Target="media/x21769.wmf"/><Relationship Id="rId577" Type="http://schemas.openxmlformats.org/officeDocument/2006/relationships/image" Target="media/x21770.wmf"/><Relationship Id="rId578" Type="http://schemas.openxmlformats.org/officeDocument/2006/relationships/image" Target="media/x21771.wmf"/><Relationship Id="rId579" Type="http://schemas.openxmlformats.org/officeDocument/2006/relationships/image" Target="media/x21772.wmf"/><Relationship Id="rId580" Type="http://schemas.openxmlformats.org/officeDocument/2006/relationships/image" Target="media/x21773.wmf"/><Relationship Id="rId581" Type="http://schemas.openxmlformats.org/officeDocument/2006/relationships/image" Target="media/x21774.wmf"/><Relationship Id="rId582" Type="http://schemas.openxmlformats.org/officeDocument/2006/relationships/image" Target="media/x21775.wmf"/><Relationship Id="rId583" Type="http://schemas.openxmlformats.org/officeDocument/2006/relationships/image" Target="media/x21776.wmf"/><Relationship Id="rId584" Type="http://schemas.openxmlformats.org/officeDocument/2006/relationships/image" Target="media/x21777.png"/><Relationship Id="rId585" Type="http://schemas.openxmlformats.org/officeDocument/2006/relationships/image" Target="media/x21778.wmf"/><Relationship Id="rId586" Type="http://schemas.openxmlformats.org/officeDocument/2006/relationships/image" Target="media/x21779.wmf"/><Relationship Id="rId587" Type="http://schemas.openxmlformats.org/officeDocument/2006/relationships/image" Target="media/x21780.wmf"/><Relationship Id="rId588" Type="http://schemas.openxmlformats.org/officeDocument/2006/relationships/image" Target="media/x21781.wmf"/><Relationship Id="rId589" Type="http://schemas.openxmlformats.org/officeDocument/2006/relationships/image" Target="media/x21782.wmf"/><Relationship Id="rId590" Type="http://schemas.openxmlformats.org/officeDocument/2006/relationships/image" Target="media/x21783.wmf"/><Relationship Id="rId591" Type="http://schemas.openxmlformats.org/officeDocument/2006/relationships/image" Target="media/x21784.wmf"/><Relationship Id="rId592" Type="http://schemas.openxmlformats.org/officeDocument/2006/relationships/image" Target="media/x21785.wmf"/><Relationship Id="rId593" Type="http://schemas.openxmlformats.org/officeDocument/2006/relationships/image" Target="media/x21786.wmf"/><Relationship Id="rId594" Type="http://schemas.openxmlformats.org/officeDocument/2006/relationships/image" Target="media/x21787.wmf"/><Relationship Id="rId595" Type="http://schemas.openxmlformats.org/officeDocument/2006/relationships/image" Target="media/x21788.wmf"/><Relationship Id="rId596" Type="http://schemas.openxmlformats.org/officeDocument/2006/relationships/image" Target="media/x21789.wmf"/><Relationship Id="rId597" Type="http://schemas.openxmlformats.org/officeDocument/2006/relationships/image" Target="media/x21790.wmf"/><Relationship Id="rId598" Type="http://schemas.openxmlformats.org/officeDocument/2006/relationships/image" Target="media/x21791.wmf"/><Relationship Id="rId599" Type="http://schemas.openxmlformats.org/officeDocument/2006/relationships/image" Target="media/x21792.wmf"/><Relationship Id="rId600" Type="http://schemas.openxmlformats.org/officeDocument/2006/relationships/image" Target="media/x21793.wmf"/><Relationship Id="rId601" Type="http://schemas.openxmlformats.org/officeDocument/2006/relationships/image" Target="media/x21794.wmf"/><Relationship Id="rId602" Type="http://schemas.openxmlformats.org/officeDocument/2006/relationships/image" Target="media/x21795.wmf"/><Relationship Id="rId603" Type="http://schemas.openxmlformats.org/officeDocument/2006/relationships/image" Target="media/x21796.wmf"/><Relationship Id="rId604" Type="http://schemas.openxmlformats.org/officeDocument/2006/relationships/image" Target="media/x21797.wmf"/><Relationship Id="rId605" Type="http://schemas.openxmlformats.org/officeDocument/2006/relationships/image" Target="media/x21798.wmf"/><Relationship Id="rId606" Type="http://schemas.openxmlformats.org/officeDocument/2006/relationships/image" Target="media/x21799.png"/><Relationship Id="rId607" Type="http://schemas.openxmlformats.org/officeDocument/2006/relationships/image" Target="media/x21800.wmf"/><Relationship Id="rId608" Type="http://schemas.openxmlformats.org/officeDocument/2006/relationships/image" Target="media/x21801.wmf"/><Relationship Id="rId609" Type="http://schemas.openxmlformats.org/officeDocument/2006/relationships/image" Target="media/x21802.wmf"/><Relationship Id="rId610" Type="http://schemas.openxmlformats.org/officeDocument/2006/relationships/image" Target="media/x21803.wmf"/><Relationship Id="rId611" Type="http://schemas.openxmlformats.org/officeDocument/2006/relationships/image" Target="media/x21804.wmf"/><Relationship Id="rId612" Type="http://schemas.openxmlformats.org/officeDocument/2006/relationships/image" Target="media/x21805.wmf"/><Relationship Id="rId613" Type="http://schemas.openxmlformats.org/officeDocument/2006/relationships/image" Target="media/x21806.wmf"/><Relationship Id="rId614" Type="http://schemas.openxmlformats.org/officeDocument/2006/relationships/image" Target="media/x21807.wmf"/><Relationship Id="rId615" Type="http://schemas.openxmlformats.org/officeDocument/2006/relationships/image" Target="media/x21808.wmf"/><Relationship Id="rId616" Type="http://schemas.openxmlformats.org/officeDocument/2006/relationships/image" Target="media/x21809.wmf"/><Relationship Id="rId617" Type="http://schemas.openxmlformats.org/officeDocument/2006/relationships/image" Target="media/x21810.wmf"/><Relationship Id="rId618" Type="http://schemas.openxmlformats.org/officeDocument/2006/relationships/image" Target="media/x21811.wmf"/><Relationship Id="rId619" Type="http://schemas.openxmlformats.org/officeDocument/2006/relationships/image" Target="media/x21812.wmf"/><Relationship Id="rId620" Type="http://schemas.openxmlformats.org/officeDocument/2006/relationships/image" Target="media/x21813.wmf"/><Relationship Id="rId621" Type="http://schemas.openxmlformats.org/officeDocument/2006/relationships/image" Target="media/x21814.wmf"/><Relationship Id="rId622" Type="http://schemas.openxmlformats.org/officeDocument/2006/relationships/image" Target="media/x21815.wmf"/><Relationship Id="rId623" Type="http://schemas.openxmlformats.org/officeDocument/2006/relationships/image" Target="media/x21816.wmf"/><Relationship Id="rId624" Type="http://schemas.openxmlformats.org/officeDocument/2006/relationships/image" Target="media/x21817.wmf"/><Relationship Id="rId625" Type="http://schemas.openxmlformats.org/officeDocument/2006/relationships/image" Target="media/x21818.wmf"/><Relationship Id="rId626" Type="http://schemas.openxmlformats.org/officeDocument/2006/relationships/image" Target="media/x21819.wmf"/><Relationship Id="rId627" Type="http://schemas.openxmlformats.org/officeDocument/2006/relationships/image" Target="media/x21820.wmf"/><Relationship Id="rId628" Type="http://schemas.openxmlformats.org/officeDocument/2006/relationships/image" Target="media/x21821.wmf"/><Relationship Id="rId629" Type="http://schemas.openxmlformats.org/officeDocument/2006/relationships/image" Target="media/x21822.wmf"/><Relationship Id="rId630" Type="http://schemas.openxmlformats.org/officeDocument/2006/relationships/image" Target="media/x21823.wmf"/><Relationship Id="rId631" Type="http://schemas.openxmlformats.org/officeDocument/2006/relationships/image" Target="media/x21824.wmf"/><Relationship Id="rId632" Type="http://schemas.openxmlformats.org/officeDocument/2006/relationships/image" Target="media/x21825.wmf"/><Relationship Id="rId633" Type="http://schemas.openxmlformats.org/officeDocument/2006/relationships/image" Target="media/x21826.wmf"/><Relationship Id="rId634" Type="http://schemas.openxmlformats.org/officeDocument/2006/relationships/image" Target="media/x21827.wmf"/><Relationship Id="rId635" Type="http://schemas.openxmlformats.org/officeDocument/2006/relationships/image" Target="media/x21828.wmf"/><Relationship Id="rId636" Type="http://schemas.openxmlformats.org/officeDocument/2006/relationships/image" Target="media/x21829.wmf"/><Relationship Id="rId637" Type="http://schemas.openxmlformats.org/officeDocument/2006/relationships/image" Target="media/x21830.wmf"/><Relationship Id="rId638" Type="http://schemas.openxmlformats.org/officeDocument/2006/relationships/image" Target="media/x21831.wmf"/><Relationship Id="rId639" Type="http://schemas.openxmlformats.org/officeDocument/2006/relationships/image" Target="media/x21832.wmf"/><Relationship Id="rId640" Type="http://schemas.openxmlformats.org/officeDocument/2006/relationships/image" Target="media/x21833.wmf"/><Relationship Id="rId641" Type="http://schemas.openxmlformats.org/officeDocument/2006/relationships/image" Target="media/x21834.wmf"/><Relationship Id="rId642" Type="http://schemas.openxmlformats.org/officeDocument/2006/relationships/image" Target="media/x21835.wmf"/><Relationship Id="rId643" Type="http://schemas.openxmlformats.org/officeDocument/2006/relationships/image" Target="media/x21836.wmf"/><Relationship Id="rId644" Type="http://schemas.openxmlformats.org/officeDocument/2006/relationships/image" Target="media/x21837.wmf"/><Relationship Id="rId645" Type="http://schemas.openxmlformats.org/officeDocument/2006/relationships/image" Target="media/x21838.wmf"/><Relationship Id="rId646" Type="http://schemas.openxmlformats.org/officeDocument/2006/relationships/image" Target="media/x21839.wmf"/><Relationship Id="rId647" Type="http://schemas.openxmlformats.org/officeDocument/2006/relationships/image" Target="media/x21840.wmf"/><Relationship Id="rId648" Type="http://schemas.openxmlformats.org/officeDocument/2006/relationships/image" Target="media/x21841.wmf"/><Relationship Id="rId649" Type="http://schemas.openxmlformats.org/officeDocument/2006/relationships/image" Target="media/x21842.wmf"/><Relationship Id="rId650" Type="http://schemas.openxmlformats.org/officeDocument/2006/relationships/image" Target="media/x21843.wmf"/><Relationship Id="rId651" Type="http://schemas.openxmlformats.org/officeDocument/2006/relationships/image" Target="media/x21844.wmf"/><Relationship Id="rId652" Type="http://schemas.openxmlformats.org/officeDocument/2006/relationships/image" Target="media/x21845.png"/><Relationship Id="rId653" Type="http://schemas.openxmlformats.org/officeDocument/2006/relationships/image" Target="media/x21846.wmf"/><Relationship Id="rId654" Type="http://schemas.openxmlformats.org/officeDocument/2006/relationships/image" Target="media/x21847.wmf"/><Relationship Id="rId655" Type="http://schemas.openxmlformats.org/officeDocument/2006/relationships/image" Target="media/x21848.wmf"/><Relationship Id="rId656" Type="http://schemas.openxmlformats.org/officeDocument/2006/relationships/image" Target="media/x21849.wmf"/><Relationship Id="rId657" Type="http://schemas.openxmlformats.org/officeDocument/2006/relationships/image" Target="media/x21850.wmf"/><Relationship Id="rId658" Type="http://schemas.openxmlformats.org/officeDocument/2006/relationships/image" Target="media/x21851.wmf"/><Relationship Id="rId659" Type="http://schemas.openxmlformats.org/officeDocument/2006/relationships/image" Target="media/x21852.wmf"/><Relationship Id="rId660" Type="http://schemas.openxmlformats.org/officeDocument/2006/relationships/image" Target="media/x21853.wmf"/><Relationship Id="rId661" Type="http://schemas.openxmlformats.org/officeDocument/2006/relationships/image" Target="media/x21854.wmf"/><Relationship Id="rId662" Type="http://schemas.openxmlformats.org/officeDocument/2006/relationships/image" Target="media/x21855.wmf"/><Relationship Id="rId663" Type="http://schemas.openxmlformats.org/officeDocument/2006/relationships/image" Target="media/x21856.wmf"/><Relationship Id="rId664" Type="http://schemas.openxmlformats.org/officeDocument/2006/relationships/image" Target="media/x21857.wmf"/><Relationship Id="rId665" Type="http://schemas.openxmlformats.org/officeDocument/2006/relationships/image" Target="media/x21858.wmf"/><Relationship Id="rId666" Type="http://schemas.openxmlformats.org/officeDocument/2006/relationships/image" Target="media/x21859.wmf"/><Relationship Id="rId667" Type="http://schemas.openxmlformats.org/officeDocument/2006/relationships/image" Target="media/x21860.wmf"/><Relationship Id="rId668" Type="http://schemas.openxmlformats.org/officeDocument/2006/relationships/image" Target="media/x21861.wmf"/><Relationship Id="rId669" Type="http://schemas.openxmlformats.org/officeDocument/2006/relationships/image" Target="media/x21862.wmf"/><Relationship Id="rId670" Type="http://schemas.openxmlformats.org/officeDocument/2006/relationships/image" Target="media/x21863.wmf"/><Relationship Id="rId671" Type="http://schemas.openxmlformats.org/officeDocument/2006/relationships/image" Target="media/x21864.wmf"/><Relationship Id="rId672" Type="http://schemas.openxmlformats.org/officeDocument/2006/relationships/image" Target="media/x21865.wmf"/><Relationship Id="rId673" Type="http://schemas.openxmlformats.org/officeDocument/2006/relationships/image" Target="media/x21866.wmf"/><Relationship Id="rId674" Type="http://schemas.openxmlformats.org/officeDocument/2006/relationships/image" Target="media/x21867.wmf"/><Relationship Id="rId675" Type="http://schemas.openxmlformats.org/officeDocument/2006/relationships/image" Target="media/x21868.png"/><Relationship Id="rId676" Type="http://schemas.openxmlformats.org/officeDocument/2006/relationships/image" Target="media/x21869.wmf"/><Relationship Id="rId677" Type="http://schemas.openxmlformats.org/officeDocument/2006/relationships/image" Target="media/x21870.wmf"/><Relationship Id="rId678" Type="http://schemas.openxmlformats.org/officeDocument/2006/relationships/image" Target="media/x21871.wmf"/><Relationship Id="rId679" Type="http://schemas.openxmlformats.org/officeDocument/2006/relationships/image" Target="media/x21872.wmf"/><Relationship Id="rId680" Type="http://schemas.openxmlformats.org/officeDocument/2006/relationships/image" Target="media/x21873.wmf"/><Relationship Id="rId681" Type="http://schemas.openxmlformats.org/officeDocument/2006/relationships/image" Target="media/x21874.wmf"/><Relationship Id="rId682" Type="http://schemas.openxmlformats.org/officeDocument/2006/relationships/image" Target="media/x21875.wmf"/><Relationship Id="rId683" Type="http://schemas.openxmlformats.org/officeDocument/2006/relationships/image" Target="media/x21876.wmf"/><Relationship Id="rId684" Type="http://schemas.openxmlformats.org/officeDocument/2006/relationships/image" Target="media/x21877.wmf"/><Relationship Id="rId685" Type="http://schemas.openxmlformats.org/officeDocument/2006/relationships/image" Target="media/x21878.wmf"/><Relationship Id="rId686" Type="http://schemas.openxmlformats.org/officeDocument/2006/relationships/image" Target="media/x21879.wmf"/><Relationship Id="rId687" Type="http://schemas.openxmlformats.org/officeDocument/2006/relationships/image" Target="media/x21880.wmf"/><Relationship Id="rId688" Type="http://schemas.openxmlformats.org/officeDocument/2006/relationships/image" Target="media/x21881.wmf"/><Relationship Id="rId689" Type="http://schemas.openxmlformats.org/officeDocument/2006/relationships/image" Target="media/x21882.wmf"/><Relationship Id="rId690" Type="http://schemas.openxmlformats.org/officeDocument/2006/relationships/image" Target="media/x21883.wmf"/><Relationship Id="rId691" Type="http://schemas.openxmlformats.org/officeDocument/2006/relationships/image" Target="media/x21884.wmf"/><Relationship Id="rId692" Type="http://schemas.openxmlformats.org/officeDocument/2006/relationships/image" Target="media/x21885.wmf"/><Relationship Id="rId693" Type="http://schemas.openxmlformats.org/officeDocument/2006/relationships/image" Target="media/x21886.wmf"/><Relationship Id="rId694" Type="http://schemas.openxmlformats.org/officeDocument/2006/relationships/image" Target="media/x21887.wmf"/><Relationship Id="rId695" Type="http://schemas.openxmlformats.org/officeDocument/2006/relationships/image" Target="media/x21888.wmf"/><Relationship Id="rId696" Type="http://schemas.openxmlformats.org/officeDocument/2006/relationships/image" Target="media/x21889.wmf"/><Relationship Id="rId697" Type="http://schemas.openxmlformats.org/officeDocument/2006/relationships/image" Target="media/x21890.wmf"/><Relationship Id="rId698" Type="http://schemas.openxmlformats.org/officeDocument/2006/relationships/image" Target="media/x21891.wmf"/><Relationship Id="rId699" Type="http://schemas.openxmlformats.org/officeDocument/2006/relationships/image" Target="media/x21892.png"/><Relationship Id="rId700" Type="http://schemas.openxmlformats.org/officeDocument/2006/relationships/image" Target="media/x21893.wmf"/><Relationship Id="rId701" Type="http://schemas.openxmlformats.org/officeDocument/2006/relationships/image" Target="media/x21894.wmf"/><Relationship Id="rId702" Type="http://schemas.openxmlformats.org/officeDocument/2006/relationships/image" Target="media/x21895.wmf"/><Relationship Id="rId703" Type="http://schemas.openxmlformats.org/officeDocument/2006/relationships/image" Target="media/x21896.wmf"/><Relationship Id="rId704" Type="http://schemas.openxmlformats.org/officeDocument/2006/relationships/image" Target="media/x21897.wmf"/><Relationship Id="rId705" Type="http://schemas.openxmlformats.org/officeDocument/2006/relationships/image" Target="media/x21898.wmf"/><Relationship Id="rId706" Type="http://schemas.openxmlformats.org/officeDocument/2006/relationships/image" Target="media/x21899.wmf"/><Relationship Id="rId707" Type="http://schemas.openxmlformats.org/officeDocument/2006/relationships/image" Target="media/x21900.wmf"/><Relationship Id="rId708" Type="http://schemas.openxmlformats.org/officeDocument/2006/relationships/image" Target="media/x21901.wmf"/><Relationship Id="rId709" Type="http://schemas.openxmlformats.org/officeDocument/2006/relationships/image" Target="media/x21902.wmf"/><Relationship Id="rId710" Type="http://schemas.openxmlformats.org/officeDocument/2006/relationships/image" Target="media/x21903.wmf"/><Relationship Id="rId711" Type="http://schemas.openxmlformats.org/officeDocument/2006/relationships/image" Target="media/x21904.wmf"/><Relationship Id="rId712" Type="http://schemas.openxmlformats.org/officeDocument/2006/relationships/image" Target="media/x21905.wmf"/><Relationship Id="rId713" Type="http://schemas.openxmlformats.org/officeDocument/2006/relationships/image" Target="media/x21906.wmf"/><Relationship Id="rId714" Type="http://schemas.openxmlformats.org/officeDocument/2006/relationships/image" Target="media/x21907.wmf"/><Relationship Id="rId715" Type="http://schemas.openxmlformats.org/officeDocument/2006/relationships/image" Target="media/x21908.wmf"/><Relationship Id="rId716" Type="http://schemas.openxmlformats.org/officeDocument/2006/relationships/image" Target="media/x21909.wmf"/><Relationship Id="rId717" Type="http://schemas.openxmlformats.org/officeDocument/2006/relationships/image" Target="media/x21910.wmf"/><Relationship Id="rId718" Type="http://schemas.openxmlformats.org/officeDocument/2006/relationships/image" Target="media/x21911.wmf"/><Relationship Id="rId719" Type="http://schemas.openxmlformats.org/officeDocument/2006/relationships/image" Target="media/x21912.wmf"/><Relationship Id="rId720" Type="http://schemas.openxmlformats.org/officeDocument/2006/relationships/image" Target="media/x21913.wmf"/><Relationship Id="rId721" Type="http://schemas.openxmlformats.org/officeDocument/2006/relationships/image" Target="media/x21914.wmf"/><Relationship Id="rId722" Type="http://schemas.openxmlformats.org/officeDocument/2006/relationships/image" Target="media/x21915.wmf"/><Relationship Id="rId723" Type="http://schemas.openxmlformats.org/officeDocument/2006/relationships/image" Target="media/x21916.wmf"/><Relationship Id="rId724" Type="http://schemas.openxmlformats.org/officeDocument/2006/relationships/image" Target="media/x21917.wmf"/><Relationship Id="rId725" Type="http://schemas.openxmlformats.org/officeDocument/2006/relationships/image" Target="media/x21918.wmf"/><Relationship Id="rId726" Type="http://schemas.openxmlformats.org/officeDocument/2006/relationships/image" Target="media/x21919.wmf"/><Relationship Id="rId727" Type="http://schemas.openxmlformats.org/officeDocument/2006/relationships/image" Target="media/x21920.wmf"/><Relationship Id="rId728" Type="http://schemas.openxmlformats.org/officeDocument/2006/relationships/image" Target="media/x21921.wmf"/><Relationship Id="rId729" Type="http://schemas.openxmlformats.org/officeDocument/2006/relationships/image" Target="media/x21922.wmf"/><Relationship Id="rId730" Type="http://schemas.openxmlformats.org/officeDocument/2006/relationships/image" Target="media/x21923.wmf"/><Relationship Id="rId731" Type="http://schemas.openxmlformats.org/officeDocument/2006/relationships/image" Target="media/x21924.wmf"/><Relationship Id="rId732" Type="http://schemas.openxmlformats.org/officeDocument/2006/relationships/image" Target="media/x21925.wmf"/><Relationship Id="rId733" Type="http://schemas.openxmlformats.org/officeDocument/2006/relationships/image" Target="media/x21926.wmf"/><Relationship Id="rId734" Type="http://schemas.openxmlformats.org/officeDocument/2006/relationships/image" Target="media/x21927.wmf"/><Relationship Id="rId735" Type="http://schemas.openxmlformats.org/officeDocument/2006/relationships/image" Target="media/x21928.wmf"/><Relationship Id="rId736" Type="http://schemas.openxmlformats.org/officeDocument/2006/relationships/image" Target="media/x21929.wmf"/><Relationship Id="rId737" Type="http://schemas.openxmlformats.org/officeDocument/2006/relationships/image" Target="media/x21930.wmf"/><Relationship Id="rId738" Type="http://schemas.openxmlformats.org/officeDocument/2006/relationships/image" Target="media/x21931.wmf"/><Relationship Id="rId739" Type="http://schemas.openxmlformats.org/officeDocument/2006/relationships/image" Target="media/x21932.wmf"/><Relationship Id="rId740" Type="http://schemas.openxmlformats.org/officeDocument/2006/relationships/image" Target="media/x21933.wmf"/><Relationship Id="rId741" Type="http://schemas.openxmlformats.org/officeDocument/2006/relationships/image" Target="media/x21934.wmf"/><Relationship Id="rId742" Type="http://schemas.openxmlformats.org/officeDocument/2006/relationships/image" Target="media/x21935.wmf"/><Relationship Id="rId743" Type="http://schemas.openxmlformats.org/officeDocument/2006/relationships/image" Target="media/x21936.wmf"/><Relationship Id="rId744" Type="http://schemas.openxmlformats.org/officeDocument/2006/relationships/image" Target="media/x21937.wmf"/><Relationship Id="rId745" Type="http://schemas.openxmlformats.org/officeDocument/2006/relationships/image" Target="media/x21938.wmf"/><Relationship Id="rId746" Type="http://schemas.openxmlformats.org/officeDocument/2006/relationships/image" Target="media/x21939.wmf"/><Relationship Id="rId747" Type="http://schemas.openxmlformats.org/officeDocument/2006/relationships/image" Target="media/x21940.wmf"/><Relationship Id="rId748" Type="http://schemas.openxmlformats.org/officeDocument/2006/relationships/image" Target="media/x21941.wmf"/><Relationship Id="rId749" Type="http://schemas.openxmlformats.org/officeDocument/2006/relationships/image" Target="media/x21942.wmf"/><Relationship Id="rId750" Type="http://schemas.openxmlformats.org/officeDocument/2006/relationships/image" Target="media/x21943.wmf"/><Relationship Id="rId751" Type="http://schemas.openxmlformats.org/officeDocument/2006/relationships/image" Target="media/x21944.wmf"/><Relationship Id="rId752" Type="http://schemas.openxmlformats.org/officeDocument/2006/relationships/image" Target="media/x21945.wmf"/><Relationship Id="rId753" Type="http://schemas.openxmlformats.org/officeDocument/2006/relationships/image" Target="media/x21946.wmf"/><Relationship Id="rId754" Type="http://schemas.openxmlformats.org/officeDocument/2006/relationships/image" Target="media/x21947.wmf"/><Relationship Id="rId755" Type="http://schemas.openxmlformats.org/officeDocument/2006/relationships/image" Target="media/x21948.wmf"/><Relationship Id="rId756" Type="http://schemas.openxmlformats.org/officeDocument/2006/relationships/image" Target="media/x21949.wmf"/><Relationship Id="rId757" Type="http://schemas.openxmlformats.org/officeDocument/2006/relationships/image" Target="media/x21950.wmf"/><Relationship Id="rId758" Type="http://schemas.openxmlformats.org/officeDocument/2006/relationships/image" Target="media/x21951.png"/><Relationship Id="rId759" Type="http://schemas.openxmlformats.org/officeDocument/2006/relationships/image" Target="media/x21952.wmf"/><Relationship Id="rId760" Type="http://schemas.openxmlformats.org/officeDocument/2006/relationships/image" Target="media/x21953.wmf"/><Relationship Id="rId761" Type="http://schemas.openxmlformats.org/officeDocument/2006/relationships/image" Target="media/x21954.png"/><Relationship Id="rId762" Type="http://schemas.openxmlformats.org/officeDocument/2006/relationships/image" Target="media/x21955.wmf"/><Relationship Id="rId763" Type="http://schemas.openxmlformats.org/officeDocument/2006/relationships/image" Target="media/x21956.png"/><Relationship Id="rId764" Type="http://schemas.openxmlformats.org/officeDocument/2006/relationships/image" Target="media/x21957.wmf"/><Relationship Id="rId765" Type="http://schemas.openxmlformats.org/officeDocument/2006/relationships/image" Target="media/x21958.png"/><Relationship Id="rId766" Type="http://schemas.openxmlformats.org/officeDocument/2006/relationships/image" Target="media/x21959.wmf"/><Relationship Id="rId767" Type="http://schemas.openxmlformats.org/officeDocument/2006/relationships/image" Target="media/x21960.wmf"/><Relationship Id="rId768" Type="http://schemas.openxmlformats.org/officeDocument/2006/relationships/image" Target="media/x21961.wmf"/><Relationship Id="rId769" Type="http://schemas.openxmlformats.org/officeDocument/2006/relationships/image" Target="media/x21962.wmf"/><Relationship Id="rId770" Type="http://schemas.openxmlformats.org/officeDocument/2006/relationships/image" Target="media/x21963.wmf"/><Relationship Id="rId771" Type="http://schemas.openxmlformats.org/officeDocument/2006/relationships/image" Target="media/x21964.wmf"/><Relationship Id="rId772" Type="http://schemas.openxmlformats.org/officeDocument/2006/relationships/image" Target="media/x21965.wmf"/><Relationship Id="rId773" Type="http://schemas.openxmlformats.org/officeDocument/2006/relationships/image" Target="media/x21966.wmf"/><Relationship Id="rId774" Type="http://schemas.openxmlformats.org/officeDocument/2006/relationships/image" Target="media/x21967.wmf"/><Relationship Id="rId775" Type="http://schemas.openxmlformats.org/officeDocument/2006/relationships/image" Target="media/x21968.wmf"/><Relationship Id="rId776" Type="http://schemas.openxmlformats.org/officeDocument/2006/relationships/image" Target="media/x21969.wmf"/><Relationship Id="rId777" Type="http://schemas.openxmlformats.org/officeDocument/2006/relationships/image" Target="media/x21970.wmf"/><Relationship Id="rId778" Type="http://schemas.openxmlformats.org/officeDocument/2006/relationships/image" Target="media/x21971.wmf"/><Relationship Id="rId779" Type="http://schemas.openxmlformats.org/officeDocument/2006/relationships/image" Target="media/x21972.wmf"/><Relationship Id="rId780" Type="http://schemas.openxmlformats.org/officeDocument/2006/relationships/image" Target="media/x21973.wmf"/><Relationship Id="rId781" Type="http://schemas.openxmlformats.org/officeDocument/2006/relationships/image" Target="media/x21974.wmf"/><Relationship Id="rId782" Type="http://schemas.openxmlformats.org/officeDocument/2006/relationships/image" Target="media/x21975.wmf"/><Relationship Id="rId783" Type="http://schemas.openxmlformats.org/officeDocument/2006/relationships/image" Target="media/x21976.wmf"/><Relationship Id="rId784" Type="http://schemas.openxmlformats.org/officeDocument/2006/relationships/image" Target="media/x21977.wmf"/><Relationship Id="rId785" Type="http://schemas.openxmlformats.org/officeDocument/2006/relationships/image" Target="media/x21978.wmf"/><Relationship Id="rId786" Type="http://schemas.openxmlformats.org/officeDocument/2006/relationships/image" Target="media/x21979.wmf"/><Relationship Id="rId787" Type="http://schemas.openxmlformats.org/officeDocument/2006/relationships/image" Target="media/x21980.wmf"/><Relationship Id="rId788" Type="http://schemas.openxmlformats.org/officeDocument/2006/relationships/image" Target="media/x21981.wmf"/><Relationship Id="rId789" Type="http://schemas.openxmlformats.org/officeDocument/2006/relationships/image" Target="media/x21982.wmf"/><Relationship Id="rId790" Type="http://schemas.openxmlformats.org/officeDocument/2006/relationships/image" Target="media/x21983.wmf"/><Relationship Id="rId791" Type="http://schemas.openxmlformats.org/officeDocument/2006/relationships/image" Target="media/x21984.png"/><Relationship Id="rId792" Type="http://schemas.openxmlformats.org/officeDocument/2006/relationships/image" Target="media/x21985.wmf"/><Relationship Id="rId793" Type="http://schemas.openxmlformats.org/officeDocument/2006/relationships/image" Target="media/x21986.wmf"/><Relationship Id="rId794" Type="http://schemas.openxmlformats.org/officeDocument/2006/relationships/image" Target="media/x21987.wmf"/><Relationship Id="rId795" Type="http://schemas.openxmlformats.org/officeDocument/2006/relationships/image" Target="media/x21988.wmf"/><Relationship Id="rId796" Type="http://schemas.openxmlformats.org/officeDocument/2006/relationships/image" Target="media/x21989.wmf"/><Relationship Id="rId797" Type="http://schemas.openxmlformats.org/officeDocument/2006/relationships/image" Target="media/x21990.wmf"/><Relationship Id="rId798" Type="http://schemas.openxmlformats.org/officeDocument/2006/relationships/image" Target="media/x21991.wmf"/><Relationship Id="rId799" Type="http://schemas.openxmlformats.org/officeDocument/2006/relationships/image" Target="media/x2199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